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xml" ContentType="application/vnd.ms-office.webextension+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microsoft.com/office/2011/relationships/webextensiontaskpanes" Target="word/webextensions/taskpanes.xml" Id="Ra38d7cb6f4164f1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E3E6F" w:rsidP="6750501B" w:rsidRDefault="00EE3E6F" w14:paraId="400D0F39" w14:textId="194E5D84">
      <w:pPr>
        <w:spacing w:before="200" w:after="80"/>
        <w:rPr>
          <w:rFonts w:ascii="Calibri" w:hAnsi="Calibri" w:eastAsia="Calibri" w:cs="Calibri"/>
          <w:b w:val="1"/>
          <w:bCs w:val="1"/>
          <w:color w:val="auto"/>
          <w:sz w:val="32"/>
          <w:szCs w:val="32"/>
        </w:rPr>
      </w:pPr>
      <w:r w:rsidRPr="6750501B" w:rsidR="16467B23">
        <w:rPr>
          <w:rFonts w:ascii="Calibri" w:hAnsi="Calibri" w:eastAsia="Calibri" w:cs="Calibri"/>
          <w:b w:val="1"/>
          <w:bCs w:val="1"/>
          <w:color w:val="auto"/>
          <w:sz w:val="32"/>
          <w:szCs w:val="32"/>
        </w:rPr>
        <w:t xml:space="preserve">Supplementary File 4: </w:t>
      </w:r>
      <w:r w:rsidRPr="6750501B" w:rsidR="16467B23">
        <w:rPr>
          <w:rFonts w:ascii="Calibri" w:hAnsi="Calibri" w:eastAsia="Calibri" w:cs="Calibri"/>
          <w:b w:val="1"/>
          <w:bCs w:val="1"/>
          <w:color w:val="auto"/>
          <w:sz w:val="32"/>
          <w:szCs w:val="32"/>
        </w:rPr>
        <w:t>MAUDEMetrics</w:t>
      </w:r>
      <w:r w:rsidRPr="6750501B" w:rsidR="16467B23">
        <w:rPr>
          <w:rFonts w:ascii="Calibri" w:hAnsi="Calibri" w:eastAsia="Calibri" w:cs="Calibri"/>
          <w:b w:val="1"/>
          <w:bCs w:val="1"/>
          <w:color w:val="auto"/>
          <w:sz w:val="32"/>
          <w:szCs w:val="32"/>
        </w:rPr>
        <w:t xml:space="preserve"> Deployment Tutorial and Interface Guide</w:t>
      </w:r>
    </w:p>
    <w:p w:rsidR="00EE3E6F" w:rsidP="6750501B" w:rsidRDefault="00EE3E6F" w14:paraId="500DC45D" w14:textId="2B64C70B">
      <w:pPr>
        <w:spacing w:after="160"/>
        <w:rPr>
          <w:rFonts w:ascii="Calibri" w:hAnsi="Calibri" w:eastAsia="Calibri" w:cs="Calibri"/>
          <w:color w:val="auto"/>
        </w:rPr>
      </w:pPr>
      <w:r w:rsidRPr="6750501B" w:rsidR="16467B23">
        <w:rPr>
          <w:rFonts w:ascii="Calibri" w:hAnsi="Calibri" w:eastAsia="Calibri" w:cs="Calibri"/>
          <w:color w:val="auto"/>
        </w:rPr>
        <w:t>MAUDEMetrics</w:t>
      </w:r>
      <w:r w:rsidRPr="6750501B" w:rsidR="16467B23">
        <w:rPr>
          <w:rFonts w:ascii="Calibri" w:hAnsi="Calibri" w:eastAsia="Calibri" w:cs="Calibri"/>
          <w:color w:val="auto"/>
        </w:rPr>
        <w:t xml:space="preserve"> is distributed as a downloadable, signed-binary desktop application for macOS and Windows. Docker and Python source-code deployments </w:t>
      </w:r>
      <w:r w:rsidRPr="6750501B" w:rsidR="623DE7FB">
        <w:rPr>
          <w:rFonts w:ascii="Calibri" w:hAnsi="Calibri" w:eastAsia="Calibri" w:cs="Calibri"/>
          <w:b w:val="0"/>
          <w:bCs w:val="0"/>
          <w:i w:val="0"/>
          <w:iCs w:val="0"/>
          <w:color w:val="auto"/>
          <w:sz w:val="22"/>
          <w:szCs w:val="22"/>
          <w:u w:val="none"/>
        </w:rPr>
        <w:t>are also</w:t>
      </w:r>
      <w:r w:rsidRPr="6750501B" w:rsidR="16467B23">
        <w:rPr>
          <w:rFonts w:ascii="Calibri" w:hAnsi="Calibri" w:eastAsia="Calibri" w:cs="Calibri"/>
          <w:color w:val="auto"/>
        </w:rPr>
        <w:t xml:space="preserve"> available for advanced users who require containerized or scripted workflows. This file describes both routes.</w:t>
      </w:r>
    </w:p>
    <w:p w:rsidR="00EE3E6F" w:rsidP="6750501B" w:rsidRDefault="00EE3E6F" w14:paraId="3B3308A4" w14:textId="77777777">
      <w:pPr>
        <w:spacing w:before="160" w:after="80"/>
        <w:rPr>
          <w:rFonts w:ascii="Calibri" w:hAnsi="Calibri" w:eastAsia="Calibri" w:cs="Calibri"/>
          <w:b w:val="1"/>
          <w:bCs w:val="1"/>
          <w:color w:val="auto"/>
          <w:sz w:val="26"/>
          <w:szCs w:val="26"/>
        </w:rPr>
      </w:pPr>
      <w:r w:rsidRPr="6750501B" w:rsidR="16467B23">
        <w:rPr>
          <w:rFonts w:ascii="Calibri" w:hAnsi="Calibri" w:eastAsia="Calibri" w:cs="Calibri"/>
          <w:b w:val="1"/>
          <w:bCs w:val="1"/>
          <w:color w:val="auto"/>
          <w:sz w:val="26"/>
          <w:szCs w:val="26"/>
        </w:rPr>
        <w:t>Part 1. Recommended: One-Click Desktop Installer (No Docker, No Code)</w:t>
      </w:r>
    </w:p>
    <w:p w:rsidR="00EE3E6F" w:rsidP="6750501B" w:rsidRDefault="00EE3E6F" w14:paraId="2FDF41CA" w14:textId="77777777">
      <w:pPr>
        <w:spacing w:after="80"/>
        <w:rPr>
          <w:rFonts w:ascii="Calibri" w:hAnsi="Calibri" w:eastAsia="Calibri" w:cs="Calibri"/>
          <w:color w:val="auto"/>
        </w:rPr>
      </w:pPr>
      <w:r w:rsidRPr="6750501B" w:rsidR="16467B23">
        <w:rPr>
          <w:rFonts w:ascii="Calibri" w:hAnsi="Calibri" w:eastAsia="Calibri" w:cs="Calibri"/>
          <w:color w:val="auto"/>
        </w:rPr>
        <w:t xml:space="preserve">This is the recommended deployment for clinical researchers, regulatory professionals, and any user who does not </w:t>
      </w:r>
      <w:r w:rsidRPr="6750501B" w:rsidR="16467B23">
        <w:rPr>
          <w:rFonts w:ascii="Calibri" w:hAnsi="Calibri" w:eastAsia="Calibri" w:cs="Calibri"/>
          <w:color w:val="auto"/>
        </w:rPr>
        <w:t>require</w:t>
      </w:r>
      <w:r w:rsidRPr="6750501B" w:rsidR="16467B23">
        <w:rPr>
          <w:rFonts w:ascii="Calibri" w:hAnsi="Calibri" w:eastAsia="Calibri" w:cs="Calibri"/>
          <w:color w:val="auto"/>
        </w:rPr>
        <w:t xml:space="preserve"> a containerized or scripted workflow.</w:t>
      </w:r>
    </w:p>
    <w:p w:rsidR="00EE3E6F" w:rsidP="6750501B" w:rsidRDefault="00EE3E6F" w14:paraId="22EB9D6E" w14:textId="77777777">
      <w:pPr>
        <w:spacing w:after="40"/>
        <w:rPr>
          <w:rFonts w:ascii="Calibri" w:hAnsi="Calibri" w:eastAsia="Calibri" w:cs="Calibri"/>
          <w:b w:val="1"/>
          <w:bCs w:val="1"/>
          <w:color w:val="auto"/>
        </w:rPr>
      </w:pPr>
      <w:r w:rsidRPr="6750501B" w:rsidR="16467B23">
        <w:rPr>
          <w:rFonts w:ascii="Calibri" w:hAnsi="Calibri" w:eastAsia="Calibri" w:cs="Calibri"/>
          <w:b w:val="1"/>
          <w:bCs w:val="1"/>
          <w:color w:val="auto"/>
        </w:rPr>
        <w:t>Step 1 — Download the installer.</w:t>
      </w:r>
    </w:p>
    <w:p w:rsidR="00EE3E6F" w:rsidP="6750501B" w:rsidRDefault="00EE3E6F" w14:paraId="44033D88" w14:textId="77777777">
      <w:pPr>
        <w:spacing w:after="40"/>
        <w:ind w:left="283"/>
        <w:rPr>
          <w:rFonts w:ascii="Calibri" w:hAnsi="Calibri" w:eastAsia="Calibri" w:cs="Calibri"/>
          <w:color w:val="auto"/>
        </w:rPr>
      </w:pPr>
      <w:r w:rsidRPr="6750501B" w:rsidR="16467B23">
        <w:rPr>
          <w:rFonts w:ascii="Calibri" w:hAnsi="Calibri" w:eastAsia="Calibri" w:cs="Calibri"/>
          <w:color w:val="auto"/>
        </w:rPr>
        <w:t>Open the project release page in any browser:</w:t>
      </w:r>
    </w:p>
    <w:p w:rsidR="00EE3E6F" w:rsidP="6750501B" w:rsidRDefault="00EE3E6F" w14:paraId="4B5C6991" w14:textId="77777777">
      <w:pPr>
        <w:spacing w:after="80"/>
        <w:ind w:left="283"/>
        <w:rPr>
          <w:rFonts w:ascii="Calibri" w:hAnsi="Calibri" w:eastAsia="Calibri" w:cs="Calibri"/>
          <w:i w:val="1"/>
          <w:iCs w:val="1"/>
          <w:color w:val="auto"/>
        </w:rPr>
      </w:pPr>
      <w:r w:rsidRPr="6750501B" w:rsidR="16467B23">
        <w:rPr>
          <w:rFonts w:ascii="Calibri" w:hAnsi="Calibri" w:eastAsia="Calibri" w:cs="Calibri"/>
          <w:i w:val="1"/>
          <w:iCs w:val="1"/>
          <w:color w:val="auto"/>
        </w:rPr>
        <w:t>https://github.com/MohamedMaroufMD/MAUDEMetrics/releases/latest</w:t>
      </w:r>
    </w:p>
    <w:p w:rsidR="00EE3E6F" w:rsidP="6750501B" w:rsidRDefault="00EE3E6F" w14:paraId="334AAD61" w14:textId="77777777">
      <w:pPr>
        <w:spacing w:after="160"/>
        <w:ind w:left="283"/>
        <w:rPr>
          <w:rFonts w:ascii="Calibri" w:hAnsi="Calibri" w:eastAsia="Calibri" w:cs="Calibri"/>
          <w:color w:val="auto"/>
        </w:rPr>
      </w:pPr>
      <w:r w:rsidRPr="6750501B" w:rsidR="16467B23">
        <w:rPr>
          <w:rFonts w:ascii="Calibri" w:hAnsi="Calibri" w:eastAsia="Calibri" w:cs="Calibri"/>
          <w:color w:val="auto"/>
        </w:rPr>
        <w:t xml:space="preserve">Download the asset matching your operating system: </w:t>
      </w:r>
      <w:r w:rsidRPr="6750501B" w:rsidR="16467B23">
        <w:rPr>
          <w:rFonts w:ascii="Calibri" w:hAnsi="Calibri" w:eastAsia="Calibri" w:cs="Calibri"/>
          <w:color w:val="auto"/>
        </w:rPr>
        <w:t>MAUDEMetrics</w:t>
      </w:r>
      <w:r w:rsidRPr="6750501B" w:rsidR="16467B23">
        <w:rPr>
          <w:rFonts w:ascii="Calibri" w:hAnsi="Calibri" w:eastAsia="Calibri" w:cs="Calibri"/>
          <w:color w:val="auto"/>
        </w:rPr>
        <w:t xml:space="preserve">-&lt;version&gt;-arm64.dmg for Apple Silicon Macs, </w:t>
      </w:r>
      <w:r w:rsidRPr="6750501B" w:rsidR="16467B23">
        <w:rPr>
          <w:rFonts w:ascii="Calibri" w:hAnsi="Calibri" w:eastAsia="Calibri" w:cs="Calibri"/>
          <w:color w:val="auto"/>
        </w:rPr>
        <w:t>MAUDEMetrics</w:t>
      </w:r>
      <w:r w:rsidRPr="6750501B" w:rsidR="16467B23">
        <w:rPr>
          <w:rFonts w:ascii="Calibri" w:hAnsi="Calibri" w:eastAsia="Calibri" w:cs="Calibri"/>
          <w:color w:val="auto"/>
        </w:rPr>
        <w:t xml:space="preserve">-&lt;version&gt;-x64.dmg for Intel Macs, or </w:t>
      </w:r>
      <w:r w:rsidRPr="6750501B" w:rsidR="16467B23">
        <w:rPr>
          <w:rFonts w:ascii="Calibri" w:hAnsi="Calibri" w:eastAsia="Calibri" w:cs="Calibri"/>
          <w:color w:val="auto"/>
        </w:rPr>
        <w:t>MAUDEMetrics</w:t>
      </w:r>
      <w:r w:rsidRPr="6750501B" w:rsidR="16467B23">
        <w:rPr>
          <w:rFonts w:ascii="Calibri" w:hAnsi="Calibri" w:eastAsia="Calibri" w:cs="Calibri"/>
          <w:color w:val="auto"/>
        </w:rPr>
        <w:t>-Setup-&lt;version&gt;.</w:t>
      </w:r>
      <w:r w:rsidRPr="6750501B" w:rsidR="16467B23">
        <w:rPr>
          <w:rFonts w:ascii="Calibri" w:hAnsi="Calibri" w:eastAsia="Calibri" w:cs="Calibri"/>
          <w:color w:val="auto"/>
        </w:rPr>
        <w:t>exe</w:t>
      </w:r>
      <w:r w:rsidRPr="6750501B" w:rsidR="16467B23">
        <w:rPr>
          <w:rFonts w:ascii="Calibri" w:hAnsi="Calibri" w:eastAsia="Calibri" w:cs="Calibri"/>
          <w:color w:val="auto"/>
        </w:rPr>
        <w:t xml:space="preserve"> for Windows 10/11 (64-bit).</w:t>
      </w:r>
    </w:p>
    <w:p w:rsidR="00EE3E6F" w:rsidP="6750501B" w:rsidRDefault="00EE3E6F" w14:paraId="52EA2393" w14:textId="77777777">
      <w:pPr>
        <w:spacing w:after="40"/>
        <w:rPr>
          <w:rFonts w:ascii="Calibri" w:hAnsi="Calibri" w:eastAsia="Calibri" w:cs="Calibri"/>
          <w:b w:val="1"/>
          <w:bCs w:val="1"/>
          <w:color w:val="auto"/>
        </w:rPr>
      </w:pPr>
      <w:r w:rsidRPr="6750501B" w:rsidR="16467B23">
        <w:rPr>
          <w:rFonts w:ascii="Calibri" w:hAnsi="Calibri" w:eastAsia="Calibri" w:cs="Calibri"/>
          <w:b w:val="1"/>
          <w:bCs w:val="1"/>
          <w:color w:val="auto"/>
        </w:rPr>
        <w:t>Step 2 — Install.</w:t>
      </w:r>
    </w:p>
    <w:p w:rsidR="00EE3E6F" w:rsidP="6750501B" w:rsidRDefault="00EE3E6F" w14:paraId="7B63A739" w14:textId="77777777">
      <w:pPr>
        <w:spacing w:after="80"/>
        <w:ind w:left="283"/>
        <w:rPr>
          <w:rFonts w:ascii="Calibri" w:hAnsi="Calibri" w:eastAsia="Calibri" w:cs="Calibri"/>
          <w:color w:val="auto"/>
        </w:rPr>
      </w:pPr>
      <w:r w:rsidRPr="6750501B" w:rsidR="16467B23">
        <w:rPr>
          <w:rFonts w:ascii="Calibri" w:hAnsi="Calibri" w:eastAsia="Calibri" w:cs="Calibri"/>
          <w:color w:val="auto"/>
        </w:rPr>
        <w:t xml:space="preserve">macOS: open the .dmg, drag </w:t>
      </w:r>
      <w:r w:rsidRPr="6750501B" w:rsidR="16467B23">
        <w:rPr>
          <w:rFonts w:ascii="Calibri" w:hAnsi="Calibri" w:eastAsia="Calibri" w:cs="Calibri"/>
          <w:color w:val="auto"/>
        </w:rPr>
        <w:t>MAUDEMetrics</w:t>
      </w:r>
      <w:r w:rsidRPr="6750501B" w:rsidR="16467B23">
        <w:rPr>
          <w:rFonts w:ascii="Calibri" w:hAnsi="Calibri" w:eastAsia="Calibri" w:cs="Calibri"/>
          <w:color w:val="auto"/>
        </w:rPr>
        <w:t xml:space="preserve"> to the Applications folder, and launch from Launchpad.</w:t>
      </w:r>
    </w:p>
    <w:p w:rsidR="00EE3E6F" w:rsidP="6750501B" w:rsidRDefault="00EE3E6F" w14:paraId="39133A55" w14:textId="5E30AF4C">
      <w:pPr>
        <w:spacing w:after="40"/>
        <w:ind w:left="283"/>
        <w:rPr>
          <w:rFonts w:ascii="Calibri" w:hAnsi="Calibri" w:eastAsia="Calibri" w:cs="Calibri"/>
          <w:b w:val="1"/>
          <w:bCs w:val="1"/>
          <w:color w:val="auto"/>
        </w:rPr>
      </w:pPr>
      <w:r w:rsidRPr="6750501B" w:rsidR="16467B23">
        <w:rPr>
          <w:rFonts w:ascii="Calibri" w:hAnsi="Calibri" w:eastAsia="Calibri" w:cs="Calibri"/>
          <w:b w:val="1"/>
          <w:bCs w:val="1"/>
          <w:color w:val="auto"/>
        </w:rPr>
        <w:t xml:space="preserve">macOS </w:t>
      </w:r>
      <w:r w:rsidRPr="6750501B" w:rsidR="7B33A1C7">
        <w:rPr>
          <w:rFonts w:ascii="Calibri" w:hAnsi="Calibri" w:eastAsia="Calibri" w:cs="Calibri"/>
          <w:b w:val="1"/>
          <w:bCs w:val="1"/>
          <w:i w:val="0"/>
          <w:iCs w:val="0"/>
          <w:color w:val="auto"/>
          <w:sz w:val="22"/>
          <w:szCs w:val="22"/>
          <w:u w:val="none"/>
        </w:rPr>
        <w:t>Security T</w:t>
      </w:r>
      <w:r w:rsidRPr="6750501B" w:rsidR="16467B23">
        <w:rPr>
          <w:rFonts w:ascii="Calibri" w:hAnsi="Calibri" w:eastAsia="Calibri" w:cs="Calibri"/>
          <w:b w:val="1"/>
          <w:bCs w:val="1"/>
          <w:color w:val="auto"/>
        </w:rPr>
        <w:t>roubleshooting.</w:t>
      </w:r>
    </w:p>
    <w:p w:rsidR="00EE3E6F" w:rsidP="6750501B" w:rsidRDefault="00EE3E6F" w14:paraId="31B195B0" w14:textId="77777777">
      <w:pPr>
        <w:spacing w:after="60"/>
        <w:ind w:left="567"/>
        <w:rPr>
          <w:rFonts w:ascii="Calibri" w:hAnsi="Calibri" w:eastAsia="Calibri" w:cs="Calibri"/>
          <w:color w:val="auto"/>
        </w:rPr>
      </w:pPr>
      <w:r w:rsidRPr="6750501B" w:rsidR="16467B23">
        <w:rPr>
          <w:rFonts w:ascii="Calibri" w:hAnsi="Calibri" w:eastAsia="Calibri" w:cs="Calibri"/>
          <w:color w:val="auto"/>
        </w:rPr>
        <w:t>•  “</w:t>
      </w:r>
      <w:r w:rsidRPr="6750501B" w:rsidR="16467B23">
        <w:rPr>
          <w:rFonts w:ascii="Calibri" w:hAnsi="Calibri" w:eastAsia="Calibri" w:cs="Calibri"/>
          <w:color w:val="auto"/>
        </w:rPr>
        <w:t xml:space="preserve">Unverified developer” warning: right-click (or Control-click) the application icon and select Open. Confirm in the dialog that appears. This is </w:t>
      </w:r>
      <w:r w:rsidRPr="6750501B" w:rsidR="16467B23">
        <w:rPr>
          <w:rFonts w:ascii="Calibri" w:hAnsi="Calibri" w:eastAsia="Calibri" w:cs="Calibri"/>
          <w:color w:val="auto"/>
        </w:rPr>
        <w:t>required</w:t>
      </w:r>
      <w:r w:rsidRPr="6750501B" w:rsidR="16467B23">
        <w:rPr>
          <w:rFonts w:ascii="Calibri" w:hAnsi="Calibri" w:eastAsia="Calibri" w:cs="Calibri"/>
          <w:color w:val="auto"/>
        </w:rPr>
        <w:t xml:space="preserve"> only on the first launch </w:t>
      </w:r>
      <w:r w:rsidRPr="6750501B" w:rsidR="16467B23">
        <w:rPr>
          <w:rFonts w:ascii="Calibri" w:hAnsi="Calibri" w:eastAsia="Calibri" w:cs="Calibri"/>
          <w:color w:val="auto"/>
        </w:rPr>
        <w:t>on</w:t>
      </w:r>
      <w:r w:rsidRPr="6750501B" w:rsidR="16467B23">
        <w:rPr>
          <w:rFonts w:ascii="Calibri" w:hAnsi="Calibri" w:eastAsia="Calibri" w:cs="Calibri"/>
          <w:color w:val="auto"/>
        </w:rPr>
        <w:t xml:space="preserve"> a new system.</w:t>
      </w:r>
    </w:p>
    <w:p w:rsidR="00EE3E6F" w:rsidP="6750501B" w:rsidRDefault="00EE3E6F" w14:paraId="04C84D5E" w14:textId="77777777">
      <w:pPr>
        <w:spacing w:after="40"/>
        <w:ind w:left="567"/>
        <w:rPr>
          <w:rFonts w:ascii="Calibri" w:hAnsi="Calibri" w:eastAsia="Calibri" w:cs="Calibri"/>
          <w:color w:val="auto"/>
        </w:rPr>
      </w:pPr>
      <w:r w:rsidRPr="6750501B" w:rsidR="16467B23">
        <w:rPr>
          <w:rFonts w:ascii="Calibri" w:hAnsi="Calibri" w:eastAsia="Calibri" w:cs="Calibri"/>
          <w:color w:val="auto"/>
        </w:rPr>
        <w:t>•  “</w:t>
      </w:r>
      <w:r w:rsidRPr="6750501B" w:rsidR="16467B23">
        <w:rPr>
          <w:rFonts w:ascii="Calibri" w:hAnsi="Calibri" w:eastAsia="Calibri" w:cs="Calibri"/>
          <w:color w:val="auto"/>
        </w:rPr>
        <w:t>Application is damaged” warning: this message can appear on some macOS versions due to Gatekeeper quarantine attributes applied during download. Open Terminal (Applications → Utilities → Terminal) and run the following command, then try launching the application again:</w:t>
      </w:r>
    </w:p>
    <w:p w:rsidR="00EE3E6F" w:rsidP="6750501B" w:rsidRDefault="00EE3E6F" w14:paraId="134CCD1E" w14:textId="77777777">
      <w:pPr>
        <w:spacing w:after="160"/>
        <w:ind w:left="850"/>
        <w:rPr>
          <w:rFonts w:ascii="Calibri" w:hAnsi="Calibri" w:eastAsia="Calibri" w:cs="Calibri"/>
          <w:i w:val="1"/>
          <w:iCs w:val="1"/>
          <w:color w:val="auto"/>
          <w:sz w:val="21"/>
          <w:szCs w:val="21"/>
        </w:rPr>
      </w:pPr>
      <w:r w:rsidRPr="6750501B" w:rsidR="16467B23">
        <w:rPr>
          <w:rFonts w:ascii="Calibri" w:hAnsi="Calibri" w:eastAsia="Calibri" w:cs="Calibri"/>
          <w:i w:val="1"/>
          <w:iCs w:val="1"/>
          <w:color w:val="auto"/>
          <w:sz w:val="21"/>
          <w:szCs w:val="21"/>
        </w:rPr>
        <w:t>xattr</w:t>
      </w:r>
      <w:r w:rsidRPr="6750501B" w:rsidR="16467B23">
        <w:rPr>
          <w:rFonts w:ascii="Calibri" w:hAnsi="Calibri" w:eastAsia="Calibri" w:cs="Calibri"/>
          <w:i w:val="1"/>
          <w:iCs w:val="1"/>
          <w:color w:val="auto"/>
          <w:sz w:val="21"/>
          <w:szCs w:val="21"/>
        </w:rPr>
        <w:t xml:space="preserve"> -</w:t>
      </w:r>
      <w:r w:rsidRPr="6750501B" w:rsidR="16467B23">
        <w:rPr>
          <w:rFonts w:ascii="Calibri" w:hAnsi="Calibri" w:eastAsia="Calibri" w:cs="Calibri"/>
          <w:i w:val="1"/>
          <w:iCs w:val="1"/>
          <w:color w:val="auto"/>
          <w:sz w:val="21"/>
          <w:szCs w:val="21"/>
        </w:rPr>
        <w:t>rd</w:t>
      </w:r>
      <w:r w:rsidRPr="6750501B" w:rsidR="16467B23">
        <w:rPr>
          <w:rFonts w:ascii="Calibri" w:hAnsi="Calibri" w:eastAsia="Calibri" w:cs="Calibri"/>
          <w:i w:val="1"/>
          <w:iCs w:val="1"/>
          <w:color w:val="auto"/>
          <w:sz w:val="21"/>
          <w:szCs w:val="21"/>
        </w:rPr>
        <w:t xml:space="preserve"> </w:t>
      </w:r>
      <w:r w:rsidRPr="6750501B" w:rsidR="16467B23">
        <w:rPr>
          <w:rFonts w:ascii="Calibri" w:hAnsi="Calibri" w:eastAsia="Calibri" w:cs="Calibri"/>
          <w:i w:val="1"/>
          <w:iCs w:val="1"/>
          <w:color w:val="auto"/>
          <w:sz w:val="21"/>
          <w:szCs w:val="21"/>
        </w:rPr>
        <w:t>com.apple</w:t>
      </w:r>
      <w:r w:rsidRPr="6750501B" w:rsidR="16467B23">
        <w:rPr>
          <w:rFonts w:ascii="Calibri" w:hAnsi="Calibri" w:eastAsia="Calibri" w:cs="Calibri"/>
          <w:i w:val="1"/>
          <w:iCs w:val="1"/>
          <w:color w:val="auto"/>
          <w:sz w:val="21"/>
          <w:szCs w:val="21"/>
        </w:rPr>
        <w:t>.quarantine</w:t>
      </w:r>
      <w:r w:rsidRPr="6750501B" w:rsidR="16467B23">
        <w:rPr>
          <w:rFonts w:ascii="Calibri" w:hAnsi="Calibri" w:eastAsia="Calibri" w:cs="Calibri"/>
          <w:i w:val="1"/>
          <w:iCs w:val="1"/>
          <w:color w:val="auto"/>
          <w:sz w:val="21"/>
          <w:szCs w:val="21"/>
        </w:rPr>
        <w:t xml:space="preserve"> /Applications/</w:t>
      </w:r>
      <w:r w:rsidRPr="6750501B" w:rsidR="16467B23">
        <w:rPr>
          <w:rFonts w:ascii="Calibri" w:hAnsi="Calibri" w:eastAsia="Calibri" w:cs="Calibri"/>
          <w:i w:val="1"/>
          <w:iCs w:val="1"/>
          <w:color w:val="auto"/>
          <w:sz w:val="21"/>
          <w:szCs w:val="21"/>
        </w:rPr>
        <w:t>MAUDEMetrics.app</w:t>
      </w:r>
    </w:p>
    <w:p w:rsidR="00EE3E6F" w:rsidP="6750501B" w:rsidRDefault="00EE3E6F" w14:paraId="0465B3B2" w14:textId="77777777">
      <w:pPr>
        <w:spacing w:after="80"/>
        <w:ind w:left="283"/>
        <w:rPr>
          <w:rFonts w:ascii="Calibri" w:hAnsi="Calibri" w:eastAsia="Calibri" w:cs="Calibri"/>
          <w:color w:val="auto"/>
        </w:rPr>
      </w:pPr>
      <w:r w:rsidRPr="6750501B" w:rsidR="16467B23">
        <w:rPr>
          <w:rFonts w:ascii="Calibri" w:hAnsi="Calibri" w:eastAsia="Calibri" w:cs="Calibri"/>
          <w:color w:val="auto"/>
        </w:rPr>
        <w:t xml:space="preserve">Windows: </w:t>
      </w:r>
      <w:r w:rsidRPr="6750501B" w:rsidR="16467B23">
        <w:rPr>
          <w:rFonts w:ascii="Calibri" w:hAnsi="Calibri" w:eastAsia="Calibri" w:cs="Calibri"/>
          <w:color w:val="auto"/>
        </w:rPr>
        <w:t>run</w:t>
      </w:r>
      <w:r w:rsidRPr="6750501B" w:rsidR="16467B23">
        <w:rPr>
          <w:rFonts w:ascii="Calibri" w:hAnsi="Calibri" w:eastAsia="Calibri" w:cs="Calibri"/>
          <w:color w:val="auto"/>
        </w:rPr>
        <w:t xml:space="preserve"> MAUDEMetrics-Setup.exe and follow the standard installer prompts. The installer creates a Start-menu shortcut and registers the application for automatic update checks.</w:t>
      </w:r>
    </w:p>
    <w:p w:rsidR="00EE3E6F" w:rsidP="6750501B" w:rsidRDefault="00EE3E6F" w14:paraId="4CAB6531" w14:textId="0F41B674">
      <w:pPr>
        <w:spacing w:after="40"/>
        <w:ind w:left="283"/>
        <w:rPr>
          <w:rFonts w:ascii="Calibri" w:hAnsi="Calibri" w:eastAsia="Calibri" w:cs="Calibri"/>
          <w:b w:val="1"/>
          <w:bCs w:val="1"/>
          <w:color w:val="auto"/>
        </w:rPr>
      </w:pPr>
      <w:r w:rsidRPr="6750501B" w:rsidR="16467B23">
        <w:rPr>
          <w:rFonts w:ascii="Calibri" w:hAnsi="Calibri" w:eastAsia="Calibri" w:cs="Calibri"/>
          <w:b w:val="1"/>
          <w:bCs w:val="1"/>
          <w:color w:val="auto"/>
        </w:rPr>
        <w:t xml:space="preserve">Windows </w:t>
      </w:r>
      <w:r w:rsidRPr="6750501B" w:rsidR="1B0F0354">
        <w:rPr>
          <w:rFonts w:ascii="Calibri" w:hAnsi="Calibri" w:eastAsia="Calibri" w:cs="Calibri"/>
          <w:b w:val="1"/>
          <w:bCs w:val="1"/>
          <w:i w:val="0"/>
          <w:iCs w:val="0"/>
          <w:color w:val="auto"/>
          <w:sz w:val="22"/>
          <w:szCs w:val="22"/>
          <w:u w:val="none"/>
        </w:rPr>
        <w:t>Security T</w:t>
      </w:r>
      <w:r w:rsidRPr="6750501B" w:rsidR="16467B23">
        <w:rPr>
          <w:rFonts w:ascii="Calibri" w:hAnsi="Calibri" w:eastAsia="Calibri" w:cs="Calibri"/>
          <w:b w:val="1"/>
          <w:bCs w:val="1"/>
          <w:color w:val="auto"/>
        </w:rPr>
        <w:t>roubleshooting.</w:t>
      </w:r>
    </w:p>
    <w:p w:rsidR="00EE3E6F" w:rsidP="6750501B" w:rsidRDefault="00EE3E6F" w14:paraId="6655E51C" w14:textId="5EC15E33">
      <w:pPr>
        <w:spacing w:after="60"/>
        <w:ind w:left="567"/>
        <w:rPr>
          <w:rFonts w:ascii="Calibri" w:hAnsi="Calibri" w:eastAsia="Calibri" w:cs="Calibri"/>
          <w:color w:val="auto"/>
        </w:rPr>
      </w:pPr>
      <w:r w:rsidRPr="6750501B" w:rsidR="16467B23">
        <w:rPr>
          <w:rFonts w:ascii="Calibri" w:hAnsi="Calibri" w:eastAsia="Calibri" w:cs="Calibri"/>
          <w:color w:val="auto"/>
        </w:rPr>
        <w:t xml:space="preserve">•  Windows SmartScreen warning (“Windows protected your PC”): click “More info” and then “Run anyway.” This prompt appears for independently packaged applications that have not yet accumulated a large install-base signature and does not </w:t>
      </w:r>
      <w:r w:rsidRPr="6750501B" w:rsidR="16467B23">
        <w:rPr>
          <w:rFonts w:ascii="Calibri" w:hAnsi="Calibri" w:eastAsia="Calibri" w:cs="Calibri"/>
          <w:color w:val="auto"/>
        </w:rPr>
        <w:t>indicate</w:t>
      </w:r>
      <w:r w:rsidRPr="6750501B" w:rsidR="16467B23">
        <w:rPr>
          <w:rFonts w:ascii="Calibri" w:hAnsi="Calibri" w:eastAsia="Calibri" w:cs="Calibri"/>
          <w:color w:val="auto"/>
        </w:rPr>
        <w:t xml:space="preserve"> malicious content.</w:t>
      </w:r>
    </w:p>
    <w:p w:rsidR="00EE3E6F" w:rsidP="6750501B" w:rsidRDefault="00EE3E6F" w14:paraId="08435AFC" w14:textId="77777777">
      <w:pPr>
        <w:spacing w:after="60"/>
        <w:ind w:left="567"/>
        <w:rPr>
          <w:rFonts w:ascii="Calibri" w:hAnsi="Calibri" w:eastAsia="Calibri" w:cs="Calibri"/>
          <w:color w:val="auto"/>
        </w:rPr>
      </w:pPr>
      <w:r w:rsidRPr="6750501B" w:rsidR="16467B23">
        <w:rPr>
          <w:rFonts w:ascii="Calibri" w:hAnsi="Calibri" w:eastAsia="Calibri" w:cs="Calibri"/>
          <w:color w:val="auto"/>
        </w:rPr>
        <w:t>•  Antivirus false positive: independently packaged open-source Electron applications occasionally trigger antivirus heuristic flags. If MAUDEMetrics.exe is quarantined, restore it using the steps below for the relevant product:</w:t>
      </w:r>
    </w:p>
    <w:p w:rsidR="00EE3E6F" w:rsidP="6750501B" w:rsidRDefault="00EE3E6F" w14:paraId="1B063A09" w14:textId="77777777">
      <w:pPr>
        <w:spacing w:after="40"/>
        <w:ind w:left="850"/>
        <w:rPr>
          <w:rFonts w:ascii="Calibri" w:hAnsi="Calibri" w:eastAsia="Calibri" w:cs="Calibri"/>
          <w:color w:val="auto"/>
        </w:rPr>
      </w:pPr>
      <w:r w:rsidRPr="6750501B" w:rsidR="16467B23">
        <w:rPr>
          <w:rFonts w:ascii="Calibri" w:hAnsi="Calibri" w:eastAsia="Calibri" w:cs="Calibri"/>
          <w:b w:val="1"/>
          <w:bCs w:val="1"/>
          <w:color w:val="auto"/>
        </w:rPr>
        <w:t>Windows Defender:</w:t>
      </w:r>
      <w:r w:rsidRPr="6750501B" w:rsidR="16467B23">
        <w:rPr>
          <w:rFonts w:ascii="Calibri" w:hAnsi="Calibri" w:eastAsia="Calibri" w:cs="Calibri"/>
          <w:color w:val="auto"/>
        </w:rPr>
        <w:t xml:space="preserve"> Windows Security → Virus &amp; threat protection → Protection history → </w:t>
      </w:r>
      <w:r w:rsidRPr="6750501B" w:rsidR="16467B23">
        <w:rPr>
          <w:rFonts w:ascii="Calibri" w:hAnsi="Calibri" w:eastAsia="Calibri" w:cs="Calibri"/>
          <w:color w:val="auto"/>
        </w:rPr>
        <w:t>locate</w:t>
      </w:r>
      <w:r w:rsidRPr="6750501B" w:rsidR="16467B23">
        <w:rPr>
          <w:rFonts w:ascii="Calibri" w:hAnsi="Calibri" w:eastAsia="Calibri" w:cs="Calibri"/>
          <w:color w:val="auto"/>
        </w:rPr>
        <w:t xml:space="preserve"> the </w:t>
      </w:r>
      <w:r w:rsidRPr="6750501B" w:rsidR="16467B23">
        <w:rPr>
          <w:rFonts w:ascii="Calibri" w:hAnsi="Calibri" w:eastAsia="Calibri" w:cs="Calibri"/>
          <w:color w:val="auto"/>
        </w:rPr>
        <w:t>MAUDEMetrics</w:t>
      </w:r>
      <w:r w:rsidRPr="6750501B" w:rsidR="16467B23">
        <w:rPr>
          <w:rFonts w:ascii="Calibri" w:hAnsi="Calibri" w:eastAsia="Calibri" w:cs="Calibri"/>
          <w:color w:val="auto"/>
        </w:rPr>
        <w:t xml:space="preserve"> entry → Allow on device.</w:t>
      </w:r>
    </w:p>
    <w:p w:rsidR="00EE3E6F" w:rsidP="6750501B" w:rsidRDefault="00EE3E6F" w14:paraId="58ED1F7E" w14:textId="77777777">
      <w:pPr>
        <w:spacing w:after="40"/>
        <w:ind w:left="850"/>
        <w:rPr>
          <w:rFonts w:ascii="Calibri" w:hAnsi="Calibri" w:eastAsia="Calibri" w:cs="Calibri"/>
          <w:color w:val="auto"/>
        </w:rPr>
      </w:pPr>
      <w:r w:rsidRPr="6750501B" w:rsidR="16467B23">
        <w:rPr>
          <w:rFonts w:ascii="Calibri" w:hAnsi="Calibri" w:eastAsia="Calibri" w:cs="Calibri"/>
          <w:b w:val="1"/>
          <w:bCs w:val="1"/>
          <w:color w:val="auto"/>
        </w:rPr>
        <w:t>McAfee:</w:t>
      </w:r>
      <w:r w:rsidRPr="6750501B" w:rsidR="16467B23">
        <w:rPr>
          <w:rFonts w:ascii="Calibri" w:hAnsi="Calibri" w:eastAsia="Calibri" w:cs="Calibri"/>
          <w:color w:val="auto"/>
        </w:rPr>
        <w:t xml:space="preserve"> McAfee Security → Quarantined files → locate </w:t>
      </w:r>
      <w:r w:rsidRPr="6750501B" w:rsidR="16467B23">
        <w:rPr>
          <w:rFonts w:ascii="Calibri" w:hAnsi="Calibri" w:eastAsia="Calibri" w:cs="Calibri"/>
          <w:color w:val="auto"/>
        </w:rPr>
        <w:t>MAUDEMetrics</w:t>
      </w:r>
      <w:r w:rsidRPr="6750501B" w:rsidR="16467B23">
        <w:rPr>
          <w:rFonts w:ascii="Calibri" w:hAnsi="Calibri" w:eastAsia="Calibri" w:cs="Calibri"/>
          <w:color w:val="auto"/>
        </w:rPr>
        <w:t xml:space="preserve"> → Restore and exclude.</w:t>
      </w:r>
    </w:p>
    <w:p w:rsidR="00EE3E6F" w:rsidP="6750501B" w:rsidRDefault="00EE3E6F" w14:paraId="1BDE15C5" w14:textId="77777777">
      <w:pPr>
        <w:spacing w:after="40"/>
        <w:ind w:left="850"/>
        <w:rPr>
          <w:rFonts w:ascii="Calibri" w:hAnsi="Calibri" w:eastAsia="Calibri" w:cs="Calibri"/>
          <w:color w:val="auto"/>
        </w:rPr>
      </w:pPr>
      <w:r w:rsidRPr="6750501B" w:rsidR="16467B23">
        <w:rPr>
          <w:rFonts w:ascii="Calibri" w:hAnsi="Calibri" w:eastAsia="Calibri" w:cs="Calibri"/>
          <w:b w:val="1"/>
          <w:bCs w:val="1"/>
          <w:color w:val="auto"/>
        </w:rPr>
        <w:t>Norton:</w:t>
      </w:r>
      <w:r w:rsidRPr="6750501B" w:rsidR="16467B23">
        <w:rPr>
          <w:rFonts w:ascii="Calibri" w:hAnsi="Calibri" w:eastAsia="Calibri" w:cs="Calibri"/>
          <w:color w:val="auto"/>
        </w:rPr>
        <w:t xml:space="preserve"> Norton → Security → History → </w:t>
      </w:r>
      <w:r w:rsidRPr="6750501B" w:rsidR="16467B23">
        <w:rPr>
          <w:rFonts w:ascii="Calibri" w:hAnsi="Calibri" w:eastAsia="Calibri" w:cs="Calibri"/>
          <w:color w:val="auto"/>
        </w:rPr>
        <w:t>locate</w:t>
      </w:r>
      <w:r w:rsidRPr="6750501B" w:rsidR="16467B23">
        <w:rPr>
          <w:rFonts w:ascii="Calibri" w:hAnsi="Calibri" w:eastAsia="Calibri" w:cs="Calibri"/>
          <w:color w:val="auto"/>
        </w:rPr>
        <w:t xml:space="preserve"> </w:t>
      </w:r>
      <w:r w:rsidRPr="6750501B" w:rsidR="16467B23">
        <w:rPr>
          <w:rFonts w:ascii="Calibri" w:hAnsi="Calibri" w:eastAsia="Calibri" w:cs="Calibri"/>
          <w:color w:val="auto"/>
        </w:rPr>
        <w:t>MAUDEMetrics</w:t>
      </w:r>
      <w:r w:rsidRPr="6750501B" w:rsidR="16467B23">
        <w:rPr>
          <w:rFonts w:ascii="Calibri" w:hAnsi="Calibri" w:eastAsia="Calibri" w:cs="Calibri"/>
          <w:color w:val="auto"/>
        </w:rPr>
        <w:t xml:space="preserve"> → Restore and exclude.</w:t>
      </w:r>
    </w:p>
    <w:p w:rsidR="00EE3E6F" w:rsidP="6750501B" w:rsidRDefault="00EE3E6F" w14:paraId="31F5D6BF" w14:textId="77777777">
      <w:pPr>
        <w:spacing w:after="120"/>
        <w:rPr>
          <w:color w:val="auto"/>
        </w:rPr>
      </w:pPr>
    </w:p>
    <w:p w:rsidR="00EE3E6F" w:rsidP="6750501B" w:rsidRDefault="00EE3E6F" w14:paraId="3F3C2F5C" w14:textId="77777777">
      <w:pPr>
        <w:spacing w:after="40"/>
        <w:rPr>
          <w:rFonts w:ascii="Calibri" w:hAnsi="Calibri" w:eastAsia="Calibri" w:cs="Calibri"/>
          <w:b w:val="1"/>
          <w:bCs w:val="1"/>
          <w:color w:val="auto"/>
        </w:rPr>
      </w:pPr>
      <w:r w:rsidRPr="6750501B" w:rsidR="16467B23">
        <w:rPr>
          <w:rFonts w:ascii="Calibri" w:hAnsi="Calibri" w:eastAsia="Calibri" w:cs="Calibri"/>
          <w:b w:val="1"/>
          <w:bCs w:val="1"/>
          <w:color w:val="auto"/>
        </w:rPr>
        <w:t>Step 3 — Use the application.</w:t>
      </w:r>
    </w:p>
    <w:p w:rsidR="00EE3E6F" w:rsidP="6750501B" w:rsidRDefault="00EE3E6F" w14:paraId="02F1AB53" w14:textId="77777777">
      <w:pPr>
        <w:spacing w:after="160"/>
        <w:ind w:left="283"/>
        <w:rPr>
          <w:rFonts w:ascii="Calibri" w:hAnsi="Calibri" w:eastAsia="Calibri" w:cs="Calibri"/>
          <w:color w:val="auto"/>
        </w:rPr>
      </w:pPr>
      <w:r w:rsidRPr="6750501B" w:rsidR="16467B23">
        <w:rPr>
          <w:rFonts w:ascii="Calibri" w:hAnsi="Calibri" w:eastAsia="Calibri" w:cs="Calibri"/>
          <w:color w:val="auto"/>
        </w:rPr>
        <w:t xml:space="preserve">Launching </w:t>
      </w:r>
      <w:r w:rsidRPr="6750501B" w:rsidR="16467B23">
        <w:rPr>
          <w:rFonts w:ascii="Calibri" w:hAnsi="Calibri" w:eastAsia="Calibri" w:cs="Calibri"/>
          <w:color w:val="auto"/>
        </w:rPr>
        <w:t>MAUDEMetrics</w:t>
      </w:r>
      <w:r w:rsidRPr="6750501B" w:rsidR="16467B23">
        <w:rPr>
          <w:rFonts w:ascii="Calibri" w:hAnsi="Calibri" w:eastAsia="Calibri" w:cs="Calibri"/>
          <w:color w:val="auto"/>
        </w:rPr>
        <w:t xml:space="preserve"> opens its graphical interface; no browser, terminal, or environment configuration is </w:t>
      </w:r>
      <w:r w:rsidRPr="6750501B" w:rsidR="16467B23">
        <w:rPr>
          <w:rFonts w:ascii="Calibri" w:hAnsi="Calibri" w:eastAsia="Calibri" w:cs="Calibri"/>
          <w:color w:val="auto"/>
        </w:rPr>
        <w:t>required</w:t>
      </w:r>
      <w:r w:rsidRPr="6750501B" w:rsidR="16467B23">
        <w:rPr>
          <w:rFonts w:ascii="Calibri" w:hAnsi="Calibri" w:eastAsia="Calibri" w:cs="Calibri"/>
          <w:color w:val="auto"/>
        </w:rPr>
        <w:t>. Construct queries on the Home page, execute extraction, and download the standardized Excel and CSV outputs from the Results page. The application checks for new releases on launch and notifies the user when an update is available.</w:t>
      </w:r>
    </w:p>
    <w:p w:rsidR="00EE3E6F" w:rsidP="6750501B" w:rsidRDefault="00EE3E6F" w14:paraId="0C464CE6" w14:textId="5547CAFC">
      <w:pPr>
        <w:spacing w:after="40"/>
        <w:rPr>
          <w:rFonts w:ascii="Calibri" w:hAnsi="Calibri" w:eastAsia="Calibri" w:cs="Calibri"/>
          <w:b w:val="1"/>
          <w:bCs w:val="1"/>
          <w:color w:val="auto"/>
        </w:rPr>
      </w:pPr>
      <w:r w:rsidRPr="6750501B" w:rsidR="16467B23">
        <w:rPr>
          <w:rFonts w:ascii="Calibri" w:hAnsi="Calibri" w:eastAsia="Calibri" w:cs="Calibri"/>
          <w:b w:val="1"/>
          <w:bCs w:val="1"/>
          <w:color w:val="auto"/>
        </w:rPr>
        <w:t xml:space="preserve">System </w:t>
      </w:r>
      <w:r w:rsidRPr="6750501B" w:rsidR="1E9E605B">
        <w:rPr>
          <w:rFonts w:ascii="Calibri" w:hAnsi="Calibri" w:eastAsia="Calibri" w:cs="Calibri"/>
          <w:b w:val="1"/>
          <w:bCs w:val="1"/>
          <w:i w:val="0"/>
          <w:iCs w:val="0"/>
          <w:color w:val="auto"/>
          <w:sz w:val="22"/>
          <w:szCs w:val="22"/>
          <w:u w:val="none"/>
        </w:rPr>
        <w:t>Requirements</w:t>
      </w:r>
      <w:r w:rsidRPr="6750501B" w:rsidR="16467B23">
        <w:rPr>
          <w:rFonts w:ascii="Calibri" w:hAnsi="Calibri" w:eastAsia="Calibri" w:cs="Calibri"/>
          <w:b w:val="1"/>
          <w:bCs w:val="1"/>
          <w:color w:val="auto"/>
        </w:rPr>
        <w:t>.</w:t>
      </w:r>
    </w:p>
    <w:p w:rsidR="00EE3E6F" w:rsidP="6750501B" w:rsidRDefault="00EE3E6F" w14:paraId="0000BA73" w14:textId="3558B5BE">
      <w:pPr>
        <w:spacing w:after="160"/>
        <w:ind w:left="283"/>
        <w:rPr>
          <w:rFonts w:ascii="Calibri" w:hAnsi="Calibri" w:eastAsia="Calibri" w:cs="Calibri"/>
          <w:color w:val="auto"/>
        </w:rPr>
      </w:pPr>
      <w:r w:rsidRPr="6750501B" w:rsidR="16467B23">
        <w:rPr>
          <w:rFonts w:ascii="Calibri" w:hAnsi="Calibri" w:eastAsia="Calibri" w:cs="Calibri"/>
          <w:color w:val="auto"/>
        </w:rPr>
        <w:t>macOS 12</w:t>
      </w:r>
      <w:r w:rsidRPr="6750501B" w:rsidR="48227818">
        <w:rPr>
          <w:rFonts w:ascii="Calibri" w:hAnsi="Calibri" w:eastAsia="Calibri" w:cs="Calibri"/>
          <w:b w:val="0"/>
          <w:bCs w:val="0"/>
          <w:i w:val="0"/>
          <w:iCs w:val="0"/>
          <w:color w:val="auto"/>
          <w:sz w:val="22"/>
          <w:szCs w:val="22"/>
        </w:rPr>
        <w:t xml:space="preserve"> or later</w:t>
      </w:r>
      <w:r w:rsidRPr="6750501B" w:rsidR="16467B23">
        <w:rPr>
          <w:rFonts w:ascii="Calibri" w:hAnsi="Calibri" w:eastAsia="Calibri" w:cs="Calibri"/>
          <w:color w:val="auto"/>
        </w:rPr>
        <w:t xml:space="preserve"> (Apple Silicon or Intel) or Windows 10/11 (64-bit)</w:t>
      </w:r>
      <w:r w:rsidRPr="6750501B" w:rsidR="4F179B39">
        <w:rPr>
          <w:rFonts w:ascii="Calibri" w:hAnsi="Calibri" w:eastAsia="Calibri" w:cs="Calibri"/>
          <w:b w:val="0"/>
          <w:bCs w:val="0"/>
          <w:i w:val="0"/>
          <w:iCs w:val="0"/>
          <w:color w:val="auto"/>
          <w:sz w:val="22"/>
          <w:szCs w:val="22"/>
          <w:u w:val="none"/>
        </w:rPr>
        <w:t>;</w:t>
      </w:r>
      <w:r w:rsidRPr="6750501B" w:rsidR="16467B23">
        <w:rPr>
          <w:rFonts w:ascii="Calibri" w:hAnsi="Calibri" w:eastAsia="Calibri" w:cs="Calibri"/>
          <w:color w:val="auto"/>
        </w:rPr>
        <w:t xml:space="preserve"> 2 GB RAM (8 GB recommended for </w:t>
      </w:r>
      <w:r w:rsidRPr="6750501B" w:rsidR="4CA44C73">
        <w:rPr>
          <w:rFonts w:ascii="Calibri" w:hAnsi="Calibri" w:eastAsia="Calibri" w:cs="Calibri"/>
          <w:b w:val="0"/>
          <w:bCs w:val="0"/>
          <w:i w:val="0"/>
          <w:iCs w:val="0"/>
          <w:color w:val="auto"/>
          <w:sz w:val="22"/>
          <w:szCs w:val="22"/>
          <w:u w:val="none"/>
        </w:rPr>
        <w:t xml:space="preserve">queries exceeding </w:t>
      </w:r>
      <w:r w:rsidRPr="6750501B" w:rsidR="16467B23">
        <w:rPr>
          <w:rFonts w:ascii="Calibri" w:hAnsi="Calibri" w:eastAsia="Calibri" w:cs="Calibri"/>
          <w:color w:val="auto"/>
        </w:rPr>
        <w:t>20,000</w:t>
      </w:r>
      <w:r w:rsidRPr="6750501B" w:rsidR="6DB4480A">
        <w:rPr>
          <w:rFonts w:ascii="Calibri" w:hAnsi="Calibri" w:eastAsia="Calibri" w:cs="Calibri"/>
          <w:b w:val="0"/>
          <w:bCs w:val="0"/>
          <w:i w:val="0"/>
          <w:iCs w:val="0"/>
          <w:color w:val="auto"/>
          <w:sz w:val="22"/>
          <w:szCs w:val="22"/>
        </w:rPr>
        <w:t xml:space="preserve"> record</w:t>
      </w:r>
      <w:r w:rsidRPr="6750501B" w:rsidR="16467B23">
        <w:rPr>
          <w:rFonts w:ascii="Calibri" w:hAnsi="Calibri" w:eastAsia="Calibri" w:cs="Calibri"/>
          <w:color w:val="auto"/>
        </w:rPr>
        <w:t>s)</w:t>
      </w:r>
      <w:r w:rsidRPr="6750501B" w:rsidR="2867467B">
        <w:rPr>
          <w:rFonts w:ascii="Calibri" w:hAnsi="Calibri" w:eastAsia="Calibri" w:cs="Calibri"/>
          <w:b w:val="0"/>
          <w:bCs w:val="0"/>
          <w:i w:val="0"/>
          <w:iCs w:val="0"/>
          <w:color w:val="auto"/>
          <w:sz w:val="22"/>
          <w:szCs w:val="22"/>
          <w:u w:val="none"/>
        </w:rPr>
        <w:t>;</w:t>
      </w:r>
      <w:r w:rsidRPr="6750501B" w:rsidR="16467B23">
        <w:rPr>
          <w:rFonts w:ascii="Calibri" w:hAnsi="Calibri" w:eastAsia="Calibri" w:cs="Calibri"/>
          <w:color w:val="auto"/>
        </w:rPr>
        <w:t xml:space="preserve"> and an active internet connection.</w:t>
      </w:r>
    </w:p>
    <w:p w:rsidR="00AF393B" w:rsidP="6750501B" w:rsidRDefault="00000000" w14:paraId="45A4E072" w14:textId="008D93FA">
      <w:pPr>
        <w:spacing w:before="160" w:after="80"/>
        <w:rPr>
          <w:rFonts w:ascii="Calibri" w:hAnsi="Calibri" w:eastAsia="Calibri" w:cs="Calibri"/>
          <w:b w:val="1"/>
          <w:bCs w:val="1"/>
          <w:color w:val="auto"/>
          <w:sz w:val="26"/>
          <w:szCs w:val="26"/>
        </w:rPr>
      </w:pPr>
      <w:r w:rsidRPr="6750501B" w:rsidR="2C5BB9B0">
        <w:rPr>
          <w:rFonts w:ascii="Calibri" w:hAnsi="Calibri" w:eastAsia="Calibri" w:cs="Calibri"/>
          <w:b w:val="1"/>
          <w:bCs w:val="1"/>
          <w:color w:val="auto"/>
          <w:sz w:val="26"/>
          <w:szCs w:val="26"/>
        </w:rPr>
        <w:t>Part 2. Interface Overview</w:t>
      </w:r>
    </w:p>
    <w:p w:rsidR="00AF393B" w:rsidP="6750501B" w:rsidRDefault="00000000" w14:paraId="6143583E" w14:textId="365A171D">
      <w:pPr>
        <w:spacing w:after="80"/>
        <w:ind w:left="283"/>
        <w:rPr>
          <w:rFonts w:ascii="Calibri" w:hAnsi="Calibri" w:eastAsia="Calibri" w:cs="Calibri"/>
          <w:color w:val="auto"/>
        </w:rPr>
      </w:pPr>
      <w:r w:rsidRPr="6750501B" w:rsidR="2C5BB9B0">
        <w:rPr>
          <w:rFonts w:ascii="Calibri" w:hAnsi="Calibri" w:eastAsia="Calibri" w:cs="Calibri"/>
          <w:b w:val="1"/>
          <w:bCs w:val="1"/>
          <w:color w:val="auto"/>
        </w:rPr>
        <w:t xml:space="preserve">• </w:t>
      </w:r>
      <w:r w:rsidRPr="6750501B" w:rsidR="2C5BB9B0">
        <w:rPr>
          <w:rFonts w:ascii="Calibri" w:hAnsi="Calibri" w:eastAsia="Calibri" w:cs="Calibri"/>
          <w:b w:val="1"/>
          <w:bCs w:val="1"/>
          <w:color w:val="auto"/>
        </w:rPr>
        <w:t>Home page (Query Formulation).</w:t>
      </w:r>
      <w:r w:rsidRPr="6750501B" w:rsidR="2C5BB9B0">
        <w:rPr>
          <w:rFonts w:ascii="Calibri" w:hAnsi="Calibri" w:eastAsia="Calibri" w:cs="Calibri"/>
          <w:color w:val="auto"/>
        </w:rPr>
        <w:t xml:space="preserve"> Allows users to construct complex queries without writing API syntax. </w:t>
      </w:r>
      <w:r w:rsidRPr="6750501B" w:rsidR="07F939BE">
        <w:rPr>
          <w:rFonts w:ascii="Calibri" w:hAnsi="Calibri" w:eastAsia="Calibri" w:cs="Calibri"/>
          <w:b w:val="0"/>
          <w:bCs w:val="0"/>
          <w:i w:val="0"/>
          <w:iCs w:val="0"/>
          <w:color w:val="auto"/>
          <w:sz w:val="22"/>
          <w:szCs w:val="22"/>
          <w:u w:val="none"/>
        </w:rPr>
        <w:t>Users can search</w:t>
      </w:r>
      <w:r w:rsidRPr="6750501B" w:rsidR="2C5BB9B0">
        <w:rPr>
          <w:rFonts w:ascii="Calibri" w:hAnsi="Calibri" w:eastAsia="Calibri" w:cs="Calibri"/>
          <w:color w:val="auto"/>
        </w:rPr>
        <w:t xml:space="preserve"> by Brand Name, Product Code, Manufacturer, Device Problem, Patient Problem, or exact Date Ranges; preview the live record count before extraction; and apply optional filters for event type.</w:t>
      </w:r>
    </w:p>
    <w:p w:rsidR="00096A9D" w:rsidP="6750501B" w:rsidRDefault="00096A9D" w14:paraId="7E829156" w14:textId="5AA3E556">
      <w:pPr>
        <w:spacing w:after="80"/>
        <w:ind w:left="283"/>
        <w:rPr>
          <w:color w:val="auto"/>
        </w:rPr>
      </w:pPr>
      <w:r w:rsidR="5BC1E1FC">
        <w:drawing>
          <wp:inline wp14:editId="06E12C0C" wp14:anchorId="4C4F5F33">
            <wp:extent cx="4942205" cy="8229600"/>
            <wp:effectExtent l="0" t="0" r="0" b="0"/>
            <wp:docPr id="1486194083" name="Picture 1" descr="Screens screenshot of a cha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descr="Screens screenshot of a chat&#10;&#10;AI-generated content may be incorrect."/>
                    <pic:cNvPicPr>
                      <a:picLocks noChangeAspect="1" noChangeArrowheads="1"/>
                    </pic:cNvPicPr>
                  </pic:nvPicPr>
                  <pic:blipFill>
                    <a:blip xmlns:r="http://schemas.openxmlformats.org/officeDocument/2006/relationships" r:embed="rId6">
                      <a:extLst>
                        <a:ext uri="{28A0092B-C50C-407E-A947-70E740481C1C}">
                          <a14:useLocalDpi xmlns:a14="http://schemas.microsoft.com/office/drawing/2010/main" val="0"/>
                        </a:ext>
                      </a:extLst>
                    </a:blip>
                    <a:srcRect/>
                    <a:stretch>
                      <a:fillRect/>
                    </a:stretch>
                  </pic:blipFill>
                  <pic:spPr bwMode="auto">
                    <a:xfrm>
                      <a:off x="0" y="0"/>
                      <a:ext cx="4942205" cy="8229600"/>
                    </a:xfrm>
                    <a:prstGeom prst="rect">
                      <a:avLst/>
                    </a:prstGeom>
                    <a:noFill/>
                    <a:ln>
                      <a:noFill/>
                    </a:ln>
                  </pic:spPr>
                </pic:pic>
              </a:graphicData>
            </a:graphic>
          </wp:inline>
        </w:drawing>
      </w:r>
    </w:p>
    <w:p w:rsidR="00AF393B" w:rsidP="6750501B" w:rsidRDefault="00000000" w14:paraId="6F9D32C3" w14:textId="0646E2B6">
      <w:pPr>
        <w:spacing w:after="80"/>
        <w:ind w:left="283"/>
        <w:rPr>
          <w:rFonts w:ascii="Calibri" w:hAnsi="Calibri" w:eastAsia="Calibri" w:cs="Calibri"/>
          <w:color w:val="auto"/>
        </w:rPr>
      </w:pPr>
      <w:r w:rsidRPr="6750501B" w:rsidR="2C5BB9B0">
        <w:rPr>
          <w:rFonts w:ascii="Calibri" w:hAnsi="Calibri" w:eastAsia="Calibri" w:cs="Calibri"/>
          <w:b w:val="1"/>
          <w:bCs w:val="1"/>
          <w:color w:val="auto"/>
        </w:rPr>
        <w:t xml:space="preserve">• </w:t>
      </w:r>
      <w:r w:rsidRPr="6750501B" w:rsidR="2C5BB9B0">
        <w:rPr>
          <w:rFonts w:ascii="Calibri" w:hAnsi="Calibri" w:eastAsia="Calibri" w:cs="Calibri"/>
          <w:b w:val="1"/>
          <w:bCs w:val="1"/>
          <w:color w:val="auto"/>
        </w:rPr>
        <w:t>Results page (Extraction &amp; Download).</w:t>
      </w:r>
      <w:r w:rsidRPr="6750501B" w:rsidR="2C5BB9B0">
        <w:rPr>
          <w:rFonts w:ascii="Calibri" w:hAnsi="Calibri" w:eastAsia="Calibri" w:cs="Calibri"/>
          <w:color w:val="auto"/>
        </w:rPr>
        <w:t xml:space="preserve"> Displays extraction metrics (records retrieved, cursor pages traversed, </w:t>
      </w:r>
      <w:r w:rsidRPr="6750501B" w:rsidR="18A2A0AE">
        <w:rPr>
          <w:rFonts w:ascii="Calibri" w:hAnsi="Calibri" w:eastAsia="Calibri" w:cs="Calibri"/>
          <w:color w:val="auto"/>
        </w:rPr>
        <w:t xml:space="preserve">and </w:t>
      </w:r>
      <w:r w:rsidRPr="6750501B" w:rsidR="2C5BB9B0">
        <w:rPr>
          <w:rFonts w:ascii="Calibri" w:hAnsi="Calibri" w:eastAsia="Calibri" w:cs="Calibri"/>
          <w:color w:val="auto"/>
        </w:rPr>
        <w:t xml:space="preserve">wall-clock time) and offers download options: Optimized Excel Export (event-level </w:t>
      </w:r>
      <w:r w:rsidRPr="6750501B" w:rsidR="5F0A0007">
        <w:rPr>
          <w:rFonts w:ascii="Calibri" w:hAnsi="Calibri" w:eastAsia="Calibri" w:cs="Calibri"/>
          <w:b w:val="0"/>
          <w:bCs w:val="0"/>
          <w:i w:val="0"/>
          <w:iCs w:val="0"/>
          <w:color w:val="auto"/>
          <w:sz w:val="22"/>
          <w:szCs w:val="22"/>
          <w:u w:val="none"/>
        </w:rPr>
        <w:t>and</w:t>
      </w:r>
      <w:r w:rsidRPr="6750501B" w:rsidR="2C5BB9B0">
        <w:rPr>
          <w:rFonts w:ascii="Calibri" w:hAnsi="Calibri" w:eastAsia="Calibri" w:cs="Calibri"/>
          <w:color w:val="auto"/>
        </w:rPr>
        <w:t xml:space="preserve"> summary-statistics tabs), Raw Data ZIP (CSV + JSON), and the run manifest.</w:t>
      </w:r>
    </w:p>
    <w:p w:rsidR="00096A9D" w:rsidP="6750501B" w:rsidRDefault="00096A9D" w14:paraId="23F4B75A" w14:textId="0A605D58">
      <w:pPr>
        <w:spacing w:after="80"/>
        <w:ind w:left="283"/>
        <w:rPr>
          <w:color w:val="auto"/>
        </w:rPr>
      </w:pPr>
      <w:r w:rsidR="5BC1E1FC">
        <w:drawing>
          <wp:inline wp14:editId="22F22E3B" wp14:anchorId="21ED0D27">
            <wp:extent cx="4474210" cy="8229600"/>
            <wp:effectExtent l="0" t="0" r="0" b="0"/>
            <wp:docPr id="1566820356" name="Picture 2" descr="A screenshot of a comput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3" descr="A screenshot of a computer&#10;&#10;AI-generated content may be incorrect."/>
                    <pic:cNvPicPr>
                      <a:picLocks noChangeAspect="1" noChangeArrowheads="1"/>
                    </pic:cNvPicPr>
                  </pic:nvPicPr>
                  <pic:blipFill>
                    <a:blip xmlns:r="http://schemas.openxmlformats.org/officeDocument/2006/relationships" r:embed="rId7">
                      <a:extLst>
                        <a:ext uri="{28A0092B-C50C-407E-A947-70E740481C1C}">
                          <a14:useLocalDpi xmlns:a14="http://schemas.microsoft.com/office/drawing/2010/main" val="0"/>
                        </a:ext>
                      </a:extLst>
                    </a:blip>
                    <a:srcRect/>
                    <a:stretch>
                      <a:fillRect/>
                    </a:stretch>
                  </pic:blipFill>
                  <pic:spPr bwMode="auto">
                    <a:xfrm>
                      <a:off x="0" y="0"/>
                      <a:ext cx="4474210" cy="8229600"/>
                    </a:xfrm>
                    <a:prstGeom prst="rect">
                      <a:avLst/>
                    </a:prstGeom>
                    <a:noFill/>
                    <a:ln>
                      <a:noFill/>
                    </a:ln>
                  </pic:spPr>
                </pic:pic>
              </a:graphicData>
            </a:graphic>
          </wp:inline>
        </w:drawing>
      </w:r>
    </w:p>
    <w:p w:rsidR="00AF393B" w:rsidP="6750501B" w:rsidRDefault="00000000" w14:paraId="7CB166C9" w14:textId="115B9F90">
      <w:pPr>
        <w:spacing w:after="80"/>
        <w:ind w:left="283"/>
        <w:rPr>
          <w:rFonts w:ascii="Calibri" w:hAnsi="Calibri" w:eastAsia="Calibri" w:cs="Calibri"/>
          <w:color w:val="auto"/>
        </w:rPr>
      </w:pPr>
      <w:r w:rsidRPr="6750501B" w:rsidR="2C5BB9B0">
        <w:rPr>
          <w:rFonts w:ascii="Calibri" w:hAnsi="Calibri" w:eastAsia="Calibri" w:cs="Calibri"/>
          <w:b w:val="1"/>
          <w:bCs w:val="1"/>
          <w:color w:val="auto"/>
        </w:rPr>
        <w:t xml:space="preserve">• </w:t>
      </w:r>
      <w:r w:rsidRPr="6750501B" w:rsidR="2C5BB9B0">
        <w:rPr>
          <w:rFonts w:ascii="Calibri" w:hAnsi="Calibri" w:eastAsia="Calibri" w:cs="Calibri"/>
          <w:b w:val="1"/>
          <w:bCs w:val="1"/>
          <w:color w:val="auto"/>
        </w:rPr>
        <w:t>Analytics dashboard.</w:t>
      </w:r>
      <w:r w:rsidRPr="6750501B" w:rsidR="2C5BB9B0">
        <w:rPr>
          <w:rFonts w:ascii="Calibri" w:hAnsi="Calibri" w:eastAsia="Calibri" w:cs="Calibri"/>
          <w:color w:val="auto"/>
        </w:rPr>
        <w:t xml:space="preserve"> Provides immediate visual summaries of the extracted dataset, including temporal trends and frequency charts for device problems and patient outcomes.</w:t>
      </w:r>
    </w:p>
    <w:p w:rsidR="00096A9D" w:rsidP="6750501B" w:rsidRDefault="00096A9D" w14:paraId="7B77A154" w14:textId="0F388F50">
      <w:pPr>
        <w:spacing w:after="80"/>
        <w:ind w:left="283"/>
        <w:rPr>
          <w:color w:val="auto"/>
        </w:rPr>
      </w:pPr>
      <w:r w:rsidR="5BC1E1FC">
        <w:drawing>
          <wp:inline wp14:editId="3A0B8F38" wp14:anchorId="071B904C">
            <wp:extent cx="5410200" cy="8229600"/>
            <wp:effectExtent l="0" t="0" r="0" b="0"/>
            <wp:docPr id="1858343117" name="Picture 3" descr="A screenshot of a medical survey&#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5" descr="A screenshot of a medical survey&#10;&#10;AI-generated content may be incorrect."/>
                    <pic:cNvPicPr>
                      <a:picLocks noChangeAspect="1" noChangeArrowheads="1"/>
                    </pic:cNvPicPr>
                  </pic:nvPicPr>
                  <pic:blipFill>
                    <a:blip xmlns:r="http://schemas.openxmlformats.org/officeDocument/2006/relationships" r:embed="rId8">
                      <a:extLst>
                        <a:ext uri="{28A0092B-C50C-407E-A947-70E740481C1C}">
                          <a14:useLocalDpi xmlns:a14="http://schemas.microsoft.com/office/drawing/2010/main" val="0"/>
                        </a:ext>
                      </a:extLst>
                    </a:blip>
                    <a:srcRect/>
                    <a:stretch>
                      <a:fillRect/>
                    </a:stretch>
                  </pic:blipFill>
                  <pic:spPr bwMode="auto">
                    <a:xfrm>
                      <a:off x="0" y="0"/>
                      <a:ext cx="5410200" cy="8229600"/>
                    </a:xfrm>
                    <a:prstGeom prst="rect">
                      <a:avLst/>
                    </a:prstGeom>
                    <a:noFill/>
                    <a:ln>
                      <a:noFill/>
                    </a:ln>
                  </pic:spPr>
                </pic:pic>
              </a:graphicData>
            </a:graphic>
          </wp:inline>
        </w:drawing>
      </w:r>
    </w:p>
    <w:p w:rsidR="00AF393B" w:rsidP="6750501B" w:rsidRDefault="00000000" w14:paraId="5932FDFD" w14:textId="3C73A77D">
      <w:pPr>
        <w:spacing w:after="80"/>
        <w:ind w:left="283"/>
        <w:rPr>
          <w:rFonts w:ascii="Calibri" w:hAnsi="Calibri" w:eastAsia="Calibri" w:cs="Calibri"/>
          <w:color w:val="auto"/>
        </w:rPr>
      </w:pPr>
      <w:r w:rsidRPr="6750501B" w:rsidR="2C5BB9B0">
        <w:rPr>
          <w:rFonts w:ascii="Calibri" w:hAnsi="Calibri" w:eastAsia="Calibri" w:cs="Calibri"/>
          <w:b w:val="1"/>
          <w:bCs w:val="1"/>
          <w:color w:val="auto"/>
        </w:rPr>
        <w:t xml:space="preserve">• </w:t>
      </w:r>
      <w:r w:rsidRPr="6750501B" w:rsidR="2C5BB9B0">
        <w:rPr>
          <w:rFonts w:ascii="Calibri" w:hAnsi="Calibri" w:eastAsia="Calibri" w:cs="Calibri"/>
          <w:b w:val="1"/>
          <w:bCs w:val="1"/>
          <w:color w:val="auto"/>
        </w:rPr>
        <w:t>Optimized Excel output.</w:t>
      </w:r>
      <w:r w:rsidRPr="6750501B" w:rsidR="2C5BB9B0">
        <w:rPr>
          <w:rFonts w:ascii="Calibri" w:hAnsi="Calibri" w:eastAsia="Calibri" w:cs="Calibri"/>
          <w:color w:val="auto"/>
        </w:rPr>
        <w:t xml:space="preserve"> </w:t>
      </w:r>
      <w:r w:rsidRPr="6750501B" w:rsidR="66A9949D">
        <w:rPr>
          <w:rFonts w:ascii="Calibri" w:hAnsi="Calibri" w:eastAsia="Calibri" w:cs="Calibri"/>
          <w:b w:val="0"/>
          <w:bCs w:val="0"/>
          <w:i w:val="0"/>
          <w:iCs w:val="0"/>
          <w:color w:val="auto"/>
          <w:sz w:val="22"/>
          <w:szCs w:val="22"/>
          <w:u w:val="none"/>
        </w:rPr>
        <w:t>Provides a</w:t>
      </w:r>
      <w:r w:rsidRPr="6750501B" w:rsidR="2C5BB9B0">
        <w:rPr>
          <w:rFonts w:ascii="Calibri" w:hAnsi="Calibri" w:eastAsia="Calibri" w:cs="Calibri"/>
          <w:color w:val="auto"/>
        </w:rPr>
        <w:t xml:space="preserve"> multi-sheet workbook with flattened demographics, integrated narratives, and a summary-statistics tab ready for epidemiological analysis. A run-manifest tab records the query string, </w:t>
      </w:r>
      <w:r w:rsidRPr="6750501B" w:rsidR="2C5BB9B0">
        <w:rPr>
          <w:rFonts w:ascii="Calibri" w:hAnsi="Calibri" w:eastAsia="Calibri" w:cs="Calibri"/>
          <w:color w:val="auto"/>
        </w:rPr>
        <w:t>openFDA</w:t>
      </w:r>
      <w:r w:rsidRPr="6750501B" w:rsidR="2C5BB9B0">
        <w:rPr>
          <w:rFonts w:ascii="Calibri" w:hAnsi="Calibri" w:eastAsia="Calibri" w:cs="Calibri"/>
          <w:color w:val="auto"/>
        </w:rPr>
        <w:t xml:space="preserve"> snapshot timestamp, and </w:t>
      </w:r>
      <w:r w:rsidRPr="6750501B" w:rsidR="2C5BB9B0">
        <w:rPr>
          <w:rFonts w:ascii="Calibri" w:hAnsi="Calibri" w:eastAsia="Calibri" w:cs="Calibri"/>
          <w:color w:val="auto"/>
        </w:rPr>
        <w:t>MAUDEMetrics</w:t>
      </w:r>
      <w:r w:rsidRPr="6750501B" w:rsidR="2C5BB9B0">
        <w:rPr>
          <w:rFonts w:ascii="Calibri" w:hAnsi="Calibri" w:eastAsia="Calibri" w:cs="Calibri"/>
          <w:color w:val="auto"/>
        </w:rPr>
        <w:t xml:space="preserve"> version.</w:t>
      </w:r>
    </w:p>
    <w:p w:rsidR="00096A9D" w:rsidP="6750501B" w:rsidRDefault="00096A9D" w14:paraId="0698CFC1" w14:textId="68446D4F">
      <w:pPr>
        <w:spacing w:after="80"/>
        <w:ind w:left="283"/>
        <w:rPr>
          <w:color w:val="auto"/>
        </w:rPr>
      </w:pPr>
      <w:r w:rsidR="5BC1E1FC">
        <w:drawing>
          <wp:inline wp14:editId="644C7CA8" wp14:anchorId="6CA756A1">
            <wp:extent cx="5943600" cy="3864610"/>
            <wp:effectExtent l="0" t="0" r="0" b="0"/>
            <wp:docPr id="342358350" name="Picture 4" descr="A screenshot of a comput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7" descr="A screenshot of a computer&#10;&#10;AI-generated content may be incorrect."/>
                    <pic:cNvPicPr>
                      <a:picLocks noChangeAspect="1" noChangeArrowheads="1"/>
                    </pic:cNvPicPr>
                  </pic:nvPicPr>
                  <pic:blipFill>
                    <a:blip xmlns:r="http://schemas.openxmlformats.org/officeDocument/2006/relationships" r:embed="rId9">
                      <a:extLst>
                        <a:ext uri="{28A0092B-C50C-407E-A947-70E740481C1C}">
                          <a14:useLocalDpi xmlns:a14="http://schemas.microsoft.com/office/drawing/2010/main" val="0"/>
                        </a:ext>
                      </a:extLst>
                    </a:blip>
                    <a:srcRect/>
                    <a:stretch>
                      <a:fillRect/>
                    </a:stretch>
                  </pic:blipFill>
                  <pic:spPr bwMode="auto">
                    <a:xfrm>
                      <a:off x="0" y="0"/>
                      <a:ext cx="5943600" cy="3864610"/>
                    </a:xfrm>
                    <a:prstGeom prst="rect">
                      <a:avLst/>
                    </a:prstGeom>
                    <a:noFill/>
                    <a:ln>
                      <a:noFill/>
                    </a:ln>
                  </pic:spPr>
                </pic:pic>
              </a:graphicData>
            </a:graphic>
          </wp:inline>
        </w:drawing>
      </w:r>
    </w:p>
    <w:p w:rsidR="00AF393B" w:rsidP="6750501B" w:rsidRDefault="00AF393B" w14:paraId="1446B6B8" w14:textId="77777777">
      <w:pPr>
        <w:spacing w:after="80"/>
        <w:rPr>
          <w:color w:val="auto"/>
        </w:rPr>
      </w:pPr>
    </w:p>
    <w:p w:rsidR="00AF393B" w:rsidP="6750501B" w:rsidRDefault="00000000" w14:paraId="77DC6238" w14:textId="77777777">
      <w:pPr>
        <w:spacing w:before="160" w:after="80"/>
        <w:rPr>
          <w:rFonts w:ascii="Calibri" w:hAnsi="Calibri" w:eastAsia="Calibri" w:cs="Calibri"/>
          <w:b w:val="1"/>
          <w:bCs w:val="1"/>
          <w:color w:val="auto"/>
          <w:sz w:val="26"/>
          <w:szCs w:val="26"/>
        </w:rPr>
      </w:pPr>
      <w:r w:rsidRPr="6750501B" w:rsidR="2C5BB9B0">
        <w:rPr>
          <w:rFonts w:ascii="Calibri" w:hAnsi="Calibri" w:eastAsia="Calibri" w:cs="Calibri"/>
          <w:b w:val="1"/>
          <w:bCs w:val="1"/>
          <w:color w:val="auto"/>
          <w:sz w:val="26"/>
          <w:szCs w:val="26"/>
        </w:rPr>
        <w:t>Part 3. Advanced: Docker Deployment</w:t>
      </w:r>
    </w:p>
    <w:p w:rsidR="00AF393B" w:rsidP="6750501B" w:rsidRDefault="00000000" w14:paraId="5CB0F315" w14:textId="77777777">
      <w:pPr>
        <w:spacing w:after="80"/>
        <w:rPr>
          <w:rFonts w:ascii="Calibri" w:hAnsi="Calibri" w:eastAsia="Calibri" w:cs="Calibri"/>
          <w:color w:val="auto"/>
        </w:rPr>
      </w:pPr>
      <w:r w:rsidRPr="6750501B" w:rsidR="2C5BB9B0">
        <w:rPr>
          <w:rFonts w:ascii="Calibri" w:hAnsi="Calibri" w:eastAsia="Calibri" w:cs="Calibri"/>
          <w:color w:val="auto"/>
        </w:rPr>
        <w:t xml:space="preserve">Investigators who require a containerized environment (e.g., reproducible deployment in shared institutional infrastructure or CI/CD integration) may deploy </w:t>
      </w:r>
      <w:r w:rsidRPr="6750501B" w:rsidR="2C5BB9B0">
        <w:rPr>
          <w:rFonts w:ascii="Calibri" w:hAnsi="Calibri" w:eastAsia="Calibri" w:cs="Calibri"/>
          <w:color w:val="auto"/>
        </w:rPr>
        <w:t>MAUDEMetrics</w:t>
      </w:r>
      <w:r w:rsidRPr="6750501B" w:rsidR="2C5BB9B0">
        <w:rPr>
          <w:rFonts w:ascii="Calibri" w:hAnsi="Calibri" w:eastAsia="Calibri" w:cs="Calibri"/>
          <w:color w:val="auto"/>
        </w:rPr>
        <w:t xml:space="preserve"> via Docker. This route assumes basic familiarity with terminal commands and Docker.</w:t>
      </w:r>
    </w:p>
    <w:p w:rsidR="00AF393B" w:rsidP="6750501B" w:rsidRDefault="00000000" w14:paraId="0B6A4652" w14:textId="77777777">
      <w:pPr>
        <w:spacing w:after="40"/>
        <w:rPr>
          <w:rFonts w:ascii="Calibri" w:hAnsi="Calibri" w:eastAsia="Calibri" w:cs="Calibri"/>
          <w:b w:val="1"/>
          <w:bCs w:val="1"/>
          <w:color w:val="auto"/>
        </w:rPr>
      </w:pPr>
      <w:r w:rsidRPr="6750501B" w:rsidR="2C5BB9B0">
        <w:rPr>
          <w:rFonts w:ascii="Calibri" w:hAnsi="Calibri" w:eastAsia="Calibri" w:cs="Calibri"/>
          <w:b w:val="1"/>
          <w:bCs w:val="1"/>
          <w:color w:val="auto"/>
        </w:rPr>
        <w:t>Step 1 — Install Docker Desktop.</w:t>
      </w:r>
    </w:p>
    <w:p w:rsidR="00AF393B" w:rsidP="6750501B" w:rsidRDefault="00000000" w14:paraId="07187B87" w14:textId="5FB46EAB">
      <w:pPr>
        <w:spacing w:after="80"/>
        <w:ind w:left="283"/>
        <w:rPr>
          <w:rFonts w:ascii="Calibri" w:hAnsi="Calibri" w:eastAsia="Calibri" w:cs="Calibri"/>
          <w:color w:val="auto"/>
        </w:rPr>
      </w:pPr>
      <w:r w:rsidRPr="6750501B" w:rsidR="71A2765E">
        <w:rPr>
          <w:rFonts w:ascii="Calibri" w:hAnsi="Calibri" w:eastAsia="Calibri" w:cs="Calibri"/>
          <w:b w:val="0"/>
          <w:bCs w:val="0"/>
          <w:i w:val="0"/>
          <w:iCs w:val="0"/>
          <w:color w:val="auto"/>
          <w:sz w:val="22"/>
          <w:szCs w:val="22"/>
          <w:u w:val="none"/>
        </w:rPr>
        <w:t>Docker Desktop is available</w:t>
      </w:r>
      <w:r w:rsidRPr="6750501B" w:rsidR="2C5BB9B0">
        <w:rPr>
          <w:rFonts w:ascii="Calibri" w:hAnsi="Calibri" w:eastAsia="Calibri" w:cs="Calibri"/>
          <w:color w:val="auto"/>
        </w:rPr>
        <w:t xml:space="preserve"> free of charge from docker.com.</w:t>
      </w:r>
    </w:p>
    <w:p w:rsidR="00AF393B" w:rsidP="6750501B" w:rsidRDefault="00000000" w14:paraId="5147A54F" w14:textId="77777777">
      <w:pPr>
        <w:spacing w:after="40"/>
        <w:rPr>
          <w:rFonts w:ascii="Calibri" w:hAnsi="Calibri" w:eastAsia="Calibri" w:cs="Calibri"/>
          <w:b w:val="1"/>
          <w:bCs w:val="1"/>
          <w:color w:val="auto"/>
        </w:rPr>
      </w:pPr>
      <w:r w:rsidRPr="6750501B" w:rsidR="2C5BB9B0">
        <w:rPr>
          <w:rFonts w:ascii="Calibri" w:hAnsi="Calibri" w:eastAsia="Calibri" w:cs="Calibri"/>
          <w:b w:val="1"/>
          <w:bCs w:val="1"/>
          <w:color w:val="auto"/>
        </w:rPr>
        <w:t>Step 2 — Clone the repository.</w:t>
      </w:r>
    </w:p>
    <w:p w:rsidR="00AF393B" w:rsidP="6750501B" w:rsidRDefault="00000000" w14:paraId="449DBB8A" w14:textId="77777777">
      <w:pPr>
        <w:spacing w:after="80"/>
        <w:ind w:left="283"/>
        <w:rPr>
          <w:rFonts w:ascii="Calibri" w:hAnsi="Calibri" w:eastAsia="Calibri" w:cs="Calibri"/>
          <w:i w:val="1"/>
          <w:iCs w:val="1"/>
          <w:color w:val="auto"/>
        </w:rPr>
      </w:pPr>
      <w:r w:rsidRPr="6750501B" w:rsidR="2C5BB9B0">
        <w:rPr>
          <w:rFonts w:ascii="Calibri" w:hAnsi="Calibri" w:eastAsia="Calibri" w:cs="Calibri"/>
          <w:i w:val="1"/>
          <w:iCs w:val="1"/>
          <w:color w:val="auto"/>
        </w:rPr>
        <w:t>git clone https://github.com/MohamedMaroufMD/MAUDEMetrics.git</w:t>
      </w:r>
    </w:p>
    <w:p w:rsidR="00AF393B" w:rsidP="6750501B" w:rsidRDefault="00000000" w14:paraId="72306FED" w14:textId="77777777">
      <w:pPr>
        <w:spacing w:after="40"/>
        <w:rPr>
          <w:rFonts w:ascii="Calibri" w:hAnsi="Calibri" w:eastAsia="Calibri" w:cs="Calibri"/>
          <w:b w:val="1"/>
          <w:bCs w:val="1"/>
          <w:color w:val="auto"/>
        </w:rPr>
      </w:pPr>
      <w:r w:rsidRPr="6750501B" w:rsidR="2C5BB9B0">
        <w:rPr>
          <w:rFonts w:ascii="Calibri" w:hAnsi="Calibri" w:eastAsia="Calibri" w:cs="Calibri"/>
          <w:b w:val="1"/>
          <w:bCs w:val="1"/>
          <w:color w:val="auto"/>
        </w:rPr>
        <w:t>Step 3 — Launch the container.</w:t>
      </w:r>
    </w:p>
    <w:p w:rsidR="00AF393B" w:rsidP="6750501B" w:rsidRDefault="00000000" w14:paraId="4742CC49" w14:textId="3A656A7F">
      <w:pPr>
        <w:spacing w:after="80"/>
        <w:ind w:left="283"/>
        <w:rPr>
          <w:rFonts w:ascii="Calibri" w:hAnsi="Calibri" w:eastAsia="Calibri" w:cs="Calibri"/>
          <w:i w:val="1"/>
          <w:iCs w:val="1"/>
          <w:color w:val="auto"/>
        </w:rPr>
      </w:pPr>
      <w:r w:rsidRPr="6750501B" w:rsidR="2C5BB9B0">
        <w:rPr>
          <w:rFonts w:ascii="Calibri" w:hAnsi="Calibri" w:eastAsia="Calibri" w:cs="Calibri"/>
          <w:i w:val="1"/>
          <w:iCs w:val="1"/>
          <w:color w:val="auto"/>
        </w:rPr>
        <w:t xml:space="preserve">cd </w:t>
      </w:r>
      <w:r w:rsidRPr="6750501B" w:rsidR="2C5BB9B0">
        <w:rPr>
          <w:rFonts w:ascii="Calibri" w:hAnsi="Calibri" w:eastAsia="Calibri" w:cs="Calibri"/>
          <w:i w:val="1"/>
          <w:iCs w:val="1"/>
          <w:color w:val="auto"/>
        </w:rPr>
        <w:t>MAUDEMetrics</w:t>
      </w:r>
      <w:r w:rsidRPr="6750501B" w:rsidR="2C5BB9B0">
        <w:rPr>
          <w:rFonts w:ascii="Calibri" w:hAnsi="Calibri" w:eastAsia="Calibri" w:cs="Calibri"/>
          <w:i w:val="1"/>
          <w:iCs w:val="1"/>
          <w:color w:val="auto"/>
        </w:rPr>
        <w:t xml:space="preserve"> &amp;&amp; docker</w:t>
      </w:r>
      <w:r w:rsidRPr="6750501B" w:rsidR="5BC1E1FC">
        <w:rPr>
          <w:rFonts w:ascii="Calibri" w:hAnsi="Calibri" w:eastAsia="Calibri" w:cs="Calibri"/>
          <w:i w:val="1"/>
          <w:iCs w:val="1"/>
          <w:color w:val="auto"/>
        </w:rPr>
        <w:t xml:space="preserve"> </w:t>
      </w:r>
      <w:r w:rsidRPr="6750501B" w:rsidR="2C5BB9B0">
        <w:rPr>
          <w:rFonts w:ascii="Calibri" w:hAnsi="Calibri" w:eastAsia="Calibri" w:cs="Calibri"/>
          <w:i w:val="1"/>
          <w:iCs w:val="1"/>
          <w:color w:val="auto"/>
        </w:rPr>
        <w:t>compose up --build</w:t>
      </w:r>
    </w:p>
    <w:p w:rsidR="00AF393B" w:rsidP="6750501B" w:rsidRDefault="00000000" w14:paraId="68A3E9A7" w14:textId="77777777">
      <w:pPr>
        <w:spacing w:after="40"/>
        <w:rPr>
          <w:rFonts w:ascii="Calibri" w:hAnsi="Calibri" w:eastAsia="Calibri" w:cs="Calibri"/>
          <w:b w:val="1"/>
          <w:bCs w:val="1"/>
          <w:color w:val="auto"/>
        </w:rPr>
      </w:pPr>
      <w:r w:rsidRPr="6750501B" w:rsidR="2C5BB9B0">
        <w:rPr>
          <w:rFonts w:ascii="Calibri" w:hAnsi="Calibri" w:eastAsia="Calibri" w:cs="Calibri"/>
          <w:b w:val="1"/>
          <w:bCs w:val="1"/>
          <w:color w:val="auto"/>
        </w:rPr>
        <w:t>Step 4 — Access the GUI.</w:t>
      </w:r>
    </w:p>
    <w:p w:rsidR="00AF393B" w:rsidP="6750501B" w:rsidRDefault="00000000" w14:paraId="7347A367" w14:textId="6373496B">
      <w:pPr>
        <w:spacing w:after="160"/>
        <w:ind w:left="283"/>
        <w:rPr>
          <w:rFonts w:ascii="Calibri" w:hAnsi="Calibri" w:eastAsia="Calibri" w:cs="Calibri"/>
          <w:color w:val="auto"/>
        </w:rPr>
      </w:pPr>
      <w:r w:rsidRPr="6750501B" w:rsidR="2C5BB9B0">
        <w:rPr>
          <w:rFonts w:ascii="Calibri" w:hAnsi="Calibri" w:eastAsia="Calibri" w:cs="Calibri"/>
          <w:color w:val="auto"/>
        </w:rPr>
        <w:t>Open a browser and navigate to http://localhost:500</w:t>
      </w:r>
      <w:r w:rsidRPr="6750501B" w:rsidR="16467B23">
        <w:rPr>
          <w:rFonts w:ascii="Calibri" w:hAnsi="Calibri" w:eastAsia="Calibri" w:cs="Calibri"/>
          <w:color w:val="auto"/>
        </w:rPr>
        <w:t>5</w:t>
      </w:r>
      <w:r w:rsidRPr="6750501B" w:rsidR="2C5BB9B0">
        <w:rPr>
          <w:rFonts w:ascii="Calibri" w:hAnsi="Calibri" w:eastAsia="Calibri" w:cs="Calibri"/>
          <w:color w:val="auto"/>
        </w:rPr>
        <w:t>.</w:t>
      </w:r>
    </w:p>
    <w:p w:rsidR="00AF393B" w:rsidP="6750501B" w:rsidRDefault="00000000" w14:paraId="1E548A4D" w14:textId="77777777">
      <w:pPr>
        <w:spacing w:before="160" w:after="80"/>
        <w:rPr>
          <w:rFonts w:ascii="Calibri" w:hAnsi="Calibri" w:eastAsia="Calibri" w:cs="Calibri"/>
          <w:b w:val="1"/>
          <w:bCs w:val="1"/>
          <w:color w:val="auto"/>
          <w:sz w:val="26"/>
          <w:szCs w:val="26"/>
        </w:rPr>
      </w:pPr>
      <w:r w:rsidRPr="6750501B" w:rsidR="2C5BB9B0">
        <w:rPr>
          <w:rFonts w:ascii="Calibri" w:hAnsi="Calibri" w:eastAsia="Calibri" w:cs="Calibri"/>
          <w:b w:val="1"/>
          <w:bCs w:val="1"/>
          <w:color w:val="auto"/>
          <w:sz w:val="26"/>
          <w:szCs w:val="26"/>
        </w:rPr>
        <w:t>Part 4. Advanced: Python Source</w:t>
      </w:r>
    </w:p>
    <w:p w:rsidR="00AF393B" w:rsidP="6750501B" w:rsidRDefault="00000000" w14:paraId="2C4A6465" w14:textId="62DD41FE">
      <w:pPr>
        <w:spacing w:after="160"/>
        <w:rPr>
          <w:rFonts w:ascii="Calibri" w:hAnsi="Calibri" w:eastAsia="Calibri" w:cs="Calibri"/>
          <w:color w:val="auto"/>
        </w:rPr>
      </w:pPr>
      <w:r w:rsidRPr="6750501B" w:rsidR="2C5BB9B0">
        <w:rPr>
          <w:rFonts w:ascii="Calibri" w:hAnsi="Calibri" w:eastAsia="Calibri" w:cs="Calibri"/>
          <w:color w:val="auto"/>
        </w:rPr>
        <w:t xml:space="preserve">For developers extending </w:t>
      </w:r>
      <w:r w:rsidRPr="6750501B" w:rsidR="2C5BB9B0">
        <w:rPr>
          <w:rFonts w:ascii="Calibri" w:hAnsi="Calibri" w:eastAsia="Calibri" w:cs="Calibri"/>
          <w:color w:val="auto"/>
        </w:rPr>
        <w:t>MAUDEMetrics</w:t>
      </w:r>
      <w:r w:rsidRPr="6750501B" w:rsidR="2C5BB9B0">
        <w:rPr>
          <w:rFonts w:ascii="Calibri" w:hAnsi="Calibri" w:eastAsia="Calibri" w:cs="Calibri"/>
          <w:color w:val="auto"/>
        </w:rPr>
        <w:t xml:space="preserve"> or integrating it into a custom pipeline, the application can be run directly from source under Python 3.11</w:t>
      </w:r>
      <w:r w:rsidRPr="6750501B" w:rsidR="74A9FB47">
        <w:rPr>
          <w:rFonts w:ascii="Calibri" w:hAnsi="Calibri" w:eastAsia="Calibri" w:cs="Calibri"/>
          <w:b w:val="0"/>
          <w:bCs w:val="0"/>
          <w:i w:val="0"/>
          <w:iCs w:val="0"/>
          <w:color w:val="auto"/>
          <w:sz w:val="22"/>
          <w:szCs w:val="22"/>
        </w:rPr>
        <w:t xml:space="preserve"> or later</w:t>
      </w:r>
      <w:r w:rsidRPr="6750501B" w:rsidR="2C5BB9B0">
        <w:rPr>
          <w:rFonts w:ascii="Calibri" w:hAnsi="Calibri" w:eastAsia="Calibri" w:cs="Calibri"/>
          <w:color w:val="auto"/>
        </w:rPr>
        <w:t xml:space="preserve">. Clone the repository as in Part 3, create a virtual environment, install </w:t>
      </w:r>
      <w:r w:rsidRPr="6750501B" w:rsidR="2C5BB9B0">
        <w:rPr>
          <w:rFonts w:ascii="Calibri" w:hAnsi="Calibri" w:eastAsia="Calibri" w:cs="Calibri"/>
          <w:color w:val="auto"/>
        </w:rPr>
        <w:t>dependencies via pip install -r requirements.txt, and launch with python app.py. The graphical interface is then available at http://localhost:500</w:t>
      </w:r>
      <w:r w:rsidRPr="6750501B" w:rsidR="16467B23">
        <w:rPr>
          <w:rFonts w:ascii="Calibri" w:hAnsi="Calibri" w:eastAsia="Calibri" w:cs="Calibri"/>
          <w:color w:val="auto"/>
        </w:rPr>
        <w:t>5</w:t>
      </w:r>
      <w:r w:rsidRPr="6750501B" w:rsidR="2C5BB9B0">
        <w:rPr>
          <w:rFonts w:ascii="Calibri" w:hAnsi="Calibri" w:eastAsia="Calibri" w:cs="Calibri"/>
          <w:color w:val="auto"/>
        </w:rPr>
        <w:t>.</w:t>
      </w:r>
    </w:p>
    <w:sectPr w:rsidR="00AF393B" w:rsidSect="00034616">
      <w:pgSz w:w="12240" w:h="15840" w:orient="portrait"/>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num w:numId="1" w16cid:durableId="1284114061">
    <w:abstractNumId w:val="8"/>
  </w:num>
  <w:num w:numId="2" w16cid:durableId="1291086800">
    <w:abstractNumId w:val="6"/>
  </w:num>
  <w:num w:numId="3" w16cid:durableId="1410421919">
    <w:abstractNumId w:val="5"/>
  </w:num>
  <w:num w:numId="4" w16cid:durableId="410323185">
    <w:abstractNumId w:val="4"/>
  </w:num>
  <w:num w:numId="5" w16cid:durableId="505101098">
    <w:abstractNumId w:val="7"/>
  </w:num>
  <w:num w:numId="6" w16cid:durableId="1482120217">
    <w:abstractNumId w:val="3"/>
  </w:num>
  <w:num w:numId="7" w16cid:durableId="238054006">
    <w:abstractNumId w:val="2"/>
  </w:num>
  <w:num w:numId="8" w16cid:durableId="1614746136">
    <w:abstractNumId w:val="1"/>
  </w:num>
  <w:num w:numId="9" w16cid:durableId="1473601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6A9D"/>
    <w:rsid w:val="0015074B"/>
    <w:rsid w:val="0029639D"/>
    <w:rsid w:val="00326F90"/>
    <w:rsid w:val="00AA1D8D"/>
    <w:rsid w:val="00AF393B"/>
    <w:rsid w:val="00B47730"/>
    <w:rsid w:val="00C13C3D"/>
    <w:rsid w:val="00CB0664"/>
    <w:rsid w:val="00EE3E6F"/>
    <w:rsid w:val="00FC693F"/>
    <w:rsid w:val="0110DAFF"/>
    <w:rsid w:val="032502F1"/>
    <w:rsid w:val="07F939BE"/>
    <w:rsid w:val="14D9D57E"/>
    <w:rsid w:val="16467B23"/>
    <w:rsid w:val="183032C5"/>
    <w:rsid w:val="18A2A0AE"/>
    <w:rsid w:val="1B0F0354"/>
    <w:rsid w:val="1C4B39DC"/>
    <w:rsid w:val="1E9E605B"/>
    <w:rsid w:val="2297AA89"/>
    <w:rsid w:val="25A1E129"/>
    <w:rsid w:val="2867467B"/>
    <w:rsid w:val="2AD589F9"/>
    <w:rsid w:val="2C5BB9B0"/>
    <w:rsid w:val="2F94ACBD"/>
    <w:rsid w:val="30D9FEEC"/>
    <w:rsid w:val="4739544C"/>
    <w:rsid w:val="48227818"/>
    <w:rsid w:val="4B24CE81"/>
    <w:rsid w:val="4CA44C73"/>
    <w:rsid w:val="4F179B39"/>
    <w:rsid w:val="57356AD2"/>
    <w:rsid w:val="5A1E00EB"/>
    <w:rsid w:val="5ADD7446"/>
    <w:rsid w:val="5BC1E1FC"/>
    <w:rsid w:val="5F0A0007"/>
    <w:rsid w:val="623DE7FB"/>
    <w:rsid w:val="656BA976"/>
    <w:rsid w:val="66A9949D"/>
    <w:rsid w:val="6750501B"/>
    <w:rsid w:val="679FF3D0"/>
    <w:rsid w:val="6884AC49"/>
    <w:rsid w:val="6DB4480A"/>
    <w:rsid w:val="6E9D05FB"/>
    <w:rsid w:val="71A2765E"/>
    <w:rsid w:val="74A9FB47"/>
    <w:rsid w:val="751CE0B6"/>
    <w:rsid w:val="792E20C6"/>
    <w:rsid w:val="7B33A1C7"/>
    <w:rsid w:val="7E5ECB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CB06F0"/>
  <w14:defaultImageDpi w14:val="300"/>
  <w15:docId w15:val="{3B4D1CFD-A9B1-2045-861B-EB5C9E7A1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image" Target="media/image4.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&#65279;<?xml version="1.0" encoding="utf-8"?><Relationships xmlns="http://schemas.openxmlformats.org/package/2006/relationships"><Relationship Type="http://schemas.microsoft.com/office/2011/relationships/webextension" Target="/word/webextensions/webextension.xml" Id="R964120f96d234c52" /></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964120f96d234c52"/>
  </wetp:taskpane>
</wetp:taskpanes>
</file>

<file path=word/webextensions/webextension.xml><?xml version="1.0" encoding="utf-8"?>
<we:webextension xmlns:we="http://schemas.microsoft.com/office/webextensions/webextension/2010/11" id="ea25e6b3-1371-4107-9bfd-a1490aa12690">
  <we:reference id="WA200010453" version="1.0.0.1" store="en-us" storeType="omex"/>
  <we:alternateReferences>
    <we:reference id="WA200010453" version="1.0.0.1" store="en-us" storeType="omex"/>
  </we:alternateReferences>
  <we:properties>
    <we:property name="claude.fileId" value="&quot;69cd245f-1a30-45e7-936c-78dabfe7a71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Mohamed Marouf</lastModifiedBy>
  <revision>4</revision>
  <dcterms:created xsi:type="dcterms:W3CDTF">2026-05-10T14:16:00.0000000Z</dcterms:created>
  <dcterms:modified xsi:type="dcterms:W3CDTF">2026-06-09T16:31:08.5541511Z</dcterms:modified>
  <category/>
</coreProperties>
</file>