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13328" w14:textId="77777777" w:rsidR="00F61B0B" w:rsidRDefault="00000000">
      <w:pPr>
        <w:jc w:val="center"/>
      </w:pPr>
      <w:r>
        <w:rPr>
          <w:rFonts w:ascii="Arial" w:eastAsia="Arial" w:hAnsi="Arial"/>
          <w:b/>
          <w:sz w:val="36"/>
        </w:rPr>
        <w:t>Supplementary Information</w:t>
      </w:r>
    </w:p>
    <w:p w14:paraId="41846943" w14:textId="77777777" w:rsidR="00F61B0B" w:rsidRDefault="00000000">
      <w:pPr>
        <w:pStyle w:val="1"/>
        <w:spacing w:before="0" w:after="120" w:line="240" w:lineRule="auto"/>
      </w:pPr>
      <w:r>
        <w:t>Supplementary Table S1. Participant demographics by condition</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680"/>
        <w:gridCol w:w="1680"/>
        <w:gridCol w:w="1680"/>
        <w:gridCol w:w="1680"/>
        <w:gridCol w:w="1680"/>
        <w:gridCol w:w="1680"/>
      </w:tblGrid>
      <w:tr w:rsidR="00F61B0B" w14:paraId="28E43B34" w14:textId="77777777">
        <w:trPr>
          <w:jc w:val="center"/>
        </w:trPr>
        <w:tc>
          <w:tcPr>
            <w:tcW w:w="1680" w:type="dxa"/>
            <w:shd w:val="clear" w:color="auto" w:fill="D9EAF7"/>
            <w:vAlign w:val="center"/>
          </w:tcPr>
          <w:p w14:paraId="0FC70031" w14:textId="77777777" w:rsidR="00F61B0B" w:rsidRPr="00777A12" w:rsidRDefault="00000000">
            <w:pPr>
              <w:rPr>
                <w:sz w:val="20"/>
                <w:szCs w:val="28"/>
              </w:rPr>
            </w:pPr>
            <w:r w:rsidRPr="00777A12">
              <w:rPr>
                <w:b/>
                <w:sz w:val="20"/>
                <w:szCs w:val="28"/>
              </w:rPr>
              <w:t>Category</w:t>
            </w:r>
          </w:p>
        </w:tc>
        <w:tc>
          <w:tcPr>
            <w:tcW w:w="1680" w:type="dxa"/>
            <w:shd w:val="clear" w:color="auto" w:fill="D9EAF7"/>
            <w:vAlign w:val="center"/>
          </w:tcPr>
          <w:p w14:paraId="605F0AE6" w14:textId="77777777" w:rsidR="00F61B0B" w:rsidRPr="00777A12" w:rsidRDefault="00000000">
            <w:pPr>
              <w:rPr>
                <w:sz w:val="20"/>
                <w:szCs w:val="28"/>
              </w:rPr>
            </w:pPr>
            <w:r w:rsidRPr="00777A12">
              <w:rPr>
                <w:b/>
                <w:sz w:val="20"/>
                <w:szCs w:val="28"/>
              </w:rPr>
              <w:t>Item</w:t>
            </w:r>
          </w:p>
        </w:tc>
        <w:tc>
          <w:tcPr>
            <w:tcW w:w="1680" w:type="dxa"/>
            <w:shd w:val="clear" w:color="auto" w:fill="D9EAF7"/>
            <w:vAlign w:val="center"/>
          </w:tcPr>
          <w:p w14:paraId="3932151D" w14:textId="77777777" w:rsidR="00F61B0B" w:rsidRPr="00777A12" w:rsidRDefault="00000000">
            <w:pPr>
              <w:rPr>
                <w:sz w:val="20"/>
                <w:szCs w:val="28"/>
              </w:rPr>
            </w:pPr>
            <w:r w:rsidRPr="00777A12">
              <w:rPr>
                <w:b/>
                <w:sz w:val="20"/>
                <w:szCs w:val="28"/>
              </w:rPr>
              <w:t>Intervention, n</w:t>
            </w:r>
          </w:p>
        </w:tc>
        <w:tc>
          <w:tcPr>
            <w:tcW w:w="1680" w:type="dxa"/>
            <w:shd w:val="clear" w:color="auto" w:fill="D9EAF7"/>
            <w:vAlign w:val="center"/>
          </w:tcPr>
          <w:p w14:paraId="5160C12A" w14:textId="77777777" w:rsidR="00F61B0B" w:rsidRPr="00777A12" w:rsidRDefault="00000000">
            <w:pPr>
              <w:rPr>
                <w:sz w:val="20"/>
                <w:szCs w:val="28"/>
              </w:rPr>
            </w:pPr>
            <w:r w:rsidRPr="00777A12">
              <w:rPr>
                <w:b/>
                <w:sz w:val="20"/>
                <w:szCs w:val="28"/>
              </w:rPr>
              <w:t>Intervention, %</w:t>
            </w:r>
          </w:p>
        </w:tc>
        <w:tc>
          <w:tcPr>
            <w:tcW w:w="1680" w:type="dxa"/>
            <w:shd w:val="clear" w:color="auto" w:fill="D9EAF7"/>
            <w:vAlign w:val="center"/>
          </w:tcPr>
          <w:p w14:paraId="07DF5AFA" w14:textId="77777777" w:rsidR="00F61B0B" w:rsidRPr="00777A12" w:rsidRDefault="00000000">
            <w:pPr>
              <w:rPr>
                <w:sz w:val="20"/>
                <w:szCs w:val="28"/>
              </w:rPr>
            </w:pPr>
            <w:r w:rsidRPr="00777A12">
              <w:rPr>
                <w:b/>
                <w:sz w:val="20"/>
                <w:szCs w:val="28"/>
              </w:rPr>
              <w:t>Control, n</w:t>
            </w:r>
          </w:p>
        </w:tc>
        <w:tc>
          <w:tcPr>
            <w:tcW w:w="1680" w:type="dxa"/>
            <w:shd w:val="clear" w:color="auto" w:fill="D9EAF7"/>
            <w:vAlign w:val="center"/>
          </w:tcPr>
          <w:p w14:paraId="1EB1DFD2" w14:textId="77777777" w:rsidR="00F61B0B" w:rsidRPr="00777A12" w:rsidRDefault="00000000">
            <w:pPr>
              <w:rPr>
                <w:sz w:val="20"/>
                <w:szCs w:val="28"/>
              </w:rPr>
            </w:pPr>
            <w:r w:rsidRPr="00777A12">
              <w:rPr>
                <w:b/>
                <w:sz w:val="20"/>
                <w:szCs w:val="28"/>
              </w:rPr>
              <w:t>Control, %</w:t>
            </w:r>
          </w:p>
        </w:tc>
      </w:tr>
      <w:tr w:rsidR="00F61B0B" w14:paraId="1140A0B9" w14:textId="77777777">
        <w:trPr>
          <w:jc w:val="center"/>
        </w:trPr>
        <w:tc>
          <w:tcPr>
            <w:tcW w:w="1680" w:type="dxa"/>
            <w:vAlign w:val="center"/>
          </w:tcPr>
          <w:p w14:paraId="56C01168" w14:textId="77777777" w:rsidR="00F61B0B" w:rsidRPr="00777A12" w:rsidRDefault="00000000">
            <w:pPr>
              <w:rPr>
                <w:sz w:val="20"/>
                <w:szCs w:val="28"/>
              </w:rPr>
            </w:pPr>
            <w:r w:rsidRPr="00777A12">
              <w:rPr>
                <w:sz w:val="20"/>
                <w:szCs w:val="28"/>
              </w:rPr>
              <w:t>Age</w:t>
            </w:r>
          </w:p>
        </w:tc>
        <w:tc>
          <w:tcPr>
            <w:tcW w:w="1680" w:type="dxa"/>
            <w:vAlign w:val="center"/>
          </w:tcPr>
          <w:p w14:paraId="2168A29E" w14:textId="77777777" w:rsidR="00F61B0B" w:rsidRPr="00777A12" w:rsidRDefault="00000000">
            <w:pPr>
              <w:rPr>
                <w:sz w:val="20"/>
                <w:szCs w:val="28"/>
              </w:rPr>
            </w:pPr>
            <w:r w:rsidRPr="00777A12">
              <w:rPr>
                <w:sz w:val="20"/>
                <w:szCs w:val="28"/>
              </w:rPr>
              <w:t>20s</w:t>
            </w:r>
          </w:p>
        </w:tc>
        <w:tc>
          <w:tcPr>
            <w:tcW w:w="1680" w:type="dxa"/>
            <w:vAlign w:val="center"/>
          </w:tcPr>
          <w:p w14:paraId="46334716" w14:textId="77777777" w:rsidR="00F61B0B" w:rsidRPr="00777A12" w:rsidRDefault="00000000">
            <w:pPr>
              <w:rPr>
                <w:sz w:val="20"/>
                <w:szCs w:val="28"/>
              </w:rPr>
            </w:pPr>
            <w:r w:rsidRPr="00777A12">
              <w:rPr>
                <w:sz w:val="20"/>
                <w:szCs w:val="28"/>
              </w:rPr>
              <w:t>8</w:t>
            </w:r>
          </w:p>
        </w:tc>
        <w:tc>
          <w:tcPr>
            <w:tcW w:w="1680" w:type="dxa"/>
            <w:vAlign w:val="center"/>
          </w:tcPr>
          <w:p w14:paraId="383AFFF8" w14:textId="77777777" w:rsidR="00F61B0B" w:rsidRPr="00777A12" w:rsidRDefault="00000000">
            <w:pPr>
              <w:rPr>
                <w:sz w:val="20"/>
                <w:szCs w:val="28"/>
              </w:rPr>
            </w:pPr>
            <w:r w:rsidRPr="00777A12">
              <w:rPr>
                <w:sz w:val="20"/>
                <w:szCs w:val="28"/>
              </w:rPr>
              <w:t>16.0</w:t>
            </w:r>
          </w:p>
        </w:tc>
        <w:tc>
          <w:tcPr>
            <w:tcW w:w="1680" w:type="dxa"/>
            <w:vAlign w:val="center"/>
          </w:tcPr>
          <w:p w14:paraId="4A7A92ED" w14:textId="77777777" w:rsidR="00F61B0B" w:rsidRPr="00777A12" w:rsidRDefault="00000000">
            <w:pPr>
              <w:rPr>
                <w:sz w:val="20"/>
                <w:szCs w:val="28"/>
              </w:rPr>
            </w:pPr>
            <w:r w:rsidRPr="00777A12">
              <w:rPr>
                <w:sz w:val="20"/>
                <w:szCs w:val="28"/>
              </w:rPr>
              <w:t>9</w:t>
            </w:r>
          </w:p>
        </w:tc>
        <w:tc>
          <w:tcPr>
            <w:tcW w:w="1680" w:type="dxa"/>
            <w:vAlign w:val="center"/>
          </w:tcPr>
          <w:p w14:paraId="5B637306" w14:textId="77777777" w:rsidR="00F61B0B" w:rsidRPr="00777A12" w:rsidRDefault="00000000">
            <w:pPr>
              <w:rPr>
                <w:sz w:val="20"/>
                <w:szCs w:val="28"/>
              </w:rPr>
            </w:pPr>
            <w:r w:rsidRPr="00777A12">
              <w:rPr>
                <w:sz w:val="20"/>
                <w:szCs w:val="28"/>
              </w:rPr>
              <w:t>18.0</w:t>
            </w:r>
          </w:p>
        </w:tc>
      </w:tr>
      <w:tr w:rsidR="00F61B0B" w14:paraId="0F667C72" w14:textId="77777777">
        <w:trPr>
          <w:jc w:val="center"/>
        </w:trPr>
        <w:tc>
          <w:tcPr>
            <w:tcW w:w="1680" w:type="dxa"/>
            <w:vAlign w:val="center"/>
          </w:tcPr>
          <w:p w14:paraId="77629020" w14:textId="77777777" w:rsidR="00F61B0B" w:rsidRPr="00777A12" w:rsidRDefault="00000000">
            <w:pPr>
              <w:rPr>
                <w:sz w:val="20"/>
                <w:szCs w:val="28"/>
              </w:rPr>
            </w:pPr>
            <w:r w:rsidRPr="00777A12">
              <w:rPr>
                <w:sz w:val="20"/>
                <w:szCs w:val="28"/>
              </w:rPr>
              <w:t>Age</w:t>
            </w:r>
          </w:p>
        </w:tc>
        <w:tc>
          <w:tcPr>
            <w:tcW w:w="1680" w:type="dxa"/>
            <w:vAlign w:val="center"/>
          </w:tcPr>
          <w:p w14:paraId="1B40214D" w14:textId="77777777" w:rsidR="00F61B0B" w:rsidRPr="00777A12" w:rsidRDefault="00000000">
            <w:pPr>
              <w:rPr>
                <w:sz w:val="20"/>
                <w:szCs w:val="28"/>
              </w:rPr>
            </w:pPr>
            <w:r w:rsidRPr="00777A12">
              <w:rPr>
                <w:sz w:val="20"/>
                <w:szCs w:val="28"/>
              </w:rPr>
              <w:t>30s</w:t>
            </w:r>
          </w:p>
        </w:tc>
        <w:tc>
          <w:tcPr>
            <w:tcW w:w="1680" w:type="dxa"/>
            <w:vAlign w:val="center"/>
          </w:tcPr>
          <w:p w14:paraId="064A3C40" w14:textId="77777777" w:rsidR="00F61B0B" w:rsidRPr="00777A12" w:rsidRDefault="00000000">
            <w:pPr>
              <w:rPr>
                <w:sz w:val="20"/>
                <w:szCs w:val="28"/>
              </w:rPr>
            </w:pPr>
            <w:r w:rsidRPr="00777A12">
              <w:rPr>
                <w:sz w:val="20"/>
                <w:szCs w:val="28"/>
              </w:rPr>
              <w:t>19</w:t>
            </w:r>
          </w:p>
        </w:tc>
        <w:tc>
          <w:tcPr>
            <w:tcW w:w="1680" w:type="dxa"/>
            <w:vAlign w:val="center"/>
          </w:tcPr>
          <w:p w14:paraId="68F61C58" w14:textId="77777777" w:rsidR="00F61B0B" w:rsidRPr="00777A12" w:rsidRDefault="00000000">
            <w:pPr>
              <w:rPr>
                <w:sz w:val="20"/>
                <w:szCs w:val="28"/>
              </w:rPr>
            </w:pPr>
            <w:r w:rsidRPr="00777A12">
              <w:rPr>
                <w:sz w:val="20"/>
                <w:szCs w:val="28"/>
              </w:rPr>
              <w:t>38.0</w:t>
            </w:r>
          </w:p>
        </w:tc>
        <w:tc>
          <w:tcPr>
            <w:tcW w:w="1680" w:type="dxa"/>
            <w:vAlign w:val="center"/>
          </w:tcPr>
          <w:p w14:paraId="44AA458B" w14:textId="77777777" w:rsidR="00F61B0B" w:rsidRPr="00777A12" w:rsidRDefault="00000000">
            <w:pPr>
              <w:rPr>
                <w:sz w:val="20"/>
                <w:szCs w:val="28"/>
              </w:rPr>
            </w:pPr>
            <w:r w:rsidRPr="00777A12">
              <w:rPr>
                <w:sz w:val="20"/>
                <w:szCs w:val="28"/>
              </w:rPr>
              <w:t>14</w:t>
            </w:r>
          </w:p>
        </w:tc>
        <w:tc>
          <w:tcPr>
            <w:tcW w:w="1680" w:type="dxa"/>
            <w:vAlign w:val="center"/>
          </w:tcPr>
          <w:p w14:paraId="533ABCB6" w14:textId="77777777" w:rsidR="00F61B0B" w:rsidRPr="00777A12" w:rsidRDefault="00000000">
            <w:pPr>
              <w:rPr>
                <w:sz w:val="20"/>
                <w:szCs w:val="28"/>
              </w:rPr>
            </w:pPr>
            <w:r w:rsidRPr="00777A12">
              <w:rPr>
                <w:sz w:val="20"/>
                <w:szCs w:val="28"/>
              </w:rPr>
              <w:t>28.0</w:t>
            </w:r>
          </w:p>
        </w:tc>
      </w:tr>
      <w:tr w:rsidR="00F61B0B" w14:paraId="5FE6A87A" w14:textId="77777777">
        <w:trPr>
          <w:jc w:val="center"/>
        </w:trPr>
        <w:tc>
          <w:tcPr>
            <w:tcW w:w="1680" w:type="dxa"/>
            <w:vAlign w:val="center"/>
          </w:tcPr>
          <w:p w14:paraId="69C0CB39" w14:textId="77777777" w:rsidR="00F61B0B" w:rsidRPr="00777A12" w:rsidRDefault="00000000">
            <w:pPr>
              <w:rPr>
                <w:sz w:val="20"/>
                <w:szCs w:val="28"/>
              </w:rPr>
            </w:pPr>
            <w:r w:rsidRPr="00777A12">
              <w:rPr>
                <w:sz w:val="20"/>
                <w:szCs w:val="28"/>
              </w:rPr>
              <w:t>Age</w:t>
            </w:r>
          </w:p>
        </w:tc>
        <w:tc>
          <w:tcPr>
            <w:tcW w:w="1680" w:type="dxa"/>
            <w:vAlign w:val="center"/>
          </w:tcPr>
          <w:p w14:paraId="2441312F" w14:textId="77777777" w:rsidR="00F61B0B" w:rsidRPr="00777A12" w:rsidRDefault="00000000">
            <w:pPr>
              <w:rPr>
                <w:sz w:val="20"/>
                <w:szCs w:val="28"/>
              </w:rPr>
            </w:pPr>
            <w:r w:rsidRPr="00777A12">
              <w:rPr>
                <w:sz w:val="20"/>
                <w:szCs w:val="28"/>
              </w:rPr>
              <w:t>40s</w:t>
            </w:r>
          </w:p>
        </w:tc>
        <w:tc>
          <w:tcPr>
            <w:tcW w:w="1680" w:type="dxa"/>
            <w:vAlign w:val="center"/>
          </w:tcPr>
          <w:p w14:paraId="7408ABFE" w14:textId="77777777" w:rsidR="00F61B0B" w:rsidRPr="00777A12" w:rsidRDefault="00000000">
            <w:pPr>
              <w:rPr>
                <w:sz w:val="20"/>
                <w:szCs w:val="28"/>
              </w:rPr>
            </w:pPr>
            <w:r w:rsidRPr="00777A12">
              <w:rPr>
                <w:sz w:val="20"/>
                <w:szCs w:val="28"/>
              </w:rPr>
              <w:t>10</w:t>
            </w:r>
          </w:p>
        </w:tc>
        <w:tc>
          <w:tcPr>
            <w:tcW w:w="1680" w:type="dxa"/>
            <w:vAlign w:val="center"/>
          </w:tcPr>
          <w:p w14:paraId="0BBB19E6" w14:textId="77777777" w:rsidR="00F61B0B" w:rsidRPr="00777A12" w:rsidRDefault="00000000">
            <w:pPr>
              <w:rPr>
                <w:sz w:val="20"/>
                <w:szCs w:val="28"/>
              </w:rPr>
            </w:pPr>
            <w:r w:rsidRPr="00777A12">
              <w:rPr>
                <w:sz w:val="20"/>
                <w:szCs w:val="28"/>
              </w:rPr>
              <w:t>20.0</w:t>
            </w:r>
          </w:p>
        </w:tc>
        <w:tc>
          <w:tcPr>
            <w:tcW w:w="1680" w:type="dxa"/>
            <w:vAlign w:val="center"/>
          </w:tcPr>
          <w:p w14:paraId="23DD5251" w14:textId="77777777" w:rsidR="00F61B0B" w:rsidRPr="00777A12" w:rsidRDefault="00000000">
            <w:pPr>
              <w:rPr>
                <w:sz w:val="20"/>
                <w:szCs w:val="28"/>
              </w:rPr>
            </w:pPr>
            <w:r w:rsidRPr="00777A12">
              <w:rPr>
                <w:sz w:val="20"/>
                <w:szCs w:val="28"/>
              </w:rPr>
              <w:t>13</w:t>
            </w:r>
          </w:p>
        </w:tc>
        <w:tc>
          <w:tcPr>
            <w:tcW w:w="1680" w:type="dxa"/>
            <w:vAlign w:val="center"/>
          </w:tcPr>
          <w:p w14:paraId="7CABA505" w14:textId="77777777" w:rsidR="00F61B0B" w:rsidRPr="00777A12" w:rsidRDefault="00000000">
            <w:pPr>
              <w:rPr>
                <w:sz w:val="20"/>
                <w:szCs w:val="28"/>
              </w:rPr>
            </w:pPr>
            <w:r w:rsidRPr="00777A12">
              <w:rPr>
                <w:sz w:val="20"/>
                <w:szCs w:val="28"/>
              </w:rPr>
              <w:t>26.0</w:t>
            </w:r>
          </w:p>
        </w:tc>
      </w:tr>
      <w:tr w:rsidR="00F61B0B" w14:paraId="76BE180E" w14:textId="77777777">
        <w:trPr>
          <w:jc w:val="center"/>
        </w:trPr>
        <w:tc>
          <w:tcPr>
            <w:tcW w:w="1680" w:type="dxa"/>
            <w:vAlign w:val="center"/>
          </w:tcPr>
          <w:p w14:paraId="2EDA2D4F" w14:textId="77777777" w:rsidR="00F61B0B" w:rsidRPr="00777A12" w:rsidRDefault="00000000">
            <w:pPr>
              <w:rPr>
                <w:sz w:val="20"/>
                <w:szCs w:val="28"/>
              </w:rPr>
            </w:pPr>
            <w:r w:rsidRPr="00777A12">
              <w:rPr>
                <w:sz w:val="20"/>
                <w:szCs w:val="28"/>
              </w:rPr>
              <w:t>Age</w:t>
            </w:r>
          </w:p>
        </w:tc>
        <w:tc>
          <w:tcPr>
            <w:tcW w:w="1680" w:type="dxa"/>
            <w:vAlign w:val="center"/>
          </w:tcPr>
          <w:p w14:paraId="0308F324" w14:textId="77777777" w:rsidR="00F61B0B" w:rsidRPr="00777A12" w:rsidRDefault="00000000">
            <w:pPr>
              <w:rPr>
                <w:sz w:val="20"/>
                <w:szCs w:val="28"/>
              </w:rPr>
            </w:pPr>
            <w:r w:rsidRPr="00777A12">
              <w:rPr>
                <w:sz w:val="20"/>
                <w:szCs w:val="28"/>
              </w:rPr>
              <w:t>50s</w:t>
            </w:r>
          </w:p>
        </w:tc>
        <w:tc>
          <w:tcPr>
            <w:tcW w:w="1680" w:type="dxa"/>
            <w:vAlign w:val="center"/>
          </w:tcPr>
          <w:p w14:paraId="09644B7A" w14:textId="77777777" w:rsidR="00F61B0B" w:rsidRPr="00777A12" w:rsidRDefault="00000000">
            <w:pPr>
              <w:rPr>
                <w:sz w:val="20"/>
                <w:szCs w:val="28"/>
              </w:rPr>
            </w:pPr>
            <w:r w:rsidRPr="00777A12">
              <w:rPr>
                <w:sz w:val="20"/>
                <w:szCs w:val="28"/>
              </w:rPr>
              <w:t>13</w:t>
            </w:r>
          </w:p>
        </w:tc>
        <w:tc>
          <w:tcPr>
            <w:tcW w:w="1680" w:type="dxa"/>
            <w:vAlign w:val="center"/>
          </w:tcPr>
          <w:p w14:paraId="67B03EEB" w14:textId="77777777" w:rsidR="00F61B0B" w:rsidRPr="00777A12" w:rsidRDefault="00000000">
            <w:pPr>
              <w:rPr>
                <w:sz w:val="20"/>
                <w:szCs w:val="28"/>
              </w:rPr>
            </w:pPr>
            <w:r w:rsidRPr="00777A12">
              <w:rPr>
                <w:sz w:val="20"/>
                <w:szCs w:val="28"/>
              </w:rPr>
              <w:t>26.0</w:t>
            </w:r>
          </w:p>
        </w:tc>
        <w:tc>
          <w:tcPr>
            <w:tcW w:w="1680" w:type="dxa"/>
            <w:vAlign w:val="center"/>
          </w:tcPr>
          <w:p w14:paraId="6F6AA5A9" w14:textId="77777777" w:rsidR="00F61B0B" w:rsidRPr="00777A12" w:rsidRDefault="00000000">
            <w:pPr>
              <w:rPr>
                <w:sz w:val="20"/>
                <w:szCs w:val="28"/>
              </w:rPr>
            </w:pPr>
            <w:r w:rsidRPr="00777A12">
              <w:rPr>
                <w:sz w:val="20"/>
                <w:szCs w:val="28"/>
              </w:rPr>
              <w:t>13</w:t>
            </w:r>
          </w:p>
        </w:tc>
        <w:tc>
          <w:tcPr>
            <w:tcW w:w="1680" w:type="dxa"/>
            <w:vAlign w:val="center"/>
          </w:tcPr>
          <w:p w14:paraId="69622F51" w14:textId="77777777" w:rsidR="00F61B0B" w:rsidRPr="00777A12" w:rsidRDefault="00000000">
            <w:pPr>
              <w:rPr>
                <w:sz w:val="20"/>
                <w:szCs w:val="28"/>
              </w:rPr>
            </w:pPr>
            <w:r w:rsidRPr="00777A12">
              <w:rPr>
                <w:sz w:val="20"/>
                <w:szCs w:val="28"/>
              </w:rPr>
              <w:t>26.0</w:t>
            </w:r>
          </w:p>
        </w:tc>
      </w:tr>
      <w:tr w:rsidR="00F61B0B" w14:paraId="498B965B" w14:textId="77777777">
        <w:trPr>
          <w:jc w:val="center"/>
        </w:trPr>
        <w:tc>
          <w:tcPr>
            <w:tcW w:w="1680" w:type="dxa"/>
            <w:vAlign w:val="center"/>
          </w:tcPr>
          <w:p w14:paraId="75ADC4EC" w14:textId="77777777" w:rsidR="00F61B0B" w:rsidRPr="00777A12" w:rsidRDefault="00000000">
            <w:pPr>
              <w:rPr>
                <w:sz w:val="20"/>
                <w:szCs w:val="28"/>
              </w:rPr>
            </w:pPr>
            <w:r w:rsidRPr="00777A12">
              <w:rPr>
                <w:sz w:val="20"/>
                <w:szCs w:val="28"/>
              </w:rPr>
              <w:t>Age</w:t>
            </w:r>
          </w:p>
        </w:tc>
        <w:tc>
          <w:tcPr>
            <w:tcW w:w="1680" w:type="dxa"/>
            <w:vAlign w:val="center"/>
          </w:tcPr>
          <w:p w14:paraId="26688AE5" w14:textId="77777777" w:rsidR="00F61B0B" w:rsidRPr="00777A12" w:rsidRDefault="00000000">
            <w:pPr>
              <w:rPr>
                <w:sz w:val="20"/>
                <w:szCs w:val="28"/>
              </w:rPr>
            </w:pPr>
            <w:r w:rsidRPr="00777A12">
              <w:rPr>
                <w:sz w:val="20"/>
                <w:szCs w:val="28"/>
              </w:rPr>
              <w:t>60 or older</w:t>
            </w:r>
          </w:p>
        </w:tc>
        <w:tc>
          <w:tcPr>
            <w:tcW w:w="1680" w:type="dxa"/>
            <w:vAlign w:val="center"/>
          </w:tcPr>
          <w:p w14:paraId="13A54218" w14:textId="77777777" w:rsidR="00F61B0B" w:rsidRPr="00777A12" w:rsidRDefault="00000000">
            <w:pPr>
              <w:rPr>
                <w:sz w:val="20"/>
                <w:szCs w:val="28"/>
              </w:rPr>
            </w:pPr>
            <w:r w:rsidRPr="00777A12">
              <w:rPr>
                <w:sz w:val="20"/>
                <w:szCs w:val="28"/>
              </w:rPr>
              <w:t>0</w:t>
            </w:r>
          </w:p>
        </w:tc>
        <w:tc>
          <w:tcPr>
            <w:tcW w:w="1680" w:type="dxa"/>
            <w:vAlign w:val="center"/>
          </w:tcPr>
          <w:p w14:paraId="45E55076" w14:textId="77777777" w:rsidR="00F61B0B" w:rsidRPr="00777A12" w:rsidRDefault="00000000">
            <w:pPr>
              <w:rPr>
                <w:sz w:val="20"/>
                <w:szCs w:val="28"/>
              </w:rPr>
            </w:pPr>
            <w:r w:rsidRPr="00777A12">
              <w:rPr>
                <w:sz w:val="20"/>
                <w:szCs w:val="28"/>
              </w:rPr>
              <w:t>0.0</w:t>
            </w:r>
          </w:p>
        </w:tc>
        <w:tc>
          <w:tcPr>
            <w:tcW w:w="1680" w:type="dxa"/>
            <w:vAlign w:val="center"/>
          </w:tcPr>
          <w:p w14:paraId="094C8C1F" w14:textId="77777777" w:rsidR="00F61B0B" w:rsidRPr="00777A12" w:rsidRDefault="00000000">
            <w:pPr>
              <w:rPr>
                <w:sz w:val="20"/>
                <w:szCs w:val="28"/>
              </w:rPr>
            </w:pPr>
            <w:r w:rsidRPr="00777A12">
              <w:rPr>
                <w:sz w:val="20"/>
                <w:szCs w:val="28"/>
              </w:rPr>
              <w:t>1</w:t>
            </w:r>
          </w:p>
        </w:tc>
        <w:tc>
          <w:tcPr>
            <w:tcW w:w="1680" w:type="dxa"/>
            <w:vAlign w:val="center"/>
          </w:tcPr>
          <w:p w14:paraId="58A83F27" w14:textId="77777777" w:rsidR="00F61B0B" w:rsidRPr="00777A12" w:rsidRDefault="00000000">
            <w:pPr>
              <w:rPr>
                <w:sz w:val="20"/>
                <w:szCs w:val="28"/>
              </w:rPr>
            </w:pPr>
            <w:r w:rsidRPr="00777A12">
              <w:rPr>
                <w:sz w:val="20"/>
                <w:szCs w:val="28"/>
              </w:rPr>
              <w:t>2.0</w:t>
            </w:r>
          </w:p>
        </w:tc>
      </w:tr>
      <w:tr w:rsidR="00F61B0B" w14:paraId="7DBF9713" w14:textId="77777777">
        <w:trPr>
          <w:jc w:val="center"/>
        </w:trPr>
        <w:tc>
          <w:tcPr>
            <w:tcW w:w="1680" w:type="dxa"/>
            <w:shd w:val="clear" w:color="auto" w:fill="F7F7F7"/>
            <w:vAlign w:val="center"/>
          </w:tcPr>
          <w:p w14:paraId="0B13FD13" w14:textId="77777777" w:rsidR="00F61B0B" w:rsidRPr="00777A12" w:rsidRDefault="00000000">
            <w:pPr>
              <w:rPr>
                <w:sz w:val="20"/>
                <w:szCs w:val="28"/>
              </w:rPr>
            </w:pPr>
            <w:r w:rsidRPr="00777A12">
              <w:rPr>
                <w:sz w:val="20"/>
                <w:szCs w:val="28"/>
              </w:rPr>
              <w:t>Gender</w:t>
            </w:r>
          </w:p>
        </w:tc>
        <w:tc>
          <w:tcPr>
            <w:tcW w:w="1680" w:type="dxa"/>
            <w:shd w:val="clear" w:color="auto" w:fill="F7F7F7"/>
            <w:vAlign w:val="center"/>
          </w:tcPr>
          <w:p w14:paraId="18E0777B" w14:textId="77777777" w:rsidR="00F61B0B" w:rsidRPr="00777A12" w:rsidRDefault="00000000">
            <w:pPr>
              <w:rPr>
                <w:sz w:val="20"/>
                <w:szCs w:val="28"/>
              </w:rPr>
            </w:pPr>
            <w:r w:rsidRPr="00777A12">
              <w:rPr>
                <w:sz w:val="20"/>
                <w:szCs w:val="28"/>
              </w:rPr>
              <w:t>Female</w:t>
            </w:r>
          </w:p>
        </w:tc>
        <w:tc>
          <w:tcPr>
            <w:tcW w:w="1680" w:type="dxa"/>
            <w:shd w:val="clear" w:color="auto" w:fill="F7F7F7"/>
            <w:vAlign w:val="center"/>
          </w:tcPr>
          <w:p w14:paraId="76545849" w14:textId="77777777" w:rsidR="00F61B0B" w:rsidRPr="00777A12" w:rsidRDefault="00000000">
            <w:pPr>
              <w:rPr>
                <w:sz w:val="20"/>
                <w:szCs w:val="28"/>
              </w:rPr>
            </w:pPr>
            <w:r w:rsidRPr="00777A12">
              <w:rPr>
                <w:sz w:val="20"/>
                <w:szCs w:val="28"/>
              </w:rPr>
              <w:t>25</w:t>
            </w:r>
          </w:p>
        </w:tc>
        <w:tc>
          <w:tcPr>
            <w:tcW w:w="1680" w:type="dxa"/>
            <w:shd w:val="clear" w:color="auto" w:fill="F7F7F7"/>
            <w:vAlign w:val="center"/>
          </w:tcPr>
          <w:p w14:paraId="1CCBE7FA" w14:textId="77777777" w:rsidR="00F61B0B" w:rsidRPr="00777A12" w:rsidRDefault="00000000">
            <w:pPr>
              <w:rPr>
                <w:sz w:val="20"/>
                <w:szCs w:val="28"/>
              </w:rPr>
            </w:pPr>
            <w:r w:rsidRPr="00777A12">
              <w:rPr>
                <w:sz w:val="20"/>
                <w:szCs w:val="28"/>
              </w:rPr>
              <w:t>50.0</w:t>
            </w:r>
          </w:p>
        </w:tc>
        <w:tc>
          <w:tcPr>
            <w:tcW w:w="1680" w:type="dxa"/>
            <w:shd w:val="clear" w:color="auto" w:fill="F7F7F7"/>
            <w:vAlign w:val="center"/>
          </w:tcPr>
          <w:p w14:paraId="558F143F" w14:textId="77777777" w:rsidR="00F61B0B" w:rsidRPr="00777A12" w:rsidRDefault="00000000">
            <w:pPr>
              <w:rPr>
                <w:sz w:val="20"/>
                <w:szCs w:val="28"/>
              </w:rPr>
            </w:pPr>
            <w:r w:rsidRPr="00777A12">
              <w:rPr>
                <w:sz w:val="20"/>
                <w:szCs w:val="28"/>
              </w:rPr>
              <w:t>28</w:t>
            </w:r>
          </w:p>
        </w:tc>
        <w:tc>
          <w:tcPr>
            <w:tcW w:w="1680" w:type="dxa"/>
            <w:shd w:val="clear" w:color="auto" w:fill="F7F7F7"/>
            <w:vAlign w:val="center"/>
          </w:tcPr>
          <w:p w14:paraId="6D089817" w14:textId="77777777" w:rsidR="00F61B0B" w:rsidRPr="00777A12" w:rsidRDefault="00000000">
            <w:pPr>
              <w:rPr>
                <w:sz w:val="20"/>
                <w:szCs w:val="28"/>
              </w:rPr>
            </w:pPr>
            <w:r w:rsidRPr="00777A12">
              <w:rPr>
                <w:sz w:val="20"/>
                <w:szCs w:val="28"/>
              </w:rPr>
              <w:t>56.0</w:t>
            </w:r>
          </w:p>
        </w:tc>
      </w:tr>
      <w:tr w:rsidR="00F61B0B" w14:paraId="065AAF32" w14:textId="77777777">
        <w:trPr>
          <w:jc w:val="center"/>
        </w:trPr>
        <w:tc>
          <w:tcPr>
            <w:tcW w:w="1680" w:type="dxa"/>
            <w:vAlign w:val="center"/>
          </w:tcPr>
          <w:p w14:paraId="3A13A352" w14:textId="77777777" w:rsidR="00F61B0B" w:rsidRPr="00777A12" w:rsidRDefault="00000000">
            <w:pPr>
              <w:rPr>
                <w:sz w:val="20"/>
                <w:szCs w:val="28"/>
              </w:rPr>
            </w:pPr>
            <w:r w:rsidRPr="00777A12">
              <w:rPr>
                <w:sz w:val="20"/>
                <w:szCs w:val="28"/>
              </w:rPr>
              <w:t>Gender</w:t>
            </w:r>
          </w:p>
        </w:tc>
        <w:tc>
          <w:tcPr>
            <w:tcW w:w="1680" w:type="dxa"/>
            <w:vAlign w:val="center"/>
          </w:tcPr>
          <w:p w14:paraId="1E6D5E87" w14:textId="77777777" w:rsidR="00F61B0B" w:rsidRPr="00777A12" w:rsidRDefault="00000000">
            <w:pPr>
              <w:rPr>
                <w:sz w:val="20"/>
                <w:szCs w:val="28"/>
              </w:rPr>
            </w:pPr>
            <w:r w:rsidRPr="00777A12">
              <w:rPr>
                <w:sz w:val="20"/>
                <w:szCs w:val="28"/>
              </w:rPr>
              <w:t>Male</w:t>
            </w:r>
          </w:p>
        </w:tc>
        <w:tc>
          <w:tcPr>
            <w:tcW w:w="1680" w:type="dxa"/>
            <w:vAlign w:val="center"/>
          </w:tcPr>
          <w:p w14:paraId="64D01D6F" w14:textId="77777777" w:rsidR="00F61B0B" w:rsidRPr="00777A12" w:rsidRDefault="00000000">
            <w:pPr>
              <w:rPr>
                <w:sz w:val="20"/>
                <w:szCs w:val="28"/>
              </w:rPr>
            </w:pPr>
            <w:r w:rsidRPr="00777A12">
              <w:rPr>
                <w:sz w:val="20"/>
                <w:szCs w:val="28"/>
              </w:rPr>
              <w:t>24</w:t>
            </w:r>
          </w:p>
        </w:tc>
        <w:tc>
          <w:tcPr>
            <w:tcW w:w="1680" w:type="dxa"/>
            <w:vAlign w:val="center"/>
          </w:tcPr>
          <w:p w14:paraId="1F06149A" w14:textId="77777777" w:rsidR="00F61B0B" w:rsidRPr="00777A12" w:rsidRDefault="00000000">
            <w:pPr>
              <w:rPr>
                <w:sz w:val="20"/>
                <w:szCs w:val="28"/>
              </w:rPr>
            </w:pPr>
            <w:r w:rsidRPr="00777A12">
              <w:rPr>
                <w:sz w:val="20"/>
                <w:szCs w:val="28"/>
              </w:rPr>
              <w:t>48.0</w:t>
            </w:r>
          </w:p>
        </w:tc>
        <w:tc>
          <w:tcPr>
            <w:tcW w:w="1680" w:type="dxa"/>
            <w:vAlign w:val="center"/>
          </w:tcPr>
          <w:p w14:paraId="4751134A" w14:textId="77777777" w:rsidR="00F61B0B" w:rsidRPr="00777A12" w:rsidRDefault="00000000">
            <w:pPr>
              <w:rPr>
                <w:sz w:val="20"/>
                <w:szCs w:val="28"/>
              </w:rPr>
            </w:pPr>
            <w:r w:rsidRPr="00777A12">
              <w:rPr>
                <w:sz w:val="20"/>
                <w:szCs w:val="28"/>
              </w:rPr>
              <w:t>21</w:t>
            </w:r>
          </w:p>
        </w:tc>
        <w:tc>
          <w:tcPr>
            <w:tcW w:w="1680" w:type="dxa"/>
            <w:vAlign w:val="center"/>
          </w:tcPr>
          <w:p w14:paraId="0C5DD255" w14:textId="77777777" w:rsidR="00F61B0B" w:rsidRPr="00777A12" w:rsidRDefault="00000000">
            <w:pPr>
              <w:rPr>
                <w:sz w:val="20"/>
                <w:szCs w:val="28"/>
              </w:rPr>
            </w:pPr>
            <w:r w:rsidRPr="00777A12">
              <w:rPr>
                <w:sz w:val="20"/>
                <w:szCs w:val="28"/>
              </w:rPr>
              <w:t>42.0</w:t>
            </w:r>
          </w:p>
        </w:tc>
      </w:tr>
      <w:tr w:rsidR="00F61B0B" w14:paraId="72903688" w14:textId="77777777">
        <w:trPr>
          <w:jc w:val="center"/>
        </w:trPr>
        <w:tc>
          <w:tcPr>
            <w:tcW w:w="1680" w:type="dxa"/>
            <w:vAlign w:val="center"/>
          </w:tcPr>
          <w:p w14:paraId="5FFFBA00" w14:textId="77777777" w:rsidR="00F61B0B" w:rsidRPr="00777A12" w:rsidRDefault="00000000">
            <w:pPr>
              <w:rPr>
                <w:sz w:val="20"/>
                <w:szCs w:val="28"/>
              </w:rPr>
            </w:pPr>
            <w:r w:rsidRPr="00777A12">
              <w:rPr>
                <w:sz w:val="20"/>
                <w:szCs w:val="28"/>
              </w:rPr>
              <w:t>Gender</w:t>
            </w:r>
          </w:p>
        </w:tc>
        <w:tc>
          <w:tcPr>
            <w:tcW w:w="1680" w:type="dxa"/>
            <w:vAlign w:val="center"/>
          </w:tcPr>
          <w:p w14:paraId="708F6B9D" w14:textId="77777777" w:rsidR="00F61B0B" w:rsidRPr="00777A12" w:rsidRDefault="00000000">
            <w:pPr>
              <w:rPr>
                <w:sz w:val="20"/>
                <w:szCs w:val="28"/>
              </w:rPr>
            </w:pPr>
            <w:r w:rsidRPr="00777A12">
              <w:rPr>
                <w:sz w:val="20"/>
                <w:szCs w:val="28"/>
              </w:rPr>
              <w:t>No response</w:t>
            </w:r>
          </w:p>
        </w:tc>
        <w:tc>
          <w:tcPr>
            <w:tcW w:w="1680" w:type="dxa"/>
            <w:vAlign w:val="center"/>
          </w:tcPr>
          <w:p w14:paraId="4920492A" w14:textId="77777777" w:rsidR="00F61B0B" w:rsidRPr="00777A12" w:rsidRDefault="00000000">
            <w:pPr>
              <w:rPr>
                <w:sz w:val="20"/>
                <w:szCs w:val="28"/>
              </w:rPr>
            </w:pPr>
            <w:r w:rsidRPr="00777A12">
              <w:rPr>
                <w:sz w:val="20"/>
                <w:szCs w:val="28"/>
              </w:rPr>
              <w:t>1</w:t>
            </w:r>
          </w:p>
        </w:tc>
        <w:tc>
          <w:tcPr>
            <w:tcW w:w="1680" w:type="dxa"/>
            <w:vAlign w:val="center"/>
          </w:tcPr>
          <w:p w14:paraId="76A3B615" w14:textId="77777777" w:rsidR="00F61B0B" w:rsidRPr="00777A12" w:rsidRDefault="00000000">
            <w:pPr>
              <w:rPr>
                <w:sz w:val="20"/>
                <w:szCs w:val="28"/>
              </w:rPr>
            </w:pPr>
            <w:r w:rsidRPr="00777A12">
              <w:rPr>
                <w:sz w:val="20"/>
                <w:szCs w:val="28"/>
              </w:rPr>
              <w:t>2.0</w:t>
            </w:r>
          </w:p>
        </w:tc>
        <w:tc>
          <w:tcPr>
            <w:tcW w:w="1680" w:type="dxa"/>
            <w:vAlign w:val="center"/>
          </w:tcPr>
          <w:p w14:paraId="018D3E11" w14:textId="77777777" w:rsidR="00F61B0B" w:rsidRPr="00777A12" w:rsidRDefault="00000000">
            <w:pPr>
              <w:rPr>
                <w:sz w:val="20"/>
                <w:szCs w:val="28"/>
              </w:rPr>
            </w:pPr>
            <w:r w:rsidRPr="00777A12">
              <w:rPr>
                <w:sz w:val="20"/>
                <w:szCs w:val="28"/>
              </w:rPr>
              <w:t>1</w:t>
            </w:r>
          </w:p>
        </w:tc>
        <w:tc>
          <w:tcPr>
            <w:tcW w:w="1680" w:type="dxa"/>
            <w:vAlign w:val="center"/>
          </w:tcPr>
          <w:p w14:paraId="2292BE03" w14:textId="77777777" w:rsidR="00F61B0B" w:rsidRPr="00777A12" w:rsidRDefault="00000000">
            <w:pPr>
              <w:rPr>
                <w:sz w:val="20"/>
                <w:szCs w:val="28"/>
              </w:rPr>
            </w:pPr>
            <w:r w:rsidRPr="00777A12">
              <w:rPr>
                <w:sz w:val="20"/>
                <w:szCs w:val="28"/>
              </w:rPr>
              <w:t>2.0</w:t>
            </w:r>
          </w:p>
        </w:tc>
      </w:tr>
      <w:tr w:rsidR="00F61B0B" w14:paraId="66E78154" w14:textId="77777777">
        <w:trPr>
          <w:jc w:val="center"/>
        </w:trPr>
        <w:tc>
          <w:tcPr>
            <w:tcW w:w="1680" w:type="dxa"/>
            <w:shd w:val="clear" w:color="auto" w:fill="F7F7F7"/>
            <w:vAlign w:val="center"/>
          </w:tcPr>
          <w:p w14:paraId="2188E2A7" w14:textId="77777777" w:rsidR="00F61B0B" w:rsidRPr="00777A12" w:rsidRDefault="00000000">
            <w:pPr>
              <w:rPr>
                <w:sz w:val="20"/>
                <w:szCs w:val="28"/>
              </w:rPr>
            </w:pPr>
            <w:r w:rsidRPr="00777A12">
              <w:rPr>
                <w:sz w:val="20"/>
                <w:szCs w:val="28"/>
              </w:rPr>
              <w:t>Education</w:t>
            </w:r>
          </w:p>
        </w:tc>
        <w:tc>
          <w:tcPr>
            <w:tcW w:w="1680" w:type="dxa"/>
            <w:shd w:val="clear" w:color="auto" w:fill="F7F7F7"/>
            <w:vAlign w:val="center"/>
          </w:tcPr>
          <w:p w14:paraId="1B6BD74B" w14:textId="77777777" w:rsidR="00F61B0B" w:rsidRPr="00777A12" w:rsidRDefault="00000000">
            <w:pPr>
              <w:rPr>
                <w:sz w:val="20"/>
                <w:szCs w:val="28"/>
              </w:rPr>
            </w:pPr>
            <w:r w:rsidRPr="00777A12">
              <w:rPr>
                <w:sz w:val="20"/>
                <w:szCs w:val="28"/>
              </w:rPr>
              <w:t>Junior high school</w:t>
            </w:r>
          </w:p>
        </w:tc>
        <w:tc>
          <w:tcPr>
            <w:tcW w:w="1680" w:type="dxa"/>
            <w:shd w:val="clear" w:color="auto" w:fill="F7F7F7"/>
            <w:vAlign w:val="center"/>
          </w:tcPr>
          <w:p w14:paraId="132F1BAF" w14:textId="77777777" w:rsidR="00F61B0B" w:rsidRPr="00777A12" w:rsidRDefault="00000000">
            <w:pPr>
              <w:rPr>
                <w:sz w:val="20"/>
                <w:szCs w:val="28"/>
              </w:rPr>
            </w:pPr>
            <w:r w:rsidRPr="00777A12">
              <w:rPr>
                <w:sz w:val="20"/>
                <w:szCs w:val="28"/>
              </w:rPr>
              <w:t>0</w:t>
            </w:r>
          </w:p>
        </w:tc>
        <w:tc>
          <w:tcPr>
            <w:tcW w:w="1680" w:type="dxa"/>
            <w:shd w:val="clear" w:color="auto" w:fill="F7F7F7"/>
            <w:vAlign w:val="center"/>
          </w:tcPr>
          <w:p w14:paraId="1145CE56" w14:textId="77777777" w:rsidR="00F61B0B" w:rsidRPr="00777A12" w:rsidRDefault="00000000">
            <w:pPr>
              <w:rPr>
                <w:sz w:val="20"/>
                <w:szCs w:val="28"/>
              </w:rPr>
            </w:pPr>
            <w:r w:rsidRPr="00777A12">
              <w:rPr>
                <w:sz w:val="20"/>
                <w:szCs w:val="28"/>
              </w:rPr>
              <w:t>0.0</w:t>
            </w:r>
          </w:p>
        </w:tc>
        <w:tc>
          <w:tcPr>
            <w:tcW w:w="1680" w:type="dxa"/>
            <w:shd w:val="clear" w:color="auto" w:fill="F7F7F7"/>
            <w:vAlign w:val="center"/>
          </w:tcPr>
          <w:p w14:paraId="3E0970D7" w14:textId="77777777" w:rsidR="00F61B0B" w:rsidRPr="00777A12" w:rsidRDefault="00000000">
            <w:pPr>
              <w:rPr>
                <w:sz w:val="20"/>
                <w:szCs w:val="28"/>
              </w:rPr>
            </w:pPr>
            <w:r w:rsidRPr="00777A12">
              <w:rPr>
                <w:sz w:val="20"/>
                <w:szCs w:val="28"/>
              </w:rPr>
              <w:t>1</w:t>
            </w:r>
          </w:p>
        </w:tc>
        <w:tc>
          <w:tcPr>
            <w:tcW w:w="1680" w:type="dxa"/>
            <w:shd w:val="clear" w:color="auto" w:fill="F7F7F7"/>
            <w:vAlign w:val="center"/>
          </w:tcPr>
          <w:p w14:paraId="0B3AB968" w14:textId="77777777" w:rsidR="00F61B0B" w:rsidRPr="00777A12" w:rsidRDefault="00000000">
            <w:pPr>
              <w:rPr>
                <w:sz w:val="20"/>
                <w:szCs w:val="28"/>
              </w:rPr>
            </w:pPr>
            <w:r w:rsidRPr="00777A12">
              <w:rPr>
                <w:sz w:val="20"/>
                <w:szCs w:val="28"/>
              </w:rPr>
              <w:t>2.0</w:t>
            </w:r>
          </w:p>
        </w:tc>
      </w:tr>
      <w:tr w:rsidR="00F61B0B" w14:paraId="73697889" w14:textId="77777777">
        <w:trPr>
          <w:jc w:val="center"/>
        </w:trPr>
        <w:tc>
          <w:tcPr>
            <w:tcW w:w="1680" w:type="dxa"/>
            <w:vAlign w:val="center"/>
          </w:tcPr>
          <w:p w14:paraId="5A595658" w14:textId="77777777" w:rsidR="00F61B0B" w:rsidRPr="00777A12" w:rsidRDefault="00000000">
            <w:pPr>
              <w:rPr>
                <w:sz w:val="20"/>
                <w:szCs w:val="28"/>
              </w:rPr>
            </w:pPr>
            <w:r w:rsidRPr="00777A12">
              <w:rPr>
                <w:sz w:val="20"/>
                <w:szCs w:val="28"/>
              </w:rPr>
              <w:t>Education</w:t>
            </w:r>
          </w:p>
        </w:tc>
        <w:tc>
          <w:tcPr>
            <w:tcW w:w="1680" w:type="dxa"/>
            <w:vAlign w:val="center"/>
          </w:tcPr>
          <w:p w14:paraId="30525E36" w14:textId="77777777" w:rsidR="00F61B0B" w:rsidRPr="00777A12" w:rsidRDefault="00000000">
            <w:pPr>
              <w:rPr>
                <w:sz w:val="20"/>
                <w:szCs w:val="28"/>
              </w:rPr>
            </w:pPr>
            <w:r w:rsidRPr="00777A12">
              <w:rPr>
                <w:sz w:val="20"/>
                <w:szCs w:val="28"/>
              </w:rPr>
              <w:t>High school</w:t>
            </w:r>
          </w:p>
        </w:tc>
        <w:tc>
          <w:tcPr>
            <w:tcW w:w="1680" w:type="dxa"/>
            <w:vAlign w:val="center"/>
          </w:tcPr>
          <w:p w14:paraId="62F51B33" w14:textId="77777777" w:rsidR="00F61B0B" w:rsidRPr="00777A12" w:rsidRDefault="00000000">
            <w:pPr>
              <w:rPr>
                <w:sz w:val="20"/>
                <w:szCs w:val="28"/>
              </w:rPr>
            </w:pPr>
            <w:r w:rsidRPr="00777A12">
              <w:rPr>
                <w:sz w:val="20"/>
                <w:szCs w:val="28"/>
              </w:rPr>
              <w:t>10</w:t>
            </w:r>
          </w:p>
        </w:tc>
        <w:tc>
          <w:tcPr>
            <w:tcW w:w="1680" w:type="dxa"/>
            <w:vAlign w:val="center"/>
          </w:tcPr>
          <w:p w14:paraId="70216EB5" w14:textId="77777777" w:rsidR="00F61B0B" w:rsidRPr="00777A12" w:rsidRDefault="00000000">
            <w:pPr>
              <w:rPr>
                <w:sz w:val="20"/>
                <w:szCs w:val="28"/>
              </w:rPr>
            </w:pPr>
            <w:r w:rsidRPr="00777A12">
              <w:rPr>
                <w:sz w:val="20"/>
                <w:szCs w:val="28"/>
              </w:rPr>
              <w:t>20.0</w:t>
            </w:r>
          </w:p>
        </w:tc>
        <w:tc>
          <w:tcPr>
            <w:tcW w:w="1680" w:type="dxa"/>
            <w:vAlign w:val="center"/>
          </w:tcPr>
          <w:p w14:paraId="4DA10745" w14:textId="77777777" w:rsidR="00F61B0B" w:rsidRPr="00777A12" w:rsidRDefault="00000000">
            <w:pPr>
              <w:rPr>
                <w:sz w:val="20"/>
                <w:szCs w:val="28"/>
              </w:rPr>
            </w:pPr>
            <w:r w:rsidRPr="00777A12">
              <w:rPr>
                <w:sz w:val="20"/>
                <w:szCs w:val="28"/>
              </w:rPr>
              <w:t>6</w:t>
            </w:r>
          </w:p>
        </w:tc>
        <w:tc>
          <w:tcPr>
            <w:tcW w:w="1680" w:type="dxa"/>
            <w:vAlign w:val="center"/>
          </w:tcPr>
          <w:p w14:paraId="35A0C319" w14:textId="77777777" w:rsidR="00F61B0B" w:rsidRPr="00777A12" w:rsidRDefault="00000000">
            <w:pPr>
              <w:rPr>
                <w:sz w:val="20"/>
                <w:szCs w:val="28"/>
              </w:rPr>
            </w:pPr>
            <w:r w:rsidRPr="00777A12">
              <w:rPr>
                <w:sz w:val="20"/>
                <w:szCs w:val="28"/>
              </w:rPr>
              <w:t>12.0</w:t>
            </w:r>
          </w:p>
        </w:tc>
      </w:tr>
      <w:tr w:rsidR="00F61B0B" w14:paraId="1D9120D5" w14:textId="77777777">
        <w:trPr>
          <w:jc w:val="center"/>
        </w:trPr>
        <w:tc>
          <w:tcPr>
            <w:tcW w:w="1680" w:type="dxa"/>
            <w:vAlign w:val="center"/>
          </w:tcPr>
          <w:p w14:paraId="30421389" w14:textId="77777777" w:rsidR="00F61B0B" w:rsidRPr="00777A12" w:rsidRDefault="00000000">
            <w:pPr>
              <w:rPr>
                <w:sz w:val="20"/>
                <w:szCs w:val="28"/>
              </w:rPr>
            </w:pPr>
            <w:r w:rsidRPr="00777A12">
              <w:rPr>
                <w:sz w:val="20"/>
                <w:szCs w:val="28"/>
              </w:rPr>
              <w:t>Education</w:t>
            </w:r>
          </w:p>
        </w:tc>
        <w:tc>
          <w:tcPr>
            <w:tcW w:w="1680" w:type="dxa"/>
            <w:vAlign w:val="center"/>
          </w:tcPr>
          <w:p w14:paraId="71F43AAB" w14:textId="77777777" w:rsidR="00F61B0B" w:rsidRPr="00777A12" w:rsidRDefault="00000000">
            <w:pPr>
              <w:rPr>
                <w:sz w:val="20"/>
                <w:szCs w:val="28"/>
              </w:rPr>
            </w:pPr>
            <w:r w:rsidRPr="00777A12">
              <w:rPr>
                <w:sz w:val="20"/>
                <w:szCs w:val="28"/>
              </w:rPr>
              <w:t>Vocational school</w:t>
            </w:r>
          </w:p>
        </w:tc>
        <w:tc>
          <w:tcPr>
            <w:tcW w:w="1680" w:type="dxa"/>
            <w:vAlign w:val="center"/>
          </w:tcPr>
          <w:p w14:paraId="417BB266" w14:textId="77777777" w:rsidR="00F61B0B" w:rsidRPr="00777A12" w:rsidRDefault="00000000">
            <w:pPr>
              <w:rPr>
                <w:sz w:val="20"/>
                <w:szCs w:val="28"/>
              </w:rPr>
            </w:pPr>
            <w:r w:rsidRPr="00777A12">
              <w:rPr>
                <w:sz w:val="20"/>
                <w:szCs w:val="28"/>
              </w:rPr>
              <w:t>5</w:t>
            </w:r>
          </w:p>
        </w:tc>
        <w:tc>
          <w:tcPr>
            <w:tcW w:w="1680" w:type="dxa"/>
            <w:vAlign w:val="center"/>
          </w:tcPr>
          <w:p w14:paraId="4177CBB2" w14:textId="77777777" w:rsidR="00F61B0B" w:rsidRPr="00777A12" w:rsidRDefault="00000000">
            <w:pPr>
              <w:rPr>
                <w:sz w:val="20"/>
                <w:szCs w:val="28"/>
              </w:rPr>
            </w:pPr>
            <w:r w:rsidRPr="00777A12">
              <w:rPr>
                <w:sz w:val="20"/>
                <w:szCs w:val="28"/>
              </w:rPr>
              <w:t>10.0</w:t>
            </w:r>
          </w:p>
        </w:tc>
        <w:tc>
          <w:tcPr>
            <w:tcW w:w="1680" w:type="dxa"/>
            <w:vAlign w:val="center"/>
          </w:tcPr>
          <w:p w14:paraId="2BCE40EF" w14:textId="77777777" w:rsidR="00F61B0B" w:rsidRPr="00777A12" w:rsidRDefault="00000000">
            <w:pPr>
              <w:rPr>
                <w:sz w:val="20"/>
                <w:szCs w:val="28"/>
              </w:rPr>
            </w:pPr>
            <w:r w:rsidRPr="00777A12">
              <w:rPr>
                <w:sz w:val="20"/>
                <w:szCs w:val="28"/>
              </w:rPr>
              <w:t>1</w:t>
            </w:r>
          </w:p>
        </w:tc>
        <w:tc>
          <w:tcPr>
            <w:tcW w:w="1680" w:type="dxa"/>
            <w:vAlign w:val="center"/>
          </w:tcPr>
          <w:p w14:paraId="229DDF6D" w14:textId="77777777" w:rsidR="00F61B0B" w:rsidRPr="00777A12" w:rsidRDefault="00000000">
            <w:pPr>
              <w:rPr>
                <w:sz w:val="20"/>
                <w:szCs w:val="28"/>
              </w:rPr>
            </w:pPr>
            <w:r w:rsidRPr="00777A12">
              <w:rPr>
                <w:sz w:val="20"/>
                <w:szCs w:val="28"/>
              </w:rPr>
              <w:t>2.0</w:t>
            </w:r>
          </w:p>
        </w:tc>
      </w:tr>
      <w:tr w:rsidR="00F61B0B" w14:paraId="560623AA" w14:textId="77777777">
        <w:trPr>
          <w:jc w:val="center"/>
        </w:trPr>
        <w:tc>
          <w:tcPr>
            <w:tcW w:w="1680" w:type="dxa"/>
            <w:vAlign w:val="center"/>
          </w:tcPr>
          <w:p w14:paraId="63A542C0" w14:textId="77777777" w:rsidR="00F61B0B" w:rsidRPr="00777A12" w:rsidRDefault="00000000">
            <w:pPr>
              <w:rPr>
                <w:sz w:val="20"/>
                <w:szCs w:val="28"/>
              </w:rPr>
            </w:pPr>
            <w:r w:rsidRPr="00777A12">
              <w:rPr>
                <w:sz w:val="20"/>
                <w:szCs w:val="28"/>
              </w:rPr>
              <w:t>Education</w:t>
            </w:r>
          </w:p>
        </w:tc>
        <w:tc>
          <w:tcPr>
            <w:tcW w:w="1680" w:type="dxa"/>
            <w:vAlign w:val="center"/>
          </w:tcPr>
          <w:p w14:paraId="55FEA281" w14:textId="77777777" w:rsidR="00F61B0B" w:rsidRPr="00777A12" w:rsidRDefault="00000000">
            <w:pPr>
              <w:rPr>
                <w:sz w:val="20"/>
                <w:szCs w:val="28"/>
              </w:rPr>
            </w:pPr>
            <w:r w:rsidRPr="00777A12">
              <w:rPr>
                <w:sz w:val="20"/>
                <w:szCs w:val="28"/>
              </w:rPr>
              <w:t>University, junior college, or technical college</w:t>
            </w:r>
          </w:p>
        </w:tc>
        <w:tc>
          <w:tcPr>
            <w:tcW w:w="1680" w:type="dxa"/>
            <w:vAlign w:val="center"/>
          </w:tcPr>
          <w:p w14:paraId="24AD1824" w14:textId="77777777" w:rsidR="00F61B0B" w:rsidRPr="00777A12" w:rsidRDefault="00000000">
            <w:pPr>
              <w:rPr>
                <w:sz w:val="20"/>
                <w:szCs w:val="28"/>
              </w:rPr>
            </w:pPr>
            <w:r w:rsidRPr="00777A12">
              <w:rPr>
                <w:sz w:val="20"/>
                <w:szCs w:val="28"/>
              </w:rPr>
              <w:t>31</w:t>
            </w:r>
          </w:p>
        </w:tc>
        <w:tc>
          <w:tcPr>
            <w:tcW w:w="1680" w:type="dxa"/>
            <w:vAlign w:val="center"/>
          </w:tcPr>
          <w:p w14:paraId="1F83D86C" w14:textId="77777777" w:rsidR="00F61B0B" w:rsidRPr="00777A12" w:rsidRDefault="00000000">
            <w:pPr>
              <w:rPr>
                <w:sz w:val="20"/>
                <w:szCs w:val="28"/>
              </w:rPr>
            </w:pPr>
            <w:r w:rsidRPr="00777A12">
              <w:rPr>
                <w:sz w:val="20"/>
                <w:szCs w:val="28"/>
              </w:rPr>
              <w:t>62.0</w:t>
            </w:r>
          </w:p>
        </w:tc>
        <w:tc>
          <w:tcPr>
            <w:tcW w:w="1680" w:type="dxa"/>
            <w:vAlign w:val="center"/>
          </w:tcPr>
          <w:p w14:paraId="20127BAE" w14:textId="77777777" w:rsidR="00F61B0B" w:rsidRPr="00777A12" w:rsidRDefault="00000000">
            <w:pPr>
              <w:rPr>
                <w:sz w:val="20"/>
                <w:szCs w:val="28"/>
              </w:rPr>
            </w:pPr>
            <w:r w:rsidRPr="00777A12">
              <w:rPr>
                <w:sz w:val="20"/>
                <w:szCs w:val="28"/>
              </w:rPr>
              <w:t>36</w:t>
            </w:r>
          </w:p>
        </w:tc>
        <w:tc>
          <w:tcPr>
            <w:tcW w:w="1680" w:type="dxa"/>
            <w:vAlign w:val="center"/>
          </w:tcPr>
          <w:p w14:paraId="001F90E4" w14:textId="77777777" w:rsidR="00F61B0B" w:rsidRPr="00777A12" w:rsidRDefault="00000000">
            <w:pPr>
              <w:rPr>
                <w:sz w:val="20"/>
                <w:szCs w:val="28"/>
              </w:rPr>
            </w:pPr>
            <w:r w:rsidRPr="00777A12">
              <w:rPr>
                <w:sz w:val="20"/>
                <w:szCs w:val="28"/>
              </w:rPr>
              <w:t>72.0</w:t>
            </w:r>
          </w:p>
        </w:tc>
      </w:tr>
      <w:tr w:rsidR="00F61B0B" w14:paraId="1FBC4EC3" w14:textId="77777777">
        <w:trPr>
          <w:jc w:val="center"/>
        </w:trPr>
        <w:tc>
          <w:tcPr>
            <w:tcW w:w="1680" w:type="dxa"/>
            <w:vAlign w:val="center"/>
          </w:tcPr>
          <w:p w14:paraId="44930A60" w14:textId="77777777" w:rsidR="00F61B0B" w:rsidRPr="00777A12" w:rsidRDefault="00000000">
            <w:pPr>
              <w:rPr>
                <w:sz w:val="20"/>
                <w:szCs w:val="28"/>
              </w:rPr>
            </w:pPr>
            <w:r w:rsidRPr="00777A12">
              <w:rPr>
                <w:sz w:val="20"/>
                <w:szCs w:val="28"/>
              </w:rPr>
              <w:t>Education</w:t>
            </w:r>
          </w:p>
        </w:tc>
        <w:tc>
          <w:tcPr>
            <w:tcW w:w="1680" w:type="dxa"/>
            <w:vAlign w:val="center"/>
          </w:tcPr>
          <w:p w14:paraId="5801D007" w14:textId="77777777" w:rsidR="00F61B0B" w:rsidRPr="00777A12" w:rsidRDefault="00000000">
            <w:pPr>
              <w:rPr>
                <w:sz w:val="20"/>
                <w:szCs w:val="28"/>
              </w:rPr>
            </w:pPr>
            <w:r w:rsidRPr="00777A12">
              <w:rPr>
                <w:sz w:val="20"/>
                <w:szCs w:val="28"/>
              </w:rPr>
              <w:t>Graduate school</w:t>
            </w:r>
          </w:p>
        </w:tc>
        <w:tc>
          <w:tcPr>
            <w:tcW w:w="1680" w:type="dxa"/>
            <w:vAlign w:val="center"/>
          </w:tcPr>
          <w:p w14:paraId="58967D80" w14:textId="77777777" w:rsidR="00F61B0B" w:rsidRPr="00777A12" w:rsidRDefault="00000000">
            <w:pPr>
              <w:rPr>
                <w:sz w:val="20"/>
                <w:szCs w:val="28"/>
              </w:rPr>
            </w:pPr>
            <w:r w:rsidRPr="00777A12">
              <w:rPr>
                <w:sz w:val="20"/>
                <w:szCs w:val="28"/>
              </w:rPr>
              <w:t>4</w:t>
            </w:r>
          </w:p>
        </w:tc>
        <w:tc>
          <w:tcPr>
            <w:tcW w:w="1680" w:type="dxa"/>
            <w:vAlign w:val="center"/>
          </w:tcPr>
          <w:p w14:paraId="205972FD" w14:textId="77777777" w:rsidR="00F61B0B" w:rsidRPr="00777A12" w:rsidRDefault="00000000">
            <w:pPr>
              <w:rPr>
                <w:sz w:val="20"/>
                <w:szCs w:val="28"/>
              </w:rPr>
            </w:pPr>
            <w:r w:rsidRPr="00777A12">
              <w:rPr>
                <w:sz w:val="20"/>
                <w:szCs w:val="28"/>
              </w:rPr>
              <w:t>8.0</w:t>
            </w:r>
          </w:p>
        </w:tc>
        <w:tc>
          <w:tcPr>
            <w:tcW w:w="1680" w:type="dxa"/>
            <w:vAlign w:val="center"/>
          </w:tcPr>
          <w:p w14:paraId="229D256F" w14:textId="77777777" w:rsidR="00F61B0B" w:rsidRPr="00777A12" w:rsidRDefault="00000000">
            <w:pPr>
              <w:rPr>
                <w:sz w:val="20"/>
                <w:szCs w:val="28"/>
              </w:rPr>
            </w:pPr>
            <w:r w:rsidRPr="00777A12">
              <w:rPr>
                <w:sz w:val="20"/>
                <w:szCs w:val="28"/>
              </w:rPr>
              <w:t>6</w:t>
            </w:r>
          </w:p>
        </w:tc>
        <w:tc>
          <w:tcPr>
            <w:tcW w:w="1680" w:type="dxa"/>
            <w:vAlign w:val="center"/>
          </w:tcPr>
          <w:p w14:paraId="01B1DEC8" w14:textId="77777777" w:rsidR="00F61B0B" w:rsidRPr="00777A12" w:rsidRDefault="00000000">
            <w:pPr>
              <w:rPr>
                <w:sz w:val="20"/>
                <w:szCs w:val="28"/>
              </w:rPr>
            </w:pPr>
            <w:r w:rsidRPr="00777A12">
              <w:rPr>
                <w:sz w:val="20"/>
                <w:szCs w:val="28"/>
              </w:rPr>
              <w:t>12.0</w:t>
            </w:r>
          </w:p>
        </w:tc>
      </w:tr>
    </w:tbl>
    <w:p w14:paraId="2247BBFC" w14:textId="77777777" w:rsidR="002F5186" w:rsidRDefault="002F5186">
      <w:pPr>
        <w:pStyle w:val="1"/>
        <w:spacing w:before="0" w:after="120" w:line="240" w:lineRule="auto"/>
      </w:pPr>
    </w:p>
    <w:p w14:paraId="162659D9" w14:textId="390F7D53" w:rsidR="00F61B0B" w:rsidRDefault="00000000">
      <w:pPr>
        <w:pStyle w:val="1"/>
        <w:spacing w:before="0" w:after="120" w:line="240" w:lineRule="auto"/>
      </w:pPr>
      <w:r>
        <w:t>Supplementary Table S2. Mean neologism evaluations and sample sizes by gender</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016"/>
        <w:gridCol w:w="2016"/>
        <w:gridCol w:w="2016"/>
        <w:gridCol w:w="2016"/>
        <w:gridCol w:w="2016"/>
      </w:tblGrid>
      <w:tr w:rsidR="00F61B0B" w14:paraId="359C3EEF" w14:textId="77777777">
        <w:trPr>
          <w:jc w:val="center"/>
        </w:trPr>
        <w:tc>
          <w:tcPr>
            <w:tcW w:w="2016" w:type="dxa"/>
            <w:shd w:val="clear" w:color="auto" w:fill="D9EAF7"/>
            <w:vAlign w:val="center"/>
          </w:tcPr>
          <w:p w14:paraId="58519D7E" w14:textId="77777777" w:rsidR="00F61B0B" w:rsidRDefault="00000000">
            <w:r>
              <w:rPr>
                <w:b/>
                <w:sz w:val="17"/>
              </w:rPr>
              <w:t>Gender</w:t>
            </w:r>
          </w:p>
        </w:tc>
        <w:tc>
          <w:tcPr>
            <w:tcW w:w="2016" w:type="dxa"/>
            <w:shd w:val="clear" w:color="auto" w:fill="D9EAF7"/>
            <w:vAlign w:val="center"/>
          </w:tcPr>
          <w:p w14:paraId="4E13C570" w14:textId="77777777" w:rsidR="00F61B0B" w:rsidRDefault="00000000">
            <w:r>
              <w:rPr>
                <w:b/>
                <w:sz w:val="17"/>
              </w:rPr>
              <w:t>Willingness to use, mean</w:t>
            </w:r>
          </w:p>
        </w:tc>
        <w:tc>
          <w:tcPr>
            <w:tcW w:w="2016" w:type="dxa"/>
            <w:shd w:val="clear" w:color="auto" w:fill="D9EAF7"/>
            <w:vAlign w:val="center"/>
          </w:tcPr>
          <w:p w14:paraId="678A2B48" w14:textId="77777777" w:rsidR="00F61B0B" w:rsidRDefault="00000000">
            <w:r>
              <w:rPr>
                <w:b/>
                <w:sz w:val="17"/>
              </w:rPr>
              <w:t>Willingness to use, n</w:t>
            </w:r>
          </w:p>
        </w:tc>
        <w:tc>
          <w:tcPr>
            <w:tcW w:w="2016" w:type="dxa"/>
            <w:shd w:val="clear" w:color="auto" w:fill="D9EAF7"/>
            <w:vAlign w:val="center"/>
          </w:tcPr>
          <w:p w14:paraId="3AAB61F1" w14:textId="77777777" w:rsidR="00F61B0B" w:rsidRDefault="00000000">
            <w:r>
              <w:rPr>
                <w:b/>
                <w:sz w:val="17"/>
              </w:rPr>
              <w:t>Interestingness, mean</w:t>
            </w:r>
          </w:p>
        </w:tc>
        <w:tc>
          <w:tcPr>
            <w:tcW w:w="2016" w:type="dxa"/>
            <w:shd w:val="clear" w:color="auto" w:fill="D9EAF7"/>
            <w:vAlign w:val="center"/>
          </w:tcPr>
          <w:p w14:paraId="5BD92CE5" w14:textId="77777777" w:rsidR="00F61B0B" w:rsidRDefault="00000000">
            <w:r>
              <w:rPr>
                <w:b/>
                <w:sz w:val="17"/>
              </w:rPr>
              <w:t>Interestingness, n</w:t>
            </w:r>
          </w:p>
        </w:tc>
      </w:tr>
      <w:tr w:rsidR="00F61B0B" w14:paraId="4DCCC94C" w14:textId="77777777">
        <w:trPr>
          <w:jc w:val="center"/>
        </w:trPr>
        <w:tc>
          <w:tcPr>
            <w:tcW w:w="2016" w:type="dxa"/>
            <w:vAlign w:val="center"/>
          </w:tcPr>
          <w:p w14:paraId="46272653" w14:textId="77777777" w:rsidR="00F61B0B" w:rsidRDefault="00000000">
            <w:r>
              <w:rPr>
                <w:sz w:val="18"/>
              </w:rPr>
              <w:t>Female</w:t>
            </w:r>
          </w:p>
        </w:tc>
        <w:tc>
          <w:tcPr>
            <w:tcW w:w="2016" w:type="dxa"/>
            <w:vAlign w:val="center"/>
          </w:tcPr>
          <w:p w14:paraId="66F60D46" w14:textId="77777777" w:rsidR="00F61B0B" w:rsidRDefault="00000000">
            <w:r>
              <w:rPr>
                <w:sz w:val="18"/>
              </w:rPr>
              <w:t>4.83</w:t>
            </w:r>
          </w:p>
        </w:tc>
        <w:tc>
          <w:tcPr>
            <w:tcW w:w="2016" w:type="dxa"/>
            <w:vAlign w:val="center"/>
          </w:tcPr>
          <w:p w14:paraId="08682F71" w14:textId="77777777" w:rsidR="00F61B0B" w:rsidRDefault="00000000">
            <w:r>
              <w:rPr>
                <w:sz w:val="18"/>
              </w:rPr>
              <w:t>23</w:t>
            </w:r>
          </w:p>
        </w:tc>
        <w:tc>
          <w:tcPr>
            <w:tcW w:w="2016" w:type="dxa"/>
            <w:vAlign w:val="center"/>
          </w:tcPr>
          <w:p w14:paraId="1FF0C2F1" w14:textId="77777777" w:rsidR="00F61B0B" w:rsidRDefault="00000000">
            <w:r>
              <w:rPr>
                <w:sz w:val="18"/>
              </w:rPr>
              <w:t>5.35</w:t>
            </w:r>
          </w:p>
        </w:tc>
        <w:tc>
          <w:tcPr>
            <w:tcW w:w="2016" w:type="dxa"/>
            <w:vAlign w:val="center"/>
          </w:tcPr>
          <w:p w14:paraId="72735690" w14:textId="77777777" w:rsidR="00F61B0B" w:rsidRDefault="00000000">
            <w:r>
              <w:rPr>
                <w:sz w:val="18"/>
              </w:rPr>
              <w:t>23</w:t>
            </w:r>
          </w:p>
        </w:tc>
      </w:tr>
      <w:tr w:rsidR="00F61B0B" w14:paraId="1B7A8424" w14:textId="77777777">
        <w:trPr>
          <w:jc w:val="center"/>
        </w:trPr>
        <w:tc>
          <w:tcPr>
            <w:tcW w:w="2016" w:type="dxa"/>
            <w:vAlign w:val="center"/>
          </w:tcPr>
          <w:p w14:paraId="44535388" w14:textId="77777777" w:rsidR="00F61B0B" w:rsidRDefault="00000000">
            <w:r>
              <w:rPr>
                <w:sz w:val="18"/>
              </w:rPr>
              <w:t>Male</w:t>
            </w:r>
          </w:p>
        </w:tc>
        <w:tc>
          <w:tcPr>
            <w:tcW w:w="2016" w:type="dxa"/>
            <w:vAlign w:val="center"/>
          </w:tcPr>
          <w:p w14:paraId="4BB869F6" w14:textId="77777777" w:rsidR="00F61B0B" w:rsidRDefault="00000000">
            <w:r>
              <w:rPr>
                <w:sz w:val="18"/>
              </w:rPr>
              <w:t>4.09</w:t>
            </w:r>
          </w:p>
        </w:tc>
        <w:tc>
          <w:tcPr>
            <w:tcW w:w="2016" w:type="dxa"/>
            <w:vAlign w:val="center"/>
          </w:tcPr>
          <w:p w14:paraId="7CC5EF3C" w14:textId="77777777" w:rsidR="00F61B0B" w:rsidRDefault="00000000">
            <w:r>
              <w:rPr>
                <w:sz w:val="18"/>
              </w:rPr>
              <w:t>22</w:t>
            </w:r>
          </w:p>
        </w:tc>
        <w:tc>
          <w:tcPr>
            <w:tcW w:w="2016" w:type="dxa"/>
            <w:vAlign w:val="center"/>
          </w:tcPr>
          <w:p w14:paraId="5077CE14" w14:textId="77777777" w:rsidR="00F61B0B" w:rsidRDefault="00000000">
            <w:r>
              <w:rPr>
                <w:sz w:val="18"/>
              </w:rPr>
              <w:t>4.86</w:t>
            </w:r>
          </w:p>
        </w:tc>
        <w:tc>
          <w:tcPr>
            <w:tcW w:w="2016" w:type="dxa"/>
            <w:vAlign w:val="center"/>
          </w:tcPr>
          <w:p w14:paraId="1F29A3B8" w14:textId="77777777" w:rsidR="00F61B0B" w:rsidRDefault="00000000">
            <w:r>
              <w:rPr>
                <w:sz w:val="18"/>
              </w:rPr>
              <w:t>22</w:t>
            </w:r>
          </w:p>
        </w:tc>
      </w:tr>
    </w:tbl>
    <w:p w14:paraId="58290772" w14:textId="77777777" w:rsidR="002F5186" w:rsidRDefault="002F5186">
      <w:pPr>
        <w:pStyle w:val="1"/>
        <w:spacing w:before="0" w:after="80" w:line="240" w:lineRule="auto"/>
      </w:pPr>
    </w:p>
    <w:p w14:paraId="462C18B1" w14:textId="4024A05E" w:rsidR="00F61B0B" w:rsidRDefault="00000000">
      <w:pPr>
        <w:pStyle w:val="1"/>
        <w:spacing w:before="0" w:after="80" w:line="240" w:lineRule="auto"/>
      </w:pPr>
      <w:r>
        <w:t>Example LLM agent persona</w:t>
      </w:r>
    </w:p>
    <w:p w14:paraId="24BC204F" w14:textId="77777777" w:rsidR="00F61B0B" w:rsidRDefault="00000000">
      <w:pPr>
        <w:spacing w:after="120" w:line="240" w:lineRule="auto"/>
      </w:pPr>
      <w:r>
        <w:t>The following example was translated from Japanese into English.</w:t>
      </w:r>
    </w:p>
    <w:p w14:paraId="603040A7" w14:textId="77777777" w:rsidR="00F61B0B" w:rsidRDefault="00000000">
      <w:pPr>
        <w:pStyle w:val="CodeBlock"/>
        <w:shd w:val="clear" w:color="auto" w:fill="F2F2F2"/>
      </w:pPr>
      <w:r>
        <w:t>{</w:t>
      </w:r>
    </w:p>
    <w:p w14:paraId="362D2B39" w14:textId="77777777" w:rsidR="00F61B0B" w:rsidRDefault="00000000">
      <w:pPr>
        <w:pStyle w:val="CodeBlock"/>
        <w:shd w:val="clear" w:color="auto" w:fill="F2F2F2"/>
      </w:pPr>
      <w:r>
        <w:t xml:space="preserve">  "name": "Ayu",</w:t>
      </w:r>
    </w:p>
    <w:p w14:paraId="7DDFFA67" w14:textId="77777777" w:rsidR="00F61B0B" w:rsidRDefault="00000000">
      <w:pPr>
        <w:pStyle w:val="CodeBlock"/>
        <w:shd w:val="clear" w:color="auto" w:fill="F2F2F2"/>
      </w:pPr>
      <w:r>
        <w:t xml:space="preserve">  "age": 20,</w:t>
      </w:r>
    </w:p>
    <w:p w14:paraId="14963350" w14:textId="77777777" w:rsidR="00F61B0B" w:rsidRDefault="00000000">
      <w:pPr>
        <w:pStyle w:val="CodeBlock"/>
        <w:shd w:val="clear" w:color="auto" w:fill="F2F2F2"/>
      </w:pPr>
      <w:r>
        <w:t xml:space="preserve">  "background": [</w:t>
      </w:r>
    </w:p>
    <w:p w14:paraId="613B3B22" w14:textId="77777777" w:rsidR="00F61B0B" w:rsidRDefault="00000000">
      <w:pPr>
        <w:pStyle w:val="CodeBlock"/>
        <w:shd w:val="clear" w:color="auto" w:fill="F2F2F2"/>
      </w:pPr>
      <w:r>
        <w:lastRenderedPageBreak/>
        <w:t xml:space="preserve">    "Raised in a traditional townhouse in Kyoto, she casually enjoys tea practices taught by her family as a relaxing weekend activity",</w:t>
      </w:r>
    </w:p>
    <w:p w14:paraId="38587499" w14:textId="77777777" w:rsidR="00F61B0B" w:rsidRDefault="00000000">
      <w:pPr>
        <w:pStyle w:val="CodeBlock"/>
        <w:shd w:val="clear" w:color="auto" w:fill="F2F2F2"/>
      </w:pPr>
      <w:r>
        <w:t xml:space="preserve">    "She attended an all-girls junior and senior high school, where she helped create an informal consultation booth at the school festival",</w:t>
      </w:r>
    </w:p>
    <w:p w14:paraId="347DE4FA" w14:textId="77777777" w:rsidR="00F61B0B" w:rsidRDefault="00000000">
      <w:pPr>
        <w:pStyle w:val="CodeBlock"/>
        <w:shd w:val="clear" w:color="auto" w:fill="F2F2F2"/>
      </w:pPr>
      <w:r>
        <w:t xml:space="preserve">    "Before entering university, she traveled to London for one week and discussed psychology with local students in a cafe"</w:t>
      </w:r>
    </w:p>
    <w:p w14:paraId="5CC62B07" w14:textId="77777777" w:rsidR="00F61B0B" w:rsidRDefault="00000000">
      <w:pPr>
        <w:pStyle w:val="CodeBlock"/>
        <w:shd w:val="clear" w:color="auto" w:fill="F2F2F2"/>
      </w:pPr>
      <w:r>
        <w:t xml:space="preserve">  ],</w:t>
      </w:r>
    </w:p>
    <w:p w14:paraId="396D8E13" w14:textId="77777777" w:rsidR="00F61B0B" w:rsidRDefault="00000000">
      <w:pPr>
        <w:pStyle w:val="CodeBlock"/>
        <w:shd w:val="clear" w:color="auto" w:fill="F2F2F2"/>
      </w:pPr>
      <w:r>
        <w:t xml:space="preserve">  "hobby": [</w:t>
      </w:r>
    </w:p>
    <w:p w14:paraId="3AF04346" w14:textId="77777777" w:rsidR="00F61B0B" w:rsidRDefault="00000000">
      <w:pPr>
        <w:pStyle w:val="CodeBlock"/>
        <w:shd w:val="clear" w:color="auto" w:fill="F2F2F2"/>
      </w:pPr>
      <w:r>
        <w:t xml:space="preserve">    "Taking street snapshots with her smartphone and posting them on Instagram with filters",</w:t>
      </w:r>
    </w:p>
    <w:p w14:paraId="2E519C23" w14:textId="77777777" w:rsidR="00F61B0B" w:rsidRDefault="00000000">
      <w:pPr>
        <w:pStyle w:val="CodeBlock"/>
        <w:shd w:val="clear" w:color="auto" w:fill="F2F2F2"/>
      </w:pPr>
      <w:r>
        <w:t xml:space="preserve">    "Finding new cafes and writing brief notes about matcha lattes",</w:t>
      </w:r>
    </w:p>
    <w:p w14:paraId="0BDFBE0A" w14:textId="77777777" w:rsidR="00F61B0B" w:rsidRDefault="00000000">
      <w:pPr>
        <w:pStyle w:val="CodeBlock"/>
        <w:shd w:val="clear" w:color="auto" w:fill="F2F2F2"/>
      </w:pPr>
      <w:r>
        <w:t xml:space="preserve">    "Walking around the neighborhood at night while listening to music and writing simple diary entries"</w:t>
      </w:r>
    </w:p>
    <w:p w14:paraId="218A3883" w14:textId="77777777" w:rsidR="00F61B0B" w:rsidRDefault="00000000">
      <w:pPr>
        <w:pStyle w:val="CodeBlock"/>
        <w:shd w:val="clear" w:color="auto" w:fill="F2F2F2"/>
      </w:pPr>
      <w:r>
        <w:t xml:space="preserve">  ],</w:t>
      </w:r>
    </w:p>
    <w:p w14:paraId="4EA6B9E1" w14:textId="77777777" w:rsidR="00F61B0B" w:rsidRDefault="00000000">
      <w:pPr>
        <w:pStyle w:val="CodeBlock"/>
        <w:shd w:val="clear" w:color="auto" w:fill="F2F2F2"/>
      </w:pPr>
      <w:r>
        <w:t xml:space="preserve">  "favorite_food": [</w:t>
      </w:r>
    </w:p>
    <w:p w14:paraId="6D35C0BB" w14:textId="77777777" w:rsidR="00F61B0B" w:rsidRDefault="00000000">
      <w:pPr>
        <w:pStyle w:val="CodeBlock"/>
        <w:shd w:val="clear" w:color="auto" w:fill="F2F2F2"/>
      </w:pPr>
      <w:r>
        <w:t xml:space="preserve">    "Matcha ice cream bars from convenience stores",</w:t>
      </w:r>
    </w:p>
    <w:p w14:paraId="422FB786" w14:textId="77777777" w:rsidR="00F61B0B" w:rsidRDefault="00000000">
      <w:pPr>
        <w:pStyle w:val="CodeBlock"/>
        <w:shd w:val="clear" w:color="auto" w:fill="F2F2F2"/>
      </w:pPr>
      <w:r>
        <w:t xml:space="preserve">    "Seasonal daifuku from supermarket wagashi sections",</w:t>
      </w:r>
    </w:p>
    <w:p w14:paraId="3BA0779B" w14:textId="77777777" w:rsidR="00F61B0B" w:rsidRDefault="00000000">
      <w:pPr>
        <w:pStyle w:val="CodeBlock"/>
        <w:shd w:val="clear" w:color="auto" w:fill="F2F2F2"/>
      </w:pPr>
      <w:r>
        <w:t xml:space="preserve">    "Small brown sugar donuts eaten with hojicha latte"</w:t>
      </w:r>
    </w:p>
    <w:p w14:paraId="16194CAE" w14:textId="77777777" w:rsidR="00F61B0B" w:rsidRDefault="00000000">
      <w:pPr>
        <w:pStyle w:val="CodeBlock"/>
        <w:shd w:val="clear" w:color="auto" w:fill="F2F2F2"/>
      </w:pPr>
      <w:r>
        <w:t xml:space="preserve">  ],</w:t>
      </w:r>
    </w:p>
    <w:p w14:paraId="639F5ABE" w14:textId="77777777" w:rsidR="00F61B0B" w:rsidRDefault="00000000">
      <w:pPr>
        <w:pStyle w:val="CodeBlock"/>
        <w:shd w:val="clear" w:color="auto" w:fill="F2F2F2"/>
      </w:pPr>
      <w:r>
        <w:t xml:space="preserve">  "favorite_topic": [</w:t>
      </w:r>
    </w:p>
    <w:p w14:paraId="73691951" w14:textId="77777777" w:rsidR="00F61B0B" w:rsidRDefault="00000000">
      <w:pPr>
        <w:pStyle w:val="CodeBlock"/>
        <w:shd w:val="clear" w:color="auto" w:fill="F2F2F2"/>
      </w:pPr>
      <w:r>
        <w:t xml:space="preserve">    "Tips for maintaining comfortable friendships and psychological tests",</w:t>
      </w:r>
    </w:p>
    <w:p w14:paraId="21FD20A7" w14:textId="77777777" w:rsidR="00F61B0B" w:rsidRDefault="00000000">
      <w:pPr>
        <w:pStyle w:val="CodeBlock"/>
        <w:shd w:val="clear" w:color="auto" w:fill="F2F2F2"/>
      </w:pPr>
      <w:r>
        <w:t xml:space="preserve">    "Culture shock episodes from travel",</w:t>
      </w:r>
    </w:p>
    <w:p w14:paraId="06DA73A0" w14:textId="77777777" w:rsidR="00F61B0B" w:rsidRDefault="00000000">
      <w:pPr>
        <w:pStyle w:val="CodeBlock"/>
        <w:shd w:val="clear" w:color="auto" w:fill="F2F2F2"/>
      </w:pPr>
      <w:r>
        <w:t xml:space="preserve">    "Moments when breathing methods learned from aikido help calm the mind"</w:t>
      </w:r>
    </w:p>
    <w:p w14:paraId="05926325" w14:textId="77777777" w:rsidR="00F61B0B" w:rsidRDefault="00000000">
      <w:pPr>
        <w:pStyle w:val="CodeBlock"/>
        <w:shd w:val="clear" w:color="auto" w:fill="F2F2F2"/>
      </w:pPr>
      <w:r>
        <w:t xml:space="preserve">  ],</w:t>
      </w:r>
    </w:p>
    <w:p w14:paraId="5BF247C0" w14:textId="77777777" w:rsidR="00F61B0B" w:rsidRDefault="00000000">
      <w:pPr>
        <w:pStyle w:val="CodeBlock"/>
        <w:shd w:val="clear" w:color="auto" w:fill="F2F2F2"/>
      </w:pPr>
      <w:r>
        <w:t xml:space="preserve">  "persona": "She is emotionally sensitive, attentive to others' feelings, and highly empathetic. She also has a slightly negative-thinking side.",</w:t>
      </w:r>
    </w:p>
    <w:p w14:paraId="78B76B43" w14:textId="77777777" w:rsidR="00F61B0B" w:rsidRDefault="00000000">
      <w:pPr>
        <w:pStyle w:val="CodeBlock"/>
        <w:shd w:val="clear" w:color="auto" w:fill="F2F2F2"/>
      </w:pPr>
      <w:r>
        <w:t xml:space="preserve">  "values": "She believes that connection with others is the greatest component of happiness. She also values expressing her emotions honestly without hesitation.",</w:t>
      </w:r>
    </w:p>
    <w:p w14:paraId="2F9AD35D" w14:textId="77777777" w:rsidR="00F61B0B" w:rsidRDefault="00000000">
      <w:pPr>
        <w:pStyle w:val="CodeBlock"/>
        <w:shd w:val="clear" w:color="auto" w:fill="F2F2F2"/>
      </w:pPr>
      <w:r>
        <w:t xml:space="preserve">  "speech_style": "She uses soft and polite language, respects others, and expresses her emotions honestly.",</w:t>
      </w:r>
    </w:p>
    <w:p w14:paraId="61AB7186" w14:textId="77777777" w:rsidR="00F61B0B" w:rsidRDefault="00000000">
      <w:pPr>
        <w:pStyle w:val="CodeBlock"/>
        <w:shd w:val="clear" w:color="auto" w:fill="F2F2F2"/>
      </w:pPr>
      <w:r>
        <w:t xml:space="preserve">  "past_experience": [</w:t>
      </w:r>
    </w:p>
    <w:p w14:paraId="092EFA40" w14:textId="77777777" w:rsidR="00F61B0B" w:rsidRDefault="00000000">
      <w:pPr>
        <w:pStyle w:val="CodeBlock"/>
        <w:shd w:val="clear" w:color="auto" w:fill="F2F2F2"/>
      </w:pPr>
      <w:r>
        <w:t xml:space="preserve">    "Performed basic tea ceremony procedures in her high school tea ceremony club and served wagashi to visitors",</w:t>
      </w:r>
    </w:p>
    <w:p w14:paraId="6A43112F" w14:textId="77777777" w:rsidR="00F61B0B" w:rsidRDefault="00000000">
      <w:pPr>
        <w:pStyle w:val="CodeBlock"/>
        <w:shd w:val="clear" w:color="auto" w:fill="F2F2F2"/>
      </w:pPr>
      <w:r>
        <w:t xml:space="preserve">    "Participated in an emotion recognition workshop in a university class and learned her empathy type",</w:t>
      </w:r>
    </w:p>
    <w:p w14:paraId="29F73129" w14:textId="77777777" w:rsidR="00F61B0B" w:rsidRDefault="00000000">
      <w:pPr>
        <w:pStyle w:val="CodeBlock"/>
        <w:shd w:val="clear" w:color="auto" w:fill="F2F2F2"/>
      </w:pPr>
      <w:r>
        <w:t xml:space="preserve">    "Has practiced aikido for ten years and performed basic techniques at an annual dojo demonstration"</w:t>
      </w:r>
    </w:p>
    <w:p w14:paraId="0B25B9C1" w14:textId="77777777" w:rsidR="00F61B0B" w:rsidRDefault="00000000">
      <w:pPr>
        <w:pStyle w:val="CodeBlock"/>
        <w:shd w:val="clear" w:color="auto" w:fill="F2F2F2"/>
      </w:pPr>
      <w:r>
        <w:t xml:space="preserve">  ],</w:t>
      </w:r>
    </w:p>
    <w:p w14:paraId="4153DC02" w14:textId="77777777" w:rsidR="00F61B0B" w:rsidRDefault="00000000">
      <w:pPr>
        <w:pStyle w:val="CodeBlock"/>
        <w:shd w:val="clear" w:color="auto" w:fill="F2F2F2"/>
      </w:pPr>
      <w:r>
        <w:t xml:space="preserve">  "interaction_style": [</w:t>
      </w:r>
    </w:p>
    <w:p w14:paraId="492C09B9" w14:textId="77777777" w:rsidR="00F61B0B" w:rsidRDefault="00000000">
      <w:pPr>
        <w:pStyle w:val="CodeBlock"/>
        <w:shd w:val="clear" w:color="auto" w:fill="F2F2F2"/>
      </w:pPr>
      <w:r>
        <w:t xml:space="preserve">    "She prefers a listening-oriented style that reads others' emotions, shows empathy, and asks questions",</w:t>
      </w:r>
    </w:p>
    <w:p w14:paraId="397DE59C" w14:textId="77777777" w:rsidR="00F61B0B" w:rsidRDefault="00000000">
      <w:pPr>
        <w:pStyle w:val="CodeBlock"/>
        <w:shd w:val="clear" w:color="auto" w:fill="F2F2F2"/>
      </w:pPr>
      <w:r>
        <w:t xml:space="preserve">    "She tends to avoid strong assertions, using expressions such as 'I felt that...' and 'I wonder if...'"</w:t>
      </w:r>
    </w:p>
    <w:p w14:paraId="2DDE5EA0" w14:textId="77777777" w:rsidR="00F61B0B" w:rsidRDefault="00000000">
      <w:pPr>
        <w:pStyle w:val="CodeBlock"/>
        <w:shd w:val="clear" w:color="auto" w:fill="F2F2F2"/>
      </w:pPr>
      <w:r>
        <w:t xml:space="preserve">  ]</w:t>
      </w:r>
    </w:p>
    <w:p w14:paraId="46E0E881" w14:textId="77777777" w:rsidR="00F61B0B" w:rsidRDefault="00000000">
      <w:pPr>
        <w:pStyle w:val="CodeBlock"/>
        <w:shd w:val="clear" w:color="auto" w:fill="F2F2F2"/>
      </w:pPr>
      <w:r>
        <w:t>}</w:t>
      </w:r>
    </w:p>
    <w:p w14:paraId="281F193B" w14:textId="77777777" w:rsidR="002F5186" w:rsidRDefault="002F5186">
      <w:pPr>
        <w:pStyle w:val="1"/>
        <w:spacing w:before="0" w:after="80" w:line="240" w:lineRule="auto"/>
      </w:pPr>
    </w:p>
    <w:p w14:paraId="3D448889" w14:textId="5DF2010C" w:rsidR="00F61B0B" w:rsidRDefault="00000000">
      <w:pPr>
        <w:pStyle w:val="1"/>
        <w:spacing w:before="0" w:after="80" w:line="240" w:lineRule="auto"/>
      </w:pPr>
      <w:r>
        <w:t>Prompt used for sentiment analysis</w:t>
      </w:r>
    </w:p>
    <w:p w14:paraId="61C93F2E" w14:textId="0089C2E6" w:rsidR="002F5186" w:rsidRDefault="00000000">
      <w:pPr>
        <w:pStyle w:val="CodeBlock"/>
        <w:shd w:val="clear" w:color="auto" w:fill="F2F2F2"/>
      </w:pPr>
      <w:r>
        <w:t>You are a precise sentiment rater for short texts in Japanese or English. Return STRICT JSON with two fields: {"score": float between 0 and 1 inclusive, "label": "negative" or "neutral" or "positive"}. Scoring rule: 0 means maximally negative, 0.5 means neutral, 1 means maximally positive. Consider pragmatic tone and implied sentiment. Do not include explanations.</w:t>
      </w:r>
    </w:p>
    <w:p w14:paraId="57C28EED" w14:textId="77777777" w:rsidR="002F5186" w:rsidRDefault="002F5186">
      <w:pPr>
        <w:pStyle w:val="1"/>
        <w:spacing w:before="0" w:after="80" w:line="240" w:lineRule="auto"/>
      </w:pPr>
    </w:p>
    <w:p w14:paraId="15FB162F" w14:textId="40069658" w:rsidR="00F61B0B" w:rsidRDefault="00000000">
      <w:pPr>
        <w:pStyle w:val="1"/>
        <w:spacing w:before="0" w:after="80" w:line="240" w:lineRule="auto"/>
      </w:pPr>
      <w:r>
        <w:t>Measurement diagnostics and sensitivity analysis</w:t>
      </w:r>
    </w:p>
    <w:p w14:paraId="5C8EBD5F" w14:textId="77777777" w:rsidR="00F61B0B" w:rsidRDefault="00000000">
      <w:pPr>
        <w:spacing w:after="120" w:line="259" w:lineRule="auto"/>
      </w:pPr>
      <w:r>
        <w:t>The collective identity outcome was measured with four items: self-identification with the group, sense of belonging to the group, importance of the group to the self, and emotional response to criticism toward the group. The four-item scale showed satisfactory internal consistency, with Cronbach's alpha = 0.851 and McDonald's omega = 0.865. The first principal component explained 69.2% of the variance. Standardized factor loadings were high for all items, although the criticism item showed the weakest loading, -0.717, relative to the other three items, -0.937, -0.979, and -0.945. Item-rest correlations showed the same pattern, with the criticism item lower than the others, r = 0.527 versus r = 0.750 to 0.764. Removing the criticism item increased Cronbach's alpha to 0.887, and the three-item version also showed high reliability, with McDonald's omega = 0.887. We therefore retained the four-item score as the primary specification and used the three-item version only as a sensitivity check.</w:t>
      </w:r>
    </w:p>
    <w:p w14:paraId="6B03DD78" w14:textId="77777777" w:rsidR="00F61B0B" w:rsidRDefault="00000000">
      <w:pPr>
        <w:spacing w:after="120" w:line="259" w:lineRule="auto"/>
      </w:pPr>
      <w:r>
        <w:lastRenderedPageBreak/>
        <w:t>Sensitivity analyses using the three-item version yielded the same qualitative conclusions. The estimated average intervention effect remained non-significant under both the four-item and three-item specifications, and the main regression patterns were unchanged. For multicollinearity diagnostics, variance inflation factors were low in the primary models. Even when interaction terms were included, the largest VIF remained below 2.2, and the maximum condition index was 1.747. These values indicate that multicollinearity was not a concern in the reported models.</w:t>
      </w:r>
    </w:p>
    <w:sectPr w:rsidR="00F61B0B" w:rsidSect="00034616">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明朝">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765102756">
    <w:abstractNumId w:val="8"/>
  </w:num>
  <w:num w:numId="2" w16cid:durableId="635568980">
    <w:abstractNumId w:val="6"/>
  </w:num>
  <w:num w:numId="3" w16cid:durableId="249196565">
    <w:abstractNumId w:val="5"/>
  </w:num>
  <w:num w:numId="4" w16cid:durableId="861940423">
    <w:abstractNumId w:val="4"/>
  </w:num>
  <w:num w:numId="5" w16cid:durableId="876546758">
    <w:abstractNumId w:val="7"/>
  </w:num>
  <w:num w:numId="6" w16cid:durableId="1226646254">
    <w:abstractNumId w:val="3"/>
  </w:num>
  <w:num w:numId="7" w16cid:durableId="481314285">
    <w:abstractNumId w:val="2"/>
  </w:num>
  <w:num w:numId="8" w16cid:durableId="1959481279">
    <w:abstractNumId w:val="1"/>
  </w:num>
  <w:num w:numId="9" w16cid:durableId="1396857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F5186"/>
    <w:rsid w:val="00326F90"/>
    <w:rsid w:val="00777A12"/>
    <w:rsid w:val="00AA1D8D"/>
    <w:rsid w:val="00B021B4"/>
    <w:rsid w:val="00B47730"/>
    <w:rsid w:val="00CB0664"/>
    <w:rsid w:val="00F61B0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7132EF82"/>
  <w14:defaultImageDpi w14:val="300"/>
  <w15:docId w15:val="{D796911A-7182-864D-95C5-B302BDEC9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eastAsia="Times New Roman" w:hAnsi="Times New Roman"/>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Block">
    <w:name w:val="Code Block"/>
    <w:pPr>
      <w:spacing w:after="0" w:line="240" w:lineRule="auto"/>
    </w:pPr>
    <w:rPr>
      <w:rFonts w:ascii="Courier New" w:eastAsia="Courier New" w:hAnsi="Courier New"/>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766</Words>
  <Characters>4369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Information</dc:title>
  <dc:subject/>
  <dc:creator/>
  <cp:keywords/>
  <dc:description>generated by python-docx</dc:description>
  <cp:lastModifiedBy>伊藤　和浩</cp:lastModifiedBy>
  <cp:revision>8</cp:revision>
  <dcterms:created xsi:type="dcterms:W3CDTF">2013-12-23T23:15:00Z</dcterms:created>
  <dcterms:modified xsi:type="dcterms:W3CDTF">2026-06-02T08:18:00Z</dcterms:modified>
  <cp:category/>
</cp:coreProperties>
</file>