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EFBF3" w14:textId="77777777" w:rsidR="00292F36" w:rsidRDefault="00000000">
      <w:pPr>
        <w:spacing w:after="40"/>
      </w:pPr>
      <w:r>
        <w:rPr>
          <w:b/>
          <w:sz w:val="22"/>
        </w:rPr>
        <w:t>Table S1 | Site-level summary of the hierarchical sampling design.</w:t>
      </w:r>
    </w:p>
    <w:p w14:paraId="40546D59" w14:textId="77777777" w:rsidR="00292F36" w:rsidRDefault="00000000">
      <w:pPr>
        <w:spacing w:after="160"/>
      </w:pPr>
      <w:r>
        <w:rPr>
          <w:sz w:val="18"/>
        </w:rPr>
        <w:t>The table reports the number of observations, unique transects, subsites, and survey years for each reef site included in the analysis. Site names are shown in title case.</w:t>
      </w:r>
    </w:p>
    <w:tbl>
      <w:tblPr>
        <w:tblStyle w:val="TableGrid"/>
        <w:tblW w:w="0" w:type="auto"/>
        <w:tblLayout w:type="fixed"/>
        <w:tblLook w:val="04A0" w:firstRow="1" w:lastRow="0" w:firstColumn="1" w:lastColumn="0" w:noHBand="0" w:noVBand="1"/>
      </w:tblPr>
      <w:tblGrid>
        <w:gridCol w:w="1872"/>
        <w:gridCol w:w="1872"/>
        <w:gridCol w:w="1872"/>
        <w:gridCol w:w="1872"/>
        <w:gridCol w:w="1872"/>
      </w:tblGrid>
      <w:tr w:rsidR="00292F36" w14:paraId="0163D6B8" w14:textId="77777777">
        <w:trPr>
          <w:tblHeader/>
        </w:trPr>
        <w:tc>
          <w:tcPr>
            <w:tcW w:w="1872" w:type="dxa"/>
            <w:shd w:val="clear" w:color="auto" w:fill="D9E2F3"/>
            <w:tcMar>
              <w:top w:w="20" w:type="dxa"/>
              <w:left w:w="50" w:type="dxa"/>
              <w:bottom w:w="20" w:type="dxa"/>
              <w:right w:w="50" w:type="dxa"/>
            </w:tcMar>
          </w:tcPr>
          <w:p w14:paraId="01F3C188" w14:textId="77777777" w:rsidR="00292F36" w:rsidRDefault="00000000">
            <w:r>
              <w:rPr>
                <w:b/>
                <w:sz w:val="18"/>
              </w:rPr>
              <w:t>Site</w:t>
            </w:r>
          </w:p>
        </w:tc>
        <w:tc>
          <w:tcPr>
            <w:tcW w:w="1872" w:type="dxa"/>
            <w:shd w:val="clear" w:color="auto" w:fill="D9E2F3"/>
            <w:tcMar>
              <w:top w:w="20" w:type="dxa"/>
              <w:left w:w="50" w:type="dxa"/>
              <w:bottom w:w="20" w:type="dxa"/>
              <w:right w:w="50" w:type="dxa"/>
            </w:tcMar>
          </w:tcPr>
          <w:p w14:paraId="7F543BD8" w14:textId="77777777" w:rsidR="00292F36" w:rsidRDefault="00000000">
            <w:r>
              <w:rPr>
                <w:b/>
                <w:sz w:val="18"/>
              </w:rPr>
              <w:t>n observations</w:t>
            </w:r>
          </w:p>
        </w:tc>
        <w:tc>
          <w:tcPr>
            <w:tcW w:w="1872" w:type="dxa"/>
            <w:shd w:val="clear" w:color="auto" w:fill="D9E2F3"/>
            <w:tcMar>
              <w:top w:w="20" w:type="dxa"/>
              <w:left w:w="50" w:type="dxa"/>
              <w:bottom w:w="20" w:type="dxa"/>
              <w:right w:w="50" w:type="dxa"/>
            </w:tcMar>
          </w:tcPr>
          <w:p w14:paraId="5D88CB93" w14:textId="77777777" w:rsidR="00292F36" w:rsidRDefault="00000000">
            <w:r>
              <w:rPr>
                <w:b/>
                <w:sz w:val="18"/>
              </w:rPr>
              <w:t>n transects</w:t>
            </w:r>
          </w:p>
        </w:tc>
        <w:tc>
          <w:tcPr>
            <w:tcW w:w="1872" w:type="dxa"/>
            <w:shd w:val="clear" w:color="auto" w:fill="D9E2F3"/>
            <w:tcMar>
              <w:top w:w="20" w:type="dxa"/>
              <w:left w:w="50" w:type="dxa"/>
              <w:bottom w:w="20" w:type="dxa"/>
              <w:right w:w="50" w:type="dxa"/>
            </w:tcMar>
          </w:tcPr>
          <w:p w14:paraId="63F6ABC7" w14:textId="77777777" w:rsidR="00292F36" w:rsidRDefault="00000000">
            <w:r>
              <w:rPr>
                <w:b/>
                <w:sz w:val="18"/>
              </w:rPr>
              <w:t>n subsites</w:t>
            </w:r>
          </w:p>
        </w:tc>
        <w:tc>
          <w:tcPr>
            <w:tcW w:w="1872" w:type="dxa"/>
            <w:shd w:val="clear" w:color="auto" w:fill="D9E2F3"/>
            <w:tcMar>
              <w:top w:w="20" w:type="dxa"/>
              <w:left w:w="50" w:type="dxa"/>
              <w:bottom w:w="20" w:type="dxa"/>
              <w:right w:w="50" w:type="dxa"/>
            </w:tcMar>
          </w:tcPr>
          <w:p w14:paraId="0928E848" w14:textId="77777777" w:rsidR="00292F36" w:rsidRDefault="00000000">
            <w:r>
              <w:rPr>
                <w:b/>
                <w:sz w:val="18"/>
              </w:rPr>
              <w:t>n years</w:t>
            </w:r>
          </w:p>
        </w:tc>
      </w:tr>
      <w:tr w:rsidR="00292F36" w14:paraId="3B66074E" w14:textId="77777777">
        <w:tc>
          <w:tcPr>
            <w:tcW w:w="1872" w:type="dxa"/>
            <w:tcMar>
              <w:top w:w="20" w:type="dxa"/>
              <w:left w:w="50" w:type="dxa"/>
              <w:bottom w:w="20" w:type="dxa"/>
              <w:right w:w="50" w:type="dxa"/>
            </w:tcMar>
          </w:tcPr>
          <w:p w14:paraId="6E310C09" w14:textId="77777777" w:rsidR="00292F36" w:rsidRDefault="00000000">
            <w:r>
              <w:rPr>
                <w:sz w:val="18"/>
              </w:rPr>
              <w:t>Campo Kennedy</w:t>
            </w:r>
          </w:p>
        </w:tc>
        <w:tc>
          <w:tcPr>
            <w:tcW w:w="1872" w:type="dxa"/>
            <w:tcMar>
              <w:top w:w="20" w:type="dxa"/>
              <w:left w:w="50" w:type="dxa"/>
              <w:bottom w:w="20" w:type="dxa"/>
              <w:right w:w="50" w:type="dxa"/>
            </w:tcMar>
          </w:tcPr>
          <w:p w14:paraId="6AA7A224" w14:textId="77777777" w:rsidR="00292F36" w:rsidRDefault="00000000">
            <w:r>
              <w:rPr>
                <w:sz w:val="18"/>
              </w:rPr>
              <w:t>199</w:t>
            </w:r>
          </w:p>
        </w:tc>
        <w:tc>
          <w:tcPr>
            <w:tcW w:w="1872" w:type="dxa"/>
            <w:tcMar>
              <w:top w:w="20" w:type="dxa"/>
              <w:left w:w="50" w:type="dxa"/>
              <w:bottom w:w="20" w:type="dxa"/>
              <w:right w:w="50" w:type="dxa"/>
            </w:tcMar>
          </w:tcPr>
          <w:p w14:paraId="3C042176" w14:textId="77777777" w:rsidR="00292F36" w:rsidRDefault="00000000">
            <w:r>
              <w:rPr>
                <w:sz w:val="18"/>
              </w:rPr>
              <w:t>23</w:t>
            </w:r>
          </w:p>
        </w:tc>
        <w:tc>
          <w:tcPr>
            <w:tcW w:w="1872" w:type="dxa"/>
            <w:tcMar>
              <w:top w:w="20" w:type="dxa"/>
              <w:left w:w="50" w:type="dxa"/>
              <w:bottom w:w="20" w:type="dxa"/>
              <w:right w:w="50" w:type="dxa"/>
            </w:tcMar>
          </w:tcPr>
          <w:p w14:paraId="0584724E" w14:textId="77777777" w:rsidR="00292F36" w:rsidRDefault="00000000">
            <w:r>
              <w:rPr>
                <w:sz w:val="18"/>
              </w:rPr>
              <w:t>3</w:t>
            </w:r>
          </w:p>
        </w:tc>
        <w:tc>
          <w:tcPr>
            <w:tcW w:w="1872" w:type="dxa"/>
            <w:tcMar>
              <w:top w:w="20" w:type="dxa"/>
              <w:left w:w="50" w:type="dxa"/>
              <w:bottom w:w="20" w:type="dxa"/>
              <w:right w:w="50" w:type="dxa"/>
            </w:tcMar>
          </w:tcPr>
          <w:p w14:paraId="4521C3EC" w14:textId="77777777" w:rsidR="00292F36" w:rsidRDefault="00000000">
            <w:r>
              <w:rPr>
                <w:sz w:val="18"/>
              </w:rPr>
              <w:t>5</w:t>
            </w:r>
          </w:p>
        </w:tc>
      </w:tr>
      <w:tr w:rsidR="00292F36" w14:paraId="7824159E" w14:textId="77777777">
        <w:tc>
          <w:tcPr>
            <w:tcW w:w="1872" w:type="dxa"/>
            <w:tcMar>
              <w:top w:w="20" w:type="dxa"/>
              <w:left w:w="50" w:type="dxa"/>
              <w:bottom w:w="20" w:type="dxa"/>
              <w:right w:w="50" w:type="dxa"/>
            </w:tcMar>
          </w:tcPr>
          <w:p w14:paraId="54331B9E" w14:textId="77777777" w:rsidR="00292F36" w:rsidRDefault="00000000">
            <w:r>
              <w:rPr>
                <w:sz w:val="18"/>
              </w:rPr>
              <w:t>Gavilanes</w:t>
            </w:r>
          </w:p>
        </w:tc>
        <w:tc>
          <w:tcPr>
            <w:tcW w:w="1872" w:type="dxa"/>
            <w:tcMar>
              <w:top w:w="20" w:type="dxa"/>
              <w:left w:w="50" w:type="dxa"/>
              <w:bottom w:w="20" w:type="dxa"/>
              <w:right w:w="50" w:type="dxa"/>
            </w:tcMar>
          </w:tcPr>
          <w:p w14:paraId="47B765E6" w14:textId="77777777" w:rsidR="00292F36" w:rsidRDefault="00000000">
            <w:r>
              <w:rPr>
                <w:sz w:val="18"/>
              </w:rPr>
              <w:t>1158</w:t>
            </w:r>
          </w:p>
        </w:tc>
        <w:tc>
          <w:tcPr>
            <w:tcW w:w="1872" w:type="dxa"/>
            <w:tcMar>
              <w:top w:w="20" w:type="dxa"/>
              <w:left w:w="50" w:type="dxa"/>
              <w:bottom w:w="20" w:type="dxa"/>
              <w:right w:w="50" w:type="dxa"/>
            </w:tcMar>
          </w:tcPr>
          <w:p w14:paraId="61CCF8CD" w14:textId="77777777" w:rsidR="00292F36" w:rsidRDefault="00000000">
            <w:r>
              <w:rPr>
                <w:sz w:val="18"/>
              </w:rPr>
              <w:t>77</w:t>
            </w:r>
          </w:p>
        </w:tc>
        <w:tc>
          <w:tcPr>
            <w:tcW w:w="1872" w:type="dxa"/>
            <w:tcMar>
              <w:top w:w="20" w:type="dxa"/>
              <w:left w:w="50" w:type="dxa"/>
              <w:bottom w:w="20" w:type="dxa"/>
              <w:right w:w="50" w:type="dxa"/>
            </w:tcMar>
          </w:tcPr>
          <w:p w14:paraId="0F71BEEC" w14:textId="77777777" w:rsidR="00292F36" w:rsidRDefault="00000000">
            <w:r>
              <w:rPr>
                <w:sz w:val="18"/>
              </w:rPr>
              <w:t>4</w:t>
            </w:r>
          </w:p>
        </w:tc>
        <w:tc>
          <w:tcPr>
            <w:tcW w:w="1872" w:type="dxa"/>
            <w:tcMar>
              <w:top w:w="20" w:type="dxa"/>
              <w:left w:w="50" w:type="dxa"/>
              <w:bottom w:w="20" w:type="dxa"/>
              <w:right w:w="50" w:type="dxa"/>
            </w:tcMar>
          </w:tcPr>
          <w:p w14:paraId="19B60D2C" w14:textId="77777777" w:rsidR="00292F36" w:rsidRDefault="00000000">
            <w:r>
              <w:rPr>
                <w:sz w:val="18"/>
              </w:rPr>
              <w:t>8</w:t>
            </w:r>
          </w:p>
        </w:tc>
      </w:tr>
      <w:tr w:rsidR="00292F36" w14:paraId="2478F262" w14:textId="77777777">
        <w:tc>
          <w:tcPr>
            <w:tcW w:w="1872" w:type="dxa"/>
            <w:tcMar>
              <w:top w:w="20" w:type="dxa"/>
              <w:left w:w="50" w:type="dxa"/>
              <w:bottom w:w="20" w:type="dxa"/>
              <w:right w:w="50" w:type="dxa"/>
            </w:tcMar>
          </w:tcPr>
          <w:p w14:paraId="1B5E36ED" w14:textId="77777777" w:rsidR="00292F36" w:rsidRDefault="00000000">
            <w:r>
              <w:rPr>
                <w:sz w:val="18"/>
              </w:rPr>
              <w:t>Gaviotas</w:t>
            </w:r>
          </w:p>
        </w:tc>
        <w:tc>
          <w:tcPr>
            <w:tcW w:w="1872" w:type="dxa"/>
            <w:tcMar>
              <w:top w:w="20" w:type="dxa"/>
              <w:left w:w="50" w:type="dxa"/>
              <w:bottom w:w="20" w:type="dxa"/>
              <w:right w:w="50" w:type="dxa"/>
            </w:tcMar>
          </w:tcPr>
          <w:p w14:paraId="086DE490" w14:textId="77777777" w:rsidR="00292F36" w:rsidRDefault="00000000">
            <w:r>
              <w:rPr>
                <w:sz w:val="18"/>
              </w:rPr>
              <w:t>18</w:t>
            </w:r>
          </w:p>
        </w:tc>
        <w:tc>
          <w:tcPr>
            <w:tcW w:w="1872" w:type="dxa"/>
            <w:tcMar>
              <w:top w:w="20" w:type="dxa"/>
              <w:left w:w="50" w:type="dxa"/>
              <w:bottom w:w="20" w:type="dxa"/>
              <w:right w:w="50" w:type="dxa"/>
            </w:tcMar>
          </w:tcPr>
          <w:p w14:paraId="7AE62035" w14:textId="77777777" w:rsidR="00292F36" w:rsidRDefault="00000000">
            <w:r>
              <w:rPr>
                <w:sz w:val="18"/>
              </w:rPr>
              <w:t>1</w:t>
            </w:r>
          </w:p>
        </w:tc>
        <w:tc>
          <w:tcPr>
            <w:tcW w:w="1872" w:type="dxa"/>
            <w:tcMar>
              <w:top w:w="20" w:type="dxa"/>
              <w:left w:w="50" w:type="dxa"/>
              <w:bottom w:w="20" w:type="dxa"/>
              <w:right w:w="50" w:type="dxa"/>
            </w:tcMar>
          </w:tcPr>
          <w:p w14:paraId="696E7E6C" w14:textId="77777777" w:rsidR="00292F36" w:rsidRDefault="00000000">
            <w:r>
              <w:rPr>
                <w:sz w:val="18"/>
              </w:rPr>
              <w:t>1</w:t>
            </w:r>
          </w:p>
        </w:tc>
        <w:tc>
          <w:tcPr>
            <w:tcW w:w="1872" w:type="dxa"/>
            <w:tcMar>
              <w:top w:w="20" w:type="dxa"/>
              <w:left w:w="50" w:type="dxa"/>
              <w:bottom w:w="20" w:type="dxa"/>
              <w:right w:w="50" w:type="dxa"/>
            </w:tcMar>
          </w:tcPr>
          <w:p w14:paraId="4EF4E819" w14:textId="77777777" w:rsidR="00292F36" w:rsidRDefault="00000000">
            <w:r>
              <w:rPr>
                <w:sz w:val="18"/>
              </w:rPr>
              <w:t>1</w:t>
            </w:r>
          </w:p>
        </w:tc>
      </w:tr>
      <w:tr w:rsidR="00292F36" w14:paraId="649A4F5D" w14:textId="77777777">
        <w:tc>
          <w:tcPr>
            <w:tcW w:w="1872" w:type="dxa"/>
            <w:tcMar>
              <w:top w:w="20" w:type="dxa"/>
              <w:left w:w="50" w:type="dxa"/>
              <w:bottom w:w="20" w:type="dxa"/>
              <w:right w:w="50" w:type="dxa"/>
            </w:tcMar>
          </w:tcPr>
          <w:p w14:paraId="4EF75146" w14:textId="77777777" w:rsidR="00292F36" w:rsidRDefault="00000000">
            <w:r>
              <w:rPr>
                <w:sz w:val="18"/>
              </w:rPr>
              <w:t>Isla San Jeronimo</w:t>
            </w:r>
          </w:p>
        </w:tc>
        <w:tc>
          <w:tcPr>
            <w:tcW w:w="1872" w:type="dxa"/>
            <w:tcMar>
              <w:top w:w="20" w:type="dxa"/>
              <w:left w:w="50" w:type="dxa"/>
              <w:bottom w:w="20" w:type="dxa"/>
              <w:right w:w="50" w:type="dxa"/>
            </w:tcMar>
          </w:tcPr>
          <w:p w14:paraId="00F5C2B3" w14:textId="77777777" w:rsidR="00292F36" w:rsidRDefault="00000000">
            <w:r>
              <w:rPr>
                <w:sz w:val="18"/>
              </w:rPr>
              <w:t>797</w:t>
            </w:r>
          </w:p>
        </w:tc>
        <w:tc>
          <w:tcPr>
            <w:tcW w:w="1872" w:type="dxa"/>
            <w:tcMar>
              <w:top w:w="20" w:type="dxa"/>
              <w:left w:w="50" w:type="dxa"/>
              <w:bottom w:w="20" w:type="dxa"/>
              <w:right w:w="50" w:type="dxa"/>
            </w:tcMar>
          </w:tcPr>
          <w:p w14:paraId="6F3AFF74" w14:textId="77777777" w:rsidR="00292F36" w:rsidRDefault="00000000">
            <w:r>
              <w:rPr>
                <w:sz w:val="18"/>
              </w:rPr>
              <w:t>63</w:t>
            </w:r>
          </w:p>
        </w:tc>
        <w:tc>
          <w:tcPr>
            <w:tcW w:w="1872" w:type="dxa"/>
            <w:tcMar>
              <w:top w:w="20" w:type="dxa"/>
              <w:left w:w="50" w:type="dxa"/>
              <w:bottom w:w="20" w:type="dxa"/>
              <w:right w:w="50" w:type="dxa"/>
            </w:tcMar>
          </w:tcPr>
          <w:p w14:paraId="4566E859" w14:textId="77777777" w:rsidR="00292F36" w:rsidRDefault="00000000">
            <w:r>
              <w:rPr>
                <w:sz w:val="18"/>
              </w:rPr>
              <w:t>8</w:t>
            </w:r>
          </w:p>
        </w:tc>
        <w:tc>
          <w:tcPr>
            <w:tcW w:w="1872" w:type="dxa"/>
            <w:tcMar>
              <w:top w:w="20" w:type="dxa"/>
              <w:left w:w="50" w:type="dxa"/>
              <w:bottom w:w="20" w:type="dxa"/>
              <w:right w:w="50" w:type="dxa"/>
            </w:tcMar>
          </w:tcPr>
          <w:p w14:paraId="17EC703B" w14:textId="77777777" w:rsidR="00292F36" w:rsidRDefault="00000000">
            <w:r>
              <w:rPr>
                <w:sz w:val="18"/>
              </w:rPr>
              <w:t>7</w:t>
            </w:r>
          </w:p>
        </w:tc>
      </w:tr>
      <w:tr w:rsidR="00292F36" w14:paraId="56EE032A" w14:textId="77777777">
        <w:tc>
          <w:tcPr>
            <w:tcW w:w="1872" w:type="dxa"/>
            <w:tcMar>
              <w:top w:w="20" w:type="dxa"/>
              <w:left w:w="50" w:type="dxa"/>
              <w:bottom w:w="20" w:type="dxa"/>
              <w:right w:w="50" w:type="dxa"/>
            </w:tcMar>
          </w:tcPr>
          <w:p w14:paraId="0EE38B04" w14:textId="77777777" w:rsidR="00292F36" w:rsidRDefault="00000000">
            <w:r>
              <w:rPr>
                <w:sz w:val="18"/>
              </w:rPr>
              <w:t>Isla San Martin</w:t>
            </w:r>
          </w:p>
        </w:tc>
        <w:tc>
          <w:tcPr>
            <w:tcW w:w="1872" w:type="dxa"/>
            <w:tcMar>
              <w:top w:w="20" w:type="dxa"/>
              <w:left w:w="50" w:type="dxa"/>
              <w:bottom w:w="20" w:type="dxa"/>
              <w:right w:w="50" w:type="dxa"/>
            </w:tcMar>
          </w:tcPr>
          <w:p w14:paraId="4A58BEF7" w14:textId="77777777" w:rsidR="00292F36" w:rsidRDefault="00000000">
            <w:r>
              <w:rPr>
                <w:sz w:val="18"/>
              </w:rPr>
              <w:t>405</w:t>
            </w:r>
          </w:p>
        </w:tc>
        <w:tc>
          <w:tcPr>
            <w:tcW w:w="1872" w:type="dxa"/>
            <w:tcMar>
              <w:top w:w="20" w:type="dxa"/>
              <w:left w:w="50" w:type="dxa"/>
              <w:bottom w:w="20" w:type="dxa"/>
              <w:right w:w="50" w:type="dxa"/>
            </w:tcMar>
          </w:tcPr>
          <w:p w14:paraId="49A2F182" w14:textId="77777777" w:rsidR="00292F36" w:rsidRDefault="00000000">
            <w:r>
              <w:rPr>
                <w:sz w:val="18"/>
              </w:rPr>
              <w:t>32</w:t>
            </w:r>
          </w:p>
        </w:tc>
        <w:tc>
          <w:tcPr>
            <w:tcW w:w="1872" w:type="dxa"/>
            <w:tcMar>
              <w:top w:w="20" w:type="dxa"/>
              <w:left w:w="50" w:type="dxa"/>
              <w:bottom w:w="20" w:type="dxa"/>
              <w:right w:w="50" w:type="dxa"/>
            </w:tcMar>
          </w:tcPr>
          <w:p w14:paraId="0B17D1A9" w14:textId="77777777" w:rsidR="00292F36" w:rsidRDefault="00000000">
            <w:r>
              <w:rPr>
                <w:sz w:val="18"/>
              </w:rPr>
              <w:t>10</w:t>
            </w:r>
          </w:p>
        </w:tc>
        <w:tc>
          <w:tcPr>
            <w:tcW w:w="1872" w:type="dxa"/>
            <w:tcMar>
              <w:top w:w="20" w:type="dxa"/>
              <w:left w:w="50" w:type="dxa"/>
              <w:bottom w:w="20" w:type="dxa"/>
              <w:right w:w="50" w:type="dxa"/>
            </w:tcMar>
          </w:tcPr>
          <w:p w14:paraId="2BD2F42C" w14:textId="77777777" w:rsidR="00292F36" w:rsidRDefault="00000000">
            <w:r>
              <w:rPr>
                <w:sz w:val="18"/>
              </w:rPr>
              <w:t>4</w:t>
            </w:r>
          </w:p>
        </w:tc>
      </w:tr>
      <w:tr w:rsidR="00292F36" w14:paraId="61B12BB0" w14:textId="77777777">
        <w:tc>
          <w:tcPr>
            <w:tcW w:w="1872" w:type="dxa"/>
            <w:tcMar>
              <w:top w:w="20" w:type="dxa"/>
              <w:left w:w="50" w:type="dxa"/>
              <w:bottom w:w="20" w:type="dxa"/>
              <w:right w:w="50" w:type="dxa"/>
            </w:tcMar>
          </w:tcPr>
          <w:p w14:paraId="03FC5188" w14:textId="77777777" w:rsidR="00292F36" w:rsidRDefault="00000000">
            <w:r>
              <w:rPr>
                <w:sz w:val="18"/>
              </w:rPr>
              <w:t>Isla San Roque</w:t>
            </w:r>
          </w:p>
        </w:tc>
        <w:tc>
          <w:tcPr>
            <w:tcW w:w="1872" w:type="dxa"/>
            <w:tcMar>
              <w:top w:w="20" w:type="dxa"/>
              <w:left w:w="50" w:type="dxa"/>
              <w:bottom w:w="20" w:type="dxa"/>
              <w:right w:w="50" w:type="dxa"/>
            </w:tcMar>
          </w:tcPr>
          <w:p w14:paraId="01D077C5" w14:textId="77777777" w:rsidR="00292F36" w:rsidRDefault="00000000">
            <w:r>
              <w:rPr>
                <w:sz w:val="18"/>
              </w:rPr>
              <w:t>898</w:t>
            </w:r>
          </w:p>
        </w:tc>
        <w:tc>
          <w:tcPr>
            <w:tcW w:w="1872" w:type="dxa"/>
            <w:tcMar>
              <w:top w:w="20" w:type="dxa"/>
              <w:left w:w="50" w:type="dxa"/>
              <w:bottom w:w="20" w:type="dxa"/>
              <w:right w:w="50" w:type="dxa"/>
            </w:tcMar>
          </w:tcPr>
          <w:p w14:paraId="358F7E3C" w14:textId="77777777" w:rsidR="00292F36" w:rsidRDefault="00000000">
            <w:r>
              <w:rPr>
                <w:sz w:val="18"/>
              </w:rPr>
              <w:t>54</w:t>
            </w:r>
          </w:p>
        </w:tc>
        <w:tc>
          <w:tcPr>
            <w:tcW w:w="1872" w:type="dxa"/>
            <w:tcMar>
              <w:top w:w="20" w:type="dxa"/>
              <w:left w:w="50" w:type="dxa"/>
              <w:bottom w:w="20" w:type="dxa"/>
              <w:right w:w="50" w:type="dxa"/>
            </w:tcMar>
          </w:tcPr>
          <w:p w14:paraId="5CEA8A15" w14:textId="77777777" w:rsidR="00292F36" w:rsidRDefault="00000000">
            <w:r>
              <w:rPr>
                <w:sz w:val="18"/>
              </w:rPr>
              <w:t>7</w:t>
            </w:r>
          </w:p>
        </w:tc>
        <w:tc>
          <w:tcPr>
            <w:tcW w:w="1872" w:type="dxa"/>
            <w:tcMar>
              <w:top w:w="20" w:type="dxa"/>
              <w:left w:w="50" w:type="dxa"/>
              <w:bottom w:w="20" w:type="dxa"/>
              <w:right w:w="50" w:type="dxa"/>
            </w:tcMar>
          </w:tcPr>
          <w:p w14:paraId="2CC020A5" w14:textId="77777777" w:rsidR="00292F36" w:rsidRDefault="00000000">
            <w:r>
              <w:rPr>
                <w:sz w:val="18"/>
              </w:rPr>
              <w:t>5</w:t>
            </w:r>
          </w:p>
        </w:tc>
      </w:tr>
      <w:tr w:rsidR="00292F36" w14:paraId="0A5A8619" w14:textId="77777777">
        <w:tc>
          <w:tcPr>
            <w:tcW w:w="1872" w:type="dxa"/>
            <w:tcMar>
              <w:top w:w="20" w:type="dxa"/>
              <w:left w:w="50" w:type="dxa"/>
              <w:bottom w:w="20" w:type="dxa"/>
              <w:right w:w="50" w:type="dxa"/>
            </w:tcMar>
          </w:tcPr>
          <w:p w14:paraId="64E5DF4B" w14:textId="77777777" w:rsidR="00292F36" w:rsidRDefault="00000000">
            <w:r>
              <w:rPr>
                <w:sz w:val="18"/>
              </w:rPr>
              <w:t>Isla Todos Santos</w:t>
            </w:r>
          </w:p>
        </w:tc>
        <w:tc>
          <w:tcPr>
            <w:tcW w:w="1872" w:type="dxa"/>
            <w:tcMar>
              <w:top w:w="20" w:type="dxa"/>
              <w:left w:w="50" w:type="dxa"/>
              <w:bottom w:w="20" w:type="dxa"/>
              <w:right w:w="50" w:type="dxa"/>
            </w:tcMar>
          </w:tcPr>
          <w:p w14:paraId="61B430B6" w14:textId="77777777" w:rsidR="00292F36" w:rsidRDefault="00000000">
            <w:r>
              <w:rPr>
                <w:sz w:val="18"/>
              </w:rPr>
              <w:t>640</w:t>
            </w:r>
          </w:p>
        </w:tc>
        <w:tc>
          <w:tcPr>
            <w:tcW w:w="1872" w:type="dxa"/>
            <w:tcMar>
              <w:top w:w="20" w:type="dxa"/>
              <w:left w:w="50" w:type="dxa"/>
              <w:bottom w:w="20" w:type="dxa"/>
              <w:right w:w="50" w:type="dxa"/>
            </w:tcMar>
          </w:tcPr>
          <w:p w14:paraId="58BDA89B" w14:textId="77777777" w:rsidR="00292F36" w:rsidRDefault="00000000">
            <w:r>
              <w:rPr>
                <w:sz w:val="18"/>
              </w:rPr>
              <w:t>53</w:t>
            </w:r>
          </w:p>
        </w:tc>
        <w:tc>
          <w:tcPr>
            <w:tcW w:w="1872" w:type="dxa"/>
            <w:tcMar>
              <w:top w:w="20" w:type="dxa"/>
              <w:left w:w="50" w:type="dxa"/>
              <w:bottom w:w="20" w:type="dxa"/>
              <w:right w:w="50" w:type="dxa"/>
            </w:tcMar>
          </w:tcPr>
          <w:p w14:paraId="7EFA3120" w14:textId="77777777" w:rsidR="00292F36" w:rsidRDefault="00000000">
            <w:r>
              <w:rPr>
                <w:sz w:val="18"/>
              </w:rPr>
              <w:t>12</w:t>
            </w:r>
          </w:p>
        </w:tc>
        <w:tc>
          <w:tcPr>
            <w:tcW w:w="1872" w:type="dxa"/>
            <w:tcMar>
              <w:top w:w="20" w:type="dxa"/>
              <w:left w:w="50" w:type="dxa"/>
              <w:bottom w:w="20" w:type="dxa"/>
              <w:right w:w="50" w:type="dxa"/>
            </w:tcMar>
          </w:tcPr>
          <w:p w14:paraId="5F3B8B44" w14:textId="77777777" w:rsidR="00292F36" w:rsidRDefault="00000000">
            <w:r>
              <w:rPr>
                <w:sz w:val="18"/>
              </w:rPr>
              <w:t>8</w:t>
            </w:r>
          </w:p>
        </w:tc>
      </w:tr>
      <w:tr w:rsidR="00292F36" w14:paraId="59E7DFB7" w14:textId="77777777">
        <w:tc>
          <w:tcPr>
            <w:tcW w:w="1872" w:type="dxa"/>
            <w:tcMar>
              <w:top w:w="20" w:type="dxa"/>
              <w:left w:w="50" w:type="dxa"/>
              <w:bottom w:w="20" w:type="dxa"/>
              <w:right w:w="50" w:type="dxa"/>
            </w:tcMar>
          </w:tcPr>
          <w:p w14:paraId="4DD7311E" w14:textId="77777777" w:rsidR="00292F36" w:rsidRDefault="00000000">
            <w:r>
              <w:rPr>
                <w:sz w:val="18"/>
              </w:rPr>
              <w:t>Islas Coronados</w:t>
            </w:r>
          </w:p>
        </w:tc>
        <w:tc>
          <w:tcPr>
            <w:tcW w:w="1872" w:type="dxa"/>
            <w:tcMar>
              <w:top w:w="20" w:type="dxa"/>
              <w:left w:w="50" w:type="dxa"/>
              <w:bottom w:w="20" w:type="dxa"/>
              <w:right w:w="50" w:type="dxa"/>
            </w:tcMar>
          </w:tcPr>
          <w:p w14:paraId="5384230A" w14:textId="77777777" w:rsidR="00292F36" w:rsidRDefault="00000000">
            <w:r>
              <w:rPr>
                <w:sz w:val="18"/>
              </w:rPr>
              <w:t>628</w:t>
            </w:r>
          </w:p>
        </w:tc>
        <w:tc>
          <w:tcPr>
            <w:tcW w:w="1872" w:type="dxa"/>
            <w:tcMar>
              <w:top w:w="20" w:type="dxa"/>
              <w:left w:w="50" w:type="dxa"/>
              <w:bottom w:w="20" w:type="dxa"/>
              <w:right w:w="50" w:type="dxa"/>
            </w:tcMar>
          </w:tcPr>
          <w:p w14:paraId="0F4119FE" w14:textId="77777777" w:rsidR="00292F36" w:rsidRDefault="00000000">
            <w:r>
              <w:rPr>
                <w:sz w:val="18"/>
              </w:rPr>
              <w:t>56</w:t>
            </w:r>
          </w:p>
        </w:tc>
        <w:tc>
          <w:tcPr>
            <w:tcW w:w="1872" w:type="dxa"/>
            <w:tcMar>
              <w:top w:w="20" w:type="dxa"/>
              <w:left w:w="50" w:type="dxa"/>
              <w:bottom w:w="20" w:type="dxa"/>
              <w:right w:w="50" w:type="dxa"/>
            </w:tcMar>
          </w:tcPr>
          <w:p w14:paraId="4F8ED334" w14:textId="77777777" w:rsidR="00292F36" w:rsidRDefault="00000000">
            <w:r>
              <w:rPr>
                <w:sz w:val="18"/>
              </w:rPr>
              <w:t>19</w:t>
            </w:r>
          </w:p>
        </w:tc>
        <w:tc>
          <w:tcPr>
            <w:tcW w:w="1872" w:type="dxa"/>
            <w:tcMar>
              <w:top w:w="20" w:type="dxa"/>
              <w:left w:w="50" w:type="dxa"/>
              <w:bottom w:w="20" w:type="dxa"/>
              <w:right w:w="50" w:type="dxa"/>
            </w:tcMar>
          </w:tcPr>
          <w:p w14:paraId="354958FE" w14:textId="77777777" w:rsidR="00292F36" w:rsidRDefault="00000000">
            <w:r>
              <w:rPr>
                <w:sz w:val="18"/>
              </w:rPr>
              <w:t>3</w:t>
            </w:r>
          </w:p>
        </w:tc>
      </w:tr>
      <w:tr w:rsidR="00292F36" w14:paraId="0DA8A823" w14:textId="77777777">
        <w:tc>
          <w:tcPr>
            <w:tcW w:w="1872" w:type="dxa"/>
            <w:tcMar>
              <w:top w:w="20" w:type="dxa"/>
              <w:left w:w="50" w:type="dxa"/>
              <w:bottom w:w="20" w:type="dxa"/>
              <w:right w:w="50" w:type="dxa"/>
            </w:tcMar>
          </w:tcPr>
          <w:p w14:paraId="2F7E4859" w14:textId="77777777" w:rsidR="00292F36" w:rsidRDefault="00000000">
            <w:r>
              <w:rPr>
                <w:sz w:val="18"/>
              </w:rPr>
              <w:t>Piedra Blanca</w:t>
            </w:r>
          </w:p>
        </w:tc>
        <w:tc>
          <w:tcPr>
            <w:tcW w:w="1872" w:type="dxa"/>
            <w:tcMar>
              <w:top w:w="20" w:type="dxa"/>
              <w:left w:w="50" w:type="dxa"/>
              <w:bottom w:w="20" w:type="dxa"/>
              <w:right w:w="50" w:type="dxa"/>
            </w:tcMar>
          </w:tcPr>
          <w:p w14:paraId="1AAA4225" w14:textId="77777777" w:rsidR="00292F36" w:rsidRDefault="00000000">
            <w:r>
              <w:rPr>
                <w:sz w:val="18"/>
              </w:rPr>
              <w:t>1345</w:t>
            </w:r>
          </w:p>
        </w:tc>
        <w:tc>
          <w:tcPr>
            <w:tcW w:w="1872" w:type="dxa"/>
            <w:tcMar>
              <w:top w:w="20" w:type="dxa"/>
              <w:left w:w="50" w:type="dxa"/>
              <w:bottom w:w="20" w:type="dxa"/>
              <w:right w:w="50" w:type="dxa"/>
            </w:tcMar>
          </w:tcPr>
          <w:p w14:paraId="10B847AE" w14:textId="77777777" w:rsidR="00292F36" w:rsidRDefault="00000000">
            <w:r>
              <w:rPr>
                <w:sz w:val="18"/>
              </w:rPr>
              <w:t>106</w:t>
            </w:r>
          </w:p>
        </w:tc>
        <w:tc>
          <w:tcPr>
            <w:tcW w:w="1872" w:type="dxa"/>
            <w:tcMar>
              <w:top w:w="20" w:type="dxa"/>
              <w:left w:w="50" w:type="dxa"/>
              <w:bottom w:w="20" w:type="dxa"/>
              <w:right w:w="50" w:type="dxa"/>
            </w:tcMar>
          </w:tcPr>
          <w:p w14:paraId="08A2A792" w14:textId="77777777" w:rsidR="00292F36" w:rsidRDefault="00000000">
            <w:r>
              <w:rPr>
                <w:sz w:val="18"/>
              </w:rPr>
              <w:t>5</w:t>
            </w:r>
          </w:p>
        </w:tc>
        <w:tc>
          <w:tcPr>
            <w:tcW w:w="1872" w:type="dxa"/>
            <w:tcMar>
              <w:top w:w="20" w:type="dxa"/>
              <w:left w:w="50" w:type="dxa"/>
              <w:bottom w:w="20" w:type="dxa"/>
              <w:right w:w="50" w:type="dxa"/>
            </w:tcMar>
          </w:tcPr>
          <w:p w14:paraId="630338D8" w14:textId="77777777" w:rsidR="00292F36" w:rsidRDefault="00000000">
            <w:r>
              <w:rPr>
                <w:sz w:val="18"/>
              </w:rPr>
              <w:t>8</w:t>
            </w:r>
          </w:p>
        </w:tc>
      </w:tr>
      <w:tr w:rsidR="00292F36" w14:paraId="475B0114" w14:textId="77777777">
        <w:tc>
          <w:tcPr>
            <w:tcW w:w="1872" w:type="dxa"/>
            <w:tcMar>
              <w:top w:w="20" w:type="dxa"/>
              <w:left w:w="50" w:type="dxa"/>
              <w:bottom w:w="20" w:type="dxa"/>
              <w:right w:w="50" w:type="dxa"/>
            </w:tcMar>
          </w:tcPr>
          <w:p w14:paraId="1A470F40" w14:textId="77777777" w:rsidR="00292F36" w:rsidRDefault="00000000">
            <w:r>
              <w:rPr>
                <w:sz w:val="18"/>
              </w:rPr>
              <w:t>Punta Baja</w:t>
            </w:r>
          </w:p>
        </w:tc>
        <w:tc>
          <w:tcPr>
            <w:tcW w:w="1872" w:type="dxa"/>
            <w:tcMar>
              <w:top w:w="20" w:type="dxa"/>
              <w:left w:w="50" w:type="dxa"/>
              <w:bottom w:w="20" w:type="dxa"/>
              <w:right w:w="50" w:type="dxa"/>
            </w:tcMar>
          </w:tcPr>
          <w:p w14:paraId="3320B722" w14:textId="77777777" w:rsidR="00292F36" w:rsidRDefault="00000000">
            <w:r>
              <w:rPr>
                <w:sz w:val="18"/>
              </w:rPr>
              <w:t>14</w:t>
            </w:r>
          </w:p>
        </w:tc>
        <w:tc>
          <w:tcPr>
            <w:tcW w:w="1872" w:type="dxa"/>
            <w:tcMar>
              <w:top w:w="20" w:type="dxa"/>
              <w:left w:w="50" w:type="dxa"/>
              <w:bottom w:w="20" w:type="dxa"/>
              <w:right w:w="50" w:type="dxa"/>
            </w:tcMar>
          </w:tcPr>
          <w:p w14:paraId="091E65A0" w14:textId="77777777" w:rsidR="00292F36" w:rsidRDefault="00000000">
            <w:r>
              <w:rPr>
                <w:sz w:val="18"/>
              </w:rPr>
              <w:t>2</w:t>
            </w:r>
          </w:p>
        </w:tc>
        <w:tc>
          <w:tcPr>
            <w:tcW w:w="1872" w:type="dxa"/>
            <w:tcMar>
              <w:top w:w="20" w:type="dxa"/>
              <w:left w:w="50" w:type="dxa"/>
              <w:bottom w:w="20" w:type="dxa"/>
              <w:right w:w="50" w:type="dxa"/>
            </w:tcMar>
          </w:tcPr>
          <w:p w14:paraId="6E2D6F88" w14:textId="77777777" w:rsidR="00292F36" w:rsidRDefault="00000000">
            <w:r>
              <w:rPr>
                <w:sz w:val="18"/>
              </w:rPr>
              <w:t>1</w:t>
            </w:r>
          </w:p>
        </w:tc>
        <w:tc>
          <w:tcPr>
            <w:tcW w:w="1872" w:type="dxa"/>
            <w:tcMar>
              <w:top w:w="20" w:type="dxa"/>
              <w:left w:w="50" w:type="dxa"/>
              <w:bottom w:w="20" w:type="dxa"/>
              <w:right w:w="50" w:type="dxa"/>
            </w:tcMar>
          </w:tcPr>
          <w:p w14:paraId="601CAE63" w14:textId="77777777" w:rsidR="00292F36" w:rsidRDefault="00000000">
            <w:r>
              <w:rPr>
                <w:sz w:val="18"/>
              </w:rPr>
              <w:t>1</w:t>
            </w:r>
          </w:p>
        </w:tc>
      </w:tr>
      <w:tr w:rsidR="00292F36" w14:paraId="0BF4F176" w14:textId="77777777">
        <w:tc>
          <w:tcPr>
            <w:tcW w:w="1872" w:type="dxa"/>
            <w:tcMar>
              <w:top w:w="20" w:type="dxa"/>
              <w:left w:w="50" w:type="dxa"/>
              <w:bottom w:w="20" w:type="dxa"/>
              <w:right w:w="50" w:type="dxa"/>
            </w:tcMar>
          </w:tcPr>
          <w:p w14:paraId="09453270" w14:textId="77777777" w:rsidR="00292F36" w:rsidRDefault="00000000">
            <w:r>
              <w:rPr>
                <w:sz w:val="18"/>
              </w:rPr>
              <w:t>Punta Banda</w:t>
            </w:r>
          </w:p>
        </w:tc>
        <w:tc>
          <w:tcPr>
            <w:tcW w:w="1872" w:type="dxa"/>
            <w:tcMar>
              <w:top w:w="20" w:type="dxa"/>
              <w:left w:w="50" w:type="dxa"/>
              <w:bottom w:w="20" w:type="dxa"/>
              <w:right w:w="50" w:type="dxa"/>
            </w:tcMar>
          </w:tcPr>
          <w:p w14:paraId="3EACA1D1" w14:textId="77777777" w:rsidR="00292F36" w:rsidRDefault="00000000">
            <w:r>
              <w:rPr>
                <w:sz w:val="18"/>
              </w:rPr>
              <w:t>333</w:t>
            </w:r>
          </w:p>
        </w:tc>
        <w:tc>
          <w:tcPr>
            <w:tcW w:w="1872" w:type="dxa"/>
            <w:tcMar>
              <w:top w:w="20" w:type="dxa"/>
              <w:left w:w="50" w:type="dxa"/>
              <w:bottom w:w="20" w:type="dxa"/>
              <w:right w:w="50" w:type="dxa"/>
            </w:tcMar>
          </w:tcPr>
          <w:p w14:paraId="7FC8B26D" w14:textId="77777777" w:rsidR="00292F36" w:rsidRDefault="00000000">
            <w:r>
              <w:rPr>
                <w:sz w:val="18"/>
              </w:rPr>
              <w:t>34</w:t>
            </w:r>
          </w:p>
        </w:tc>
        <w:tc>
          <w:tcPr>
            <w:tcW w:w="1872" w:type="dxa"/>
            <w:tcMar>
              <w:top w:w="20" w:type="dxa"/>
              <w:left w:w="50" w:type="dxa"/>
              <w:bottom w:w="20" w:type="dxa"/>
              <w:right w:w="50" w:type="dxa"/>
            </w:tcMar>
          </w:tcPr>
          <w:p w14:paraId="51720831" w14:textId="77777777" w:rsidR="00292F36" w:rsidRDefault="00000000">
            <w:r>
              <w:rPr>
                <w:sz w:val="18"/>
              </w:rPr>
              <w:t>3</w:t>
            </w:r>
          </w:p>
        </w:tc>
        <w:tc>
          <w:tcPr>
            <w:tcW w:w="1872" w:type="dxa"/>
            <w:tcMar>
              <w:top w:w="20" w:type="dxa"/>
              <w:left w:w="50" w:type="dxa"/>
              <w:bottom w:w="20" w:type="dxa"/>
              <w:right w:w="50" w:type="dxa"/>
            </w:tcMar>
          </w:tcPr>
          <w:p w14:paraId="1EB11EBD" w14:textId="77777777" w:rsidR="00292F36" w:rsidRDefault="00000000">
            <w:r>
              <w:rPr>
                <w:sz w:val="18"/>
              </w:rPr>
              <w:t>5</w:t>
            </w:r>
          </w:p>
        </w:tc>
      </w:tr>
      <w:tr w:rsidR="00292F36" w14:paraId="79D13C84" w14:textId="77777777">
        <w:tc>
          <w:tcPr>
            <w:tcW w:w="1872" w:type="dxa"/>
            <w:tcMar>
              <w:top w:w="20" w:type="dxa"/>
              <w:left w:w="50" w:type="dxa"/>
              <w:bottom w:w="20" w:type="dxa"/>
              <w:right w:w="50" w:type="dxa"/>
            </w:tcMar>
          </w:tcPr>
          <w:p w14:paraId="4EDFE334" w14:textId="77777777" w:rsidR="00292F36" w:rsidRDefault="00000000">
            <w:r>
              <w:rPr>
                <w:sz w:val="18"/>
              </w:rPr>
              <w:t>San Miguel</w:t>
            </w:r>
          </w:p>
        </w:tc>
        <w:tc>
          <w:tcPr>
            <w:tcW w:w="1872" w:type="dxa"/>
            <w:tcMar>
              <w:top w:w="20" w:type="dxa"/>
              <w:left w:w="50" w:type="dxa"/>
              <w:bottom w:w="20" w:type="dxa"/>
              <w:right w:w="50" w:type="dxa"/>
            </w:tcMar>
          </w:tcPr>
          <w:p w14:paraId="7E1C2997" w14:textId="77777777" w:rsidR="00292F36" w:rsidRDefault="00000000">
            <w:r>
              <w:rPr>
                <w:sz w:val="18"/>
              </w:rPr>
              <w:t>539</w:t>
            </w:r>
          </w:p>
        </w:tc>
        <w:tc>
          <w:tcPr>
            <w:tcW w:w="1872" w:type="dxa"/>
            <w:tcMar>
              <w:top w:w="20" w:type="dxa"/>
              <w:left w:w="50" w:type="dxa"/>
              <w:bottom w:w="20" w:type="dxa"/>
              <w:right w:w="50" w:type="dxa"/>
            </w:tcMar>
          </w:tcPr>
          <w:p w14:paraId="19746EAF" w14:textId="77777777" w:rsidR="00292F36" w:rsidRDefault="00000000">
            <w:r>
              <w:rPr>
                <w:sz w:val="18"/>
              </w:rPr>
              <w:t>44</w:t>
            </w:r>
          </w:p>
        </w:tc>
        <w:tc>
          <w:tcPr>
            <w:tcW w:w="1872" w:type="dxa"/>
            <w:tcMar>
              <w:top w:w="20" w:type="dxa"/>
              <w:left w:w="50" w:type="dxa"/>
              <w:bottom w:w="20" w:type="dxa"/>
              <w:right w:w="50" w:type="dxa"/>
            </w:tcMar>
          </w:tcPr>
          <w:p w14:paraId="22C6E78C" w14:textId="77777777" w:rsidR="00292F36" w:rsidRDefault="00000000">
            <w:r>
              <w:rPr>
                <w:sz w:val="18"/>
              </w:rPr>
              <w:t>12</w:t>
            </w:r>
          </w:p>
        </w:tc>
        <w:tc>
          <w:tcPr>
            <w:tcW w:w="1872" w:type="dxa"/>
            <w:tcMar>
              <w:top w:w="20" w:type="dxa"/>
              <w:left w:w="50" w:type="dxa"/>
              <w:bottom w:w="20" w:type="dxa"/>
              <w:right w:w="50" w:type="dxa"/>
            </w:tcMar>
          </w:tcPr>
          <w:p w14:paraId="43ADB3A3" w14:textId="77777777" w:rsidR="00292F36" w:rsidRDefault="00000000">
            <w:r>
              <w:rPr>
                <w:sz w:val="18"/>
              </w:rPr>
              <w:t>4</w:t>
            </w:r>
          </w:p>
        </w:tc>
      </w:tr>
    </w:tbl>
    <w:p w14:paraId="6B0B9F05" w14:textId="77777777" w:rsidR="00292F36" w:rsidRDefault="00292F36">
      <w:pPr>
        <w:sectPr w:rsidR="00292F36">
          <w:pgSz w:w="12240" w:h="15840"/>
          <w:pgMar w:top="1152" w:right="1440" w:bottom="1152" w:left="1440" w:header="720" w:footer="720" w:gutter="0"/>
          <w:cols w:space="720"/>
          <w:docGrid w:linePitch="360"/>
        </w:sectPr>
      </w:pPr>
    </w:p>
    <w:p w14:paraId="37E06174" w14:textId="77777777" w:rsidR="00292F36" w:rsidRDefault="00000000">
      <w:pPr>
        <w:spacing w:after="40"/>
      </w:pPr>
      <w:r>
        <w:rPr>
          <w:b/>
          <w:sz w:val="22"/>
        </w:rPr>
        <w:lastRenderedPageBreak/>
        <w:t>Table S2 | Classification of reef fish species according to exploitation category in Baja California.</w:t>
      </w:r>
    </w:p>
    <w:p w14:paraId="36076281" w14:textId="77777777" w:rsidR="00292F36" w:rsidRDefault="00000000">
      <w:pPr>
        <w:spacing w:after="160"/>
      </w:pPr>
      <w:r>
        <w:rPr>
          <w:sz w:val="18"/>
        </w:rPr>
        <w:t>List of reef fish species recorded in the study and assigned to an exploitation category based on their occurrence in recreational and small-scale fisheries of Baja California. Species were classified as either targeted (Y) or non-targeted (N) following regional fisheries literature, including Rodríguez-Medrano (1993) and García-Rodríguez et al. (2012).</w:t>
      </w:r>
    </w:p>
    <w:tbl>
      <w:tblPr>
        <w:tblStyle w:val="TableGrid"/>
        <w:tblW w:w="0" w:type="auto"/>
        <w:tblLayout w:type="fixed"/>
        <w:tblLook w:val="04A0" w:firstRow="1" w:lastRow="0" w:firstColumn="1" w:lastColumn="0" w:noHBand="0" w:noVBand="1"/>
      </w:tblPr>
      <w:tblGrid>
        <w:gridCol w:w="4680"/>
        <w:gridCol w:w="4680"/>
      </w:tblGrid>
      <w:tr w:rsidR="00292F36" w14:paraId="5849B3AC" w14:textId="77777777">
        <w:trPr>
          <w:tblHeader/>
        </w:trPr>
        <w:tc>
          <w:tcPr>
            <w:tcW w:w="4680" w:type="dxa"/>
            <w:shd w:val="clear" w:color="auto" w:fill="D9E2F3"/>
            <w:tcMar>
              <w:top w:w="20" w:type="dxa"/>
              <w:left w:w="50" w:type="dxa"/>
              <w:bottom w:w="20" w:type="dxa"/>
              <w:right w:w="50" w:type="dxa"/>
            </w:tcMar>
          </w:tcPr>
          <w:p w14:paraId="545AADA7" w14:textId="77777777" w:rsidR="00292F36" w:rsidRDefault="00000000">
            <w:r>
              <w:rPr>
                <w:b/>
                <w:sz w:val="18"/>
              </w:rPr>
              <w:t>Genusspecies</w:t>
            </w:r>
          </w:p>
        </w:tc>
        <w:tc>
          <w:tcPr>
            <w:tcW w:w="4680" w:type="dxa"/>
            <w:shd w:val="clear" w:color="auto" w:fill="D9E2F3"/>
            <w:tcMar>
              <w:top w:w="20" w:type="dxa"/>
              <w:left w:w="50" w:type="dxa"/>
              <w:bottom w:w="20" w:type="dxa"/>
              <w:right w:w="50" w:type="dxa"/>
            </w:tcMar>
          </w:tcPr>
          <w:p w14:paraId="35C4C1C0" w14:textId="77777777" w:rsidR="00292F36" w:rsidRDefault="00000000">
            <w:r>
              <w:rPr>
                <w:b/>
                <w:sz w:val="18"/>
              </w:rPr>
              <w:t>Exploitation category</w:t>
            </w:r>
          </w:p>
        </w:tc>
      </w:tr>
      <w:tr w:rsidR="00292F36" w14:paraId="26EF9A6C" w14:textId="77777777">
        <w:tc>
          <w:tcPr>
            <w:tcW w:w="4680" w:type="dxa"/>
            <w:tcMar>
              <w:top w:w="20" w:type="dxa"/>
              <w:left w:w="50" w:type="dxa"/>
              <w:bottom w:w="20" w:type="dxa"/>
              <w:right w:w="50" w:type="dxa"/>
            </w:tcMar>
          </w:tcPr>
          <w:p w14:paraId="1E7EADEB" w14:textId="77777777" w:rsidR="00292F36" w:rsidRPr="00E31FAA" w:rsidRDefault="00000000">
            <w:pPr>
              <w:rPr>
                <w:i/>
                <w:iCs/>
              </w:rPr>
            </w:pPr>
            <w:r w:rsidRPr="00E31FAA">
              <w:rPr>
                <w:i/>
                <w:iCs/>
                <w:sz w:val="18"/>
              </w:rPr>
              <w:t>Anoplopoma_fimbria</w:t>
            </w:r>
          </w:p>
        </w:tc>
        <w:tc>
          <w:tcPr>
            <w:tcW w:w="4680" w:type="dxa"/>
            <w:tcMar>
              <w:top w:w="20" w:type="dxa"/>
              <w:left w:w="50" w:type="dxa"/>
              <w:bottom w:w="20" w:type="dxa"/>
              <w:right w:w="50" w:type="dxa"/>
            </w:tcMar>
          </w:tcPr>
          <w:p w14:paraId="7CE2E171" w14:textId="77777777" w:rsidR="00292F36" w:rsidRDefault="00000000">
            <w:r>
              <w:rPr>
                <w:sz w:val="18"/>
              </w:rPr>
              <w:t>Y</w:t>
            </w:r>
          </w:p>
        </w:tc>
      </w:tr>
      <w:tr w:rsidR="00292F36" w14:paraId="3A553A81" w14:textId="77777777">
        <w:tc>
          <w:tcPr>
            <w:tcW w:w="4680" w:type="dxa"/>
            <w:tcMar>
              <w:top w:w="20" w:type="dxa"/>
              <w:left w:w="50" w:type="dxa"/>
              <w:bottom w:w="20" w:type="dxa"/>
              <w:right w:w="50" w:type="dxa"/>
            </w:tcMar>
          </w:tcPr>
          <w:p w14:paraId="5103EA24" w14:textId="77777777" w:rsidR="00292F36" w:rsidRPr="00E31FAA" w:rsidRDefault="00000000">
            <w:pPr>
              <w:rPr>
                <w:i/>
                <w:iCs/>
              </w:rPr>
            </w:pPr>
            <w:r w:rsidRPr="00E31FAA">
              <w:rPr>
                <w:i/>
                <w:iCs/>
                <w:sz w:val="18"/>
              </w:rPr>
              <w:t>Diplectrum_macropoma</w:t>
            </w:r>
          </w:p>
        </w:tc>
        <w:tc>
          <w:tcPr>
            <w:tcW w:w="4680" w:type="dxa"/>
            <w:tcMar>
              <w:top w:w="20" w:type="dxa"/>
              <w:left w:w="50" w:type="dxa"/>
              <w:bottom w:w="20" w:type="dxa"/>
              <w:right w:w="50" w:type="dxa"/>
            </w:tcMar>
          </w:tcPr>
          <w:p w14:paraId="1E3A36CE" w14:textId="77777777" w:rsidR="00292F36" w:rsidRDefault="00000000">
            <w:r>
              <w:rPr>
                <w:sz w:val="18"/>
              </w:rPr>
              <w:t>Y</w:t>
            </w:r>
          </w:p>
        </w:tc>
      </w:tr>
      <w:tr w:rsidR="00292F36" w14:paraId="5A1048D0" w14:textId="77777777">
        <w:tc>
          <w:tcPr>
            <w:tcW w:w="4680" w:type="dxa"/>
            <w:tcMar>
              <w:top w:w="20" w:type="dxa"/>
              <w:left w:w="50" w:type="dxa"/>
              <w:bottom w:w="20" w:type="dxa"/>
              <w:right w:w="50" w:type="dxa"/>
            </w:tcMar>
          </w:tcPr>
          <w:p w14:paraId="72B22D25" w14:textId="77777777" w:rsidR="00292F36" w:rsidRPr="00E31FAA" w:rsidRDefault="00000000">
            <w:pPr>
              <w:rPr>
                <w:i/>
                <w:iCs/>
              </w:rPr>
            </w:pPr>
            <w:r w:rsidRPr="00E31FAA">
              <w:rPr>
                <w:i/>
                <w:iCs/>
                <w:sz w:val="18"/>
              </w:rPr>
              <w:t>Paralabrax_auroguttatus</w:t>
            </w:r>
          </w:p>
        </w:tc>
        <w:tc>
          <w:tcPr>
            <w:tcW w:w="4680" w:type="dxa"/>
            <w:tcMar>
              <w:top w:w="20" w:type="dxa"/>
              <w:left w:w="50" w:type="dxa"/>
              <w:bottom w:w="20" w:type="dxa"/>
              <w:right w:w="50" w:type="dxa"/>
            </w:tcMar>
          </w:tcPr>
          <w:p w14:paraId="387ACCD1" w14:textId="77777777" w:rsidR="00292F36" w:rsidRDefault="00000000">
            <w:r>
              <w:rPr>
                <w:sz w:val="18"/>
              </w:rPr>
              <w:t>Y</w:t>
            </w:r>
          </w:p>
        </w:tc>
      </w:tr>
      <w:tr w:rsidR="00292F36" w14:paraId="55482544" w14:textId="77777777">
        <w:tc>
          <w:tcPr>
            <w:tcW w:w="4680" w:type="dxa"/>
            <w:tcMar>
              <w:top w:w="20" w:type="dxa"/>
              <w:left w:w="50" w:type="dxa"/>
              <w:bottom w:w="20" w:type="dxa"/>
              <w:right w:w="50" w:type="dxa"/>
            </w:tcMar>
          </w:tcPr>
          <w:p w14:paraId="3DC63A11" w14:textId="77777777" w:rsidR="00292F36" w:rsidRPr="00E31FAA" w:rsidRDefault="00000000">
            <w:pPr>
              <w:rPr>
                <w:i/>
                <w:iCs/>
              </w:rPr>
            </w:pPr>
            <w:r w:rsidRPr="00E31FAA">
              <w:rPr>
                <w:i/>
                <w:iCs/>
                <w:sz w:val="18"/>
              </w:rPr>
              <w:t>Paralabrax_clathratus</w:t>
            </w:r>
          </w:p>
        </w:tc>
        <w:tc>
          <w:tcPr>
            <w:tcW w:w="4680" w:type="dxa"/>
            <w:tcMar>
              <w:top w:w="20" w:type="dxa"/>
              <w:left w:w="50" w:type="dxa"/>
              <w:bottom w:w="20" w:type="dxa"/>
              <w:right w:w="50" w:type="dxa"/>
            </w:tcMar>
          </w:tcPr>
          <w:p w14:paraId="78AE643B" w14:textId="77777777" w:rsidR="00292F36" w:rsidRDefault="00000000">
            <w:r>
              <w:rPr>
                <w:sz w:val="18"/>
              </w:rPr>
              <w:t>Y</w:t>
            </w:r>
          </w:p>
        </w:tc>
      </w:tr>
      <w:tr w:rsidR="00292F36" w14:paraId="65AFCC8C" w14:textId="77777777">
        <w:tc>
          <w:tcPr>
            <w:tcW w:w="4680" w:type="dxa"/>
            <w:tcMar>
              <w:top w:w="20" w:type="dxa"/>
              <w:left w:w="50" w:type="dxa"/>
              <w:bottom w:w="20" w:type="dxa"/>
              <w:right w:w="50" w:type="dxa"/>
            </w:tcMar>
          </w:tcPr>
          <w:p w14:paraId="4BCA88E1" w14:textId="77777777" w:rsidR="00292F36" w:rsidRPr="00E31FAA" w:rsidRDefault="00000000">
            <w:pPr>
              <w:rPr>
                <w:i/>
                <w:iCs/>
              </w:rPr>
            </w:pPr>
            <w:r w:rsidRPr="00E31FAA">
              <w:rPr>
                <w:i/>
                <w:iCs/>
                <w:sz w:val="18"/>
              </w:rPr>
              <w:t>Paralabrax_loro</w:t>
            </w:r>
          </w:p>
        </w:tc>
        <w:tc>
          <w:tcPr>
            <w:tcW w:w="4680" w:type="dxa"/>
            <w:tcMar>
              <w:top w:w="20" w:type="dxa"/>
              <w:left w:w="50" w:type="dxa"/>
              <w:bottom w:w="20" w:type="dxa"/>
              <w:right w:w="50" w:type="dxa"/>
            </w:tcMar>
          </w:tcPr>
          <w:p w14:paraId="33F1FE26" w14:textId="77777777" w:rsidR="00292F36" w:rsidRDefault="00000000">
            <w:r>
              <w:rPr>
                <w:sz w:val="18"/>
              </w:rPr>
              <w:t>Y</w:t>
            </w:r>
          </w:p>
        </w:tc>
      </w:tr>
      <w:tr w:rsidR="00292F36" w14:paraId="551EEE09" w14:textId="77777777">
        <w:tc>
          <w:tcPr>
            <w:tcW w:w="4680" w:type="dxa"/>
            <w:tcMar>
              <w:top w:w="20" w:type="dxa"/>
              <w:left w:w="50" w:type="dxa"/>
              <w:bottom w:w="20" w:type="dxa"/>
              <w:right w:w="50" w:type="dxa"/>
            </w:tcMar>
          </w:tcPr>
          <w:p w14:paraId="24470169" w14:textId="77777777" w:rsidR="00292F36" w:rsidRPr="00E31FAA" w:rsidRDefault="00000000">
            <w:pPr>
              <w:rPr>
                <w:i/>
                <w:iCs/>
              </w:rPr>
            </w:pPr>
            <w:r w:rsidRPr="00E31FAA">
              <w:rPr>
                <w:i/>
                <w:iCs/>
                <w:sz w:val="18"/>
              </w:rPr>
              <w:t>Paralabrax_maculatofasciatus</w:t>
            </w:r>
          </w:p>
        </w:tc>
        <w:tc>
          <w:tcPr>
            <w:tcW w:w="4680" w:type="dxa"/>
            <w:tcMar>
              <w:top w:w="20" w:type="dxa"/>
              <w:left w:w="50" w:type="dxa"/>
              <w:bottom w:w="20" w:type="dxa"/>
              <w:right w:w="50" w:type="dxa"/>
            </w:tcMar>
          </w:tcPr>
          <w:p w14:paraId="530DD7DC" w14:textId="77777777" w:rsidR="00292F36" w:rsidRDefault="00000000">
            <w:r>
              <w:rPr>
                <w:sz w:val="18"/>
              </w:rPr>
              <w:t>Y</w:t>
            </w:r>
          </w:p>
        </w:tc>
      </w:tr>
      <w:tr w:rsidR="00292F36" w14:paraId="298A86DC" w14:textId="77777777">
        <w:tc>
          <w:tcPr>
            <w:tcW w:w="4680" w:type="dxa"/>
            <w:tcMar>
              <w:top w:w="20" w:type="dxa"/>
              <w:left w:w="50" w:type="dxa"/>
              <w:bottom w:w="20" w:type="dxa"/>
              <w:right w:w="50" w:type="dxa"/>
            </w:tcMar>
          </w:tcPr>
          <w:p w14:paraId="1E9EA451" w14:textId="77777777" w:rsidR="00292F36" w:rsidRPr="00E31FAA" w:rsidRDefault="00000000">
            <w:pPr>
              <w:rPr>
                <w:i/>
                <w:iCs/>
              </w:rPr>
            </w:pPr>
            <w:r w:rsidRPr="00E31FAA">
              <w:rPr>
                <w:i/>
                <w:iCs/>
                <w:sz w:val="18"/>
              </w:rPr>
              <w:t>Paralabrax_nebulifer</w:t>
            </w:r>
          </w:p>
        </w:tc>
        <w:tc>
          <w:tcPr>
            <w:tcW w:w="4680" w:type="dxa"/>
            <w:tcMar>
              <w:top w:w="20" w:type="dxa"/>
              <w:left w:w="50" w:type="dxa"/>
              <w:bottom w:w="20" w:type="dxa"/>
              <w:right w:w="50" w:type="dxa"/>
            </w:tcMar>
          </w:tcPr>
          <w:p w14:paraId="4712711F" w14:textId="77777777" w:rsidR="00292F36" w:rsidRDefault="00000000">
            <w:r>
              <w:rPr>
                <w:sz w:val="18"/>
              </w:rPr>
              <w:t>Y</w:t>
            </w:r>
          </w:p>
        </w:tc>
      </w:tr>
      <w:tr w:rsidR="00292F36" w14:paraId="2DE659EA" w14:textId="77777777">
        <w:tc>
          <w:tcPr>
            <w:tcW w:w="4680" w:type="dxa"/>
            <w:tcMar>
              <w:top w:w="20" w:type="dxa"/>
              <w:left w:w="50" w:type="dxa"/>
              <w:bottom w:w="20" w:type="dxa"/>
              <w:right w:w="50" w:type="dxa"/>
            </w:tcMar>
          </w:tcPr>
          <w:p w14:paraId="42645C2C" w14:textId="77777777" w:rsidR="00292F36" w:rsidRPr="00E31FAA" w:rsidRDefault="00000000">
            <w:pPr>
              <w:rPr>
                <w:i/>
                <w:iCs/>
              </w:rPr>
            </w:pPr>
            <w:r w:rsidRPr="00E31FAA">
              <w:rPr>
                <w:i/>
                <w:iCs/>
                <w:sz w:val="18"/>
              </w:rPr>
              <w:t>Cephalopholis_panamensis</w:t>
            </w:r>
          </w:p>
        </w:tc>
        <w:tc>
          <w:tcPr>
            <w:tcW w:w="4680" w:type="dxa"/>
            <w:tcMar>
              <w:top w:w="20" w:type="dxa"/>
              <w:left w:w="50" w:type="dxa"/>
              <w:bottom w:w="20" w:type="dxa"/>
              <w:right w:w="50" w:type="dxa"/>
            </w:tcMar>
          </w:tcPr>
          <w:p w14:paraId="1F30CAF2" w14:textId="77777777" w:rsidR="00292F36" w:rsidRDefault="00000000">
            <w:r>
              <w:rPr>
                <w:sz w:val="18"/>
              </w:rPr>
              <w:t>Y</w:t>
            </w:r>
          </w:p>
        </w:tc>
      </w:tr>
      <w:tr w:rsidR="00292F36" w14:paraId="26054BF9" w14:textId="77777777">
        <w:tc>
          <w:tcPr>
            <w:tcW w:w="4680" w:type="dxa"/>
            <w:tcMar>
              <w:top w:w="20" w:type="dxa"/>
              <w:left w:w="50" w:type="dxa"/>
              <w:bottom w:w="20" w:type="dxa"/>
              <w:right w:w="50" w:type="dxa"/>
            </w:tcMar>
          </w:tcPr>
          <w:p w14:paraId="79144217" w14:textId="77777777" w:rsidR="00292F36" w:rsidRPr="00E31FAA" w:rsidRDefault="00000000">
            <w:pPr>
              <w:rPr>
                <w:i/>
                <w:iCs/>
              </w:rPr>
            </w:pPr>
            <w:r w:rsidRPr="00E31FAA">
              <w:rPr>
                <w:i/>
                <w:iCs/>
                <w:sz w:val="18"/>
              </w:rPr>
              <w:t>Dermatolepis_dermatolepis</w:t>
            </w:r>
          </w:p>
        </w:tc>
        <w:tc>
          <w:tcPr>
            <w:tcW w:w="4680" w:type="dxa"/>
            <w:tcMar>
              <w:top w:w="20" w:type="dxa"/>
              <w:left w:w="50" w:type="dxa"/>
              <w:bottom w:w="20" w:type="dxa"/>
              <w:right w:w="50" w:type="dxa"/>
            </w:tcMar>
          </w:tcPr>
          <w:p w14:paraId="193875A0" w14:textId="77777777" w:rsidR="00292F36" w:rsidRDefault="00000000">
            <w:r>
              <w:rPr>
                <w:sz w:val="18"/>
              </w:rPr>
              <w:t>Y</w:t>
            </w:r>
          </w:p>
        </w:tc>
      </w:tr>
      <w:tr w:rsidR="00292F36" w14:paraId="4E784418" w14:textId="77777777">
        <w:tc>
          <w:tcPr>
            <w:tcW w:w="4680" w:type="dxa"/>
            <w:tcMar>
              <w:top w:w="20" w:type="dxa"/>
              <w:left w:w="50" w:type="dxa"/>
              <w:bottom w:w="20" w:type="dxa"/>
              <w:right w:w="50" w:type="dxa"/>
            </w:tcMar>
          </w:tcPr>
          <w:p w14:paraId="344068EC" w14:textId="77777777" w:rsidR="00292F36" w:rsidRPr="00E31FAA" w:rsidRDefault="00000000">
            <w:pPr>
              <w:rPr>
                <w:i/>
                <w:iCs/>
              </w:rPr>
            </w:pPr>
            <w:r w:rsidRPr="00E31FAA">
              <w:rPr>
                <w:i/>
                <w:iCs/>
                <w:sz w:val="18"/>
              </w:rPr>
              <w:t>Epinephelus_acanthistius</w:t>
            </w:r>
          </w:p>
        </w:tc>
        <w:tc>
          <w:tcPr>
            <w:tcW w:w="4680" w:type="dxa"/>
            <w:tcMar>
              <w:top w:w="20" w:type="dxa"/>
              <w:left w:w="50" w:type="dxa"/>
              <w:bottom w:w="20" w:type="dxa"/>
              <w:right w:w="50" w:type="dxa"/>
            </w:tcMar>
          </w:tcPr>
          <w:p w14:paraId="2605FAEE" w14:textId="77777777" w:rsidR="00292F36" w:rsidRDefault="00000000">
            <w:r>
              <w:rPr>
                <w:sz w:val="18"/>
              </w:rPr>
              <w:t>Y</w:t>
            </w:r>
          </w:p>
        </w:tc>
      </w:tr>
      <w:tr w:rsidR="00292F36" w14:paraId="7DF9F1D4" w14:textId="77777777">
        <w:tc>
          <w:tcPr>
            <w:tcW w:w="4680" w:type="dxa"/>
            <w:tcMar>
              <w:top w:w="20" w:type="dxa"/>
              <w:left w:w="50" w:type="dxa"/>
              <w:bottom w:w="20" w:type="dxa"/>
              <w:right w:w="50" w:type="dxa"/>
            </w:tcMar>
          </w:tcPr>
          <w:p w14:paraId="76D91911" w14:textId="77777777" w:rsidR="00292F36" w:rsidRPr="00E31FAA" w:rsidRDefault="00000000">
            <w:pPr>
              <w:rPr>
                <w:i/>
                <w:iCs/>
              </w:rPr>
            </w:pPr>
            <w:r w:rsidRPr="00E31FAA">
              <w:rPr>
                <w:i/>
                <w:iCs/>
                <w:sz w:val="18"/>
              </w:rPr>
              <w:t>Epinephelus_analogus</w:t>
            </w:r>
          </w:p>
        </w:tc>
        <w:tc>
          <w:tcPr>
            <w:tcW w:w="4680" w:type="dxa"/>
            <w:tcMar>
              <w:top w:w="20" w:type="dxa"/>
              <w:left w:w="50" w:type="dxa"/>
              <w:bottom w:w="20" w:type="dxa"/>
              <w:right w:w="50" w:type="dxa"/>
            </w:tcMar>
          </w:tcPr>
          <w:p w14:paraId="01A3A4E7" w14:textId="77777777" w:rsidR="00292F36" w:rsidRDefault="00000000">
            <w:r>
              <w:rPr>
                <w:sz w:val="18"/>
              </w:rPr>
              <w:t>Y</w:t>
            </w:r>
          </w:p>
        </w:tc>
      </w:tr>
      <w:tr w:rsidR="00292F36" w14:paraId="7ABB4C63" w14:textId="77777777">
        <w:tc>
          <w:tcPr>
            <w:tcW w:w="4680" w:type="dxa"/>
            <w:tcMar>
              <w:top w:w="20" w:type="dxa"/>
              <w:left w:w="50" w:type="dxa"/>
              <w:bottom w:w="20" w:type="dxa"/>
              <w:right w:w="50" w:type="dxa"/>
            </w:tcMar>
          </w:tcPr>
          <w:p w14:paraId="78BF4FE5" w14:textId="77777777" w:rsidR="00292F36" w:rsidRPr="00E31FAA" w:rsidRDefault="00000000">
            <w:pPr>
              <w:rPr>
                <w:i/>
                <w:iCs/>
              </w:rPr>
            </w:pPr>
            <w:r w:rsidRPr="00E31FAA">
              <w:rPr>
                <w:i/>
                <w:iCs/>
                <w:sz w:val="18"/>
              </w:rPr>
              <w:t>Epinephelus_itajara</w:t>
            </w:r>
          </w:p>
        </w:tc>
        <w:tc>
          <w:tcPr>
            <w:tcW w:w="4680" w:type="dxa"/>
            <w:tcMar>
              <w:top w:w="20" w:type="dxa"/>
              <w:left w:w="50" w:type="dxa"/>
              <w:bottom w:w="20" w:type="dxa"/>
              <w:right w:w="50" w:type="dxa"/>
            </w:tcMar>
          </w:tcPr>
          <w:p w14:paraId="5E68EF90" w14:textId="77777777" w:rsidR="00292F36" w:rsidRDefault="00000000">
            <w:r>
              <w:rPr>
                <w:sz w:val="18"/>
              </w:rPr>
              <w:t>Y</w:t>
            </w:r>
          </w:p>
        </w:tc>
      </w:tr>
      <w:tr w:rsidR="00292F36" w14:paraId="7C97F7D9" w14:textId="77777777">
        <w:tc>
          <w:tcPr>
            <w:tcW w:w="4680" w:type="dxa"/>
            <w:tcMar>
              <w:top w:w="20" w:type="dxa"/>
              <w:left w:w="50" w:type="dxa"/>
              <w:bottom w:w="20" w:type="dxa"/>
              <w:right w:w="50" w:type="dxa"/>
            </w:tcMar>
          </w:tcPr>
          <w:p w14:paraId="7E6E7370" w14:textId="77777777" w:rsidR="00292F36" w:rsidRPr="00E31FAA" w:rsidRDefault="00000000">
            <w:pPr>
              <w:rPr>
                <w:i/>
                <w:iCs/>
              </w:rPr>
            </w:pPr>
            <w:r w:rsidRPr="00E31FAA">
              <w:rPr>
                <w:i/>
                <w:iCs/>
                <w:sz w:val="18"/>
              </w:rPr>
              <w:t>Epinephelus_labriformis</w:t>
            </w:r>
          </w:p>
        </w:tc>
        <w:tc>
          <w:tcPr>
            <w:tcW w:w="4680" w:type="dxa"/>
            <w:tcMar>
              <w:top w:w="20" w:type="dxa"/>
              <w:left w:w="50" w:type="dxa"/>
              <w:bottom w:w="20" w:type="dxa"/>
              <w:right w:w="50" w:type="dxa"/>
            </w:tcMar>
          </w:tcPr>
          <w:p w14:paraId="6E4F8B18" w14:textId="77777777" w:rsidR="00292F36" w:rsidRDefault="00000000">
            <w:r>
              <w:rPr>
                <w:sz w:val="18"/>
              </w:rPr>
              <w:t>Y</w:t>
            </w:r>
          </w:p>
        </w:tc>
      </w:tr>
      <w:tr w:rsidR="00292F36" w14:paraId="4A0D4643" w14:textId="77777777">
        <w:tc>
          <w:tcPr>
            <w:tcW w:w="4680" w:type="dxa"/>
            <w:tcMar>
              <w:top w:w="20" w:type="dxa"/>
              <w:left w:w="50" w:type="dxa"/>
              <w:bottom w:w="20" w:type="dxa"/>
              <w:right w:w="50" w:type="dxa"/>
            </w:tcMar>
          </w:tcPr>
          <w:p w14:paraId="6D0C41D5" w14:textId="77777777" w:rsidR="00292F36" w:rsidRPr="00E31FAA" w:rsidRDefault="00000000">
            <w:pPr>
              <w:rPr>
                <w:i/>
                <w:iCs/>
              </w:rPr>
            </w:pPr>
            <w:r w:rsidRPr="00E31FAA">
              <w:rPr>
                <w:i/>
                <w:iCs/>
                <w:sz w:val="18"/>
              </w:rPr>
              <w:t>Epinephelus_niphobles</w:t>
            </w:r>
          </w:p>
        </w:tc>
        <w:tc>
          <w:tcPr>
            <w:tcW w:w="4680" w:type="dxa"/>
            <w:tcMar>
              <w:top w:w="20" w:type="dxa"/>
              <w:left w:w="50" w:type="dxa"/>
              <w:bottom w:w="20" w:type="dxa"/>
              <w:right w:w="50" w:type="dxa"/>
            </w:tcMar>
          </w:tcPr>
          <w:p w14:paraId="0A4667EB" w14:textId="77777777" w:rsidR="00292F36" w:rsidRDefault="00000000">
            <w:r>
              <w:rPr>
                <w:sz w:val="18"/>
              </w:rPr>
              <w:t>Y</w:t>
            </w:r>
          </w:p>
        </w:tc>
      </w:tr>
      <w:tr w:rsidR="00292F36" w14:paraId="735B46BC" w14:textId="77777777">
        <w:tc>
          <w:tcPr>
            <w:tcW w:w="4680" w:type="dxa"/>
            <w:tcMar>
              <w:top w:w="20" w:type="dxa"/>
              <w:left w:w="50" w:type="dxa"/>
              <w:bottom w:w="20" w:type="dxa"/>
              <w:right w:w="50" w:type="dxa"/>
            </w:tcMar>
          </w:tcPr>
          <w:p w14:paraId="7A4D5267" w14:textId="77777777" w:rsidR="00292F36" w:rsidRPr="00E31FAA" w:rsidRDefault="00000000">
            <w:pPr>
              <w:rPr>
                <w:i/>
                <w:iCs/>
              </w:rPr>
            </w:pPr>
            <w:r w:rsidRPr="00E31FAA">
              <w:rPr>
                <w:i/>
                <w:iCs/>
                <w:sz w:val="18"/>
              </w:rPr>
              <w:t>Mycteroperca_jordani</w:t>
            </w:r>
          </w:p>
        </w:tc>
        <w:tc>
          <w:tcPr>
            <w:tcW w:w="4680" w:type="dxa"/>
            <w:tcMar>
              <w:top w:w="20" w:type="dxa"/>
              <w:left w:w="50" w:type="dxa"/>
              <w:bottom w:w="20" w:type="dxa"/>
              <w:right w:w="50" w:type="dxa"/>
            </w:tcMar>
          </w:tcPr>
          <w:p w14:paraId="035F2000" w14:textId="77777777" w:rsidR="00292F36" w:rsidRDefault="00000000">
            <w:r>
              <w:rPr>
                <w:sz w:val="18"/>
              </w:rPr>
              <w:t>Y</w:t>
            </w:r>
          </w:p>
        </w:tc>
      </w:tr>
      <w:tr w:rsidR="00292F36" w14:paraId="450DEA83" w14:textId="77777777">
        <w:tc>
          <w:tcPr>
            <w:tcW w:w="4680" w:type="dxa"/>
            <w:tcMar>
              <w:top w:w="20" w:type="dxa"/>
              <w:left w:w="50" w:type="dxa"/>
              <w:bottom w:w="20" w:type="dxa"/>
              <w:right w:w="50" w:type="dxa"/>
            </w:tcMar>
          </w:tcPr>
          <w:p w14:paraId="0FB596FB" w14:textId="77777777" w:rsidR="00292F36" w:rsidRPr="00E31FAA" w:rsidRDefault="00000000">
            <w:pPr>
              <w:rPr>
                <w:i/>
                <w:iCs/>
              </w:rPr>
            </w:pPr>
            <w:r w:rsidRPr="00E31FAA">
              <w:rPr>
                <w:i/>
                <w:iCs/>
                <w:sz w:val="18"/>
              </w:rPr>
              <w:t>Mycteroperca_prionura</w:t>
            </w:r>
          </w:p>
        </w:tc>
        <w:tc>
          <w:tcPr>
            <w:tcW w:w="4680" w:type="dxa"/>
            <w:tcMar>
              <w:top w:w="20" w:type="dxa"/>
              <w:left w:w="50" w:type="dxa"/>
              <w:bottom w:w="20" w:type="dxa"/>
              <w:right w:w="50" w:type="dxa"/>
            </w:tcMar>
          </w:tcPr>
          <w:p w14:paraId="446DD840" w14:textId="77777777" w:rsidR="00292F36" w:rsidRDefault="00000000">
            <w:r>
              <w:rPr>
                <w:sz w:val="18"/>
              </w:rPr>
              <w:t>Y</w:t>
            </w:r>
          </w:p>
        </w:tc>
      </w:tr>
      <w:tr w:rsidR="00292F36" w14:paraId="7E2BB4E6" w14:textId="77777777">
        <w:tc>
          <w:tcPr>
            <w:tcW w:w="4680" w:type="dxa"/>
            <w:tcMar>
              <w:top w:w="20" w:type="dxa"/>
              <w:left w:w="50" w:type="dxa"/>
              <w:bottom w:w="20" w:type="dxa"/>
              <w:right w:w="50" w:type="dxa"/>
            </w:tcMar>
          </w:tcPr>
          <w:p w14:paraId="41EA8692" w14:textId="77777777" w:rsidR="00292F36" w:rsidRPr="00E31FAA" w:rsidRDefault="00000000">
            <w:pPr>
              <w:rPr>
                <w:i/>
                <w:iCs/>
              </w:rPr>
            </w:pPr>
            <w:r w:rsidRPr="00E31FAA">
              <w:rPr>
                <w:i/>
                <w:iCs/>
                <w:sz w:val="18"/>
              </w:rPr>
              <w:t>Mycteroperca_rosacea</w:t>
            </w:r>
          </w:p>
        </w:tc>
        <w:tc>
          <w:tcPr>
            <w:tcW w:w="4680" w:type="dxa"/>
            <w:tcMar>
              <w:top w:w="20" w:type="dxa"/>
              <w:left w:w="50" w:type="dxa"/>
              <w:bottom w:w="20" w:type="dxa"/>
              <w:right w:w="50" w:type="dxa"/>
            </w:tcMar>
          </w:tcPr>
          <w:p w14:paraId="5D3966DB" w14:textId="77777777" w:rsidR="00292F36" w:rsidRDefault="00000000">
            <w:r>
              <w:rPr>
                <w:sz w:val="18"/>
              </w:rPr>
              <w:t>Y</w:t>
            </w:r>
          </w:p>
        </w:tc>
      </w:tr>
      <w:tr w:rsidR="00292F36" w14:paraId="470EBE80" w14:textId="77777777">
        <w:tc>
          <w:tcPr>
            <w:tcW w:w="4680" w:type="dxa"/>
            <w:tcMar>
              <w:top w:w="20" w:type="dxa"/>
              <w:left w:w="50" w:type="dxa"/>
              <w:bottom w:w="20" w:type="dxa"/>
              <w:right w:w="50" w:type="dxa"/>
            </w:tcMar>
          </w:tcPr>
          <w:p w14:paraId="6DC7D77C" w14:textId="77777777" w:rsidR="00292F36" w:rsidRPr="00E31FAA" w:rsidRDefault="00000000">
            <w:pPr>
              <w:rPr>
                <w:i/>
                <w:iCs/>
              </w:rPr>
            </w:pPr>
            <w:r w:rsidRPr="00E31FAA">
              <w:rPr>
                <w:i/>
                <w:iCs/>
                <w:sz w:val="18"/>
              </w:rPr>
              <w:t>Mycteroperca_xenarcha</w:t>
            </w:r>
          </w:p>
        </w:tc>
        <w:tc>
          <w:tcPr>
            <w:tcW w:w="4680" w:type="dxa"/>
            <w:tcMar>
              <w:top w:w="20" w:type="dxa"/>
              <w:left w:w="50" w:type="dxa"/>
              <w:bottom w:w="20" w:type="dxa"/>
              <w:right w:w="50" w:type="dxa"/>
            </w:tcMar>
          </w:tcPr>
          <w:p w14:paraId="26A29A86" w14:textId="77777777" w:rsidR="00292F36" w:rsidRDefault="00000000">
            <w:r>
              <w:rPr>
                <w:sz w:val="18"/>
              </w:rPr>
              <w:t>Y</w:t>
            </w:r>
          </w:p>
        </w:tc>
      </w:tr>
      <w:tr w:rsidR="00292F36" w14:paraId="49284A24" w14:textId="77777777">
        <w:tc>
          <w:tcPr>
            <w:tcW w:w="4680" w:type="dxa"/>
            <w:tcMar>
              <w:top w:w="20" w:type="dxa"/>
              <w:left w:w="50" w:type="dxa"/>
              <w:bottom w:w="20" w:type="dxa"/>
              <w:right w:w="50" w:type="dxa"/>
            </w:tcMar>
          </w:tcPr>
          <w:p w14:paraId="1BAF1AB4" w14:textId="77777777" w:rsidR="00292F36" w:rsidRPr="00E31FAA" w:rsidRDefault="00000000">
            <w:pPr>
              <w:rPr>
                <w:i/>
                <w:iCs/>
              </w:rPr>
            </w:pPr>
            <w:r w:rsidRPr="00E31FAA">
              <w:rPr>
                <w:i/>
                <w:iCs/>
                <w:sz w:val="18"/>
              </w:rPr>
              <w:t>Stereolepis_gigas</w:t>
            </w:r>
          </w:p>
        </w:tc>
        <w:tc>
          <w:tcPr>
            <w:tcW w:w="4680" w:type="dxa"/>
            <w:tcMar>
              <w:top w:w="20" w:type="dxa"/>
              <w:left w:w="50" w:type="dxa"/>
              <w:bottom w:w="20" w:type="dxa"/>
              <w:right w:w="50" w:type="dxa"/>
            </w:tcMar>
          </w:tcPr>
          <w:p w14:paraId="27A03BF1" w14:textId="77777777" w:rsidR="00292F36" w:rsidRDefault="00000000">
            <w:r>
              <w:rPr>
                <w:sz w:val="18"/>
              </w:rPr>
              <w:t>Y</w:t>
            </w:r>
          </w:p>
        </w:tc>
      </w:tr>
      <w:tr w:rsidR="00292F36" w14:paraId="0CFF3F1D" w14:textId="77777777">
        <w:tc>
          <w:tcPr>
            <w:tcW w:w="4680" w:type="dxa"/>
            <w:tcMar>
              <w:top w:w="20" w:type="dxa"/>
              <w:left w:w="50" w:type="dxa"/>
              <w:bottom w:w="20" w:type="dxa"/>
              <w:right w:w="50" w:type="dxa"/>
            </w:tcMar>
          </w:tcPr>
          <w:p w14:paraId="29B12CC2" w14:textId="77777777" w:rsidR="00292F36" w:rsidRPr="00E31FAA" w:rsidRDefault="00000000">
            <w:pPr>
              <w:rPr>
                <w:i/>
                <w:iCs/>
              </w:rPr>
            </w:pPr>
            <w:r w:rsidRPr="00E31FAA">
              <w:rPr>
                <w:i/>
                <w:iCs/>
                <w:sz w:val="18"/>
              </w:rPr>
              <w:t>Sphyraena_argentea</w:t>
            </w:r>
          </w:p>
        </w:tc>
        <w:tc>
          <w:tcPr>
            <w:tcW w:w="4680" w:type="dxa"/>
            <w:tcMar>
              <w:top w:w="20" w:type="dxa"/>
              <w:left w:w="50" w:type="dxa"/>
              <w:bottom w:w="20" w:type="dxa"/>
              <w:right w:w="50" w:type="dxa"/>
            </w:tcMar>
          </w:tcPr>
          <w:p w14:paraId="0D0ED49D" w14:textId="77777777" w:rsidR="00292F36" w:rsidRDefault="00000000">
            <w:r>
              <w:rPr>
                <w:sz w:val="18"/>
              </w:rPr>
              <w:t>Y</w:t>
            </w:r>
          </w:p>
        </w:tc>
      </w:tr>
      <w:tr w:rsidR="00292F36" w14:paraId="445B4DC8" w14:textId="77777777">
        <w:tc>
          <w:tcPr>
            <w:tcW w:w="4680" w:type="dxa"/>
            <w:tcMar>
              <w:top w:w="20" w:type="dxa"/>
              <w:left w:w="50" w:type="dxa"/>
              <w:bottom w:w="20" w:type="dxa"/>
              <w:right w:w="50" w:type="dxa"/>
            </w:tcMar>
          </w:tcPr>
          <w:p w14:paraId="3724F83A" w14:textId="77777777" w:rsidR="00292F36" w:rsidRPr="00E31FAA" w:rsidRDefault="00000000">
            <w:pPr>
              <w:rPr>
                <w:i/>
                <w:iCs/>
              </w:rPr>
            </w:pPr>
            <w:r w:rsidRPr="00E31FAA">
              <w:rPr>
                <w:i/>
                <w:iCs/>
                <w:sz w:val="18"/>
              </w:rPr>
              <w:t>Sphyraena_ensis</w:t>
            </w:r>
          </w:p>
        </w:tc>
        <w:tc>
          <w:tcPr>
            <w:tcW w:w="4680" w:type="dxa"/>
            <w:tcMar>
              <w:top w:w="20" w:type="dxa"/>
              <w:left w:w="50" w:type="dxa"/>
              <w:bottom w:w="20" w:type="dxa"/>
              <w:right w:w="50" w:type="dxa"/>
            </w:tcMar>
          </w:tcPr>
          <w:p w14:paraId="2053A7DB" w14:textId="77777777" w:rsidR="00292F36" w:rsidRDefault="00000000">
            <w:r>
              <w:rPr>
                <w:sz w:val="18"/>
              </w:rPr>
              <w:t>Y</w:t>
            </w:r>
          </w:p>
        </w:tc>
      </w:tr>
      <w:tr w:rsidR="00292F36" w14:paraId="0A3F9447" w14:textId="77777777">
        <w:tc>
          <w:tcPr>
            <w:tcW w:w="4680" w:type="dxa"/>
            <w:tcMar>
              <w:top w:w="20" w:type="dxa"/>
              <w:left w:w="50" w:type="dxa"/>
              <w:bottom w:w="20" w:type="dxa"/>
              <w:right w:w="50" w:type="dxa"/>
            </w:tcMar>
          </w:tcPr>
          <w:p w14:paraId="7DC3C798" w14:textId="77777777" w:rsidR="00292F36" w:rsidRPr="00E31FAA" w:rsidRDefault="00000000">
            <w:pPr>
              <w:rPr>
                <w:i/>
                <w:iCs/>
              </w:rPr>
            </w:pPr>
            <w:r w:rsidRPr="00E31FAA">
              <w:rPr>
                <w:i/>
                <w:iCs/>
                <w:sz w:val="18"/>
              </w:rPr>
              <w:t>Sphyraena_lucasa</w:t>
            </w:r>
          </w:p>
        </w:tc>
        <w:tc>
          <w:tcPr>
            <w:tcW w:w="4680" w:type="dxa"/>
            <w:tcMar>
              <w:top w:w="20" w:type="dxa"/>
              <w:left w:w="50" w:type="dxa"/>
              <w:bottom w:w="20" w:type="dxa"/>
              <w:right w:w="50" w:type="dxa"/>
            </w:tcMar>
          </w:tcPr>
          <w:p w14:paraId="5ACD1F88" w14:textId="77777777" w:rsidR="00292F36" w:rsidRDefault="00000000">
            <w:r>
              <w:rPr>
                <w:sz w:val="18"/>
              </w:rPr>
              <w:t>Y</w:t>
            </w:r>
          </w:p>
        </w:tc>
      </w:tr>
      <w:tr w:rsidR="00292F36" w14:paraId="6F9D0671" w14:textId="77777777">
        <w:tc>
          <w:tcPr>
            <w:tcW w:w="4680" w:type="dxa"/>
            <w:tcMar>
              <w:top w:w="20" w:type="dxa"/>
              <w:left w:w="50" w:type="dxa"/>
              <w:bottom w:w="20" w:type="dxa"/>
              <w:right w:w="50" w:type="dxa"/>
            </w:tcMar>
          </w:tcPr>
          <w:p w14:paraId="44282289" w14:textId="77777777" w:rsidR="00292F36" w:rsidRPr="00E31FAA" w:rsidRDefault="00000000">
            <w:pPr>
              <w:rPr>
                <w:i/>
                <w:iCs/>
              </w:rPr>
            </w:pPr>
            <w:r w:rsidRPr="00E31FAA">
              <w:rPr>
                <w:i/>
                <w:iCs/>
                <w:sz w:val="18"/>
              </w:rPr>
              <w:t>Atractoscion_nobilis</w:t>
            </w:r>
          </w:p>
        </w:tc>
        <w:tc>
          <w:tcPr>
            <w:tcW w:w="4680" w:type="dxa"/>
            <w:tcMar>
              <w:top w:w="20" w:type="dxa"/>
              <w:left w:w="50" w:type="dxa"/>
              <w:bottom w:w="20" w:type="dxa"/>
              <w:right w:w="50" w:type="dxa"/>
            </w:tcMar>
          </w:tcPr>
          <w:p w14:paraId="52C1CB31" w14:textId="77777777" w:rsidR="00292F36" w:rsidRDefault="00000000">
            <w:r>
              <w:rPr>
                <w:sz w:val="18"/>
              </w:rPr>
              <w:t>Y</w:t>
            </w:r>
          </w:p>
        </w:tc>
      </w:tr>
      <w:tr w:rsidR="00292F36" w14:paraId="672C19C0" w14:textId="77777777">
        <w:tc>
          <w:tcPr>
            <w:tcW w:w="4680" w:type="dxa"/>
            <w:tcMar>
              <w:top w:w="20" w:type="dxa"/>
              <w:left w:w="50" w:type="dxa"/>
              <w:bottom w:w="20" w:type="dxa"/>
              <w:right w:w="50" w:type="dxa"/>
            </w:tcMar>
          </w:tcPr>
          <w:p w14:paraId="760D0F9D" w14:textId="77777777" w:rsidR="00292F36" w:rsidRPr="00E31FAA" w:rsidRDefault="00000000">
            <w:pPr>
              <w:rPr>
                <w:i/>
                <w:iCs/>
              </w:rPr>
            </w:pPr>
            <w:r w:rsidRPr="00E31FAA">
              <w:rPr>
                <w:i/>
                <w:iCs/>
                <w:sz w:val="18"/>
              </w:rPr>
              <w:t>Bairdiella_incistia</w:t>
            </w:r>
          </w:p>
        </w:tc>
        <w:tc>
          <w:tcPr>
            <w:tcW w:w="4680" w:type="dxa"/>
            <w:tcMar>
              <w:top w:w="20" w:type="dxa"/>
              <w:left w:w="50" w:type="dxa"/>
              <w:bottom w:w="20" w:type="dxa"/>
              <w:right w:w="50" w:type="dxa"/>
            </w:tcMar>
          </w:tcPr>
          <w:p w14:paraId="6E1CEFE5" w14:textId="77777777" w:rsidR="00292F36" w:rsidRDefault="00000000">
            <w:r>
              <w:rPr>
                <w:sz w:val="18"/>
              </w:rPr>
              <w:t>Y</w:t>
            </w:r>
          </w:p>
        </w:tc>
      </w:tr>
      <w:tr w:rsidR="00292F36" w14:paraId="2BA9C6AC" w14:textId="77777777">
        <w:tc>
          <w:tcPr>
            <w:tcW w:w="4680" w:type="dxa"/>
            <w:tcMar>
              <w:top w:w="20" w:type="dxa"/>
              <w:left w:w="50" w:type="dxa"/>
              <w:bottom w:w="20" w:type="dxa"/>
              <w:right w:w="50" w:type="dxa"/>
            </w:tcMar>
          </w:tcPr>
          <w:p w14:paraId="21E4DACE" w14:textId="77777777" w:rsidR="00292F36" w:rsidRPr="00E31FAA" w:rsidRDefault="00000000">
            <w:pPr>
              <w:rPr>
                <w:i/>
                <w:iCs/>
              </w:rPr>
            </w:pPr>
            <w:r w:rsidRPr="00E31FAA">
              <w:rPr>
                <w:i/>
                <w:iCs/>
                <w:sz w:val="18"/>
              </w:rPr>
              <w:t>Cheilotrema_saturnum</w:t>
            </w:r>
          </w:p>
        </w:tc>
        <w:tc>
          <w:tcPr>
            <w:tcW w:w="4680" w:type="dxa"/>
            <w:tcMar>
              <w:top w:w="20" w:type="dxa"/>
              <w:left w:w="50" w:type="dxa"/>
              <w:bottom w:w="20" w:type="dxa"/>
              <w:right w:w="50" w:type="dxa"/>
            </w:tcMar>
          </w:tcPr>
          <w:p w14:paraId="63AAD492" w14:textId="77777777" w:rsidR="00292F36" w:rsidRDefault="00000000">
            <w:r>
              <w:rPr>
                <w:sz w:val="18"/>
              </w:rPr>
              <w:t>Y</w:t>
            </w:r>
          </w:p>
        </w:tc>
      </w:tr>
      <w:tr w:rsidR="00292F36" w14:paraId="04115316" w14:textId="77777777">
        <w:tc>
          <w:tcPr>
            <w:tcW w:w="4680" w:type="dxa"/>
            <w:tcMar>
              <w:top w:w="20" w:type="dxa"/>
              <w:left w:w="50" w:type="dxa"/>
              <w:bottom w:w="20" w:type="dxa"/>
              <w:right w:w="50" w:type="dxa"/>
            </w:tcMar>
          </w:tcPr>
          <w:p w14:paraId="2B3781F6" w14:textId="77777777" w:rsidR="00292F36" w:rsidRPr="00E31FAA" w:rsidRDefault="00000000">
            <w:pPr>
              <w:rPr>
                <w:i/>
                <w:iCs/>
              </w:rPr>
            </w:pPr>
            <w:r w:rsidRPr="00E31FAA">
              <w:rPr>
                <w:i/>
                <w:iCs/>
                <w:sz w:val="18"/>
              </w:rPr>
              <w:t>Cynoscion_othonopterus</w:t>
            </w:r>
          </w:p>
        </w:tc>
        <w:tc>
          <w:tcPr>
            <w:tcW w:w="4680" w:type="dxa"/>
            <w:tcMar>
              <w:top w:w="20" w:type="dxa"/>
              <w:left w:w="50" w:type="dxa"/>
              <w:bottom w:w="20" w:type="dxa"/>
              <w:right w:w="50" w:type="dxa"/>
            </w:tcMar>
          </w:tcPr>
          <w:p w14:paraId="0B818D2B" w14:textId="77777777" w:rsidR="00292F36" w:rsidRDefault="00000000">
            <w:r>
              <w:rPr>
                <w:sz w:val="18"/>
              </w:rPr>
              <w:t>Y</w:t>
            </w:r>
          </w:p>
        </w:tc>
      </w:tr>
      <w:tr w:rsidR="00292F36" w14:paraId="51D08C48" w14:textId="77777777">
        <w:tc>
          <w:tcPr>
            <w:tcW w:w="4680" w:type="dxa"/>
            <w:tcMar>
              <w:top w:w="20" w:type="dxa"/>
              <w:left w:w="50" w:type="dxa"/>
              <w:bottom w:w="20" w:type="dxa"/>
              <w:right w:w="50" w:type="dxa"/>
            </w:tcMar>
          </w:tcPr>
          <w:p w14:paraId="27AD29C4" w14:textId="77777777" w:rsidR="00292F36" w:rsidRPr="00E31FAA" w:rsidRDefault="00000000">
            <w:pPr>
              <w:rPr>
                <w:i/>
                <w:iCs/>
              </w:rPr>
            </w:pPr>
            <w:r w:rsidRPr="00E31FAA">
              <w:rPr>
                <w:i/>
                <w:iCs/>
                <w:sz w:val="18"/>
              </w:rPr>
              <w:t>Cynoscion_parvipinnis</w:t>
            </w:r>
          </w:p>
        </w:tc>
        <w:tc>
          <w:tcPr>
            <w:tcW w:w="4680" w:type="dxa"/>
            <w:tcMar>
              <w:top w:w="20" w:type="dxa"/>
              <w:left w:w="50" w:type="dxa"/>
              <w:bottom w:w="20" w:type="dxa"/>
              <w:right w:w="50" w:type="dxa"/>
            </w:tcMar>
          </w:tcPr>
          <w:p w14:paraId="39281593" w14:textId="77777777" w:rsidR="00292F36" w:rsidRDefault="00000000">
            <w:r>
              <w:rPr>
                <w:sz w:val="18"/>
              </w:rPr>
              <w:t>Y</w:t>
            </w:r>
          </w:p>
        </w:tc>
      </w:tr>
      <w:tr w:rsidR="00292F36" w14:paraId="500C31FB" w14:textId="77777777">
        <w:tc>
          <w:tcPr>
            <w:tcW w:w="4680" w:type="dxa"/>
            <w:tcMar>
              <w:top w:w="20" w:type="dxa"/>
              <w:left w:w="50" w:type="dxa"/>
              <w:bottom w:w="20" w:type="dxa"/>
              <w:right w:w="50" w:type="dxa"/>
            </w:tcMar>
          </w:tcPr>
          <w:p w14:paraId="48A284DE" w14:textId="77777777" w:rsidR="00292F36" w:rsidRPr="00E31FAA" w:rsidRDefault="00000000">
            <w:pPr>
              <w:rPr>
                <w:i/>
                <w:iCs/>
              </w:rPr>
            </w:pPr>
            <w:r w:rsidRPr="00E31FAA">
              <w:rPr>
                <w:i/>
                <w:iCs/>
                <w:sz w:val="18"/>
              </w:rPr>
              <w:t>Cynoscion_reticulatus</w:t>
            </w:r>
          </w:p>
        </w:tc>
        <w:tc>
          <w:tcPr>
            <w:tcW w:w="4680" w:type="dxa"/>
            <w:tcMar>
              <w:top w:w="20" w:type="dxa"/>
              <w:left w:w="50" w:type="dxa"/>
              <w:bottom w:w="20" w:type="dxa"/>
              <w:right w:w="50" w:type="dxa"/>
            </w:tcMar>
          </w:tcPr>
          <w:p w14:paraId="1DD002E8" w14:textId="77777777" w:rsidR="00292F36" w:rsidRDefault="00000000">
            <w:r>
              <w:rPr>
                <w:sz w:val="18"/>
              </w:rPr>
              <w:t>Y</w:t>
            </w:r>
          </w:p>
        </w:tc>
      </w:tr>
      <w:tr w:rsidR="00292F36" w14:paraId="1214B500" w14:textId="77777777">
        <w:tc>
          <w:tcPr>
            <w:tcW w:w="4680" w:type="dxa"/>
            <w:tcMar>
              <w:top w:w="20" w:type="dxa"/>
              <w:left w:w="50" w:type="dxa"/>
              <w:bottom w:w="20" w:type="dxa"/>
              <w:right w:w="50" w:type="dxa"/>
            </w:tcMar>
          </w:tcPr>
          <w:p w14:paraId="7EE650C2" w14:textId="77777777" w:rsidR="00292F36" w:rsidRPr="00E31FAA" w:rsidRDefault="00000000">
            <w:pPr>
              <w:rPr>
                <w:i/>
                <w:iCs/>
              </w:rPr>
            </w:pPr>
            <w:r w:rsidRPr="00E31FAA">
              <w:rPr>
                <w:i/>
                <w:iCs/>
                <w:sz w:val="18"/>
              </w:rPr>
              <w:t>Cynoscion_xanthulus</w:t>
            </w:r>
          </w:p>
        </w:tc>
        <w:tc>
          <w:tcPr>
            <w:tcW w:w="4680" w:type="dxa"/>
            <w:tcMar>
              <w:top w:w="20" w:type="dxa"/>
              <w:left w:w="50" w:type="dxa"/>
              <w:bottom w:w="20" w:type="dxa"/>
              <w:right w:w="50" w:type="dxa"/>
            </w:tcMar>
          </w:tcPr>
          <w:p w14:paraId="64B515DD" w14:textId="77777777" w:rsidR="00292F36" w:rsidRDefault="00000000">
            <w:r>
              <w:rPr>
                <w:sz w:val="18"/>
              </w:rPr>
              <w:t>Y</w:t>
            </w:r>
          </w:p>
        </w:tc>
      </w:tr>
      <w:tr w:rsidR="00292F36" w14:paraId="4879C4A7" w14:textId="77777777">
        <w:tc>
          <w:tcPr>
            <w:tcW w:w="4680" w:type="dxa"/>
            <w:tcMar>
              <w:top w:w="20" w:type="dxa"/>
              <w:left w:w="50" w:type="dxa"/>
              <w:bottom w:w="20" w:type="dxa"/>
              <w:right w:w="50" w:type="dxa"/>
            </w:tcMar>
          </w:tcPr>
          <w:p w14:paraId="3F708230" w14:textId="77777777" w:rsidR="00292F36" w:rsidRPr="00E31FAA" w:rsidRDefault="00000000">
            <w:pPr>
              <w:rPr>
                <w:i/>
                <w:iCs/>
              </w:rPr>
            </w:pPr>
            <w:r w:rsidRPr="00E31FAA">
              <w:rPr>
                <w:i/>
                <w:iCs/>
                <w:sz w:val="18"/>
              </w:rPr>
              <w:t>Larimus_acclivis</w:t>
            </w:r>
          </w:p>
        </w:tc>
        <w:tc>
          <w:tcPr>
            <w:tcW w:w="4680" w:type="dxa"/>
            <w:tcMar>
              <w:top w:w="20" w:type="dxa"/>
              <w:left w:w="50" w:type="dxa"/>
              <w:bottom w:w="20" w:type="dxa"/>
              <w:right w:w="50" w:type="dxa"/>
            </w:tcMar>
          </w:tcPr>
          <w:p w14:paraId="5A3F4653" w14:textId="77777777" w:rsidR="00292F36" w:rsidRDefault="00000000">
            <w:r>
              <w:rPr>
                <w:sz w:val="18"/>
              </w:rPr>
              <w:t>Y</w:t>
            </w:r>
          </w:p>
        </w:tc>
      </w:tr>
      <w:tr w:rsidR="00292F36" w14:paraId="140735D5" w14:textId="77777777">
        <w:tc>
          <w:tcPr>
            <w:tcW w:w="4680" w:type="dxa"/>
            <w:tcMar>
              <w:top w:w="20" w:type="dxa"/>
              <w:left w:w="50" w:type="dxa"/>
              <w:bottom w:w="20" w:type="dxa"/>
              <w:right w:w="50" w:type="dxa"/>
            </w:tcMar>
          </w:tcPr>
          <w:p w14:paraId="027A2718" w14:textId="77777777" w:rsidR="00292F36" w:rsidRPr="00E31FAA" w:rsidRDefault="00000000">
            <w:pPr>
              <w:rPr>
                <w:i/>
                <w:iCs/>
              </w:rPr>
            </w:pPr>
            <w:r w:rsidRPr="00E31FAA">
              <w:rPr>
                <w:i/>
                <w:iCs/>
                <w:sz w:val="18"/>
              </w:rPr>
              <w:t>Menticirrhus_nasus</w:t>
            </w:r>
          </w:p>
        </w:tc>
        <w:tc>
          <w:tcPr>
            <w:tcW w:w="4680" w:type="dxa"/>
            <w:tcMar>
              <w:top w:w="20" w:type="dxa"/>
              <w:left w:w="50" w:type="dxa"/>
              <w:bottom w:w="20" w:type="dxa"/>
              <w:right w:w="50" w:type="dxa"/>
            </w:tcMar>
          </w:tcPr>
          <w:p w14:paraId="233A70D4" w14:textId="77777777" w:rsidR="00292F36" w:rsidRDefault="00000000">
            <w:r>
              <w:rPr>
                <w:sz w:val="18"/>
              </w:rPr>
              <w:t>Y</w:t>
            </w:r>
          </w:p>
        </w:tc>
      </w:tr>
      <w:tr w:rsidR="00292F36" w14:paraId="234E3697" w14:textId="77777777">
        <w:tc>
          <w:tcPr>
            <w:tcW w:w="4680" w:type="dxa"/>
            <w:tcMar>
              <w:top w:w="20" w:type="dxa"/>
              <w:left w:w="50" w:type="dxa"/>
              <w:bottom w:w="20" w:type="dxa"/>
              <w:right w:w="50" w:type="dxa"/>
            </w:tcMar>
          </w:tcPr>
          <w:p w14:paraId="73A8FB6D" w14:textId="77777777" w:rsidR="00292F36" w:rsidRPr="00E31FAA" w:rsidRDefault="00000000">
            <w:pPr>
              <w:rPr>
                <w:i/>
                <w:iCs/>
              </w:rPr>
            </w:pPr>
            <w:r w:rsidRPr="00E31FAA">
              <w:rPr>
                <w:i/>
                <w:iCs/>
                <w:sz w:val="18"/>
              </w:rPr>
              <w:t>Menticirrhus_panamensis</w:t>
            </w:r>
          </w:p>
        </w:tc>
        <w:tc>
          <w:tcPr>
            <w:tcW w:w="4680" w:type="dxa"/>
            <w:tcMar>
              <w:top w:w="20" w:type="dxa"/>
              <w:left w:w="50" w:type="dxa"/>
              <w:bottom w:w="20" w:type="dxa"/>
              <w:right w:w="50" w:type="dxa"/>
            </w:tcMar>
          </w:tcPr>
          <w:p w14:paraId="34C276A4" w14:textId="77777777" w:rsidR="00292F36" w:rsidRDefault="00000000">
            <w:r>
              <w:rPr>
                <w:sz w:val="18"/>
              </w:rPr>
              <w:t>Y</w:t>
            </w:r>
          </w:p>
        </w:tc>
      </w:tr>
      <w:tr w:rsidR="00292F36" w14:paraId="49F23452" w14:textId="77777777">
        <w:tc>
          <w:tcPr>
            <w:tcW w:w="4680" w:type="dxa"/>
            <w:tcMar>
              <w:top w:w="20" w:type="dxa"/>
              <w:left w:w="50" w:type="dxa"/>
              <w:bottom w:w="20" w:type="dxa"/>
              <w:right w:w="50" w:type="dxa"/>
            </w:tcMar>
          </w:tcPr>
          <w:p w14:paraId="0A90FD80" w14:textId="77777777" w:rsidR="00292F36" w:rsidRPr="00E31FAA" w:rsidRDefault="00000000">
            <w:pPr>
              <w:rPr>
                <w:i/>
                <w:iCs/>
              </w:rPr>
            </w:pPr>
            <w:r w:rsidRPr="00E31FAA">
              <w:rPr>
                <w:i/>
                <w:iCs/>
                <w:sz w:val="18"/>
              </w:rPr>
              <w:t>Menticirrhus_undulatus</w:t>
            </w:r>
          </w:p>
        </w:tc>
        <w:tc>
          <w:tcPr>
            <w:tcW w:w="4680" w:type="dxa"/>
            <w:tcMar>
              <w:top w:w="20" w:type="dxa"/>
              <w:left w:w="50" w:type="dxa"/>
              <w:bottom w:w="20" w:type="dxa"/>
              <w:right w:w="50" w:type="dxa"/>
            </w:tcMar>
          </w:tcPr>
          <w:p w14:paraId="7759C547" w14:textId="77777777" w:rsidR="00292F36" w:rsidRDefault="00000000">
            <w:r>
              <w:rPr>
                <w:sz w:val="18"/>
              </w:rPr>
              <w:t>Y</w:t>
            </w:r>
          </w:p>
        </w:tc>
      </w:tr>
      <w:tr w:rsidR="00292F36" w14:paraId="05CDAAC2" w14:textId="77777777">
        <w:tc>
          <w:tcPr>
            <w:tcW w:w="4680" w:type="dxa"/>
            <w:tcMar>
              <w:top w:w="20" w:type="dxa"/>
              <w:left w:w="50" w:type="dxa"/>
              <w:bottom w:w="20" w:type="dxa"/>
              <w:right w:w="50" w:type="dxa"/>
            </w:tcMar>
          </w:tcPr>
          <w:p w14:paraId="6BCE0D78" w14:textId="77777777" w:rsidR="00292F36" w:rsidRPr="00E31FAA" w:rsidRDefault="00000000">
            <w:pPr>
              <w:rPr>
                <w:i/>
                <w:iCs/>
              </w:rPr>
            </w:pPr>
            <w:r w:rsidRPr="00E31FAA">
              <w:rPr>
                <w:i/>
                <w:iCs/>
                <w:sz w:val="18"/>
              </w:rPr>
              <w:t>Micropogonias_megalops</w:t>
            </w:r>
          </w:p>
        </w:tc>
        <w:tc>
          <w:tcPr>
            <w:tcW w:w="4680" w:type="dxa"/>
            <w:tcMar>
              <w:top w:w="20" w:type="dxa"/>
              <w:left w:w="50" w:type="dxa"/>
              <w:bottom w:w="20" w:type="dxa"/>
              <w:right w:w="50" w:type="dxa"/>
            </w:tcMar>
          </w:tcPr>
          <w:p w14:paraId="5AE7B312" w14:textId="77777777" w:rsidR="00292F36" w:rsidRDefault="00000000">
            <w:r>
              <w:rPr>
                <w:sz w:val="18"/>
              </w:rPr>
              <w:t>Y</w:t>
            </w:r>
          </w:p>
        </w:tc>
      </w:tr>
      <w:tr w:rsidR="00292F36" w14:paraId="1849A3C3" w14:textId="77777777">
        <w:tc>
          <w:tcPr>
            <w:tcW w:w="4680" w:type="dxa"/>
            <w:tcMar>
              <w:top w:w="20" w:type="dxa"/>
              <w:left w:w="50" w:type="dxa"/>
              <w:bottom w:w="20" w:type="dxa"/>
              <w:right w:w="50" w:type="dxa"/>
            </w:tcMar>
          </w:tcPr>
          <w:p w14:paraId="3E1C9990" w14:textId="77777777" w:rsidR="00292F36" w:rsidRPr="00E31FAA" w:rsidRDefault="00000000">
            <w:pPr>
              <w:rPr>
                <w:i/>
                <w:iCs/>
              </w:rPr>
            </w:pPr>
            <w:r w:rsidRPr="00E31FAA">
              <w:rPr>
                <w:i/>
                <w:iCs/>
                <w:sz w:val="18"/>
              </w:rPr>
              <w:t>Roncador_stearnsii</w:t>
            </w:r>
          </w:p>
        </w:tc>
        <w:tc>
          <w:tcPr>
            <w:tcW w:w="4680" w:type="dxa"/>
            <w:tcMar>
              <w:top w:w="20" w:type="dxa"/>
              <w:left w:w="50" w:type="dxa"/>
              <w:bottom w:w="20" w:type="dxa"/>
              <w:right w:w="50" w:type="dxa"/>
            </w:tcMar>
          </w:tcPr>
          <w:p w14:paraId="6A3BEEEB" w14:textId="77777777" w:rsidR="00292F36" w:rsidRDefault="00000000">
            <w:r>
              <w:rPr>
                <w:sz w:val="18"/>
              </w:rPr>
              <w:t>Y</w:t>
            </w:r>
          </w:p>
        </w:tc>
      </w:tr>
      <w:tr w:rsidR="00292F36" w14:paraId="23546CE9" w14:textId="77777777">
        <w:tc>
          <w:tcPr>
            <w:tcW w:w="4680" w:type="dxa"/>
            <w:tcMar>
              <w:top w:w="20" w:type="dxa"/>
              <w:left w:w="50" w:type="dxa"/>
              <w:bottom w:w="20" w:type="dxa"/>
              <w:right w:w="50" w:type="dxa"/>
            </w:tcMar>
          </w:tcPr>
          <w:p w14:paraId="5C1C2304" w14:textId="77777777" w:rsidR="00292F36" w:rsidRPr="00E31FAA" w:rsidRDefault="00000000">
            <w:pPr>
              <w:rPr>
                <w:i/>
                <w:iCs/>
              </w:rPr>
            </w:pPr>
            <w:r w:rsidRPr="00E31FAA">
              <w:rPr>
                <w:i/>
                <w:iCs/>
                <w:sz w:val="18"/>
              </w:rPr>
              <w:t>Umbrina_roncador</w:t>
            </w:r>
          </w:p>
        </w:tc>
        <w:tc>
          <w:tcPr>
            <w:tcW w:w="4680" w:type="dxa"/>
            <w:tcMar>
              <w:top w:w="20" w:type="dxa"/>
              <w:left w:w="50" w:type="dxa"/>
              <w:bottom w:w="20" w:type="dxa"/>
              <w:right w:w="50" w:type="dxa"/>
            </w:tcMar>
          </w:tcPr>
          <w:p w14:paraId="3E782C9E" w14:textId="77777777" w:rsidR="00292F36" w:rsidRDefault="00000000">
            <w:r>
              <w:rPr>
                <w:sz w:val="18"/>
              </w:rPr>
              <w:t>Y</w:t>
            </w:r>
          </w:p>
        </w:tc>
      </w:tr>
      <w:tr w:rsidR="00292F36" w14:paraId="3DCD1771" w14:textId="77777777">
        <w:tc>
          <w:tcPr>
            <w:tcW w:w="4680" w:type="dxa"/>
            <w:tcMar>
              <w:top w:w="20" w:type="dxa"/>
              <w:left w:w="50" w:type="dxa"/>
              <w:bottom w:w="20" w:type="dxa"/>
              <w:right w:w="50" w:type="dxa"/>
            </w:tcMar>
          </w:tcPr>
          <w:p w14:paraId="78E2F35E" w14:textId="77777777" w:rsidR="00292F36" w:rsidRPr="00E31FAA" w:rsidRDefault="00000000">
            <w:pPr>
              <w:rPr>
                <w:i/>
                <w:iCs/>
              </w:rPr>
            </w:pPr>
            <w:r w:rsidRPr="00E31FAA">
              <w:rPr>
                <w:i/>
                <w:iCs/>
                <w:sz w:val="18"/>
              </w:rPr>
              <w:t>Umbrina_xanti</w:t>
            </w:r>
          </w:p>
        </w:tc>
        <w:tc>
          <w:tcPr>
            <w:tcW w:w="4680" w:type="dxa"/>
            <w:tcMar>
              <w:top w:w="20" w:type="dxa"/>
              <w:left w:w="50" w:type="dxa"/>
              <w:bottom w:w="20" w:type="dxa"/>
              <w:right w:w="50" w:type="dxa"/>
            </w:tcMar>
          </w:tcPr>
          <w:p w14:paraId="359F5D5A" w14:textId="77777777" w:rsidR="00292F36" w:rsidRDefault="00000000">
            <w:r>
              <w:rPr>
                <w:sz w:val="18"/>
              </w:rPr>
              <w:t>Y</w:t>
            </w:r>
          </w:p>
        </w:tc>
      </w:tr>
      <w:tr w:rsidR="00292F36" w14:paraId="518B0B61" w14:textId="77777777">
        <w:tc>
          <w:tcPr>
            <w:tcW w:w="4680" w:type="dxa"/>
            <w:tcMar>
              <w:top w:w="20" w:type="dxa"/>
              <w:left w:w="50" w:type="dxa"/>
              <w:bottom w:w="20" w:type="dxa"/>
              <w:right w:w="50" w:type="dxa"/>
            </w:tcMar>
          </w:tcPr>
          <w:p w14:paraId="00092A6A" w14:textId="77777777" w:rsidR="00292F36" w:rsidRPr="00E31FAA" w:rsidRDefault="00000000">
            <w:pPr>
              <w:rPr>
                <w:i/>
                <w:iCs/>
              </w:rPr>
            </w:pPr>
            <w:r w:rsidRPr="00E31FAA">
              <w:rPr>
                <w:i/>
                <w:iCs/>
                <w:sz w:val="18"/>
              </w:rPr>
              <w:t>Hoplopagrus_guntheri</w:t>
            </w:r>
          </w:p>
        </w:tc>
        <w:tc>
          <w:tcPr>
            <w:tcW w:w="4680" w:type="dxa"/>
            <w:tcMar>
              <w:top w:w="20" w:type="dxa"/>
              <w:left w:w="50" w:type="dxa"/>
              <w:bottom w:w="20" w:type="dxa"/>
              <w:right w:w="50" w:type="dxa"/>
            </w:tcMar>
          </w:tcPr>
          <w:p w14:paraId="7AACC83F" w14:textId="77777777" w:rsidR="00292F36" w:rsidRDefault="00000000">
            <w:r>
              <w:rPr>
                <w:sz w:val="18"/>
              </w:rPr>
              <w:t>Y</w:t>
            </w:r>
          </w:p>
        </w:tc>
      </w:tr>
      <w:tr w:rsidR="00292F36" w14:paraId="65F5A40B" w14:textId="77777777">
        <w:tc>
          <w:tcPr>
            <w:tcW w:w="4680" w:type="dxa"/>
            <w:tcMar>
              <w:top w:w="20" w:type="dxa"/>
              <w:left w:w="50" w:type="dxa"/>
              <w:bottom w:w="20" w:type="dxa"/>
              <w:right w:w="50" w:type="dxa"/>
            </w:tcMar>
          </w:tcPr>
          <w:p w14:paraId="5E405E54" w14:textId="77777777" w:rsidR="00292F36" w:rsidRPr="00E31FAA" w:rsidRDefault="00000000">
            <w:pPr>
              <w:rPr>
                <w:i/>
                <w:iCs/>
              </w:rPr>
            </w:pPr>
            <w:r w:rsidRPr="00E31FAA">
              <w:rPr>
                <w:i/>
                <w:iCs/>
                <w:sz w:val="18"/>
              </w:rPr>
              <w:t>Lutjanus_argentiventris</w:t>
            </w:r>
          </w:p>
        </w:tc>
        <w:tc>
          <w:tcPr>
            <w:tcW w:w="4680" w:type="dxa"/>
            <w:tcMar>
              <w:top w:w="20" w:type="dxa"/>
              <w:left w:w="50" w:type="dxa"/>
              <w:bottom w:w="20" w:type="dxa"/>
              <w:right w:w="50" w:type="dxa"/>
            </w:tcMar>
          </w:tcPr>
          <w:p w14:paraId="666FB167" w14:textId="77777777" w:rsidR="00292F36" w:rsidRDefault="00000000">
            <w:r>
              <w:rPr>
                <w:sz w:val="18"/>
              </w:rPr>
              <w:t>Y</w:t>
            </w:r>
          </w:p>
        </w:tc>
      </w:tr>
      <w:tr w:rsidR="00292F36" w14:paraId="009C6034" w14:textId="77777777">
        <w:tc>
          <w:tcPr>
            <w:tcW w:w="4680" w:type="dxa"/>
            <w:tcMar>
              <w:top w:w="20" w:type="dxa"/>
              <w:left w:w="50" w:type="dxa"/>
              <w:bottom w:w="20" w:type="dxa"/>
              <w:right w:w="50" w:type="dxa"/>
            </w:tcMar>
          </w:tcPr>
          <w:p w14:paraId="1BA31BDB" w14:textId="77777777" w:rsidR="00292F36" w:rsidRPr="00E31FAA" w:rsidRDefault="00000000">
            <w:pPr>
              <w:rPr>
                <w:i/>
                <w:iCs/>
              </w:rPr>
            </w:pPr>
            <w:r w:rsidRPr="00E31FAA">
              <w:rPr>
                <w:i/>
                <w:iCs/>
                <w:sz w:val="18"/>
              </w:rPr>
              <w:t>Lutjanus_colorado</w:t>
            </w:r>
          </w:p>
        </w:tc>
        <w:tc>
          <w:tcPr>
            <w:tcW w:w="4680" w:type="dxa"/>
            <w:tcMar>
              <w:top w:w="20" w:type="dxa"/>
              <w:left w:w="50" w:type="dxa"/>
              <w:bottom w:w="20" w:type="dxa"/>
              <w:right w:w="50" w:type="dxa"/>
            </w:tcMar>
          </w:tcPr>
          <w:p w14:paraId="5B705C93" w14:textId="77777777" w:rsidR="00292F36" w:rsidRDefault="00000000">
            <w:r>
              <w:rPr>
                <w:sz w:val="18"/>
              </w:rPr>
              <w:t>Y</w:t>
            </w:r>
          </w:p>
        </w:tc>
      </w:tr>
      <w:tr w:rsidR="00292F36" w14:paraId="4A187C9D" w14:textId="77777777">
        <w:tc>
          <w:tcPr>
            <w:tcW w:w="4680" w:type="dxa"/>
            <w:tcMar>
              <w:top w:w="20" w:type="dxa"/>
              <w:left w:w="50" w:type="dxa"/>
              <w:bottom w:w="20" w:type="dxa"/>
              <w:right w:w="50" w:type="dxa"/>
            </w:tcMar>
          </w:tcPr>
          <w:p w14:paraId="0A23547B" w14:textId="77777777" w:rsidR="00292F36" w:rsidRPr="00E31FAA" w:rsidRDefault="00000000">
            <w:pPr>
              <w:rPr>
                <w:i/>
                <w:iCs/>
              </w:rPr>
            </w:pPr>
            <w:r w:rsidRPr="00E31FAA">
              <w:rPr>
                <w:i/>
                <w:iCs/>
                <w:sz w:val="18"/>
              </w:rPr>
              <w:t>Lutjanus_guttatus</w:t>
            </w:r>
          </w:p>
        </w:tc>
        <w:tc>
          <w:tcPr>
            <w:tcW w:w="4680" w:type="dxa"/>
            <w:tcMar>
              <w:top w:w="20" w:type="dxa"/>
              <w:left w:w="50" w:type="dxa"/>
              <w:bottom w:w="20" w:type="dxa"/>
              <w:right w:w="50" w:type="dxa"/>
            </w:tcMar>
          </w:tcPr>
          <w:p w14:paraId="086C9EE5" w14:textId="77777777" w:rsidR="00292F36" w:rsidRDefault="00000000">
            <w:r>
              <w:rPr>
                <w:sz w:val="18"/>
              </w:rPr>
              <w:t>Y</w:t>
            </w:r>
          </w:p>
        </w:tc>
      </w:tr>
      <w:tr w:rsidR="00292F36" w14:paraId="20D46171" w14:textId="77777777">
        <w:tc>
          <w:tcPr>
            <w:tcW w:w="4680" w:type="dxa"/>
            <w:tcMar>
              <w:top w:w="20" w:type="dxa"/>
              <w:left w:w="50" w:type="dxa"/>
              <w:bottom w:w="20" w:type="dxa"/>
              <w:right w:w="50" w:type="dxa"/>
            </w:tcMar>
          </w:tcPr>
          <w:p w14:paraId="287164D2" w14:textId="77777777" w:rsidR="00292F36" w:rsidRPr="00E31FAA" w:rsidRDefault="00000000">
            <w:pPr>
              <w:rPr>
                <w:i/>
                <w:iCs/>
              </w:rPr>
            </w:pPr>
            <w:r w:rsidRPr="00E31FAA">
              <w:rPr>
                <w:i/>
                <w:iCs/>
                <w:sz w:val="18"/>
              </w:rPr>
              <w:t>Lutjanus_novemfasciatus</w:t>
            </w:r>
          </w:p>
        </w:tc>
        <w:tc>
          <w:tcPr>
            <w:tcW w:w="4680" w:type="dxa"/>
            <w:tcMar>
              <w:top w:w="20" w:type="dxa"/>
              <w:left w:w="50" w:type="dxa"/>
              <w:bottom w:w="20" w:type="dxa"/>
              <w:right w:w="50" w:type="dxa"/>
            </w:tcMar>
          </w:tcPr>
          <w:p w14:paraId="21359CFD" w14:textId="77777777" w:rsidR="00292F36" w:rsidRDefault="00000000">
            <w:r>
              <w:rPr>
                <w:sz w:val="18"/>
              </w:rPr>
              <w:t>Y</w:t>
            </w:r>
          </w:p>
        </w:tc>
      </w:tr>
      <w:tr w:rsidR="00292F36" w14:paraId="16F193A0" w14:textId="77777777">
        <w:tc>
          <w:tcPr>
            <w:tcW w:w="4680" w:type="dxa"/>
            <w:tcMar>
              <w:top w:w="20" w:type="dxa"/>
              <w:left w:w="50" w:type="dxa"/>
              <w:bottom w:w="20" w:type="dxa"/>
              <w:right w:w="50" w:type="dxa"/>
            </w:tcMar>
          </w:tcPr>
          <w:p w14:paraId="0EAAE320" w14:textId="77777777" w:rsidR="00292F36" w:rsidRPr="00E31FAA" w:rsidRDefault="00000000">
            <w:pPr>
              <w:rPr>
                <w:i/>
                <w:iCs/>
              </w:rPr>
            </w:pPr>
            <w:r w:rsidRPr="00E31FAA">
              <w:rPr>
                <w:i/>
                <w:iCs/>
                <w:sz w:val="18"/>
              </w:rPr>
              <w:t>Lutjanus_peru</w:t>
            </w:r>
          </w:p>
        </w:tc>
        <w:tc>
          <w:tcPr>
            <w:tcW w:w="4680" w:type="dxa"/>
            <w:tcMar>
              <w:top w:w="20" w:type="dxa"/>
              <w:left w:w="50" w:type="dxa"/>
              <w:bottom w:w="20" w:type="dxa"/>
              <w:right w:w="50" w:type="dxa"/>
            </w:tcMar>
          </w:tcPr>
          <w:p w14:paraId="4CD80982" w14:textId="77777777" w:rsidR="00292F36" w:rsidRDefault="00000000">
            <w:r>
              <w:rPr>
                <w:sz w:val="18"/>
              </w:rPr>
              <w:t>Y</w:t>
            </w:r>
          </w:p>
        </w:tc>
      </w:tr>
      <w:tr w:rsidR="00292F36" w14:paraId="35A2947F" w14:textId="77777777">
        <w:tc>
          <w:tcPr>
            <w:tcW w:w="4680" w:type="dxa"/>
            <w:tcMar>
              <w:top w:w="20" w:type="dxa"/>
              <w:left w:w="50" w:type="dxa"/>
              <w:bottom w:w="20" w:type="dxa"/>
              <w:right w:w="50" w:type="dxa"/>
            </w:tcMar>
          </w:tcPr>
          <w:p w14:paraId="4CB91AF8" w14:textId="77777777" w:rsidR="00292F36" w:rsidRPr="00E31FAA" w:rsidRDefault="00000000">
            <w:pPr>
              <w:rPr>
                <w:i/>
                <w:iCs/>
              </w:rPr>
            </w:pPr>
            <w:r w:rsidRPr="00E31FAA">
              <w:rPr>
                <w:i/>
                <w:iCs/>
                <w:sz w:val="18"/>
              </w:rPr>
              <w:t>Caranx_caballus</w:t>
            </w:r>
          </w:p>
        </w:tc>
        <w:tc>
          <w:tcPr>
            <w:tcW w:w="4680" w:type="dxa"/>
            <w:tcMar>
              <w:top w:w="20" w:type="dxa"/>
              <w:left w:w="50" w:type="dxa"/>
              <w:bottom w:w="20" w:type="dxa"/>
              <w:right w:w="50" w:type="dxa"/>
            </w:tcMar>
          </w:tcPr>
          <w:p w14:paraId="744C7E9F" w14:textId="77777777" w:rsidR="00292F36" w:rsidRDefault="00000000">
            <w:r>
              <w:rPr>
                <w:sz w:val="18"/>
              </w:rPr>
              <w:t>Y</w:t>
            </w:r>
          </w:p>
        </w:tc>
      </w:tr>
      <w:tr w:rsidR="00292F36" w14:paraId="7475569F" w14:textId="77777777">
        <w:tc>
          <w:tcPr>
            <w:tcW w:w="4680" w:type="dxa"/>
            <w:tcMar>
              <w:top w:w="20" w:type="dxa"/>
              <w:left w:w="50" w:type="dxa"/>
              <w:bottom w:w="20" w:type="dxa"/>
              <w:right w:w="50" w:type="dxa"/>
            </w:tcMar>
          </w:tcPr>
          <w:p w14:paraId="392793D8" w14:textId="77777777" w:rsidR="00292F36" w:rsidRPr="00E31FAA" w:rsidRDefault="00000000">
            <w:pPr>
              <w:rPr>
                <w:i/>
                <w:iCs/>
              </w:rPr>
            </w:pPr>
            <w:r w:rsidRPr="00E31FAA">
              <w:rPr>
                <w:i/>
                <w:iCs/>
                <w:sz w:val="18"/>
              </w:rPr>
              <w:lastRenderedPageBreak/>
              <w:t>Caranx_caninus</w:t>
            </w:r>
          </w:p>
        </w:tc>
        <w:tc>
          <w:tcPr>
            <w:tcW w:w="4680" w:type="dxa"/>
            <w:tcMar>
              <w:top w:w="20" w:type="dxa"/>
              <w:left w:w="50" w:type="dxa"/>
              <w:bottom w:w="20" w:type="dxa"/>
              <w:right w:w="50" w:type="dxa"/>
            </w:tcMar>
          </w:tcPr>
          <w:p w14:paraId="3E5F98CA" w14:textId="77777777" w:rsidR="00292F36" w:rsidRDefault="00000000">
            <w:r>
              <w:rPr>
                <w:sz w:val="18"/>
              </w:rPr>
              <w:t>Y</w:t>
            </w:r>
          </w:p>
        </w:tc>
      </w:tr>
      <w:tr w:rsidR="00292F36" w14:paraId="3E34F617" w14:textId="77777777">
        <w:tc>
          <w:tcPr>
            <w:tcW w:w="4680" w:type="dxa"/>
            <w:tcMar>
              <w:top w:w="20" w:type="dxa"/>
              <w:left w:w="50" w:type="dxa"/>
              <w:bottom w:w="20" w:type="dxa"/>
              <w:right w:w="50" w:type="dxa"/>
            </w:tcMar>
          </w:tcPr>
          <w:p w14:paraId="5488F86A" w14:textId="77777777" w:rsidR="00292F36" w:rsidRPr="00E31FAA" w:rsidRDefault="00000000">
            <w:pPr>
              <w:rPr>
                <w:i/>
                <w:iCs/>
              </w:rPr>
            </w:pPr>
            <w:r w:rsidRPr="00E31FAA">
              <w:rPr>
                <w:i/>
                <w:iCs/>
                <w:sz w:val="18"/>
              </w:rPr>
              <w:t>Caranx_otrynter</w:t>
            </w:r>
          </w:p>
        </w:tc>
        <w:tc>
          <w:tcPr>
            <w:tcW w:w="4680" w:type="dxa"/>
            <w:tcMar>
              <w:top w:w="20" w:type="dxa"/>
              <w:left w:w="50" w:type="dxa"/>
              <w:bottom w:w="20" w:type="dxa"/>
              <w:right w:w="50" w:type="dxa"/>
            </w:tcMar>
          </w:tcPr>
          <w:p w14:paraId="25AECE81" w14:textId="77777777" w:rsidR="00292F36" w:rsidRDefault="00000000">
            <w:r>
              <w:rPr>
                <w:sz w:val="18"/>
              </w:rPr>
              <w:t>Y</w:t>
            </w:r>
          </w:p>
        </w:tc>
      </w:tr>
      <w:tr w:rsidR="00292F36" w14:paraId="461DDB94" w14:textId="77777777">
        <w:tc>
          <w:tcPr>
            <w:tcW w:w="4680" w:type="dxa"/>
            <w:tcMar>
              <w:top w:w="20" w:type="dxa"/>
              <w:left w:w="50" w:type="dxa"/>
              <w:bottom w:w="20" w:type="dxa"/>
              <w:right w:w="50" w:type="dxa"/>
            </w:tcMar>
          </w:tcPr>
          <w:p w14:paraId="10D1B849" w14:textId="77777777" w:rsidR="00292F36" w:rsidRPr="00E31FAA" w:rsidRDefault="00000000">
            <w:pPr>
              <w:rPr>
                <w:i/>
                <w:iCs/>
              </w:rPr>
            </w:pPr>
            <w:r w:rsidRPr="00E31FAA">
              <w:rPr>
                <w:i/>
                <w:iCs/>
                <w:sz w:val="18"/>
              </w:rPr>
              <w:t>Selar_crumenophthalmus</w:t>
            </w:r>
          </w:p>
        </w:tc>
        <w:tc>
          <w:tcPr>
            <w:tcW w:w="4680" w:type="dxa"/>
            <w:tcMar>
              <w:top w:w="20" w:type="dxa"/>
              <w:left w:w="50" w:type="dxa"/>
              <w:bottom w:w="20" w:type="dxa"/>
              <w:right w:w="50" w:type="dxa"/>
            </w:tcMar>
          </w:tcPr>
          <w:p w14:paraId="58977985" w14:textId="77777777" w:rsidR="00292F36" w:rsidRDefault="00000000">
            <w:r>
              <w:rPr>
                <w:sz w:val="18"/>
              </w:rPr>
              <w:t>Y</w:t>
            </w:r>
          </w:p>
        </w:tc>
      </w:tr>
      <w:tr w:rsidR="00292F36" w14:paraId="73885FB4" w14:textId="77777777">
        <w:tc>
          <w:tcPr>
            <w:tcW w:w="4680" w:type="dxa"/>
            <w:tcMar>
              <w:top w:w="20" w:type="dxa"/>
              <w:left w:w="50" w:type="dxa"/>
              <w:bottom w:w="20" w:type="dxa"/>
              <w:right w:w="50" w:type="dxa"/>
            </w:tcMar>
          </w:tcPr>
          <w:p w14:paraId="027D84B3" w14:textId="77777777" w:rsidR="00292F36" w:rsidRPr="00E31FAA" w:rsidRDefault="00000000">
            <w:pPr>
              <w:rPr>
                <w:i/>
                <w:iCs/>
              </w:rPr>
            </w:pPr>
            <w:r w:rsidRPr="00E31FAA">
              <w:rPr>
                <w:i/>
                <w:iCs/>
                <w:sz w:val="18"/>
              </w:rPr>
              <w:t>Seriola_lalandi</w:t>
            </w:r>
          </w:p>
        </w:tc>
        <w:tc>
          <w:tcPr>
            <w:tcW w:w="4680" w:type="dxa"/>
            <w:tcMar>
              <w:top w:w="20" w:type="dxa"/>
              <w:left w:w="50" w:type="dxa"/>
              <w:bottom w:w="20" w:type="dxa"/>
              <w:right w:w="50" w:type="dxa"/>
            </w:tcMar>
          </w:tcPr>
          <w:p w14:paraId="245888E4" w14:textId="77777777" w:rsidR="00292F36" w:rsidRDefault="00000000">
            <w:r>
              <w:rPr>
                <w:sz w:val="18"/>
              </w:rPr>
              <w:t>Y</w:t>
            </w:r>
          </w:p>
        </w:tc>
      </w:tr>
      <w:tr w:rsidR="00292F36" w14:paraId="458CBC4C" w14:textId="77777777">
        <w:tc>
          <w:tcPr>
            <w:tcW w:w="4680" w:type="dxa"/>
            <w:tcMar>
              <w:top w:w="20" w:type="dxa"/>
              <w:left w:w="50" w:type="dxa"/>
              <w:bottom w:w="20" w:type="dxa"/>
              <w:right w:w="50" w:type="dxa"/>
            </w:tcMar>
          </w:tcPr>
          <w:p w14:paraId="51CC7B2B" w14:textId="77777777" w:rsidR="00292F36" w:rsidRPr="00E31FAA" w:rsidRDefault="00000000">
            <w:pPr>
              <w:rPr>
                <w:i/>
                <w:iCs/>
              </w:rPr>
            </w:pPr>
            <w:r w:rsidRPr="00E31FAA">
              <w:rPr>
                <w:i/>
                <w:iCs/>
                <w:sz w:val="18"/>
              </w:rPr>
              <w:t>Seriola_rivoliana</w:t>
            </w:r>
          </w:p>
        </w:tc>
        <w:tc>
          <w:tcPr>
            <w:tcW w:w="4680" w:type="dxa"/>
            <w:tcMar>
              <w:top w:w="20" w:type="dxa"/>
              <w:left w:w="50" w:type="dxa"/>
              <w:bottom w:w="20" w:type="dxa"/>
              <w:right w:w="50" w:type="dxa"/>
            </w:tcMar>
          </w:tcPr>
          <w:p w14:paraId="2C9E0759" w14:textId="77777777" w:rsidR="00292F36" w:rsidRDefault="00000000">
            <w:r>
              <w:rPr>
                <w:sz w:val="18"/>
              </w:rPr>
              <w:t>Y</w:t>
            </w:r>
          </w:p>
        </w:tc>
      </w:tr>
      <w:tr w:rsidR="00292F36" w14:paraId="2AE3F681" w14:textId="77777777">
        <w:tc>
          <w:tcPr>
            <w:tcW w:w="4680" w:type="dxa"/>
            <w:tcMar>
              <w:top w:w="20" w:type="dxa"/>
              <w:left w:w="50" w:type="dxa"/>
              <w:bottom w:w="20" w:type="dxa"/>
              <w:right w:w="50" w:type="dxa"/>
            </w:tcMar>
          </w:tcPr>
          <w:p w14:paraId="432076B7" w14:textId="77777777" w:rsidR="00292F36" w:rsidRPr="00E31FAA" w:rsidRDefault="00000000">
            <w:pPr>
              <w:rPr>
                <w:i/>
                <w:iCs/>
              </w:rPr>
            </w:pPr>
            <w:r w:rsidRPr="00E31FAA">
              <w:rPr>
                <w:i/>
                <w:iCs/>
                <w:sz w:val="18"/>
              </w:rPr>
              <w:t>Citharichthys_gilberti</w:t>
            </w:r>
          </w:p>
        </w:tc>
        <w:tc>
          <w:tcPr>
            <w:tcW w:w="4680" w:type="dxa"/>
            <w:tcMar>
              <w:top w:w="20" w:type="dxa"/>
              <w:left w:w="50" w:type="dxa"/>
              <w:bottom w:w="20" w:type="dxa"/>
              <w:right w:w="50" w:type="dxa"/>
            </w:tcMar>
          </w:tcPr>
          <w:p w14:paraId="4F7732C8" w14:textId="77777777" w:rsidR="00292F36" w:rsidRDefault="00000000">
            <w:r>
              <w:rPr>
                <w:sz w:val="18"/>
              </w:rPr>
              <w:t>Y</w:t>
            </w:r>
          </w:p>
        </w:tc>
      </w:tr>
      <w:tr w:rsidR="00292F36" w14:paraId="52B851DC" w14:textId="77777777">
        <w:tc>
          <w:tcPr>
            <w:tcW w:w="4680" w:type="dxa"/>
            <w:tcMar>
              <w:top w:w="20" w:type="dxa"/>
              <w:left w:w="50" w:type="dxa"/>
              <w:bottom w:w="20" w:type="dxa"/>
              <w:right w:w="50" w:type="dxa"/>
            </w:tcMar>
          </w:tcPr>
          <w:p w14:paraId="06747029" w14:textId="77777777" w:rsidR="00292F36" w:rsidRPr="00E31FAA" w:rsidRDefault="00000000">
            <w:pPr>
              <w:rPr>
                <w:i/>
                <w:iCs/>
              </w:rPr>
            </w:pPr>
            <w:r w:rsidRPr="00E31FAA">
              <w:rPr>
                <w:i/>
                <w:iCs/>
                <w:sz w:val="18"/>
              </w:rPr>
              <w:t>Citharichthys_sordidus</w:t>
            </w:r>
          </w:p>
        </w:tc>
        <w:tc>
          <w:tcPr>
            <w:tcW w:w="4680" w:type="dxa"/>
            <w:tcMar>
              <w:top w:w="20" w:type="dxa"/>
              <w:left w:w="50" w:type="dxa"/>
              <w:bottom w:w="20" w:type="dxa"/>
              <w:right w:w="50" w:type="dxa"/>
            </w:tcMar>
          </w:tcPr>
          <w:p w14:paraId="3BFF7856" w14:textId="77777777" w:rsidR="00292F36" w:rsidRDefault="00000000">
            <w:r>
              <w:rPr>
                <w:sz w:val="18"/>
              </w:rPr>
              <w:t>Y</w:t>
            </w:r>
          </w:p>
        </w:tc>
      </w:tr>
      <w:tr w:rsidR="00292F36" w14:paraId="04BCD44C" w14:textId="77777777">
        <w:tc>
          <w:tcPr>
            <w:tcW w:w="4680" w:type="dxa"/>
            <w:tcMar>
              <w:top w:w="20" w:type="dxa"/>
              <w:left w:w="50" w:type="dxa"/>
              <w:bottom w:w="20" w:type="dxa"/>
              <w:right w:w="50" w:type="dxa"/>
            </w:tcMar>
          </w:tcPr>
          <w:p w14:paraId="04293DDE" w14:textId="77777777" w:rsidR="00292F36" w:rsidRPr="00E31FAA" w:rsidRDefault="00000000">
            <w:pPr>
              <w:rPr>
                <w:i/>
                <w:iCs/>
              </w:rPr>
            </w:pPr>
            <w:r w:rsidRPr="00E31FAA">
              <w:rPr>
                <w:i/>
                <w:iCs/>
                <w:sz w:val="18"/>
              </w:rPr>
              <w:t>Citharichthys_xanthostigma</w:t>
            </w:r>
          </w:p>
        </w:tc>
        <w:tc>
          <w:tcPr>
            <w:tcW w:w="4680" w:type="dxa"/>
            <w:tcMar>
              <w:top w:w="20" w:type="dxa"/>
              <w:left w:w="50" w:type="dxa"/>
              <w:bottom w:w="20" w:type="dxa"/>
              <w:right w:w="50" w:type="dxa"/>
            </w:tcMar>
          </w:tcPr>
          <w:p w14:paraId="3D371210" w14:textId="77777777" w:rsidR="00292F36" w:rsidRDefault="00000000">
            <w:r>
              <w:rPr>
                <w:sz w:val="18"/>
              </w:rPr>
              <w:t>Y</w:t>
            </w:r>
          </w:p>
        </w:tc>
      </w:tr>
      <w:tr w:rsidR="00292F36" w14:paraId="486120A8" w14:textId="77777777">
        <w:tc>
          <w:tcPr>
            <w:tcW w:w="4680" w:type="dxa"/>
            <w:tcMar>
              <w:top w:w="20" w:type="dxa"/>
              <w:left w:w="50" w:type="dxa"/>
              <w:bottom w:w="20" w:type="dxa"/>
              <w:right w:w="50" w:type="dxa"/>
            </w:tcMar>
          </w:tcPr>
          <w:p w14:paraId="5B290AF9" w14:textId="77777777" w:rsidR="00292F36" w:rsidRPr="00E31FAA" w:rsidRDefault="00000000">
            <w:pPr>
              <w:rPr>
                <w:i/>
                <w:iCs/>
              </w:rPr>
            </w:pPr>
            <w:r w:rsidRPr="00E31FAA">
              <w:rPr>
                <w:i/>
                <w:iCs/>
                <w:sz w:val="18"/>
              </w:rPr>
              <w:t>Hippoglossina_stomata</w:t>
            </w:r>
          </w:p>
        </w:tc>
        <w:tc>
          <w:tcPr>
            <w:tcW w:w="4680" w:type="dxa"/>
            <w:tcMar>
              <w:top w:w="20" w:type="dxa"/>
              <w:left w:w="50" w:type="dxa"/>
              <w:bottom w:w="20" w:type="dxa"/>
              <w:right w:w="50" w:type="dxa"/>
            </w:tcMar>
          </w:tcPr>
          <w:p w14:paraId="5096E878" w14:textId="77777777" w:rsidR="00292F36" w:rsidRDefault="00000000">
            <w:r>
              <w:rPr>
                <w:sz w:val="18"/>
              </w:rPr>
              <w:t>Y</w:t>
            </w:r>
          </w:p>
        </w:tc>
      </w:tr>
      <w:tr w:rsidR="00292F36" w14:paraId="235FFF7D" w14:textId="77777777">
        <w:tc>
          <w:tcPr>
            <w:tcW w:w="4680" w:type="dxa"/>
            <w:tcMar>
              <w:top w:w="20" w:type="dxa"/>
              <w:left w:w="50" w:type="dxa"/>
              <w:bottom w:w="20" w:type="dxa"/>
              <w:right w:w="50" w:type="dxa"/>
            </w:tcMar>
          </w:tcPr>
          <w:p w14:paraId="512E976F" w14:textId="77777777" w:rsidR="00292F36" w:rsidRPr="00E31FAA" w:rsidRDefault="00000000">
            <w:pPr>
              <w:rPr>
                <w:i/>
                <w:iCs/>
              </w:rPr>
            </w:pPr>
            <w:r w:rsidRPr="00E31FAA">
              <w:rPr>
                <w:i/>
                <w:iCs/>
                <w:sz w:val="18"/>
              </w:rPr>
              <w:t>Hippoglossina_tetropthalmus</w:t>
            </w:r>
          </w:p>
        </w:tc>
        <w:tc>
          <w:tcPr>
            <w:tcW w:w="4680" w:type="dxa"/>
            <w:tcMar>
              <w:top w:w="20" w:type="dxa"/>
              <w:left w:w="50" w:type="dxa"/>
              <w:bottom w:w="20" w:type="dxa"/>
              <w:right w:w="50" w:type="dxa"/>
            </w:tcMar>
          </w:tcPr>
          <w:p w14:paraId="03746554" w14:textId="77777777" w:rsidR="00292F36" w:rsidRDefault="00000000">
            <w:r>
              <w:rPr>
                <w:sz w:val="18"/>
              </w:rPr>
              <w:t>Y</w:t>
            </w:r>
          </w:p>
        </w:tc>
      </w:tr>
      <w:tr w:rsidR="00292F36" w14:paraId="10605EBB" w14:textId="77777777">
        <w:tc>
          <w:tcPr>
            <w:tcW w:w="4680" w:type="dxa"/>
            <w:tcMar>
              <w:top w:w="20" w:type="dxa"/>
              <w:left w:w="50" w:type="dxa"/>
              <w:bottom w:w="20" w:type="dxa"/>
              <w:right w:w="50" w:type="dxa"/>
            </w:tcMar>
          </w:tcPr>
          <w:p w14:paraId="34D92C30" w14:textId="77777777" w:rsidR="00292F36" w:rsidRPr="00E31FAA" w:rsidRDefault="00000000">
            <w:pPr>
              <w:rPr>
                <w:i/>
                <w:iCs/>
              </w:rPr>
            </w:pPr>
            <w:r w:rsidRPr="00E31FAA">
              <w:rPr>
                <w:i/>
                <w:iCs/>
                <w:sz w:val="18"/>
              </w:rPr>
              <w:t>Paralichthys_aestuarius</w:t>
            </w:r>
          </w:p>
        </w:tc>
        <w:tc>
          <w:tcPr>
            <w:tcW w:w="4680" w:type="dxa"/>
            <w:tcMar>
              <w:top w:w="20" w:type="dxa"/>
              <w:left w:w="50" w:type="dxa"/>
              <w:bottom w:w="20" w:type="dxa"/>
              <w:right w:w="50" w:type="dxa"/>
            </w:tcMar>
          </w:tcPr>
          <w:p w14:paraId="0A80F5BF" w14:textId="77777777" w:rsidR="00292F36" w:rsidRDefault="00000000">
            <w:r>
              <w:rPr>
                <w:sz w:val="18"/>
              </w:rPr>
              <w:t>Y</w:t>
            </w:r>
          </w:p>
        </w:tc>
      </w:tr>
      <w:tr w:rsidR="00292F36" w14:paraId="42F3F451" w14:textId="77777777">
        <w:tc>
          <w:tcPr>
            <w:tcW w:w="4680" w:type="dxa"/>
            <w:tcMar>
              <w:top w:w="20" w:type="dxa"/>
              <w:left w:w="50" w:type="dxa"/>
              <w:bottom w:w="20" w:type="dxa"/>
              <w:right w:w="50" w:type="dxa"/>
            </w:tcMar>
          </w:tcPr>
          <w:p w14:paraId="5C1EE434" w14:textId="77777777" w:rsidR="00292F36" w:rsidRPr="00E31FAA" w:rsidRDefault="00000000">
            <w:pPr>
              <w:rPr>
                <w:i/>
                <w:iCs/>
              </w:rPr>
            </w:pPr>
            <w:r w:rsidRPr="00E31FAA">
              <w:rPr>
                <w:i/>
                <w:iCs/>
                <w:sz w:val="18"/>
              </w:rPr>
              <w:t>Paralichthys_californicus</w:t>
            </w:r>
          </w:p>
        </w:tc>
        <w:tc>
          <w:tcPr>
            <w:tcW w:w="4680" w:type="dxa"/>
            <w:tcMar>
              <w:top w:w="20" w:type="dxa"/>
              <w:left w:w="50" w:type="dxa"/>
              <w:bottom w:w="20" w:type="dxa"/>
              <w:right w:w="50" w:type="dxa"/>
            </w:tcMar>
          </w:tcPr>
          <w:p w14:paraId="2825888B" w14:textId="77777777" w:rsidR="00292F36" w:rsidRDefault="00000000">
            <w:r>
              <w:rPr>
                <w:sz w:val="18"/>
              </w:rPr>
              <w:t>Y</w:t>
            </w:r>
          </w:p>
        </w:tc>
      </w:tr>
      <w:tr w:rsidR="00292F36" w14:paraId="6DF09F39" w14:textId="77777777">
        <w:tc>
          <w:tcPr>
            <w:tcW w:w="4680" w:type="dxa"/>
            <w:tcMar>
              <w:top w:w="20" w:type="dxa"/>
              <w:left w:w="50" w:type="dxa"/>
              <w:bottom w:w="20" w:type="dxa"/>
              <w:right w:w="50" w:type="dxa"/>
            </w:tcMar>
          </w:tcPr>
          <w:p w14:paraId="23F0ADA1" w14:textId="77777777" w:rsidR="00292F36" w:rsidRPr="00E31FAA" w:rsidRDefault="00000000">
            <w:pPr>
              <w:rPr>
                <w:i/>
                <w:iCs/>
              </w:rPr>
            </w:pPr>
            <w:r w:rsidRPr="00E31FAA">
              <w:rPr>
                <w:i/>
                <w:iCs/>
                <w:sz w:val="18"/>
              </w:rPr>
              <w:t>Paralichthys_woolmani</w:t>
            </w:r>
          </w:p>
        </w:tc>
        <w:tc>
          <w:tcPr>
            <w:tcW w:w="4680" w:type="dxa"/>
            <w:tcMar>
              <w:top w:w="20" w:type="dxa"/>
              <w:left w:w="50" w:type="dxa"/>
              <w:bottom w:w="20" w:type="dxa"/>
              <w:right w:w="50" w:type="dxa"/>
            </w:tcMar>
          </w:tcPr>
          <w:p w14:paraId="6341CA09" w14:textId="77777777" w:rsidR="00292F36" w:rsidRDefault="00000000">
            <w:r>
              <w:rPr>
                <w:sz w:val="18"/>
              </w:rPr>
              <w:t>Y</w:t>
            </w:r>
          </w:p>
        </w:tc>
      </w:tr>
      <w:tr w:rsidR="00292F36" w14:paraId="63B33064" w14:textId="77777777">
        <w:tc>
          <w:tcPr>
            <w:tcW w:w="4680" w:type="dxa"/>
            <w:tcMar>
              <w:top w:w="20" w:type="dxa"/>
              <w:left w:w="50" w:type="dxa"/>
              <w:bottom w:w="20" w:type="dxa"/>
              <w:right w:w="50" w:type="dxa"/>
            </w:tcMar>
          </w:tcPr>
          <w:p w14:paraId="43193363" w14:textId="77777777" w:rsidR="00292F36" w:rsidRPr="00E31FAA" w:rsidRDefault="00000000">
            <w:pPr>
              <w:rPr>
                <w:i/>
                <w:iCs/>
              </w:rPr>
            </w:pPr>
            <w:r w:rsidRPr="00E31FAA">
              <w:rPr>
                <w:i/>
                <w:iCs/>
                <w:sz w:val="18"/>
              </w:rPr>
              <w:t>Xystreurys_liolepis</w:t>
            </w:r>
          </w:p>
        </w:tc>
        <w:tc>
          <w:tcPr>
            <w:tcW w:w="4680" w:type="dxa"/>
            <w:tcMar>
              <w:top w:w="20" w:type="dxa"/>
              <w:left w:w="50" w:type="dxa"/>
              <w:bottom w:w="20" w:type="dxa"/>
              <w:right w:w="50" w:type="dxa"/>
            </w:tcMar>
          </w:tcPr>
          <w:p w14:paraId="38D5232C" w14:textId="77777777" w:rsidR="00292F36" w:rsidRDefault="00000000">
            <w:r>
              <w:rPr>
                <w:sz w:val="18"/>
              </w:rPr>
              <w:t>Y</w:t>
            </w:r>
          </w:p>
        </w:tc>
      </w:tr>
      <w:tr w:rsidR="00292F36" w14:paraId="17968434" w14:textId="77777777">
        <w:tc>
          <w:tcPr>
            <w:tcW w:w="4680" w:type="dxa"/>
            <w:tcMar>
              <w:top w:w="20" w:type="dxa"/>
              <w:left w:w="50" w:type="dxa"/>
              <w:bottom w:w="20" w:type="dxa"/>
              <w:right w:w="50" w:type="dxa"/>
            </w:tcMar>
          </w:tcPr>
          <w:p w14:paraId="6C544B43" w14:textId="77777777" w:rsidR="00292F36" w:rsidRPr="00E31FAA" w:rsidRDefault="00000000">
            <w:pPr>
              <w:rPr>
                <w:i/>
                <w:iCs/>
              </w:rPr>
            </w:pPr>
            <w:r w:rsidRPr="00E31FAA">
              <w:rPr>
                <w:i/>
                <w:iCs/>
                <w:sz w:val="18"/>
              </w:rPr>
              <w:t>Hypsopsetta_guttulata</w:t>
            </w:r>
          </w:p>
        </w:tc>
        <w:tc>
          <w:tcPr>
            <w:tcW w:w="4680" w:type="dxa"/>
            <w:tcMar>
              <w:top w:w="20" w:type="dxa"/>
              <w:left w:w="50" w:type="dxa"/>
              <w:bottom w:w="20" w:type="dxa"/>
              <w:right w:w="50" w:type="dxa"/>
            </w:tcMar>
          </w:tcPr>
          <w:p w14:paraId="78D8287F" w14:textId="77777777" w:rsidR="00292F36" w:rsidRDefault="00000000">
            <w:r>
              <w:rPr>
                <w:sz w:val="18"/>
              </w:rPr>
              <w:t>Y</w:t>
            </w:r>
          </w:p>
        </w:tc>
      </w:tr>
      <w:tr w:rsidR="00292F36" w14:paraId="5092AE57" w14:textId="77777777">
        <w:tc>
          <w:tcPr>
            <w:tcW w:w="4680" w:type="dxa"/>
            <w:tcMar>
              <w:top w:w="20" w:type="dxa"/>
              <w:left w:w="50" w:type="dxa"/>
              <w:bottom w:w="20" w:type="dxa"/>
              <w:right w:w="50" w:type="dxa"/>
            </w:tcMar>
          </w:tcPr>
          <w:p w14:paraId="045A804F" w14:textId="77777777" w:rsidR="00292F36" w:rsidRPr="00E31FAA" w:rsidRDefault="00000000">
            <w:pPr>
              <w:rPr>
                <w:i/>
                <w:iCs/>
              </w:rPr>
            </w:pPr>
            <w:r w:rsidRPr="00E31FAA">
              <w:rPr>
                <w:i/>
                <w:iCs/>
                <w:sz w:val="18"/>
              </w:rPr>
              <w:t>Microstomus_pacificus</w:t>
            </w:r>
          </w:p>
        </w:tc>
        <w:tc>
          <w:tcPr>
            <w:tcW w:w="4680" w:type="dxa"/>
            <w:tcMar>
              <w:top w:w="20" w:type="dxa"/>
              <w:left w:w="50" w:type="dxa"/>
              <w:bottom w:w="20" w:type="dxa"/>
              <w:right w:w="50" w:type="dxa"/>
            </w:tcMar>
          </w:tcPr>
          <w:p w14:paraId="1EF8F9C5" w14:textId="77777777" w:rsidR="00292F36" w:rsidRDefault="00000000">
            <w:r>
              <w:rPr>
                <w:sz w:val="18"/>
              </w:rPr>
              <w:t>Y</w:t>
            </w:r>
          </w:p>
        </w:tc>
      </w:tr>
      <w:tr w:rsidR="00292F36" w14:paraId="05457AA1" w14:textId="77777777">
        <w:tc>
          <w:tcPr>
            <w:tcW w:w="4680" w:type="dxa"/>
            <w:tcMar>
              <w:top w:w="20" w:type="dxa"/>
              <w:left w:w="50" w:type="dxa"/>
              <w:bottom w:w="20" w:type="dxa"/>
              <w:right w:w="50" w:type="dxa"/>
            </w:tcMar>
          </w:tcPr>
          <w:p w14:paraId="26372D27" w14:textId="77777777" w:rsidR="00292F36" w:rsidRPr="00E31FAA" w:rsidRDefault="00000000">
            <w:pPr>
              <w:rPr>
                <w:i/>
                <w:iCs/>
              </w:rPr>
            </w:pPr>
            <w:r w:rsidRPr="00E31FAA">
              <w:rPr>
                <w:i/>
                <w:iCs/>
                <w:sz w:val="18"/>
              </w:rPr>
              <w:t>Mugil_cephalus</w:t>
            </w:r>
          </w:p>
        </w:tc>
        <w:tc>
          <w:tcPr>
            <w:tcW w:w="4680" w:type="dxa"/>
            <w:tcMar>
              <w:top w:w="20" w:type="dxa"/>
              <w:left w:w="50" w:type="dxa"/>
              <w:bottom w:w="20" w:type="dxa"/>
              <w:right w:w="50" w:type="dxa"/>
            </w:tcMar>
          </w:tcPr>
          <w:p w14:paraId="2DCBFA13" w14:textId="77777777" w:rsidR="00292F36" w:rsidRDefault="00000000">
            <w:r>
              <w:rPr>
                <w:sz w:val="18"/>
              </w:rPr>
              <w:t>Y</w:t>
            </w:r>
          </w:p>
        </w:tc>
      </w:tr>
      <w:tr w:rsidR="00292F36" w14:paraId="5398F7F0" w14:textId="77777777">
        <w:tc>
          <w:tcPr>
            <w:tcW w:w="4680" w:type="dxa"/>
            <w:tcMar>
              <w:top w:w="20" w:type="dxa"/>
              <w:left w:w="50" w:type="dxa"/>
              <w:bottom w:w="20" w:type="dxa"/>
              <w:right w:w="50" w:type="dxa"/>
            </w:tcMar>
          </w:tcPr>
          <w:p w14:paraId="557E3027" w14:textId="77777777" w:rsidR="00292F36" w:rsidRPr="00E31FAA" w:rsidRDefault="00000000">
            <w:pPr>
              <w:rPr>
                <w:i/>
                <w:iCs/>
              </w:rPr>
            </w:pPr>
            <w:r w:rsidRPr="00E31FAA">
              <w:rPr>
                <w:i/>
                <w:iCs/>
                <w:sz w:val="18"/>
              </w:rPr>
              <w:t>Mugil_curema</w:t>
            </w:r>
          </w:p>
        </w:tc>
        <w:tc>
          <w:tcPr>
            <w:tcW w:w="4680" w:type="dxa"/>
            <w:tcMar>
              <w:top w:w="20" w:type="dxa"/>
              <w:left w:w="50" w:type="dxa"/>
              <w:bottom w:w="20" w:type="dxa"/>
              <w:right w:w="50" w:type="dxa"/>
            </w:tcMar>
          </w:tcPr>
          <w:p w14:paraId="650A34D0" w14:textId="77777777" w:rsidR="00292F36" w:rsidRDefault="00000000">
            <w:r>
              <w:rPr>
                <w:sz w:val="18"/>
              </w:rPr>
              <w:t>Y</w:t>
            </w:r>
          </w:p>
        </w:tc>
      </w:tr>
      <w:tr w:rsidR="00292F36" w14:paraId="223C09F3" w14:textId="77777777">
        <w:tc>
          <w:tcPr>
            <w:tcW w:w="4680" w:type="dxa"/>
            <w:tcMar>
              <w:top w:w="20" w:type="dxa"/>
              <w:left w:w="50" w:type="dxa"/>
              <w:bottom w:w="20" w:type="dxa"/>
              <w:right w:w="50" w:type="dxa"/>
            </w:tcMar>
          </w:tcPr>
          <w:p w14:paraId="2E6C8D01" w14:textId="77777777" w:rsidR="00292F36" w:rsidRPr="00E31FAA" w:rsidRDefault="00000000">
            <w:pPr>
              <w:rPr>
                <w:i/>
                <w:iCs/>
              </w:rPr>
            </w:pPr>
            <w:r w:rsidRPr="00E31FAA">
              <w:rPr>
                <w:i/>
                <w:iCs/>
                <w:sz w:val="18"/>
              </w:rPr>
              <w:t>Etrumeus_teres</w:t>
            </w:r>
          </w:p>
        </w:tc>
        <w:tc>
          <w:tcPr>
            <w:tcW w:w="4680" w:type="dxa"/>
            <w:tcMar>
              <w:top w:w="20" w:type="dxa"/>
              <w:left w:w="50" w:type="dxa"/>
              <w:bottom w:w="20" w:type="dxa"/>
              <w:right w:w="50" w:type="dxa"/>
            </w:tcMar>
          </w:tcPr>
          <w:p w14:paraId="156A1889" w14:textId="77777777" w:rsidR="00292F36" w:rsidRDefault="00000000">
            <w:r>
              <w:rPr>
                <w:sz w:val="18"/>
              </w:rPr>
              <w:t>Y</w:t>
            </w:r>
          </w:p>
        </w:tc>
      </w:tr>
      <w:tr w:rsidR="00292F36" w14:paraId="2FA22145" w14:textId="77777777">
        <w:tc>
          <w:tcPr>
            <w:tcW w:w="4680" w:type="dxa"/>
            <w:tcMar>
              <w:top w:w="20" w:type="dxa"/>
              <w:left w:w="50" w:type="dxa"/>
              <w:bottom w:w="20" w:type="dxa"/>
              <w:right w:w="50" w:type="dxa"/>
            </w:tcMar>
          </w:tcPr>
          <w:p w14:paraId="7456825F" w14:textId="77777777" w:rsidR="00292F36" w:rsidRPr="00E31FAA" w:rsidRDefault="00000000">
            <w:pPr>
              <w:rPr>
                <w:i/>
                <w:iCs/>
              </w:rPr>
            </w:pPr>
            <w:r w:rsidRPr="00E31FAA">
              <w:rPr>
                <w:i/>
                <w:iCs/>
                <w:sz w:val="18"/>
              </w:rPr>
              <w:t>Oligoplites_refulgens</w:t>
            </w:r>
          </w:p>
        </w:tc>
        <w:tc>
          <w:tcPr>
            <w:tcW w:w="4680" w:type="dxa"/>
            <w:tcMar>
              <w:top w:w="20" w:type="dxa"/>
              <w:left w:w="50" w:type="dxa"/>
              <w:bottom w:w="20" w:type="dxa"/>
              <w:right w:w="50" w:type="dxa"/>
            </w:tcMar>
          </w:tcPr>
          <w:p w14:paraId="35D46136" w14:textId="77777777" w:rsidR="00292F36" w:rsidRDefault="00000000">
            <w:r>
              <w:rPr>
                <w:sz w:val="18"/>
              </w:rPr>
              <w:t>Y</w:t>
            </w:r>
          </w:p>
        </w:tc>
      </w:tr>
      <w:tr w:rsidR="00292F36" w14:paraId="7A9B6845" w14:textId="77777777">
        <w:tc>
          <w:tcPr>
            <w:tcW w:w="4680" w:type="dxa"/>
            <w:tcMar>
              <w:top w:w="20" w:type="dxa"/>
              <w:left w:w="50" w:type="dxa"/>
              <w:bottom w:w="20" w:type="dxa"/>
              <w:right w:w="50" w:type="dxa"/>
            </w:tcMar>
          </w:tcPr>
          <w:p w14:paraId="79E326EF" w14:textId="77777777" w:rsidR="00292F36" w:rsidRPr="00E31FAA" w:rsidRDefault="00000000">
            <w:pPr>
              <w:rPr>
                <w:i/>
                <w:iCs/>
              </w:rPr>
            </w:pPr>
            <w:r w:rsidRPr="00E31FAA">
              <w:rPr>
                <w:i/>
                <w:iCs/>
                <w:sz w:val="18"/>
              </w:rPr>
              <w:t>Opisthonema_bulleri</w:t>
            </w:r>
          </w:p>
        </w:tc>
        <w:tc>
          <w:tcPr>
            <w:tcW w:w="4680" w:type="dxa"/>
            <w:tcMar>
              <w:top w:w="20" w:type="dxa"/>
              <w:left w:w="50" w:type="dxa"/>
              <w:bottom w:w="20" w:type="dxa"/>
              <w:right w:w="50" w:type="dxa"/>
            </w:tcMar>
          </w:tcPr>
          <w:p w14:paraId="1A599AFC" w14:textId="77777777" w:rsidR="00292F36" w:rsidRDefault="00000000">
            <w:r>
              <w:rPr>
                <w:sz w:val="18"/>
              </w:rPr>
              <w:t>Y</w:t>
            </w:r>
          </w:p>
        </w:tc>
      </w:tr>
      <w:tr w:rsidR="00292F36" w14:paraId="5C39D6B0" w14:textId="77777777">
        <w:tc>
          <w:tcPr>
            <w:tcW w:w="4680" w:type="dxa"/>
            <w:tcMar>
              <w:top w:w="20" w:type="dxa"/>
              <w:left w:w="50" w:type="dxa"/>
              <w:bottom w:w="20" w:type="dxa"/>
              <w:right w:w="50" w:type="dxa"/>
            </w:tcMar>
          </w:tcPr>
          <w:p w14:paraId="36FC1E25" w14:textId="77777777" w:rsidR="00292F36" w:rsidRPr="00E31FAA" w:rsidRDefault="00000000">
            <w:pPr>
              <w:rPr>
                <w:i/>
                <w:iCs/>
              </w:rPr>
            </w:pPr>
            <w:r w:rsidRPr="00E31FAA">
              <w:rPr>
                <w:i/>
                <w:iCs/>
                <w:sz w:val="18"/>
              </w:rPr>
              <w:t>Opisthonema_libertate</w:t>
            </w:r>
          </w:p>
        </w:tc>
        <w:tc>
          <w:tcPr>
            <w:tcW w:w="4680" w:type="dxa"/>
            <w:tcMar>
              <w:top w:w="20" w:type="dxa"/>
              <w:left w:w="50" w:type="dxa"/>
              <w:bottom w:w="20" w:type="dxa"/>
              <w:right w:w="50" w:type="dxa"/>
            </w:tcMar>
          </w:tcPr>
          <w:p w14:paraId="011D4DAF" w14:textId="77777777" w:rsidR="00292F36" w:rsidRDefault="00000000">
            <w:r>
              <w:rPr>
                <w:sz w:val="18"/>
              </w:rPr>
              <w:t>Y</w:t>
            </w:r>
          </w:p>
        </w:tc>
      </w:tr>
      <w:tr w:rsidR="00292F36" w14:paraId="755B747F" w14:textId="77777777">
        <w:tc>
          <w:tcPr>
            <w:tcW w:w="4680" w:type="dxa"/>
            <w:tcMar>
              <w:top w:w="20" w:type="dxa"/>
              <w:left w:w="50" w:type="dxa"/>
              <w:bottom w:w="20" w:type="dxa"/>
              <w:right w:w="50" w:type="dxa"/>
            </w:tcMar>
          </w:tcPr>
          <w:p w14:paraId="31EE0CE9" w14:textId="77777777" w:rsidR="00292F36" w:rsidRPr="00E31FAA" w:rsidRDefault="00000000">
            <w:pPr>
              <w:rPr>
                <w:i/>
                <w:iCs/>
              </w:rPr>
            </w:pPr>
            <w:r w:rsidRPr="00E31FAA">
              <w:rPr>
                <w:i/>
                <w:iCs/>
                <w:sz w:val="18"/>
              </w:rPr>
              <w:t>Opisthonema_medirastre</w:t>
            </w:r>
          </w:p>
        </w:tc>
        <w:tc>
          <w:tcPr>
            <w:tcW w:w="4680" w:type="dxa"/>
            <w:tcMar>
              <w:top w:w="20" w:type="dxa"/>
              <w:left w:w="50" w:type="dxa"/>
              <w:bottom w:w="20" w:type="dxa"/>
              <w:right w:w="50" w:type="dxa"/>
            </w:tcMar>
          </w:tcPr>
          <w:p w14:paraId="147205F6" w14:textId="77777777" w:rsidR="00292F36" w:rsidRDefault="00000000">
            <w:r>
              <w:rPr>
                <w:sz w:val="18"/>
              </w:rPr>
              <w:t>Y</w:t>
            </w:r>
          </w:p>
        </w:tc>
      </w:tr>
      <w:tr w:rsidR="00292F36" w14:paraId="7FABC72D" w14:textId="77777777">
        <w:tc>
          <w:tcPr>
            <w:tcW w:w="4680" w:type="dxa"/>
            <w:tcMar>
              <w:top w:w="20" w:type="dxa"/>
              <w:left w:w="50" w:type="dxa"/>
              <w:bottom w:w="20" w:type="dxa"/>
              <w:right w:w="50" w:type="dxa"/>
            </w:tcMar>
          </w:tcPr>
          <w:p w14:paraId="50912CF0" w14:textId="77777777" w:rsidR="00292F36" w:rsidRPr="00E31FAA" w:rsidRDefault="00000000">
            <w:pPr>
              <w:rPr>
                <w:i/>
                <w:iCs/>
              </w:rPr>
            </w:pPr>
            <w:r w:rsidRPr="00E31FAA">
              <w:rPr>
                <w:i/>
                <w:iCs/>
                <w:sz w:val="18"/>
              </w:rPr>
              <w:t>Sardinops_caeruleus</w:t>
            </w:r>
          </w:p>
        </w:tc>
        <w:tc>
          <w:tcPr>
            <w:tcW w:w="4680" w:type="dxa"/>
            <w:tcMar>
              <w:top w:w="20" w:type="dxa"/>
              <w:left w:w="50" w:type="dxa"/>
              <w:bottom w:w="20" w:type="dxa"/>
              <w:right w:w="50" w:type="dxa"/>
            </w:tcMar>
          </w:tcPr>
          <w:p w14:paraId="6C75D651" w14:textId="77777777" w:rsidR="00292F36" w:rsidRDefault="00000000">
            <w:r>
              <w:rPr>
                <w:sz w:val="18"/>
              </w:rPr>
              <w:t>Y</w:t>
            </w:r>
          </w:p>
        </w:tc>
      </w:tr>
      <w:tr w:rsidR="00292F36" w14:paraId="1449B41E" w14:textId="77777777">
        <w:tc>
          <w:tcPr>
            <w:tcW w:w="4680" w:type="dxa"/>
            <w:tcMar>
              <w:top w:w="20" w:type="dxa"/>
              <w:left w:w="50" w:type="dxa"/>
              <w:bottom w:w="20" w:type="dxa"/>
              <w:right w:w="50" w:type="dxa"/>
            </w:tcMar>
          </w:tcPr>
          <w:p w14:paraId="7C04FCCF" w14:textId="77777777" w:rsidR="00292F36" w:rsidRPr="00E31FAA" w:rsidRDefault="00000000">
            <w:pPr>
              <w:rPr>
                <w:i/>
                <w:iCs/>
              </w:rPr>
            </w:pPr>
            <w:r w:rsidRPr="00E31FAA">
              <w:rPr>
                <w:i/>
                <w:iCs/>
                <w:sz w:val="18"/>
              </w:rPr>
              <w:t>Trachurus_symmetricus</w:t>
            </w:r>
          </w:p>
        </w:tc>
        <w:tc>
          <w:tcPr>
            <w:tcW w:w="4680" w:type="dxa"/>
            <w:tcMar>
              <w:top w:w="20" w:type="dxa"/>
              <w:left w:w="50" w:type="dxa"/>
              <w:bottom w:w="20" w:type="dxa"/>
              <w:right w:w="50" w:type="dxa"/>
            </w:tcMar>
          </w:tcPr>
          <w:p w14:paraId="66638DF4" w14:textId="77777777" w:rsidR="00292F36" w:rsidRDefault="00000000">
            <w:r>
              <w:rPr>
                <w:sz w:val="18"/>
              </w:rPr>
              <w:t>Y</w:t>
            </w:r>
          </w:p>
        </w:tc>
      </w:tr>
      <w:tr w:rsidR="00292F36" w14:paraId="21E41205" w14:textId="77777777">
        <w:tc>
          <w:tcPr>
            <w:tcW w:w="4680" w:type="dxa"/>
            <w:tcMar>
              <w:top w:w="20" w:type="dxa"/>
              <w:left w:w="50" w:type="dxa"/>
              <w:bottom w:w="20" w:type="dxa"/>
              <w:right w:w="50" w:type="dxa"/>
            </w:tcMar>
          </w:tcPr>
          <w:p w14:paraId="6A8F9AA5" w14:textId="77777777" w:rsidR="00292F36" w:rsidRPr="00E31FAA" w:rsidRDefault="00000000">
            <w:pPr>
              <w:rPr>
                <w:i/>
                <w:iCs/>
              </w:rPr>
            </w:pPr>
            <w:r w:rsidRPr="00E31FAA">
              <w:rPr>
                <w:i/>
                <w:iCs/>
                <w:sz w:val="18"/>
              </w:rPr>
              <w:t>Cetengraulis_mysticetus</w:t>
            </w:r>
          </w:p>
        </w:tc>
        <w:tc>
          <w:tcPr>
            <w:tcW w:w="4680" w:type="dxa"/>
            <w:tcMar>
              <w:top w:w="20" w:type="dxa"/>
              <w:left w:w="50" w:type="dxa"/>
              <w:bottom w:w="20" w:type="dxa"/>
              <w:right w:w="50" w:type="dxa"/>
            </w:tcMar>
          </w:tcPr>
          <w:p w14:paraId="222C8B2D" w14:textId="77777777" w:rsidR="00292F36" w:rsidRDefault="00000000">
            <w:r>
              <w:rPr>
                <w:sz w:val="18"/>
              </w:rPr>
              <w:t>Y</w:t>
            </w:r>
          </w:p>
        </w:tc>
      </w:tr>
      <w:tr w:rsidR="00292F36" w14:paraId="2ABD918C" w14:textId="77777777">
        <w:tc>
          <w:tcPr>
            <w:tcW w:w="4680" w:type="dxa"/>
            <w:tcMar>
              <w:top w:w="20" w:type="dxa"/>
              <w:left w:w="50" w:type="dxa"/>
              <w:bottom w:w="20" w:type="dxa"/>
              <w:right w:w="50" w:type="dxa"/>
            </w:tcMar>
          </w:tcPr>
          <w:p w14:paraId="45940708" w14:textId="77777777" w:rsidR="00292F36" w:rsidRPr="00E31FAA" w:rsidRDefault="00000000">
            <w:pPr>
              <w:rPr>
                <w:i/>
                <w:iCs/>
              </w:rPr>
            </w:pPr>
            <w:r w:rsidRPr="00E31FAA">
              <w:rPr>
                <w:i/>
                <w:iCs/>
                <w:sz w:val="18"/>
              </w:rPr>
              <w:t>Engraulis_mordax</w:t>
            </w:r>
          </w:p>
        </w:tc>
        <w:tc>
          <w:tcPr>
            <w:tcW w:w="4680" w:type="dxa"/>
            <w:tcMar>
              <w:top w:w="20" w:type="dxa"/>
              <w:left w:w="50" w:type="dxa"/>
              <w:bottom w:w="20" w:type="dxa"/>
              <w:right w:w="50" w:type="dxa"/>
            </w:tcMar>
          </w:tcPr>
          <w:p w14:paraId="5ADEA71B" w14:textId="77777777" w:rsidR="00292F36" w:rsidRDefault="00000000">
            <w:r>
              <w:rPr>
                <w:sz w:val="18"/>
              </w:rPr>
              <w:t>Y</w:t>
            </w:r>
          </w:p>
        </w:tc>
      </w:tr>
      <w:tr w:rsidR="00292F36" w14:paraId="6D488146" w14:textId="77777777">
        <w:tc>
          <w:tcPr>
            <w:tcW w:w="4680" w:type="dxa"/>
            <w:tcMar>
              <w:top w:w="20" w:type="dxa"/>
              <w:left w:w="50" w:type="dxa"/>
              <w:bottom w:w="20" w:type="dxa"/>
              <w:right w:w="50" w:type="dxa"/>
            </w:tcMar>
          </w:tcPr>
          <w:p w14:paraId="4585806D" w14:textId="77777777" w:rsidR="00292F36" w:rsidRPr="00E31FAA" w:rsidRDefault="00000000">
            <w:pPr>
              <w:rPr>
                <w:i/>
                <w:iCs/>
              </w:rPr>
            </w:pPr>
            <w:r w:rsidRPr="00E31FAA">
              <w:rPr>
                <w:i/>
                <w:iCs/>
                <w:sz w:val="18"/>
              </w:rPr>
              <w:t>Scomber_japonicus</w:t>
            </w:r>
          </w:p>
        </w:tc>
        <w:tc>
          <w:tcPr>
            <w:tcW w:w="4680" w:type="dxa"/>
            <w:tcMar>
              <w:top w:w="20" w:type="dxa"/>
              <w:left w:w="50" w:type="dxa"/>
              <w:bottom w:w="20" w:type="dxa"/>
              <w:right w:w="50" w:type="dxa"/>
            </w:tcMar>
          </w:tcPr>
          <w:p w14:paraId="2D9CA3E6" w14:textId="77777777" w:rsidR="00292F36" w:rsidRDefault="00000000">
            <w:r>
              <w:rPr>
                <w:sz w:val="18"/>
              </w:rPr>
              <w:t>Y</w:t>
            </w:r>
          </w:p>
        </w:tc>
      </w:tr>
      <w:tr w:rsidR="00292F36" w14:paraId="1116EA2F" w14:textId="77777777">
        <w:tc>
          <w:tcPr>
            <w:tcW w:w="4680" w:type="dxa"/>
            <w:tcMar>
              <w:top w:w="20" w:type="dxa"/>
              <w:left w:w="50" w:type="dxa"/>
              <w:bottom w:w="20" w:type="dxa"/>
              <w:right w:w="50" w:type="dxa"/>
            </w:tcMar>
          </w:tcPr>
          <w:p w14:paraId="119448A7" w14:textId="77777777" w:rsidR="00292F36" w:rsidRPr="00E31FAA" w:rsidRDefault="00000000">
            <w:pPr>
              <w:rPr>
                <w:i/>
                <w:iCs/>
              </w:rPr>
            </w:pPr>
            <w:r w:rsidRPr="00E31FAA">
              <w:rPr>
                <w:i/>
                <w:iCs/>
                <w:sz w:val="18"/>
              </w:rPr>
              <w:t>Sebastes_constellatus</w:t>
            </w:r>
          </w:p>
        </w:tc>
        <w:tc>
          <w:tcPr>
            <w:tcW w:w="4680" w:type="dxa"/>
            <w:tcMar>
              <w:top w:w="20" w:type="dxa"/>
              <w:left w:w="50" w:type="dxa"/>
              <w:bottom w:w="20" w:type="dxa"/>
              <w:right w:w="50" w:type="dxa"/>
            </w:tcMar>
          </w:tcPr>
          <w:p w14:paraId="00B3E9A4" w14:textId="77777777" w:rsidR="00292F36" w:rsidRDefault="00000000">
            <w:r>
              <w:rPr>
                <w:sz w:val="18"/>
              </w:rPr>
              <w:t>Y</w:t>
            </w:r>
          </w:p>
        </w:tc>
      </w:tr>
      <w:tr w:rsidR="00292F36" w14:paraId="7ADA2EFD" w14:textId="77777777">
        <w:tc>
          <w:tcPr>
            <w:tcW w:w="4680" w:type="dxa"/>
            <w:tcMar>
              <w:top w:w="20" w:type="dxa"/>
              <w:left w:w="50" w:type="dxa"/>
              <w:bottom w:w="20" w:type="dxa"/>
              <w:right w:w="50" w:type="dxa"/>
            </w:tcMar>
          </w:tcPr>
          <w:p w14:paraId="3722C9FE" w14:textId="77777777" w:rsidR="00292F36" w:rsidRPr="00E31FAA" w:rsidRDefault="00000000">
            <w:pPr>
              <w:rPr>
                <w:i/>
                <w:iCs/>
              </w:rPr>
            </w:pPr>
            <w:r w:rsidRPr="00E31FAA">
              <w:rPr>
                <w:i/>
                <w:iCs/>
                <w:sz w:val="18"/>
              </w:rPr>
              <w:t>Sebastes_goodei</w:t>
            </w:r>
          </w:p>
        </w:tc>
        <w:tc>
          <w:tcPr>
            <w:tcW w:w="4680" w:type="dxa"/>
            <w:tcMar>
              <w:top w:w="20" w:type="dxa"/>
              <w:left w:w="50" w:type="dxa"/>
              <w:bottom w:w="20" w:type="dxa"/>
              <w:right w:w="50" w:type="dxa"/>
            </w:tcMar>
          </w:tcPr>
          <w:p w14:paraId="4CABEE1A" w14:textId="77777777" w:rsidR="00292F36" w:rsidRDefault="00000000">
            <w:r>
              <w:rPr>
                <w:sz w:val="18"/>
              </w:rPr>
              <w:t>Y</w:t>
            </w:r>
          </w:p>
        </w:tc>
      </w:tr>
      <w:tr w:rsidR="00292F36" w14:paraId="7831FCFE" w14:textId="77777777">
        <w:tc>
          <w:tcPr>
            <w:tcW w:w="4680" w:type="dxa"/>
            <w:tcMar>
              <w:top w:w="20" w:type="dxa"/>
              <w:left w:w="50" w:type="dxa"/>
              <w:bottom w:w="20" w:type="dxa"/>
              <w:right w:w="50" w:type="dxa"/>
            </w:tcMar>
          </w:tcPr>
          <w:p w14:paraId="1F498E0F" w14:textId="77777777" w:rsidR="00292F36" w:rsidRPr="00E31FAA" w:rsidRDefault="00000000">
            <w:pPr>
              <w:rPr>
                <w:i/>
                <w:iCs/>
              </w:rPr>
            </w:pPr>
            <w:r w:rsidRPr="00E31FAA">
              <w:rPr>
                <w:i/>
                <w:iCs/>
                <w:sz w:val="18"/>
              </w:rPr>
              <w:t>Sebastes_macdonaldi</w:t>
            </w:r>
          </w:p>
        </w:tc>
        <w:tc>
          <w:tcPr>
            <w:tcW w:w="4680" w:type="dxa"/>
            <w:tcMar>
              <w:top w:w="20" w:type="dxa"/>
              <w:left w:w="50" w:type="dxa"/>
              <w:bottom w:w="20" w:type="dxa"/>
              <w:right w:w="50" w:type="dxa"/>
            </w:tcMar>
          </w:tcPr>
          <w:p w14:paraId="63DB895F" w14:textId="77777777" w:rsidR="00292F36" w:rsidRDefault="00000000">
            <w:r>
              <w:rPr>
                <w:sz w:val="18"/>
              </w:rPr>
              <w:t>Y</w:t>
            </w:r>
          </w:p>
        </w:tc>
      </w:tr>
      <w:tr w:rsidR="00292F36" w14:paraId="6E8E5F45" w14:textId="77777777">
        <w:tc>
          <w:tcPr>
            <w:tcW w:w="4680" w:type="dxa"/>
            <w:tcMar>
              <w:top w:w="20" w:type="dxa"/>
              <w:left w:w="50" w:type="dxa"/>
              <w:bottom w:w="20" w:type="dxa"/>
              <w:right w:w="50" w:type="dxa"/>
            </w:tcMar>
          </w:tcPr>
          <w:p w14:paraId="30C3834D" w14:textId="77777777" w:rsidR="00292F36" w:rsidRPr="00E31FAA" w:rsidRDefault="00000000">
            <w:pPr>
              <w:rPr>
                <w:i/>
                <w:iCs/>
              </w:rPr>
            </w:pPr>
            <w:r w:rsidRPr="00E31FAA">
              <w:rPr>
                <w:i/>
                <w:iCs/>
                <w:sz w:val="18"/>
              </w:rPr>
              <w:t>Sebastes_miniatus</w:t>
            </w:r>
          </w:p>
        </w:tc>
        <w:tc>
          <w:tcPr>
            <w:tcW w:w="4680" w:type="dxa"/>
            <w:tcMar>
              <w:top w:w="20" w:type="dxa"/>
              <w:left w:w="50" w:type="dxa"/>
              <w:bottom w:w="20" w:type="dxa"/>
              <w:right w:w="50" w:type="dxa"/>
            </w:tcMar>
          </w:tcPr>
          <w:p w14:paraId="5790F185" w14:textId="77777777" w:rsidR="00292F36" w:rsidRDefault="00000000">
            <w:r>
              <w:rPr>
                <w:sz w:val="18"/>
              </w:rPr>
              <w:t>Y</w:t>
            </w:r>
          </w:p>
        </w:tc>
      </w:tr>
      <w:tr w:rsidR="00292F36" w14:paraId="7EB5509F" w14:textId="77777777">
        <w:tc>
          <w:tcPr>
            <w:tcW w:w="4680" w:type="dxa"/>
            <w:tcMar>
              <w:top w:w="20" w:type="dxa"/>
              <w:left w:w="50" w:type="dxa"/>
              <w:bottom w:w="20" w:type="dxa"/>
              <w:right w:w="50" w:type="dxa"/>
            </w:tcMar>
          </w:tcPr>
          <w:p w14:paraId="66E9BFBE" w14:textId="77777777" w:rsidR="00292F36" w:rsidRPr="00E31FAA" w:rsidRDefault="00000000">
            <w:pPr>
              <w:rPr>
                <w:i/>
                <w:iCs/>
              </w:rPr>
            </w:pPr>
            <w:r w:rsidRPr="00E31FAA">
              <w:rPr>
                <w:i/>
                <w:iCs/>
                <w:sz w:val="18"/>
              </w:rPr>
              <w:t>Sebastes_paucispinis</w:t>
            </w:r>
          </w:p>
        </w:tc>
        <w:tc>
          <w:tcPr>
            <w:tcW w:w="4680" w:type="dxa"/>
            <w:tcMar>
              <w:top w:w="20" w:type="dxa"/>
              <w:left w:w="50" w:type="dxa"/>
              <w:bottom w:w="20" w:type="dxa"/>
              <w:right w:w="50" w:type="dxa"/>
            </w:tcMar>
          </w:tcPr>
          <w:p w14:paraId="306DC899" w14:textId="77777777" w:rsidR="00292F36" w:rsidRDefault="00000000">
            <w:r>
              <w:rPr>
                <w:sz w:val="18"/>
              </w:rPr>
              <w:t>Y</w:t>
            </w:r>
          </w:p>
        </w:tc>
      </w:tr>
      <w:tr w:rsidR="00292F36" w14:paraId="2946E53F" w14:textId="77777777">
        <w:tc>
          <w:tcPr>
            <w:tcW w:w="4680" w:type="dxa"/>
            <w:tcMar>
              <w:top w:w="20" w:type="dxa"/>
              <w:left w:w="50" w:type="dxa"/>
              <w:bottom w:w="20" w:type="dxa"/>
              <w:right w:w="50" w:type="dxa"/>
            </w:tcMar>
          </w:tcPr>
          <w:p w14:paraId="0CE2E910" w14:textId="77777777" w:rsidR="00292F36" w:rsidRPr="00E31FAA" w:rsidRDefault="00000000">
            <w:pPr>
              <w:rPr>
                <w:i/>
                <w:iCs/>
              </w:rPr>
            </w:pPr>
            <w:r w:rsidRPr="00E31FAA">
              <w:rPr>
                <w:i/>
                <w:iCs/>
                <w:sz w:val="18"/>
              </w:rPr>
              <w:t>Sebastes_rubrivinctus</w:t>
            </w:r>
          </w:p>
        </w:tc>
        <w:tc>
          <w:tcPr>
            <w:tcW w:w="4680" w:type="dxa"/>
            <w:tcMar>
              <w:top w:w="20" w:type="dxa"/>
              <w:left w:w="50" w:type="dxa"/>
              <w:bottom w:w="20" w:type="dxa"/>
              <w:right w:w="50" w:type="dxa"/>
            </w:tcMar>
          </w:tcPr>
          <w:p w14:paraId="7813C3AE" w14:textId="77777777" w:rsidR="00292F36" w:rsidRDefault="00000000">
            <w:r>
              <w:rPr>
                <w:sz w:val="18"/>
              </w:rPr>
              <w:t>Y</w:t>
            </w:r>
          </w:p>
        </w:tc>
      </w:tr>
      <w:tr w:rsidR="00292F36" w14:paraId="557F01AE" w14:textId="77777777">
        <w:tc>
          <w:tcPr>
            <w:tcW w:w="4680" w:type="dxa"/>
            <w:tcMar>
              <w:top w:w="20" w:type="dxa"/>
              <w:left w:w="50" w:type="dxa"/>
              <w:bottom w:w="20" w:type="dxa"/>
              <w:right w:w="50" w:type="dxa"/>
            </w:tcMar>
          </w:tcPr>
          <w:p w14:paraId="1FD55F1B" w14:textId="77777777" w:rsidR="00292F36" w:rsidRPr="00E31FAA" w:rsidRDefault="00000000">
            <w:pPr>
              <w:rPr>
                <w:i/>
                <w:iCs/>
              </w:rPr>
            </w:pPr>
            <w:r w:rsidRPr="00E31FAA">
              <w:rPr>
                <w:i/>
                <w:iCs/>
                <w:sz w:val="18"/>
              </w:rPr>
              <w:t>Scomberomorus_concolor</w:t>
            </w:r>
          </w:p>
        </w:tc>
        <w:tc>
          <w:tcPr>
            <w:tcW w:w="4680" w:type="dxa"/>
            <w:tcMar>
              <w:top w:w="20" w:type="dxa"/>
              <w:left w:w="50" w:type="dxa"/>
              <w:bottom w:w="20" w:type="dxa"/>
              <w:right w:w="50" w:type="dxa"/>
            </w:tcMar>
          </w:tcPr>
          <w:p w14:paraId="57AE51A5" w14:textId="77777777" w:rsidR="00292F36" w:rsidRDefault="00000000">
            <w:r>
              <w:rPr>
                <w:sz w:val="18"/>
              </w:rPr>
              <w:t>Y</w:t>
            </w:r>
          </w:p>
        </w:tc>
      </w:tr>
      <w:tr w:rsidR="00292F36" w14:paraId="66B041F0" w14:textId="77777777">
        <w:tc>
          <w:tcPr>
            <w:tcW w:w="4680" w:type="dxa"/>
            <w:tcMar>
              <w:top w:w="20" w:type="dxa"/>
              <w:left w:w="50" w:type="dxa"/>
              <w:bottom w:w="20" w:type="dxa"/>
              <w:right w:w="50" w:type="dxa"/>
            </w:tcMar>
          </w:tcPr>
          <w:p w14:paraId="047048C8" w14:textId="77777777" w:rsidR="00292F36" w:rsidRPr="00E31FAA" w:rsidRDefault="00000000">
            <w:pPr>
              <w:rPr>
                <w:i/>
                <w:iCs/>
              </w:rPr>
            </w:pPr>
            <w:r w:rsidRPr="00E31FAA">
              <w:rPr>
                <w:i/>
                <w:iCs/>
                <w:sz w:val="18"/>
              </w:rPr>
              <w:t>Scomberomorus_sierra</w:t>
            </w:r>
          </w:p>
        </w:tc>
        <w:tc>
          <w:tcPr>
            <w:tcW w:w="4680" w:type="dxa"/>
            <w:tcMar>
              <w:top w:w="20" w:type="dxa"/>
              <w:left w:w="50" w:type="dxa"/>
              <w:bottom w:w="20" w:type="dxa"/>
              <w:right w:w="50" w:type="dxa"/>
            </w:tcMar>
          </w:tcPr>
          <w:p w14:paraId="62A4C897" w14:textId="77777777" w:rsidR="00292F36" w:rsidRDefault="00000000">
            <w:r>
              <w:rPr>
                <w:sz w:val="18"/>
              </w:rPr>
              <w:t>Y</w:t>
            </w:r>
          </w:p>
        </w:tc>
      </w:tr>
      <w:tr w:rsidR="00292F36" w14:paraId="42BD9DA1" w14:textId="77777777">
        <w:tc>
          <w:tcPr>
            <w:tcW w:w="4680" w:type="dxa"/>
            <w:tcMar>
              <w:top w:w="20" w:type="dxa"/>
              <w:left w:w="50" w:type="dxa"/>
              <w:bottom w:w="20" w:type="dxa"/>
              <w:right w:w="50" w:type="dxa"/>
            </w:tcMar>
          </w:tcPr>
          <w:p w14:paraId="12DE8269" w14:textId="77777777" w:rsidR="00292F36" w:rsidRPr="00E31FAA" w:rsidRDefault="00000000">
            <w:pPr>
              <w:rPr>
                <w:i/>
                <w:iCs/>
              </w:rPr>
            </w:pPr>
            <w:r w:rsidRPr="00E31FAA">
              <w:rPr>
                <w:i/>
                <w:iCs/>
                <w:sz w:val="18"/>
              </w:rPr>
              <w:t>Thunnus_albacares</w:t>
            </w:r>
          </w:p>
        </w:tc>
        <w:tc>
          <w:tcPr>
            <w:tcW w:w="4680" w:type="dxa"/>
            <w:tcMar>
              <w:top w:w="20" w:type="dxa"/>
              <w:left w:w="50" w:type="dxa"/>
              <w:bottom w:w="20" w:type="dxa"/>
              <w:right w:w="50" w:type="dxa"/>
            </w:tcMar>
          </w:tcPr>
          <w:p w14:paraId="7D3DB109" w14:textId="77777777" w:rsidR="00292F36" w:rsidRDefault="00000000">
            <w:r>
              <w:rPr>
                <w:sz w:val="18"/>
              </w:rPr>
              <w:t>Y</w:t>
            </w:r>
          </w:p>
        </w:tc>
      </w:tr>
      <w:tr w:rsidR="00292F36" w14:paraId="18C475EE" w14:textId="77777777">
        <w:tc>
          <w:tcPr>
            <w:tcW w:w="4680" w:type="dxa"/>
            <w:tcMar>
              <w:top w:w="20" w:type="dxa"/>
              <w:left w:w="50" w:type="dxa"/>
              <w:bottom w:w="20" w:type="dxa"/>
              <w:right w:w="50" w:type="dxa"/>
            </w:tcMar>
          </w:tcPr>
          <w:p w14:paraId="7F5510F6" w14:textId="77777777" w:rsidR="00292F36" w:rsidRPr="00E31FAA" w:rsidRDefault="00000000">
            <w:pPr>
              <w:rPr>
                <w:i/>
                <w:iCs/>
              </w:rPr>
            </w:pPr>
            <w:r w:rsidRPr="00E31FAA">
              <w:rPr>
                <w:i/>
                <w:iCs/>
                <w:sz w:val="18"/>
              </w:rPr>
              <w:t>Thunnus_orientalis</w:t>
            </w:r>
          </w:p>
        </w:tc>
        <w:tc>
          <w:tcPr>
            <w:tcW w:w="4680" w:type="dxa"/>
            <w:tcMar>
              <w:top w:w="20" w:type="dxa"/>
              <w:left w:w="50" w:type="dxa"/>
              <w:bottom w:w="20" w:type="dxa"/>
              <w:right w:w="50" w:type="dxa"/>
            </w:tcMar>
          </w:tcPr>
          <w:p w14:paraId="7D78A7A6" w14:textId="77777777" w:rsidR="00292F36" w:rsidRDefault="00000000">
            <w:r>
              <w:rPr>
                <w:sz w:val="18"/>
              </w:rPr>
              <w:t>Y</w:t>
            </w:r>
          </w:p>
        </w:tc>
      </w:tr>
      <w:tr w:rsidR="00292F36" w14:paraId="2B93B4A2" w14:textId="77777777">
        <w:tc>
          <w:tcPr>
            <w:tcW w:w="4680" w:type="dxa"/>
            <w:tcMar>
              <w:top w:w="20" w:type="dxa"/>
              <w:left w:w="50" w:type="dxa"/>
              <w:bottom w:w="20" w:type="dxa"/>
              <w:right w:w="50" w:type="dxa"/>
            </w:tcMar>
          </w:tcPr>
          <w:p w14:paraId="43ECF138" w14:textId="77777777" w:rsidR="00292F36" w:rsidRPr="00E31FAA" w:rsidRDefault="00000000">
            <w:pPr>
              <w:rPr>
                <w:i/>
                <w:iCs/>
              </w:rPr>
            </w:pPr>
            <w:r w:rsidRPr="00E31FAA">
              <w:rPr>
                <w:i/>
                <w:iCs/>
                <w:sz w:val="18"/>
              </w:rPr>
              <w:t>Thunnus_alalunga</w:t>
            </w:r>
          </w:p>
        </w:tc>
        <w:tc>
          <w:tcPr>
            <w:tcW w:w="4680" w:type="dxa"/>
            <w:tcMar>
              <w:top w:w="20" w:type="dxa"/>
              <w:left w:w="50" w:type="dxa"/>
              <w:bottom w:w="20" w:type="dxa"/>
              <w:right w:w="50" w:type="dxa"/>
            </w:tcMar>
          </w:tcPr>
          <w:p w14:paraId="73EECF4D" w14:textId="77777777" w:rsidR="00292F36" w:rsidRDefault="00000000">
            <w:r>
              <w:rPr>
                <w:sz w:val="18"/>
              </w:rPr>
              <w:t>Y</w:t>
            </w:r>
          </w:p>
        </w:tc>
      </w:tr>
      <w:tr w:rsidR="00292F36" w14:paraId="1A3CC842" w14:textId="77777777">
        <w:tc>
          <w:tcPr>
            <w:tcW w:w="4680" w:type="dxa"/>
            <w:tcMar>
              <w:top w:w="20" w:type="dxa"/>
              <w:left w:w="50" w:type="dxa"/>
              <w:bottom w:w="20" w:type="dxa"/>
              <w:right w:w="50" w:type="dxa"/>
            </w:tcMar>
          </w:tcPr>
          <w:p w14:paraId="5C8587D6" w14:textId="77777777" w:rsidR="00292F36" w:rsidRPr="00E31FAA" w:rsidRDefault="00000000">
            <w:pPr>
              <w:rPr>
                <w:i/>
                <w:iCs/>
              </w:rPr>
            </w:pPr>
            <w:r w:rsidRPr="00E31FAA">
              <w:rPr>
                <w:i/>
                <w:iCs/>
                <w:sz w:val="18"/>
              </w:rPr>
              <w:t>Thunnus_obesus</w:t>
            </w:r>
          </w:p>
        </w:tc>
        <w:tc>
          <w:tcPr>
            <w:tcW w:w="4680" w:type="dxa"/>
            <w:tcMar>
              <w:top w:w="20" w:type="dxa"/>
              <w:left w:w="50" w:type="dxa"/>
              <w:bottom w:w="20" w:type="dxa"/>
              <w:right w:w="50" w:type="dxa"/>
            </w:tcMar>
          </w:tcPr>
          <w:p w14:paraId="09B9068B" w14:textId="77777777" w:rsidR="00292F36" w:rsidRDefault="00000000">
            <w:r>
              <w:rPr>
                <w:sz w:val="18"/>
              </w:rPr>
              <w:t>Y</w:t>
            </w:r>
          </w:p>
        </w:tc>
      </w:tr>
      <w:tr w:rsidR="00292F36" w14:paraId="147EC2F1" w14:textId="77777777">
        <w:tc>
          <w:tcPr>
            <w:tcW w:w="4680" w:type="dxa"/>
            <w:tcMar>
              <w:top w:w="20" w:type="dxa"/>
              <w:left w:w="50" w:type="dxa"/>
              <w:bottom w:w="20" w:type="dxa"/>
              <w:right w:w="50" w:type="dxa"/>
            </w:tcMar>
          </w:tcPr>
          <w:p w14:paraId="28DB4393" w14:textId="77777777" w:rsidR="00292F36" w:rsidRPr="00E31FAA" w:rsidRDefault="00000000">
            <w:pPr>
              <w:rPr>
                <w:i/>
                <w:iCs/>
              </w:rPr>
            </w:pPr>
            <w:r w:rsidRPr="00E31FAA">
              <w:rPr>
                <w:i/>
                <w:iCs/>
                <w:sz w:val="18"/>
              </w:rPr>
              <w:t>Euthynnus_lineatus</w:t>
            </w:r>
          </w:p>
        </w:tc>
        <w:tc>
          <w:tcPr>
            <w:tcW w:w="4680" w:type="dxa"/>
            <w:tcMar>
              <w:top w:w="20" w:type="dxa"/>
              <w:left w:w="50" w:type="dxa"/>
              <w:bottom w:w="20" w:type="dxa"/>
              <w:right w:w="50" w:type="dxa"/>
            </w:tcMar>
          </w:tcPr>
          <w:p w14:paraId="7EBC2FB2" w14:textId="77777777" w:rsidR="00292F36" w:rsidRDefault="00000000">
            <w:r>
              <w:rPr>
                <w:sz w:val="18"/>
              </w:rPr>
              <w:t>Y</w:t>
            </w:r>
          </w:p>
        </w:tc>
      </w:tr>
      <w:tr w:rsidR="00292F36" w14:paraId="55BF4340" w14:textId="77777777">
        <w:tc>
          <w:tcPr>
            <w:tcW w:w="4680" w:type="dxa"/>
            <w:tcMar>
              <w:top w:w="20" w:type="dxa"/>
              <w:left w:w="50" w:type="dxa"/>
              <w:bottom w:w="20" w:type="dxa"/>
              <w:right w:w="50" w:type="dxa"/>
            </w:tcMar>
          </w:tcPr>
          <w:p w14:paraId="5E095404" w14:textId="77777777" w:rsidR="00292F36" w:rsidRPr="00E31FAA" w:rsidRDefault="00000000">
            <w:pPr>
              <w:rPr>
                <w:i/>
                <w:iCs/>
              </w:rPr>
            </w:pPr>
            <w:r w:rsidRPr="00E31FAA">
              <w:rPr>
                <w:i/>
                <w:iCs/>
                <w:sz w:val="18"/>
              </w:rPr>
              <w:t>Katsuwonus_pelamis</w:t>
            </w:r>
          </w:p>
        </w:tc>
        <w:tc>
          <w:tcPr>
            <w:tcW w:w="4680" w:type="dxa"/>
            <w:tcMar>
              <w:top w:w="20" w:type="dxa"/>
              <w:left w:w="50" w:type="dxa"/>
              <w:bottom w:w="20" w:type="dxa"/>
              <w:right w:w="50" w:type="dxa"/>
            </w:tcMar>
          </w:tcPr>
          <w:p w14:paraId="26E90DB3" w14:textId="77777777" w:rsidR="00292F36" w:rsidRDefault="00000000">
            <w:r>
              <w:rPr>
                <w:sz w:val="18"/>
              </w:rPr>
              <w:t>Y</w:t>
            </w:r>
          </w:p>
        </w:tc>
      </w:tr>
      <w:tr w:rsidR="00292F36" w14:paraId="74C0EB41" w14:textId="77777777">
        <w:tc>
          <w:tcPr>
            <w:tcW w:w="4680" w:type="dxa"/>
            <w:tcMar>
              <w:top w:w="20" w:type="dxa"/>
              <w:left w:w="50" w:type="dxa"/>
              <w:bottom w:w="20" w:type="dxa"/>
              <w:right w:w="50" w:type="dxa"/>
            </w:tcMar>
          </w:tcPr>
          <w:p w14:paraId="2583C312" w14:textId="77777777" w:rsidR="00292F36" w:rsidRPr="00E31FAA" w:rsidRDefault="00000000">
            <w:pPr>
              <w:rPr>
                <w:i/>
                <w:iCs/>
              </w:rPr>
            </w:pPr>
            <w:r w:rsidRPr="00E31FAA">
              <w:rPr>
                <w:i/>
                <w:iCs/>
                <w:sz w:val="18"/>
              </w:rPr>
              <w:t>Sarda_chiliensis</w:t>
            </w:r>
          </w:p>
        </w:tc>
        <w:tc>
          <w:tcPr>
            <w:tcW w:w="4680" w:type="dxa"/>
            <w:tcMar>
              <w:top w:w="20" w:type="dxa"/>
              <w:left w:w="50" w:type="dxa"/>
              <w:bottom w:w="20" w:type="dxa"/>
              <w:right w:w="50" w:type="dxa"/>
            </w:tcMar>
          </w:tcPr>
          <w:p w14:paraId="4ADF54B1" w14:textId="77777777" w:rsidR="00292F36" w:rsidRDefault="00000000">
            <w:r>
              <w:rPr>
                <w:sz w:val="18"/>
              </w:rPr>
              <w:t>Y</w:t>
            </w:r>
          </w:p>
        </w:tc>
      </w:tr>
      <w:tr w:rsidR="00292F36" w14:paraId="432E7370" w14:textId="77777777">
        <w:tc>
          <w:tcPr>
            <w:tcW w:w="4680" w:type="dxa"/>
            <w:tcMar>
              <w:top w:w="20" w:type="dxa"/>
              <w:left w:w="50" w:type="dxa"/>
              <w:bottom w:w="20" w:type="dxa"/>
              <w:right w:w="50" w:type="dxa"/>
            </w:tcMar>
          </w:tcPr>
          <w:p w14:paraId="280E1E77" w14:textId="77777777" w:rsidR="00292F36" w:rsidRPr="00E31FAA" w:rsidRDefault="00000000">
            <w:pPr>
              <w:rPr>
                <w:i/>
                <w:iCs/>
              </w:rPr>
            </w:pPr>
            <w:r w:rsidRPr="00E31FAA">
              <w:rPr>
                <w:i/>
                <w:iCs/>
                <w:sz w:val="18"/>
              </w:rPr>
              <w:t>Squalus_acanthias</w:t>
            </w:r>
          </w:p>
        </w:tc>
        <w:tc>
          <w:tcPr>
            <w:tcW w:w="4680" w:type="dxa"/>
            <w:tcMar>
              <w:top w:w="20" w:type="dxa"/>
              <w:left w:w="50" w:type="dxa"/>
              <w:bottom w:w="20" w:type="dxa"/>
              <w:right w:w="50" w:type="dxa"/>
            </w:tcMar>
          </w:tcPr>
          <w:p w14:paraId="40B38CD4" w14:textId="77777777" w:rsidR="00292F36" w:rsidRDefault="00000000">
            <w:r>
              <w:rPr>
                <w:sz w:val="18"/>
              </w:rPr>
              <w:t>Y</w:t>
            </w:r>
          </w:p>
        </w:tc>
      </w:tr>
      <w:tr w:rsidR="00292F36" w14:paraId="360EB5CE" w14:textId="77777777">
        <w:tc>
          <w:tcPr>
            <w:tcW w:w="4680" w:type="dxa"/>
            <w:tcMar>
              <w:top w:w="20" w:type="dxa"/>
              <w:left w:w="50" w:type="dxa"/>
              <w:bottom w:w="20" w:type="dxa"/>
              <w:right w:w="50" w:type="dxa"/>
            </w:tcMar>
          </w:tcPr>
          <w:p w14:paraId="680F6208" w14:textId="77777777" w:rsidR="00292F36" w:rsidRPr="00E31FAA" w:rsidRDefault="00000000">
            <w:pPr>
              <w:rPr>
                <w:i/>
                <w:iCs/>
              </w:rPr>
            </w:pPr>
            <w:r w:rsidRPr="00E31FAA">
              <w:rPr>
                <w:i/>
                <w:iCs/>
                <w:sz w:val="18"/>
              </w:rPr>
              <w:t>Synodus_lucioceps</w:t>
            </w:r>
          </w:p>
        </w:tc>
        <w:tc>
          <w:tcPr>
            <w:tcW w:w="4680" w:type="dxa"/>
            <w:tcMar>
              <w:top w:w="20" w:type="dxa"/>
              <w:left w:w="50" w:type="dxa"/>
              <w:bottom w:w="20" w:type="dxa"/>
              <w:right w:w="50" w:type="dxa"/>
            </w:tcMar>
          </w:tcPr>
          <w:p w14:paraId="3130BEA6" w14:textId="77777777" w:rsidR="00292F36" w:rsidRDefault="00000000">
            <w:r>
              <w:rPr>
                <w:sz w:val="18"/>
              </w:rPr>
              <w:t>Y</w:t>
            </w:r>
          </w:p>
        </w:tc>
      </w:tr>
      <w:tr w:rsidR="00292F36" w14:paraId="3DEFA86B" w14:textId="77777777">
        <w:tc>
          <w:tcPr>
            <w:tcW w:w="4680" w:type="dxa"/>
            <w:tcMar>
              <w:top w:w="20" w:type="dxa"/>
              <w:left w:w="50" w:type="dxa"/>
              <w:bottom w:w="20" w:type="dxa"/>
              <w:right w:w="50" w:type="dxa"/>
            </w:tcMar>
          </w:tcPr>
          <w:p w14:paraId="6D616EF5" w14:textId="77777777" w:rsidR="00292F36" w:rsidRPr="00E31FAA" w:rsidRDefault="00000000">
            <w:pPr>
              <w:rPr>
                <w:i/>
                <w:iCs/>
              </w:rPr>
            </w:pPr>
            <w:r w:rsidRPr="00E31FAA">
              <w:rPr>
                <w:i/>
                <w:iCs/>
                <w:sz w:val="18"/>
              </w:rPr>
              <w:t>Scorpaena_guttata</w:t>
            </w:r>
          </w:p>
        </w:tc>
        <w:tc>
          <w:tcPr>
            <w:tcW w:w="4680" w:type="dxa"/>
            <w:tcMar>
              <w:top w:w="20" w:type="dxa"/>
              <w:left w:w="50" w:type="dxa"/>
              <w:bottom w:w="20" w:type="dxa"/>
              <w:right w:w="50" w:type="dxa"/>
            </w:tcMar>
          </w:tcPr>
          <w:p w14:paraId="4DEAA603" w14:textId="77777777" w:rsidR="00292F36" w:rsidRDefault="00000000">
            <w:r>
              <w:rPr>
                <w:sz w:val="18"/>
              </w:rPr>
              <w:t>Y</w:t>
            </w:r>
          </w:p>
        </w:tc>
      </w:tr>
      <w:tr w:rsidR="00292F36" w14:paraId="68B796BF" w14:textId="77777777">
        <w:tc>
          <w:tcPr>
            <w:tcW w:w="4680" w:type="dxa"/>
            <w:tcMar>
              <w:top w:w="20" w:type="dxa"/>
              <w:left w:w="50" w:type="dxa"/>
              <w:bottom w:w="20" w:type="dxa"/>
              <w:right w:w="50" w:type="dxa"/>
            </w:tcMar>
          </w:tcPr>
          <w:p w14:paraId="2E1CD6DB" w14:textId="77777777" w:rsidR="00292F36" w:rsidRPr="00E31FAA" w:rsidRDefault="00000000">
            <w:pPr>
              <w:rPr>
                <w:i/>
                <w:iCs/>
              </w:rPr>
            </w:pPr>
            <w:r w:rsidRPr="00E31FAA">
              <w:rPr>
                <w:i/>
                <w:iCs/>
                <w:sz w:val="18"/>
              </w:rPr>
              <w:t>Sebastes_carnatus</w:t>
            </w:r>
          </w:p>
        </w:tc>
        <w:tc>
          <w:tcPr>
            <w:tcW w:w="4680" w:type="dxa"/>
            <w:tcMar>
              <w:top w:w="20" w:type="dxa"/>
              <w:left w:w="50" w:type="dxa"/>
              <w:bottom w:w="20" w:type="dxa"/>
              <w:right w:w="50" w:type="dxa"/>
            </w:tcMar>
          </w:tcPr>
          <w:p w14:paraId="236B5C10" w14:textId="77777777" w:rsidR="00292F36" w:rsidRDefault="00000000">
            <w:r>
              <w:rPr>
                <w:sz w:val="18"/>
              </w:rPr>
              <w:t>Y</w:t>
            </w:r>
          </w:p>
        </w:tc>
      </w:tr>
      <w:tr w:rsidR="00292F36" w14:paraId="1657A54B" w14:textId="77777777">
        <w:tc>
          <w:tcPr>
            <w:tcW w:w="4680" w:type="dxa"/>
            <w:tcMar>
              <w:top w:w="20" w:type="dxa"/>
              <w:left w:w="50" w:type="dxa"/>
              <w:bottom w:w="20" w:type="dxa"/>
              <w:right w:w="50" w:type="dxa"/>
            </w:tcMar>
          </w:tcPr>
          <w:p w14:paraId="661EFB6B" w14:textId="77777777" w:rsidR="00292F36" w:rsidRPr="00E31FAA" w:rsidRDefault="00000000">
            <w:pPr>
              <w:rPr>
                <w:i/>
                <w:iCs/>
              </w:rPr>
            </w:pPr>
            <w:r w:rsidRPr="00E31FAA">
              <w:rPr>
                <w:i/>
                <w:iCs/>
                <w:sz w:val="18"/>
              </w:rPr>
              <w:t>Sebastes_umbrosus</w:t>
            </w:r>
          </w:p>
        </w:tc>
        <w:tc>
          <w:tcPr>
            <w:tcW w:w="4680" w:type="dxa"/>
            <w:tcMar>
              <w:top w:w="20" w:type="dxa"/>
              <w:left w:w="50" w:type="dxa"/>
              <w:bottom w:w="20" w:type="dxa"/>
              <w:right w:w="50" w:type="dxa"/>
            </w:tcMar>
          </w:tcPr>
          <w:p w14:paraId="4DA03680" w14:textId="77777777" w:rsidR="00292F36" w:rsidRDefault="00000000">
            <w:r>
              <w:rPr>
                <w:sz w:val="18"/>
              </w:rPr>
              <w:t>Y</w:t>
            </w:r>
          </w:p>
        </w:tc>
      </w:tr>
      <w:tr w:rsidR="00292F36" w14:paraId="3F601076" w14:textId="77777777">
        <w:tc>
          <w:tcPr>
            <w:tcW w:w="4680" w:type="dxa"/>
            <w:tcMar>
              <w:top w:w="20" w:type="dxa"/>
              <w:left w:w="50" w:type="dxa"/>
              <w:bottom w:w="20" w:type="dxa"/>
              <w:right w:w="50" w:type="dxa"/>
            </w:tcMar>
          </w:tcPr>
          <w:p w14:paraId="3B6CEB17" w14:textId="77777777" w:rsidR="00292F36" w:rsidRPr="00E31FAA" w:rsidRDefault="00000000">
            <w:pPr>
              <w:rPr>
                <w:i/>
                <w:iCs/>
              </w:rPr>
            </w:pPr>
            <w:r w:rsidRPr="00E31FAA">
              <w:rPr>
                <w:i/>
                <w:iCs/>
                <w:sz w:val="18"/>
              </w:rPr>
              <w:t>Sebastes_serriceps</w:t>
            </w:r>
          </w:p>
        </w:tc>
        <w:tc>
          <w:tcPr>
            <w:tcW w:w="4680" w:type="dxa"/>
            <w:tcMar>
              <w:top w:w="20" w:type="dxa"/>
              <w:left w:w="50" w:type="dxa"/>
              <w:bottom w:w="20" w:type="dxa"/>
              <w:right w:w="50" w:type="dxa"/>
            </w:tcMar>
          </w:tcPr>
          <w:p w14:paraId="5C8397B6" w14:textId="77777777" w:rsidR="00292F36" w:rsidRDefault="00000000">
            <w:r>
              <w:rPr>
                <w:sz w:val="18"/>
              </w:rPr>
              <w:t>Y</w:t>
            </w:r>
          </w:p>
        </w:tc>
      </w:tr>
      <w:tr w:rsidR="00292F36" w14:paraId="15997495" w14:textId="77777777">
        <w:tc>
          <w:tcPr>
            <w:tcW w:w="4680" w:type="dxa"/>
            <w:tcMar>
              <w:top w:w="20" w:type="dxa"/>
              <w:left w:w="50" w:type="dxa"/>
              <w:bottom w:w="20" w:type="dxa"/>
              <w:right w:w="50" w:type="dxa"/>
            </w:tcMar>
          </w:tcPr>
          <w:p w14:paraId="6364558F" w14:textId="77777777" w:rsidR="00292F36" w:rsidRPr="00E31FAA" w:rsidRDefault="00000000">
            <w:pPr>
              <w:rPr>
                <w:i/>
                <w:iCs/>
              </w:rPr>
            </w:pPr>
            <w:r w:rsidRPr="00E31FAA">
              <w:rPr>
                <w:i/>
                <w:iCs/>
                <w:sz w:val="18"/>
              </w:rPr>
              <w:lastRenderedPageBreak/>
              <w:t>Sebastes_serranoides</w:t>
            </w:r>
          </w:p>
        </w:tc>
        <w:tc>
          <w:tcPr>
            <w:tcW w:w="4680" w:type="dxa"/>
            <w:tcMar>
              <w:top w:w="20" w:type="dxa"/>
              <w:left w:w="50" w:type="dxa"/>
              <w:bottom w:w="20" w:type="dxa"/>
              <w:right w:w="50" w:type="dxa"/>
            </w:tcMar>
          </w:tcPr>
          <w:p w14:paraId="1B332EDC" w14:textId="77777777" w:rsidR="00292F36" w:rsidRDefault="00000000">
            <w:r>
              <w:rPr>
                <w:sz w:val="18"/>
              </w:rPr>
              <w:t>Y</w:t>
            </w:r>
          </w:p>
        </w:tc>
      </w:tr>
      <w:tr w:rsidR="00292F36" w14:paraId="71A6067F" w14:textId="77777777">
        <w:tc>
          <w:tcPr>
            <w:tcW w:w="4680" w:type="dxa"/>
            <w:tcMar>
              <w:top w:w="20" w:type="dxa"/>
              <w:left w:w="50" w:type="dxa"/>
              <w:bottom w:w="20" w:type="dxa"/>
              <w:right w:w="50" w:type="dxa"/>
            </w:tcMar>
          </w:tcPr>
          <w:p w14:paraId="3B1A369F" w14:textId="77777777" w:rsidR="00292F36" w:rsidRPr="00E31FAA" w:rsidRDefault="00000000">
            <w:pPr>
              <w:rPr>
                <w:i/>
                <w:iCs/>
              </w:rPr>
            </w:pPr>
            <w:r w:rsidRPr="00E31FAA">
              <w:rPr>
                <w:i/>
                <w:iCs/>
                <w:sz w:val="18"/>
              </w:rPr>
              <w:t>Sebastes_aurora</w:t>
            </w:r>
          </w:p>
        </w:tc>
        <w:tc>
          <w:tcPr>
            <w:tcW w:w="4680" w:type="dxa"/>
            <w:tcMar>
              <w:top w:w="20" w:type="dxa"/>
              <w:left w:w="50" w:type="dxa"/>
              <w:bottom w:w="20" w:type="dxa"/>
              <w:right w:w="50" w:type="dxa"/>
            </w:tcMar>
          </w:tcPr>
          <w:p w14:paraId="77AE37F7" w14:textId="77777777" w:rsidR="00292F36" w:rsidRDefault="00000000">
            <w:r>
              <w:rPr>
                <w:sz w:val="18"/>
              </w:rPr>
              <w:t>Y</w:t>
            </w:r>
          </w:p>
        </w:tc>
      </w:tr>
      <w:tr w:rsidR="00292F36" w14:paraId="5DB1729E" w14:textId="77777777">
        <w:tc>
          <w:tcPr>
            <w:tcW w:w="4680" w:type="dxa"/>
            <w:tcMar>
              <w:top w:w="20" w:type="dxa"/>
              <w:left w:w="50" w:type="dxa"/>
              <w:bottom w:w="20" w:type="dxa"/>
              <w:right w:w="50" w:type="dxa"/>
            </w:tcMar>
          </w:tcPr>
          <w:p w14:paraId="09543B70" w14:textId="77777777" w:rsidR="00292F36" w:rsidRPr="00E31FAA" w:rsidRDefault="00000000">
            <w:pPr>
              <w:rPr>
                <w:i/>
                <w:iCs/>
              </w:rPr>
            </w:pPr>
            <w:r w:rsidRPr="00E31FAA">
              <w:rPr>
                <w:i/>
                <w:iCs/>
                <w:sz w:val="18"/>
              </w:rPr>
              <w:t>Sebastes_rosenblatti</w:t>
            </w:r>
          </w:p>
        </w:tc>
        <w:tc>
          <w:tcPr>
            <w:tcW w:w="4680" w:type="dxa"/>
            <w:tcMar>
              <w:top w:w="20" w:type="dxa"/>
              <w:left w:w="50" w:type="dxa"/>
              <w:bottom w:w="20" w:type="dxa"/>
              <w:right w:w="50" w:type="dxa"/>
            </w:tcMar>
          </w:tcPr>
          <w:p w14:paraId="7F78F08E" w14:textId="77777777" w:rsidR="00292F36" w:rsidRDefault="00000000">
            <w:r>
              <w:rPr>
                <w:sz w:val="18"/>
              </w:rPr>
              <w:t>Y</w:t>
            </w:r>
          </w:p>
        </w:tc>
      </w:tr>
      <w:tr w:rsidR="00292F36" w14:paraId="2026C48F" w14:textId="77777777">
        <w:tc>
          <w:tcPr>
            <w:tcW w:w="4680" w:type="dxa"/>
            <w:tcMar>
              <w:top w:w="20" w:type="dxa"/>
              <w:left w:w="50" w:type="dxa"/>
              <w:bottom w:w="20" w:type="dxa"/>
              <w:right w:w="50" w:type="dxa"/>
            </w:tcMar>
          </w:tcPr>
          <w:p w14:paraId="7B86FAFA" w14:textId="77777777" w:rsidR="00292F36" w:rsidRPr="00E31FAA" w:rsidRDefault="00000000">
            <w:pPr>
              <w:rPr>
                <w:i/>
                <w:iCs/>
              </w:rPr>
            </w:pPr>
            <w:r w:rsidRPr="00E31FAA">
              <w:rPr>
                <w:i/>
                <w:iCs/>
                <w:sz w:val="18"/>
              </w:rPr>
              <w:t>Sebastes_atrovirens</w:t>
            </w:r>
          </w:p>
        </w:tc>
        <w:tc>
          <w:tcPr>
            <w:tcW w:w="4680" w:type="dxa"/>
            <w:tcMar>
              <w:top w:w="20" w:type="dxa"/>
              <w:left w:w="50" w:type="dxa"/>
              <w:bottom w:w="20" w:type="dxa"/>
              <w:right w:w="50" w:type="dxa"/>
            </w:tcMar>
          </w:tcPr>
          <w:p w14:paraId="04573206" w14:textId="77777777" w:rsidR="00292F36" w:rsidRDefault="00000000">
            <w:r>
              <w:rPr>
                <w:sz w:val="18"/>
              </w:rPr>
              <w:t>Y</w:t>
            </w:r>
          </w:p>
        </w:tc>
      </w:tr>
      <w:tr w:rsidR="00292F36" w14:paraId="0AD61051" w14:textId="77777777">
        <w:tc>
          <w:tcPr>
            <w:tcW w:w="4680" w:type="dxa"/>
            <w:tcMar>
              <w:top w:w="20" w:type="dxa"/>
              <w:left w:w="50" w:type="dxa"/>
              <w:bottom w:w="20" w:type="dxa"/>
              <w:right w:w="50" w:type="dxa"/>
            </w:tcMar>
          </w:tcPr>
          <w:p w14:paraId="0A4F5428" w14:textId="77777777" w:rsidR="00292F36" w:rsidRPr="00E31FAA" w:rsidRDefault="00000000">
            <w:pPr>
              <w:rPr>
                <w:i/>
                <w:iCs/>
              </w:rPr>
            </w:pPr>
            <w:r w:rsidRPr="00E31FAA">
              <w:rPr>
                <w:i/>
                <w:iCs/>
                <w:sz w:val="18"/>
              </w:rPr>
              <w:t>Sebastes_auriculatus</w:t>
            </w:r>
          </w:p>
        </w:tc>
        <w:tc>
          <w:tcPr>
            <w:tcW w:w="4680" w:type="dxa"/>
            <w:tcMar>
              <w:top w:w="20" w:type="dxa"/>
              <w:left w:w="50" w:type="dxa"/>
              <w:bottom w:w="20" w:type="dxa"/>
              <w:right w:w="50" w:type="dxa"/>
            </w:tcMar>
          </w:tcPr>
          <w:p w14:paraId="205C2A78" w14:textId="77777777" w:rsidR="00292F36" w:rsidRDefault="00000000">
            <w:r>
              <w:rPr>
                <w:sz w:val="18"/>
              </w:rPr>
              <w:t>Y</w:t>
            </w:r>
          </w:p>
        </w:tc>
      </w:tr>
      <w:tr w:rsidR="00292F36" w14:paraId="19D5A582" w14:textId="77777777">
        <w:tc>
          <w:tcPr>
            <w:tcW w:w="4680" w:type="dxa"/>
            <w:tcMar>
              <w:top w:w="20" w:type="dxa"/>
              <w:left w:w="50" w:type="dxa"/>
              <w:bottom w:w="20" w:type="dxa"/>
              <w:right w:w="50" w:type="dxa"/>
            </w:tcMar>
          </w:tcPr>
          <w:p w14:paraId="513CBB48" w14:textId="77777777" w:rsidR="00292F36" w:rsidRPr="00E31FAA" w:rsidRDefault="00000000">
            <w:pPr>
              <w:rPr>
                <w:i/>
                <w:iCs/>
              </w:rPr>
            </w:pPr>
            <w:r w:rsidRPr="00E31FAA">
              <w:rPr>
                <w:i/>
                <w:iCs/>
                <w:sz w:val="18"/>
              </w:rPr>
              <w:t>Sebastes_mystinus</w:t>
            </w:r>
          </w:p>
        </w:tc>
        <w:tc>
          <w:tcPr>
            <w:tcW w:w="4680" w:type="dxa"/>
            <w:tcMar>
              <w:top w:w="20" w:type="dxa"/>
              <w:left w:w="50" w:type="dxa"/>
              <w:bottom w:w="20" w:type="dxa"/>
              <w:right w:w="50" w:type="dxa"/>
            </w:tcMar>
          </w:tcPr>
          <w:p w14:paraId="21E99A6A" w14:textId="77777777" w:rsidR="00292F36" w:rsidRDefault="00000000">
            <w:r>
              <w:rPr>
                <w:sz w:val="18"/>
              </w:rPr>
              <w:t>Y</w:t>
            </w:r>
          </w:p>
        </w:tc>
      </w:tr>
      <w:tr w:rsidR="00292F36" w14:paraId="21BD336A" w14:textId="77777777">
        <w:tc>
          <w:tcPr>
            <w:tcW w:w="4680" w:type="dxa"/>
            <w:tcMar>
              <w:top w:w="20" w:type="dxa"/>
              <w:left w:w="50" w:type="dxa"/>
              <w:bottom w:w="20" w:type="dxa"/>
              <w:right w:w="50" w:type="dxa"/>
            </w:tcMar>
          </w:tcPr>
          <w:p w14:paraId="343B2D44" w14:textId="77777777" w:rsidR="00292F36" w:rsidRPr="00E31FAA" w:rsidRDefault="00000000">
            <w:pPr>
              <w:rPr>
                <w:i/>
                <w:iCs/>
              </w:rPr>
            </w:pPr>
            <w:r w:rsidRPr="00E31FAA">
              <w:rPr>
                <w:i/>
                <w:iCs/>
                <w:sz w:val="18"/>
              </w:rPr>
              <w:t>Sebastes_caurinus</w:t>
            </w:r>
          </w:p>
        </w:tc>
        <w:tc>
          <w:tcPr>
            <w:tcW w:w="4680" w:type="dxa"/>
            <w:tcMar>
              <w:top w:w="20" w:type="dxa"/>
              <w:left w:w="50" w:type="dxa"/>
              <w:bottom w:w="20" w:type="dxa"/>
              <w:right w:w="50" w:type="dxa"/>
            </w:tcMar>
          </w:tcPr>
          <w:p w14:paraId="5D4456A7" w14:textId="77777777" w:rsidR="00292F36" w:rsidRDefault="00000000">
            <w:r>
              <w:rPr>
                <w:sz w:val="18"/>
              </w:rPr>
              <w:t>Y</w:t>
            </w:r>
          </w:p>
        </w:tc>
      </w:tr>
      <w:tr w:rsidR="00292F36" w14:paraId="1405CCB7" w14:textId="77777777">
        <w:tc>
          <w:tcPr>
            <w:tcW w:w="4680" w:type="dxa"/>
            <w:tcMar>
              <w:top w:w="20" w:type="dxa"/>
              <w:left w:w="50" w:type="dxa"/>
              <w:bottom w:w="20" w:type="dxa"/>
              <w:right w:w="50" w:type="dxa"/>
            </w:tcMar>
          </w:tcPr>
          <w:p w14:paraId="726A2ED0" w14:textId="77777777" w:rsidR="00292F36" w:rsidRPr="00E31FAA" w:rsidRDefault="00000000">
            <w:pPr>
              <w:rPr>
                <w:i/>
                <w:iCs/>
              </w:rPr>
            </w:pPr>
            <w:r w:rsidRPr="00E31FAA">
              <w:rPr>
                <w:i/>
                <w:iCs/>
                <w:sz w:val="18"/>
              </w:rPr>
              <w:t>Sebastes_rosaceus</w:t>
            </w:r>
          </w:p>
        </w:tc>
        <w:tc>
          <w:tcPr>
            <w:tcW w:w="4680" w:type="dxa"/>
            <w:tcMar>
              <w:top w:w="20" w:type="dxa"/>
              <w:left w:w="50" w:type="dxa"/>
              <w:bottom w:w="20" w:type="dxa"/>
              <w:right w:w="50" w:type="dxa"/>
            </w:tcMar>
          </w:tcPr>
          <w:p w14:paraId="6E92E270" w14:textId="77777777" w:rsidR="00292F36" w:rsidRDefault="00000000">
            <w:r>
              <w:rPr>
                <w:sz w:val="18"/>
              </w:rPr>
              <w:t>Y</w:t>
            </w:r>
          </w:p>
        </w:tc>
      </w:tr>
      <w:tr w:rsidR="00292F36" w14:paraId="238277ED" w14:textId="77777777">
        <w:tc>
          <w:tcPr>
            <w:tcW w:w="4680" w:type="dxa"/>
            <w:tcMar>
              <w:top w:w="20" w:type="dxa"/>
              <w:left w:w="50" w:type="dxa"/>
              <w:bottom w:w="20" w:type="dxa"/>
              <w:right w:w="50" w:type="dxa"/>
            </w:tcMar>
          </w:tcPr>
          <w:p w14:paraId="3D8B3CDB" w14:textId="77777777" w:rsidR="00292F36" w:rsidRPr="00E31FAA" w:rsidRDefault="00000000">
            <w:pPr>
              <w:rPr>
                <w:i/>
                <w:iCs/>
              </w:rPr>
            </w:pPr>
            <w:r w:rsidRPr="00E31FAA">
              <w:rPr>
                <w:i/>
                <w:iCs/>
                <w:sz w:val="18"/>
              </w:rPr>
              <w:t>Sebastes_maliger</w:t>
            </w:r>
          </w:p>
        </w:tc>
        <w:tc>
          <w:tcPr>
            <w:tcW w:w="4680" w:type="dxa"/>
            <w:tcMar>
              <w:top w:w="20" w:type="dxa"/>
              <w:left w:w="50" w:type="dxa"/>
              <w:bottom w:w="20" w:type="dxa"/>
              <w:right w:w="50" w:type="dxa"/>
            </w:tcMar>
          </w:tcPr>
          <w:p w14:paraId="21AA7620" w14:textId="77777777" w:rsidR="00292F36" w:rsidRDefault="00000000">
            <w:r>
              <w:rPr>
                <w:sz w:val="18"/>
              </w:rPr>
              <w:t>Y</w:t>
            </w:r>
          </w:p>
        </w:tc>
      </w:tr>
      <w:tr w:rsidR="00292F36" w14:paraId="719B85B2" w14:textId="77777777">
        <w:tc>
          <w:tcPr>
            <w:tcW w:w="4680" w:type="dxa"/>
            <w:tcMar>
              <w:top w:w="20" w:type="dxa"/>
              <w:left w:w="50" w:type="dxa"/>
              <w:bottom w:w="20" w:type="dxa"/>
              <w:right w:w="50" w:type="dxa"/>
            </w:tcMar>
          </w:tcPr>
          <w:p w14:paraId="5F3F91D1" w14:textId="77777777" w:rsidR="00292F36" w:rsidRPr="00E31FAA" w:rsidRDefault="00000000">
            <w:pPr>
              <w:rPr>
                <w:i/>
                <w:iCs/>
              </w:rPr>
            </w:pPr>
            <w:r w:rsidRPr="00E31FAA">
              <w:rPr>
                <w:i/>
                <w:iCs/>
                <w:sz w:val="18"/>
              </w:rPr>
              <w:t>Ophiodon_elongatus</w:t>
            </w:r>
          </w:p>
        </w:tc>
        <w:tc>
          <w:tcPr>
            <w:tcW w:w="4680" w:type="dxa"/>
            <w:tcMar>
              <w:top w:w="20" w:type="dxa"/>
              <w:left w:w="50" w:type="dxa"/>
              <w:bottom w:w="20" w:type="dxa"/>
              <w:right w:w="50" w:type="dxa"/>
            </w:tcMar>
          </w:tcPr>
          <w:p w14:paraId="24C9ED26" w14:textId="77777777" w:rsidR="00292F36" w:rsidRDefault="00000000">
            <w:r>
              <w:rPr>
                <w:sz w:val="18"/>
              </w:rPr>
              <w:t>Y</w:t>
            </w:r>
          </w:p>
        </w:tc>
      </w:tr>
      <w:tr w:rsidR="00292F36" w14:paraId="44BCD707" w14:textId="77777777">
        <w:tc>
          <w:tcPr>
            <w:tcW w:w="4680" w:type="dxa"/>
            <w:tcMar>
              <w:top w:w="20" w:type="dxa"/>
              <w:left w:w="50" w:type="dxa"/>
              <w:bottom w:w="20" w:type="dxa"/>
              <w:right w:w="50" w:type="dxa"/>
            </w:tcMar>
          </w:tcPr>
          <w:p w14:paraId="7664F506" w14:textId="77777777" w:rsidR="00292F36" w:rsidRPr="00E31FAA" w:rsidRDefault="00000000">
            <w:pPr>
              <w:rPr>
                <w:i/>
                <w:iCs/>
              </w:rPr>
            </w:pPr>
            <w:r w:rsidRPr="00E31FAA">
              <w:rPr>
                <w:i/>
                <w:iCs/>
                <w:sz w:val="18"/>
              </w:rPr>
              <w:t>Caulolatilus_princeps</w:t>
            </w:r>
          </w:p>
        </w:tc>
        <w:tc>
          <w:tcPr>
            <w:tcW w:w="4680" w:type="dxa"/>
            <w:tcMar>
              <w:top w:w="20" w:type="dxa"/>
              <w:left w:w="50" w:type="dxa"/>
              <w:bottom w:w="20" w:type="dxa"/>
              <w:right w:w="50" w:type="dxa"/>
            </w:tcMar>
          </w:tcPr>
          <w:p w14:paraId="1A18CEA9" w14:textId="77777777" w:rsidR="00292F36" w:rsidRDefault="00000000">
            <w:r>
              <w:rPr>
                <w:sz w:val="18"/>
              </w:rPr>
              <w:t>Y</w:t>
            </w:r>
          </w:p>
        </w:tc>
      </w:tr>
      <w:tr w:rsidR="00292F36" w14:paraId="38F85424" w14:textId="77777777">
        <w:tc>
          <w:tcPr>
            <w:tcW w:w="4680" w:type="dxa"/>
            <w:tcMar>
              <w:top w:w="20" w:type="dxa"/>
              <w:left w:w="50" w:type="dxa"/>
              <w:bottom w:w="20" w:type="dxa"/>
              <w:right w:w="50" w:type="dxa"/>
            </w:tcMar>
          </w:tcPr>
          <w:p w14:paraId="1B91F2C6" w14:textId="77777777" w:rsidR="00292F36" w:rsidRPr="00E31FAA" w:rsidRDefault="00000000">
            <w:pPr>
              <w:rPr>
                <w:i/>
                <w:iCs/>
              </w:rPr>
            </w:pPr>
            <w:r w:rsidRPr="00E31FAA">
              <w:rPr>
                <w:i/>
                <w:iCs/>
                <w:sz w:val="18"/>
              </w:rPr>
              <w:t>Seriola_dorsalis</w:t>
            </w:r>
          </w:p>
        </w:tc>
        <w:tc>
          <w:tcPr>
            <w:tcW w:w="4680" w:type="dxa"/>
            <w:tcMar>
              <w:top w:w="20" w:type="dxa"/>
              <w:left w:w="50" w:type="dxa"/>
              <w:bottom w:w="20" w:type="dxa"/>
              <w:right w:w="50" w:type="dxa"/>
            </w:tcMar>
          </w:tcPr>
          <w:p w14:paraId="491B577E" w14:textId="77777777" w:rsidR="00292F36" w:rsidRDefault="00000000">
            <w:r>
              <w:rPr>
                <w:sz w:val="18"/>
              </w:rPr>
              <w:t>Y</w:t>
            </w:r>
          </w:p>
        </w:tc>
      </w:tr>
      <w:tr w:rsidR="00292F36" w14:paraId="49423DFA" w14:textId="77777777">
        <w:tc>
          <w:tcPr>
            <w:tcW w:w="4680" w:type="dxa"/>
            <w:tcMar>
              <w:top w:w="20" w:type="dxa"/>
              <w:left w:w="50" w:type="dxa"/>
              <w:bottom w:w="20" w:type="dxa"/>
              <w:right w:w="50" w:type="dxa"/>
            </w:tcMar>
          </w:tcPr>
          <w:p w14:paraId="29C0BAFA" w14:textId="77777777" w:rsidR="00292F36" w:rsidRPr="00E31FAA" w:rsidRDefault="00000000">
            <w:pPr>
              <w:rPr>
                <w:i/>
                <w:iCs/>
              </w:rPr>
            </w:pPr>
            <w:r w:rsidRPr="00E31FAA">
              <w:rPr>
                <w:i/>
                <w:iCs/>
                <w:sz w:val="18"/>
              </w:rPr>
              <w:t>Semicossyphus_pulcher</w:t>
            </w:r>
          </w:p>
        </w:tc>
        <w:tc>
          <w:tcPr>
            <w:tcW w:w="4680" w:type="dxa"/>
            <w:tcMar>
              <w:top w:w="20" w:type="dxa"/>
              <w:left w:w="50" w:type="dxa"/>
              <w:bottom w:w="20" w:type="dxa"/>
              <w:right w:w="50" w:type="dxa"/>
            </w:tcMar>
          </w:tcPr>
          <w:p w14:paraId="61D1D0C0" w14:textId="77777777" w:rsidR="00292F36" w:rsidRDefault="00000000">
            <w:r>
              <w:rPr>
                <w:sz w:val="18"/>
              </w:rPr>
              <w:t>Y</w:t>
            </w:r>
          </w:p>
        </w:tc>
      </w:tr>
      <w:tr w:rsidR="00292F36" w14:paraId="4057487B" w14:textId="77777777">
        <w:tc>
          <w:tcPr>
            <w:tcW w:w="4680" w:type="dxa"/>
            <w:tcMar>
              <w:top w:w="20" w:type="dxa"/>
              <w:left w:w="50" w:type="dxa"/>
              <w:bottom w:w="20" w:type="dxa"/>
              <w:right w:w="50" w:type="dxa"/>
            </w:tcMar>
          </w:tcPr>
          <w:p w14:paraId="0D506CB3" w14:textId="77777777" w:rsidR="00292F36" w:rsidRPr="00E31FAA" w:rsidRDefault="00000000">
            <w:pPr>
              <w:rPr>
                <w:i/>
                <w:iCs/>
              </w:rPr>
            </w:pPr>
            <w:r w:rsidRPr="00E31FAA">
              <w:rPr>
                <w:i/>
                <w:iCs/>
                <w:sz w:val="18"/>
              </w:rPr>
              <w:t>Coryphaena_hippurus</w:t>
            </w:r>
          </w:p>
        </w:tc>
        <w:tc>
          <w:tcPr>
            <w:tcW w:w="4680" w:type="dxa"/>
            <w:tcMar>
              <w:top w:w="20" w:type="dxa"/>
              <w:left w:w="50" w:type="dxa"/>
              <w:bottom w:w="20" w:type="dxa"/>
              <w:right w:w="50" w:type="dxa"/>
            </w:tcMar>
          </w:tcPr>
          <w:p w14:paraId="6166D070" w14:textId="77777777" w:rsidR="00292F36" w:rsidRDefault="00000000">
            <w:r>
              <w:rPr>
                <w:sz w:val="18"/>
              </w:rPr>
              <w:t>Y</w:t>
            </w:r>
          </w:p>
        </w:tc>
      </w:tr>
      <w:tr w:rsidR="00292F36" w14:paraId="76F77BA5" w14:textId="77777777">
        <w:tc>
          <w:tcPr>
            <w:tcW w:w="4680" w:type="dxa"/>
            <w:tcMar>
              <w:top w:w="20" w:type="dxa"/>
              <w:left w:w="50" w:type="dxa"/>
              <w:bottom w:w="20" w:type="dxa"/>
              <w:right w:w="50" w:type="dxa"/>
            </w:tcMar>
          </w:tcPr>
          <w:p w14:paraId="6F8470D2" w14:textId="77777777" w:rsidR="00292F36" w:rsidRPr="00E31FAA" w:rsidRDefault="00000000">
            <w:pPr>
              <w:rPr>
                <w:i/>
                <w:iCs/>
              </w:rPr>
            </w:pPr>
            <w:r w:rsidRPr="00E31FAA">
              <w:rPr>
                <w:i/>
                <w:iCs/>
                <w:sz w:val="18"/>
              </w:rPr>
              <w:t>Totoaba_macdonaldi</w:t>
            </w:r>
          </w:p>
        </w:tc>
        <w:tc>
          <w:tcPr>
            <w:tcW w:w="4680" w:type="dxa"/>
            <w:tcMar>
              <w:top w:w="20" w:type="dxa"/>
              <w:left w:w="50" w:type="dxa"/>
              <w:bottom w:w="20" w:type="dxa"/>
              <w:right w:w="50" w:type="dxa"/>
            </w:tcMar>
          </w:tcPr>
          <w:p w14:paraId="46E915D6" w14:textId="77777777" w:rsidR="00292F36" w:rsidRDefault="00000000">
            <w:r>
              <w:rPr>
                <w:sz w:val="18"/>
              </w:rPr>
              <w:t>Y</w:t>
            </w:r>
          </w:p>
        </w:tc>
      </w:tr>
      <w:tr w:rsidR="00292F36" w14:paraId="004794B0" w14:textId="77777777">
        <w:tc>
          <w:tcPr>
            <w:tcW w:w="4680" w:type="dxa"/>
            <w:tcMar>
              <w:top w:w="20" w:type="dxa"/>
              <w:left w:w="50" w:type="dxa"/>
              <w:bottom w:w="20" w:type="dxa"/>
              <w:right w:w="50" w:type="dxa"/>
            </w:tcMar>
          </w:tcPr>
          <w:p w14:paraId="0F4F5F08" w14:textId="77777777" w:rsidR="00292F36" w:rsidRPr="00E31FAA" w:rsidRDefault="00000000">
            <w:pPr>
              <w:rPr>
                <w:i/>
                <w:iCs/>
              </w:rPr>
            </w:pPr>
            <w:r w:rsidRPr="00E31FAA">
              <w:rPr>
                <w:i/>
                <w:iCs/>
                <w:sz w:val="18"/>
              </w:rPr>
              <w:t>Sphyraena_barracuda</w:t>
            </w:r>
          </w:p>
        </w:tc>
        <w:tc>
          <w:tcPr>
            <w:tcW w:w="4680" w:type="dxa"/>
            <w:tcMar>
              <w:top w:w="20" w:type="dxa"/>
              <w:left w:w="50" w:type="dxa"/>
              <w:bottom w:w="20" w:type="dxa"/>
              <w:right w:w="50" w:type="dxa"/>
            </w:tcMar>
          </w:tcPr>
          <w:p w14:paraId="72FD7392" w14:textId="77777777" w:rsidR="00292F36" w:rsidRDefault="00000000">
            <w:r>
              <w:rPr>
                <w:sz w:val="18"/>
              </w:rPr>
              <w:t>Y</w:t>
            </w:r>
          </w:p>
        </w:tc>
      </w:tr>
      <w:tr w:rsidR="00292F36" w14:paraId="09503E47" w14:textId="77777777">
        <w:tc>
          <w:tcPr>
            <w:tcW w:w="4680" w:type="dxa"/>
            <w:tcMar>
              <w:top w:w="20" w:type="dxa"/>
              <w:left w:w="50" w:type="dxa"/>
              <w:bottom w:w="20" w:type="dxa"/>
              <w:right w:w="50" w:type="dxa"/>
            </w:tcMar>
          </w:tcPr>
          <w:p w14:paraId="551FE5F3" w14:textId="77777777" w:rsidR="00292F36" w:rsidRPr="00E31FAA" w:rsidRDefault="00000000">
            <w:pPr>
              <w:rPr>
                <w:i/>
                <w:iCs/>
              </w:rPr>
            </w:pPr>
            <w:r w:rsidRPr="00E31FAA">
              <w:rPr>
                <w:i/>
                <w:iCs/>
                <w:sz w:val="18"/>
              </w:rPr>
              <w:t>Trachinotus_sp</w:t>
            </w:r>
          </w:p>
        </w:tc>
        <w:tc>
          <w:tcPr>
            <w:tcW w:w="4680" w:type="dxa"/>
            <w:tcMar>
              <w:top w:w="20" w:type="dxa"/>
              <w:left w:w="50" w:type="dxa"/>
              <w:bottom w:w="20" w:type="dxa"/>
              <w:right w:w="50" w:type="dxa"/>
            </w:tcMar>
          </w:tcPr>
          <w:p w14:paraId="43C57618" w14:textId="77777777" w:rsidR="00292F36" w:rsidRDefault="00000000">
            <w:r>
              <w:rPr>
                <w:sz w:val="18"/>
              </w:rPr>
              <w:t>Y</w:t>
            </w:r>
          </w:p>
        </w:tc>
      </w:tr>
      <w:tr w:rsidR="00292F36" w14:paraId="38CF14EB" w14:textId="77777777">
        <w:tc>
          <w:tcPr>
            <w:tcW w:w="4680" w:type="dxa"/>
            <w:tcMar>
              <w:top w:w="20" w:type="dxa"/>
              <w:left w:w="50" w:type="dxa"/>
              <w:bottom w:w="20" w:type="dxa"/>
              <w:right w:w="50" w:type="dxa"/>
            </w:tcMar>
          </w:tcPr>
          <w:p w14:paraId="6671EF2D" w14:textId="77777777" w:rsidR="00292F36" w:rsidRPr="00E31FAA" w:rsidRDefault="00000000">
            <w:pPr>
              <w:rPr>
                <w:i/>
                <w:iCs/>
              </w:rPr>
            </w:pPr>
            <w:r w:rsidRPr="00E31FAA">
              <w:rPr>
                <w:i/>
                <w:iCs/>
                <w:sz w:val="18"/>
              </w:rPr>
              <w:t>Makaira_nigricans</w:t>
            </w:r>
          </w:p>
        </w:tc>
        <w:tc>
          <w:tcPr>
            <w:tcW w:w="4680" w:type="dxa"/>
            <w:tcMar>
              <w:top w:w="20" w:type="dxa"/>
              <w:left w:w="50" w:type="dxa"/>
              <w:bottom w:w="20" w:type="dxa"/>
              <w:right w:w="50" w:type="dxa"/>
            </w:tcMar>
          </w:tcPr>
          <w:p w14:paraId="3BF172D4" w14:textId="77777777" w:rsidR="00292F36" w:rsidRDefault="00000000">
            <w:r>
              <w:rPr>
                <w:sz w:val="18"/>
              </w:rPr>
              <w:t>Y</w:t>
            </w:r>
          </w:p>
        </w:tc>
      </w:tr>
      <w:tr w:rsidR="00292F36" w14:paraId="54A2F086" w14:textId="77777777">
        <w:tc>
          <w:tcPr>
            <w:tcW w:w="4680" w:type="dxa"/>
            <w:tcMar>
              <w:top w:w="20" w:type="dxa"/>
              <w:left w:w="50" w:type="dxa"/>
              <w:bottom w:w="20" w:type="dxa"/>
              <w:right w:w="50" w:type="dxa"/>
            </w:tcMar>
          </w:tcPr>
          <w:p w14:paraId="7B625668" w14:textId="77777777" w:rsidR="00292F36" w:rsidRPr="00E31FAA" w:rsidRDefault="00000000">
            <w:pPr>
              <w:rPr>
                <w:i/>
                <w:iCs/>
              </w:rPr>
            </w:pPr>
            <w:r w:rsidRPr="00E31FAA">
              <w:rPr>
                <w:i/>
                <w:iCs/>
                <w:sz w:val="18"/>
              </w:rPr>
              <w:t>Balistes_polylepis</w:t>
            </w:r>
          </w:p>
        </w:tc>
        <w:tc>
          <w:tcPr>
            <w:tcW w:w="4680" w:type="dxa"/>
            <w:tcMar>
              <w:top w:w="20" w:type="dxa"/>
              <w:left w:w="50" w:type="dxa"/>
              <w:bottom w:w="20" w:type="dxa"/>
              <w:right w:w="50" w:type="dxa"/>
            </w:tcMar>
          </w:tcPr>
          <w:p w14:paraId="0699C839" w14:textId="77777777" w:rsidR="00292F36" w:rsidRDefault="00000000">
            <w:r>
              <w:rPr>
                <w:sz w:val="18"/>
              </w:rPr>
              <w:t>Y</w:t>
            </w:r>
          </w:p>
        </w:tc>
      </w:tr>
      <w:tr w:rsidR="00292F36" w14:paraId="7510AE7F" w14:textId="77777777">
        <w:tc>
          <w:tcPr>
            <w:tcW w:w="4680" w:type="dxa"/>
            <w:tcMar>
              <w:top w:w="20" w:type="dxa"/>
              <w:left w:w="50" w:type="dxa"/>
              <w:bottom w:w="20" w:type="dxa"/>
              <w:right w:w="50" w:type="dxa"/>
            </w:tcMar>
          </w:tcPr>
          <w:p w14:paraId="09F218E7" w14:textId="77777777" w:rsidR="00292F36" w:rsidRPr="00E31FAA" w:rsidRDefault="00000000">
            <w:pPr>
              <w:rPr>
                <w:i/>
                <w:iCs/>
              </w:rPr>
            </w:pPr>
            <w:r w:rsidRPr="00E31FAA">
              <w:rPr>
                <w:i/>
                <w:iCs/>
                <w:sz w:val="18"/>
              </w:rPr>
              <w:t>Opistognathus_rhomaleus</w:t>
            </w:r>
          </w:p>
        </w:tc>
        <w:tc>
          <w:tcPr>
            <w:tcW w:w="4680" w:type="dxa"/>
            <w:tcMar>
              <w:top w:w="20" w:type="dxa"/>
              <w:left w:w="50" w:type="dxa"/>
              <w:bottom w:w="20" w:type="dxa"/>
              <w:right w:w="50" w:type="dxa"/>
            </w:tcMar>
          </w:tcPr>
          <w:p w14:paraId="27B20FB1" w14:textId="77777777" w:rsidR="00292F36" w:rsidRDefault="00000000">
            <w:r>
              <w:rPr>
                <w:sz w:val="18"/>
              </w:rPr>
              <w:t>Y</w:t>
            </w:r>
          </w:p>
        </w:tc>
      </w:tr>
      <w:tr w:rsidR="00292F36" w14:paraId="2E5F2806" w14:textId="77777777">
        <w:tc>
          <w:tcPr>
            <w:tcW w:w="4680" w:type="dxa"/>
            <w:tcMar>
              <w:top w:w="20" w:type="dxa"/>
              <w:left w:w="50" w:type="dxa"/>
              <w:bottom w:w="20" w:type="dxa"/>
              <w:right w:w="50" w:type="dxa"/>
            </w:tcMar>
          </w:tcPr>
          <w:p w14:paraId="1C033CFE" w14:textId="77777777" w:rsidR="00292F36" w:rsidRPr="00E31FAA" w:rsidRDefault="00000000">
            <w:pPr>
              <w:rPr>
                <w:i/>
                <w:iCs/>
              </w:rPr>
            </w:pPr>
            <w:r w:rsidRPr="00E31FAA">
              <w:rPr>
                <w:i/>
                <w:iCs/>
                <w:sz w:val="18"/>
              </w:rPr>
              <w:t>Mustelus_sp</w:t>
            </w:r>
          </w:p>
        </w:tc>
        <w:tc>
          <w:tcPr>
            <w:tcW w:w="4680" w:type="dxa"/>
            <w:tcMar>
              <w:top w:w="20" w:type="dxa"/>
              <w:left w:w="50" w:type="dxa"/>
              <w:bottom w:w="20" w:type="dxa"/>
              <w:right w:w="50" w:type="dxa"/>
            </w:tcMar>
          </w:tcPr>
          <w:p w14:paraId="4347A3AE" w14:textId="77777777" w:rsidR="00292F36" w:rsidRDefault="00000000">
            <w:r>
              <w:rPr>
                <w:sz w:val="18"/>
              </w:rPr>
              <w:t>Y</w:t>
            </w:r>
          </w:p>
        </w:tc>
      </w:tr>
      <w:tr w:rsidR="00292F36" w14:paraId="13B6B29B" w14:textId="77777777">
        <w:tc>
          <w:tcPr>
            <w:tcW w:w="4680" w:type="dxa"/>
            <w:tcMar>
              <w:top w:w="20" w:type="dxa"/>
              <w:left w:w="50" w:type="dxa"/>
              <w:bottom w:w="20" w:type="dxa"/>
              <w:right w:w="50" w:type="dxa"/>
            </w:tcMar>
          </w:tcPr>
          <w:p w14:paraId="138F318B" w14:textId="77777777" w:rsidR="00292F36" w:rsidRPr="00E31FAA" w:rsidRDefault="00000000">
            <w:pPr>
              <w:rPr>
                <w:i/>
                <w:iCs/>
              </w:rPr>
            </w:pPr>
            <w:r w:rsidRPr="00E31FAA">
              <w:rPr>
                <w:i/>
                <w:iCs/>
                <w:sz w:val="18"/>
              </w:rPr>
              <w:t>Alloclinus_holderi</w:t>
            </w:r>
          </w:p>
        </w:tc>
        <w:tc>
          <w:tcPr>
            <w:tcW w:w="4680" w:type="dxa"/>
            <w:tcMar>
              <w:top w:w="20" w:type="dxa"/>
              <w:left w:w="50" w:type="dxa"/>
              <w:bottom w:w="20" w:type="dxa"/>
              <w:right w:w="50" w:type="dxa"/>
            </w:tcMar>
          </w:tcPr>
          <w:p w14:paraId="776C6048" w14:textId="77777777" w:rsidR="00292F36" w:rsidRDefault="00000000">
            <w:r>
              <w:rPr>
                <w:sz w:val="18"/>
              </w:rPr>
              <w:t>N</w:t>
            </w:r>
          </w:p>
        </w:tc>
      </w:tr>
      <w:tr w:rsidR="00292F36" w14:paraId="00BB4F99" w14:textId="77777777">
        <w:tc>
          <w:tcPr>
            <w:tcW w:w="4680" w:type="dxa"/>
            <w:tcMar>
              <w:top w:w="20" w:type="dxa"/>
              <w:left w:w="50" w:type="dxa"/>
              <w:bottom w:w="20" w:type="dxa"/>
              <w:right w:w="50" w:type="dxa"/>
            </w:tcMar>
          </w:tcPr>
          <w:p w14:paraId="62EE8EF1" w14:textId="77777777" w:rsidR="00292F36" w:rsidRPr="00E31FAA" w:rsidRDefault="00000000">
            <w:pPr>
              <w:rPr>
                <w:i/>
                <w:iCs/>
              </w:rPr>
            </w:pPr>
            <w:r w:rsidRPr="00E31FAA">
              <w:rPr>
                <w:i/>
                <w:iCs/>
                <w:sz w:val="18"/>
              </w:rPr>
              <w:t>Amphistichus_rhodoterus</w:t>
            </w:r>
          </w:p>
        </w:tc>
        <w:tc>
          <w:tcPr>
            <w:tcW w:w="4680" w:type="dxa"/>
            <w:tcMar>
              <w:top w:w="20" w:type="dxa"/>
              <w:left w:w="50" w:type="dxa"/>
              <w:bottom w:w="20" w:type="dxa"/>
              <w:right w:w="50" w:type="dxa"/>
            </w:tcMar>
          </w:tcPr>
          <w:p w14:paraId="74EE9AF3" w14:textId="77777777" w:rsidR="00292F36" w:rsidRDefault="00000000">
            <w:r>
              <w:rPr>
                <w:sz w:val="18"/>
              </w:rPr>
              <w:t>N</w:t>
            </w:r>
          </w:p>
        </w:tc>
      </w:tr>
      <w:tr w:rsidR="00292F36" w14:paraId="6E77B484" w14:textId="77777777">
        <w:tc>
          <w:tcPr>
            <w:tcW w:w="4680" w:type="dxa"/>
            <w:tcMar>
              <w:top w:w="20" w:type="dxa"/>
              <w:left w:w="50" w:type="dxa"/>
              <w:bottom w:w="20" w:type="dxa"/>
              <w:right w:w="50" w:type="dxa"/>
            </w:tcMar>
          </w:tcPr>
          <w:p w14:paraId="2CE942AD" w14:textId="77777777" w:rsidR="00292F36" w:rsidRPr="00E31FAA" w:rsidRDefault="00000000">
            <w:pPr>
              <w:rPr>
                <w:i/>
                <w:iCs/>
              </w:rPr>
            </w:pPr>
            <w:r w:rsidRPr="00E31FAA">
              <w:rPr>
                <w:i/>
                <w:iCs/>
                <w:sz w:val="18"/>
              </w:rPr>
              <w:t>Anisotremus_davidsonii</w:t>
            </w:r>
          </w:p>
        </w:tc>
        <w:tc>
          <w:tcPr>
            <w:tcW w:w="4680" w:type="dxa"/>
            <w:tcMar>
              <w:top w:w="20" w:type="dxa"/>
              <w:left w:w="50" w:type="dxa"/>
              <w:bottom w:w="20" w:type="dxa"/>
              <w:right w:w="50" w:type="dxa"/>
            </w:tcMar>
          </w:tcPr>
          <w:p w14:paraId="0BAFB321" w14:textId="77777777" w:rsidR="00292F36" w:rsidRDefault="00000000">
            <w:r>
              <w:rPr>
                <w:sz w:val="18"/>
              </w:rPr>
              <w:t>N</w:t>
            </w:r>
          </w:p>
        </w:tc>
      </w:tr>
      <w:tr w:rsidR="00292F36" w14:paraId="59E2AFA8" w14:textId="77777777">
        <w:tc>
          <w:tcPr>
            <w:tcW w:w="4680" w:type="dxa"/>
            <w:tcMar>
              <w:top w:w="20" w:type="dxa"/>
              <w:left w:w="50" w:type="dxa"/>
              <w:bottom w:w="20" w:type="dxa"/>
              <w:right w:w="50" w:type="dxa"/>
            </w:tcMar>
          </w:tcPr>
          <w:p w14:paraId="01552501" w14:textId="77777777" w:rsidR="00292F36" w:rsidRPr="00E31FAA" w:rsidRDefault="00000000">
            <w:pPr>
              <w:rPr>
                <w:i/>
                <w:iCs/>
              </w:rPr>
            </w:pPr>
            <w:r w:rsidRPr="00E31FAA">
              <w:rPr>
                <w:i/>
                <w:iCs/>
                <w:sz w:val="18"/>
              </w:rPr>
              <w:t>Atherinopsidae_spp</w:t>
            </w:r>
          </w:p>
        </w:tc>
        <w:tc>
          <w:tcPr>
            <w:tcW w:w="4680" w:type="dxa"/>
            <w:tcMar>
              <w:top w:w="20" w:type="dxa"/>
              <w:left w:w="50" w:type="dxa"/>
              <w:bottom w:w="20" w:type="dxa"/>
              <w:right w:w="50" w:type="dxa"/>
            </w:tcMar>
          </w:tcPr>
          <w:p w14:paraId="3A794898" w14:textId="77777777" w:rsidR="00292F36" w:rsidRDefault="00000000">
            <w:r>
              <w:rPr>
                <w:sz w:val="18"/>
              </w:rPr>
              <w:t>N</w:t>
            </w:r>
          </w:p>
        </w:tc>
      </w:tr>
      <w:tr w:rsidR="00292F36" w14:paraId="3A12F56D" w14:textId="77777777">
        <w:tc>
          <w:tcPr>
            <w:tcW w:w="4680" w:type="dxa"/>
            <w:tcMar>
              <w:top w:w="20" w:type="dxa"/>
              <w:left w:w="50" w:type="dxa"/>
              <w:bottom w:w="20" w:type="dxa"/>
              <w:right w:w="50" w:type="dxa"/>
            </w:tcMar>
          </w:tcPr>
          <w:p w14:paraId="6879AD6D" w14:textId="77777777" w:rsidR="00292F36" w:rsidRPr="00E31FAA" w:rsidRDefault="00000000">
            <w:pPr>
              <w:rPr>
                <w:i/>
                <w:iCs/>
              </w:rPr>
            </w:pPr>
            <w:r w:rsidRPr="00E31FAA">
              <w:rPr>
                <w:i/>
                <w:iCs/>
                <w:sz w:val="18"/>
              </w:rPr>
              <w:t>Brachyistius_frenatus</w:t>
            </w:r>
          </w:p>
        </w:tc>
        <w:tc>
          <w:tcPr>
            <w:tcW w:w="4680" w:type="dxa"/>
            <w:tcMar>
              <w:top w:w="20" w:type="dxa"/>
              <w:left w:w="50" w:type="dxa"/>
              <w:bottom w:w="20" w:type="dxa"/>
              <w:right w:w="50" w:type="dxa"/>
            </w:tcMar>
          </w:tcPr>
          <w:p w14:paraId="1EFF0FEF" w14:textId="77777777" w:rsidR="00292F36" w:rsidRDefault="00000000">
            <w:r>
              <w:rPr>
                <w:sz w:val="18"/>
              </w:rPr>
              <w:t>N</w:t>
            </w:r>
          </w:p>
        </w:tc>
      </w:tr>
      <w:tr w:rsidR="00292F36" w14:paraId="67C36308" w14:textId="77777777">
        <w:tc>
          <w:tcPr>
            <w:tcW w:w="4680" w:type="dxa"/>
            <w:tcMar>
              <w:top w:w="20" w:type="dxa"/>
              <w:left w:w="50" w:type="dxa"/>
              <w:bottom w:w="20" w:type="dxa"/>
              <w:right w:w="50" w:type="dxa"/>
            </w:tcMar>
          </w:tcPr>
          <w:p w14:paraId="045E39E2" w14:textId="77777777" w:rsidR="00292F36" w:rsidRPr="00E31FAA" w:rsidRDefault="00000000">
            <w:pPr>
              <w:rPr>
                <w:i/>
                <w:iCs/>
              </w:rPr>
            </w:pPr>
            <w:r w:rsidRPr="00E31FAA">
              <w:rPr>
                <w:i/>
                <w:iCs/>
                <w:sz w:val="18"/>
              </w:rPr>
              <w:t>Calamus_brachysomus</w:t>
            </w:r>
          </w:p>
        </w:tc>
        <w:tc>
          <w:tcPr>
            <w:tcW w:w="4680" w:type="dxa"/>
            <w:tcMar>
              <w:top w:w="20" w:type="dxa"/>
              <w:left w:w="50" w:type="dxa"/>
              <w:bottom w:w="20" w:type="dxa"/>
              <w:right w:w="50" w:type="dxa"/>
            </w:tcMar>
          </w:tcPr>
          <w:p w14:paraId="2DDF3A11" w14:textId="77777777" w:rsidR="00292F36" w:rsidRDefault="00000000">
            <w:r>
              <w:rPr>
                <w:sz w:val="18"/>
              </w:rPr>
              <w:t>N</w:t>
            </w:r>
          </w:p>
        </w:tc>
      </w:tr>
      <w:tr w:rsidR="00292F36" w14:paraId="1295FAE8" w14:textId="77777777">
        <w:tc>
          <w:tcPr>
            <w:tcW w:w="4680" w:type="dxa"/>
            <w:tcMar>
              <w:top w:w="20" w:type="dxa"/>
              <w:left w:w="50" w:type="dxa"/>
              <w:bottom w:w="20" w:type="dxa"/>
              <w:right w:w="50" w:type="dxa"/>
            </w:tcMar>
          </w:tcPr>
          <w:p w14:paraId="4DBB2756" w14:textId="77777777" w:rsidR="00292F36" w:rsidRPr="00E31FAA" w:rsidRDefault="00000000">
            <w:pPr>
              <w:rPr>
                <w:i/>
                <w:iCs/>
              </w:rPr>
            </w:pPr>
            <w:r w:rsidRPr="00E31FAA">
              <w:rPr>
                <w:i/>
                <w:iCs/>
                <w:sz w:val="18"/>
              </w:rPr>
              <w:t>Chaetodon_humeralis</w:t>
            </w:r>
          </w:p>
        </w:tc>
        <w:tc>
          <w:tcPr>
            <w:tcW w:w="4680" w:type="dxa"/>
            <w:tcMar>
              <w:top w:w="20" w:type="dxa"/>
              <w:left w:w="50" w:type="dxa"/>
              <w:bottom w:w="20" w:type="dxa"/>
              <w:right w:w="50" w:type="dxa"/>
            </w:tcMar>
          </w:tcPr>
          <w:p w14:paraId="1FE0EAA2" w14:textId="77777777" w:rsidR="00292F36" w:rsidRDefault="00000000">
            <w:r>
              <w:rPr>
                <w:sz w:val="18"/>
              </w:rPr>
              <w:t>N</w:t>
            </w:r>
          </w:p>
        </w:tc>
      </w:tr>
      <w:tr w:rsidR="00292F36" w14:paraId="0ACED564" w14:textId="77777777">
        <w:tc>
          <w:tcPr>
            <w:tcW w:w="4680" w:type="dxa"/>
            <w:tcMar>
              <w:top w:w="20" w:type="dxa"/>
              <w:left w:w="50" w:type="dxa"/>
              <w:bottom w:w="20" w:type="dxa"/>
              <w:right w:w="50" w:type="dxa"/>
            </w:tcMar>
          </w:tcPr>
          <w:p w14:paraId="1EC756A6" w14:textId="77777777" w:rsidR="00292F36" w:rsidRPr="00E31FAA" w:rsidRDefault="00000000">
            <w:pPr>
              <w:rPr>
                <w:i/>
                <w:iCs/>
              </w:rPr>
            </w:pPr>
            <w:r w:rsidRPr="00E31FAA">
              <w:rPr>
                <w:i/>
                <w:iCs/>
                <w:sz w:val="18"/>
              </w:rPr>
              <w:t>Chromis_atrilobata</w:t>
            </w:r>
          </w:p>
        </w:tc>
        <w:tc>
          <w:tcPr>
            <w:tcW w:w="4680" w:type="dxa"/>
            <w:tcMar>
              <w:top w:w="20" w:type="dxa"/>
              <w:left w:w="50" w:type="dxa"/>
              <w:bottom w:w="20" w:type="dxa"/>
              <w:right w:w="50" w:type="dxa"/>
            </w:tcMar>
          </w:tcPr>
          <w:p w14:paraId="6053D2E7" w14:textId="77777777" w:rsidR="00292F36" w:rsidRDefault="00000000">
            <w:r>
              <w:rPr>
                <w:sz w:val="18"/>
              </w:rPr>
              <w:t>N</w:t>
            </w:r>
          </w:p>
        </w:tc>
      </w:tr>
      <w:tr w:rsidR="00292F36" w14:paraId="3E96A984" w14:textId="77777777">
        <w:tc>
          <w:tcPr>
            <w:tcW w:w="4680" w:type="dxa"/>
            <w:tcMar>
              <w:top w:w="20" w:type="dxa"/>
              <w:left w:w="50" w:type="dxa"/>
              <w:bottom w:w="20" w:type="dxa"/>
              <w:right w:w="50" w:type="dxa"/>
            </w:tcMar>
          </w:tcPr>
          <w:p w14:paraId="3BDD1F44" w14:textId="77777777" w:rsidR="00292F36" w:rsidRPr="00E31FAA" w:rsidRDefault="00000000">
            <w:pPr>
              <w:rPr>
                <w:i/>
                <w:iCs/>
              </w:rPr>
            </w:pPr>
            <w:r w:rsidRPr="00E31FAA">
              <w:rPr>
                <w:i/>
                <w:iCs/>
                <w:sz w:val="18"/>
              </w:rPr>
              <w:t>Chromis_punctipinnis</w:t>
            </w:r>
          </w:p>
        </w:tc>
        <w:tc>
          <w:tcPr>
            <w:tcW w:w="4680" w:type="dxa"/>
            <w:tcMar>
              <w:top w:w="20" w:type="dxa"/>
              <w:left w:w="50" w:type="dxa"/>
              <w:bottom w:w="20" w:type="dxa"/>
              <w:right w:w="50" w:type="dxa"/>
            </w:tcMar>
          </w:tcPr>
          <w:p w14:paraId="2D05478D" w14:textId="77777777" w:rsidR="00292F36" w:rsidRDefault="00000000">
            <w:r>
              <w:rPr>
                <w:sz w:val="18"/>
              </w:rPr>
              <w:t>N</w:t>
            </w:r>
          </w:p>
        </w:tc>
      </w:tr>
      <w:tr w:rsidR="00292F36" w14:paraId="70783CA8" w14:textId="77777777">
        <w:tc>
          <w:tcPr>
            <w:tcW w:w="4680" w:type="dxa"/>
            <w:tcMar>
              <w:top w:w="20" w:type="dxa"/>
              <w:left w:w="50" w:type="dxa"/>
              <w:bottom w:w="20" w:type="dxa"/>
              <w:right w:w="50" w:type="dxa"/>
            </w:tcMar>
          </w:tcPr>
          <w:p w14:paraId="34F1F6C2" w14:textId="77777777" w:rsidR="00292F36" w:rsidRPr="00E31FAA" w:rsidRDefault="00000000">
            <w:pPr>
              <w:rPr>
                <w:i/>
                <w:iCs/>
              </w:rPr>
            </w:pPr>
            <w:r w:rsidRPr="00E31FAA">
              <w:rPr>
                <w:i/>
                <w:iCs/>
                <w:sz w:val="18"/>
              </w:rPr>
              <w:t>Cymatogaster_aggregata</w:t>
            </w:r>
          </w:p>
        </w:tc>
        <w:tc>
          <w:tcPr>
            <w:tcW w:w="4680" w:type="dxa"/>
            <w:tcMar>
              <w:top w:w="20" w:type="dxa"/>
              <w:left w:w="50" w:type="dxa"/>
              <w:bottom w:w="20" w:type="dxa"/>
              <w:right w:w="50" w:type="dxa"/>
            </w:tcMar>
          </w:tcPr>
          <w:p w14:paraId="41944718" w14:textId="77777777" w:rsidR="00292F36" w:rsidRDefault="00000000">
            <w:r>
              <w:rPr>
                <w:sz w:val="18"/>
              </w:rPr>
              <w:t>N</w:t>
            </w:r>
          </w:p>
        </w:tc>
      </w:tr>
      <w:tr w:rsidR="00292F36" w14:paraId="41E764F6" w14:textId="77777777">
        <w:tc>
          <w:tcPr>
            <w:tcW w:w="4680" w:type="dxa"/>
            <w:tcMar>
              <w:top w:w="20" w:type="dxa"/>
              <w:left w:w="50" w:type="dxa"/>
              <w:bottom w:w="20" w:type="dxa"/>
              <w:right w:w="50" w:type="dxa"/>
            </w:tcMar>
          </w:tcPr>
          <w:p w14:paraId="4FBBEA2C" w14:textId="77777777" w:rsidR="00292F36" w:rsidRPr="00E31FAA" w:rsidRDefault="00000000">
            <w:pPr>
              <w:rPr>
                <w:i/>
                <w:iCs/>
              </w:rPr>
            </w:pPr>
            <w:r w:rsidRPr="00E31FAA">
              <w:rPr>
                <w:i/>
                <w:iCs/>
                <w:sz w:val="18"/>
              </w:rPr>
              <w:t>Embiotoca_jacksoni</w:t>
            </w:r>
          </w:p>
        </w:tc>
        <w:tc>
          <w:tcPr>
            <w:tcW w:w="4680" w:type="dxa"/>
            <w:tcMar>
              <w:top w:w="20" w:type="dxa"/>
              <w:left w:w="50" w:type="dxa"/>
              <w:bottom w:w="20" w:type="dxa"/>
              <w:right w:w="50" w:type="dxa"/>
            </w:tcMar>
          </w:tcPr>
          <w:p w14:paraId="77137E76" w14:textId="77777777" w:rsidR="00292F36" w:rsidRDefault="00000000">
            <w:r>
              <w:rPr>
                <w:sz w:val="18"/>
              </w:rPr>
              <w:t>N</w:t>
            </w:r>
          </w:p>
        </w:tc>
      </w:tr>
      <w:tr w:rsidR="00292F36" w14:paraId="03E7395C" w14:textId="77777777">
        <w:tc>
          <w:tcPr>
            <w:tcW w:w="4680" w:type="dxa"/>
            <w:tcMar>
              <w:top w:w="20" w:type="dxa"/>
              <w:left w:w="50" w:type="dxa"/>
              <w:bottom w:w="20" w:type="dxa"/>
              <w:right w:w="50" w:type="dxa"/>
            </w:tcMar>
          </w:tcPr>
          <w:p w14:paraId="65190104" w14:textId="77777777" w:rsidR="00292F36" w:rsidRPr="00E31FAA" w:rsidRDefault="00000000">
            <w:pPr>
              <w:rPr>
                <w:i/>
                <w:iCs/>
              </w:rPr>
            </w:pPr>
            <w:r w:rsidRPr="00E31FAA">
              <w:rPr>
                <w:i/>
                <w:iCs/>
                <w:sz w:val="18"/>
              </w:rPr>
              <w:t>Embiotoca_lateralis</w:t>
            </w:r>
          </w:p>
        </w:tc>
        <w:tc>
          <w:tcPr>
            <w:tcW w:w="4680" w:type="dxa"/>
            <w:tcMar>
              <w:top w:w="20" w:type="dxa"/>
              <w:left w:w="50" w:type="dxa"/>
              <w:bottom w:w="20" w:type="dxa"/>
              <w:right w:w="50" w:type="dxa"/>
            </w:tcMar>
          </w:tcPr>
          <w:p w14:paraId="0B48D385" w14:textId="77777777" w:rsidR="00292F36" w:rsidRDefault="00000000">
            <w:r>
              <w:rPr>
                <w:sz w:val="18"/>
              </w:rPr>
              <w:t>N</w:t>
            </w:r>
          </w:p>
        </w:tc>
      </w:tr>
      <w:tr w:rsidR="00292F36" w14:paraId="7678B5CB" w14:textId="77777777">
        <w:tc>
          <w:tcPr>
            <w:tcW w:w="4680" w:type="dxa"/>
            <w:tcMar>
              <w:top w:w="20" w:type="dxa"/>
              <w:left w:w="50" w:type="dxa"/>
              <w:bottom w:w="20" w:type="dxa"/>
              <w:right w:w="50" w:type="dxa"/>
            </w:tcMar>
          </w:tcPr>
          <w:p w14:paraId="5890400F" w14:textId="77777777" w:rsidR="00292F36" w:rsidRPr="00E31FAA" w:rsidRDefault="00000000">
            <w:pPr>
              <w:rPr>
                <w:i/>
                <w:iCs/>
              </w:rPr>
            </w:pPr>
            <w:r w:rsidRPr="00E31FAA">
              <w:rPr>
                <w:i/>
                <w:iCs/>
                <w:sz w:val="18"/>
              </w:rPr>
              <w:t>Gibbonsia_elegans</w:t>
            </w:r>
          </w:p>
        </w:tc>
        <w:tc>
          <w:tcPr>
            <w:tcW w:w="4680" w:type="dxa"/>
            <w:tcMar>
              <w:top w:w="20" w:type="dxa"/>
              <w:left w:w="50" w:type="dxa"/>
              <w:bottom w:w="20" w:type="dxa"/>
              <w:right w:w="50" w:type="dxa"/>
            </w:tcMar>
          </w:tcPr>
          <w:p w14:paraId="30F65DC9" w14:textId="77777777" w:rsidR="00292F36" w:rsidRDefault="00000000">
            <w:r>
              <w:rPr>
                <w:sz w:val="18"/>
              </w:rPr>
              <w:t>N</w:t>
            </w:r>
          </w:p>
        </w:tc>
      </w:tr>
      <w:tr w:rsidR="00292F36" w14:paraId="03555420" w14:textId="77777777">
        <w:tc>
          <w:tcPr>
            <w:tcW w:w="4680" w:type="dxa"/>
            <w:tcMar>
              <w:top w:w="20" w:type="dxa"/>
              <w:left w:w="50" w:type="dxa"/>
              <w:bottom w:w="20" w:type="dxa"/>
              <w:right w:w="50" w:type="dxa"/>
            </w:tcMar>
          </w:tcPr>
          <w:p w14:paraId="0FE31B6B" w14:textId="77777777" w:rsidR="00292F36" w:rsidRPr="00E31FAA" w:rsidRDefault="00000000">
            <w:pPr>
              <w:rPr>
                <w:i/>
                <w:iCs/>
              </w:rPr>
            </w:pPr>
            <w:r w:rsidRPr="00E31FAA">
              <w:rPr>
                <w:i/>
                <w:iCs/>
                <w:sz w:val="18"/>
              </w:rPr>
              <w:t>Gibbonsia_montereyensis</w:t>
            </w:r>
          </w:p>
        </w:tc>
        <w:tc>
          <w:tcPr>
            <w:tcW w:w="4680" w:type="dxa"/>
            <w:tcMar>
              <w:top w:w="20" w:type="dxa"/>
              <w:left w:w="50" w:type="dxa"/>
              <w:bottom w:w="20" w:type="dxa"/>
              <w:right w:w="50" w:type="dxa"/>
            </w:tcMar>
          </w:tcPr>
          <w:p w14:paraId="169F964A" w14:textId="77777777" w:rsidR="00292F36" w:rsidRDefault="00000000">
            <w:r>
              <w:rPr>
                <w:sz w:val="18"/>
              </w:rPr>
              <w:t>N</w:t>
            </w:r>
          </w:p>
        </w:tc>
      </w:tr>
      <w:tr w:rsidR="00292F36" w14:paraId="0100CC2A" w14:textId="77777777">
        <w:tc>
          <w:tcPr>
            <w:tcW w:w="4680" w:type="dxa"/>
            <w:tcMar>
              <w:top w:w="20" w:type="dxa"/>
              <w:left w:w="50" w:type="dxa"/>
              <w:bottom w:w="20" w:type="dxa"/>
              <w:right w:w="50" w:type="dxa"/>
            </w:tcMar>
          </w:tcPr>
          <w:p w14:paraId="7B890EC9" w14:textId="77777777" w:rsidR="00292F36" w:rsidRPr="00E31FAA" w:rsidRDefault="00000000">
            <w:pPr>
              <w:rPr>
                <w:i/>
                <w:iCs/>
              </w:rPr>
            </w:pPr>
            <w:r w:rsidRPr="00E31FAA">
              <w:rPr>
                <w:i/>
                <w:iCs/>
                <w:sz w:val="18"/>
              </w:rPr>
              <w:t>Girella_nigricans</w:t>
            </w:r>
          </w:p>
        </w:tc>
        <w:tc>
          <w:tcPr>
            <w:tcW w:w="4680" w:type="dxa"/>
            <w:tcMar>
              <w:top w:w="20" w:type="dxa"/>
              <w:left w:w="50" w:type="dxa"/>
              <w:bottom w:w="20" w:type="dxa"/>
              <w:right w:w="50" w:type="dxa"/>
            </w:tcMar>
          </w:tcPr>
          <w:p w14:paraId="540939F2" w14:textId="77777777" w:rsidR="00292F36" w:rsidRDefault="00000000">
            <w:r>
              <w:rPr>
                <w:sz w:val="18"/>
              </w:rPr>
              <w:t>N</w:t>
            </w:r>
          </w:p>
        </w:tc>
      </w:tr>
      <w:tr w:rsidR="00292F36" w14:paraId="1EAF9B08" w14:textId="77777777">
        <w:tc>
          <w:tcPr>
            <w:tcW w:w="4680" w:type="dxa"/>
            <w:tcMar>
              <w:top w:w="20" w:type="dxa"/>
              <w:left w:w="50" w:type="dxa"/>
              <w:bottom w:w="20" w:type="dxa"/>
              <w:right w:w="50" w:type="dxa"/>
            </w:tcMar>
          </w:tcPr>
          <w:p w14:paraId="16A5132B" w14:textId="77777777" w:rsidR="00292F36" w:rsidRPr="00E31FAA" w:rsidRDefault="00000000">
            <w:pPr>
              <w:rPr>
                <w:i/>
                <w:iCs/>
              </w:rPr>
            </w:pPr>
            <w:r w:rsidRPr="00E31FAA">
              <w:rPr>
                <w:i/>
                <w:iCs/>
                <w:sz w:val="18"/>
              </w:rPr>
              <w:t>Gobiidae_spp</w:t>
            </w:r>
          </w:p>
        </w:tc>
        <w:tc>
          <w:tcPr>
            <w:tcW w:w="4680" w:type="dxa"/>
            <w:tcMar>
              <w:top w:w="20" w:type="dxa"/>
              <w:left w:w="50" w:type="dxa"/>
              <w:bottom w:w="20" w:type="dxa"/>
              <w:right w:w="50" w:type="dxa"/>
            </w:tcMar>
          </w:tcPr>
          <w:p w14:paraId="55DD1D08" w14:textId="77777777" w:rsidR="00292F36" w:rsidRDefault="00000000">
            <w:r>
              <w:rPr>
                <w:sz w:val="18"/>
              </w:rPr>
              <w:t>N</w:t>
            </w:r>
          </w:p>
        </w:tc>
      </w:tr>
      <w:tr w:rsidR="00292F36" w14:paraId="5CACAB92" w14:textId="77777777">
        <w:tc>
          <w:tcPr>
            <w:tcW w:w="4680" w:type="dxa"/>
            <w:tcMar>
              <w:top w:w="20" w:type="dxa"/>
              <w:left w:w="50" w:type="dxa"/>
              <w:bottom w:w="20" w:type="dxa"/>
              <w:right w:w="50" w:type="dxa"/>
            </w:tcMar>
          </w:tcPr>
          <w:p w14:paraId="51DB38FA" w14:textId="77777777" w:rsidR="00292F36" w:rsidRPr="00E31FAA" w:rsidRDefault="00000000">
            <w:pPr>
              <w:rPr>
                <w:i/>
                <w:iCs/>
              </w:rPr>
            </w:pPr>
            <w:r w:rsidRPr="00E31FAA">
              <w:rPr>
                <w:i/>
                <w:iCs/>
                <w:sz w:val="18"/>
              </w:rPr>
              <w:t>Gymnothorax_mordax</w:t>
            </w:r>
          </w:p>
        </w:tc>
        <w:tc>
          <w:tcPr>
            <w:tcW w:w="4680" w:type="dxa"/>
            <w:tcMar>
              <w:top w:w="20" w:type="dxa"/>
              <w:left w:w="50" w:type="dxa"/>
              <w:bottom w:w="20" w:type="dxa"/>
              <w:right w:w="50" w:type="dxa"/>
            </w:tcMar>
          </w:tcPr>
          <w:p w14:paraId="6225BC10" w14:textId="77777777" w:rsidR="00292F36" w:rsidRDefault="00000000">
            <w:r>
              <w:rPr>
                <w:sz w:val="18"/>
              </w:rPr>
              <w:t>N</w:t>
            </w:r>
          </w:p>
        </w:tc>
      </w:tr>
      <w:tr w:rsidR="00292F36" w14:paraId="5E48E43D" w14:textId="77777777">
        <w:tc>
          <w:tcPr>
            <w:tcW w:w="4680" w:type="dxa"/>
            <w:tcMar>
              <w:top w:w="20" w:type="dxa"/>
              <w:left w:w="50" w:type="dxa"/>
              <w:bottom w:w="20" w:type="dxa"/>
              <w:right w:w="50" w:type="dxa"/>
            </w:tcMar>
          </w:tcPr>
          <w:p w14:paraId="673EE03F" w14:textId="77777777" w:rsidR="00292F36" w:rsidRPr="00E31FAA" w:rsidRDefault="00000000">
            <w:pPr>
              <w:rPr>
                <w:i/>
                <w:iCs/>
              </w:rPr>
            </w:pPr>
            <w:r w:rsidRPr="00E31FAA">
              <w:rPr>
                <w:i/>
                <w:iCs/>
                <w:sz w:val="18"/>
              </w:rPr>
              <w:t>Haemulon_californiensis</w:t>
            </w:r>
          </w:p>
        </w:tc>
        <w:tc>
          <w:tcPr>
            <w:tcW w:w="4680" w:type="dxa"/>
            <w:tcMar>
              <w:top w:w="20" w:type="dxa"/>
              <w:left w:w="50" w:type="dxa"/>
              <w:bottom w:w="20" w:type="dxa"/>
              <w:right w:w="50" w:type="dxa"/>
            </w:tcMar>
          </w:tcPr>
          <w:p w14:paraId="722DB36A" w14:textId="77777777" w:rsidR="00292F36" w:rsidRDefault="00000000">
            <w:r>
              <w:rPr>
                <w:sz w:val="18"/>
              </w:rPr>
              <w:t>N</w:t>
            </w:r>
          </w:p>
        </w:tc>
      </w:tr>
      <w:tr w:rsidR="00292F36" w14:paraId="5C6F1D5A" w14:textId="77777777">
        <w:tc>
          <w:tcPr>
            <w:tcW w:w="4680" w:type="dxa"/>
            <w:tcMar>
              <w:top w:w="20" w:type="dxa"/>
              <w:left w:w="50" w:type="dxa"/>
              <w:bottom w:w="20" w:type="dxa"/>
              <w:right w:w="50" w:type="dxa"/>
            </w:tcMar>
          </w:tcPr>
          <w:p w14:paraId="2D68E63B" w14:textId="77777777" w:rsidR="00292F36" w:rsidRPr="00E31FAA" w:rsidRDefault="00000000">
            <w:pPr>
              <w:rPr>
                <w:i/>
                <w:iCs/>
              </w:rPr>
            </w:pPr>
            <w:r w:rsidRPr="00E31FAA">
              <w:rPr>
                <w:i/>
                <w:iCs/>
                <w:sz w:val="18"/>
              </w:rPr>
              <w:t>Haemulon_sexfasciatum</w:t>
            </w:r>
          </w:p>
        </w:tc>
        <w:tc>
          <w:tcPr>
            <w:tcW w:w="4680" w:type="dxa"/>
            <w:tcMar>
              <w:top w:w="20" w:type="dxa"/>
              <w:left w:w="50" w:type="dxa"/>
              <w:bottom w:w="20" w:type="dxa"/>
              <w:right w:w="50" w:type="dxa"/>
            </w:tcMar>
          </w:tcPr>
          <w:p w14:paraId="2C5538C1" w14:textId="77777777" w:rsidR="00292F36" w:rsidRDefault="00000000">
            <w:r>
              <w:rPr>
                <w:sz w:val="18"/>
              </w:rPr>
              <w:t>N</w:t>
            </w:r>
          </w:p>
        </w:tc>
      </w:tr>
      <w:tr w:rsidR="00292F36" w14:paraId="7978EFBE" w14:textId="77777777">
        <w:tc>
          <w:tcPr>
            <w:tcW w:w="4680" w:type="dxa"/>
            <w:tcMar>
              <w:top w:w="20" w:type="dxa"/>
              <w:left w:w="50" w:type="dxa"/>
              <w:bottom w:w="20" w:type="dxa"/>
              <w:right w:w="50" w:type="dxa"/>
            </w:tcMar>
          </w:tcPr>
          <w:p w14:paraId="2DC5EC59" w14:textId="77777777" w:rsidR="00292F36" w:rsidRPr="00E31FAA" w:rsidRDefault="00000000">
            <w:pPr>
              <w:rPr>
                <w:i/>
                <w:iCs/>
              </w:rPr>
            </w:pPr>
            <w:r w:rsidRPr="00E31FAA">
              <w:rPr>
                <w:i/>
                <w:iCs/>
                <w:sz w:val="18"/>
              </w:rPr>
              <w:t>Halichoeres_semicinctus</w:t>
            </w:r>
          </w:p>
        </w:tc>
        <w:tc>
          <w:tcPr>
            <w:tcW w:w="4680" w:type="dxa"/>
            <w:tcMar>
              <w:top w:w="20" w:type="dxa"/>
              <w:left w:w="50" w:type="dxa"/>
              <w:bottom w:w="20" w:type="dxa"/>
              <w:right w:w="50" w:type="dxa"/>
            </w:tcMar>
          </w:tcPr>
          <w:p w14:paraId="1D08E654" w14:textId="77777777" w:rsidR="00292F36" w:rsidRDefault="00000000">
            <w:r>
              <w:rPr>
                <w:sz w:val="18"/>
              </w:rPr>
              <w:t>N</w:t>
            </w:r>
          </w:p>
        </w:tc>
      </w:tr>
      <w:tr w:rsidR="00292F36" w14:paraId="222413B6" w14:textId="77777777">
        <w:tc>
          <w:tcPr>
            <w:tcW w:w="4680" w:type="dxa"/>
            <w:tcMar>
              <w:top w:w="20" w:type="dxa"/>
              <w:left w:w="50" w:type="dxa"/>
              <w:bottom w:w="20" w:type="dxa"/>
              <w:right w:w="50" w:type="dxa"/>
            </w:tcMar>
          </w:tcPr>
          <w:p w14:paraId="2F9233F3" w14:textId="77777777" w:rsidR="00292F36" w:rsidRPr="00E31FAA" w:rsidRDefault="00000000">
            <w:pPr>
              <w:rPr>
                <w:i/>
                <w:iCs/>
              </w:rPr>
            </w:pPr>
            <w:r w:rsidRPr="00E31FAA">
              <w:rPr>
                <w:i/>
                <w:iCs/>
                <w:sz w:val="18"/>
              </w:rPr>
              <w:t>Halichoeres_spp</w:t>
            </w:r>
          </w:p>
        </w:tc>
        <w:tc>
          <w:tcPr>
            <w:tcW w:w="4680" w:type="dxa"/>
            <w:tcMar>
              <w:top w:w="20" w:type="dxa"/>
              <w:left w:w="50" w:type="dxa"/>
              <w:bottom w:w="20" w:type="dxa"/>
              <w:right w:w="50" w:type="dxa"/>
            </w:tcMar>
          </w:tcPr>
          <w:p w14:paraId="16DFC8B9" w14:textId="77777777" w:rsidR="00292F36" w:rsidRDefault="00000000">
            <w:r>
              <w:rPr>
                <w:sz w:val="18"/>
              </w:rPr>
              <w:t>N</w:t>
            </w:r>
          </w:p>
        </w:tc>
      </w:tr>
      <w:tr w:rsidR="00292F36" w14:paraId="46674862" w14:textId="77777777">
        <w:tc>
          <w:tcPr>
            <w:tcW w:w="4680" w:type="dxa"/>
            <w:tcMar>
              <w:top w:w="20" w:type="dxa"/>
              <w:left w:w="50" w:type="dxa"/>
              <w:bottom w:w="20" w:type="dxa"/>
              <w:right w:w="50" w:type="dxa"/>
            </w:tcMar>
          </w:tcPr>
          <w:p w14:paraId="5D14F0ED" w14:textId="77777777" w:rsidR="00292F36" w:rsidRPr="00E31FAA" w:rsidRDefault="00000000">
            <w:pPr>
              <w:rPr>
                <w:i/>
                <w:iCs/>
              </w:rPr>
            </w:pPr>
            <w:r w:rsidRPr="00E31FAA">
              <w:rPr>
                <w:i/>
                <w:iCs/>
                <w:sz w:val="18"/>
              </w:rPr>
              <w:t>Hermosilla_azurea</w:t>
            </w:r>
          </w:p>
        </w:tc>
        <w:tc>
          <w:tcPr>
            <w:tcW w:w="4680" w:type="dxa"/>
            <w:tcMar>
              <w:top w:w="20" w:type="dxa"/>
              <w:left w:w="50" w:type="dxa"/>
              <w:bottom w:w="20" w:type="dxa"/>
              <w:right w:w="50" w:type="dxa"/>
            </w:tcMar>
          </w:tcPr>
          <w:p w14:paraId="076B9CB4" w14:textId="77777777" w:rsidR="00292F36" w:rsidRDefault="00000000">
            <w:r>
              <w:rPr>
                <w:sz w:val="18"/>
              </w:rPr>
              <w:t>N</w:t>
            </w:r>
          </w:p>
        </w:tc>
      </w:tr>
      <w:tr w:rsidR="00292F36" w14:paraId="45047B54" w14:textId="77777777">
        <w:tc>
          <w:tcPr>
            <w:tcW w:w="4680" w:type="dxa"/>
            <w:tcMar>
              <w:top w:w="20" w:type="dxa"/>
              <w:left w:w="50" w:type="dxa"/>
              <w:bottom w:w="20" w:type="dxa"/>
              <w:right w:w="50" w:type="dxa"/>
            </w:tcMar>
          </w:tcPr>
          <w:p w14:paraId="0350AAC7" w14:textId="77777777" w:rsidR="00292F36" w:rsidRPr="00E31FAA" w:rsidRDefault="00000000">
            <w:pPr>
              <w:rPr>
                <w:i/>
                <w:iCs/>
              </w:rPr>
            </w:pPr>
            <w:r w:rsidRPr="00E31FAA">
              <w:rPr>
                <w:i/>
                <w:iCs/>
                <w:sz w:val="18"/>
              </w:rPr>
              <w:t>Heterodontus_francisci</w:t>
            </w:r>
          </w:p>
        </w:tc>
        <w:tc>
          <w:tcPr>
            <w:tcW w:w="4680" w:type="dxa"/>
            <w:tcMar>
              <w:top w:w="20" w:type="dxa"/>
              <w:left w:w="50" w:type="dxa"/>
              <w:bottom w:w="20" w:type="dxa"/>
              <w:right w:w="50" w:type="dxa"/>
            </w:tcMar>
          </w:tcPr>
          <w:p w14:paraId="48B4393B" w14:textId="77777777" w:rsidR="00292F36" w:rsidRDefault="00000000">
            <w:r>
              <w:rPr>
                <w:sz w:val="18"/>
              </w:rPr>
              <w:t>N</w:t>
            </w:r>
          </w:p>
        </w:tc>
      </w:tr>
      <w:tr w:rsidR="00292F36" w14:paraId="1010F062" w14:textId="77777777">
        <w:tc>
          <w:tcPr>
            <w:tcW w:w="4680" w:type="dxa"/>
            <w:tcMar>
              <w:top w:w="20" w:type="dxa"/>
              <w:left w:w="50" w:type="dxa"/>
              <w:bottom w:w="20" w:type="dxa"/>
              <w:right w:w="50" w:type="dxa"/>
            </w:tcMar>
          </w:tcPr>
          <w:p w14:paraId="57FC2FC3" w14:textId="77777777" w:rsidR="00292F36" w:rsidRPr="00E31FAA" w:rsidRDefault="00000000">
            <w:pPr>
              <w:rPr>
                <w:i/>
                <w:iCs/>
              </w:rPr>
            </w:pPr>
            <w:r w:rsidRPr="00E31FAA">
              <w:rPr>
                <w:i/>
                <w:iCs/>
                <w:sz w:val="18"/>
              </w:rPr>
              <w:t>Heterostichus_rostratus</w:t>
            </w:r>
          </w:p>
        </w:tc>
        <w:tc>
          <w:tcPr>
            <w:tcW w:w="4680" w:type="dxa"/>
            <w:tcMar>
              <w:top w:w="20" w:type="dxa"/>
              <w:left w:w="50" w:type="dxa"/>
              <w:bottom w:w="20" w:type="dxa"/>
              <w:right w:w="50" w:type="dxa"/>
            </w:tcMar>
          </w:tcPr>
          <w:p w14:paraId="00C13B6A" w14:textId="77777777" w:rsidR="00292F36" w:rsidRDefault="00000000">
            <w:r>
              <w:rPr>
                <w:sz w:val="18"/>
              </w:rPr>
              <w:t>N</w:t>
            </w:r>
          </w:p>
        </w:tc>
      </w:tr>
      <w:tr w:rsidR="00292F36" w14:paraId="54DA48F2" w14:textId="77777777">
        <w:tc>
          <w:tcPr>
            <w:tcW w:w="4680" w:type="dxa"/>
            <w:tcMar>
              <w:top w:w="20" w:type="dxa"/>
              <w:left w:w="50" w:type="dxa"/>
              <w:bottom w:w="20" w:type="dxa"/>
              <w:right w:w="50" w:type="dxa"/>
            </w:tcMar>
          </w:tcPr>
          <w:p w14:paraId="74E28CC8" w14:textId="77777777" w:rsidR="00292F36" w:rsidRPr="00E31FAA" w:rsidRDefault="00000000">
            <w:pPr>
              <w:rPr>
                <w:i/>
                <w:iCs/>
              </w:rPr>
            </w:pPr>
            <w:r w:rsidRPr="00E31FAA">
              <w:rPr>
                <w:i/>
                <w:iCs/>
                <w:sz w:val="18"/>
              </w:rPr>
              <w:t>Hexagrammos_decagrammus</w:t>
            </w:r>
          </w:p>
        </w:tc>
        <w:tc>
          <w:tcPr>
            <w:tcW w:w="4680" w:type="dxa"/>
            <w:tcMar>
              <w:top w:w="20" w:type="dxa"/>
              <w:left w:w="50" w:type="dxa"/>
              <w:bottom w:w="20" w:type="dxa"/>
              <w:right w:w="50" w:type="dxa"/>
            </w:tcMar>
          </w:tcPr>
          <w:p w14:paraId="323FCE4E" w14:textId="77777777" w:rsidR="00292F36" w:rsidRDefault="00000000">
            <w:r>
              <w:rPr>
                <w:sz w:val="18"/>
              </w:rPr>
              <w:t>N</w:t>
            </w:r>
          </w:p>
        </w:tc>
      </w:tr>
      <w:tr w:rsidR="00292F36" w14:paraId="7C42259E" w14:textId="77777777">
        <w:tc>
          <w:tcPr>
            <w:tcW w:w="4680" w:type="dxa"/>
            <w:tcMar>
              <w:top w:w="20" w:type="dxa"/>
              <w:left w:w="50" w:type="dxa"/>
              <w:bottom w:w="20" w:type="dxa"/>
              <w:right w:w="50" w:type="dxa"/>
            </w:tcMar>
          </w:tcPr>
          <w:p w14:paraId="552D581C" w14:textId="77777777" w:rsidR="00292F36" w:rsidRPr="00E31FAA" w:rsidRDefault="00000000">
            <w:pPr>
              <w:rPr>
                <w:i/>
                <w:iCs/>
              </w:rPr>
            </w:pPr>
            <w:r w:rsidRPr="00E31FAA">
              <w:rPr>
                <w:i/>
                <w:iCs/>
                <w:sz w:val="18"/>
              </w:rPr>
              <w:t>Hippoglossus_stenolepis</w:t>
            </w:r>
          </w:p>
        </w:tc>
        <w:tc>
          <w:tcPr>
            <w:tcW w:w="4680" w:type="dxa"/>
            <w:tcMar>
              <w:top w:w="20" w:type="dxa"/>
              <w:left w:w="50" w:type="dxa"/>
              <w:bottom w:w="20" w:type="dxa"/>
              <w:right w:w="50" w:type="dxa"/>
            </w:tcMar>
          </w:tcPr>
          <w:p w14:paraId="479A0F1A" w14:textId="77777777" w:rsidR="00292F36" w:rsidRDefault="00000000">
            <w:r>
              <w:rPr>
                <w:sz w:val="18"/>
              </w:rPr>
              <w:t>N</w:t>
            </w:r>
          </w:p>
        </w:tc>
      </w:tr>
      <w:tr w:rsidR="00292F36" w14:paraId="2B8E2CA1" w14:textId="77777777">
        <w:tc>
          <w:tcPr>
            <w:tcW w:w="4680" w:type="dxa"/>
            <w:tcMar>
              <w:top w:w="20" w:type="dxa"/>
              <w:left w:w="50" w:type="dxa"/>
              <w:bottom w:w="20" w:type="dxa"/>
              <w:right w:w="50" w:type="dxa"/>
            </w:tcMar>
          </w:tcPr>
          <w:p w14:paraId="10AA220D" w14:textId="77777777" w:rsidR="00292F36" w:rsidRPr="00E31FAA" w:rsidRDefault="00000000">
            <w:pPr>
              <w:rPr>
                <w:i/>
                <w:iCs/>
              </w:rPr>
            </w:pPr>
            <w:r w:rsidRPr="00E31FAA">
              <w:rPr>
                <w:i/>
                <w:iCs/>
                <w:sz w:val="18"/>
              </w:rPr>
              <w:t>Holacanthus_passer</w:t>
            </w:r>
          </w:p>
        </w:tc>
        <w:tc>
          <w:tcPr>
            <w:tcW w:w="4680" w:type="dxa"/>
            <w:tcMar>
              <w:top w:w="20" w:type="dxa"/>
              <w:left w:w="50" w:type="dxa"/>
              <w:bottom w:w="20" w:type="dxa"/>
              <w:right w:w="50" w:type="dxa"/>
            </w:tcMar>
          </w:tcPr>
          <w:p w14:paraId="69E905BE" w14:textId="77777777" w:rsidR="00292F36" w:rsidRDefault="00000000">
            <w:r>
              <w:rPr>
                <w:sz w:val="18"/>
              </w:rPr>
              <w:t>N</w:t>
            </w:r>
          </w:p>
        </w:tc>
      </w:tr>
      <w:tr w:rsidR="00292F36" w14:paraId="29003EA4" w14:textId="77777777">
        <w:tc>
          <w:tcPr>
            <w:tcW w:w="4680" w:type="dxa"/>
            <w:tcMar>
              <w:top w:w="20" w:type="dxa"/>
              <w:left w:w="50" w:type="dxa"/>
              <w:bottom w:w="20" w:type="dxa"/>
              <w:right w:w="50" w:type="dxa"/>
            </w:tcMar>
          </w:tcPr>
          <w:p w14:paraId="0852F7D4" w14:textId="77777777" w:rsidR="00292F36" w:rsidRPr="00E31FAA" w:rsidRDefault="00000000">
            <w:pPr>
              <w:rPr>
                <w:i/>
                <w:iCs/>
              </w:rPr>
            </w:pPr>
            <w:r w:rsidRPr="00E31FAA">
              <w:rPr>
                <w:i/>
                <w:iCs/>
                <w:sz w:val="18"/>
              </w:rPr>
              <w:t>Hypomesus_pretiosus</w:t>
            </w:r>
          </w:p>
        </w:tc>
        <w:tc>
          <w:tcPr>
            <w:tcW w:w="4680" w:type="dxa"/>
            <w:tcMar>
              <w:top w:w="20" w:type="dxa"/>
              <w:left w:w="50" w:type="dxa"/>
              <w:bottom w:w="20" w:type="dxa"/>
              <w:right w:w="50" w:type="dxa"/>
            </w:tcMar>
          </w:tcPr>
          <w:p w14:paraId="71FA4399" w14:textId="77777777" w:rsidR="00292F36" w:rsidRDefault="00000000">
            <w:r>
              <w:rPr>
                <w:sz w:val="18"/>
              </w:rPr>
              <w:t>N</w:t>
            </w:r>
          </w:p>
        </w:tc>
      </w:tr>
      <w:tr w:rsidR="00292F36" w14:paraId="566B54CA" w14:textId="77777777">
        <w:tc>
          <w:tcPr>
            <w:tcW w:w="4680" w:type="dxa"/>
            <w:tcMar>
              <w:top w:w="20" w:type="dxa"/>
              <w:left w:w="50" w:type="dxa"/>
              <w:bottom w:w="20" w:type="dxa"/>
              <w:right w:w="50" w:type="dxa"/>
            </w:tcMar>
          </w:tcPr>
          <w:p w14:paraId="096FEF60" w14:textId="77777777" w:rsidR="00292F36" w:rsidRPr="00E31FAA" w:rsidRDefault="00000000">
            <w:pPr>
              <w:rPr>
                <w:i/>
                <w:iCs/>
              </w:rPr>
            </w:pPr>
            <w:r w:rsidRPr="00E31FAA">
              <w:rPr>
                <w:i/>
                <w:iCs/>
                <w:sz w:val="18"/>
              </w:rPr>
              <w:lastRenderedPageBreak/>
              <w:t>Hypssypops_rubicundus</w:t>
            </w:r>
          </w:p>
        </w:tc>
        <w:tc>
          <w:tcPr>
            <w:tcW w:w="4680" w:type="dxa"/>
            <w:tcMar>
              <w:top w:w="20" w:type="dxa"/>
              <w:left w:w="50" w:type="dxa"/>
              <w:bottom w:w="20" w:type="dxa"/>
              <w:right w:w="50" w:type="dxa"/>
            </w:tcMar>
          </w:tcPr>
          <w:p w14:paraId="263EE887" w14:textId="77777777" w:rsidR="00292F36" w:rsidRDefault="00000000">
            <w:r>
              <w:rPr>
                <w:sz w:val="18"/>
              </w:rPr>
              <w:t>N</w:t>
            </w:r>
          </w:p>
        </w:tc>
      </w:tr>
      <w:tr w:rsidR="00292F36" w14:paraId="28EAC631" w14:textId="77777777">
        <w:tc>
          <w:tcPr>
            <w:tcW w:w="4680" w:type="dxa"/>
            <w:tcMar>
              <w:top w:w="20" w:type="dxa"/>
              <w:left w:w="50" w:type="dxa"/>
              <w:bottom w:w="20" w:type="dxa"/>
              <w:right w:w="50" w:type="dxa"/>
            </w:tcMar>
          </w:tcPr>
          <w:p w14:paraId="6EA0A9BD" w14:textId="77777777" w:rsidR="00292F36" w:rsidRPr="00E31FAA" w:rsidRDefault="00000000">
            <w:pPr>
              <w:rPr>
                <w:i/>
                <w:iCs/>
              </w:rPr>
            </w:pPr>
            <w:r w:rsidRPr="00E31FAA">
              <w:rPr>
                <w:i/>
                <w:iCs/>
                <w:sz w:val="18"/>
              </w:rPr>
              <w:t>Hypsurus_caryi</w:t>
            </w:r>
          </w:p>
        </w:tc>
        <w:tc>
          <w:tcPr>
            <w:tcW w:w="4680" w:type="dxa"/>
            <w:tcMar>
              <w:top w:w="20" w:type="dxa"/>
              <w:left w:w="50" w:type="dxa"/>
              <w:bottom w:w="20" w:type="dxa"/>
              <w:right w:w="50" w:type="dxa"/>
            </w:tcMar>
          </w:tcPr>
          <w:p w14:paraId="249CA821" w14:textId="77777777" w:rsidR="00292F36" w:rsidRDefault="00000000">
            <w:r>
              <w:rPr>
                <w:sz w:val="18"/>
              </w:rPr>
              <w:t>N</w:t>
            </w:r>
          </w:p>
        </w:tc>
      </w:tr>
      <w:tr w:rsidR="00292F36" w14:paraId="47BBF9D6" w14:textId="77777777">
        <w:tc>
          <w:tcPr>
            <w:tcW w:w="4680" w:type="dxa"/>
            <w:tcMar>
              <w:top w:w="20" w:type="dxa"/>
              <w:left w:w="50" w:type="dxa"/>
              <w:bottom w:w="20" w:type="dxa"/>
              <w:right w:w="50" w:type="dxa"/>
            </w:tcMar>
          </w:tcPr>
          <w:p w14:paraId="51C21539" w14:textId="77777777" w:rsidR="00292F36" w:rsidRPr="00E31FAA" w:rsidRDefault="00000000">
            <w:pPr>
              <w:rPr>
                <w:i/>
                <w:iCs/>
              </w:rPr>
            </w:pPr>
            <w:r w:rsidRPr="00E31FAA">
              <w:rPr>
                <w:i/>
                <w:iCs/>
                <w:sz w:val="18"/>
              </w:rPr>
              <w:t>Hypsypops_rubicundus</w:t>
            </w:r>
          </w:p>
        </w:tc>
        <w:tc>
          <w:tcPr>
            <w:tcW w:w="4680" w:type="dxa"/>
            <w:tcMar>
              <w:top w:w="20" w:type="dxa"/>
              <w:left w:w="50" w:type="dxa"/>
              <w:bottom w:w="20" w:type="dxa"/>
              <w:right w:w="50" w:type="dxa"/>
            </w:tcMar>
          </w:tcPr>
          <w:p w14:paraId="1DB51A3B" w14:textId="77777777" w:rsidR="00292F36" w:rsidRDefault="00000000">
            <w:r>
              <w:rPr>
                <w:sz w:val="18"/>
              </w:rPr>
              <w:t>N</w:t>
            </w:r>
          </w:p>
        </w:tc>
      </w:tr>
      <w:tr w:rsidR="00292F36" w14:paraId="73415BD6" w14:textId="77777777">
        <w:tc>
          <w:tcPr>
            <w:tcW w:w="4680" w:type="dxa"/>
            <w:tcMar>
              <w:top w:w="20" w:type="dxa"/>
              <w:left w:w="50" w:type="dxa"/>
              <w:bottom w:w="20" w:type="dxa"/>
              <w:right w:w="50" w:type="dxa"/>
            </w:tcMar>
          </w:tcPr>
          <w:p w14:paraId="116C6D9F" w14:textId="77777777" w:rsidR="00292F36" w:rsidRPr="00E31FAA" w:rsidRDefault="00000000">
            <w:pPr>
              <w:rPr>
                <w:i/>
                <w:iCs/>
              </w:rPr>
            </w:pPr>
            <w:r w:rsidRPr="00E31FAA">
              <w:rPr>
                <w:i/>
                <w:iCs/>
                <w:sz w:val="18"/>
              </w:rPr>
              <w:t>Johnrandallia_nigrirostris</w:t>
            </w:r>
          </w:p>
        </w:tc>
        <w:tc>
          <w:tcPr>
            <w:tcW w:w="4680" w:type="dxa"/>
            <w:tcMar>
              <w:top w:w="20" w:type="dxa"/>
              <w:left w:w="50" w:type="dxa"/>
              <w:bottom w:w="20" w:type="dxa"/>
              <w:right w:w="50" w:type="dxa"/>
            </w:tcMar>
          </w:tcPr>
          <w:p w14:paraId="07B62F4D" w14:textId="77777777" w:rsidR="00292F36" w:rsidRDefault="00000000">
            <w:r>
              <w:rPr>
                <w:sz w:val="18"/>
              </w:rPr>
              <w:t>N</w:t>
            </w:r>
          </w:p>
        </w:tc>
      </w:tr>
      <w:tr w:rsidR="00292F36" w14:paraId="456644AB" w14:textId="77777777">
        <w:tc>
          <w:tcPr>
            <w:tcW w:w="4680" w:type="dxa"/>
            <w:tcMar>
              <w:top w:w="20" w:type="dxa"/>
              <w:left w:w="50" w:type="dxa"/>
              <w:bottom w:w="20" w:type="dxa"/>
              <w:right w:w="50" w:type="dxa"/>
            </w:tcMar>
          </w:tcPr>
          <w:p w14:paraId="2D6D09CB" w14:textId="77777777" w:rsidR="00292F36" w:rsidRPr="00E31FAA" w:rsidRDefault="00000000">
            <w:pPr>
              <w:rPr>
                <w:i/>
                <w:iCs/>
              </w:rPr>
            </w:pPr>
            <w:r w:rsidRPr="00E31FAA">
              <w:rPr>
                <w:i/>
                <w:iCs/>
                <w:sz w:val="18"/>
              </w:rPr>
              <w:t>Labrisomus_xanti</w:t>
            </w:r>
          </w:p>
        </w:tc>
        <w:tc>
          <w:tcPr>
            <w:tcW w:w="4680" w:type="dxa"/>
            <w:tcMar>
              <w:top w:w="20" w:type="dxa"/>
              <w:left w:w="50" w:type="dxa"/>
              <w:bottom w:w="20" w:type="dxa"/>
              <w:right w:w="50" w:type="dxa"/>
            </w:tcMar>
          </w:tcPr>
          <w:p w14:paraId="4B1D7D8C" w14:textId="77777777" w:rsidR="00292F36" w:rsidRDefault="00000000">
            <w:r>
              <w:rPr>
                <w:sz w:val="18"/>
              </w:rPr>
              <w:t>N</w:t>
            </w:r>
          </w:p>
        </w:tc>
      </w:tr>
      <w:tr w:rsidR="00292F36" w14:paraId="02A26AF5" w14:textId="77777777">
        <w:tc>
          <w:tcPr>
            <w:tcW w:w="4680" w:type="dxa"/>
            <w:tcMar>
              <w:top w:w="20" w:type="dxa"/>
              <w:left w:w="50" w:type="dxa"/>
              <w:bottom w:w="20" w:type="dxa"/>
              <w:right w:w="50" w:type="dxa"/>
            </w:tcMar>
          </w:tcPr>
          <w:p w14:paraId="7F6521AB" w14:textId="77777777" w:rsidR="00292F36" w:rsidRPr="00E31FAA" w:rsidRDefault="00000000">
            <w:pPr>
              <w:rPr>
                <w:i/>
                <w:iCs/>
              </w:rPr>
            </w:pPr>
            <w:r w:rsidRPr="00E31FAA">
              <w:rPr>
                <w:i/>
                <w:iCs/>
                <w:sz w:val="18"/>
              </w:rPr>
              <w:t>Labrisomusxa_spp</w:t>
            </w:r>
          </w:p>
        </w:tc>
        <w:tc>
          <w:tcPr>
            <w:tcW w:w="4680" w:type="dxa"/>
            <w:tcMar>
              <w:top w:w="20" w:type="dxa"/>
              <w:left w:w="50" w:type="dxa"/>
              <w:bottom w:w="20" w:type="dxa"/>
              <w:right w:w="50" w:type="dxa"/>
            </w:tcMar>
          </w:tcPr>
          <w:p w14:paraId="65C99D3F" w14:textId="77777777" w:rsidR="00292F36" w:rsidRDefault="00000000">
            <w:r>
              <w:rPr>
                <w:sz w:val="18"/>
              </w:rPr>
              <w:t>N</w:t>
            </w:r>
          </w:p>
        </w:tc>
      </w:tr>
      <w:tr w:rsidR="00292F36" w14:paraId="6D796417" w14:textId="77777777">
        <w:tc>
          <w:tcPr>
            <w:tcW w:w="4680" w:type="dxa"/>
            <w:tcMar>
              <w:top w:w="20" w:type="dxa"/>
              <w:left w:w="50" w:type="dxa"/>
              <w:bottom w:w="20" w:type="dxa"/>
              <w:right w:w="50" w:type="dxa"/>
            </w:tcMar>
          </w:tcPr>
          <w:p w14:paraId="2BEDF027" w14:textId="77777777" w:rsidR="00292F36" w:rsidRPr="00E31FAA" w:rsidRDefault="00000000">
            <w:pPr>
              <w:rPr>
                <w:i/>
                <w:iCs/>
              </w:rPr>
            </w:pPr>
            <w:r w:rsidRPr="00E31FAA">
              <w:rPr>
                <w:i/>
                <w:iCs/>
                <w:sz w:val="18"/>
              </w:rPr>
              <w:t>Lythrypnus_dalli</w:t>
            </w:r>
          </w:p>
        </w:tc>
        <w:tc>
          <w:tcPr>
            <w:tcW w:w="4680" w:type="dxa"/>
            <w:tcMar>
              <w:top w:w="20" w:type="dxa"/>
              <w:left w:w="50" w:type="dxa"/>
              <w:bottom w:w="20" w:type="dxa"/>
              <w:right w:w="50" w:type="dxa"/>
            </w:tcMar>
          </w:tcPr>
          <w:p w14:paraId="6222D605" w14:textId="77777777" w:rsidR="00292F36" w:rsidRDefault="00000000">
            <w:r>
              <w:rPr>
                <w:sz w:val="18"/>
              </w:rPr>
              <w:t>N</w:t>
            </w:r>
          </w:p>
        </w:tc>
      </w:tr>
      <w:tr w:rsidR="00292F36" w14:paraId="08FB338B" w14:textId="77777777">
        <w:tc>
          <w:tcPr>
            <w:tcW w:w="4680" w:type="dxa"/>
            <w:tcMar>
              <w:top w:w="20" w:type="dxa"/>
              <w:left w:w="50" w:type="dxa"/>
              <w:bottom w:w="20" w:type="dxa"/>
              <w:right w:w="50" w:type="dxa"/>
            </w:tcMar>
          </w:tcPr>
          <w:p w14:paraId="6501C43C" w14:textId="77777777" w:rsidR="00292F36" w:rsidRPr="00E31FAA" w:rsidRDefault="00000000">
            <w:pPr>
              <w:rPr>
                <w:i/>
                <w:iCs/>
              </w:rPr>
            </w:pPr>
            <w:r w:rsidRPr="00E31FAA">
              <w:rPr>
                <w:i/>
                <w:iCs/>
                <w:sz w:val="18"/>
              </w:rPr>
              <w:t>Lythrypnus_zebra</w:t>
            </w:r>
          </w:p>
        </w:tc>
        <w:tc>
          <w:tcPr>
            <w:tcW w:w="4680" w:type="dxa"/>
            <w:tcMar>
              <w:top w:w="20" w:type="dxa"/>
              <w:left w:w="50" w:type="dxa"/>
              <w:bottom w:w="20" w:type="dxa"/>
              <w:right w:w="50" w:type="dxa"/>
            </w:tcMar>
          </w:tcPr>
          <w:p w14:paraId="0FD211A2" w14:textId="77777777" w:rsidR="00292F36" w:rsidRDefault="00000000">
            <w:r>
              <w:rPr>
                <w:sz w:val="18"/>
              </w:rPr>
              <w:t>N</w:t>
            </w:r>
          </w:p>
        </w:tc>
      </w:tr>
      <w:tr w:rsidR="00292F36" w14:paraId="2DA1B14B" w14:textId="77777777">
        <w:tc>
          <w:tcPr>
            <w:tcW w:w="4680" w:type="dxa"/>
            <w:tcMar>
              <w:top w:w="20" w:type="dxa"/>
              <w:left w:w="50" w:type="dxa"/>
              <w:bottom w:w="20" w:type="dxa"/>
              <w:right w:w="50" w:type="dxa"/>
            </w:tcMar>
          </w:tcPr>
          <w:p w14:paraId="27F51E1C" w14:textId="77777777" w:rsidR="00292F36" w:rsidRPr="00E31FAA" w:rsidRDefault="00000000">
            <w:pPr>
              <w:rPr>
                <w:i/>
                <w:iCs/>
              </w:rPr>
            </w:pPr>
            <w:r w:rsidRPr="00E31FAA">
              <w:rPr>
                <w:i/>
                <w:iCs/>
                <w:sz w:val="18"/>
              </w:rPr>
              <w:t>Medialuna_californiensis</w:t>
            </w:r>
          </w:p>
        </w:tc>
        <w:tc>
          <w:tcPr>
            <w:tcW w:w="4680" w:type="dxa"/>
            <w:tcMar>
              <w:top w:w="20" w:type="dxa"/>
              <w:left w:w="50" w:type="dxa"/>
              <w:bottom w:w="20" w:type="dxa"/>
              <w:right w:w="50" w:type="dxa"/>
            </w:tcMar>
          </w:tcPr>
          <w:p w14:paraId="0190DE02" w14:textId="77777777" w:rsidR="00292F36" w:rsidRDefault="00000000">
            <w:r>
              <w:rPr>
                <w:sz w:val="18"/>
              </w:rPr>
              <w:t>N</w:t>
            </w:r>
          </w:p>
        </w:tc>
      </w:tr>
      <w:tr w:rsidR="00292F36" w14:paraId="5AE1B4C6" w14:textId="77777777">
        <w:tc>
          <w:tcPr>
            <w:tcW w:w="4680" w:type="dxa"/>
            <w:tcMar>
              <w:top w:w="20" w:type="dxa"/>
              <w:left w:w="50" w:type="dxa"/>
              <w:bottom w:w="20" w:type="dxa"/>
              <w:right w:w="50" w:type="dxa"/>
            </w:tcMar>
          </w:tcPr>
          <w:p w14:paraId="2F1B576D" w14:textId="77777777" w:rsidR="00292F36" w:rsidRPr="00E31FAA" w:rsidRDefault="00000000">
            <w:pPr>
              <w:rPr>
                <w:i/>
                <w:iCs/>
              </w:rPr>
            </w:pPr>
            <w:r w:rsidRPr="00E31FAA">
              <w:rPr>
                <w:i/>
                <w:iCs/>
                <w:sz w:val="18"/>
              </w:rPr>
              <w:t>Nicholsina_denticulata</w:t>
            </w:r>
          </w:p>
        </w:tc>
        <w:tc>
          <w:tcPr>
            <w:tcW w:w="4680" w:type="dxa"/>
            <w:tcMar>
              <w:top w:w="20" w:type="dxa"/>
              <w:left w:w="50" w:type="dxa"/>
              <w:bottom w:w="20" w:type="dxa"/>
              <w:right w:w="50" w:type="dxa"/>
            </w:tcMar>
          </w:tcPr>
          <w:p w14:paraId="46F5B306" w14:textId="77777777" w:rsidR="00292F36" w:rsidRDefault="00000000">
            <w:r>
              <w:rPr>
                <w:sz w:val="18"/>
              </w:rPr>
              <w:t>N</w:t>
            </w:r>
          </w:p>
        </w:tc>
      </w:tr>
      <w:tr w:rsidR="00292F36" w14:paraId="193DF246" w14:textId="77777777">
        <w:tc>
          <w:tcPr>
            <w:tcW w:w="4680" w:type="dxa"/>
            <w:tcMar>
              <w:top w:w="20" w:type="dxa"/>
              <w:left w:w="50" w:type="dxa"/>
              <w:bottom w:w="20" w:type="dxa"/>
              <w:right w:w="50" w:type="dxa"/>
            </w:tcMar>
          </w:tcPr>
          <w:p w14:paraId="1FE0EC05" w14:textId="77777777" w:rsidR="00292F36" w:rsidRPr="00E31FAA" w:rsidRDefault="00000000">
            <w:pPr>
              <w:rPr>
                <w:i/>
                <w:iCs/>
              </w:rPr>
            </w:pPr>
            <w:r w:rsidRPr="00E31FAA">
              <w:rPr>
                <w:i/>
                <w:iCs/>
                <w:sz w:val="18"/>
              </w:rPr>
              <w:t>Oxyjulis_californica</w:t>
            </w:r>
          </w:p>
        </w:tc>
        <w:tc>
          <w:tcPr>
            <w:tcW w:w="4680" w:type="dxa"/>
            <w:tcMar>
              <w:top w:w="20" w:type="dxa"/>
              <w:left w:w="50" w:type="dxa"/>
              <w:bottom w:w="20" w:type="dxa"/>
              <w:right w:w="50" w:type="dxa"/>
            </w:tcMar>
          </w:tcPr>
          <w:p w14:paraId="12CB385D" w14:textId="77777777" w:rsidR="00292F36" w:rsidRDefault="00000000">
            <w:r>
              <w:rPr>
                <w:sz w:val="18"/>
              </w:rPr>
              <w:t>N</w:t>
            </w:r>
          </w:p>
        </w:tc>
      </w:tr>
      <w:tr w:rsidR="00292F36" w14:paraId="7122E3A6" w14:textId="77777777">
        <w:tc>
          <w:tcPr>
            <w:tcW w:w="4680" w:type="dxa"/>
            <w:tcMar>
              <w:top w:w="20" w:type="dxa"/>
              <w:left w:w="50" w:type="dxa"/>
              <w:bottom w:w="20" w:type="dxa"/>
              <w:right w:w="50" w:type="dxa"/>
            </w:tcMar>
          </w:tcPr>
          <w:p w14:paraId="78841A87" w14:textId="77777777" w:rsidR="00292F36" w:rsidRPr="00E31FAA" w:rsidRDefault="00000000">
            <w:pPr>
              <w:rPr>
                <w:i/>
                <w:iCs/>
              </w:rPr>
            </w:pPr>
            <w:r w:rsidRPr="00E31FAA">
              <w:rPr>
                <w:i/>
                <w:iCs/>
                <w:sz w:val="18"/>
              </w:rPr>
              <w:t>Oxylebius_pictus</w:t>
            </w:r>
          </w:p>
        </w:tc>
        <w:tc>
          <w:tcPr>
            <w:tcW w:w="4680" w:type="dxa"/>
            <w:tcMar>
              <w:top w:w="20" w:type="dxa"/>
              <w:left w:w="50" w:type="dxa"/>
              <w:bottom w:w="20" w:type="dxa"/>
              <w:right w:w="50" w:type="dxa"/>
            </w:tcMar>
          </w:tcPr>
          <w:p w14:paraId="7EFAA899" w14:textId="77777777" w:rsidR="00292F36" w:rsidRDefault="00000000">
            <w:r>
              <w:rPr>
                <w:sz w:val="18"/>
              </w:rPr>
              <w:t>N</w:t>
            </w:r>
          </w:p>
        </w:tc>
      </w:tr>
      <w:tr w:rsidR="00292F36" w14:paraId="2CB18938" w14:textId="77777777">
        <w:tc>
          <w:tcPr>
            <w:tcW w:w="4680" w:type="dxa"/>
            <w:tcMar>
              <w:top w:w="20" w:type="dxa"/>
              <w:left w:w="50" w:type="dxa"/>
              <w:bottom w:w="20" w:type="dxa"/>
              <w:right w:w="50" w:type="dxa"/>
            </w:tcMar>
          </w:tcPr>
          <w:p w14:paraId="62845110" w14:textId="77777777" w:rsidR="00292F36" w:rsidRPr="00E31FAA" w:rsidRDefault="00000000">
            <w:pPr>
              <w:rPr>
                <w:i/>
                <w:iCs/>
              </w:rPr>
            </w:pPr>
            <w:r w:rsidRPr="00E31FAA">
              <w:rPr>
                <w:i/>
                <w:iCs/>
                <w:sz w:val="18"/>
              </w:rPr>
              <w:t>Phanerodon_furcatus</w:t>
            </w:r>
          </w:p>
        </w:tc>
        <w:tc>
          <w:tcPr>
            <w:tcW w:w="4680" w:type="dxa"/>
            <w:tcMar>
              <w:top w:w="20" w:type="dxa"/>
              <w:left w:w="50" w:type="dxa"/>
              <w:bottom w:w="20" w:type="dxa"/>
              <w:right w:w="50" w:type="dxa"/>
            </w:tcMar>
          </w:tcPr>
          <w:p w14:paraId="0926B319" w14:textId="77777777" w:rsidR="00292F36" w:rsidRDefault="00000000">
            <w:r>
              <w:rPr>
                <w:sz w:val="18"/>
              </w:rPr>
              <w:t>N</w:t>
            </w:r>
          </w:p>
        </w:tc>
      </w:tr>
      <w:tr w:rsidR="00292F36" w14:paraId="72C6CDC5" w14:textId="77777777">
        <w:tc>
          <w:tcPr>
            <w:tcW w:w="4680" w:type="dxa"/>
            <w:tcMar>
              <w:top w:w="20" w:type="dxa"/>
              <w:left w:w="50" w:type="dxa"/>
              <w:bottom w:w="20" w:type="dxa"/>
              <w:right w:w="50" w:type="dxa"/>
            </w:tcMar>
          </w:tcPr>
          <w:p w14:paraId="31E9F998" w14:textId="77777777" w:rsidR="00292F36" w:rsidRPr="00E31FAA" w:rsidRDefault="00000000">
            <w:pPr>
              <w:rPr>
                <w:i/>
                <w:iCs/>
              </w:rPr>
            </w:pPr>
            <w:r w:rsidRPr="00E31FAA">
              <w:rPr>
                <w:i/>
                <w:iCs/>
                <w:sz w:val="18"/>
              </w:rPr>
              <w:t>Pomacanthus_zonipectus</w:t>
            </w:r>
          </w:p>
        </w:tc>
        <w:tc>
          <w:tcPr>
            <w:tcW w:w="4680" w:type="dxa"/>
            <w:tcMar>
              <w:top w:w="20" w:type="dxa"/>
              <w:left w:w="50" w:type="dxa"/>
              <w:bottom w:w="20" w:type="dxa"/>
              <w:right w:w="50" w:type="dxa"/>
            </w:tcMar>
          </w:tcPr>
          <w:p w14:paraId="7819044C" w14:textId="77777777" w:rsidR="00292F36" w:rsidRDefault="00000000">
            <w:r>
              <w:rPr>
                <w:sz w:val="18"/>
              </w:rPr>
              <w:t>N</w:t>
            </w:r>
          </w:p>
        </w:tc>
      </w:tr>
      <w:tr w:rsidR="00292F36" w14:paraId="41714141" w14:textId="77777777">
        <w:tc>
          <w:tcPr>
            <w:tcW w:w="4680" w:type="dxa"/>
            <w:tcMar>
              <w:top w:w="20" w:type="dxa"/>
              <w:left w:w="50" w:type="dxa"/>
              <w:bottom w:w="20" w:type="dxa"/>
              <w:right w:w="50" w:type="dxa"/>
            </w:tcMar>
          </w:tcPr>
          <w:p w14:paraId="4FD0E9A3" w14:textId="77777777" w:rsidR="00292F36" w:rsidRPr="00E31FAA" w:rsidRDefault="00000000">
            <w:pPr>
              <w:rPr>
                <w:i/>
                <w:iCs/>
              </w:rPr>
            </w:pPr>
            <w:r w:rsidRPr="00E31FAA">
              <w:rPr>
                <w:i/>
                <w:iCs/>
                <w:sz w:val="18"/>
              </w:rPr>
              <w:t>Pteroplatytrygon_violacea</w:t>
            </w:r>
          </w:p>
        </w:tc>
        <w:tc>
          <w:tcPr>
            <w:tcW w:w="4680" w:type="dxa"/>
            <w:tcMar>
              <w:top w:w="20" w:type="dxa"/>
              <w:left w:w="50" w:type="dxa"/>
              <w:bottom w:w="20" w:type="dxa"/>
              <w:right w:w="50" w:type="dxa"/>
            </w:tcMar>
          </w:tcPr>
          <w:p w14:paraId="1CA001C9" w14:textId="77777777" w:rsidR="00292F36" w:rsidRDefault="00000000">
            <w:r>
              <w:rPr>
                <w:sz w:val="18"/>
              </w:rPr>
              <w:t>N</w:t>
            </w:r>
          </w:p>
        </w:tc>
      </w:tr>
      <w:tr w:rsidR="00292F36" w14:paraId="31D1A123" w14:textId="77777777">
        <w:tc>
          <w:tcPr>
            <w:tcW w:w="4680" w:type="dxa"/>
            <w:tcMar>
              <w:top w:w="20" w:type="dxa"/>
              <w:left w:w="50" w:type="dxa"/>
              <w:bottom w:w="20" w:type="dxa"/>
              <w:right w:w="50" w:type="dxa"/>
            </w:tcMar>
          </w:tcPr>
          <w:p w14:paraId="30E12E29" w14:textId="77777777" w:rsidR="00292F36" w:rsidRPr="00E31FAA" w:rsidRDefault="00000000">
            <w:pPr>
              <w:rPr>
                <w:i/>
                <w:iCs/>
              </w:rPr>
            </w:pPr>
            <w:r w:rsidRPr="00E31FAA">
              <w:rPr>
                <w:i/>
                <w:iCs/>
                <w:sz w:val="18"/>
              </w:rPr>
              <w:t>Rhacochilus_toxotes</w:t>
            </w:r>
          </w:p>
        </w:tc>
        <w:tc>
          <w:tcPr>
            <w:tcW w:w="4680" w:type="dxa"/>
            <w:tcMar>
              <w:top w:w="20" w:type="dxa"/>
              <w:left w:w="50" w:type="dxa"/>
              <w:bottom w:w="20" w:type="dxa"/>
              <w:right w:w="50" w:type="dxa"/>
            </w:tcMar>
          </w:tcPr>
          <w:p w14:paraId="49B4A2AD" w14:textId="77777777" w:rsidR="00292F36" w:rsidRDefault="00000000">
            <w:r>
              <w:rPr>
                <w:sz w:val="18"/>
              </w:rPr>
              <w:t>N</w:t>
            </w:r>
          </w:p>
        </w:tc>
      </w:tr>
      <w:tr w:rsidR="00292F36" w14:paraId="59A8C041" w14:textId="77777777">
        <w:tc>
          <w:tcPr>
            <w:tcW w:w="4680" w:type="dxa"/>
            <w:tcMar>
              <w:top w:w="20" w:type="dxa"/>
              <w:left w:w="50" w:type="dxa"/>
              <w:bottom w:w="20" w:type="dxa"/>
              <w:right w:w="50" w:type="dxa"/>
            </w:tcMar>
          </w:tcPr>
          <w:p w14:paraId="521F90D5" w14:textId="77777777" w:rsidR="00292F36" w:rsidRPr="00E31FAA" w:rsidRDefault="00000000">
            <w:pPr>
              <w:rPr>
                <w:i/>
                <w:iCs/>
              </w:rPr>
            </w:pPr>
            <w:r w:rsidRPr="00E31FAA">
              <w:rPr>
                <w:i/>
                <w:iCs/>
                <w:sz w:val="18"/>
              </w:rPr>
              <w:t>Rhacochilus_vacca</w:t>
            </w:r>
          </w:p>
        </w:tc>
        <w:tc>
          <w:tcPr>
            <w:tcW w:w="4680" w:type="dxa"/>
            <w:tcMar>
              <w:top w:w="20" w:type="dxa"/>
              <w:left w:w="50" w:type="dxa"/>
              <w:bottom w:w="20" w:type="dxa"/>
              <w:right w:w="50" w:type="dxa"/>
            </w:tcMar>
          </w:tcPr>
          <w:p w14:paraId="20042268" w14:textId="77777777" w:rsidR="00292F36" w:rsidRDefault="00000000">
            <w:r>
              <w:rPr>
                <w:sz w:val="18"/>
              </w:rPr>
              <w:t>N</w:t>
            </w:r>
          </w:p>
        </w:tc>
      </w:tr>
      <w:tr w:rsidR="00292F36" w14:paraId="79C73A5B" w14:textId="77777777">
        <w:tc>
          <w:tcPr>
            <w:tcW w:w="4680" w:type="dxa"/>
            <w:tcMar>
              <w:top w:w="20" w:type="dxa"/>
              <w:left w:w="50" w:type="dxa"/>
              <w:bottom w:w="20" w:type="dxa"/>
              <w:right w:w="50" w:type="dxa"/>
            </w:tcMar>
          </w:tcPr>
          <w:p w14:paraId="39E45A9A" w14:textId="77777777" w:rsidR="00292F36" w:rsidRPr="00E31FAA" w:rsidRDefault="00000000">
            <w:pPr>
              <w:rPr>
                <w:i/>
                <w:iCs/>
              </w:rPr>
            </w:pPr>
            <w:r w:rsidRPr="00E31FAA">
              <w:rPr>
                <w:i/>
                <w:iCs/>
                <w:sz w:val="18"/>
              </w:rPr>
              <w:t>Rhinobatos_productus</w:t>
            </w:r>
          </w:p>
        </w:tc>
        <w:tc>
          <w:tcPr>
            <w:tcW w:w="4680" w:type="dxa"/>
            <w:tcMar>
              <w:top w:w="20" w:type="dxa"/>
              <w:left w:w="50" w:type="dxa"/>
              <w:bottom w:w="20" w:type="dxa"/>
              <w:right w:w="50" w:type="dxa"/>
            </w:tcMar>
          </w:tcPr>
          <w:p w14:paraId="08748962" w14:textId="77777777" w:rsidR="00292F36" w:rsidRDefault="00000000">
            <w:r>
              <w:rPr>
                <w:sz w:val="18"/>
              </w:rPr>
              <w:t>N</w:t>
            </w:r>
          </w:p>
        </w:tc>
      </w:tr>
      <w:tr w:rsidR="00292F36" w14:paraId="6B99158A" w14:textId="77777777">
        <w:tc>
          <w:tcPr>
            <w:tcW w:w="4680" w:type="dxa"/>
            <w:tcMar>
              <w:top w:w="20" w:type="dxa"/>
              <w:left w:w="50" w:type="dxa"/>
              <w:bottom w:w="20" w:type="dxa"/>
              <w:right w:w="50" w:type="dxa"/>
            </w:tcMar>
          </w:tcPr>
          <w:p w14:paraId="6B16B961" w14:textId="77777777" w:rsidR="00292F36" w:rsidRPr="00E31FAA" w:rsidRDefault="00000000">
            <w:pPr>
              <w:rPr>
                <w:i/>
                <w:iCs/>
              </w:rPr>
            </w:pPr>
            <w:r w:rsidRPr="00E31FAA">
              <w:rPr>
                <w:i/>
                <w:iCs/>
                <w:sz w:val="18"/>
              </w:rPr>
              <w:t>Rhinogobiops_nicholsii</w:t>
            </w:r>
          </w:p>
        </w:tc>
        <w:tc>
          <w:tcPr>
            <w:tcW w:w="4680" w:type="dxa"/>
            <w:tcMar>
              <w:top w:w="20" w:type="dxa"/>
              <w:left w:w="50" w:type="dxa"/>
              <w:bottom w:w="20" w:type="dxa"/>
              <w:right w:w="50" w:type="dxa"/>
            </w:tcMar>
          </w:tcPr>
          <w:p w14:paraId="61D2B5E6" w14:textId="77777777" w:rsidR="00292F36" w:rsidRDefault="00000000">
            <w:r>
              <w:rPr>
                <w:sz w:val="18"/>
              </w:rPr>
              <w:t>N</w:t>
            </w:r>
          </w:p>
        </w:tc>
      </w:tr>
      <w:tr w:rsidR="00292F36" w14:paraId="764DA829" w14:textId="77777777">
        <w:tc>
          <w:tcPr>
            <w:tcW w:w="4680" w:type="dxa"/>
            <w:tcMar>
              <w:top w:w="20" w:type="dxa"/>
              <w:left w:w="50" w:type="dxa"/>
              <w:bottom w:w="20" w:type="dxa"/>
              <w:right w:w="50" w:type="dxa"/>
            </w:tcMar>
          </w:tcPr>
          <w:p w14:paraId="6ADC38EE" w14:textId="77777777" w:rsidR="00292F36" w:rsidRPr="00E31FAA" w:rsidRDefault="00000000">
            <w:pPr>
              <w:rPr>
                <w:i/>
                <w:iCs/>
              </w:rPr>
            </w:pPr>
            <w:r w:rsidRPr="00E31FAA">
              <w:rPr>
                <w:i/>
                <w:iCs/>
                <w:sz w:val="18"/>
              </w:rPr>
              <w:t>Sardinops_sagax</w:t>
            </w:r>
          </w:p>
        </w:tc>
        <w:tc>
          <w:tcPr>
            <w:tcW w:w="4680" w:type="dxa"/>
            <w:tcMar>
              <w:top w:w="20" w:type="dxa"/>
              <w:left w:w="50" w:type="dxa"/>
              <w:bottom w:w="20" w:type="dxa"/>
              <w:right w:w="50" w:type="dxa"/>
            </w:tcMar>
          </w:tcPr>
          <w:p w14:paraId="1D80EE96" w14:textId="77777777" w:rsidR="00292F36" w:rsidRDefault="00000000">
            <w:r>
              <w:rPr>
                <w:sz w:val="18"/>
              </w:rPr>
              <w:t>N</w:t>
            </w:r>
          </w:p>
        </w:tc>
      </w:tr>
      <w:tr w:rsidR="00292F36" w14:paraId="4BE4BACC" w14:textId="77777777">
        <w:tc>
          <w:tcPr>
            <w:tcW w:w="4680" w:type="dxa"/>
            <w:tcMar>
              <w:top w:w="20" w:type="dxa"/>
              <w:left w:w="50" w:type="dxa"/>
              <w:bottom w:w="20" w:type="dxa"/>
              <w:right w:w="50" w:type="dxa"/>
            </w:tcMar>
          </w:tcPr>
          <w:p w14:paraId="1C392B87" w14:textId="77777777" w:rsidR="00292F36" w:rsidRPr="00E31FAA" w:rsidRDefault="00000000">
            <w:pPr>
              <w:rPr>
                <w:i/>
                <w:iCs/>
              </w:rPr>
            </w:pPr>
            <w:r w:rsidRPr="00E31FAA">
              <w:rPr>
                <w:i/>
                <w:iCs/>
                <w:sz w:val="18"/>
              </w:rPr>
              <w:t>Scorpaena_mystes</w:t>
            </w:r>
          </w:p>
        </w:tc>
        <w:tc>
          <w:tcPr>
            <w:tcW w:w="4680" w:type="dxa"/>
            <w:tcMar>
              <w:top w:w="20" w:type="dxa"/>
              <w:left w:w="50" w:type="dxa"/>
              <w:bottom w:w="20" w:type="dxa"/>
              <w:right w:w="50" w:type="dxa"/>
            </w:tcMar>
          </w:tcPr>
          <w:p w14:paraId="58478C78" w14:textId="77777777" w:rsidR="00292F36" w:rsidRDefault="00000000">
            <w:r>
              <w:rPr>
                <w:sz w:val="18"/>
              </w:rPr>
              <w:t>N</w:t>
            </w:r>
          </w:p>
        </w:tc>
      </w:tr>
      <w:tr w:rsidR="00292F36" w14:paraId="0B03941E" w14:textId="77777777">
        <w:tc>
          <w:tcPr>
            <w:tcW w:w="4680" w:type="dxa"/>
            <w:tcMar>
              <w:top w:w="20" w:type="dxa"/>
              <w:left w:w="50" w:type="dxa"/>
              <w:bottom w:w="20" w:type="dxa"/>
              <w:right w:w="50" w:type="dxa"/>
            </w:tcMar>
          </w:tcPr>
          <w:p w14:paraId="20DF10D5" w14:textId="77777777" w:rsidR="00292F36" w:rsidRPr="00E31FAA" w:rsidRDefault="00000000">
            <w:pPr>
              <w:rPr>
                <w:i/>
                <w:iCs/>
              </w:rPr>
            </w:pPr>
            <w:r w:rsidRPr="00E31FAA">
              <w:rPr>
                <w:i/>
                <w:iCs/>
                <w:sz w:val="18"/>
              </w:rPr>
              <w:t>Scorpaenichthys_marmoratus</w:t>
            </w:r>
          </w:p>
        </w:tc>
        <w:tc>
          <w:tcPr>
            <w:tcW w:w="4680" w:type="dxa"/>
            <w:tcMar>
              <w:top w:w="20" w:type="dxa"/>
              <w:left w:w="50" w:type="dxa"/>
              <w:bottom w:w="20" w:type="dxa"/>
              <w:right w:w="50" w:type="dxa"/>
            </w:tcMar>
          </w:tcPr>
          <w:p w14:paraId="2895845C" w14:textId="77777777" w:rsidR="00292F36" w:rsidRDefault="00000000">
            <w:r>
              <w:rPr>
                <w:sz w:val="18"/>
              </w:rPr>
              <w:t>N</w:t>
            </w:r>
          </w:p>
        </w:tc>
      </w:tr>
      <w:tr w:rsidR="00292F36" w14:paraId="211F5F65" w14:textId="77777777">
        <w:tc>
          <w:tcPr>
            <w:tcW w:w="4680" w:type="dxa"/>
            <w:tcMar>
              <w:top w:w="20" w:type="dxa"/>
              <w:left w:w="50" w:type="dxa"/>
              <w:bottom w:w="20" w:type="dxa"/>
              <w:right w:w="50" w:type="dxa"/>
            </w:tcMar>
          </w:tcPr>
          <w:p w14:paraId="2355FC72" w14:textId="77777777" w:rsidR="00292F36" w:rsidRPr="00E31FAA" w:rsidRDefault="00000000">
            <w:pPr>
              <w:rPr>
                <w:i/>
                <w:iCs/>
              </w:rPr>
            </w:pPr>
            <w:r w:rsidRPr="00E31FAA">
              <w:rPr>
                <w:i/>
                <w:iCs/>
                <w:sz w:val="18"/>
              </w:rPr>
              <w:t>Sebastes_babcocki</w:t>
            </w:r>
          </w:p>
        </w:tc>
        <w:tc>
          <w:tcPr>
            <w:tcW w:w="4680" w:type="dxa"/>
            <w:tcMar>
              <w:top w:w="20" w:type="dxa"/>
              <w:left w:w="50" w:type="dxa"/>
              <w:bottom w:w="20" w:type="dxa"/>
              <w:right w:w="50" w:type="dxa"/>
            </w:tcMar>
          </w:tcPr>
          <w:p w14:paraId="34C26813" w14:textId="77777777" w:rsidR="00292F36" w:rsidRDefault="00000000">
            <w:r>
              <w:rPr>
                <w:sz w:val="18"/>
              </w:rPr>
              <w:t>N</w:t>
            </w:r>
          </w:p>
        </w:tc>
      </w:tr>
      <w:tr w:rsidR="00292F36" w14:paraId="727AB74C" w14:textId="77777777">
        <w:tc>
          <w:tcPr>
            <w:tcW w:w="4680" w:type="dxa"/>
            <w:tcMar>
              <w:top w:w="20" w:type="dxa"/>
              <w:left w:w="50" w:type="dxa"/>
              <w:bottom w:w="20" w:type="dxa"/>
              <w:right w:w="50" w:type="dxa"/>
            </w:tcMar>
          </w:tcPr>
          <w:p w14:paraId="4B9B6BE6" w14:textId="77777777" w:rsidR="00292F36" w:rsidRPr="00E31FAA" w:rsidRDefault="00000000">
            <w:pPr>
              <w:rPr>
                <w:i/>
                <w:iCs/>
              </w:rPr>
            </w:pPr>
            <w:r w:rsidRPr="00E31FAA">
              <w:rPr>
                <w:i/>
                <w:iCs/>
                <w:sz w:val="18"/>
              </w:rPr>
              <w:t>Sebastes_chrysomelas</w:t>
            </w:r>
          </w:p>
        </w:tc>
        <w:tc>
          <w:tcPr>
            <w:tcW w:w="4680" w:type="dxa"/>
            <w:tcMar>
              <w:top w:w="20" w:type="dxa"/>
              <w:left w:w="50" w:type="dxa"/>
              <w:bottom w:w="20" w:type="dxa"/>
              <w:right w:w="50" w:type="dxa"/>
            </w:tcMar>
          </w:tcPr>
          <w:p w14:paraId="248737F7" w14:textId="77777777" w:rsidR="00292F36" w:rsidRDefault="00000000">
            <w:r>
              <w:rPr>
                <w:sz w:val="18"/>
              </w:rPr>
              <w:t>N</w:t>
            </w:r>
          </w:p>
        </w:tc>
      </w:tr>
      <w:tr w:rsidR="00292F36" w14:paraId="2BC06C6D" w14:textId="77777777">
        <w:tc>
          <w:tcPr>
            <w:tcW w:w="4680" w:type="dxa"/>
            <w:tcMar>
              <w:top w:w="20" w:type="dxa"/>
              <w:left w:w="50" w:type="dxa"/>
              <w:bottom w:w="20" w:type="dxa"/>
              <w:right w:w="50" w:type="dxa"/>
            </w:tcMar>
          </w:tcPr>
          <w:p w14:paraId="68D6E421" w14:textId="77777777" w:rsidR="00292F36" w:rsidRPr="00E31FAA" w:rsidRDefault="00000000">
            <w:pPr>
              <w:rPr>
                <w:i/>
                <w:iCs/>
              </w:rPr>
            </w:pPr>
            <w:r w:rsidRPr="00E31FAA">
              <w:rPr>
                <w:i/>
                <w:iCs/>
                <w:sz w:val="18"/>
              </w:rPr>
              <w:t>Sebastes_dallii</w:t>
            </w:r>
          </w:p>
        </w:tc>
        <w:tc>
          <w:tcPr>
            <w:tcW w:w="4680" w:type="dxa"/>
            <w:tcMar>
              <w:top w:w="20" w:type="dxa"/>
              <w:left w:w="50" w:type="dxa"/>
              <w:bottom w:w="20" w:type="dxa"/>
              <w:right w:w="50" w:type="dxa"/>
            </w:tcMar>
          </w:tcPr>
          <w:p w14:paraId="16FABA0E" w14:textId="77777777" w:rsidR="00292F36" w:rsidRDefault="00000000">
            <w:r>
              <w:rPr>
                <w:sz w:val="18"/>
              </w:rPr>
              <w:t>N</w:t>
            </w:r>
          </w:p>
        </w:tc>
      </w:tr>
      <w:tr w:rsidR="00292F36" w14:paraId="0DA589EE" w14:textId="77777777">
        <w:tc>
          <w:tcPr>
            <w:tcW w:w="4680" w:type="dxa"/>
            <w:tcMar>
              <w:top w:w="20" w:type="dxa"/>
              <w:left w:w="50" w:type="dxa"/>
              <w:bottom w:w="20" w:type="dxa"/>
              <w:right w:w="50" w:type="dxa"/>
            </w:tcMar>
          </w:tcPr>
          <w:p w14:paraId="100C5410" w14:textId="77777777" w:rsidR="00292F36" w:rsidRPr="00E31FAA" w:rsidRDefault="00000000">
            <w:pPr>
              <w:rPr>
                <w:i/>
                <w:iCs/>
              </w:rPr>
            </w:pPr>
            <w:r w:rsidRPr="00E31FAA">
              <w:rPr>
                <w:i/>
                <w:iCs/>
                <w:sz w:val="18"/>
              </w:rPr>
              <w:t>Sphoeroides_annulatus</w:t>
            </w:r>
          </w:p>
        </w:tc>
        <w:tc>
          <w:tcPr>
            <w:tcW w:w="4680" w:type="dxa"/>
            <w:tcMar>
              <w:top w:w="20" w:type="dxa"/>
              <w:left w:w="50" w:type="dxa"/>
              <w:bottom w:w="20" w:type="dxa"/>
              <w:right w:w="50" w:type="dxa"/>
            </w:tcMar>
          </w:tcPr>
          <w:p w14:paraId="4401A1B6" w14:textId="77777777" w:rsidR="00292F36" w:rsidRDefault="00000000">
            <w:r>
              <w:rPr>
                <w:sz w:val="18"/>
              </w:rPr>
              <w:t>N</w:t>
            </w:r>
          </w:p>
        </w:tc>
      </w:tr>
      <w:tr w:rsidR="00292F36" w14:paraId="114020E3" w14:textId="77777777">
        <w:tc>
          <w:tcPr>
            <w:tcW w:w="4680" w:type="dxa"/>
            <w:tcMar>
              <w:top w:w="20" w:type="dxa"/>
              <w:left w:w="50" w:type="dxa"/>
              <w:bottom w:w="20" w:type="dxa"/>
              <w:right w:w="50" w:type="dxa"/>
            </w:tcMar>
          </w:tcPr>
          <w:p w14:paraId="22A91587" w14:textId="77777777" w:rsidR="00292F36" w:rsidRPr="00E31FAA" w:rsidRDefault="00000000">
            <w:pPr>
              <w:rPr>
                <w:i/>
                <w:iCs/>
              </w:rPr>
            </w:pPr>
            <w:r w:rsidRPr="00E31FAA">
              <w:rPr>
                <w:i/>
                <w:iCs/>
                <w:sz w:val="18"/>
              </w:rPr>
              <w:t>Sphoeroides_spp</w:t>
            </w:r>
          </w:p>
        </w:tc>
        <w:tc>
          <w:tcPr>
            <w:tcW w:w="4680" w:type="dxa"/>
            <w:tcMar>
              <w:top w:w="20" w:type="dxa"/>
              <w:left w:w="50" w:type="dxa"/>
              <w:bottom w:w="20" w:type="dxa"/>
              <w:right w:w="50" w:type="dxa"/>
            </w:tcMar>
          </w:tcPr>
          <w:p w14:paraId="4BAB9A02" w14:textId="77777777" w:rsidR="00292F36" w:rsidRDefault="00000000">
            <w:r>
              <w:rPr>
                <w:sz w:val="18"/>
              </w:rPr>
              <w:t>N</w:t>
            </w:r>
          </w:p>
        </w:tc>
      </w:tr>
      <w:tr w:rsidR="00292F36" w14:paraId="3938C4F1" w14:textId="77777777">
        <w:tc>
          <w:tcPr>
            <w:tcW w:w="4680" w:type="dxa"/>
            <w:tcMar>
              <w:top w:w="20" w:type="dxa"/>
              <w:left w:w="50" w:type="dxa"/>
              <w:bottom w:w="20" w:type="dxa"/>
              <w:right w:w="50" w:type="dxa"/>
            </w:tcMar>
          </w:tcPr>
          <w:p w14:paraId="643A55FE" w14:textId="77777777" w:rsidR="00292F36" w:rsidRPr="00E31FAA" w:rsidRDefault="00000000">
            <w:pPr>
              <w:rPr>
                <w:i/>
                <w:iCs/>
              </w:rPr>
            </w:pPr>
            <w:r w:rsidRPr="00E31FAA">
              <w:rPr>
                <w:i/>
                <w:iCs/>
                <w:sz w:val="18"/>
              </w:rPr>
              <w:t>Stegastes_rectifraenum</w:t>
            </w:r>
          </w:p>
        </w:tc>
        <w:tc>
          <w:tcPr>
            <w:tcW w:w="4680" w:type="dxa"/>
            <w:tcMar>
              <w:top w:w="20" w:type="dxa"/>
              <w:left w:w="50" w:type="dxa"/>
              <w:bottom w:w="20" w:type="dxa"/>
              <w:right w:w="50" w:type="dxa"/>
            </w:tcMar>
          </w:tcPr>
          <w:p w14:paraId="2D01CD96" w14:textId="77777777" w:rsidR="00292F36" w:rsidRDefault="00000000">
            <w:r>
              <w:rPr>
                <w:sz w:val="18"/>
              </w:rPr>
              <w:t>N</w:t>
            </w:r>
          </w:p>
        </w:tc>
      </w:tr>
      <w:tr w:rsidR="00292F36" w14:paraId="1C5F8F8E" w14:textId="77777777">
        <w:tc>
          <w:tcPr>
            <w:tcW w:w="4680" w:type="dxa"/>
            <w:tcMar>
              <w:top w:w="20" w:type="dxa"/>
              <w:left w:w="50" w:type="dxa"/>
              <w:bottom w:w="20" w:type="dxa"/>
              <w:right w:w="50" w:type="dxa"/>
            </w:tcMar>
          </w:tcPr>
          <w:p w14:paraId="51E81609" w14:textId="77777777" w:rsidR="00292F36" w:rsidRPr="00E31FAA" w:rsidRDefault="00000000">
            <w:pPr>
              <w:rPr>
                <w:i/>
                <w:iCs/>
              </w:rPr>
            </w:pPr>
            <w:r w:rsidRPr="00E31FAA">
              <w:rPr>
                <w:i/>
                <w:iCs/>
                <w:sz w:val="18"/>
              </w:rPr>
              <w:t>Tetronarce_californica</w:t>
            </w:r>
          </w:p>
        </w:tc>
        <w:tc>
          <w:tcPr>
            <w:tcW w:w="4680" w:type="dxa"/>
            <w:tcMar>
              <w:top w:w="20" w:type="dxa"/>
              <w:left w:w="50" w:type="dxa"/>
              <w:bottom w:w="20" w:type="dxa"/>
              <w:right w:w="50" w:type="dxa"/>
            </w:tcMar>
          </w:tcPr>
          <w:p w14:paraId="4FA231DB" w14:textId="77777777" w:rsidR="00292F36" w:rsidRDefault="00000000">
            <w:r>
              <w:rPr>
                <w:sz w:val="18"/>
              </w:rPr>
              <w:t>N</w:t>
            </w:r>
          </w:p>
        </w:tc>
      </w:tr>
      <w:tr w:rsidR="00292F36" w14:paraId="7949143E" w14:textId="77777777">
        <w:tc>
          <w:tcPr>
            <w:tcW w:w="4680" w:type="dxa"/>
            <w:tcMar>
              <w:top w:w="20" w:type="dxa"/>
              <w:left w:w="50" w:type="dxa"/>
              <w:bottom w:w="20" w:type="dxa"/>
              <w:right w:w="50" w:type="dxa"/>
            </w:tcMar>
          </w:tcPr>
          <w:p w14:paraId="1912EAC4" w14:textId="77777777" w:rsidR="00292F36" w:rsidRPr="00E31FAA" w:rsidRDefault="00000000">
            <w:pPr>
              <w:rPr>
                <w:i/>
                <w:iCs/>
              </w:rPr>
            </w:pPr>
            <w:r w:rsidRPr="00E31FAA">
              <w:rPr>
                <w:i/>
                <w:iCs/>
                <w:sz w:val="18"/>
              </w:rPr>
              <w:t>Ulvicola_sanctaerosae</w:t>
            </w:r>
          </w:p>
        </w:tc>
        <w:tc>
          <w:tcPr>
            <w:tcW w:w="4680" w:type="dxa"/>
            <w:tcMar>
              <w:top w:w="20" w:type="dxa"/>
              <w:left w:w="50" w:type="dxa"/>
              <w:bottom w:w="20" w:type="dxa"/>
              <w:right w:w="50" w:type="dxa"/>
            </w:tcMar>
          </w:tcPr>
          <w:p w14:paraId="05C5332E" w14:textId="77777777" w:rsidR="00292F36" w:rsidRDefault="00000000">
            <w:r>
              <w:rPr>
                <w:sz w:val="18"/>
              </w:rPr>
              <w:t>N</w:t>
            </w:r>
          </w:p>
        </w:tc>
      </w:tr>
      <w:tr w:rsidR="00292F36" w14:paraId="680299EE" w14:textId="77777777">
        <w:tc>
          <w:tcPr>
            <w:tcW w:w="4680" w:type="dxa"/>
            <w:tcMar>
              <w:top w:w="20" w:type="dxa"/>
              <w:left w:w="50" w:type="dxa"/>
              <w:bottom w:w="20" w:type="dxa"/>
              <w:right w:w="50" w:type="dxa"/>
            </w:tcMar>
          </w:tcPr>
          <w:p w14:paraId="039A98FF" w14:textId="77777777" w:rsidR="00292F36" w:rsidRPr="00E31FAA" w:rsidRDefault="00000000">
            <w:pPr>
              <w:rPr>
                <w:i/>
                <w:iCs/>
              </w:rPr>
            </w:pPr>
            <w:r w:rsidRPr="00E31FAA">
              <w:rPr>
                <w:i/>
                <w:iCs/>
                <w:sz w:val="18"/>
              </w:rPr>
              <w:t>Urobatis_concentricus</w:t>
            </w:r>
          </w:p>
        </w:tc>
        <w:tc>
          <w:tcPr>
            <w:tcW w:w="4680" w:type="dxa"/>
            <w:tcMar>
              <w:top w:w="20" w:type="dxa"/>
              <w:left w:w="50" w:type="dxa"/>
              <w:bottom w:w="20" w:type="dxa"/>
              <w:right w:w="50" w:type="dxa"/>
            </w:tcMar>
          </w:tcPr>
          <w:p w14:paraId="5CEC1586" w14:textId="77777777" w:rsidR="00292F36" w:rsidRDefault="00000000">
            <w:r>
              <w:rPr>
                <w:sz w:val="18"/>
              </w:rPr>
              <w:t>N</w:t>
            </w:r>
          </w:p>
        </w:tc>
      </w:tr>
      <w:tr w:rsidR="00292F36" w14:paraId="2F687D62" w14:textId="77777777">
        <w:tc>
          <w:tcPr>
            <w:tcW w:w="4680" w:type="dxa"/>
            <w:tcMar>
              <w:top w:w="20" w:type="dxa"/>
              <w:left w:w="50" w:type="dxa"/>
              <w:bottom w:w="20" w:type="dxa"/>
              <w:right w:w="50" w:type="dxa"/>
            </w:tcMar>
          </w:tcPr>
          <w:p w14:paraId="46D84103" w14:textId="77777777" w:rsidR="00292F36" w:rsidRPr="00E31FAA" w:rsidRDefault="00000000">
            <w:pPr>
              <w:rPr>
                <w:i/>
                <w:iCs/>
              </w:rPr>
            </w:pPr>
            <w:r w:rsidRPr="00E31FAA">
              <w:rPr>
                <w:i/>
                <w:iCs/>
                <w:sz w:val="18"/>
              </w:rPr>
              <w:t>Urobatis_halleri</w:t>
            </w:r>
          </w:p>
        </w:tc>
        <w:tc>
          <w:tcPr>
            <w:tcW w:w="4680" w:type="dxa"/>
            <w:tcMar>
              <w:top w:w="20" w:type="dxa"/>
              <w:left w:w="50" w:type="dxa"/>
              <w:bottom w:w="20" w:type="dxa"/>
              <w:right w:w="50" w:type="dxa"/>
            </w:tcMar>
          </w:tcPr>
          <w:p w14:paraId="7142EC19" w14:textId="77777777" w:rsidR="00292F36" w:rsidRDefault="00000000">
            <w:r>
              <w:rPr>
                <w:sz w:val="18"/>
              </w:rPr>
              <w:t>N</w:t>
            </w:r>
          </w:p>
        </w:tc>
      </w:tr>
      <w:tr w:rsidR="00292F36" w14:paraId="3752DB98" w14:textId="77777777">
        <w:tc>
          <w:tcPr>
            <w:tcW w:w="4680" w:type="dxa"/>
            <w:tcMar>
              <w:top w:w="20" w:type="dxa"/>
              <w:left w:w="50" w:type="dxa"/>
              <w:bottom w:w="20" w:type="dxa"/>
              <w:right w:w="50" w:type="dxa"/>
            </w:tcMar>
          </w:tcPr>
          <w:p w14:paraId="569EEDA5" w14:textId="77777777" w:rsidR="00292F36" w:rsidRPr="00E31FAA" w:rsidRDefault="00000000">
            <w:pPr>
              <w:rPr>
                <w:i/>
                <w:iCs/>
              </w:rPr>
            </w:pPr>
            <w:r w:rsidRPr="00E31FAA">
              <w:rPr>
                <w:i/>
                <w:iCs/>
                <w:sz w:val="18"/>
              </w:rPr>
              <w:t>Zapteryx_exasperata</w:t>
            </w:r>
          </w:p>
        </w:tc>
        <w:tc>
          <w:tcPr>
            <w:tcW w:w="4680" w:type="dxa"/>
            <w:tcMar>
              <w:top w:w="20" w:type="dxa"/>
              <w:left w:w="50" w:type="dxa"/>
              <w:bottom w:w="20" w:type="dxa"/>
              <w:right w:w="50" w:type="dxa"/>
            </w:tcMar>
          </w:tcPr>
          <w:p w14:paraId="2A0FB300" w14:textId="77777777" w:rsidR="00292F36" w:rsidRDefault="00000000">
            <w:r>
              <w:rPr>
                <w:sz w:val="18"/>
              </w:rPr>
              <w:t>N</w:t>
            </w:r>
          </w:p>
        </w:tc>
      </w:tr>
    </w:tbl>
    <w:p w14:paraId="00BF32D6" w14:textId="77777777" w:rsidR="00292F36" w:rsidRDefault="00292F36">
      <w:pPr>
        <w:sectPr w:rsidR="00292F36">
          <w:pgSz w:w="12240" w:h="15840"/>
          <w:pgMar w:top="1152" w:right="1440" w:bottom="1152" w:left="1440" w:header="720" w:footer="720" w:gutter="0"/>
          <w:cols w:space="720"/>
          <w:docGrid w:linePitch="360"/>
        </w:sectPr>
      </w:pPr>
    </w:p>
    <w:p w14:paraId="420DDC56" w14:textId="77777777" w:rsidR="00292F36" w:rsidRDefault="00000000">
      <w:pPr>
        <w:spacing w:after="40"/>
      </w:pPr>
      <w:r>
        <w:rPr>
          <w:b/>
          <w:sz w:val="22"/>
        </w:rPr>
        <w:lastRenderedPageBreak/>
        <w:t>Table S3 | Per-100 g RDI generalized linear mixed model (GLMM) summary for six key micronutrients.</w:t>
      </w:r>
    </w:p>
    <w:p w14:paraId="28CAA99C" w14:textId="77777777" w:rsidR="00292F36" w:rsidRDefault="00000000">
      <w:pPr>
        <w:spacing w:after="160"/>
      </w:pPr>
      <w:r>
        <w:rPr>
          <w:sz w:val="18"/>
        </w:rPr>
        <w:t>Overall mean contribution (% of daily recommended intake for a child aged 4-8 yrs) per 100 g fish serving is reported alongside model specification (family, random-effects structure, sample size) and fit metrics (AIC, marginal and conditional R^2). The 'Year slope' columns report the overall annual change in %RDI from the GLMM fixed-effect estimate, on the log scale and back-transformed to annual % change; significance refers to the Wald test against zero. DHARMa diagnostics report Kolmogorov-Smirnov uniformity, dispersion, and outlier test p-values. Random-effects codes: A = (1 | Site/Sub_site) + (1 | Year); B = (1 | Site/Sub_site); C = (1 | Site) + (1 | Year); D = (1 | Sub_site); E = no random effects (selected per nutrient as the first non-singular fit). R^2 is reported as NA when the model collapsed to a GLM (RE_struct = E).</w:t>
      </w:r>
    </w:p>
    <w:tbl>
      <w:tblPr>
        <w:tblStyle w:val="TableGrid"/>
        <w:tblW w:w="0" w:type="auto"/>
        <w:tblLayout w:type="fixed"/>
        <w:tblLook w:val="04A0" w:firstRow="1" w:lastRow="0" w:firstColumn="1" w:lastColumn="0" w:noHBand="0" w:noVBand="1"/>
      </w:tblPr>
      <w:tblGrid>
        <w:gridCol w:w="1411"/>
        <w:gridCol w:w="1411"/>
        <w:gridCol w:w="1411"/>
        <w:gridCol w:w="1411"/>
        <w:gridCol w:w="1411"/>
        <w:gridCol w:w="1411"/>
        <w:gridCol w:w="1411"/>
        <w:gridCol w:w="1411"/>
        <w:gridCol w:w="1411"/>
        <w:gridCol w:w="1411"/>
      </w:tblGrid>
      <w:tr w:rsidR="00292F36" w14:paraId="2EE60CF1" w14:textId="77777777">
        <w:trPr>
          <w:tblHeader/>
        </w:trPr>
        <w:tc>
          <w:tcPr>
            <w:tcW w:w="1411" w:type="dxa"/>
            <w:shd w:val="clear" w:color="auto" w:fill="D9E2F3"/>
            <w:tcMar>
              <w:top w:w="20" w:type="dxa"/>
              <w:left w:w="50" w:type="dxa"/>
              <w:bottom w:w="20" w:type="dxa"/>
              <w:right w:w="50" w:type="dxa"/>
            </w:tcMar>
          </w:tcPr>
          <w:p w14:paraId="01D986DD" w14:textId="77777777" w:rsidR="00292F36" w:rsidRDefault="00000000">
            <w:r>
              <w:rPr>
                <w:b/>
                <w:sz w:val="16"/>
              </w:rPr>
              <w:t>Nutrient</w:t>
            </w:r>
          </w:p>
        </w:tc>
        <w:tc>
          <w:tcPr>
            <w:tcW w:w="1411" w:type="dxa"/>
            <w:shd w:val="clear" w:color="auto" w:fill="D9E2F3"/>
            <w:tcMar>
              <w:top w:w="20" w:type="dxa"/>
              <w:left w:w="50" w:type="dxa"/>
              <w:bottom w:w="20" w:type="dxa"/>
              <w:right w:w="50" w:type="dxa"/>
            </w:tcMar>
          </w:tcPr>
          <w:p w14:paraId="111780D0" w14:textId="77777777" w:rsidR="00292F36" w:rsidRDefault="00000000">
            <w:r>
              <w:rPr>
                <w:b/>
                <w:sz w:val="16"/>
              </w:rPr>
              <w:t>overall_mean_pct_RDI</w:t>
            </w:r>
          </w:p>
        </w:tc>
        <w:tc>
          <w:tcPr>
            <w:tcW w:w="1411" w:type="dxa"/>
            <w:shd w:val="clear" w:color="auto" w:fill="D9E2F3"/>
            <w:tcMar>
              <w:top w:w="20" w:type="dxa"/>
              <w:left w:w="50" w:type="dxa"/>
              <w:bottom w:w="20" w:type="dxa"/>
              <w:right w:w="50" w:type="dxa"/>
            </w:tcMar>
          </w:tcPr>
          <w:p w14:paraId="4DB56BB4" w14:textId="77777777" w:rsidR="00292F36" w:rsidRDefault="00000000">
            <w:r>
              <w:rPr>
                <w:b/>
                <w:sz w:val="16"/>
              </w:rPr>
              <w:t>overall_sd_pct_RDI</w:t>
            </w:r>
          </w:p>
        </w:tc>
        <w:tc>
          <w:tcPr>
            <w:tcW w:w="1411" w:type="dxa"/>
            <w:shd w:val="clear" w:color="auto" w:fill="D9E2F3"/>
            <w:tcMar>
              <w:top w:w="20" w:type="dxa"/>
              <w:left w:w="50" w:type="dxa"/>
              <w:bottom w:w="20" w:type="dxa"/>
              <w:right w:w="50" w:type="dxa"/>
            </w:tcMar>
          </w:tcPr>
          <w:p w14:paraId="43F1B574" w14:textId="77777777" w:rsidR="00292F36" w:rsidRDefault="00000000">
            <w:r>
              <w:rPr>
                <w:b/>
                <w:sz w:val="16"/>
              </w:rPr>
              <w:t>n</w:t>
            </w:r>
          </w:p>
        </w:tc>
        <w:tc>
          <w:tcPr>
            <w:tcW w:w="1411" w:type="dxa"/>
            <w:shd w:val="clear" w:color="auto" w:fill="D9E2F3"/>
            <w:tcMar>
              <w:top w:w="20" w:type="dxa"/>
              <w:left w:w="50" w:type="dxa"/>
              <w:bottom w:w="20" w:type="dxa"/>
              <w:right w:w="50" w:type="dxa"/>
            </w:tcMar>
          </w:tcPr>
          <w:p w14:paraId="2ACAED8C" w14:textId="77777777" w:rsidR="00292F36" w:rsidRDefault="00000000">
            <w:r>
              <w:rPr>
                <w:b/>
                <w:sz w:val="16"/>
              </w:rPr>
              <w:t>Family</w:t>
            </w:r>
          </w:p>
        </w:tc>
        <w:tc>
          <w:tcPr>
            <w:tcW w:w="1411" w:type="dxa"/>
            <w:shd w:val="clear" w:color="auto" w:fill="D9E2F3"/>
            <w:tcMar>
              <w:top w:w="20" w:type="dxa"/>
              <w:left w:w="50" w:type="dxa"/>
              <w:bottom w:w="20" w:type="dxa"/>
              <w:right w:w="50" w:type="dxa"/>
            </w:tcMar>
          </w:tcPr>
          <w:p w14:paraId="4607D57F" w14:textId="77777777" w:rsidR="00292F36" w:rsidRDefault="00000000">
            <w:r>
              <w:rPr>
                <w:b/>
                <w:sz w:val="16"/>
              </w:rPr>
              <w:t>RE_struct</w:t>
            </w:r>
          </w:p>
        </w:tc>
        <w:tc>
          <w:tcPr>
            <w:tcW w:w="1411" w:type="dxa"/>
            <w:shd w:val="clear" w:color="auto" w:fill="D9E2F3"/>
            <w:tcMar>
              <w:top w:w="20" w:type="dxa"/>
              <w:left w:w="50" w:type="dxa"/>
              <w:bottom w:w="20" w:type="dxa"/>
              <w:right w:w="50" w:type="dxa"/>
            </w:tcMar>
          </w:tcPr>
          <w:p w14:paraId="35964779" w14:textId="77777777" w:rsidR="00292F36" w:rsidRDefault="00000000">
            <w:r>
              <w:rPr>
                <w:b/>
                <w:sz w:val="16"/>
              </w:rPr>
              <w:t>AIC</w:t>
            </w:r>
          </w:p>
        </w:tc>
        <w:tc>
          <w:tcPr>
            <w:tcW w:w="1411" w:type="dxa"/>
            <w:shd w:val="clear" w:color="auto" w:fill="D9E2F3"/>
            <w:tcMar>
              <w:top w:w="20" w:type="dxa"/>
              <w:left w:w="50" w:type="dxa"/>
              <w:bottom w:w="20" w:type="dxa"/>
              <w:right w:w="50" w:type="dxa"/>
            </w:tcMar>
          </w:tcPr>
          <w:p w14:paraId="6140BABB" w14:textId="77777777" w:rsidR="00292F36" w:rsidRDefault="00000000">
            <w:r>
              <w:rPr>
                <w:b/>
                <w:sz w:val="16"/>
              </w:rPr>
              <w:t>R2_marg</w:t>
            </w:r>
          </w:p>
        </w:tc>
        <w:tc>
          <w:tcPr>
            <w:tcW w:w="1411" w:type="dxa"/>
            <w:shd w:val="clear" w:color="auto" w:fill="D9E2F3"/>
            <w:tcMar>
              <w:top w:w="20" w:type="dxa"/>
              <w:left w:w="50" w:type="dxa"/>
              <w:bottom w:w="20" w:type="dxa"/>
              <w:right w:w="50" w:type="dxa"/>
            </w:tcMar>
          </w:tcPr>
          <w:p w14:paraId="0B48869B" w14:textId="77777777" w:rsidR="00292F36" w:rsidRDefault="00000000">
            <w:r>
              <w:rPr>
                <w:b/>
                <w:sz w:val="16"/>
              </w:rPr>
              <w:t>R2_cond</w:t>
            </w:r>
          </w:p>
        </w:tc>
        <w:tc>
          <w:tcPr>
            <w:tcW w:w="1411" w:type="dxa"/>
            <w:shd w:val="clear" w:color="auto" w:fill="D9E2F3"/>
            <w:tcMar>
              <w:top w:w="20" w:type="dxa"/>
              <w:left w:w="50" w:type="dxa"/>
              <w:bottom w:w="20" w:type="dxa"/>
              <w:right w:w="50" w:type="dxa"/>
            </w:tcMar>
          </w:tcPr>
          <w:p w14:paraId="7860A6A5" w14:textId="77777777" w:rsidR="00292F36" w:rsidRDefault="00000000">
            <w:r>
              <w:rPr>
                <w:b/>
                <w:sz w:val="16"/>
              </w:rPr>
              <w:t>Year_slope_log</w:t>
            </w:r>
          </w:p>
        </w:tc>
      </w:tr>
      <w:tr w:rsidR="00292F36" w14:paraId="30B6D71B" w14:textId="77777777">
        <w:tc>
          <w:tcPr>
            <w:tcW w:w="1411" w:type="dxa"/>
            <w:tcMar>
              <w:top w:w="20" w:type="dxa"/>
              <w:left w:w="50" w:type="dxa"/>
              <w:bottom w:w="20" w:type="dxa"/>
              <w:right w:w="50" w:type="dxa"/>
            </w:tcMar>
          </w:tcPr>
          <w:p w14:paraId="4A8B3CE9" w14:textId="77777777" w:rsidR="00292F36" w:rsidRDefault="00000000">
            <w:r>
              <w:rPr>
                <w:sz w:val="16"/>
              </w:rPr>
              <w:t>Selenium</w:t>
            </w:r>
          </w:p>
        </w:tc>
        <w:tc>
          <w:tcPr>
            <w:tcW w:w="1411" w:type="dxa"/>
            <w:tcMar>
              <w:top w:w="20" w:type="dxa"/>
              <w:left w:w="50" w:type="dxa"/>
              <w:bottom w:w="20" w:type="dxa"/>
              <w:right w:w="50" w:type="dxa"/>
            </w:tcMar>
          </w:tcPr>
          <w:p w14:paraId="5AAC9BCC" w14:textId="77777777" w:rsidR="00292F36" w:rsidRDefault="00000000">
            <w:r>
              <w:rPr>
                <w:sz w:val="16"/>
              </w:rPr>
              <w:t>94.9</w:t>
            </w:r>
          </w:p>
        </w:tc>
        <w:tc>
          <w:tcPr>
            <w:tcW w:w="1411" w:type="dxa"/>
            <w:tcMar>
              <w:top w:w="20" w:type="dxa"/>
              <w:left w:w="50" w:type="dxa"/>
              <w:bottom w:w="20" w:type="dxa"/>
              <w:right w:w="50" w:type="dxa"/>
            </w:tcMar>
          </w:tcPr>
          <w:p w14:paraId="2AE1C331" w14:textId="77777777" w:rsidR="00292F36" w:rsidRDefault="00000000">
            <w:r>
              <w:rPr>
                <w:sz w:val="16"/>
              </w:rPr>
              <w:t>27.4</w:t>
            </w:r>
          </w:p>
        </w:tc>
        <w:tc>
          <w:tcPr>
            <w:tcW w:w="1411" w:type="dxa"/>
            <w:tcMar>
              <w:top w:w="20" w:type="dxa"/>
              <w:left w:w="50" w:type="dxa"/>
              <w:bottom w:w="20" w:type="dxa"/>
              <w:right w:w="50" w:type="dxa"/>
            </w:tcMar>
          </w:tcPr>
          <w:p w14:paraId="3209FFB9" w14:textId="77777777" w:rsidR="00292F36" w:rsidRDefault="00000000">
            <w:r>
              <w:rPr>
                <w:sz w:val="16"/>
              </w:rPr>
              <w:t>909</w:t>
            </w:r>
          </w:p>
        </w:tc>
        <w:tc>
          <w:tcPr>
            <w:tcW w:w="1411" w:type="dxa"/>
            <w:tcMar>
              <w:top w:w="20" w:type="dxa"/>
              <w:left w:w="50" w:type="dxa"/>
              <w:bottom w:w="20" w:type="dxa"/>
              <w:right w:w="50" w:type="dxa"/>
            </w:tcMar>
          </w:tcPr>
          <w:p w14:paraId="44A43CA4" w14:textId="77777777" w:rsidR="00292F36" w:rsidRDefault="00000000">
            <w:r>
              <w:rPr>
                <w:sz w:val="16"/>
              </w:rPr>
              <w:t>Gamma (log link)</w:t>
            </w:r>
          </w:p>
        </w:tc>
        <w:tc>
          <w:tcPr>
            <w:tcW w:w="1411" w:type="dxa"/>
            <w:tcMar>
              <w:top w:w="20" w:type="dxa"/>
              <w:left w:w="50" w:type="dxa"/>
              <w:bottom w:w="20" w:type="dxa"/>
              <w:right w:w="50" w:type="dxa"/>
            </w:tcMar>
          </w:tcPr>
          <w:p w14:paraId="6BB730A6" w14:textId="77777777" w:rsidR="00292F36" w:rsidRDefault="00000000">
            <w:r>
              <w:rPr>
                <w:sz w:val="16"/>
              </w:rPr>
              <w:t>D</w:t>
            </w:r>
          </w:p>
        </w:tc>
        <w:tc>
          <w:tcPr>
            <w:tcW w:w="1411" w:type="dxa"/>
            <w:tcMar>
              <w:top w:w="20" w:type="dxa"/>
              <w:left w:w="50" w:type="dxa"/>
              <w:bottom w:w="20" w:type="dxa"/>
              <w:right w:w="50" w:type="dxa"/>
            </w:tcMar>
          </w:tcPr>
          <w:p w14:paraId="6DD23EAC" w14:textId="77777777" w:rsidR="00292F36" w:rsidRDefault="00000000">
            <w:r>
              <w:rPr>
                <w:sz w:val="16"/>
              </w:rPr>
              <w:t>-38.8</w:t>
            </w:r>
          </w:p>
        </w:tc>
        <w:tc>
          <w:tcPr>
            <w:tcW w:w="1411" w:type="dxa"/>
            <w:tcMar>
              <w:top w:w="20" w:type="dxa"/>
              <w:left w:w="50" w:type="dxa"/>
              <w:bottom w:w="20" w:type="dxa"/>
              <w:right w:w="50" w:type="dxa"/>
            </w:tcMar>
          </w:tcPr>
          <w:p w14:paraId="35BB3BC1" w14:textId="77777777" w:rsidR="00292F36" w:rsidRDefault="00000000">
            <w:r>
              <w:rPr>
                <w:sz w:val="16"/>
              </w:rPr>
              <w:t>0.258</w:t>
            </w:r>
          </w:p>
        </w:tc>
        <w:tc>
          <w:tcPr>
            <w:tcW w:w="1411" w:type="dxa"/>
            <w:tcMar>
              <w:top w:w="20" w:type="dxa"/>
              <w:left w:w="50" w:type="dxa"/>
              <w:bottom w:w="20" w:type="dxa"/>
              <w:right w:w="50" w:type="dxa"/>
            </w:tcMar>
          </w:tcPr>
          <w:p w14:paraId="6AF02AE9" w14:textId="77777777" w:rsidR="00292F36" w:rsidRDefault="00000000">
            <w:r>
              <w:rPr>
                <w:sz w:val="16"/>
              </w:rPr>
              <w:t>0.328</w:t>
            </w:r>
          </w:p>
        </w:tc>
        <w:tc>
          <w:tcPr>
            <w:tcW w:w="1411" w:type="dxa"/>
            <w:tcMar>
              <w:top w:w="20" w:type="dxa"/>
              <w:left w:w="50" w:type="dxa"/>
              <w:bottom w:w="20" w:type="dxa"/>
              <w:right w:w="50" w:type="dxa"/>
            </w:tcMar>
          </w:tcPr>
          <w:p w14:paraId="1AAB17A5" w14:textId="77777777" w:rsidR="00292F36" w:rsidRDefault="00000000">
            <w:r>
              <w:rPr>
                <w:sz w:val="16"/>
              </w:rPr>
              <w:t>-0.0251</w:t>
            </w:r>
          </w:p>
        </w:tc>
      </w:tr>
      <w:tr w:rsidR="00292F36" w14:paraId="5CA533CC" w14:textId="77777777">
        <w:tc>
          <w:tcPr>
            <w:tcW w:w="1411" w:type="dxa"/>
            <w:tcMar>
              <w:top w:w="20" w:type="dxa"/>
              <w:left w:w="50" w:type="dxa"/>
              <w:bottom w:w="20" w:type="dxa"/>
              <w:right w:w="50" w:type="dxa"/>
            </w:tcMar>
          </w:tcPr>
          <w:p w14:paraId="7166E931" w14:textId="77777777" w:rsidR="00292F36" w:rsidRDefault="00000000">
            <w:r>
              <w:rPr>
                <w:sz w:val="16"/>
              </w:rPr>
              <w:t>Omega-3</w:t>
            </w:r>
          </w:p>
        </w:tc>
        <w:tc>
          <w:tcPr>
            <w:tcW w:w="1411" w:type="dxa"/>
            <w:tcMar>
              <w:top w:w="20" w:type="dxa"/>
              <w:left w:w="50" w:type="dxa"/>
              <w:bottom w:w="20" w:type="dxa"/>
              <w:right w:w="50" w:type="dxa"/>
            </w:tcMar>
          </w:tcPr>
          <w:p w14:paraId="140CFA75" w14:textId="77777777" w:rsidR="00292F36" w:rsidRDefault="00000000">
            <w:r>
              <w:rPr>
                <w:sz w:val="16"/>
              </w:rPr>
              <w:t>25.2</w:t>
            </w:r>
          </w:p>
        </w:tc>
        <w:tc>
          <w:tcPr>
            <w:tcW w:w="1411" w:type="dxa"/>
            <w:tcMar>
              <w:top w:w="20" w:type="dxa"/>
              <w:left w:w="50" w:type="dxa"/>
              <w:bottom w:w="20" w:type="dxa"/>
              <w:right w:w="50" w:type="dxa"/>
            </w:tcMar>
          </w:tcPr>
          <w:p w14:paraId="50F12582" w14:textId="77777777" w:rsidR="00292F36" w:rsidRDefault="00000000">
            <w:r>
              <w:rPr>
                <w:sz w:val="16"/>
              </w:rPr>
              <w:t>7.4</w:t>
            </w:r>
          </w:p>
        </w:tc>
        <w:tc>
          <w:tcPr>
            <w:tcW w:w="1411" w:type="dxa"/>
            <w:tcMar>
              <w:top w:w="20" w:type="dxa"/>
              <w:left w:w="50" w:type="dxa"/>
              <w:bottom w:w="20" w:type="dxa"/>
              <w:right w:w="50" w:type="dxa"/>
            </w:tcMar>
          </w:tcPr>
          <w:p w14:paraId="4E38BF3F" w14:textId="77777777" w:rsidR="00292F36" w:rsidRDefault="00000000">
            <w:r>
              <w:rPr>
                <w:sz w:val="16"/>
              </w:rPr>
              <w:t>909</w:t>
            </w:r>
          </w:p>
        </w:tc>
        <w:tc>
          <w:tcPr>
            <w:tcW w:w="1411" w:type="dxa"/>
            <w:tcMar>
              <w:top w:w="20" w:type="dxa"/>
              <w:left w:w="50" w:type="dxa"/>
              <w:bottom w:w="20" w:type="dxa"/>
              <w:right w:w="50" w:type="dxa"/>
            </w:tcMar>
          </w:tcPr>
          <w:p w14:paraId="720DB79D" w14:textId="77777777" w:rsidR="00292F36" w:rsidRDefault="00000000">
            <w:r>
              <w:rPr>
                <w:sz w:val="16"/>
              </w:rPr>
              <w:t>Gamma (log link)</w:t>
            </w:r>
          </w:p>
        </w:tc>
        <w:tc>
          <w:tcPr>
            <w:tcW w:w="1411" w:type="dxa"/>
            <w:tcMar>
              <w:top w:w="20" w:type="dxa"/>
              <w:left w:w="50" w:type="dxa"/>
              <w:bottom w:w="20" w:type="dxa"/>
              <w:right w:w="50" w:type="dxa"/>
            </w:tcMar>
          </w:tcPr>
          <w:p w14:paraId="1349F92D" w14:textId="77777777" w:rsidR="00292F36" w:rsidRDefault="00000000">
            <w:r>
              <w:rPr>
                <w:sz w:val="16"/>
              </w:rPr>
              <w:t>C</w:t>
            </w:r>
          </w:p>
        </w:tc>
        <w:tc>
          <w:tcPr>
            <w:tcW w:w="1411" w:type="dxa"/>
            <w:tcMar>
              <w:top w:w="20" w:type="dxa"/>
              <w:left w:w="50" w:type="dxa"/>
              <w:bottom w:w="20" w:type="dxa"/>
              <w:right w:w="50" w:type="dxa"/>
            </w:tcMar>
          </w:tcPr>
          <w:p w14:paraId="17E8DF7C" w14:textId="77777777" w:rsidR="00292F36" w:rsidRDefault="00000000">
            <w:r>
              <w:rPr>
                <w:sz w:val="16"/>
              </w:rPr>
              <w:t>-2589</w:t>
            </w:r>
          </w:p>
        </w:tc>
        <w:tc>
          <w:tcPr>
            <w:tcW w:w="1411" w:type="dxa"/>
            <w:tcMar>
              <w:top w:w="20" w:type="dxa"/>
              <w:left w:w="50" w:type="dxa"/>
              <w:bottom w:w="20" w:type="dxa"/>
              <w:right w:w="50" w:type="dxa"/>
            </w:tcMar>
          </w:tcPr>
          <w:p w14:paraId="5BD24AFF" w14:textId="77777777" w:rsidR="00292F36" w:rsidRDefault="00000000">
            <w:r>
              <w:rPr>
                <w:sz w:val="16"/>
              </w:rPr>
              <w:t>0.252</w:t>
            </w:r>
          </w:p>
        </w:tc>
        <w:tc>
          <w:tcPr>
            <w:tcW w:w="1411" w:type="dxa"/>
            <w:tcMar>
              <w:top w:w="20" w:type="dxa"/>
              <w:left w:w="50" w:type="dxa"/>
              <w:bottom w:w="20" w:type="dxa"/>
              <w:right w:w="50" w:type="dxa"/>
            </w:tcMar>
          </w:tcPr>
          <w:p w14:paraId="2D940642" w14:textId="77777777" w:rsidR="00292F36" w:rsidRDefault="00000000">
            <w:r>
              <w:rPr>
                <w:sz w:val="16"/>
              </w:rPr>
              <w:t>0.262</w:t>
            </w:r>
          </w:p>
        </w:tc>
        <w:tc>
          <w:tcPr>
            <w:tcW w:w="1411" w:type="dxa"/>
            <w:tcMar>
              <w:top w:w="20" w:type="dxa"/>
              <w:left w:w="50" w:type="dxa"/>
              <w:bottom w:w="20" w:type="dxa"/>
              <w:right w:w="50" w:type="dxa"/>
            </w:tcMar>
          </w:tcPr>
          <w:p w14:paraId="22C0E1DA" w14:textId="77777777" w:rsidR="00292F36" w:rsidRDefault="00000000">
            <w:r>
              <w:rPr>
                <w:sz w:val="16"/>
              </w:rPr>
              <w:t>-0.0087</w:t>
            </w:r>
          </w:p>
        </w:tc>
      </w:tr>
      <w:tr w:rsidR="00292F36" w14:paraId="6D9476BD" w14:textId="77777777">
        <w:tc>
          <w:tcPr>
            <w:tcW w:w="1411" w:type="dxa"/>
            <w:tcMar>
              <w:top w:w="20" w:type="dxa"/>
              <w:left w:w="50" w:type="dxa"/>
              <w:bottom w:w="20" w:type="dxa"/>
              <w:right w:w="50" w:type="dxa"/>
            </w:tcMar>
          </w:tcPr>
          <w:p w14:paraId="48C0FD83" w14:textId="77777777" w:rsidR="00292F36" w:rsidRDefault="00000000">
            <w:r>
              <w:rPr>
                <w:sz w:val="16"/>
              </w:rPr>
              <w:t>Zinc</w:t>
            </w:r>
          </w:p>
        </w:tc>
        <w:tc>
          <w:tcPr>
            <w:tcW w:w="1411" w:type="dxa"/>
            <w:tcMar>
              <w:top w:w="20" w:type="dxa"/>
              <w:left w:w="50" w:type="dxa"/>
              <w:bottom w:w="20" w:type="dxa"/>
              <w:right w:w="50" w:type="dxa"/>
            </w:tcMar>
          </w:tcPr>
          <w:p w14:paraId="2ECA73B7" w14:textId="77777777" w:rsidR="00292F36" w:rsidRDefault="00000000">
            <w:r>
              <w:rPr>
                <w:sz w:val="16"/>
              </w:rPr>
              <w:t>19.6</w:t>
            </w:r>
          </w:p>
        </w:tc>
        <w:tc>
          <w:tcPr>
            <w:tcW w:w="1411" w:type="dxa"/>
            <w:tcMar>
              <w:top w:w="20" w:type="dxa"/>
              <w:left w:w="50" w:type="dxa"/>
              <w:bottom w:w="20" w:type="dxa"/>
              <w:right w:w="50" w:type="dxa"/>
            </w:tcMar>
          </w:tcPr>
          <w:p w14:paraId="27C60741" w14:textId="77777777" w:rsidR="00292F36" w:rsidRDefault="00000000">
            <w:r>
              <w:rPr>
                <w:sz w:val="16"/>
              </w:rPr>
              <w:t>3.5</w:t>
            </w:r>
          </w:p>
        </w:tc>
        <w:tc>
          <w:tcPr>
            <w:tcW w:w="1411" w:type="dxa"/>
            <w:tcMar>
              <w:top w:w="20" w:type="dxa"/>
              <w:left w:w="50" w:type="dxa"/>
              <w:bottom w:w="20" w:type="dxa"/>
              <w:right w:w="50" w:type="dxa"/>
            </w:tcMar>
          </w:tcPr>
          <w:p w14:paraId="7310FEEF" w14:textId="77777777" w:rsidR="00292F36" w:rsidRDefault="00000000">
            <w:r>
              <w:rPr>
                <w:sz w:val="16"/>
              </w:rPr>
              <w:t>909</w:t>
            </w:r>
          </w:p>
        </w:tc>
        <w:tc>
          <w:tcPr>
            <w:tcW w:w="1411" w:type="dxa"/>
            <w:tcMar>
              <w:top w:w="20" w:type="dxa"/>
              <w:left w:w="50" w:type="dxa"/>
              <w:bottom w:w="20" w:type="dxa"/>
              <w:right w:w="50" w:type="dxa"/>
            </w:tcMar>
          </w:tcPr>
          <w:p w14:paraId="6E110B1C" w14:textId="77777777" w:rsidR="00292F36" w:rsidRDefault="00000000">
            <w:r>
              <w:rPr>
                <w:sz w:val="16"/>
              </w:rPr>
              <w:t>Gamma (log link)</w:t>
            </w:r>
          </w:p>
        </w:tc>
        <w:tc>
          <w:tcPr>
            <w:tcW w:w="1411" w:type="dxa"/>
            <w:tcMar>
              <w:top w:w="20" w:type="dxa"/>
              <w:left w:w="50" w:type="dxa"/>
              <w:bottom w:w="20" w:type="dxa"/>
              <w:right w:w="50" w:type="dxa"/>
            </w:tcMar>
          </w:tcPr>
          <w:p w14:paraId="1EE42DC8" w14:textId="77777777" w:rsidR="00292F36" w:rsidRDefault="00000000">
            <w:r>
              <w:rPr>
                <w:sz w:val="16"/>
              </w:rPr>
              <w:t>E</w:t>
            </w:r>
          </w:p>
        </w:tc>
        <w:tc>
          <w:tcPr>
            <w:tcW w:w="1411" w:type="dxa"/>
            <w:tcMar>
              <w:top w:w="20" w:type="dxa"/>
              <w:left w:w="50" w:type="dxa"/>
              <w:bottom w:w="20" w:type="dxa"/>
              <w:right w:w="50" w:type="dxa"/>
            </w:tcMar>
          </w:tcPr>
          <w:p w14:paraId="32BD07D5" w14:textId="77777777" w:rsidR="00292F36" w:rsidRDefault="00000000">
            <w:r>
              <w:rPr>
                <w:sz w:val="16"/>
              </w:rPr>
              <w:t>-4329.3</w:t>
            </w:r>
          </w:p>
        </w:tc>
        <w:tc>
          <w:tcPr>
            <w:tcW w:w="1411" w:type="dxa"/>
            <w:tcMar>
              <w:top w:w="20" w:type="dxa"/>
              <w:left w:w="50" w:type="dxa"/>
              <w:bottom w:w="20" w:type="dxa"/>
              <w:right w:w="50" w:type="dxa"/>
            </w:tcMar>
          </w:tcPr>
          <w:p w14:paraId="18E2365F" w14:textId="77777777" w:rsidR="00292F36" w:rsidRDefault="00000000">
            <w:r>
              <w:rPr>
                <w:sz w:val="16"/>
              </w:rPr>
              <w:t>NA</w:t>
            </w:r>
          </w:p>
        </w:tc>
        <w:tc>
          <w:tcPr>
            <w:tcW w:w="1411" w:type="dxa"/>
            <w:tcMar>
              <w:top w:w="20" w:type="dxa"/>
              <w:left w:w="50" w:type="dxa"/>
              <w:bottom w:w="20" w:type="dxa"/>
              <w:right w:w="50" w:type="dxa"/>
            </w:tcMar>
          </w:tcPr>
          <w:p w14:paraId="394C92A2" w14:textId="77777777" w:rsidR="00292F36" w:rsidRDefault="00000000">
            <w:r>
              <w:rPr>
                <w:sz w:val="16"/>
              </w:rPr>
              <w:t>NA</w:t>
            </w:r>
          </w:p>
        </w:tc>
        <w:tc>
          <w:tcPr>
            <w:tcW w:w="1411" w:type="dxa"/>
            <w:tcMar>
              <w:top w:w="20" w:type="dxa"/>
              <w:left w:w="50" w:type="dxa"/>
              <w:bottom w:w="20" w:type="dxa"/>
              <w:right w:w="50" w:type="dxa"/>
            </w:tcMar>
          </w:tcPr>
          <w:p w14:paraId="49A22C90" w14:textId="77777777" w:rsidR="00292F36" w:rsidRDefault="00000000">
            <w:r>
              <w:rPr>
                <w:sz w:val="16"/>
              </w:rPr>
              <w:t>0.0114</w:t>
            </w:r>
          </w:p>
        </w:tc>
      </w:tr>
      <w:tr w:rsidR="00292F36" w14:paraId="795B3349" w14:textId="77777777">
        <w:tc>
          <w:tcPr>
            <w:tcW w:w="1411" w:type="dxa"/>
            <w:tcMar>
              <w:top w:w="20" w:type="dxa"/>
              <w:left w:w="50" w:type="dxa"/>
              <w:bottom w:w="20" w:type="dxa"/>
              <w:right w:w="50" w:type="dxa"/>
            </w:tcMar>
          </w:tcPr>
          <w:p w14:paraId="739C161C" w14:textId="77777777" w:rsidR="00292F36" w:rsidRDefault="00000000">
            <w:r>
              <w:rPr>
                <w:sz w:val="16"/>
              </w:rPr>
              <w:t>Iron</w:t>
            </w:r>
          </w:p>
        </w:tc>
        <w:tc>
          <w:tcPr>
            <w:tcW w:w="1411" w:type="dxa"/>
            <w:tcMar>
              <w:top w:w="20" w:type="dxa"/>
              <w:left w:w="50" w:type="dxa"/>
              <w:bottom w:w="20" w:type="dxa"/>
              <w:right w:w="50" w:type="dxa"/>
            </w:tcMar>
          </w:tcPr>
          <w:p w14:paraId="46092E20" w14:textId="77777777" w:rsidR="00292F36" w:rsidRDefault="00000000">
            <w:r>
              <w:rPr>
                <w:sz w:val="16"/>
              </w:rPr>
              <w:t>16.5</w:t>
            </w:r>
          </w:p>
        </w:tc>
        <w:tc>
          <w:tcPr>
            <w:tcW w:w="1411" w:type="dxa"/>
            <w:tcMar>
              <w:top w:w="20" w:type="dxa"/>
              <w:left w:w="50" w:type="dxa"/>
              <w:bottom w:w="20" w:type="dxa"/>
              <w:right w:w="50" w:type="dxa"/>
            </w:tcMar>
          </w:tcPr>
          <w:p w14:paraId="693B6880" w14:textId="77777777" w:rsidR="00292F36" w:rsidRDefault="00000000">
            <w:r>
              <w:rPr>
                <w:sz w:val="16"/>
              </w:rPr>
              <w:t>5.4</w:t>
            </w:r>
          </w:p>
        </w:tc>
        <w:tc>
          <w:tcPr>
            <w:tcW w:w="1411" w:type="dxa"/>
            <w:tcMar>
              <w:top w:w="20" w:type="dxa"/>
              <w:left w:w="50" w:type="dxa"/>
              <w:bottom w:w="20" w:type="dxa"/>
              <w:right w:w="50" w:type="dxa"/>
            </w:tcMar>
          </w:tcPr>
          <w:p w14:paraId="2724DF67" w14:textId="77777777" w:rsidR="00292F36" w:rsidRDefault="00000000">
            <w:r>
              <w:rPr>
                <w:sz w:val="16"/>
              </w:rPr>
              <w:t>909</w:t>
            </w:r>
          </w:p>
        </w:tc>
        <w:tc>
          <w:tcPr>
            <w:tcW w:w="1411" w:type="dxa"/>
            <w:tcMar>
              <w:top w:w="20" w:type="dxa"/>
              <w:left w:w="50" w:type="dxa"/>
              <w:bottom w:w="20" w:type="dxa"/>
              <w:right w:w="50" w:type="dxa"/>
            </w:tcMar>
          </w:tcPr>
          <w:p w14:paraId="4C9B3148" w14:textId="77777777" w:rsidR="00292F36" w:rsidRDefault="00000000">
            <w:r>
              <w:rPr>
                <w:sz w:val="16"/>
              </w:rPr>
              <w:t>Gamma (log link)</w:t>
            </w:r>
          </w:p>
        </w:tc>
        <w:tc>
          <w:tcPr>
            <w:tcW w:w="1411" w:type="dxa"/>
            <w:tcMar>
              <w:top w:w="20" w:type="dxa"/>
              <w:left w:w="50" w:type="dxa"/>
              <w:bottom w:w="20" w:type="dxa"/>
              <w:right w:w="50" w:type="dxa"/>
            </w:tcMar>
          </w:tcPr>
          <w:p w14:paraId="78BE8034" w14:textId="77777777" w:rsidR="00292F36" w:rsidRDefault="00000000">
            <w:r>
              <w:rPr>
                <w:sz w:val="16"/>
              </w:rPr>
              <w:t>B</w:t>
            </w:r>
          </w:p>
        </w:tc>
        <w:tc>
          <w:tcPr>
            <w:tcW w:w="1411" w:type="dxa"/>
            <w:tcMar>
              <w:top w:w="20" w:type="dxa"/>
              <w:left w:w="50" w:type="dxa"/>
              <w:bottom w:w="20" w:type="dxa"/>
              <w:right w:w="50" w:type="dxa"/>
            </w:tcMar>
          </w:tcPr>
          <w:p w14:paraId="3F493E0E" w14:textId="77777777" w:rsidR="00292F36" w:rsidRDefault="00000000">
            <w:r>
              <w:rPr>
                <w:sz w:val="16"/>
              </w:rPr>
              <w:t>-3456.2</w:t>
            </w:r>
          </w:p>
        </w:tc>
        <w:tc>
          <w:tcPr>
            <w:tcW w:w="1411" w:type="dxa"/>
            <w:tcMar>
              <w:top w:w="20" w:type="dxa"/>
              <w:left w:w="50" w:type="dxa"/>
              <w:bottom w:w="20" w:type="dxa"/>
              <w:right w:w="50" w:type="dxa"/>
            </w:tcMar>
          </w:tcPr>
          <w:p w14:paraId="77DE7FF7" w14:textId="77777777" w:rsidR="00292F36" w:rsidRDefault="00000000">
            <w:r>
              <w:rPr>
                <w:sz w:val="16"/>
              </w:rPr>
              <w:t>0.356</w:t>
            </w:r>
          </w:p>
        </w:tc>
        <w:tc>
          <w:tcPr>
            <w:tcW w:w="1411" w:type="dxa"/>
            <w:tcMar>
              <w:top w:w="20" w:type="dxa"/>
              <w:left w:w="50" w:type="dxa"/>
              <w:bottom w:w="20" w:type="dxa"/>
              <w:right w:w="50" w:type="dxa"/>
            </w:tcMar>
          </w:tcPr>
          <w:p w14:paraId="2DE0219D" w14:textId="77777777" w:rsidR="00292F36" w:rsidRDefault="00000000">
            <w:r>
              <w:rPr>
                <w:sz w:val="16"/>
              </w:rPr>
              <w:t>0.406</w:t>
            </w:r>
          </w:p>
        </w:tc>
        <w:tc>
          <w:tcPr>
            <w:tcW w:w="1411" w:type="dxa"/>
            <w:tcMar>
              <w:top w:w="20" w:type="dxa"/>
              <w:left w:w="50" w:type="dxa"/>
              <w:bottom w:w="20" w:type="dxa"/>
              <w:right w:w="50" w:type="dxa"/>
            </w:tcMar>
          </w:tcPr>
          <w:p w14:paraId="0A7659AF" w14:textId="77777777" w:rsidR="00292F36" w:rsidRDefault="00000000">
            <w:r>
              <w:rPr>
                <w:sz w:val="16"/>
              </w:rPr>
              <w:t>-0.0117</w:t>
            </w:r>
          </w:p>
        </w:tc>
      </w:tr>
      <w:tr w:rsidR="00292F36" w14:paraId="63D67F34" w14:textId="77777777">
        <w:tc>
          <w:tcPr>
            <w:tcW w:w="1411" w:type="dxa"/>
            <w:tcMar>
              <w:top w:w="20" w:type="dxa"/>
              <w:left w:w="50" w:type="dxa"/>
              <w:bottom w:w="20" w:type="dxa"/>
              <w:right w:w="50" w:type="dxa"/>
            </w:tcMar>
          </w:tcPr>
          <w:p w14:paraId="3ACB77DF" w14:textId="77777777" w:rsidR="00292F36" w:rsidRDefault="00000000">
            <w:r>
              <w:rPr>
                <w:sz w:val="16"/>
              </w:rPr>
              <w:t>Vitamin A</w:t>
            </w:r>
          </w:p>
        </w:tc>
        <w:tc>
          <w:tcPr>
            <w:tcW w:w="1411" w:type="dxa"/>
            <w:tcMar>
              <w:top w:w="20" w:type="dxa"/>
              <w:left w:w="50" w:type="dxa"/>
              <w:bottom w:w="20" w:type="dxa"/>
              <w:right w:w="50" w:type="dxa"/>
            </w:tcMar>
          </w:tcPr>
          <w:p w14:paraId="2AC285B2" w14:textId="77777777" w:rsidR="00292F36" w:rsidRDefault="00000000">
            <w:r>
              <w:rPr>
                <w:sz w:val="16"/>
              </w:rPr>
              <w:t>13.1</w:t>
            </w:r>
          </w:p>
        </w:tc>
        <w:tc>
          <w:tcPr>
            <w:tcW w:w="1411" w:type="dxa"/>
            <w:tcMar>
              <w:top w:w="20" w:type="dxa"/>
              <w:left w:w="50" w:type="dxa"/>
              <w:bottom w:w="20" w:type="dxa"/>
              <w:right w:w="50" w:type="dxa"/>
            </w:tcMar>
          </w:tcPr>
          <w:p w14:paraId="038FD5C9" w14:textId="77777777" w:rsidR="00292F36" w:rsidRDefault="00000000">
            <w:r>
              <w:rPr>
                <w:sz w:val="16"/>
              </w:rPr>
              <w:t>5.1</w:t>
            </w:r>
          </w:p>
        </w:tc>
        <w:tc>
          <w:tcPr>
            <w:tcW w:w="1411" w:type="dxa"/>
            <w:tcMar>
              <w:top w:w="20" w:type="dxa"/>
              <w:left w:w="50" w:type="dxa"/>
              <w:bottom w:w="20" w:type="dxa"/>
              <w:right w:w="50" w:type="dxa"/>
            </w:tcMar>
          </w:tcPr>
          <w:p w14:paraId="40092483" w14:textId="77777777" w:rsidR="00292F36" w:rsidRDefault="00000000">
            <w:r>
              <w:rPr>
                <w:sz w:val="16"/>
              </w:rPr>
              <w:t>909</w:t>
            </w:r>
          </w:p>
        </w:tc>
        <w:tc>
          <w:tcPr>
            <w:tcW w:w="1411" w:type="dxa"/>
            <w:tcMar>
              <w:top w:w="20" w:type="dxa"/>
              <w:left w:w="50" w:type="dxa"/>
              <w:bottom w:w="20" w:type="dxa"/>
              <w:right w:w="50" w:type="dxa"/>
            </w:tcMar>
          </w:tcPr>
          <w:p w14:paraId="39CA7AAD" w14:textId="77777777" w:rsidR="00292F36" w:rsidRDefault="00000000">
            <w:r>
              <w:rPr>
                <w:sz w:val="16"/>
              </w:rPr>
              <w:t>Gamma (log link)</w:t>
            </w:r>
          </w:p>
        </w:tc>
        <w:tc>
          <w:tcPr>
            <w:tcW w:w="1411" w:type="dxa"/>
            <w:tcMar>
              <w:top w:w="20" w:type="dxa"/>
              <w:left w:w="50" w:type="dxa"/>
              <w:bottom w:w="20" w:type="dxa"/>
              <w:right w:w="50" w:type="dxa"/>
            </w:tcMar>
          </w:tcPr>
          <w:p w14:paraId="27D10475" w14:textId="77777777" w:rsidR="00292F36" w:rsidRDefault="00000000">
            <w:r>
              <w:rPr>
                <w:sz w:val="16"/>
              </w:rPr>
              <w:t>B</w:t>
            </w:r>
          </w:p>
        </w:tc>
        <w:tc>
          <w:tcPr>
            <w:tcW w:w="1411" w:type="dxa"/>
            <w:tcMar>
              <w:top w:w="20" w:type="dxa"/>
              <w:left w:w="50" w:type="dxa"/>
              <w:bottom w:w="20" w:type="dxa"/>
              <w:right w:w="50" w:type="dxa"/>
            </w:tcMar>
          </w:tcPr>
          <w:p w14:paraId="18A4CC88" w14:textId="77777777" w:rsidR="00292F36" w:rsidRDefault="00000000">
            <w:r>
              <w:rPr>
                <w:sz w:val="16"/>
              </w:rPr>
              <w:t>-3113.6</w:t>
            </w:r>
          </w:p>
        </w:tc>
        <w:tc>
          <w:tcPr>
            <w:tcW w:w="1411" w:type="dxa"/>
            <w:tcMar>
              <w:top w:w="20" w:type="dxa"/>
              <w:left w:w="50" w:type="dxa"/>
              <w:bottom w:w="20" w:type="dxa"/>
              <w:right w:w="50" w:type="dxa"/>
            </w:tcMar>
          </w:tcPr>
          <w:p w14:paraId="05473096" w14:textId="77777777" w:rsidR="00292F36" w:rsidRDefault="00000000">
            <w:r>
              <w:rPr>
                <w:sz w:val="16"/>
              </w:rPr>
              <w:t>0.071</w:t>
            </w:r>
          </w:p>
        </w:tc>
        <w:tc>
          <w:tcPr>
            <w:tcW w:w="1411" w:type="dxa"/>
            <w:tcMar>
              <w:top w:w="20" w:type="dxa"/>
              <w:left w:w="50" w:type="dxa"/>
              <w:bottom w:w="20" w:type="dxa"/>
              <w:right w:w="50" w:type="dxa"/>
            </w:tcMar>
          </w:tcPr>
          <w:p w14:paraId="171FA04B" w14:textId="77777777" w:rsidR="00292F36" w:rsidRDefault="00000000">
            <w:r>
              <w:rPr>
                <w:sz w:val="16"/>
              </w:rPr>
              <w:t>0.103</w:t>
            </w:r>
          </w:p>
        </w:tc>
        <w:tc>
          <w:tcPr>
            <w:tcW w:w="1411" w:type="dxa"/>
            <w:tcMar>
              <w:top w:w="20" w:type="dxa"/>
              <w:left w:w="50" w:type="dxa"/>
              <w:bottom w:w="20" w:type="dxa"/>
              <w:right w:w="50" w:type="dxa"/>
            </w:tcMar>
          </w:tcPr>
          <w:p w14:paraId="335520C2" w14:textId="77777777" w:rsidR="00292F36" w:rsidRDefault="00000000">
            <w:r>
              <w:rPr>
                <w:sz w:val="16"/>
              </w:rPr>
              <w:t>0.0311</w:t>
            </w:r>
          </w:p>
        </w:tc>
      </w:tr>
      <w:tr w:rsidR="00292F36" w14:paraId="65E026F4" w14:textId="77777777">
        <w:tc>
          <w:tcPr>
            <w:tcW w:w="1411" w:type="dxa"/>
            <w:tcMar>
              <w:top w:w="20" w:type="dxa"/>
              <w:left w:w="50" w:type="dxa"/>
              <w:bottom w:w="20" w:type="dxa"/>
              <w:right w:w="50" w:type="dxa"/>
            </w:tcMar>
          </w:tcPr>
          <w:p w14:paraId="36DAC7BB" w14:textId="77777777" w:rsidR="00292F36" w:rsidRDefault="00000000">
            <w:r>
              <w:rPr>
                <w:sz w:val="16"/>
              </w:rPr>
              <w:t>Calcium</w:t>
            </w:r>
          </w:p>
        </w:tc>
        <w:tc>
          <w:tcPr>
            <w:tcW w:w="1411" w:type="dxa"/>
            <w:tcMar>
              <w:top w:w="20" w:type="dxa"/>
              <w:left w:w="50" w:type="dxa"/>
              <w:bottom w:w="20" w:type="dxa"/>
              <w:right w:w="50" w:type="dxa"/>
            </w:tcMar>
          </w:tcPr>
          <w:p w14:paraId="022D229C" w14:textId="77777777" w:rsidR="00292F36" w:rsidRDefault="00000000">
            <w:r>
              <w:rPr>
                <w:sz w:val="16"/>
              </w:rPr>
              <w:t>5.2</w:t>
            </w:r>
          </w:p>
        </w:tc>
        <w:tc>
          <w:tcPr>
            <w:tcW w:w="1411" w:type="dxa"/>
            <w:tcMar>
              <w:top w:w="20" w:type="dxa"/>
              <w:left w:w="50" w:type="dxa"/>
              <w:bottom w:w="20" w:type="dxa"/>
              <w:right w:w="50" w:type="dxa"/>
            </w:tcMar>
          </w:tcPr>
          <w:p w14:paraId="18956DB3" w14:textId="77777777" w:rsidR="00292F36" w:rsidRDefault="00000000">
            <w:r>
              <w:rPr>
                <w:sz w:val="16"/>
              </w:rPr>
              <w:t>3.4</w:t>
            </w:r>
          </w:p>
        </w:tc>
        <w:tc>
          <w:tcPr>
            <w:tcW w:w="1411" w:type="dxa"/>
            <w:tcMar>
              <w:top w:w="20" w:type="dxa"/>
              <w:left w:w="50" w:type="dxa"/>
              <w:bottom w:w="20" w:type="dxa"/>
              <w:right w:w="50" w:type="dxa"/>
            </w:tcMar>
          </w:tcPr>
          <w:p w14:paraId="379E3A41" w14:textId="77777777" w:rsidR="00292F36" w:rsidRDefault="00000000">
            <w:r>
              <w:rPr>
                <w:sz w:val="16"/>
              </w:rPr>
              <w:t>909</w:t>
            </w:r>
          </w:p>
        </w:tc>
        <w:tc>
          <w:tcPr>
            <w:tcW w:w="1411" w:type="dxa"/>
            <w:tcMar>
              <w:top w:w="20" w:type="dxa"/>
              <w:left w:w="50" w:type="dxa"/>
              <w:bottom w:w="20" w:type="dxa"/>
              <w:right w:w="50" w:type="dxa"/>
            </w:tcMar>
          </w:tcPr>
          <w:p w14:paraId="4C2DB25E" w14:textId="77777777" w:rsidR="00292F36" w:rsidRDefault="00000000">
            <w:r>
              <w:rPr>
                <w:sz w:val="16"/>
              </w:rPr>
              <w:t>Gamma (log link)</w:t>
            </w:r>
          </w:p>
        </w:tc>
        <w:tc>
          <w:tcPr>
            <w:tcW w:w="1411" w:type="dxa"/>
            <w:tcMar>
              <w:top w:w="20" w:type="dxa"/>
              <w:left w:w="50" w:type="dxa"/>
              <w:bottom w:w="20" w:type="dxa"/>
              <w:right w:w="50" w:type="dxa"/>
            </w:tcMar>
          </w:tcPr>
          <w:p w14:paraId="1020A96D" w14:textId="77777777" w:rsidR="00292F36" w:rsidRDefault="00000000">
            <w:r>
              <w:rPr>
                <w:sz w:val="16"/>
              </w:rPr>
              <w:t>D</w:t>
            </w:r>
          </w:p>
        </w:tc>
        <w:tc>
          <w:tcPr>
            <w:tcW w:w="1411" w:type="dxa"/>
            <w:tcMar>
              <w:top w:w="20" w:type="dxa"/>
              <w:left w:w="50" w:type="dxa"/>
              <w:bottom w:w="20" w:type="dxa"/>
              <w:right w:w="50" w:type="dxa"/>
            </w:tcMar>
          </w:tcPr>
          <w:p w14:paraId="501075F1" w14:textId="77777777" w:rsidR="00292F36" w:rsidRDefault="00000000">
            <w:r>
              <w:rPr>
                <w:sz w:val="16"/>
              </w:rPr>
              <w:t>-4883.1</w:t>
            </w:r>
          </w:p>
        </w:tc>
        <w:tc>
          <w:tcPr>
            <w:tcW w:w="1411" w:type="dxa"/>
            <w:tcMar>
              <w:top w:w="20" w:type="dxa"/>
              <w:left w:w="50" w:type="dxa"/>
              <w:bottom w:w="20" w:type="dxa"/>
              <w:right w:w="50" w:type="dxa"/>
            </w:tcMar>
          </w:tcPr>
          <w:p w14:paraId="228972FF" w14:textId="77777777" w:rsidR="00292F36" w:rsidRDefault="00000000">
            <w:r>
              <w:rPr>
                <w:sz w:val="16"/>
              </w:rPr>
              <w:t>0.555</w:t>
            </w:r>
          </w:p>
        </w:tc>
        <w:tc>
          <w:tcPr>
            <w:tcW w:w="1411" w:type="dxa"/>
            <w:tcMar>
              <w:top w:w="20" w:type="dxa"/>
              <w:left w:w="50" w:type="dxa"/>
              <w:bottom w:w="20" w:type="dxa"/>
              <w:right w:w="50" w:type="dxa"/>
            </w:tcMar>
          </w:tcPr>
          <w:p w14:paraId="0E0D6F51" w14:textId="77777777" w:rsidR="00292F36" w:rsidRDefault="00000000">
            <w:r>
              <w:rPr>
                <w:sz w:val="16"/>
              </w:rPr>
              <w:t>0.582</w:t>
            </w:r>
          </w:p>
        </w:tc>
        <w:tc>
          <w:tcPr>
            <w:tcW w:w="1411" w:type="dxa"/>
            <w:tcMar>
              <w:top w:w="20" w:type="dxa"/>
              <w:left w:w="50" w:type="dxa"/>
              <w:bottom w:w="20" w:type="dxa"/>
              <w:right w:w="50" w:type="dxa"/>
            </w:tcMar>
          </w:tcPr>
          <w:p w14:paraId="34741F43" w14:textId="77777777" w:rsidR="00292F36" w:rsidRDefault="00000000">
            <w:r>
              <w:rPr>
                <w:sz w:val="16"/>
              </w:rPr>
              <w:t>-0.0171</w:t>
            </w:r>
          </w:p>
        </w:tc>
      </w:tr>
    </w:tbl>
    <w:p w14:paraId="634341C5" w14:textId="77777777" w:rsidR="00292F36" w:rsidRDefault="00292F36">
      <w:pPr>
        <w:sectPr w:rsidR="00292F36">
          <w:pgSz w:w="15840" w:h="12240" w:orient="landscape"/>
          <w:pgMar w:top="1152" w:right="864" w:bottom="1152" w:left="864" w:header="720" w:footer="720" w:gutter="0"/>
          <w:cols w:space="720"/>
          <w:docGrid w:linePitch="360"/>
        </w:sectPr>
      </w:pPr>
    </w:p>
    <w:p w14:paraId="263F0852" w14:textId="77777777" w:rsidR="00292F36" w:rsidRDefault="00000000">
      <w:pPr>
        <w:spacing w:after="40"/>
      </w:pPr>
      <w:r>
        <w:rPr>
          <w:b/>
          <w:sz w:val="22"/>
        </w:rPr>
        <w:lastRenderedPageBreak/>
        <w:t>Table S4 | Residual diagnostics for generalized linear mixed models (GLMMs).</w:t>
      </w:r>
    </w:p>
    <w:p w14:paraId="5B2EFEE4" w14:textId="77777777" w:rsidR="00292F36" w:rsidRDefault="00000000">
      <w:pPr>
        <w:spacing w:after="160"/>
      </w:pPr>
      <w:r>
        <w:rPr>
          <w:sz w:val="18"/>
        </w:rPr>
        <w:t>All models included the three-way interaction between Year, Region, and exploitation category (targeted versus non-targeted) as fixed effects, together with five environmental covariates (depth, sea surface temperature, chlorophyll-a, benthic PC1, benthic PC2) and random intercepts for Site/Sub_site. Model assumptions were evaluated using simulation-based residual diagnostics implemented in DHARMa (1,000 simulations), including tests for residual uniformity, dispersion, zero inflation, and outliers. The diagnosis column indicates whether models showed evidence of deviations from expected residual behaviour, based on significant results (p &lt; 0.05) in one or more of the core diagnostic tests (uniformity, dispersion, or outliers).</w:t>
      </w:r>
    </w:p>
    <w:tbl>
      <w:tblPr>
        <w:tblStyle w:val="TableGrid"/>
        <w:tblW w:w="0" w:type="auto"/>
        <w:tblLayout w:type="fixed"/>
        <w:tblLook w:val="04A0" w:firstRow="1" w:lastRow="0" w:firstColumn="1" w:lastColumn="0" w:noHBand="0" w:noVBand="1"/>
      </w:tblPr>
      <w:tblGrid>
        <w:gridCol w:w="1568"/>
        <w:gridCol w:w="1568"/>
        <w:gridCol w:w="1568"/>
        <w:gridCol w:w="1568"/>
        <w:gridCol w:w="1568"/>
        <w:gridCol w:w="1568"/>
        <w:gridCol w:w="1568"/>
        <w:gridCol w:w="1568"/>
        <w:gridCol w:w="1568"/>
      </w:tblGrid>
      <w:tr w:rsidR="00292F36" w14:paraId="6177C7D3" w14:textId="77777777">
        <w:trPr>
          <w:tblHeader/>
        </w:trPr>
        <w:tc>
          <w:tcPr>
            <w:tcW w:w="1568" w:type="dxa"/>
            <w:shd w:val="clear" w:color="auto" w:fill="D9E2F3"/>
            <w:tcMar>
              <w:top w:w="20" w:type="dxa"/>
              <w:left w:w="50" w:type="dxa"/>
              <w:bottom w:w="20" w:type="dxa"/>
              <w:right w:w="50" w:type="dxa"/>
            </w:tcMar>
          </w:tcPr>
          <w:p w14:paraId="34F54726" w14:textId="77777777" w:rsidR="00292F36" w:rsidRDefault="00000000">
            <w:r>
              <w:rPr>
                <w:b/>
                <w:sz w:val="16"/>
              </w:rPr>
              <w:t>Response</w:t>
            </w:r>
          </w:p>
        </w:tc>
        <w:tc>
          <w:tcPr>
            <w:tcW w:w="1568" w:type="dxa"/>
            <w:shd w:val="clear" w:color="auto" w:fill="D9E2F3"/>
            <w:tcMar>
              <w:top w:w="20" w:type="dxa"/>
              <w:left w:w="50" w:type="dxa"/>
              <w:bottom w:w="20" w:type="dxa"/>
              <w:right w:w="50" w:type="dxa"/>
            </w:tcMar>
          </w:tcPr>
          <w:p w14:paraId="40B739DF" w14:textId="77777777" w:rsidR="00292F36" w:rsidRDefault="00000000">
            <w:r>
              <w:rPr>
                <w:b/>
                <w:sz w:val="16"/>
              </w:rPr>
              <w:t>n</w:t>
            </w:r>
          </w:p>
        </w:tc>
        <w:tc>
          <w:tcPr>
            <w:tcW w:w="1568" w:type="dxa"/>
            <w:shd w:val="clear" w:color="auto" w:fill="D9E2F3"/>
            <w:tcMar>
              <w:top w:w="20" w:type="dxa"/>
              <w:left w:w="50" w:type="dxa"/>
              <w:bottom w:w="20" w:type="dxa"/>
              <w:right w:w="50" w:type="dxa"/>
            </w:tcMar>
          </w:tcPr>
          <w:p w14:paraId="5033FB46" w14:textId="77777777" w:rsidR="00292F36" w:rsidRDefault="00000000">
            <w:r>
              <w:rPr>
                <w:b/>
                <w:sz w:val="16"/>
              </w:rPr>
              <w:t>Family</w:t>
            </w:r>
          </w:p>
        </w:tc>
        <w:tc>
          <w:tcPr>
            <w:tcW w:w="1568" w:type="dxa"/>
            <w:shd w:val="clear" w:color="auto" w:fill="D9E2F3"/>
            <w:tcMar>
              <w:top w:w="20" w:type="dxa"/>
              <w:left w:w="50" w:type="dxa"/>
              <w:bottom w:w="20" w:type="dxa"/>
              <w:right w:w="50" w:type="dxa"/>
            </w:tcMar>
          </w:tcPr>
          <w:p w14:paraId="753B8F68" w14:textId="77777777" w:rsidR="00292F36" w:rsidRDefault="00000000">
            <w:r>
              <w:rPr>
                <w:b/>
                <w:sz w:val="16"/>
              </w:rPr>
              <w:t>Uniformity_p</w:t>
            </w:r>
          </w:p>
        </w:tc>
        <w:tc>
          <w:tcPr>
            <w:tcW w:w="1568" w:type="dxa"/>
            <w:shd w:val="clear" w:color="auto" w:fill="D9E2F3"/>
            <w:tcMar>
              <w:top w:w="20" w:type="dxa"/>
              <w:left w:w="50" w:type="dxa"/>
              <w:bottom w:w="20" w:type="dxa"/>
              <w:right w:w="50" w:type="dxa"/>
            </w:tcMar>
          </w:tcPr>
          <w:p w14:paraId="08F986F7" w14:textId="77777777" w:rsidR="00292F36" w:rsidRDefault="00000000">
            <w:r>
              <w:rPr>
                <w:b/>
                <w:sz w:val="16"/>
              </w:rPr>
              <w:t>Dispersion_ratio</w:t>
            </w:r>
          </w:p>
        </w:tc>
        <w:tc>
          <w:tcPr>
            <w:tcW w:w="1568" w:type="dxa"/>
            <w:shd w:val="clear" w:color="auto" w:fill="D9E2F3"/>
            <w:tcMar>
              <w:top w:w="20" w:type="dxa"/>
              <w:left w:w="50" w:type="dxa"/>
              <w:bottom w:w="20" w:type="dxa"/>
              <w:right w:w="50" w:type="dxa"/>
            </w:tcMar>
          </w:tcPr>
          <w:p w14:paraId="67BB60B5" w14:textId="77777777" w:rsidR="00292F36" w:rsidRDefault="00000000">
            <w:r>
              <w:rPr>
                <w:b/>
                <w:sz w:val="16"/>
              </w:rPr>
              <w:t>Dispersion_p</w:t>
            </w:r>
          </w:p>
        </w:tc>
        <w:tc>
          <w:tcPr>
            <w:tcW w:w="1568" w:type="dxa"/>
            <w:shd w:val="clear" w:color="auto" w:fill="D9E2F3"/>
            <w:tcMar>
              <w:top w:w="20" w:type="dxa"/>
              <w:left w:w="50" w:type="dxa"/>
              <w:bottom w:w="20" w:type="dxa"/>
              <w:right w:w="50" w:type="dxa"/>
            </w:tcMar>
          </w:tcPr>
          <w:p w14:paraId="1A79FBB0" w14:textId="77777777" w:rsidR="00292F36" w:rsidRDefault="00000000">
            <w:r>
              <w:rPr>
                <w:b/>
                <w:sz w:val="16"/>
              </w:rPr>
              <w:t>ZeroInflation_p</w:t>
            </w:r>
          </w:p>
        </w:tc>
        <w:tc>
          <w:tcPr>
            <w:tcW w:w="1568" w:type="dxa"/>
            <w:shd w:val="clear" w:color="auto" w:fill="D9E2F3"/>
            <w:tcMar>
              <w:top w:w="20" w:type="dxa"/>
              <w:left w:w="50" w:type="dxa"/>
              <w:bottom w:w="20" w:type="dxa"/>
              <w:right w:w="50" w:type="dxa"/>
            </w:tcMar>
          </w:tcPr>
          <w:p w14:paraId="54B9530C" w14:textId="77777777" w:rsidR="00292F36" w:rsidRDefault="00000000">
            <w:r>
              <w:rPr>
                <w:b/>
                <w:sz w:val="16"/>
              </w:rPr>
              <w:t>Outlier_p</w:t>
            </w:r>
          </w:p>
        </w:tc>
        <w:tc>
          <w:tcPr>
            <w:tcW w:w="1568" w:type="dxa"/>
            <w:shd w:val="clear" w:color="auto" w:fill="D9E2F3"/>
            <w:tcMar>
              <w:top w:w="20" w:type="dxa"/>
              <w:left w:w="50" w:type="dxa"/>
              <w:bottom w:w="20" w:type="dxa"/>
              <w:right w:w="50" w:type="dxa"/>
            </w:tcMar>
          </w:tcPr>
          <w:p w14:paraId="64B3D178" w14:textId="77777777" w:rsidR="00292F36" w:rsidRDefault="00000000">
            <w:r>
              <w:rPr>
                <w:b/>
                <w:sz w:val="16"/>
              </w:rPr>
              <w:t>Diagnosis</w:t>
            </w:r>
          </w:p>
        </w:tc>
      </w:tr>
      <w:tr w:rsidR="00292F36" w14:paraId="55AA6FCE" w14:textId="77777777">
        <w:tc>
          <w:tcPr>
            <w:tcW w:w="1568" w:type="dxa"/>
            <w:tcMar>
              <w:top w:w="20" w:type="dxa"/>
              <w:left w:w="50" w:type="dxa"/>
              <w:bottom w:w="20" w:type="dxa"/>
              <w:right w:w="50" w:type="dxa"/>
            </w:tcMar>
          </w:tcPr>
          <w:p w14:paraId="4B39E4AF" w14:textId="77777777" w:rsidR="00292F36" w:rsidRDefault="00000000">
            <w:r>
              <w:rPr>
                <w:sz w:val="16"/>
              </w:rPr>
              <w:t>Biomass</w:t>
            </w:r>
          </w:p>
        </w:tc>
        <w:tc>
          <w:tcPr>
            <w:tcW w:w="1568" w:type="dxa"/>
            <w:tcMar>
              <w:top w:w="20" w:type="dxa"/>
              <w:left w:w="50" w:type="dxa"/>
              <w:bottom w:w="20" w:type="dxa"/>
              <w:right w:w="50" w:type="dxa"/>
            </w:tcMar>
          </w:tcPr>
          <w:p w14:paraId="0706F128" w14:textId="77777777" w:rsidR="00292F36" w:rsidRDefault="00000000">
            <w:r>
              <w:rPr>
                <w:sz w:val="16"/>
              </w:rPr>
              <w:t>603</w:t>
            </w:r>
          </w:p>
        </w:tc>
        <w:tc>
          <w:tcPr>
            <w:tcW w:w="1568" w:type="dxa"/>
            <w:tcMar>
              <w:top w:w="20" w:type="dxa"/>
              <w:left w:w="50" w:type="dxa"/>
              <w:bottom w:w="20" w:type="dxa"/>
              <w:right w:w="50" w:type="dxa"/>
            </w:tcMar>
          </w:tcPr>
          <w:p w14:paraId="305E4E5E" w14:textId="77777777" w:rsidR="00292F36" w:rsidRDefault="00000000">
            <w:r>
              <w:rPr>
                <w:sz w:val="16"/>
              </w:rPr>
              <w:t>Gamma (link = log)</w:t>
            </w:r>
          </w:p>
        </w:tc>
        <w:tc>
          <w:tcPr>
            <w:tcW w:w="1568" w:type="dxa"/>
            <w:tcMar>
              <w:top w:w="20" w:type="dxa"/>
              <w:left w:w="50" w:type="dxa"/>
              <w:bottom w:w="20" w:type="dxa"/>
              <w:right w:w="50" w:type="dxa"/>
            </w:tcMar>
          </w:tcPr>
          <w:p w14:paraId="2CF146E3" w14:textId="77777777" w:rsidR="00292F36" w:rsidRDefault="00000000">
            <w:r>
              <w:rPr>
                <w:sz w:val="16"/>
              </w:rPr>
              <w:t>0.018</w:t>
            </w:r>
          </w:p>
        </w:tc>
        <w:tc>
          <w:tcPr>
            <w:tcW w:w="1568" w:type="dxa"/>
            <w:tcMar>
              <w:top w:w="20" w:type="dxa"/>
              <w:left w:w="50" w:type="dxa"/>
              <w:bottom w:w="20" w:type="dxa"/>
              <w:right w:w="50" w:type="dxa"/>
            </w:tcMar>
          </w:tcPr>
          <w:p w14:paraId="3F394B08" w14:textId="77777777" w:rsidR="00292F36" w:rsidRDefault="00000000">
            <w:r>
              <w:rPr>
                <w:sz w:val="16"/>
              </w:rPr>
              <w:t>1.46</w:t>
            </w:r>
          </w:p>
        </w:tc>
        <w:tc>
          <w:tcPr>
            <w:tcW w:w="1568" w:type="dxa"/>
            <w:tcMar>
              <w:top w:w="20" w:type="dxa"/>
              <w:left w:w="50" w:type="dxa"/>
              <w:bottom w:w="20" w:type="dxa"/>
              <w:right w:w="50" w:type="dxa"/>
            </w:tcMar>
          </w:tcPr>
          <w:p w14:paraId="14004036" w14:textId="77777777" w:rsidR="00292F36" w:rsidRDefault="00000000">
            <w:r>
              <w:rPr>
                <w:sz w:val="16"/>
              </w:rPr>
              <w:t>0.272</w:t>
            </w:r>
          </w:p>
        </w:tc>
        <w:tc>
          <w:tcPr>
            <w:tcW w:w="1568" w:type="dxa"/>
            <w:tcMar>
              <w:top w:w="20" w:type="dxa"/>
              <w:left w:w="50" w:type="dxa"/>
              <w:bottom w:w="20" w:type="dxa"/>
              <w:right w:w="50" w:type="dxa"/>
            </w:tcMar>
          </w:tcPr>
          <w:p w14:paraId="68AC03F9" w14:textId="77777777" w:rsidR="00292F36" w:rsidRDefault="00000000">
            <w:r>
              <w:rPr>
                <w:sz w:val="16"/>
              </w:rPr>
              <w:t>1</w:t>
            </w:r>
          </w:p>
        </w:tc>
        <w:tc>
          <w:tcPr>
            <w:tcW w:w="1568" w:type="dxa"/>
            <w:tcMar>
              <w:top w:w="20" w:type="dxa"/>
              <w:left w:w="50" w:type="dxa"/>
              <w:bottom w:w="20" w:type="dxa"/>
              <w:right w:w="50" w:type="dxa"/>
            </w:tcMar>
          </w:tcPr>
          <w:p w14:paraId="2A2155AE" w14:textId="77777777" w:rsidR="00292F36" w:rsidRDefault="00000000">
            <w:r>
              <w:rPr>
                <w:sz w:val="16"/>
              </w:rPr>
              <w:t>0.034</w:t>
            </w:r>
          </w:p>
        </w:tc>
        <w:tc>
          <w:tcPr>
            <w:tcW w:w="1568" w:type="dxa"/>
            <w:tcMar>
              <w:top w:w="20" w:type="dxa"/>
              <w:left w:w="50" w:type="dxa"/>
              <w:bottom w:w="20" w:type="dxa"/>
              <w:right w:w="50" w:type="dxa"/>
            </w:tcMar>
          </w:tcPr>
          <w:p w14:paraId="5BE0AF1A" w14:textId="77777777" w:rsidR="00292F36" w:rsidRDefault="00000000">
            <w:r>
              <w:rPr>
                <w:sz w:val="16"/>
              </w:rPr>
              <w:t>check residuals</w:t>
            </w:r>
          </w:p>
        </w:tc>
      </w:tr>
      <w:tr w:rsidR="00292F36" w14:paraId="0AF95234" w14:textId="77777777">
        <w:tc>
          <w:tcPr>
            <w:tcW w:w="1568" w:type="dxa"/>
            <w:tcMar>
              <w:top w:w="20" w:type="dxa"/>
              <w:left w:w="50" w:type="dxa"/>
              <w:bottom w:w="20" w:type="dxa"/>
              <w:right w:w="50" w:type="dxa"/>
            </w:tcMar>
          </w:tcPr>
          <w:p w14:paraId="0690193E" w14:textId="77777777" w:rsidR="00292F36" w:rsidRDefault="00000000">
            <w:r>
              <w:rPr>
                <w:sz w:val="16"/>
              </w:rPr>
              <w:t>Productivity</w:t>
            </w:r>
          </w:p>
        </w:tc>
        <w:tc>
          <w:tcPr>
            <w:tcW w:w="1568" w:type="dxa"/>
            <w:tcMar>
              <w:top w:w="20" w:type="dxa"/>
              <w:left w:w="50" w:type="dxa"/>
              <w:bottom w:w="20" w:type="dxa"/>
              <w:right w:w="50" w:type="dxa"/>
            </w:tcMar>
          </w:tcPr>
          <w:p w14:paraId="6125061C" w14:textId="77777777" w:rsidR="00292F36" w:rsidRDefault="00000000">
            <w:r>
              <w:rPr>
                <w:sz w:val="16"/>
              </w:rPr>
              <w:t>595</w:t>
            </w:r>
          </w:p>
        </w:tc>
        <w:tc>
          <w:tcPr>
            <w:tcW w:w="1568" w:type="dxa"/>
            <w:tcMar>
              <w:top w:w="20" w:type="dxa"/>
              <w:left w:w="50" w:type="dxa"/>
              <w:bottom w:w="20" w:type="dxa"/>
              <w:right w:w="50" w:type="dxa"/>
            </w:tcMar>
          </w:tcPr>
          <w:p w14:paraId="64684EEA" w14:textId="77777777" w:rsidR="00292F36" w:rsidRDefault="00000000">
            <w:r>
              <w:rPr>
                <w:sz w:val="16"/>
              </w:rPr>
              <w:t>Gamma (link = log)</w:t>
            </w:r>
          </w:p>
        </w:tc>
        <w:tc>
          <w:tcPr>
            <w:tcW w:w="1568" w:type="dxa"/>
            <w:tcMar>
              <w:top w:w="20" w:type="dxa"/>
              <w:left w:w="50" w:type="dxa"/>
              <w:bottom w:w="20" w:type="dxa"/>
              <w:right w:w="50" w:type="dxa"/>
            </w:tcMar>
          </w:tcPr>
          <w:p w14:paraId="10A852AF" w14:textId="77777777" w:rsidR="00292F36" w:rsidRDefault="00000000">
            <w:r>
              <w:rPr>
                <w:sz w:val="16"/>
              </w:rPr>
              <w:t>0.116</w:t>
            </w:r>
          </w:p>
        </w:tc>
        <w:tc>
          <w:tcPr>
            <w:tcW w:w="1568" w:type="dxa"/>
            <w:tcMar>
              <w:top w:w="20" w:type="dxa"/>
              <w:left w:w="50" w:type="dxa"/>
              <w:bottom w:w="20" w:type="dxa"/>
              <w:right w:w="50" w:type="dxa"/>
            </w:tcMar>
          </w:tcPr>
          <w:p w14:paraId="2478B7BA" w14:textId="77777777" w:rsidR="00292F36" w:rsidRDefault="00000000">
            <w:r>
              <w:rPr>
                <w:sz w:val="16"/>
              </w:rPr>
              <w:t>23.178</w:t>
            </w:r>
          </w:p>
        </w:tc>
        <w:tc>
          <w:tcPr>
            <w:tcW w:w="1568" w:type="dxa"/>
            <w:tcMar>
              <w:top w:w="20" w:type="dxa"/>
              <w:left w:w="50" w:type="dxa"/>
              <w:bottom w:w="20" w:type="dxa"/>
              <w:right w:w="50" w:type="dxa"/>
            </w:tcMar>
          </w:tcPr>
          <w:p w14:paraId="462D1E3B" w14:textId="77777777" w:rsidR="00292F36" w:rsidRDefault="00000000">
            <w:r>
              <w:rPr>
                <w:sz w:val="16"/>
              </w:rPr>
              <w:t>0</w:t>
            </w:r>
          </w:p>
        </w:tc>
        <w:tc>
          <w:tcPr>
            <w:tcW w:w="1568" w:type="dxa"/>
            <w:tcMar>
              <w:top w:w="20" w:type="dxa"/>
              <w:left w:w="50" w:type="dxa"/>
              <w:bottom w:w="20" w:type="dxa"/>
              <w:right w:w="50" w:type="dxa"/>
            </w:tcMar>
          </w:tcPr>
          <w:p w14:paraId="4BED9819" w14:textId="77777777" w:rsidR="00292F36" w:rsidRDefault="00000000">
            <w:r>
              <w:rPr>
                <w:sz w:val="16"/>
              </w:rPr>
              <w:t>1</w:t>
            </w:r>
          </w:p>
        </w:tc>
        <w:tc>
          <w:tcPr>
            <w:tcW w:w="1568" w:type="dxa"/>
            <w:tcMar>
              <w:top w:w="20" w:type="dxa"/>
              <w:left w:w="50" w:type="dxa"/>
              <w:bottom w:w="20" w:type="dxa"/>
              <w:right w:w="50" w:type="dxa"/>
            </w:tcMar>
          </w:tcPr>
          <w:p w14:paraId="74F0C8AD" w14:textId="77777777" w:rsidR="00292F36" w:rsidRDefault="00000000">
            <w:r>
              <w:rPr>
                <w:sz w:val="16"/>
              </w:rPr>
              <w:t>0.033</w:t>
            </w:r>
          </w:p>
        </w:tc>
        <w:tc>
          <w:tcPr>
            <w:tcW w:w="1568" w:type="dxa"/>
            <w:tcMar>
              <w:top w:w="20" w:type="dxa"/>
              <w:left w:w="50" w:type="dxa"/>
              <w:bottom w:w="20" w:type="dxa"/>
              <w:right w:w="50" w:type="dxa"/>
            </w:tcMar>
          </w:tcPr>
          <w:p w14:paraId="544F8DA2" w14:textId="77777777" w:rsidR="00292F36" w:rsidRDefault="00000000">
            <w:r>
              <w:rPr>
                <w:sz w:val="16"/>
              </w:rPr>
              <w:t>check residuals</w:t>
            </w:r>
          </w:p>
        </w:tc>
      </w:tr>
      <w:tr w:rsidR="00292F36" w14:paraId="051552D3" w14:textId="77777777">
        <w:tc>
          <w:tcPr>
            <w:tcW w:w="1568" w:type="dxa"/>
            <w:tcMar>
              <w:top w:w="20" w:type="dxa"/>
              <w:left w:w="50" w:type="dxa"/>
              <w:bottom w:w="20" w:type="dxa"/>
              <w:right w:w="50" w:type="dxa"/>
            </w:tcMar>
          </w:tcPr>
          <w:p w14:paraId="19D339E8" w14:textId="77777777" w:rsidR="00292F36" w:rsidRDefault="00000000">
            <w:r>
              <w:rPr>
                <w:sz w:val="16"/>
              </w:rPr>
              <w:t>Turnover</w:t>
            </w:r>
          </w:p>
        </w:tc>
        <w:tc>
          <w:tcPr>
            <w:tcW w:w="1568" w:type="dxa"/>
            <w:tcMar>
              <w:top w:w="20" w:type="dxa"/>
              <w:left w:w="50" w:type="dxa"/>
              <w:bottom w:w="20" w:type="dxa"/>
              <w:right w:w="50" w:type="dxa"/>
            </w:tcMar>
          </w:tcPr>
          <w:p w14:paraId="576148C7" w14:textId="77777777" w:rsidR="00292F36" w:rsidRDefault="00000000">
            <w:r>
              <w:rPr>
                <w:sz w:val="16"/>
              </w:rPr>
              <w:t>595</w:t>
            </w:r>
          </w:p>
        </w:tc>
        <w:tc>
          <w:tcPr>
            <w:tcW w:w="1568" w:type="dxa"/>
            <w:tcMar>
              <w:top w:w="20" w:type="dxa"/>
              <w:left w:w="50" w:type="dxa"/>
              <w:bottom w:w="20" w:type="dxa"/>
              <w:right w:w="50" w:type="dxa"/>
            </w:tcMar>
          </w:tcPr>
          <w:p w14:paraId="4A31EFC8" w14:textId="77777777" w:rsidR="00292F36" w:rsidRDefault="00000000">
            <w:r>
              <w:rPr>
                <w:sz w:val="16"/>
              </w:rPr>
              <w:t>gaussian (link = identity)</w:t>
            </w:r>
          </w:p>
        </w:tc>
        <w:tc>
          <w:tcPr>
            <w:tcW w:w="1568" w:type="dxa"/>
            <w:tcMar>
              <w:top w:w="20" w:type="dxa"/>
              <w:left w:w="50" w:type="dxa"/>
              <w:bottom w:w="20" w:type="dxa"/>
              <w:right w:w="50" w:type="dxa"/>
            </w:tcMar>
          </w:tcPr>
          <w:p w14:paraId="78C89E4D" w14:textId="77777777" w:rsidR="00292F36" w:rsidRDefault="00000000">
            <w:r>
              <w:rPr>
                <w:sz w:val="16"/>
              </w:rPr>
              <w:t>0</w:t>
            </w:r>
          </w:p>
        </w:tc>
        <w:tc>
          <w:tcPr>
            <w:tcW w:w="1568" w:type="dxa"/>
            <w:tcMar>
              <w:top w:w="20" w:type="dxa"/>
              <w:left w:w="50" w:type="dxa"/>
              <w:bottom w:w="20" w:type="dxa"/>
              <w:right w:w="50" w:type="dxa"/>
            </w:tcMar>
          </w:tcPr>
          <w:p w14:paraId="436DD739" w14:textId="77777777" w:rsidR="00292F36" w:rsidRDefault="00000000">
            <w:r>
              <w:rPr>
                <w:sz w:val="16"/>
              </w:rPr>
              <w:t>0.999</w:t>
            </w:r>
          </w:p>
        </w:tc>
        <w:tc>
          <w:tcPr>
            <w:tcW w:w="1568" w:type="dxa"/>
            <w:tcMar>
              <w:top w:w="20" w:type="dxa"/>
              <w:left w:w="50" w:type="dxa"/>
              <w:bottom w:w="20" w:type="dxa"/>
              <w:right w:w="50" w:type="dxa"/>
            </w:tcMar>
          </w:tcPr>
          <w:p w14:paraId="67E68B15" w14:textId="77777777" w:rsidR="00292F36" w:rsidRDefault="00000000">
            <w:r>
              <w:rPr>
                <w:sz w:val="16"/>
              </w:rPr>
              <w:t>0.99</w:t>
            </w:r>
          </w:p>
        </w:tc>
        <w:tc>
          <w:tcPr>
            <w:tcW w:w="1568" w:type="dxa"/>
            <w:tcMar>
              <w:top w:w="20" w:type="dxa"/>
              <w:left w:w="50" w:type="dxa"/>
              <w:bottom w:w="20" w:type="dxa"/>
              <w:right w:w="50" w:type="dxa"/>
            </w:tcMar>
          </w:tcPr>
          <w:p w14:paraId="12729B9E" w14:textId="77777777" w:rsidR="00292F36" w:rsidRDefault="00000000">
            <w:r>
              <w:rPr>
                <w:sz w:val="16"/>
              </w:rPr>
              <w:t>1</w:t>
            </w:r>
          </w:p>
        </w:tc>
        <w:tc>
          <w:tcPr>
            <w:tcW w:w="1568" w:type="dxa"/>
            <w:tcMar>
              <w:top w:w="20" w:type="dxa"/>
              <w:left w:w="50" w:type="dxa"/>
              <w:bottom w:w="20" w:type="dxa"/>
              <w:right w:w="50" w:type="dxa"/>
            </w:tcMar>
          </w:tcPr>
          <w:p w14:paraId="51C8C0F5" w14:textId="77777777" w:rsidR="00292F36" w:rsidRDefault="00000000">
            <w:r>
              <w:rPr>
                <w:sz w:val="16"/>
              </w:rPr>
              <w:t>0</w:t>
            </w:r>
          </w:p>
        </w:tc>
        <w:tc>
          <w:tcPr>
            <w:tcW w:w="1568" w:type="dxa"/>
            <w:tcMar>
              <w:top w:w="20" w:type="dxa"/>
              <w:left w:w="50" w:type="dxa"/>
              <w:bottom w:w="20" w:type="dxa"/>
              <w:right w:w="50" w:type="dxa"/>
            </w:tcMar>
          </w:tcPr>
          <w:p w14:paraId="1D9F5890" w14:textId="77777777" w:rsidR="00292F36" w:rsidRDefault="00000000">
            <w:r>
              <w:rPr>
                <w:sz w:val="16"/>
              </w:rPr>
              <w:t>check residuals</w:t>
            </w:r>
          </w:p>
        </w:tc>
      </w:tr>
      <w:tr w:rsidR="00292F36" w14:paraId="48C9823F" w14:textId="77777777">
        <w:tc>
          <w:tcPr>
            <w:tcW w:w="1568" w:type="dxa"/>
            <w:tcMar>
              <w:top w:w="20" w:type="dxa"/>
              <w:left w:w="50" w:type="dxa"/>
              <w:bottom w:w="20" w:type="dxa"/>
              <w:right w:w="50" w:type="dxa"/>
            </w:tcMar>
          </w:tcPr>
          <w:p w14:paraId="1E171935" w14:textId="77777777" w:rsidR="00292F36" w:rsidRDefault="00000000">
            <w:r>
              <w:rPr>
                <w:sz w:val="16"/>
              </w:rPr>
              <w:t>Calcium</w:t>
            </w:r>
          </w:p>
        </w:tc>
        <w:tc>
          <w:tcPr>
            <w:tcW w:w="1568" w:type="dxa"/>
            <w:tcMar>
              <w:top w:w="20" w:type="dxa"/>
              <w:left w:w="50" w:type="dxa"/>
              <w:bottom w:w="20" w:type="dxa"/>
              <w:right w:w="50" w:type="dxa"/>
            </w:tcMar>
          </w:tcPr>
          <w:p w14:paraId="772ED4B3" w14:textId="77777777" w:rsidR="00292F36" w:rsidRDefault="00000000">
            <w:r>
              <w:rPr>
                <w:sz w:val="16"/>
              </w:rPr>
              <w:t>603</w:t>
            </w:r>
          </w:p>
        </w:tc>
        <w:tc>
          <w:tcPr>
            <w:tcW w:w="1568" w:type="dxa"/>
            <w:tcMar>
              <w:top w:w="20" w:type="dxa"/>
              <w:left w:w="50" w:type="dxa"/>
              <w:bottom w:w="20" w:type="dxa"/>
              <w:right w:w="50" w:type="dxa"/>
            </w:tcMar>
          </w:tcPr>
          <w:p w14:paraId="5AA2DE0C" w14:textId="77777777" w:rsidR="00292F36" w:rsidRDefault="00000000">
            <w:r>
              <w:rPr>
                <w:sz w:val="16"/>
              </w:rPr>
              <w:t>Gamma (link = log)</w:t>
            </w:r>
          </w:p>
        </w:tc>
        <w:tc>
          <w:tcPr>
            <w:tcW w:w="1568" w:type="dxa"/>
            <w:tcMar>
              <w:top w:w="20" w:type="dxa"/>
              <w:left w:w="50" w:type="dxa"/>
              <w:bottom w:w="20" w:type="dxa"/>
              <w:right w:w="50" w:type="dxa"/>
            </w:tcMar>
          </w:tcPr>
          <w:p w14:paraId="352D5856" w14:textId="77777777" w:rsidR="00292F36" w:rsidRDefault="00000000">
            <w:r>
              <w:rPr>
                <w:sz w:val="16"/>
              </w:rPr>
              <w:t>0.014</w:t>
            </w:r>
          </w:p>
        </w:tc>
        <w:tc>
          <w:tcPr>
            <w:tcW w:w="1568" w:type="dxa"/>
            <w:tcMar>
              <w:top w:w="20" w:type="dxa"/>
              <w:left w:w="50" w:type="dxa"/>
              <w:bottom w:w="20" w:type="dxa"/>
              <w:right w:w="50" w:type="dxa"/>
            </w:tcMar>
          </w:tcPr>
          <w:p w14:paraId="27A2BD40" w14:textId="77777777" w:rsidR="00292F36" w:rsidRDefault="00000000">
            <w:r>
              <w:rPr>
                <w:sz w:val="16"/>
              </w:rPr>
              <w:t>1.304</w:t>
            </w:r>
          </w:p>
        </w:tc>
        <w:tc>
          <w:tcPr>
            <w:tcW w:w="1568" w:type="dxa"/>
            <w:tcMar>
              <w:top w:w="20" w:type="dxa"/>
              <w:left w:w="50" w:type="dxa"/>
              <w:bottom w:w="20" w:type="dxa"/>
              <w:right w:w="50" w:type="dxa"/>
            </w:tcMar>
          </w:tcPr>
          <w:p w14:paraId="29430A35" w14:textId="77777777" w:rsidR="00292F36" w:rsidRDefault="00000000">
            <w:r>
              <w:rPr>
                <w:sz w:val="16"/>
              </w:rPr>
              <w:t>0.316</w:t>
            </w:r>
          </w:p>
        </w:tc>
        <w:tc>
          <w:tcPr>
            <w:tcW w:w="1568" w:type="dxa"/>
            <w:tcMar>
              <w:top w:w="20" w:type="dxa"/>
              <w:left w:w="50" w:type="dxa"/>
              <w:bottom w:w="20" w:type="dxa"/>
              <w:right w:w="50" w:type="dxa"/>
            </w:tcMar>
          </w:tcPr>
          <w:p w14:paraId="0BEB5173" w14:textId="77777777" w:rsidR="00292F36" w:rsidRDefault="00000000">
            <w:r>
              <w:rPr>
                <w:sz w:val="16"/>
              </w:rPr>
              <w:t>1</w:t>
            </w:r>
          </w:p>
        </w:tc>
        <w:tc>
          <w:tcPr>
            <w:tcW w:w="1568" w:type="dxa"/>
            <w:tcMar>
              <w:top w:w="20" w:type="dxa"/>
              <w:left w:w="50" w:type="dxa"/>
              <w:bottom w:w="20" w:type="dxa"/>
              <w:right w:w="50" w:type="dxa"/>
            </w:tcMar>
          </w:tcPr>
          <w:p w14:paraId="5DA0531C" w14:textId="77777777" w:rsidR="00292F36" w:rsidRDefault="00000000">
            <w:r>
              <w:rPr>
                <w:sz w:val="16"/>
              </w:rPr>
              <w:t>0.339</w:t>
            </w:r>
          </w:p>
        </w:tc>
        <w:tc>
          <w:tcPr>
            <w:tcW w:w="1568" w:type="dxa"/>
            <w:tcMar>
              <w:top w:w="20" w:type="dxa"/>
              <w:left w:w="50" w:type="dxa"/>
              <w:bottom w:w="20" w:type="dxa"/>
              <w:right w:w="50" w:type="dxa"/>
            </w:tcMar>
          </w:tcPr>
          <w:p w14:paraId="6AA14B10" w14:textId="77777777" w:rsidR="00292F36" w:rsidRDefault="00000000">
            <w:r>
              <w:rPr>
                <w:sz w:val="16"/>
              </w:rPr>
              <w:t>check residuals</w:t>
            </w:r>
          </w:p>
        </w:tc>
      </w:tr>
      <w:tr w:rsidR="00292F36" w14:paraId="263B65D6" w14:textId="77777777">
        <w:tc>
          <w:tcPr>
            <w:tcW w:w="1568" w:type="dxa"/>
            <w:tcMar>
              <w:top w:w="20" w:type="dxa"/>
              <w:left w:w="50" w:type="dxa"/>
              <w:bottom w:w="20" w:type="dxa"/>
              <w:right w:w="50" w:type="dxa"/>
            </w:tcMar>
          </w:tcPr>
          <w:p w14:paraId="75969821" w14:textId="77777777" w:rsidR="00292F36" w:rsidRDefault="00000000">
            <w:r>
              <w:rPr>
                <w:sz w:val="16"/>
              </w:rPr>
              <w:t>Iron</w:t>
            </w:r>
          </w:p>
        </w:tc>
        <w:tc>
          <w:tcPr>
            <w:tcW w:w="1568" w:type="dxa"/>
            <w:tcMar>
              <w:top w:w="20" w:type="dxa"/>
              <w:left w:w="50" w:type="dxa"/>
              <w:bottom w:w="20" w:type="dxa"/>
              <w:right w:w="50" w:type="dxa"/>
            </w:tcMar>
          </w:tcPr>
          <w:p w14:paraId="2D5723C0" w14:textId="77777777" w:rsidR="00292F36" w:rsidRDefault="00000000">
            <w:r>
              <w:rPr>
                <w:sz w:val="16"/>
              </w:rPr>
              <w:t>603</w:t>
            </w:r>
          </w:p>
        </w:tc>
        <w:tc>
          <w:tcPr>
            <w:tcW w:w="1568" w:type="dxa"/>
            <w:tcMar>
              <w:top w:w="20" w:type="dxa"/>
              <w:left w:w="50" w:type="dxa"/>
              <w:bottom w:w="20" w:type="dxa"/>
              <w:right w:w="50" w:type="dxa"/>
            </w:tcMar>
          </w:tcPr>
          <w:p w14:paraId="030336AC" w14:textId="77777777" w:rsidR="00292F36" w:rsidRDefault="00000000">
            <w:r>
              <w:rPr>
                <w:sz w:val="16"/>
              </w:rPr>
              <w:t>Gamma (link = log)</w:t>
            </w:r>
          </w:p>
        </w:tc>
        <w:tc>
          <w:tcPr>
            <w:tcW w:w="1568" w:type="dxa"/>
            <w:tcMar>
              <w:top w:w="20" w:type="dxa"/>
              <w:left w:w="50" w:type="dxa"/>
              <w:bottom w:w="20" w:type="dxa"/>
              <w:right w:w="50" w:type="dxa"/>
            </w:tcMar>
          </w:tcPr>
          <w:p w14:paraId="2D55279F" w14:textId="77777777" w:rsidR="00292F36" w:rsidRDefault="00000000">
            <w:r>
              <w:rPr>
                <w:sz w:val="16"/>
              </w:rPr>
              <w:t>0.007</w:t>
            </w:r>
          </w:p>
        </w:tc>
        <w:tc>
          <w:tcPr>
            <w:tcW w:w="1568" w:type="dxa"/>
            <w:tcMar>
              <w:top w:w="20" w:type="dxa"/>
              <w:left w:w="50" w:type="dxa"/>
              <w:bottom w:w="20" w:type="dxa"/>
              <w:right w:w="50" w:type="dxa"/>
            </w:tcMar>
          </w:tcPr>
          <w:p w14:paraId="36DDCF03" w14:textId="77777777" w:rsidR="00292F36" w:rsidRDefault="00000000">
            <w:r>
              <w:rPr>
                <w:sz w:val="16"/>
              </w:rPr>
              <w:t>1.404</w:t>
            </w:r>
          </w:p>
        </w:tc>
        <w:tc>
          <w:tcPr>
            <w:tcW w:w="1568" w:type="dxa"/>
            <w:tcMar>
              <w:top w:w="20" w:type="dxa"/>
              <w:left w:w="50" w:type="dxa"/>
              <w:bottom w:w="20" w:type="dxa"/>
              <w:right w:w="50" w:type="dxa"/>
            </w:tcMar>
          </w:tcPr>
          <w:p w14:paraId="765B852C" w14:textId="77777777" w:rsidR="00292F36" w:rsidRDefault="00000000">
            <w:r>
              <w:rPr>
                <w:sz w:val="16"/>
              </w:rPr>
              <w:t>0.26</w:t>
            </w:r>
          </w:p>
        </w:tc>
        <w:tc>
          <w:tcPr>
            <w:tcW w:w="1568" w:type="dxa"/>
            <w:tcMar>
              <w:top w:w="20" w:type="dxa"/>
              <w:left w:w="50" w:type="dxa"/>
              <w:bottom w:w="20" w:type="dxa"/>
              <w:right w:w="50" w:type="dxa"/>
            </w:tcMar>
          </w:tcPr>
          <w:p w14:paraId="3010D615" w14:textId="77777777" w:rsidR="00292F36" w:rsidRDefault="00000000">
            <w:r>
              <w:rPr>
                <w:sz w:val="16"/>
              </w:rPr>
              <w:t>1</w:t>
            </w:r>
          </w:p>
        </w:tc>
        <w:tc>
          <w:tcPr>
            <w:tcW w:w="1568" w:type="dxa"/>
            <w:tcMar>
              <w:top w:w="20" w:type="dxa"/>
              <w:left w:w="50" w:type="dxa"/>
              <w:bottom w:w="20" w:type="dxa"/>
              <w:right w:w="50" w:type="dxa"/>
            </w:tcMar>
          </w:tcPr>
          <w:p w14:paraId="10F1A917" w14:textId="77777777" w:rsidR="00292F36" w:rsidRDefault="00000000">
            <w:r>
              <w:rPr>
                <w:sz w:val="16"/>
              </w:rPr>
              <w:t>0.339</w:t>
            </w:r>
          </w:p>
        </w:tc>
        <w:tc>
          <w:tcPr>
            <w:tcW w:w="1568" w:type="dxa"/>
            <w:tcMar>
              <w:top w:w="20" w:type="dxa"/>
              <w:left w:w="50" w:type="dxa"/>
              <w:bottom w:w="20" w:type="dxa"/>
              <w:right w:w="50" w:type="dxa"/>
            </w:tcMar>
          </w:tcPr>
          <w:p w14:paraId="21F09972" w14:textId="77777777" w:rsidR="00292F36" w:rsidRDefault="00000000">
            <w:r>
              <w:rPr>
                <w:sz w:val="16"/>
              </w:rPr>
              <w:t>check residuals</w:t>
            </w:r>
          </w:p>
        </w:tc>
      </w:tr>
      <w:tr w:rsidR="00292F36" w14:paraId="5BBF1400" w14:textId="77777777">
        <w:tc>
          <w:tcPr>
            <w:tcW w:w="1568" w:type="dxa"/>
            <w:tcMar>
              <w:top w:w="20" w:type="dxa"/>
              <w:left w:w="50" w:type="dxa"/>
              <w:bottom w:w="20" w:type="dxa"/>
              <w:right w:w="50" w:type="dxa"/>
            </w:tcMar>
          </w:tcPr>
          <w:p w14:paraId="4FBE77CA" w14:textId="77777777" w:rsidR="00292F36" w:rsidRDefault="00000000">
            <w:r>
              <w:rPr>
                <w:sz w:val="16"/>
              </w:rPr>
              <w:t>Omega3</w:t>
            </w:r>
          </w:p>
        </w:tc>
        <w:tc>
          <w:tcPr>
            <w:tcW w:w="1568" w:type="dxa"/>
            <w:tcMar>
              <w:top w:w="20" w:type="dxa"/>
              <w:left w:w="50" w:type="dxa"/>
              <w:bottom w:w="20" w:type="dxa"/>
              <w:right w:w="50" w:type="dxa"/>
            </w:tcMar>
          </w:tcPr>
          <w:p w14:paraId="5906714C" w14:textId="77777777" w:rsidR="00292F36" w:rsidRDefault="00000000">
            <w:r>
              <w:rPr>
                <w:sz w:val="16"/>
              </w:rPr>
              <w:t>603</w:t>
            </w:r>
          </w:p>
        </w:tc>
        <w:tc>
          <w:tcPr>
            <w:tcW w:w="1568" w:type="dxa"/>
            <w:tcMar>
              <w:top w:w="20" w:type="dxa"/>
              <w:left w:w="50" w:type="dxa"/>
              <w:bottom w:w="20" w:type="dxa"/>
              <w:right w:w="50" w:type="dxa"/>
            </w:tcMar>
          </w:tcPr>
          <w:p w14:paraId="6735668B" w14:textId="77777777" w:rsidR="00292F36" w:rsidRDefault="00000000">
            <w:r>
              <w:rPr>
                <w:sz w:val="16"/>
              </w:rPr>
              <w:t>Gamma (link = log)</w:t>
            </w:r>
          </w:p>
        </w:tc>
        <w:tc>
          <w:tcPr>
            <w:tcW w:w="1568" w:type="dxa"/>
            <w:tcMar>
              <w:top w:w="20" w:type="dxa"/>
              <w:left w:w="50" w:type="dxa"/>
              <w:bottom w:w="20" w:type="dxa"/>
              <w:right w:w="50" w:type="dxa"/>
            </w:tcMar>
          </w:tcPr>
          <w:p w14:paraId="06ABDEF5" w14:textId="77777777" w:rsidR="00292F36" w:rsidRDefault="00000000">
            <w:r>
              <w:rPr>
                <w:sz w:val="16"/>
              </w:rPr>
              <w:t>0.011</w:t>
            </w:r>
          </w:p>
        </w:tc>
        <w:tc>
          <w:tcPr>
            <w:tcW w:w="1568" w:type="dxa"/>
            <w:tcMar>
              <w:top w:w="20" w:type="dxa"/>
              <w:left w:w="50" w:type="dxa"/>
              <w:bottom w:w="20" w:type="dxa"/>
              <w:right w:w="50" w:type="dxa"/>
            </w:tcMar>
          </w:tcPr>
          <w:p w14:paraId="0A95052B" w14:textId="77777777" w:rsidR="00292F36" w:rsidRDefault="00000000">
            <w:r>
              <w:rPr>
                <w:sz w:val="16"/>
              </w:rPr>
              <w:t>1.37</w:t>
            </w:r>
          </w:p>
        </w:tc>
        <w:tc>
          <w:tcPr>
            <w:tcW w:w="1568" w:type="dxa"/>
            <w:tcMar>
              <w:top w:w="20" w:type="dxa"/>
              <w:left w:w="50" w:type="dxa"/>
              <w:bottom w:w="20" w:type="dxa"/>
              <w:right w:w="50" w:type="dxa"/>
            </w:tcMar>
          </w:tcPr>
          <w:p w14:paraId="11F403E3" w14:textId="77777777" w:rsidR="00292F36" w:rsidRDefault="00000000">
            <w:r>
              <w:rPr>
                <w:sz w:val="16"/>
              </w:rPr>
              <w:t>0.302</w:t>
            </w:r>
          </w:p>
        </w:tc>
        <w:tc>
          <w:tcPr>
            <w:tcW w:w="1568" w:type="dxa"/>
            <w:tcMar>
              <w:top w:w="20" w:type="dxa"/>
              <w:left w:w="50" w:type="dxa"/>
              <w:bottom w:w="20" w:type="dxa"/>
              <w:right w:w="50" w:type="dxa"/>
            </w:tcMar>
          </w:tcPr>
          <w:p w14:paraId="5945D6F5" w14:textId="77777777" w:rsidR="00292F36" w:rsidRDefault="00000000">
            <w:r>
              <w:rPr>
                <w:sz w:val="16"/>
              </w:rPr>
              <w:t>1</w:t>
            </w:r>
          </w:p>
        </w:tc>
        <w:tc>
          <w:tcPr>
            <w:tcW w:w="1568" w:type="dxa"/>
            <w:tcMar>
              <w:top w:w="20" w:type="dxa"/>
              <w:left w:w="50" w:type="dxa"/>
              <w:bottom w:w="20" w:type="dxa"/>
              <w:right w:w="50" w:type="dxa"/>
            </w:tcMar>
          </w:tcPr>
          <w:p w14:paraId="67545762" w14:textId="77777777" w:rsidR="00292F36" w:rsidRDefault="00000000">
            <w:r>
              <w:rPr>
                <w:sz w:val="16"/>
              </w:rPr>
              <w:t>0.121</w:t>
            </w:r>
          </w:p>
        </w:tc>
        <w:tc>
          <w:tcPr>
            <w:tcW w:w="1568" w:type="dxa"/>
            <w:tcMar>
              <w:top w:w="20" w:type="dxa"/>
              <w:left w:w="50" w:type="dxa"/>
              <w:bottom w:w="20" w:type="dxa"/>
              <w:right w:w="50" w:type="dxa"/>
            </w:tcMar>
          </w:tcPr>
          <w:p w14:paraId="29A93766" w14:textId="77777777" w:rsidR="00292F36" w:rsidRDefault="00000000">
            <w:r>
              <w:rPr>
                <w:sz w:val="16"/>
              </w:rPr>
              <w:t>check residuals</w:t>
            </w:r>
          </w:p>
        </w:tc>
      </w:tr>
      <w:tr w:rsidR="00292F36" w14:paraId="23E507F4" w14:textId="77777777">
        <w:tc>
          <w:tcPr>
            <w:tcW w:w="1568" w:type="dxa"/>
            <w:tcMar>
              <w:top w:w="20" w:type="dxa"/>
              <w:left w:w="50" w:type="dxa"/>
              <w:bottom w:w="20" w:type="dxa"/>
              <w:right w:w="50" w:type="dxa"/>
            </w:tcMar>
          </w:tcPr>
          <w:p w14:paraId="4C6F3CEF" w14:textId="77777777" w:rsidR="00292F36" w:rsidRDefault="00000000">
            <w:r>
              <w:rPr>
                <w:sz w:val="16"/>
              </w:rPr>
              <w:t>Selenium</w:t>
            </w:r>
          </w:p>
        </w:tc>
        <w:tc>
          <w:tcPr>
            <w:tcW w:w="1568" w:type="dxa"/>
            <w:tcMar>
              <w:top w:w="20" w:type="dxa"/>
              <w:left w:w="50" w:type="dxa"/>
              <w:bottom w:w="20" w:type="dxa"/>
              <w:right w:w="50" w:type="dxa"/>
            </w:tcMar>
          </w:tcPr>
          <w:p w14:paraId="62817D1B" w14:textId="77777777" w:rsidR="00292F36" w:rsidRDefault="00000000">
            <w:r>
              <w:rPr>
                <w:sz w:val="16"/>
              </w:rPr>
              <w:t>603</w:t>
            </w:r>
          </w:p>
        </w:tc>
        <w:tc>
          <w:tcPr>
            <w:tcW w:w="1568" w:type="dxa"/>
            <w:tcMar>
              <w:top w:w="20" w:type="dxa"/>
              <w:left w:w="50" w:type="dxa"/>
              <w:bottom w:w="20" w:type="dxa"/>
              <w:right w:w="50" w:type="dxa"/>
            </w:tcMar>
          </w:tcPr>
          <w:p w14:paraId="1CA95E4F" w14:textId="77777777" w:rsidR="00292F36" w:rsidRDefault="00000000">
            <w:r>
              <w:rPr>
                <w:sz w:val="16"/>
              </w:rPr>
              <w:t>Gamma (link = log)</w:t>
            </w:r>
          </w:p>
        </w:tc>
        <w:tc>
          <w:tcPr>
            <w:tcW w:w="1568" w:type="dxa"/>
            <w:tcMar>
              <w:top w:w="20" w:type="dxa"/>
              <w:left w:w="50" w:type="dxa"/>
              <w:bottom w:w="20" w:type="dxa"/>
              <w:right w:w="50" w:type="dxa"/>
            </w:tcMar>
          </w:tcPr>
          <w:p w14:paraId="2893CCF3" w14:textId="77777777" w:rsidR="00292F36" w:rsidRDefault="00000000">
            <w:r>
              <w:rPr>
                <w:sz w:val="16"/>
              </w:rPr>
              <w:t>0.023</w:t>
            </w:r>
          </w:p>
        </w:tc>
        <w:tc>
          <w:tcPr>
            <w:tcW w:w="1568" w:type="dxa"/>
            <w:tcMar>
              <w:top w:w="20" w:type="dxa"/>
              <w:left w:w="50" w:type="dxa"/>
              <w:bottom w:w="20" w:type="dxa"/>
              <w:right w:w="50" w:type="dxa"/>
            </w:tcMar>
          </w:tcPr>
          <w:p w14:paraId="492A4E5C" w14:textId="77777777" w:rsidR="00292F36" w:rsidRDefault="00000000">
            <w:r>
              <w:rPr>
                <w:sz w:val="16"/>
              </w:rPr>
              <w:t>1.423</w:t>
            </w:r>
          </w:p>
        </w:tc>
        <w:tc>
          <w:tcPr>
            <w:tcW w:w="1568" w:type="dxa"/>
            <w:tcMar>
              <w:top w:w="20" w:type="dxa"/>
              <w:left w:w="50" w:type="dxa"/>
              <w:bottom w:w="20" w:type="dxa"/>
              <w:right w:w="50" w:type="dxa"/>
            </w:tcMar>
          </w:tcPr>
          <w:p w14:paraId="770CEF38" w14:textId="77777777" w:rsidR="00292F36" w:rsidRDefault="00000000">
            <w:r>
              <w:rPr>
                <w:sz w:val="16"/>
              </w:rPr>
              <w:t>0.27</w:t>
            </w:r>
          </w:p>
        </w:tc>
        <w:tc>
          <w:tcPr>
            <w:tcW w:w="1568" w:type="dxa"/>
            <w:tcMar>
              <w:top w:w="20" w:type="dxa"/>
              <w:left w:w="50" w:type="dxa"/>
              <w:bottom w:w="20" w:type="dxa"/>
              <w:right w:w="50" w:type="dxa"/>
            </w:tcMar>
          </w:tcPr>
          <w:p w14:paraId="46422257" w14:textId="77777777" w:rsidR="00292F36" w:rsidRDefault="00000000">
            <w:r>
              <w:rPr>
                <w:sz w:val="16"/>
              </w:rPr>
              <w:t>1</w:t>
            </w:r>
          </w:p>
        </w:tc>
        <w:tc>
          <w:tcPr>
            <w:tcW w:w="1568" w:type="dxa"/>
            <w:tcMar>
              <w:top w:w="20" w:type="dxa"/>
              <w:left w:w="50" w:type="dxa"/>
              <w:bottom w:w="20" w:type="dxa"/>
              <w:right w:w="50" w:type="dxa"/>
            </w:tcMar>
          </w:tcPr>
          <w:p w14:paraId="722C4C21" w14:textId="77777777" w:rsidR="00292F36" w:rsidRDefault="00000000">
            <w:r>
              <w:rPr>
                <w:sz w:val="16"/>
              </w:rPr>
              <w:t>1</w:t>
            </w:r>
          </w:p>
        </w:tc>
        <w:tc>
          <w:tcPr>
            <w:tcW w:w="1568" w:type="dxa"/>
            <w:tcMar>
              <w:top w:w="20" w:type="dxa"/>
              <w:left w:w="50" w:type="dxa"/>
              <w:bottom w:w="20" w:type="dxa"/>
              <w:right w:w="50" w:type="dxa"/>
            </w:tcMar>
          </w:tcPr>
          <w:p w14:paraId="287176BD" w14:textId="77777777" w:rsidR="00292F36" w:rsidRDefault="00000000">
            <w:r>
              <w:rPr>
                <w:sz w:val="16"/>
              </w:rPr>
              <w:t>check residuals</w:t>
            </w:r>
          </w:p>
        </w:tc>
      </w:tr>
      <w:tr w:rsidR="00292F36" w14:paraId="05BA4722" w14:textId="77777777">
        <w:tc>
          <w:tcPr>
            <w:tcW w:w="1568" w:type="dxa"/>
            <w:tcMar>
              <w:top w:w="20" w:type="dxa"/>
              <w:left w:w="50" w:type="dxa"/>
              <w:bottom w:w="20" w:type="dxa"/>
              <w:right w:w="50" w:type="dxa"/>
            </w:tcMar>
          </w:tcPr>
          <w:p w14:paraId="246EE692" w14:textId="77777777" w:rsidR="00292F36" w:rsidRDefault="00000000">
            <w:r>
              <w:rPr>
                <w:sz w:val="16"/>
              </w:rPr>
              <w:t>VitaminA</w:t>
            </w:r>
          </w:p>
        </w:tc>
        <w:tc>
          <w:tcPr>
            <w:tcW w:w="1568" w:type="dxa"/>
            <w:tcMar>
              <w:top w:w="20" w:type="dxa"/>
              <w:left w:w="50" w:type="dxa"/>
              <w:bottom w:w="20" w:type="dxa"/>
              <w:right w:w="50" w:type="dxa"/>
            </w:tcMar>
          </w:tcPr>
          <w:p w14:paraId="4D903B17" w14:textId="77777777" w:rsidR="00292F36" w:rsidRDefault="00000000">
            <w:r>
              <w:rPr>
                <w:sz w:val="16"/>
              </w:rPr>
              <w:t>603</w:t>
            </w:r>
          </w:p>
        </w:tc>
        <w:tc>
          <w:tcPr>
            <w:tcW w:w="1568" w:type="dxa"/>
            <w:tcMar>
              <w:top w:w="20" w:type="dxa"/>
              <w:left w:w="50" w:type="dxa"/>
              <w:bottom w:w="20" w:type="dxa"/>
              <w:right w:w="50" w:type="dxa"/>
            </w:tcMar>
          </w:tcPr>
          <w:p w14:paraId="3137C935" w14:textId="77777777" w:rsidR="00292F36" w:rsidRDefault="00000000">
            <w:r>
              <w:rPr>
                <w:sz w:val="16"/>
              </w:rPr>
              <w:t>Gamma (link = log)</w:t>
            </w:r>
          </w:p>
        </w:tc>
        <w:tc>
          <w:tcPr>
            <w:tcW w:w="1568" w:type="dxa"/>
            <w:tcMar>
              <w:top w:w="20" w:type="dxa"/>
              <w:left w:w="50" w:type="dxa"/>
              <w:bottom w:w="20" w:type="dxa"/>
              <w:right w:w="50" w:type="dxa"/>
            </w:tcMar>
          </w:tcPr>
          <w:p w14:paraId="442EC6A7" w14:textId="77777777" w:rsidR="00292F36" w:rsidRDefault="00000000">
            <w:r>
              <w:rPr>
                <w:sz w:val="16"/>
              </w:rPr>
              <w:t>0.121</w:t>
            </w:r>
          </w:p>
        </w:tc>
        <w:tc>
          <w:tcPr>
            <w:tcW w:w="1568" w:type="dxa"/>
            <w:tcMar>
              <w:top w:w="20" w:type="dxa"/>
              <w:left w:w="50" w:type="dxa"/>
              <w:bottom w:w="20" w:type="dxa"/>
              <w:right w:w="50" w:type="dxa"/>
            </w:tcMar>
          </w:tcPr>
          <w:p w14:paraId="5187CAAF" w14:textId="77777777" w:rsidR="00292F36" w:rsidRDefault="00000000">
            <w:r>
              <w:rPr>
                <w:sz w:val="16"/>
              </w:rPr>
              <w:t>1.468</w:t>
            </w:r>
          </w:p>
        </w:tc>
        <w:tc>
          <w:tcPr>
            <w:tcW w:w="1568" w:type="dxa"/>
            <w:tcMar>
              <w:top w:w="20" w:type="dxa"/>
              <w:left w:w="50" w:type="dxa"/>
              <w:bottom w:w="20" w:type="dxa"/>
              <w:right w:w="50" w:type="dxa"/>
            </w:tcMar>
          </w:tcPr>
          <w:p w14:paraId="6177897E" w14:textId="77777777" w:rsidR="00292F36" w:rsidRDefault="00000000">
            <w:r>
              <w:rPr>
                <w:sz w:val="16"/>
              </w:rPr>
              <w:t>0.264</w:t>
            </w:r>
          </w:p>
        </w:tc>
        <w:tc>
          <w:tcPr>
            <w:tcW w:w="1568" w:type="dxa"/>
            <w:tcMar>
              <w:top w:w="20" w:type="dxa"/>
              <w:left w:w="50" w:type="dxa"/>
              <w:bottom w:w="20" w:type="dxa"/>
              <w:right w:w="50" w:type="dxa"/>
            </w:tcMar>
          </w:tcPr>
          <w:p w14:paraId="41E29285" w14:textId="77777777" w:rsidR="00292F36" w:rsidRDefault="00000000">
            <w:r>
              <w:rPr>
                <w:sz w:val="16"/>
              </w:rPr>
              <w:t>1</w:t>
            </w:r>
          </w:p>
        </w:tc>
        <w:tc>
          <w:tcPr>
            <w:tcW w:w="1568" w:type="dxa"/>
            <w:tcMar>
              <w:top w:w="20" w:type="dxa"/>
              <w:left w:w="50" w:type="dxa"/>
              <w:bottom w:w="20" w:type="dxa"/>
              <w:right w:w="50" w:type="dxa"/>
            </w:tcMar>
          </w:tcPr>
          <w:p w14:paraId="2C1BD9CD" w14:textId="77777777" w:rsidR="00292F36" w:rsidRDefault="00000000">
            <w:r>
              <w:rPr>
                <w:sz w:val="16"/>
              </w:rPr>
              <w:t>0.339</w:t>
            </w:r>
          </w:p>
        </w:tc>
        <w:tc>
          <w:tcPr>
            <w:tcW w:w="1568" w:type="dxa"/>
            <w:tcMar>
              <w:top w:w="20" w:type="dxa"/>
              <w:left w:w="50" w:type="dxa"/>
              <w:bottom w:w="20" w:type="dxa"/>
              <w:right w:w="50" w:type="dxa"/>
            </w:tcMar>
          </w:tcPr>
          <w:p w14:paraId="437F4D03" w14:textId="77777777" w:rsidR="00292F36" w:rsidRDefault="00000000">
            <w:r>
              <w:rPr>
                <w:sz w:val="16"/>
              </w:rPr>
              <w:t>adequate fit</w:t>
            </w:r>
          </w:p>
        </w:tc>
      </w:tr>
      <w:tr w:rsidR="00292F36" w14:paraId="6956CD76" w14:textId="77777777">
        <w:tc>
          <w:tcPr>
            <w:tcW w:w="1568" w:type="dxa"/>
            <w:tcMar>
              <w:top w:w="20" w:type="dxa"/>
              <w:left w:w="50" w:type="dxa"/>
              <w:bottom w:w="20" w:type="dxa"/>
              <w:right w:w="50" w:type="dxa"/>
            </w:tcMar>
          </w:tcPr>
          <w:p w14:paraId="56478B10" w14:textId="77777777" w:rsidR="00292F36" w:rsidRDefault="00000000">
            <w:r>
              <w:rPr>
                <w:sz w:val="16"/>
              </w:rPr>
              <w:t>Zinc</w:t>
            </w:r>
          </w:p>
        </w:tc>
        <w:tc>
          <w:tcPr>
            <w:tcW w:w="1568" w:type="dxa"/>
            <w:tcMar>
              <w:top w:w="20" w:type="dxa"/>
              <w:left w:w="50" w:type="dxa"/>
              <w:bottom w:w="20" w:type="dxa"/>
              <w:right w:w="50" w:type="dxa"/>
            </w:tcMar>
          </w:tcPr>
          <w:p w14:paraId="11AEC8FF" w14:textId="77777777" w:rsidR="00292F36" w:rsidRDefault="00000000">
            <w:r>
              <w:rPr>
                <w:sz w:val="16"/>
              </w:rPr>
              <w:t>603</w:t>
            </w:r>
          </w:p>
        </w:tc>
        <w:tc>
          <w:tcPr>
            <w:tcW w:w="1568" w:type="dxa"/>
            <w:tcMar>
              <w:top w:w="20" w:type="dxa"/>
              <w:left w:w="50" w:type="dxa"/>
              <w:bottom w:w="20" w:type="dxa"/>
              <w:right w:w="50" w:type="dxa"/>
            </w:tcMar>
          </w:tcPr>
          <w:p w14:paraId="79618C7D" w14:textId="77777777" w:rsidR="00292F36" w:rsidRDefault="00000000">
            <w:r>
              <w:rPr>
                <w:sz w:val="16"/>
              </w:rPr>
              <w:t>Gamma (link = log)</w:t>
            </w:r>
          </w:p>
        </w:tc>
        <w:tc>
          <w:tcPr>
            <w:tcW w:w="1568" w:type="dxa"/>
            <w:tcMar>
              <w:top w:w="20" w:type="dxa"/>
              <w:left w:w="50" w:type="dxa"/>
              <w:bottom w:w="20" w:type="dxa"/>
              <w:right w:w="50" w:type="dxa"/>
            </w:tcMar>
          </w:tcPr>
          <w:p w14:paraId="2E579DE8" w14:textId="77777777" w:rsidR="00292F36" w:rsidRDefault="00000000">
            <w:r>
              <w:rPr>
                <w:sz w:val="16"/>
              </w:rPr>
              <w:t>0.039</w:t>
            </w:r>
          </w:p>
        </w:tc>
        <w:tc>
          <w:tcPr>
            <w:tcW w:w="1568" w:type="dxa"/>
            <w:tcMar>
              <w:top w:w="20" w:type="dxa"/>
              <w:left w:w="50" w:type="dxa"/>
              <w:bottom w:w="20" w:type="dxa"/>
              <w:right w:w="50" w:type="dxa"/>
            </w:tcMar>
          </w:tcPr>
          <w:p w14:paraId="7251A8EA" w14:textId="77777777" w:rsidR="00292F36" w:rsidRDefault="00000000">
            <w:r>
              <w:rPr>
                <w:sz w:val="16"/>
              </w:rPr>
              <w:t>1.345</w:t>
            </w:r>
          </w:p>
        </w:tc>
        <w:tc>
          <w:tcPr>
            <w:tcW w:w="1568" w:type="dxa"/>
            <w:tcMar>
              <w:top w:w="20" w:type="dxa"/>
              <w:left w:w="50" w:type="dxa"/>
              <w:bottom w:w="20" w:type="dxa"/>
              <w:right w:w="50" w:type="dxa"/>
            </w:tcMar>
          </w:tcPr>
          <w:p w14:paraId="41CA1ED4" w14:textId="77777777" w:rsidR="00292F36" w:rsidRDefault="00000000">
            <w:r>
              <w:rPr>
                <w:sz w:val="16"/>
              </w:rPr>
              <w:t>0.304</w:t>
            </w:r>
          </w:p>
        </w:tc>
        <w:tc>
          <w:tcPr>
            <w:tcW w:w="1568" w:type="dxa"/>
            <w:tcMar>
              <w:top w:w="20" w:type="dxa"/>
              <w:left w:w="50" w:type="dxa"/>
              <w:bottom w:w="20" w:type="dxa"/>
              <w:right w:w="50" w:type="dxa"/>
            </w:tcMar>
          </w:tcPr>
          <w:p w14:paraId="020D9498" w14:textId="77777777" w:rsidR="00292F36" w:rsidRDefault="00000000">
            <w:r>
              <w:rPr>
                <w:sz w:val="16"/>
              </w:rPr>
              <w:t>1</w:t>
            </w:r>
          </w:p>
        </w:tc>
        <w:tc>
          <w:tcPr>
            <w:tcW w:w="1568" w:type="dxa"/>
            <w:tcMar>
              <w:top w:w="20" w:type="dxa"/>
              <w:left w:w="50" w:type="dxa"/>
              <w:bottom w:w="20" w:type="dxa"/>
              <w:right w:w="50" w:type="dxa"/>
            </w:tcMar>
          </w:tcPr>
          <w:p w14:paraId="5E0A3C12" w14:textId="77777777" w:rsidR="00292F36" w:rsidRDefault="00000000">
            <w:r>
              <w:rPr>
                <w:sz w:val="16"/>
              </w:rPr>
              <w:t>0.034</w:t>
            </w:r>
          </w:p>
        </w:tc>
        <w:tc>
          <w:tcPr>
            <w:tcW w:w="1568" w:type="dxa"/>
            <w:tcMar>
              <w:top w:w="20" w:type="dxa"/>
              <w:left w:w="50" w:type="dxa"/>
              <w:bottom w:w="20" w:type="dxa"/>
              <w:right w:w="50" w:type="dxa"/>
            </w:tcMar>
          </w:tcPr>
          <w:p w14:paraId="49AF68DD" w14:textId="77777777" w:rsidR="00292F36" w:rsidRDefault="00000000">
            <w:r>
              <w:rPr>
                <w:sz w:val="16"/>
              </w:rPr>
              <w:t>check residuals</w:t>
            </w:r>
          </w:p>
        </w:tc>
      </w:tr>
    </w:tbl>
    <w:p w14:paraId="42150647" w14:textId="77777777" w:rsidR="00292F36" w:rsidRDefault="00292F36">
      <w:pPr>
        <w:sectPr w:rsidR="00292F36">
          <w:pgSz w:w="15840" w:h="12240" w:orient="landscape"/>
          <w:pgMar w:top="1152" w:right="864" w:bottom="1152" w:left="864" w:header="720" w:footer="720" w:gutter="0"/>
          <w:cols w:space="720"/>
          <w:docGrid w:linePitch="360"/>
        </w:sectPr>
      </w:pPr>
    </w:p>
    <w:p w14:paraId="3B9EA68A" w14:textId="77777777" w:rsidR="00292F36" w:rsidRDefault="00000000">
      <w:pPr>
        <w:spacing w:after="40"/>
      </w:pPr>
      <w:r>
        <w:rPr>
          <w:b/>
          <w:sz w:val="22"/>
        </w:rPr>
        <w:lastRenderedPageBreak/>
        <w:t>Table S5 | Variance inflation factors (VIFs) for environmental covariates included in the generalized linear mixed models (GLMMs).</w:t>
      </w:r>
    </w:p>
    <w:p w14:paraId="5067C051" w14:textId="77777777" w:rsidR="00292F36" w:rsidRDefault="00000000">
      <w:pPr>
        <w:spacing w:after="160"/>
      </w:pPr>
      <w:r>
        <w:rPr>
          <w:sz w:val="18"/>
        </w:rPr>
        <w:t>Variance inflation factors were calculated to assess multicollinearity among the five environmental covariates included in each model: depth, sea surface temperature (SST), chlorophyll-a, benthic PC1, and benthic PC2. VIF values were computed from the fixed-effects design matrix of each fitted GLMM. Maximum VIF values remained low across all models, indicating no evidence of problematic multicollinearity among predictors. The final column indicates whether all covariates within a model had VIF values below the threshold of 5.</w:t>
      </w:r>
    </w:p>
    <w:tbl>
      <w:tblPr>
        <w:tblStyle w:val="TableGrid"/>
        <w:tblW w:w="0" w:type="auto"/>
        <w:tblLayout w:type="fixed"/>
        <w:tblLook w:val="04A0" w:firstRow="1" w:lastRow="0" w:firstColumn="1" w:lastColumn="0" w:noHBand="0" w:noVBand="1"/>
      </w:tblPr>
      <w:tblGrid>
        <w:gridCol w:w="1170"/>
        <w:gridCol w:w="1170"/>
        <w:gridCol w:w="1170"/>
        <w:gridCol w:w="1170"/>
        <w:gridCol w:w="1170"/>
        <w:gridCol w:w="1170"/>
        <w:gridCol w:w="1170"/>
        <w:gridCol w:w="1170"/>
      </w:tblGrid>
      <w:tr w:rsidR="00292F36" w14:paraId="3A2ED1DD" w14:textId="77777777">
        <w:trPr>
          <w:tblHeader/>
        </w:trPr>
        <w:tc>
          <w:tcPr>
            <w:tcW w:w="1170" w:type="dxa"/>
            <w:shd w:val="clear" w:color="auto" w:fill="D9E2F3"/>
            <w:tcMar>
              <w:top w:w="20" w:type="dxa"/>
              <w:left w:w="50" w:type="dxa"/>
              <w:bottom w:w="20" w:type="dxa"/>
              <w:right w:w="50" w:type="dxa"/>
            </w:tcMar>
          </w:tcPr>
          <w:p w14:paraId="3749C881" w14:textId="77777777" w:rsidR="00292F36" w:rsidRDefault="00000000">
            <w:r>
              <w:rPr>
                <w:b/>
                <w:sz w:val="16"/>
              </w:rPr>
              <w:t>Response</w:t>
            </w:r>
          </w:p>
        </w:tc>
        <w:tc>
          <w:tcPr>
            <w:tcW w:w="1170" w:type="dxa"/>
            <w:shd w:val="clear" w:color="auto" w:fill="D9E2F3"/>
            <w:tcMar>
              <w:top w:w="20" w:type="dxa"/>
              <w:left w:w="50" w:type="dxa"/>
              <w:bottom w:w="20" w:type="dxa"/>
              <w:right w:w="50" w:type="dxa"/>
            </w:tcMar>
          </w:tcPr>
          <w:p w14:paraId="249DD7FA" w14:textId="77777777" w:rsidR="00292F36" w:rsidRDefault="00000000">
            <w:r>
              <w:rPr>
                <w:b/>
                <w:sz w:val="16"/>
              </w:rPr>
              <w:t>Depth</w:t>
            </w:r>
          </w:p>
        </w:tc>
        <w:tc>
          <w:tcPr>
            <w:tcW w:w="1170" w:type="dxa"/>
            <w:shd w:val="clear" w:color="auto" w:fill="D9E2F3"/>
            <w:tcMar>
              <w:top w:w="20" w:type="dxa"/>
              <w:left w:w="50" w:type="dxa"/>
              <w:bottom w:w="20" w:type="dxa"/>
              <w:right w:w="50" w:type="dxa"/>
            </w:tcMar>
          </w:tcPr>
          <w:p w14:paraId="567366DD" w14:textId="77777777" w:rsidR="00292F36" w:rsidRDefault="00000000">
            <w:r>
              <w:rPr>
                <w:b/>
                <w:sz w:val="16"/>
              </w:rPr>
              <w:t>SST</w:t>
            </w:r>
          </w:p>
        </w:tc>
        <w:tc>
          <w:tcPr>
            <w:tcW w:w="1170" w:type="dxa"/>
            <w:shd w:val="clear" w:color="auto" w:fill="D9E2F3"/>
            <w:tcMar>
              <w:top w:w="20" w:type="dxa"/>
              <w:left w:w="50" w:type="dxa"/>
              <w:bottom w:w="20" w:type="dxa"/>
              <w:right w:w="50" w:type="dxa"/>
            </w:tcMar>
          </w:tcPr>
          <w:p w14:paraId="243E0C58" w14:textId="77777777" w:rsidR="00292F36" w:rsidRDefault="00000000">
            <w:r>
              <w:rPr>
                <w:b/>
                <w:sz w:val="16"/>
              </w:rPr>
              <w:t>Chlorophyll</w:t>
            </w:r>
          </w:p>
        </w:tc>
        <w:tc>
          <w:tcPr>
            <w:tcW w:w="1170" w:type="dxa"/>
            <w:shd w:val="clear" w:color="auto" w:fill="D9E2F3"/>
            <w:tcMar>
              <w:top w:w="20" w:type="dxa"/>
              <w:left w:w="50" w:type="dxa"/>
              <w:bottom w:w="20" w:type="dxa"/>
              <w:right w:w="50" w:type="dxa"/>
            </w:tcMar>
          </w:tcPr>
          <w:p w14:paraId="7B6C608F" w14:textId="77777777" w:rsidR="00292F36" w:rsidRDefault="00000000">
            <w:r>
              <w:rPr>
                <w:b/>
                <w:sz w:val="16"/>
              </w:rPr>
              <w:t>Benthic PC1</w:t>
            </w:r>
          </w:p>
        </w:tc>
        <w:tc>
          <w:tcPr>
            <w:tcW w:w="1170" w:type="dxa"/>
            <w:shd w:val="clear" w:color="auto" w:fill="D9E2F3"/>
            <w:tcMar>
              <w:top w:w="20" w:type="dxa"/>
              <w:left w:w="50" w:type="dxa"/>
              <w:bottom w:w="20" w:type="dxa"/>
              <w:right w:w="50" w:type="dxa"/>
            </w:tcMar>
          </w:tcPr>
          <w:p w14:paraId="07C150ED" w14:textId="77777777" w:rsidR="00292F36" w:rsidRDefault="00000000">
            <w:r>
              <w:rPr>
                <w:b/>
                <w:sz w:val="16"/>
              </w:rPr>
              <w:t>Benthic PC2</w:t>
            </w:r>
          </w:p>
        </w:tc>
        <w:tc>
          <w:tcPr>
            <w:tcW w:w="1170" w:type="dxa"/>
            <w:shd w:val="clear" w:color="auto" w:fill="D9E2F3"/>
            <w:tcMar>
              <w:top w:w="20" w:type="dxa"/>
              <w:left w:w="50" w:type="dxa"/>
              <w:bottom w:w="20" w:type="dxa"/>
              <w:right w:w="50" w:type="dxa"/>
            </w:tcMar>
          </w:tcPr>
          <w:p w14:paraId="1E4A5B0F" w14:textId="77777777" w:rsidR="00292F36" w:rsidRDefault="00000000">
            <w:r>
              <w:rPr>
                <w:b/>
                <w:sz w:val="16"/>
              </w:rPr>
              <w:t>Max VIF</w:t>
            </w:r>
          </w:p>
        </w:tc>
        <w:tc>
          <w:tcPr>
            <w:tcW w:w="1170" w:type="dxa"/>
            <w:shd w:val="clear" w:color="auto" w:fill="D9E2F3"/>
            <w:tcMar>
              <w:top w:w="20" w:type="dxa"/>
              <w:left w:w="50" w:type="dxa"/>
              <w:bottom w:w="20" w:type="dxa"/>
              <w:right w:w="50" w:type="dxa"/>
            </w:tcMar>
          </w:tcPr>
          <w:p w14:paraId="25940274" w14:textId="77777777" w:rsidR="00292F36" w:rsidRDefault="00000000">
            <w:r>
              <w:rPr>
                <w:b/>
                <w:sz w:val="16"/>
              </w:rPr>
              <w:t>All VIFs &lt; 5</w:t>
            </w:r>
          </w:p>
        </w:tc>
      </w:tr>
      <w:tr w:rsidR="00292F36" w14:paraId="6CEC5274" w14:textId="77777777">
        <w:tc>
          <w:tcPr>
            <w:tcW w:w="1170" w:type="dxa"/>
            <w:tcMar>
              <w:top w:w="20" w:type="dxa"/>
              <w:left w:w="50" w:type="dxa"/>
              <w:bottom w:w="20" w:type="dxa"/>
              <w:right w:w="50" w:type="dxa"/>
            </w:tcMar>
          </w:tcPr>
          <w:p w14:paraId="3135EE31" w14:textId="77777777" w:rsidR="00292F36" w:rsidRDefault="00000000">
            <w:r>
              <w:rPr>
                <w:sz w:val="16"/>
              </w:rPr>
              <w:t>Biomass</w:t>
            </w:r>
          </w:p>
        </w:tc>
        <w:tc>
          <w:tcPr>
            <w:tcW w:w="1170" w:type="dxa"/>
            <w:tcMar>
              <w:top w:w="20" w:type="dxa"/>
              <w:left w:w="50" w:type="dxa"/>
              <w:bottom w:w="20" w:type="dxa"/>
              <w:right w:w="50" w:type="dxa"/>
            </w:tcMar>
          </w:tcPr>
          <w:p w14:paraId="7CFF9EA5" w14:textId="77777777" w:rsidR="00292F36" w:rsidRDefault="00000000">
            <w:r>
              <w:rPr>
                <w:sz w:val="16"/>
              </w:rPr>
              <w:t>1.081</w:t>
            </w:r>
          </w:p>
        </w:tc>
        <w:tc>
          <w:tcPr>
            <w:tcW w:w="1170" w:type="dxa"/>
            <w:tcMar>
              <w:top w:w="20" w:type="dxa"/>
              <w:left w:w="50" w:type="dxa"/>
              <w:bottom w:w="20" w:type="dxa"/>
              <w:right w:w="50" w:type="dxa"/>
            </w:tcMar>
          </w:tcPr>
          <w:p w14:paraId="75761FC4" w14:textId="77777777" w:rsidR="00292F36" w:rsidRDefault="00000000">
            <w:r>
              <w:rPr>
                <w:sz w:val="16"/>
              </w:rPr>
              <w:t>1.185</w:t>
            </w:r>
          </w:p>
        </w:tc>
        <w:tc>
          <w:tcPr>
            <w:tcW w:w="1170" w:type="dxa"/>
            <w:tcMar>
              <w:top w:w="20" w:type="dxa"/>
              <w:left w:w="50" w:type="dxa"/>
              <w:bottom w:w="20" w:type="dxa"/>
              <w:right w:w="50" w:type="dxa"/>
            </w:tcMar>
          </w:tcPr>
          <w:p w14:paraId="4FAD9DC2" w14:textId="77777777" w:rsidR="00292F36" w:rsidRDefault="00000000">
            <w:r>
              <w:rPr>
                <w:sz w:val="16"/>
              </w:rPr>
              <w:t>1.496</w:t>
            </w:r>
          </w:p>
        </w:tc>
        <w:tc>
          <w:tcPr>
            <w:tcW w:w="1170" w:type="dxa"/>
            <w:tcMar>
              <w:top w:w="20" w:type="dxa"/>
              <w:left w:w="50" w:type="dxa"/>
              <w:bottom w:w="20" w:type="dxa"/>
              <w:right w:w="50" w:type="dxa"/>
            </w:tcMar>
          </w:tcPr>
          <w:p w14:paraId="528A098C" w14:textId="77777777" w:rsidR="00292F36" w:rsidRDefault="00000000">
            <w:r>
              <w:rPr>
                <w:sz w:val="16"/>
              </w:rPr>
              <w:t>1.086</w:t>
            </w:r>
          </w:p>
        </w:tc>
        <w:tc>
          <w:tcPr>
            <w:tcW w:w="1170" w:type="dxa"/>
            <w:tcMar>
              <w:top w:w="20" w:type="dxa"/>
              <w:left w:w="50" w:type="dxa"/>
              <w:bottom w:w="20" w:type="dxa"/>
              <w:right w:w="50" w:type="dxa"/>
            </w:tcMar>
          </w:tcPr>
          <w:p w14:paraId="149D132F" w14:textId="77777777" w:rsidR="00292F36" w:rsidRDefault="00000000">
            <w:r>
              <w:rPr>
                <w:sz w:val="16"/>
              </w:rPr>
              <w:t>1.382</w:t>
            </w:r>
          </w:p>
        </w:tc>
        <w:tc>
          <w:tcPr>
            <w:tcW w:w="1170" w:type="dxa"/>
            <w:tcMar>
              <w:top w:w="20" w:type="dxa"/>
              <w:left w:w="50" w:type="dxa"/>
              <w:bottom w:w="20" w:type="dxa"/>
              <w:right w:w="50" w:type="dxa"/>
            </w:tcMar>
          </w:tcPr>
          <w:p w14:paraId="68F5A4F3" w14:textId="77777777" w:rsidR="00292F36" w:rsidRDefault="00000000">
            <w:r>
              <w:rPr>
                <w:sz w:val="16"/>
              </w:rPr>
              <w:t>1.496</w:t>
            </w:r>
          </w:p>
        </w:tc>
        <w:tc>
          <w:tcPr>
            <w:tcW w:w="1170" w:type="dxa"/>
            <w:tcMar>
              <w:top w:w="20" w:type="dxa"/>
              <w:left w:w="50" w:type="dxa"/>
              <w:bottom w:w="20" w:type="dxa"/>
              <w:right w:w="50" w:type="dxa"/>
            </w:tcMar>
          </w:tcPr>
          <w:p w14:paraId="32C5E4EE" w14:textId="77777777" w:rsidR="00292F36" w:rsidRDefault="00000000">
            <w:r>
              <w:rPr>
                <w:sz w:val="16"/>
              </w:rPr>
              <w:t>True</w:t>
            </w:r>
          </w:p>
        </w:tc>
      </w:tr>
      <w:tr w:rsidR="00292F36" w14:paraId="75AAB48F" w14:textId="77777777">
        <w:tc>
          <w:tcPr>
            <w:tcW w:w="1170" w:type="dxa"/>
            <w:tcMar>
              <w:top w:w="20" w:type="dxa"/>
              <w:left w:w="50" w:type="dxa"/>
              <w:bottom w:w="20" w:type="dxa"/>
              <w:right w:w="50" w:type="dxa"/>
            </w:tcMar>
          </w:tcPr>
          <w:p w14:paraId="41241DBB" w14:textId="77777777" w:rsidR="00292F36" w:rsidRDefault="00000000">
            <w:r>
              <w:rPr>
                <w:sz w:val="16"/>
              </w:rPr>
              <w:t>Productivity</w:t>
            </w:r>
          </w:p>
        </w:tc>
        <w:tc>
          <w:tcPr>
            <w:tcW w:w="1170" w:type="dxa"/>
            <w:tcMar>
              <w:top w:w="20" w:type="dxa"/>
              <w:left w:w="50" w:type="dxa"/>
              <w:bottom w:w="20" w:type="dxa"/>
              <w:right w:w="50" w:type="dxa"/>
            </w:tcMar>
          </w:tcPr>
          <w:p w14:paraId="219576DC" w14:textId="77777777" w:rsidR="00292F36" w:rsidRDefault="00000000">
            <w:r>
              <w:rPr>
                <w:sz w:val="16"/>
              </w:rPr>
              <w:t>1.077</w:t>
            </w:r>
          </w:p>
        </w:tc>
        <w:tc>
          <w:tcPr>
            <w:tcW w:w="1170" w:type="dxa"/>
            <w:tcMar>
              <w:top w:w="20" w:type="dxa"/>
              <w:left w:w="50" w:type="dxa"/>
              <w:bottom w:w="20" w:type="dxa"/>
              <w:right w:w="50" w:type="dxa"/>
            </w:tcMar>
          </w:tcPr>
          <w:p w14:paraId="7DFDAD49" w14:textId="77777777" w:rsidR="00292F36" w:rsidRDefault="00000000">
            <w:r>
              <w:rPr>
                <w:sz w:val="16"/>
              </w:rPr>
              <w:t>1.181</w:t>
            </w:r>
          </w:p>
        </w:tc>
        <w:tc>
          <w:tcPr>
            <w:tcW w:w="1170" w:type="dxa"/>
            <w:tcMar>
              <w:top w:w="20" w:type="dxa"/>
              <w:left w:w="50" w:type="dxa"/>
              <w:bottom w:w="20" w:type="dxa"/>
              <w:right w:w="50" w:type="dxa"/>
            </w:tcMar>
          </w:tcPr>
          <w:p w14:paraId="07EDC1C8" w14:textId="77777777" w:rsidR="00292F36" w:rsidRDefault="00000000">
            <w:r>
              <w:rPr>
                <w:sz w:val="16"/>
              </w:rPr>
              <w:t>1.491</w:t>
            </w:r>
          </w:p>
        </w:tc>
        <w:tc>
          <w:tcPr>
            <w:tcW w:w="1170" w:type="dxa"/>
            <w:tcMar>
              <w:top w:w="20" w:type="dxa"/>
              <w:left w:w="50" w:type="dxa"/>
              <w:bottom w:w="20" w:type="dxa"/>
              <w:right w:w="50" w:type="dxa"/>
            </w:tcMar>
          </w:tcPr>
          <w:p w14:paraId="472FDDAA" w14:textId="77777777" w:rsidR="00292F36" w:rsidRDefault="00000000">
            <w:r>
              <w:rPr>
                <w:sz w:val="16"/>
              </w:rPr>
              <w:t>1.081</w:t>
            </w:r>
          </w:p>
        </w:tc>
        <w:tc>
          <w:tcPr>
            <w:tcW w:w="1170" w:type="dxa"/>
            <w:tcMar>
              <w:top w:w="20" w:type="dxa"/>
              <w:left w:w="50" w:type="dxa"/>
              <w:bottom w:w="20" w:type="dxa"/>
              <w:right w:w="50" w:type="dxa"/>
            </w:tcMar>
          </w:tcPr>
          <w:p w14:paraId="12578B97" w14:textId="77777777" w:rsidR="00292F36" w:rsidRDefault="00000000">
            <w:r>
              <w:rPr>
                <w:sz w:val="16"/>
              </w:rPr>
              <w:t>1.383</w:t>
            </w:r>
          </w:p>
        </w:tc>
        <w:tc>
          <w:tcPr>
            <w:tcW w:w="1170" w:type="dxa"/>
            <w:tcMar>
              <w:top w:w="20" w:type="dxa"/>
              <w:left w:w="50" w:type="dxa"/>
              <w:bottom w:w="20" w:type="dxa"/>
              <w:right w:w="50" w:type="dxa"/>
            </w:tcMar>
          </w:tcPr>
          <w:p w14:paraId="4392E89C" w14:textId="77777777" w:rsidR="00292F36" w:rsidRDefault="00000000">
            <w:r>
              <w:rPr>
                <w:sz w:val="16"/>
              </w:rPr>
              <w:t>1.491</w:t>
            </w:r>
          </w:p>
        </w:tc>
        <w:tc>
          <w:tcPr>
            <w:tcW w:w="1170" w:type="dxa"/>
            <w:tcMar>
              <w:top w:w="20" w:type="dxa"/>
              <w:left w:w="50" w:type="dxa"/>
              <w:bottom w:w="20" w:type="dxa"/>
              <w:right w:w="50" w:type="dxa"/>
            </w:tcMar>
          </w:tcPr>
          <w:p w14:paraId="75F290D2" w14:textId="77777777" w:rsidR="00292F36" w:rsidRDefault="00000000">
            <w:r>
              <w:rPr>
                <w:sz w:val="16"/>
              </w:rPr>
              <w:t>True</w:t>
            </w:r>
          </w:p>
        </w:tc>
      </w:tr>
      <w:tr w:rsidR="00292F36" w14:paraId="34812676" w14:textId="77777777">
        <w:tc>
          <w:tcPr>
            <w:tcW w:w="1170" w:type="dxa"/>
            <w:tcMar>
              <w:top w:w="20" w:type="dxa"/>
              <w:left w:w="50" w:type="dxa"/>
              <w:bottom w:w="20" w:type="dxa"/>
              <w:right w:w="50" w:type="dxa"/>
            </w:tcMar>
          </w:tcPr>
          <w:p w14:paraId="30DDBDEC" w14:textId="77777777" w:rsidR="00292F36" w:rsidRDefault="00000000">
            <w:r>
              <w:rPr>
                <w:sz w:val="16"/>
              </w:rPr>
              <w:t>Turnover</w:t>
            </w:r>
          </w:p>
        </w:tc>
        <w:tc>
          <w:tcPr>
            <w:tcW w:w="1170" w:type="dxa"/>
            <w:tcMar>
              <w:top w:w="20" w:type="dxa"/>
              <w:left w:w="50" w:type="dxa"/>
              <w:bottom w:w="20" w:type="dxa"/>
              <w:right w:w="50" w:type="dxa"/>
            </w:tcMar>
          </w:tcPr>
          <w:p w14:paraId="45CBD6D5" w14:textId="77777777" w:rsidR="00292F36" w:rsidRDefault="00000000">
            <w:r>
              <w:rPr>
                <w:sz w:val="16"/>
              </w:rPr>
              <w:t>1.077</w:t>
            </w:r>
          </w:p>
        </w:tc>
        <w:tc>
          <w:tcPr>
            <w:tcW w:w="1170" w:type="dxa"/>
            <w:tcMar>
              <w:top w:w="20" w:type="dxa"/>
              <w:left w:w="50" w:type="dxa"/>
              <w:bottom w:w="20" w:type="dxa"/>
              <w:right w:w="50" w:type="dxa"/>
            </w:tcMar>
          </w:tcPr>
          <w:p w14:paraId="37FD89E3" w14:textId="77777777" w:rsidR="00292F36" w:rsidRDefault="00000000">
            <w:r>
              <w:rPr>
                <w:sz w:val="16"/>
              </w:rPr>
              <w:t>1.181</w:t>
            </w:r>
          </w:p>
        </w:tc>
        <w:tc>
          <w:tcPr>
            <w:tcW w:w="1170" w:type="dxa"/>
            <w:tcMar>
              <w:top w:w="20" w:type="dxa"/>
              <w:left w:w="50" w:type="dxa"/>
              <w:bottom w:w="20" w:type="dxa"/>
              <w:right w:w="50" w:type="dxa"/>
            </w:tcMar>
          </w:tcPr>
          <w:p w14:paraId="149FA182" w14:textId="77777777" w:rsidR="00292F36" w:rsidRDefault="00000000">
            <w:r>
              <w:rPr>
                <w:sz w:val="16"/>
              </w:rPr>
              <w:t>1.491</w:t>
            </w:r>
          </w:p>
        </w:tc>
        <w:tc>
          <w:tcPr>
            <w:tcW w:w="1170" w:type="dxa"/>
            <w:tcMar>
              <w:top w:w="20" w:type="dxa"/>
              <w:left w:w="50" w:type="dxa"/>
              <w:bottom w:w="20" w:type="dxa"/>
              <w:right w:w="50" w:type="dxa"/>
            </w:tcMar>
          </w:tcPr>
          <w:p w14:paraId="4B03BC1C" w14:textId="77777777" w:rsidR="00292F36" w:rsidRDefault="00000000">
            <w:r>
              <w:rPr>
                <w:sz w:val="16"/>
              </w:rPr>
              <w:t>1.081</w:t>
            </w:r>
          </w:p>
        </w:tc>
        <w:tc>
          <w:tcPr>
            <w:tcW w:w="1170" w:type="dxa"/>
            <w:tcMar>
              <w:top w:w="20" w:type="dxa"/>
              <w:left w:w="50" w:type="dxa"/>
              <w:bottom w:w="20" w:type="dxa"/>
              <w:right w:w="50" w:type="dxa"/>
            </w:tcMar>
          </w:tcPr>
          <w:p w14:paraId="69546DBD" w14:textId="77777777" w:rsidR="00292F36" w:rsidRDefault="00000000">
            <w:r>
              <w:rPr>
                <w:sz w:val="16"/>
              </w:rPr>
              <w:t>1.383</w:t>
            </w:r>
          </w:p>
        </w:tc>
        <w:tc>
          <w:tcPr>
            <w:tcW w:w="1170" w:type="dxa"/>
            <w:tcMar>
              <w:top w:w="20" w:type="dxa"/>
              <w:left w:w="50" w:type="dxa"/>
              <w:bottom w:w="20" w:type="dxa"/>
              <w:right w:w="50" w:type="dxa"/>
            </w:tcMar>
          </w:tcPr>
          <w:p w14:paraId="6702D741" w14:textId="77777777" w:rsidR="00292F36" w:rsidRDefault="00000000">
            <w:r>
              <w:rPr>
                <w:sz w:val="16"/>
              </w:rPr>
              <w:t>1.491</w:t>
            </w:r>
          </w:p>
        </w:tc>
        <w:tc>
          <w:tcPr>
            <w:tcW w:w="1170" w:type="dxa"/>
            <w:tcMar>
              <w:top w:w="20" w:type="dxa"/>
              <w:left w:w="50" w:type="dxa"/>
              <w:bottom w:w="20" w:type="dxa"/>
              <w:right w:w="50" w:type="dxa"/>
            </w:tcMar>
          </w:tcPr>
          <w:p w14:paraId="7308D285" w14:textId="77777777" w:rsidR="00292F36" w:rsidRDefault="00000000">
            <w:r>
              <w:rPr>
                <w:sz w:val="16"/>
              </w:rPr>
              <w:t>True</w:t>
            </w:r>
          </w:p>
        </w:tc>
      </w:tr>
      <w:tr w:rsidR="00292F36" w14:paraId="3751670B" w14:textId="77777777">
        <w:tc>
          <w:tcPr>
            <w:tcW w:w="1170" w:type="dxa"/>
            <w:tcMar>
              <w:top w:w="20" w:type="dxa"/>
              <w:left w:w="50" w:type="dxa"/>
              <w:bottom w:w="20" w:type="dxa"/>
              <w:right w:w="50" w:type="dxa"/>
            </w:tcMar>
          </w:tcPr>
          <w:p w14:paraId="59AD5728" w14:textId="77777777" w:rsidR="00292F36" w:rsidRDefault="00000000">
            <w:r>
              <w:rPr>
                <w:sz w:val="16"/>
              </w:rPr>
              <w:t>Calcium</w:t>
            </w:r>
          </w:p>
        </w:tc>
        <w:tc>
          <w:tcPr>
            <w:tcW w:w="1170" w:type="dxa"/>
            <w:tcMar>
              <w:top w:w="20" w:type="dxa"/>
              <w:left w:w="50" w:type="dxa"/>
              <w:bottom w:w="20" w:type="dxa"/>
              <w:right w:w="50" w:type="dxa"/>
            </w:tcMar>
          </w:tcPr>
          <w:p w14:paraId="69F56EA6" w14:textId="77777777" w:rsidR="00292F36" w:rsidRDefault="00000000">
            <w:r>
              <w:rPr>
                <w:sz w:val="16"/>
              </w:rPr>
              <w:t>1.081</w:t>
            </w:r>
          </w:p>
        </w:tc>
        <w:tc>
          <w:tcPr>
            <w:tcW w:w="1170" w:type="dxa"/>
            <w:tcMar>
              <w:top w:w="20" w:type="dxa"/>
              <w:left w:w="50" w:type="dxa"/>
              <w:bottom w:w="20" w:type="dxa"/>
              <w:right w:w="50" w:type="dxa"/>
            </w:tcMar>
          </w:tcPr>
          <w:p w14:paraId="07A2BD56" w14:textId="77777777" w:rsidR="00292F36" w:rsidRDefault="00000000">
            <w:r>
              <w:rPr>
                <w:sz w:val="16"/>
              </w:rPr>
              <w:t>1.185</w:t>
            </w:r>
          </w:p>
        </w:tc>
        <w:tc>
          <w:tcPr>
            <w:tcW w:w="1170" w:type="dxa"/>
            <w:tcMar>
              <w:top w:w="20" w:type="dxa"/>
              <w:left w:w="50" w:type="dxa"/>
              <w:bottom w:w="20" w:type="dxa"/>
              <w:right w:w="50" w:type="dxa"/>
            </w:tcMar>
          </w:tcPr>
          <w:p w14:paraId="0946365B" w14:textId="77777777" w:rsidR="00292F36" w:rsidRDefault="00000000">
            <w:r>
              <w:rPr>
                <w:sz w:val="16"/>
              </w:rPr>
              <w:t>1.496</w:t>
            </w:r>
          </w:p>
        </w:tc>
        <w:tc>
          <w:tcPr>
            <w:tcW w:w="1170" w:type="dxa"/>
            <w:tcMar>
              <w:top w:w="20" w:type="dxa"/>
              <w:left w:w="50" w:type="dxa"/>
              <w:bottom w:w="20" w:type="dxa"/>
              <w:right w:w="50" w:type="dxa"/>
            </w:tcMar>
          </w:tcPr>
          <w:p w14:paraId="659FF7AE" w14:textId="77777777" w:rsidR="00292F36" w:rsidRDefault="00000000">
            <w:r>
              <w:rPr>
                <w:sz w:val="16"/>
              </w:rPr>
              <w:t>1.086</w:t>
            </w:r>
          </w:p>
        </w:tc>
        <w:tc>
          <w:tcPr>
            <w:tcW w:w="1170" w:type="dxa"/>
            <w:tcMar>
              <w:top w:w="20" w:type="dxa"/>
              <w:left w:w="50" w:type="dxa"/>
              <w:bottom w:w="20" w:type="dxa"/>
              <w:right w:w="50" w:type="dxa"/>
            </w:tcMar>
          </w:tcPr>
          <w:p w14:paraId="44EDB802" w14:textId="77777777" w:rsidR="00292F36" w:rsidRDefault="00000000">
            <w:r>
              <w:rPr>
                <w:sz w:val="16"/>
              </w:rPr>
              <w:t>1.382</w:t>
            </w:r>
          </w:p>
        </w:tc>
        <w:tc>
          <w:tcPr>
            <w:tcW w:w="1170" w:type="dxa"/>
            <w:tcMar>
              <w:top w:w="20" w:type="dxa"/>
              <w:left w:w="50" w:type="dxa"/>
              <w:bottom w:w="20" w:type="dxa"/>
              <w:right w:w="50" w:type="dxa"/>
            </w:tcMar>
          </w:tcPr>
          <w:p w14:paraId="6EB910D8" w14:textId="77777777" w:rsidR="00292F36" w:rsidRDefault="00000000">
            <w:r>
              <w:rPr>
                <w:sz w:val="16"/>
              </w:rPr>
              <w:t>1.496</w:t>
            </w:r>
          </w:p>
        </w:tc>
        <w:tc>
          <w:tcPr>
            <w:tcW w:w="1170" w:type="dxa"/>
            <w:tcMar>
              <w:top w:w="20" w:type="dxa"/>
              <w:left w:w="50" w:type="dxa"/>
              <w:bottom w:w="20" w:type="dxa"/>
              <w:right w:w="50" w:type="dxa"/>
            </w:tcMar>
          </w:tcPr>
          <w:p w14:paraId="4CC832CB" w14:textId="77777777" w:rsidR="00292F36" w:rsidRDefault="00000000">
            <w:r>
              <w:rPr>
                <w:sz w:val="16"/>
              </w:rPr>
              <w:t>True</w:t>
            </w:r>
          </w:p>
        </w:tc>
      </w:tr>
      <w:tr w:rsidR="00292F36" w14:paraId="7533D2B8" w14:textId="77777777">
        <w:tc>
          <w:tcPr>
            <w:tcW w:w="1170" w:type="dxa"/>
            <w:tcMar>
              <w:top w:w="20" w:type="dxa"/>
              <w:left w:w="50" w:type="dxa"/>
              <w:bottom w:w="20" w:type="dxa"/>
              <w:right w:w="50" w:type="dxa"/>
            </w:tcMar>
          </w:tcPr>
          <w:p w14:paraId="48EAEDE8" w14:textId="77777777" w:rsidR="00292F36" w:rsidRDefault="00000000">
            <w:r>
              <w:rPr>
                <w:sz w:val="16"/>
              </w:rPr>
              <w:t>Iron</w:t>
            </w:r>
          </w:p>
        </w:tc>
        <w:tc>
          <w:tcPr>
            <w:tcW w:w="1170" w:type="dxa"/>
            <w:tcMar>
              <w:top w:w="20" w:type="dxa"/>
              <w:left w:w="50" w:type="dxa"/>
              <w:bottom w:w="20" w:type="dxa"/>
              <w:right w:w="50" w:type="dxa"/>
            </w:tcMar>
          </w:tcPr>
          <w:p w14:paraId="77B5C01C" w14:textId="77777777" w:rsidR="00292F36" w:rsidRDefault="00000000">
            <w:r>
              <w:rPr>
                <w:sz w:val="16"/>
              </w:rPr>
              <w:t>1.081</w:t>
            </w:r>
          </w:p>
        </w:tc>
        <w:tc>
          <w:tcPr>
            <w:tcW w:w="1170" w:type="dxa"/>
            <w:tcMar>
              <w:top w:w="20" w:type="dxa"/>
              <w:left w:w="50" w:type="dxa"/>
              <w:bottom w:w="20" w:type="dxa"/>
              <w:right w:w="50" w:type="dxa"/>
            </w:tcMar>
          </w:tcPr>
          <w:p w14:paraId="1297E26B" w14:textId="77777777" w:rsidR="00292F36" w:rsidRDefault="00000000">
            <w:r>
              <w:rPr>
                <w:sz w:val="16"/>
              </w:rPr>
              <w:t>1.185</w:t>
            </w:r>
          </w:p>
        </w:tc>
        <w:tc>
          <w:tcPr>
            <w:tcW w:w="1170" w:type="dxa"/>
            <w:tcMar>
              <w:top w:w="20" w:type="dxa"/>
              <w:left w:w="50" w:type="dxa"/>
              <w:bottom w:w="20" w:type="dxa"/>
              <w:right w:w="50" w:type="dxa"/>
            </w:tcMar>
          </w:tcPr>
          <w:p w14:paraId="67D5DA17" w14:textId="77777777" w:rsidR="00292F36" w:rsidRDefault="00000000">
            <w:r>
              <w:rPr>
                <w:sz w:val="16"/>
              </w:rPr>
              <w:t>1.496</w:t>
            </w:r>
          </w:p>
        </w:tc>
        <w:tc>
          <w:tcPr>
            <w:tcW w:w="1170" w:type="dxa"/>
            <w:tcMar>
              <w:top w:w="20" w:type="dxa"/>
              <w:left w:w="50" w:type="dxa"/>
              <w:bottom w:w="20" w:type="dxa"/>
              <w:right w:w="50" w:type="dxa"/>
            </w:tcMar>
          </w:tcPr>
          <w:p w14:paraId="121C9F8A" w14:textId="77777777" w:rsidR="00292F36" w:rsidRDefault="00000000">
            <w:r>
              <w:rPr>
                <w:sz w:val="16"/>
              </w:rPr>
              <w:t>1.086</w:t>
            </w:r>
          </w:p>
        </w:tc>
        <w:tc>
          <w:tcPr>
            <w:tcW w:w="1170" w:type="dxa"/>
            <w:tcMar>
              <w:top w:w="20" w:type="dxa"/>
              <w:left w:w="50" w:type="dxa"/>
              <w:bottom w:w="20" w:type="dxa"/>
              <w:right w:w="50" w:type="dxa"/>
            </w:tcMar>
          </w:tcPr>
          <w:p w14:paraId="6F213C49" w14:textId="77777777" w:rsidR="00292F36" w:rsidRDefault="00000000">
            <w:r>
              <w:rPr>
                <w:sz w:val="16"/>
              </w:rPr>
              <w:t>1.382</w:t>
            </w:r>
          </w:p>
        </w:tc>
        <w:tc>
          <w:tcPr>
            <w:tcW w:w="1170" w:type="dxa"/>
            <w:tcMar>
              <w:top w:w="20" w:type="dxa"/>
              <w:left w:w="50" w:type="dxa"/>
              <w:bottom w:w="20" w:type="dxa"/>
              <w:right w:w="50" w:type="dxa"/>
            </w:tcMar>
          </w:tcPr>
          <w:p w14:paraId="69129D79" w14:textId="77777777" w:rsidR="00292F36" w:rsidRDefault="00000000">
            <w:r>
              <w:rPr>
                <w:sz w:val="16"/>
              </w:rPr>
              <w:t>1.496</w:t>
            </w:r>
          </w:p>
        </w:tc>
        <w:tc>
          <w:tcPr>
            <w:tcW w:w="1170" w:type="dxa"/>
            <w:tcMar>
              <w:top w:w="20" w:type="dxa"/>
              <w:left w:w="50" w:type="dxa"/>
              <w:bottom w:w="20" w:type="dxa"/>
              <w:right w:w="50" w:type="dxa"/>
            </w:tcMar>
          </w:tcPr>
          <w:p w14:paraId="0A302CD0" w14:textId="77777777" w:rsidR="00292F36" w:rsidRDefault="00000000">
            <w:r>
              <w:rPr>
                <w:sz w:val="16"/>
              </w:rPr>
              <w:t>True</w:t>
            </w:r>
          </w:p>
        </w:tc>
      </w:tr>
      <w:tr w:rsidR="00292F36" w14:paraId="4A74A69A" w14:textId="77777777">
        <w:tc>
          <w:tcPr>
            <w:tcW w:w="1170" w:type="dxa"/>
            <w:tcMar>
              <w:top w:w="20" w:type="dxa"/>
              <w:left w:w="50" w:type="dxa"/>
              <w:bottom w:w="20" w:type="dxa"/>
              <w:right w:w="50" w:type="dxa"/>
            </w:tcMar>
          </w:tcPr>
          <w:p w14:paraId="6027CEA8" w14:textId="77777777" w:rsidR="00292F36" w:rsidRDefault="00000000">
            <w:r>
              <w:rPr>
                <w:sz w:val="16"/>
              </w:rPr>
              <w:t>Omega3</w:t>
            </w:r>
          </w:p>
        </w:tc>
        <w:tc>
          <w:tcPr>
            <w:tcW w:w="1170" w:type="dxa"/>
            <w:tcMar>
              <w:top w:w="20" w:type="dxa"/>
              <w:left w:w="50" w:type="dxa"/>
              <w:bottom w:w="20" w:type="dxa"/>
              <w:right w:w="50" w:type="dxa"/>
            </w:tcMar>
          </w:tcPr>
          <w:p w14:paraId="722FFFEF" w14:textId="77777777" w:rsidR="00292F36" w:rsidRDefault="00000000">
            <w:r>
              <w:rPr>
                <w:sz w:val="16"/>
              </w:rPr>
              <w:t>1.081</w:t>
            </w:r>
          </w:p>
        </w:tc>
        <w:tc>
          <w:tcPr>
            <w:tcW w:w="1170" w:type="dxa"/>
            <w:tcMar>
              <w:top w:w="20" w:type="dxa"/>
              <w:left w:w="50" w:type="dxa"/>
              <w:bottom w:w="20" w:type="dxa"/>
              <w:right w:w="50" w:type="dxa"/>
            </w:tcMar>
          </w:tcPr>
          <w:p w14:paraId="367A6C29" w14:textId="77777777" w:rsidR="00292F36" w:rsidRDefault="00000000">
            <w:r>
              <w:rPr>
                <w:sz w:val="16"/>
              </w:rPr>
              <w:t>1.185</w:t>
            </w:r>
          </w:p>
        </w:tc>
        <w:tc>
          <w:tcPr>
            <w:tcW w:w="1170" w:type="dxa"/>
            <w:tcMar>
              <w:top w:w="20" w:type="dxa"/>
              <w:left w:w="50" w:type="dxa"/>
              <w:bottom w:w="20" w:type="dxa"/>
              <w:right w:w="50" w:type="dxa"/>
            </w:tcMar>
          </w:tcPr>
          <w:p w14:paraId="11942FCC" w14:textId="77777777" w:rsidR="00292F36" w:rsidRDefault="00000000">
            <w:r>
              <w:rPr>
                <w:sz w:val="16"/>
              </w:rPr>
              <w:t>1.496</w:t>
            </w:r>
          </w:p>
        </w:tc>
        <w:tc>
          <w:tcPr>
            <w:tcW w:w="1170" w:type="dxa"/>
            <w:tcMar>
              <w:top w:w="20" w:type="dxa"/>
              <w:left w:w="50" w:type="dxa"/>
              <w:bottom w:w="20" w:type="dxa"/>
              <w:right w:w="50" w:type="dxa"/>
            </w:tcMar>
          </w:tcPr>
          <w:p w14:paraId="7CFA62D9" w14:textId="77777777" w:rsidR="00292F36" w:rsidRDefault="00000000">
            <w:r>
              <w:rPr>
                <w:sz w:val="16"/>
              </w:rPr>
              <w:t>1.086</w:t>
            </w:r>
          </w:p>
        </w:tc>
        <w:tc>
          <w:tcPr>
            <w:tcW w:w="1170" w:type="dxa"/>
            <w:tcMar>
              <w:top w:w="20" w:type="dxa"/>
              <w:left w:w="50" w:type="dxa"/>
              <w:bottom w:w="20" w:type="dxa"/>
              <w:right w:w="50" w:type="dxa"/>
            </w:tcMar>
          </w:tcPr>
          <w:p w14:paraId="2CAF1273" w14:textId="77777777" w:rsidR="00292F36" w:rsidRDefault="00000000">
            <w:r>
              <w:rPr>
                <w:sz w:val="16"/>
              </w:rPr>
              <w:t>1.382</w:t>
            </w:r>
          </w:p>
        </w:tc>
        <w:tc>
          <w:tcPr>
            <w:tcW w:w="1170" w:type="dxa"/>
            <w:tcMar>
              <w:top w:w="20" w:type="dxa"/>
              <w:left w:w="50" w:type="dxa"/>
              <w:bottom w:w="20" w:type="dxa"/>
              <w:right w:w="50" w:type="dxa"/>
            </w:tcMar>
          </w:tcPr>
          <w:p w14:paraId="536383BE" w14:textId="77777777" w:rsidR="00292F36" w:rsidRDefault="00000000">
            <w:r>
              <w:rPr>
                <w:sz w:val="16"/>
              </w:rPr>
              <w:t>1.496</w:t>
            </w:r>
          </w:p>
        </w:tc>
        <w:tc>
          <w:tcPr>
            <w:tcW w:w="1170" w:type="dxa"/>
            <w:tcMar>
              <w:top w:w="20" w:type="dxa"/>
              <w:left w:w="50" w:type="dxa"/>
              <w:bottom w:w="20" w:type="dxa"/>
              <w:right w:w="50" w:type="dxa"/>
            </w:tcMar>
          </w:tcPr>
          <w:p w14:paraId="2BC1F22E" w14:textId="77777777" w:rsidR="00292F36" w:rsidRDefault="00000000">
            <w:r>
              <w:rPr>
                <w:sz w:val="16"/>
              </w:rPr>
              <w:t>True</w:t>
            </w:r>
          </w:p>
        </w:tc>
      </w:tr>
      <w:tr w:rsidR="00292F36" w14:paraId="30B95552" w14:textId="77777777">
        <w:tc>
          <w:tcPr>
            <w:tcW w:w="1170" w:type="dxa"/>
            <w:tcMar>
              <w:top w:w="20" w:type="dxa"/>
              <w:left w:w="50" w:type="dxa"/>
              <w:bottom w:w="20" w:type="dxa"/>
              <w:right w:w="50" w:type="dxa"/>
            </w:tcMar>
          </w:tcPr>
          <w:p w14:paraId="78283E41" w14:textId="77777777" w:rsidR="00292F36" w:rsidRDefault="00000000">
            <w:r>
              <w:rPr>
                <w:sz w:val="16"/>
              </w:rPr>
              <w:t>Selenium</w:t>
            </w:r>
          </w:p>
        </w:tc>
        <w:tc>
          <w:tcPr>
            <w:tcW w:w="1170" w:type="dxa"/>
            <w:tcMar>
              <w:top w:w="20" w:type="dxa"/>
              <w:left w:w="50" w:type="dxa"/>
              <w:bottom w:w="20" w:type="dxa"/>
              <w:right w:w="50" w:type="dxa"/>
            </w:tcMar>
          </w:tcPr>
          <w:p w14:paraId="3AE93B6D" w14:textId="77777777" w:rsidR="00292F36" w:rsidRDefault="00000000">
            <w:r>
              <w:rPr>
                <w:sz w:val="16"/>
              </w:rPr>
              <w:t>1.081</w:t>
            </w:r>
          </w:p>
        </w:tc>
        <w:tc>
          <w:tcPr>
            <w:tcW w:w="1170" w:type="dxa"/>
            <w:tcMar>
              <w:top w:w="20" w:type="dxa"/>
              <w:left w:w="50" w:type="dxa"/>
              <w:bottom w:w="20" w:type="dxa"/>
              <w:right w:w="50" w:type="dxa"/>
            </w:tcMar>
          </w:tcPr>
          <w:p w14:paraId="20998929" w14:textId="77777777" w:rsidR="00292F36" w:rsidRDefault="00000000">
            <w:r>
              <w:rPr>
                <w:sz w:val="16"/>
              </w:rPr>
              <w:t>1.185</w:t>
            </w:r>
          </w:p>
        </w:tc>
        <w:tc>
          <w:tcPr>
            <w:tcW w:w="1170" w:type="dxa"/>
            <w:tcMar>
              <w:top w:w="20" w:type="dxa"/>
              <w:left w:w="50" w:type="dxa"/>
              <w:bottom w:w="20" w:type="dxa"/>
              <w:right w:w="50" w:type="dxa"/>
            </w:tcMar>
          </w:tcPr>
          <w:p w14:paraId="3D2FA517" w14:textId="77777777" w:rsidR="00292F36" w:rsidRDefault="00000000">
            <w:r>
              <w:rPr>
                <w:sz w:val="16"/>
              </w:rPr>
              <w:t>1.496</w:t>
            </w:r>
          </w:p>
        </w:tc>
        <w:tc>
          <w:tcPr>
            <w:tcW w:w="1170" w:type="dxa"/>
            <w:tcMar>
              <w:top w:w="20" w:type="dxa"/>
              <w:left w:w="50" w:type="dxa"/>
              <w:bottom w:w="20" w:type="dxa"/>
              <w:right w:w="50" w:type="dxa"/>
            </w:tcMar>
          </w:tcPr>
          <w:p w14:paraId="67DD29DC" w14:textId="77777777" w:rsidR="00292F36" w:rsidRDefault="00000000">
            <w:r>
              <w:rPr>
                <w:sz w:val="16"/>
              </w:rPr>
              <w:t>1.086</w:t>
            </w:r>
          </w:p>
        </w:tc>
        <w:tc>
          <w:tcPr>
            <w:tcW w:w="1170" w:type="dxa"/>
            <w:tcMar>
              <w:top w:w="20" w:type="dxa"/>
              <w:left w:w="50" w:type="dxa"/>
              <w:bottom w:w="20" w:type="dxa"/>
              <w:right w:w="50" w:type="dxa"/>
            </w:tcMar>
          </w:tcPr>
          <w:p w14:paraId="2A9BDA34" w14:textId="77777777" w:rsidR="00292F36" w:rsidRDefault="00000000">
            <w:r>
              <w:rPr>
                <w:sz w:val="16"/>
              </w:rPr>
              <w:t>1.382</w:t>
            </w:r>
          </w:p>
        </w:tc>
        <w:tc>
          <w:tcPr>
            <w:tcW w:w="1170" w:type="dxa"/>
            <w:tcMar>
              <w:top w:w="20" w:type="dxa"/>
              <w:left w:w="50" w:type="dxa"/>
              <w:bottom w:w="20" w:type="dxa"/>
              <w:right w:w="50" w:type="dxa"/>
            </w:tcMar>
          </w:tcPr>
          <w:p w14:paraId="380ECB57" w14:textId="77777777" w:rsidR="00292F36" w:rsidRDefault="00000000">
            <w:r>
              <w:rPr>
                <w:sz w:val="16"/>
              </w:rPr>
              <w:t>1.496</w:t>
            </w:r>
          </w:p>
        </w:tc>
        <w:tc>
          <w:tcPr>
            <w:tcW w:w="1170" w:type="dxa"/>
            <w:tcMar>
              <w:top w:w="20" w:type="dxa"/>
              <w:left w:w="50" w:type="dxa"/>
              <w:bottom w:w="20" w:type="dxa"/>
              <w:right w:w="50" w:type="dxa"/>
            </w:tcMar>
          </w:tcPr>
          <w:p w14:paraId="2A9BA944" w14:textId="77777777" w:rsidR="00292F36" w:rsidRDefault="00000000">
            <w:r>
              <w:rPr>
                <w:sz w:val="16"/>
              </w:rPr>
              <w:t>True</w:t>
            </w:r>
          </w:p>
        </w:tc>
      </w:tr>
      <w:tr w:rsidR="00292F36" w14:paraId="729BC53A" w14:textId="77777777">
        <w:tc>
          <w:tcPr>
            <w:tcW w:w="1170" w:type="dxa"/>
            <w:tcMar>
              <w:top w:w="20" w:type="dxa"/>
              <w:left w:w="50" w:type="dxa"/>
              <w:bottom w:w="20" w:type="dxa"/>
              <w:right w:w="50" w:type="dxa"/>
            </w:tcMar>
          </w:tcPr>
          <w:p w14:paraId="510AE66E" w14:textId="77777777" w:rsidR="00292F36" w:rsidRDefault="00000000">
            <w:r>
              <w:rPr>
                <w:sz w:val="16"/>
              </w:rPr>
              <w:t>VitaminA</w:t>
            </w:r>
          </w:p>
        </w:tc>
        <w:tc>
          <w:tcPr>
            <w:tcW w:w="1170" w:type="dxa"/>
            <w:tcMar>
              <w:top w:w="20" w:type="dxa"/>
              <w:left w:w="50" w:type="dxa"/>
              <w:bottom w:w="20" w:type="dxa"/>
              <w:right w:w="50" w:type="dxa"/>
            </w:tcMar>
          </w:tcPr>
          <w:p w14:paraId="2A36FA48" w14:textId="77777777" w:rsidR="00292F36" w:rsidRDefault="00000000">
            <w:r>
              <w:rPr>
                <w:sz w:val="16"/>
              </w:rPr>
              <w:t>1.081</w:t>
            </w:r>
          </w:p>
        </w:tc>
        <w:tc>
          <w:tcPr>
            <w:tcW w:w="1170" w:type="dxa"/>
            <w:tcMar>
              <w:top w:w="20" w:type="dxa"/>
              <w:left w:w="50" w:type="dxa"/>
              <w:bottom w:w="20" w:type="dxa"/>
              <w:right w:w="50" w:type="dxa"/>
            </w:tcMar>
          </w:tcPr>
          <w:p w14:paraId="1A2C5A59" w14:textId="77777777" w:rsidR="00292F36" w:rsidRDefault="00000000">
            <w:r>
              <w:rPr>
                <w:sz w:val="16"/>
              </w:rPr>
              <w:t>1.185</w:t>
            </w:r>
          </w:p>
        </w:tc>
        <w:tc>
          <w:tcPr>
            <w:tcW w:w="1170" w:type="dxa"/>
            <w:tcMar>
              <w:top w:w="20" w:type="dxa"/>
              <w:left w:w="50" w:type="dxa"/>
              <w:bottom w:w="20" w:type="dxa"/>
              <w:right w:w="50" w:type="dxa"/>
            </w:tcMar>
          </w:tcPr>
          <w:p w14:paraId="3292D908" w14:textId="77777777" w:rsidR="00292F36" w:rsidRDefault="00000000">
            <w:r>
              <w:rPr>
                <w:sz w:val="16"/>
              </w:rPr>
              <w:t>1.496</w:t>
            </w:r>
          </w:p>
        </w:tc>
        <w:tc>
          <w:tcPr>
            <w:tcW w:w="1170" w:type="dxa"/>
            <w:tcMar>
              <w:top w:w="20" w:type="dxa"/>
              <w:left w:w="50" w:type="dxa"/>
              <w:bottom w:w="20" w:type="dxa"/>
              <w:right w:w="50" w:type="dxa"/>
            </w:tcMar>
          </w:tcPr>
          <w:p w14:paraId="469CD36F" w14:textId="77777777" w:rsidR="00292F36" w:rsidRDefault="00000000">
            <w:r>
              <w:rPr>
                <w:sz w:val="16"/>
              </w:rPr>
              <w:t>1.086</w:t>
            </w:r>
          </w:p>
        </w:tc>
        <w:tc>
          <w:tcPr>
            <w:tcW w:w="1170" w:type="dxa"/>
            <w:tcMar>
              <w:top w:w="20" w:type="dxa"/>
              <w:left w:w="50" w:type="dxa"/>
              <w:bottom w:w="20" w:type="dxa"/>
              <w:right w:w="50" w:type="dxa"/>
            </w:tcMar>
          </w:tcPr>
          <w:p w14:paraId="096826C3" w14:textId="77777777" w:rsidR="00292F36" w:rsidRDefault="00000000">
            <w:r>
              <w:rPr>
                <w:sz w:val="16"/>
              </w:rPr>
              <w:t>1.382</w:t>
            </w:r>
          </w:p>
        </w:tc>
        <w:tc>
          <w:tcPr>
            <w:tcW w:w="1170" w:type="dxa"/>
            <w:tcMar>
              <w:top w:w="20" w:type="dxa"/>
              <w:left w:w="50" w:type="dxa"/>
              <w:bottom w:w="20" w:type="dxa"/>
              <w:right w:w="50" w:type="dxa"/>
            </w:tcMar>
          </w:tcPr>
          <w:p w14:paraId="7BA3CDB8" w14:textId="77777777" w:rsidR="00292F36" w:rsidRDefault="00000000">
            <w:r>
              <w:rPr>
                <w:sz w:val="16"/>
              </w:rPr>
              <w:t>1.496</w:t>
            </w:r>
          </w:p>
        </w:tc>
        <w:tc>
          <w:tcPr>
            <w:tcW w:w="1170" w:type="dxa"/>
            <w:tcMar>
              <w:top w:w="20" w:type="dxa"/>
              <w:left w:w="50" w:type="dxa"/>
              <w:bottom w:w="20" w:type="dxa"/>
              <w:right w:w="50" w:type="dxa"/>
            </w:tcMar>
          </w:tcPr>
          <w:p w14:paraId="5618059A" w14:textId="77777777" w:rsidR="00292F36" w:rsidRDefault="00000000">
            <w:r>
              <w:rPr>
                <w:sz w:val="16"/>
              </w:rPr>
              <w:t>True</w:t>
            </w:r>
          </w:p>
        </w:tc>
      </w:tr>
      <w:tr w:rsidR="00292F36" w14:paraId="33AB85B5" w14:textId="77777777">
        <w:tc>
          <w:tcPr>
            <w:tcW w:w="1170" w:type="dxa"/>
            <w:tcMar>
              <w:top w:w="20" w:type="dxa"/>
              <w:left w:w="50" w:type="dxa"/>
              <w:bottom w:w="20" w:type="dxa"/>
              <w:right w:w="50" w:type="dxa"/>
            </w:tcMar>
          </w:tcPr>
          <w:p w14:paraId="5CEA2B91" w14:textId="77777777" w:rsidR="00292F36" w:rsidRDefault="00000000">
            <w:r>
              <w:rPr>
                <w:sz w:val="16"/>
              </w:rPr>
              <w:t>Zinc</w:t>
            </w:r>
          </w:p>
        </w:tc>
        <w:tc>
          <w:tcPr>
            <w:tcW w:w="1170" w:type="dxa"/>
            <w:tcMar>
              <w:top w:w="20" w:type="dxa"/>
              <w:left w:w="50" w:type="dxa"/>
              <w:bottom w:w="20" w:type="dxa"/>
              <w:right w:w="50" w:type="dxa"/>
            </w:tcMar>
          </w:tcPr>
          <w:p w14:paraId="1E96504A" w14:textId="77777777" w:rsidR="00292F36" w:rsidRDefault="00000000">
            <w:r>
              <w:rPr>
                <w:sz w:val="16"/>
              </w:rPr>
              <w:t>1.081</w:t>
            </w:r>
          </w:p>
        </w:tc>
        <w:tc>
          <w:tcPr>
            <w:tcW w:w="1170" w:type="dxa"/>
            <w:tcMar>
              <w:top w:w="20" w:type="dxa"/>
              <w:left w:w="50" w:type="dxa"/>
              <w:bottom w:w="20" w:type="dxa"/>
              <w:right w:w="50" w:type="dxa"/>
            </w:tcMar>
          </w:tcPr>
          <w:p w14:paraId="0792EEF8" w14:textId="77777777" w:rsidR="00292F36" w:rsidRDefault="00000000">
            <w:r>
              <w:rPr>
                <w:sz w:val="16"/>
              </w:rPr>
              <w:t>1.185</w:t>
            </w:r>
          </w:p>
        </w:tc>
        <w:tc>
          <w:tcPr>
            <w:tcW w:w="1170" w:type="dxa"/>
            <w:tcMar>
              <w:top w:w="20" w:type="dxa"/>
              <w:left w:w="50" w:type="dxa"/>
              <w:bottom w:w="20" w:type="dxa"/>
              <w:right w:w="50" w:type="dxa"/>
            </w:tcMar>
          </w:tcPr>
          <w:p w14:paraId="2AE64988" w14:textId="77777777" w:rsidR="00292F36" w:rsidRDefault="00000000">
            <w:r>
              <w:rPr>
                <w:sz w:val="16"/>
              </w:rPr>
              <w:t>1.496</w:t>
            </w:r>
          </w:p>
        </w:tc>
        <w:tc>
          <w:tcPr>
            <w:tcW w:w="1170" w:type="dxa"/>
            <w:tcMar>
              <w:top w:w="20" w:type="dxa"/>
              <w:left w:w="50" w:type="dxa"/>
              <w:bottom w:w="20" w:type="dxa"/>
              <w:right w:w="50" w:type="dxa"/>
            </w:tcMar>
          </w:tcPr>
          <w:p w14:paraId="5F9FAB0A" w14:textId="77777777" w:rsidR="00292F36" w:rsidRDefault="00000000">
            <w:r>
              <w:rPr>
                <w:sz w:val="16"/>
              </w:rPr>
              <w:t>1.086</w:t>
            </w:r>
          </w:p>
        </w:tc>
        <w:tc>
          <w:tcPr>
            <w:tcW w:w="1170" w:type="dxa"/>
            <w:tcMar>
              <w:top w:w="20" w:type="dxa"/>
              <w:left w:w="50" w:type="dxa"/>
              <w:bottom w:w="20" w:type="dxa"/>
              <w:right w:w="50" w:type="dxa"/>
            </w:tcMar>
          </w:tcPr>
          <w:p w14:paraId="0B718729" w14:textId="77777777" w:rsidR="00292F36" w:rsidRDefault="00000000">
            <w:r>
              <w:rPr>
                <w:sz w:val="16"/>
              </w:rPr>
              <w:t>1.382</w:t>
            </w:r>
          </w:p>
        </w:tc>
        <w:tc>
          <w:tcPr>
            <w:tcW w:w="1170" w:type="dxa"/>
            <w:tcMar>
              <w:top w:w="20" w:type="dxa"/>
              <w:left w:w="50" w:type="dxa"/>
              <w:bottom w:w="20" w:type="dxa"/>
              <w:right w:w="50" w:type="dxa"/>
            </w:tcMar>
          </w:tcPr>
          <w:p w14:paraId="1D5AF249" w14:textId="77777777" w:rsidR="00292F36" w:rsidRDefault="00000000">
            <w:r>
              <w:rPr>
                <w:sz w:val="16"/>
              </w:rPr>
              <w:t>1.496</w:t>
            </w:r>
          </w:p>
        </w:tc>
        <w:tc>
          <w:tcPr>
            <w:tcW w:w="1170" w:type="dxa"/>
            <w:tcMar>
              <w:top w:w="20" w:type="dxa"/>
              <w:left w:w="50" w:type="dxa"/>
              <w:bottom w:w="20" w:type="dxa"/>
              <w:right w:w="50" w:type="dxa"/>
            </w:tcMar>
          </w:tcPr>
          <w:p w14:paraId="450D8B73" w14:textId="77777777" w:rsidR="00292F36" w:rsidRDefault="00000000">
            <w:r>
              <w:rPr>
                <w:sz w:val="16"/>
              </w:rPr>
              <w:t>True</w:t>
            </w:r>
          </w:p>
        </w:tc>
      </w:tr>
    </w:tbl>
    <w:p w14:paraId="56353CCE" w14:textId="77777777" w:rsidR="00292F36" w:rsidRDefault="00292F36">
      <w:pPr>
        <w:sectPr w:rsidR="00292F36">
          <w:pgSz w:w="12240" w:h="15840"/>
          <w:pgMar w:top="1152" w:right="1440" w:bottom="1152" w:left="1440" w:header="720" w:footer="720" w:gutter="0"/>
          <w:cols w:space="720"/>
          <w:docGrid w:linePitch="360"/>
        </w:sectPr>
      </w:pPr>
    </w:p>
    <w:p w14:paraId="536A92B0" w14:textId="77777777" w:rsidR="00292F36" w:rsidRDefault="00000000">
      <w:pPr>
        <w:spacing w:after="40"/>
      </w:pPr>
      <w:r>
        <w:rPr>
          <w:b/>
          <w:sz w:val="22"/>
        </w:rPr>
        <w:lastRenderedPageBreak/>
        <w:t>Table S6 | Relationships between Nature for Nature (NN) and Nature for People (NP) scores across regions.</w:t>
      </w:r>
    </w:p>
    <w:p w14:paraId="3A8A3A56" w14:textId="77777777" w:rsidR="00292F36" w:rsidRDefault="00000000">
      <w:pPr>
        <w:spacing w:after="160"/>
      </w:pPr>
      <w:r>
        <w:rPr>
          <w:sz w:val="18"/>
        </w:rPr>
        <w:t>Pearson correlation coefficients and linear regression statistics describing the relationship between Nature for Nature (NN) and Nature for People (NP) scores across all observations and separately for each region (North, Middle, South). Reported statistics include sample size (n), Pearson’s correlation coefficient (r), coefficient of determination (R²), slope and intercept estimates from linear regression models, associated p-values, and model fit (adjusted R²). Positive correlations indicate that sites with higher ecological functioning also tended to support higher ecosystem service provisioning.</w:t>
      </w:r>
    </w:p>
    <w:tbl>
      <w:tblPr>
        <w:tblStyle w:val="TableGrid"/>
        <w:tblW w:w="0" w:type="auto"/>
        <w:tblLayout w:type="fixed"/>
        <w:tblLook w:val="04A0" w:firstRow="1" w:lastRow="0" w:firstColumn="1" w:lastColumn="0" w:noHBand="0" w:noVBand="1"/>
      </w:tblPr>
      <w:tblGrid>
        <w:gridCol w:w="1568"/>
        <w:gridCol w:w="1568"/>
        <w:gridCol w:w="1568"/>
        <w:gridCol w:w="1568"/>
        <w:gridCol w:w="1568"/>
        <w:gridCol w:w="1568"/>
        <w:gridCol w:w="1568"/>
        <w:gridCol w:w="1568"/>
        <w:gridCol w:w="1568"/>
      </w:tblGrid>
      <w:tr w:rsidR="00292F36" w14:paraId="51912DAF" w14:textId="77777777">
        <w:trPr>
          <w:tblHeader/>
        </w:trPr>
        <w:tc>
          <w:tcPr>
            <w:tcW w:w="1568" w:type="dxa"/>
            <w:shd w:val="clear" w:color="auto" w:fill="D9E2F3"/>
            <w:tcMar>
              <w:top w:w="20" w:type="dxa"/>
              <w:left w:w="50" w:type="dxa"/>
              <w:bottom w:w="20" w:type="dxa"/>
              <w:right w:w="50" w:type="dxa"/>
            </w:tcMar>
          </w:tcPr>
          <w:p w14:paraId="63ECCB42" w14:textId="77777777" w:rsidR="00292F36" w:rsidRDefault="00000000">
            <w:r>
              <w:rPr>
                <w:b/>
                <w:sz w:val="16"/>
              </w:rPr>
              <w:t>Section</w:t>
            </w:r>
          </w:p>
        </w:tc>
        <w:tc>
          <w:tcPr>
            <w:tcW w:w="1568" w:type="dxa"/>
            <w:shd w:val="clear" w:color="auto" w:fill="D9E2F3"/>
            <w:tcMar>
              <w:top w:w="20" w:type="dxa"/>
              <w:left w:w="50" w:type="dxa"/>
              <w:bottom w:w="20" w:type="dxa"/>
              <w:right w:w="50" w:type="dxa"/>
            </w:tcMar>
          </w:tcPr>
          <w:p w14:paraId="0E3E90E6" w14:textId="77777777" w:rsidR="00292F36" w:rsidRDefault="00000000">
            <w:r>
              <w:rPr>
                <w:b/>
                <w:sz w:val="16"/>
              </w:rPr>
              <w:t>n</w:t>
            </w:r>
          </w:p>
        </w:tc>
        <w:tc>
          <w:tcPr>
            <w:tcW w:w="1568" w:type="dxa"/>
            <w:shd w:val="clear" w:color="auto" w:fill="D9E2F3"/>
            <w:tcMar>
              <w:top w:w="20" w:type="dxa"/>
              <w:left w:w="50" w:type="dxa"/>
              <w:bottom w:w="20" w:type="dxa"/>
              <w:right w:w="50" w:type="dxa"/>
            </w:tcMar>
          </w:tcPr>
          <w:p w14:paraId="11498CF1" w14:textId="77777777" w:rsidR="00292F36" w:rsidRDefault="00000000">
            <w:r>
              <w:rPr>
                <w:b/>
                <w:sz w:val="16"/>
              </w:rPr>
              <w:t>r</w:t>
            </w:r>
          </w:p>
        </w:tc>
        <w:tc>
          <w:tcPr>
            <w:tcW w:w="1568" w:type="dxa"/>
            <w:shd w:val="clear" w:color="auto" w:fill="D9E2F3"/>
            <w:tcMar>
              <w:top w:w="20" w:type="dxa"/>
              <w:left w:w="50" w:type="dxa"/>
              <w:bottom w:w="20" w:type="dxa"/>
              <w:right w:w="50" w:type="dxa"/>
            </w:tcMar>
          </w:tcPr>
          <w:p w14:paraId="4DB0B4AB" w14:textId="77777777" w:rsidR="00292F36" w:rsidRDefault="00000000">
            <w:r>
              <w:rPr>
                <w:b/>
                <w:sz w:val="16"/>
              </w:rPr>
              <w:t>R2</w:t>
            </w:r>
          </w:p>
        </w:tc>
        <w:tc>
          <w:tcPr>
            <w:tcW w:w="1568" w:type="dxa"/>
            <w:shd w:val="clear" w:color="auto" w:fill="D9E2F3"/>
            <w:tcMar>
              <w:top w:w="20" w:type="dxa"/>
              <w:left w:w="50" w:type="dxa"/>
              <w:bottom w:w="20" w:type="dxa"/>
              <w:right w:w="50" w:type="dxa"/>
            </w:tcMar>
          </w:tcPr>
          <w:p w14:paraId="0F0FEA07" w14:textId="77777777" w:rsidR="00292F36" w:rsidRDefault="00000000">
            <w:r>
              <w:rPr>
                <w:b/>
                <w:sz w:val="16"/>
              </w:rPr>
              <w:t>slope</w:t>
            </w:r>
          </w:p>
        </w:tc>
        <w:tc>
          <w:tcPr>
            <w:tcW w:w="1568" w:type="dxa"/>
            <w:shd w:val="clear" w:color="auto" w:fill="D9E2F3"/>
            <w:tcMar>
              <w:top w:w="20" w:type="dxa"/>
              <w:left w:w="50" w:type="dxa"/>
              <w:bottom w:w="20" w:type="dxa"/>
              <w:right w:w="50" w:type="dxa"/>
            </w:tcMar>
          </w:tcPr>
          <w:p w14:paraId="7091C337" w14:textId="77777777" w:rsidR="00292F36" w:rsidRDefault="00000000">
            <w:r>
              <w:rPr>
                <w:b/>
                <w:sz w:val="16"/>
              </w:rPr>
              <w:t>intercept</w:t>
            </w:r>
          </w:p>
        </w:tc>
        <w:tc>
          <w:tcPr>
            <w:tcW w:w="1568" w:type="dxa"/>
            <w:shd w:val="clear" w:color="auto" w:fill="D9E2F3"/>
            <w:tcMar>
              <w:top w:w="20" w:type="dxa"/>
              <w:left w:w="50" w:type="dxa"/>
              <w:bottom w:w="20" w:type="dxa"/>
              <w:right w:w="50" w:type="dxa"/>
            </w:tcMar>
          </w:tcPr>
          <w:p w14:paraId="22FB096C" w14:textId="77777777" w:rsidR="00292F36" w:rsidRDefault="00000000">
            <w:r>
              <w:rPr>
                <w:b/>
                <w:sz w:val="16"/>
              </w:rPr>
              <w:t>p_value</w:t>
            </w:r>
          </w:p>
        </w:tc>
        <w:tc>
          <w:tcPr>
            <w:tcW w:w="1568" w:type="dxa"/>
            <w:shd w:val="clear" w:color="auto" w:fill="D9E2F3"/>
            <w:tcMar>
              <w:top w:w="20" w:type="dxa"/>
              <w:left w:w="50" w:type="dxa"/>
              <w:bottom w:w="20" w:type="dxa"/>
              <w:right w:w="50" w:type="dxa"/>
            </w:tcMar>
          </w:tcPr>
          <w:p w14:paraId="13A5320E" w14:textId="77777777" w:rsidR="00292F36" w:rsidRDefault="00000000">
            <w:r>
              <w:rPr>
                <w:b/>
                <w:sz w:val="16"/>
              </w:rPr>
              <w:t>CI_low</w:t>
            </w:r>
          </w:p>
        </w:tc>
        <w:tc>
          <w:tcPr>
            <w:tcW w:w="1568" w:type="dxa"/>
            <w:shd w:val="clear" w:color="auto" w:fill="D9E2F3"/>
            <w:tcMar>
              <w:top w:w="20" w:type="dxa"/>
              <w:left w:w="50" w:type="dxa"/>
              <w:bottom w:w="20" w:type="dxa"/>
              <w:right w:w="50" w:type="dxa"/>
            </w:tcMar>
          </w:tcPr>
          <w:p w14:paraId="437DF0F1" w14:textId="77777777" w:rsidR="00292F36" w:rsidRDefault="00000000">
            <w:r>
              <w:rPr>
                <w:b/>
                <w:sz w:val="16"/>
              </w:rPr>
              <w:t>CI_high</w:t>
            </w:r>
          </w:p>
        </w:tc>
      </w:tr>
      <w:tr w:rsidR="00292F36" w14:paraId="55C9935E" w14:textId="77777777">
        <w:tc>
          <w:tcPr>
            <w:tcW w:w="1568" w:type="dxa"/>
            <w:tcMar>
              <w:top w:w="20" w:type="dxa"/>
              <w:left w:w="50" w:type="dxa"/>
              <w:bottom w:w="20" w:type="dxa"/>
              <w:right w:w="50" w:type="dxa"/>
            </w:tcMar>
          </w:tcPr>
          <w:p w14:paraId="49926E23" w14:textId="77777777" w:rsidR="00292F36" w:rsidRDefault="00000000">
            <w:r>
              <w:rPr>
                <w:sz w:val="16"/>
              </w:rPr>
              <w:t>Overall</w:t>
            </w:r>
          </w:p>
        </w:tc>
        <w:tc>
          <w:tcPr>
            <w:tcW w:w="1568" w:type="dxa"/>
            <w:tcMar>
              <w:top w:w="20" w:type="dxa"/>
              <w:left w:w="50" w:type="dxa"/>
              <w:bottom w:w="20" w:type="dxa"/>
              <w:right w:w="50" w:type="dxa"/>
            </w:tcMar>
          </w:tcPr>
          <w:p w14:paraId="11980D35" w14:textId="77777777" w:rsidR="00292F36" w:rsidRDefault="00000000">
            <w:r>
              <w:rPr>
                <w:sz w:val="16"/>
              </w:rPr>
              <w:t>59</w:t>
            </w:r>
          </w:p>
        </w:tc>
        <w:tc>
          <w:tcPr>
            <w:tcW w:w="1568" w:type="dxa"/>
            <w:tcMar>
              <w:top w:w="20" w:type="dxa"/>
              <w:left w:w="50" w:type="dxa"/>
              <w:bottom w:w="20" w:type="dxa"/>
              <w:right w:w="50" w:type="dxa"/>
            </w:tcMar>
          </w:tcPr>
          <w:p w14:paraId="113F7197" w14:textId="77777777" w:rsidR="00292F36" w:rsidRDefault="00000000">
            <w:r>
              <w:rPr>
                <w:sz w:val="16"/>
              </w:rPr>
              <w:t>0.509390665982251</w:t>
            </w:r>
          </w:p>
        </w:tc>
        <w:tc>
          <w:tcPr>
            <w:tcW w:w="1568" w:type="dxa"/>
            <w:tcMar>
              <w:top w:w="20" w:type="dxa"/>
              <w:left w:w="50" w:type="dxa"/>
              <w:bottom w:w="20" w:type="dxa"/>
              <w:right w:w="50" w:type="dxa"/>
            </w:tcMar>
          </w:tcPr>
          <w:p w14:paraId="49F55E55" w14:textId="77777777" w:rsidR="00292F36" w:rsidRDefault="00000000">
            <w:r>
              <w:rPr>
                <w:sz w:val="16"/>
              </w:rPr>
              <w:t>0.259478850589841</w:t>
            </w:r>
          </w:p>
        </w:tc>
        <w:tc>
          <w:tcPr>
            <w:tcW w:w="1568" w:type="dxa"/>
            <w:tcMar>
              <w:top w:w="20" w:type="dxa"/>
              <w:left w:w="50" w:type="dxa"/>
              <w:bottom w:w="20" w:type="dxa"/>
              <w:right w:w="50" w:type="dxa"/>
            </w:tcMar>
          </w:tcPr>
          <w:p w14:paraId="6530D0B9" w14:textId="77777777" w:rsidR="00292F36" w:rsidRDefault="00000000">
            <w:r>
              <w:rPr>
                <w:sz w:val="16"/>
              </w:rPr>
              <w:t>0.567384066233033</w:t>
            </w:r>
          </w:p>
        </w:tc>
        <w:tc>
          <w:tcPr>
            <w:tcW w:w="1568" w:type="dxa"/>
            <w:tcMar>
              <w:top w:w="20" w:type="dxa"/>
              <w:left w:w="50" w:type="dxa"/>
              <w:bottom w:w="20" w:type="dxa"/>
              <w:right w:w="50" w:type="dxa"/>
            </w:tcMar>
          </w:tcPr>
          <w:p w14:paraId="1CC42DFD" w14:textId="77777777" w:rsidR="00292F36" w:rsidRDefault="00000000">
            <w:r>
              <w:rPr>
                <w:sz w:val="16"/>
              </w:rPr>
              <w:t>-3.25088685525814e-16</w:t>
            </w:r>
          </w:p>
        </w:tc>
        <w:tc>
          <w:tcPr>
            <w:tcW w:w="1568" w:type="dxa"/>
            <w:tcMar>
              <w:top w:w="20" w:type="dxa"/>
              <w:left w:w="50" w:type="dxa"/>
              <w:bottom w:w="20" w:type="dxa"/>
              <w:right w:w="50" w:type="dxa"/>
            </w:tcMar>
          </w:tcPr>
          <w:p w14:paraId="2D250227" w14:textId="77777777" w:rsidR="00292F36" w:rsidRDefault="00000000">
            <w:r>
              <w:rPr>
                <w:sz w:val="16"/>
              </w:rPr>
              <w:t>3.78337702834647e-05</w:t>
            </w:r>
          </w:p>
        </w:tc>
        <w:tc>
          <w:tcPr>
            <w:tcW w:w="1568" w:type="dxa"/>
            <w:tcMar>
              <w:top w:w="20" w:type="dxa"/>
              <w:left w:w="50" w:type="dxa"/>
              <w:bottom w:w="20" w:type="dxa"/>
              <w:right w:w="50" w:type="dxa"/>
            </w:tcMar>
          </w:tcPr>
          <w:p w14:paraId="7FD05154" w14:textId="77777777" w:rsidR="00292F36" w:rsidRDefault="00000000">
            <w:r>
              <w:rPr>
                <w:sz w:val="16"/>
              </w:rPr>
              <w:t>0.291308379906112</w:t>
            </w:r>
          </w:p>
        </w:tc>
        <w:tc>
          <w:tcPr>
            <w:tcW w:w="1568" w:type="dxa"/>
            <w:tcMar>
              <w:top w:w="20" w:type="dxa"/>
              <w:left w:w="50" w:type="dxa"/>
              <w:bottom w:w="20" w:type="dxa"/>
              <w:right w:w="50" w:type="dxa"/>
            </w:tcMar>
          </w:tcPr>
          <w:p w14:paraId="75CD086F" w14:textId="77777777" w:rsidR="00292F36" w:rsidRDefault="00000000">
            <w:r>
              <w:rPr>
                <w:sz w:val="16"/>
              </w:rPr>
              <w:t>0.677142468913925</w:t>
            </w:r>
          </w:p>
        </w:tc>
      </w:tr>
      <w:tr w:rsidR="00292F36" w14:paraId="517A147B" w14:textId="77777777">
        <w:tc>
          <w:tcPr>
            <w:tcW w:w="1568" w:type="dxa"/>
            <w:tcMar>
              <w:top w:w="20" w:type="dxa"/>
              <w:left w:w="50" w:type="dxa"/>
              <w:bottom w:w="20" w:type="dxa"/>
              <w:right w:w="50" w:type="dxa"/>
            </w:tcMar>
          </w:tcPr>
          <w:p w14:paraId="31275F88" w14:textId="77777777" w:rsidR="00292F36" w:rsidRDefault="00000000">
            <w:r>
              <w:rPr>
                <w:sz w:val="16"/>
              </w:rPr>
              <w:t>North</w:t>
            </w:r>
          </w:p>
        </w:tc>
        <w:tc>
          <w:tcPr>
            <w:tcW w:w="1568" w:type="dxa"/>
            <w:tcMar>
              <w:top w:w="20" w:type="dxa"/>
              <w:left w:w="50" w:type="dxa"/>
              <w:bottom w:w="20" w:type="dxa"/>
              <w:right w:w="50" w:type="dxa"/>
            </w:tcMar>
          </w:tcPr>
          <w:p w14:paraId="4E88AAD7" w14:textId="77777777" w:rsidR="00292F36" w:rsidRDefault="00000000">
            <w:r>
              <w:rPr>
                <w:sz w:val="16"/>
              </w:rPr>
              <w:t>26</w:t>
            </w:r>
          </w:p>
        </w:tc>
        <w:tc>
          <w:tcPr>
            <w:tcW w:w="1568" w:type="dxa"/>
            <w:tcMar>
              <w:top w:w="20" w:type="dxa"/>
              <w:left w:w="50" w:type="dxa"/>
              <w:bottom w:w="20" w:type="dxa"/>
              <w:right w:w="50" w:type="dxa"/>
            </w:tcMar>
          </w:tcPr>
          <w:p w14:paraId="6C0ECA0D" w14:textId="77777777" w:rsidR="00292F36" w:rsidRDefault="00000000">
            <w:r>
              <w:rPr>
                <w:sz w:val="16"/>
              </w:rPr>
              <w:t>0.195052342092438</w:t>
            </w:r>
          </w:p>
        </w:tc>
        <w:tc>
          <w:tcPr>
            <w:tcW w:w="1568" w:type="dxa"/>
            <w:tcMar>
              <w:top w:w="20" w:type="dxa"/>
              <w:left w:w="50" w:type="dxa"/>
              <w:bottom w:w="20" w:type="dxa"/>
              <w:right w:w="50" w:type="dxa"/>
            </w:tcMar>
          </w:tcPr>
          <w:p w14:paraId="0E6A4DA9" w14:textId="77777777" w:rsidR="00292F36" w:rsidRDefault="00000000">
            <w:r>
              <w:rPr>
                <w:sz w:val="16"/>
              </w:rPr>
              <w:t>0.0380454161557453</w:t>
            </w:r>
          </w:p>
        </w:tc>
        <w:tc>
          <w:tcPr>
            <w:tcW w:w="1568" w:type="dxa"/>
            <w:tcMar>
              <w:top w:w="20" w:type="dxa"/>
              <w:left w:w="50" w:type="dxa"/>
              <w:bottom w:w="20" w:type="dxa"/>
              <w:right w:w="50" w:type="dxa"/>
            </w:tcMar>
          </w:tcPr>
          <w:p w14:paraId="1F320651" w14:textId="77777777" w:rsidR="00292F36" w:rsidRDefault="00000000">
            <w:r>
              <w:rPr>
                <w:sz w:val="16"/>
              </w:rPr>
              <w:t>0.223993703242148</w:t>
            </w:r>
          </w:p>
        </w:tc>
        <w:tc>
          <w:tcPr>
            <w:tcW w:w="1568" w:type="dxa"/>
            <w:tcMar>
              <w:top w:w="20" w:type="dxa"/>
              <w:left w:w="50" w:type="dxa"/>
              <w:bottom w:w="20" w:type="dxa"/>
              <w:right w:w="50" w:type="dxa"/>
            </w:tcMar>
          </w:tcPr>
          <w:p w14:paraId="5D29148F" w14:textId="77777777" w:rsidR="00292F36" w:rsidRDefault="00000000">
            <w:r>
              <w:rPr>
                <w:sz w:val="16"/>
              </w:rPr>
              <w:t>-0.157504748786842</w:t>
            </w:r>
          </w:p>
        </w:tc>
        <w:tc>
          <w:tcPr>
            <w:tcW w:w="1568" w:type="dxa"/>
            <w:tcMar>
              <w:top w:w="20" w:type="dxa"/>
              <w:left w:w="50" w:type="dxa"/>
              <w:bottom w:w="20" w:type="dxa"/>
              <w:right w:w="50" w:type="dxa"/>
            </w:tcMar>
          </w:tcPr>
          <w:p w14:paraId="0C06A890" w14:textId="77777777" w:rsidR="00292F36" w:rsidRDefault="00000000">
            <w:r>
              <w:rPr>
                <w:sz w:val="16"/>
              </w:rPr>
              <w:t>0.33964054134789</w:t>
            </w:r>
          </w:p>
        </w:tc>
        <w:tc>
          <w:tcPr>
            <w:tcW w:w="1568" w:type="dxa"/>
            <w:tcMar>
              <w:top w:w="20" w:type="dxa"/>
              <w:left w:w="50" w:type="dxa"/>
              <w:bottom w:w="20" w:type="dxa"/>
              <w:right w:w="50" w:type="dxa"/>
            </w:tcMar>
          </w:tcPr>
          <w:p w14:paraId="767D6464" w14:textId="77777777" w:rsidR="00292F36" w:rsidRDefault="00000000">
            <w:r>
              <w:rPr>
                <w:sz w:val="16"/>
              </w:rPr>
              <w:t>-0.208016018904913</w:t>
            </w:r>
          </w:p>
        </w:tc>
        <w:tc>
          <w:tcPr>
            <w:tcW w:w="1568" w:type="dxa"/>
            <w:tcMar>
              <w:top w:w="20" w:type="dxa"/>
              <w:left w:w="50" w:type="dxa"/>
              <w:bottom w:w="20" w:type="dxa"/>
              <w:right w:w="50" w:type="dxa"/>
            </w:tcMar>
          </w:tcPr>
          <w:p w14:paraId="4381467D" w14:textId="77777777" w:rsidR="00292F36" w:rsidRDefault="00000000">
            <w:r>
              <w:rPr>
                <w:sz w:val="16"/>
              </w:rPr>
              <w:t>0.541492415607928</w:t>
            </w:r>
          </w:p>
        </w:tc>
      </w:tr>
      <w:tr w:rsidR="00292F36" w14:paraId="7EE66522" w14:textId="77777777">
        <w:tc>
          <w:tcPr>
            <w:tcW w:w="1568" w:type="dxa"/>
            <w:tcMar>
              <w:top w:w="20" w:type="dxa"/>
              <w:left w:w="50" w:type="dxa"/>
              <w:bottom w:w="20" w:type="dxa"/>
              <w:right w:w="50" w:type="dxa"/>
            </w:tcMar>
          </w:tcPr>
          <w:p w14:paraId="5370A22D" w14:textId="77777777" w:rsidR="00292F36" w:rsidRDefault="00000000">
            <w:r>
              <w:rPr>
                <w:sz w:val="16"/>
              </w:rPr>
              <w:t>Middle</w:t>
            </w:r>
          </w:p>
        </w:tc>
        <w:tc>
          <w:tcPr>
            <w:tcW w:w="1568" w:type="dxa"/>
            <w:tcMar>
              <w:top w:w="20" w:type="dxa"/>
              <w:left w:w="50" w:type="dxa"/>
              <w:bottom w:w="20" w:type="dxa"/>
              <w:right w:w="50" w:type="dxa"/>
            </w:tcMar>
          </w:tcPr>
          <w:p w14:paraId="230A7CFA" w14:textId="77777777" w:rsidR="00292F36" w:rsidRDefault="00000000">
            <w:r>
              <w:rPr>
                <w:sz w:val="16"/>
              </w:rPr>
              <w:t>12</w:t>
            </w:r>
          </w:p>
        </w:tc>
        <w:tc>
          <w:tcPr>
            <w:tcW w:w="1568" w:type="dxa"/>
            <w:tcMar>
              <w:top w:w="20" w:type="dxa"/>
              <w:left w:w="50" w:type="dxa"/>
              <w:bottom w:w="20" w:type="dxa"/>
              <w:right w:w="50" w:type="dxa"/>
            </w:tcMar>
          </w:tcPr>
          <w:p w14:paraId="64695A7C" w14:textId="77777777" w:rsidR="00292F36" w:rsidRDefault="00000000">
            <w:r>
              <w:rPr>
                <w:sz w:val="16"/>
              </w:rPr>
              <w:t>0.468188678778471</w:t>
            </w:r>
          </w:p>
        </w:tc>
        <w:tc>
          <w:tcPr>
            <w:tcW w:w="1568" w:type="dxa"/>
            <w:tcMar>
              <w:top w:w="20" w:type="dxa"/>
              <w:left w:w="50" w:type="dxa"/>
              <w:bottom w:w="20" w:type="dxa"/>
              <w:right w:w="50" w:type="dxa"/>
            </w:tcMar>
          </w:tcPr>
          <w:p w14:paraId="38C134D1" w14:textId="77777777" w:rsidR="00292F36" w:rsidRDefault="00000000">
            <w:r>
              <w:rPr>
                <w:sz w:val="16"/>
              </w:rPr>
              <w:t>0.21920063893633</w:t>
            </w:r>
          </w:p>
        </w:tc>
        <w:tc>
          <w:tcPr>
            <w:tcW w:w="1568" w:type="dxa"/>
            <w:tcMar>
              <w:top w:w="20" w:type="dxa"/>
              <w:left w:w="50" w:type="dxa"/>
              <w:bottom w:w="20" w:type="dxa"/>
              <w:right w:w="50" w:type="dxa"/>
            </w:tcMar>
          </w:tcPr>
          <w:p w14:paraId="671413BC" w14:textId="77777777" w:rsidR="00292F36" w:rsidRDefault="00000000">
            <w:r>
              <w:rPr>
                <w:sz w:val="16"/>
              </w:rPr>
              <w:t>0.736706471905986</w:t>
            </w:r>
          </w:p>
        </w:tc>
        <w:tc>
          <w:tcPr>
            <w:tcW w:w="1568" w:type="dxa"/>
            <w:tcMar>
              <w:top w:w="20" w:type="dxa"/>
              <w:left w:w="50" w:type="dxa"/>
              <w:bottom w:w="20" w:type="dxa"/>
              <w:right w:w="50" w:type="dxa"/>
            </w:tcMar>
          </w:tcPr>
          <w:p w14:paraId="0845FD06" w14:textId="77777777" w:rsidR="00292F36" w:rsidRDefault="00000000">
            <w:r>
              <w:rPr>
                <w:sz w:val="16"/>
              </w:rPr>
              <w:t>-0.0664475603101324</w:t>
            </w:r>
          </w:p>
        </w:tc>
        <w:tc>
          <w:tcPr>
            <w:tcW w:w="1568" w:type="dxa"/>
            <w:tcMar>
              <w:top w:w="20" w:type="dxa"/>
              <w:left w:w="50" w:type="dxa"/>
              <w:bottom w:w="20" w:type="dxa"/>
              <w:right w:w="50" w:type="dxa"/>
            </w:tcMar>
          </w:tcPr>
          <w:p w14:paraId="00088DF9" w14:textId="77777777" w:rsidR="00292F36" w:rsidRDefault="00000000">
            <w:r>
              <w:rPr>
                <w:sz w:val="16"/>
              </w:rPr>
              <w:t>0.124768068581068</w:t>
            </w:r>
          </w:p>
        </w:tc>
        <w:tc>
          <w:tcPr>
            <w:tcW w:w="1568" w:type="dxa"/>
            <w:tcMar>
              <w:top w:w="20" w:type="dxa"/>
              <w:left w:w="50" w:type="dxa"/>
              <w:bottom w:w="20" w:type="dxa"/>
              <w:right w:w="50" w:type="dxa"/>
            </w:tcMar>
          </w:tcPr>
          <w:p w14:paraId="633B452C" w14:textId="77777777" w:rsidR="00292F36" w:rsidRDefault="00000000">
            <w:r>
              <w:rPr>
                <w:sz w:val="16"/>
              </w:rPr>
              <w:t>-0.144553679170262</w:t>
            </w:r>
          </w:p>
        </w:tc>
        <w:tc>
          <w:tcPr>
            <w:tcW w:w="1568" w:type="dxa"/>
            <w:tcMar>
              <w:top w:w="20" w:type="dxa"/>
              <w:left w:w="50" w:type="dxa"/>
              <w:bottom w:w="20" w:type="dxa"/>
              <w:right w:w="50" w:type="dxa"/>
            </w:tcMar>
          </w:tcPr>
          <w:p w14:paraId="73D9A045" w14:textId="77777777" w:rsidR="00292F36" w:rsidRDefault="00000000">
            <w:r>
              <w:rPr>
                <w:sz w:val="16"/>
              </w:rPr>
              <w:t>0.821388056384481</w:t>
            </w:r>
          </w:p>
        </w:tc>
      </w:tr>
      <w:tr w:rsidR="00292F36" w14:paraId="7E0743EC" w14:textId="77777777">
        <w:tc>
          <w:tcPr>
            <w:tcW w:w="1568" w:type="dxa"/>
            <w:tcMar>
              <w:top w:w="20" w:type="dxa"/>
              <w:left w:w="50" w:type="dxa"/>
              <w:bottom w:w="20" w:type="dxa"/>
              <w:right w:w="50" w:type="dxa"/>
            </w:tcMar>
          </w:tcPr>
          <w:p w14:paraId="67C2C31C" w14:textId="77777777" w:rsidR="00292F36" w:rsidRDefault="00000000">
            <w:r>
              <w:rPr>
                <w:sz w:val="16"/>
              </w:rPr>
              <w:t>South</w:t>
            </w:r>
          </w:p>
        </w:tc>
        <w:tc>
          <w:tcPr>
            <w:tcW w:w="1568" w:type="dxa"/>
            <w:tcMar>
              <w:top w:w="20" w:type="dxa"/>
              <w:left w:w="50" w:type="dxa"/>
              <w:bottom w:w="20" w:type="dxa"/>
              <w:right w:w="50" w:type="dxa"/>
            </w:tcMar>
          </w:tcPr>
          <w:p w14:paraId="35C3E975" w14:textId="77777777" w:rsidR="00292F36" w:rsidRDefault="00000000">
            <w:r>
              <w:rPr>
                <w:sz w:val="16"/>
              </w:rPr>
              <w:t>21</w:t>
            </w:r>
          </w:p>
        </w:tc>
        <w:tc>
          <w:tcPr>
            <w:tcW w:w="1568" w:type="dxa"/>
            <w:tcMar>
              <w:top w:w="20" w:type="dxa"/>
              <w:left w:w="50" w:type="dxa"/>
              <w:bottom w:w="20" w:type="dxa"/>
              <w:right w:w="50" w:type="dxa"/>
            </w:tcMar>
          </w:tcPr>
          <w:p w14:paraId="37DFF0A4" w14:textId="77777777" w:rsidR="00292F36" w:rsidRDefault="00000000">
            <w:r>
              <w:rPr>
                <w:sz w:val="16"/>
              </w:rPr>
              <w:t>0.519859492313605</w:t>
            </w:r>
          </w:p>
        </w:tc>
        <w:tc>
          <w:tcPr>
            <w:tcW w:w="1568" w:type="dxa"/>
            <w:tcMar>
              <w:top w:w="20" w:type="dxa"/>
              <w:left w:w="50" w:type="dxa"/>
              <w:bottom w:w="20" w:type="dxa"/>
              <w:right w:w="50" w:type="dxa"/>
            </w:tcMar>
          </w:tcPr>
          <w:p w14:paraId="251F93D4" w14:textId="77777777" w:rsidR="00292F36" w:rsidRDefault="00000000">
            <w:r>
              <w:rPr>
                <w:sz w:val="16"/>
              </w:rPr>
              <w:t>0.270253891748559</w:t>
            </w:r>
          </w:p>
        </w:tc>
        <w:tc>
          <w:tcPr>
            <w:tcW w:w="1568" w:type="dxa"/>
            <w:tcMar>
              <w:top w:w="20" w:type="dxa"/>
              <w:left w:w="50" w:type="dxa"/>
              <w:bottom w:w="20" w:type="dxa"/>
              <w:right w:w="50" w:type="dxa"/>
            </w:tcMar>
          </w:tcPr>
          <w:p w14:paraId="4776F419" w14:textId="77777777" w:rsidR="00292F36" w:rsidRDefault="00000000">
            <w:r>
              <w:rPr>
                <w:sz w:val="16"/>
              </w:rPr>
              <w:t>0.519203155606202</w:t>
            </w:r>
          </w:p>
        </w:tc>
        <w:tc>
          <w:tcPr>
            <w:tcW w:w="1568" w:type="dxa"/>
            <w:tcMar>
              <w:top w:w="20" w:type="dxa"/>
              <w:left w:w="50" w:type="dxa"/>
              <w:bottom w:w="20" w:type="dxa"/>
              <w:right w:w="50" w:type="dxa"/>
            </w:tcMar>
          </w:tcPr>
          <w:p w14:paraId="397F32E2" w14:textId="77777777" w:rsidR="00292F36" w:rsidRDefault="00000000">
            <w:r>
              <w:rPr>
                <w:sz w:val="16"/>
              </w:rPr>
              <w:t>0.126502958237209</w:t>
            </w:r>
          </w:p>
        </w:tc>
        <w:tc>
          <w:tcPr>
            <w:tcW w:w="1568" w:type="dxa"/>
            <w:tcMar>
              <w:top w:w="20" w:type="dxa"/>
              <w:left w:w="50" w:type="dxa"/>
              <w:bottom w:w="20" w:type="dxa"/>
              <w:right w:w="50" w:type="dxa"/>
            </w:tcMar>
          </w:tcPr>
          <w:p w14:paraId="5FCFCCBC" w14:textId="77777777" w:rsidR="00292F36" w:rsidRDefault="00000000">
            <w:r>
              <w:rPr>
                <w:sz w:val="16"/>
              </w:rPr>
              <w:t>0.0157119042134281</w:t>
            </w:r>
          </w:p>
        </w:tc>
        <w:tc>
          <w:tcPr>
            <w:tcW w:w="1568" w:type="dxa"/>
            <w:tcMar>
              <w:top w:w="20" w:type="dxa"/>
              <w:left w:w="50" w:type="dxa"/>
              <w:bottom w:w="20" w:type="dxa"/>
              <w:right w:w="50" w:type="dxa"/>
            </w:tcMar>
          </w:tcPr>
          <w:p w14:paraId="41EE30D2" w14:textId="77777777" w:rsidR="00292F36" w:rsidRDefault="00000000">
            <w:r>
              <w:rPr>
                <w:sz w:val="16"/>
              </w:rPr>
              <w:t>0.113685643667156</w:t>
            </w:r>
          </w:p>
        </w:tc>
        <w:tc>
          <w:tcPr>
            <w:tcW w:w="1568" w:type="dxa"/>
            <w:tcMar>
              <w:top w:w="20" w:type="dxa"/>
              <w:left w:w="50" w:type="dxa"/>
              <w:bottom w:w="20" w:type="dxa"/>
              <w:right w:w="50" w:type="dxa"/>
            </w:tcMar>
          </w:tcPr>
          <w:p w14:paraId="69D3D109" w14:textId="77777777" w:rsidR="00292F36" w:rsidRDefault="00000000">
            <w:r>
              <w:rPr>
                <w:sz w:val="16"/>
              </w:rPr>
              <w:t>0.777142659462299</w:t>
            </w:r>
          </w:p>
        </w:tc>
      </w:tr>
    </w:tbl>
    <w:p w14:paraId="77C5A606" w14:textId="77777777" w:rsidR="00292F36" w:rsidRDefault="00292F36">
      <w:pPr>
        <w:sectPr w:rsidR="00292F36">
          <w:pgSz w:w="15840" w:h="12240" w:orient="landscape"/>
          <w:pgMar w:top="1152" w:right="864" w:bottom="1152" w:left="864" w:header="720" w:footer="720" w:gutter="0"/>
          <w:cols w:space="720"/>
          <w:docGrid w:linePitch="360"/>
        </w:sectPr>
      </w:pPr>
    </w:p>
    <w:p w14:paraId="747F2698" w14:textId="77777777" w:rsidR="00292F36" w:rsidRDefault="00000000">
      <w:pPr>
        <w:spacing w:after="40"/>
      </w:pPr>
      <w:r>
        <w:rPr>
          <w:b/>
          <w:sz w:val="22"/>
        </w:rPr>
        <w:lastRenderedPageBreak/>
        <w:t>Table S7 | Bootstrap estimates of the proportional contribution of ecosystem function components to year-to-year shifts in Nature for Nature (NN) and Nature for People (NP) space.</w:t>
      </w:r>
    </w:p>
    <w:p w14:paraId="4CF87D25" w14:textId="77777777" w:rsidR="00292F36" w:rsidRDefault="00000000">
      <w:pPr>
        <w:spacing w:after="160"/>
      </w:pPr>
      <w:r>
        <w:rPr>
          <w:sz w:val="18"/>
        </w:rPr>
        <w:t>Bootstrap estimates of the relative contribution of functional structure, trophic structure, alpha diversity, micronutrient provisioning, and fisheries provisioning to year-to-year changes in NN–NP space. Contributions were calculated for each site-level transition between consecutive years (n = 47 transitions) based on the proportional displacement attributable to each component and were normalized so that all five components summed to one within each transition. Reported values represent mean proportional contributions together with 95% confidence intervals derived from 5,000 bootstrap iterations for each region and for the overall dataset. Higher values indicate components that contributed more strongly to reshuffling within coupled ecological functioning and ecosystem service space over time.</w:t>
      </w:r>
    </w:p>
    <w:tbl>
      <w:tblPr>
        <w:tblStyle w:val="TableGrid"/>
        <w:tblW w:w="0" w:type="auto"/>
        <w:tblLayout w:type="fixed"/>
        <w:tblLook w:val="04A0" w:firstRow="1" w:lastRow="0" w:firstColumn="1" w:lastColumn="0" w:noHBand="0" w:noVBand="1"/>
      </w:tblPr>
      <w:tblGrid>
        <w:gridCol w:w="1872"/>
        <w:gridCol w:w="1872"/>
        <w:gridCol w:w="1872"/>
        <w:gridCol w:w="1872"/>
        <w:gridCol w:w="1872"/>
      </w:tblGrid>
      <w:tr w:rsidR="00292F36" w14:paraId="5CC070A7" w14:textId="77777777">
        <w:trPr>
          <w:tblHeader/>
        </w:trPr>
        <w:tc>
          <w:tcPr>
            <w:tcW w:w="1872" w:type="dxa"/>
            <w:shd w:val="clear" w:color="auto" w:fill="D9E2F3"/>
            <w:tcMar>
              <w:top w:w="20" w:type="dxa"/>
              <w:left w:w="50" w:type="dxa"/>
              <w:bottom w:w="20" w:type="dxa"/>
              <w:right w:w="50" w:type="dxa"/>
            </w:tcMar>
          </w:tcPr>
          <w:p w14:paraId="73E5CBE1" w14:textId="77777777" w:rsidR="00292F36" w:rsidRDefault="00000000">
            <w:r>
              <w:rPr>
                <w:b/>
                <w:sz w:val="18"/>
              </w:rPr>
              <w:t>Component</w:t>
            </w:r>
          </w:p>
        </w:tc>
        <w:tc>
          <w:tcPr>
            <w:tcW w:w="1872" w:type="dxa"/>
            <w:shd w:val="clear" w:color="auto" w:fill="D9E2F3"/>
            <w:tcMar>
              <w:top w:w="20" w:type="dxa"/>
              <w:left w:w="50" w:type="dxa"/>
              <w:bottom w:w="20" w:type="dxa"/>
              <w:right w:w="50" w:type="dxa"/>
            </w:tcMar>
          </w:tcPr>
          <w:p w14:paraId="51CB75F7" w14:textId="77777777" w:rsidR="00292F36" w:rsidRDefault="00000000">
            <w:r>
              <w:rPr>
                <w:b/>
                <w:sz w:val="18"/>
              </w:rPr>
              <w:t>mean</w:t>
            </w:r>
          </w:p>
        </w:tc>
        <w:tc>
          <w:tcPr>
            <w:tcW w:w="1872" w:type="dxa"/>
            <w:shd w:val="clear" w:color="auto" w:fill="D9E2F3"/>
            <w:tcMar>
              <w:top w:w="20" w:type="dxa"/>
              <w:left w:w="50" w:type="dxa"/>
              <w:bottom w:w="20" w:type="dxa"/>
              <w:right w:w="50" w:type="dxa"/>
            </w:tcMar>
          </w:tcPr>
          <w:p w14:paraId="05796EE8" w14:textId="77777777" w:rsidR="00292F36" w:rsidRDefault="00000000">
            <w:r>
              <w:rPr>
                <w:b/>
                <w:sz w:val="18"/>
              </w:rPr>
              <w:t>lower</w:t>
            </w:r>
          </w:p>
        </w:tc>
        <w:tc>
          <w:tcPr>
            <w:tcW w:w="1872" w:type="dxa"/>
            <w:shd w:val="clear" w:color="auto" w:fill="D9E2F3"/>
            <w:tcMar>
              <w:top w:w="20" w:type="dxa"/>
              <w:left w:w="50" w:type="dxa"/>
              <w:bottom w:w="20" w:type="dxa"/>
              <w:right w:w="50" w:type="dxa"/>
            </w:tcMar>
          </w:tcPr>
          <w:p w14:paraId="1EA07C85" w14:textId="77777777" w:rsidR="00292F36" w:rsidRDefault="00000000">
            <w:r>
              <w:rPr>
                <w:b/>
                <w:sz w:val="18"/>
              </w:rPr>
              <w:t>upper</w:t>
            </w:r>
          </w:p>
        </w:tc>
        <w:tc>
          <w:tcPr>
            <w:tcW w:w="1872" w:type="dxa"/>
            <w:shd w:val="clear" w:color="auto" w:fill="D9E2F3"/>
            <w:tcMar>
              <w:top w:w="20" w:type="dxa"/>
              <w:left w:w="50" w:type="dxa"/>
              <w:bottom w:w="20" w:type="dxa"/>
              <w:right w:w="50" w:type="dxa"/>
            </w:tcMar>
          </w:tcPr>
          <w:p w14:paraId="0DD5C3AD" w14:textId="77777777" w:rsidR="00292F36" w:rsidRDefault="00000000">
            <w:r>
              <w:rPr>
                <w:b/>
                <w:sz w:val="18"/>
              </w:rPr>
              <w:t>Section</w:t>
            </w:r>
          </w:p>
        </w:tc>
      </w:tr>
      <w:tr w:rsidR="00292F36" w14:paraId="737A519A" w14:textId="77777777">
        <w:tc>
          <w:tcPr>
            <w:tcW w:w="1872" w:type="dxa"/>
            <w:tcMar>
              <w:top w:w="20" w:type="dxa"/>
              <w:left w:w="50" w:type="dxa"/>
              <w:bottom w:w="20" w:type="dxa"/>
              <w:right w:w="50" w:type="dxa"/>
            </w:tcMar>
          </w:tcPr>
          <w:p w14:paraId="5DAEA855" w14:textId="77777777" w:rsidR="00292F36" w:rsidRDefault="00000000">
            <w:r>
              <w:rPr>
                <w:sz w:val="18"/>
              </w:rPr>
              <w:t>Function</w:t>
            </w:r>
          </w:p>
        </w:tc>
        <w:tc>
          <w:tcPr>
            <w:tcW w:w="1872" w:type="dxa"/>
            <w:tcMar>
              <w:top w:w="20" w:type="dxa"/>
              <w:left w:w="50" w:type="dxa"/>
              <w:bottom w:w="20" w:type="dxa"/>
              <w:right w:w="50" w:type="dxa"/>
            </w:tcMar>
          </w:tcPr>
          <w:p w14:paraId="107CB3C7" w14:textId="77777777" w:rsidR="00292F36" w:rsidRDefault="00000000">
            <w:r>
              <w:rPr>
                <w:sz w:val="18"/>
              </w:rPr>
              <w:t>0.141566754577679</w:t>
            </w:r>
          </w:p>
        </w:tc>
        <w:tc>
          <w:tcPr>
            <w:tcW w:w="1872" w:type="dxa"/>
            <w:tcMar>
              <w:top w:w="20" w:type="dxa"/>
              <w:left w:w="50" w:type="dxa"/>
              <w:bottom w:w="20" w:type="dxa"/>
              <w:right w:w="50" w:type="dxa"/>
            </w:tcMar>
          </w:tcPr>
          <w:p w14:paraId="1B09862D" w14:textId="77777777" w:rsidR="00292F36" w:rsidRDefault="00000000">
            <w:r>
              <w:rPr>
                <w:sz w:val="18"/>
              </w:rPr>
              <w:t>0.104187571953451</w:t>
            </w:r>
          </w:p>
        </w:tc>
        <w:tc>
          <w:tcPr>
            <w:tcW w:w="1872" w:type="dxa"/>
            <w:tcMar>
              <w:top w:w="20" w:type="dxa"/>
              <w:left w:w="50" w:type="dxa"/>
              <w:bottom w:w="20" w:type="dxa"/>
              <w:right w:w="50" w:type="dxa"/>
            </w:tcMar>
          </w:tcPr>
          <w:p w14:paraId="576D3E9E" w14:textId="77777777" w:rsidR="00292F36" w:rsidRDefault="00000000">
            <w:r>
              <w:rPr>
                <w:sz w:val="18"/>
              </w:rPr>
              <w:t>0.184249631268656</w:t>
            </w:r>
          </w:p>
        </w:tc>
        <w:tc>
          <w:tcPr>
            <w:tcW w:w="1872" w:type="dxa"/>
            <w:tcMar>
              <w:top w:w="20" w:type="dxa"/>
              <w:left w:w="50" w:type="dxa"/>
              <w:bottom w:w="20" w:type="dxa"/>
              <w:right w:w="50" w:type="dxa"/>
            </w:tcMar>
          </w:tcPr>
          <w:p w14:paraId="15081E2D" w14:textId="77777777" w:rsidR="00292F36" w:rsidRDefault="00000000">
            <w:r>
              <w:rPr>
                <w:sz w:val="18"/>
              </w:rPr>
              <w:t>Overall</w:t>
            </w:r>
          </w:p>
        </w:tc>
      </w:tr>
      <w:tr w:rsidR="00292F36" w14:paraId="3DA69667" w14:textId="77777777">
        <w:tc>
          <w:tcPr>
            <w:tcW w:w="1872" w:type="dxa"/>
            <w:tcMar>
              <w:top w:w="20" w:type="dxa"/>
              <w:left w:w="50" w:type="dxa"/>
              <w:bottom w:w="20" w:type="dxa"/>
              <w:right w:w="50" w:type="dxa"/>
            </w:tcMar>
          </w:tcPr>
          <w:p w14:paraId="3699760F" w14:textId="77777777" w:rsidR="00292F36" w:rsidRDefault="00000000">
            <w:r>
              <w:rPr>
                <w:sz w:val="18"/>
              </w:rPr>
              <w:t>Trophic</w:t>
            </w:r>
          </w:p>
        </w:tc>
        <w:tc>
          <w:tcPr>
            <w:tcW w:w="1872" w:type="dxa"/>
            <w:tcMar>
              <w:top w:w="20" w:type="dxa"/>
              <w:left w:w="50" w:type="dxa"/>
              <w:bottom w:w="20" w:type="dxa"/>
              <w:right w:w="50" w:type="dxa"/>
            </w:tcMar>
          </w:tcPr>
          <w:p w14:paraId="3852F3B1" w14:textId="77777777" w:rsidR="00292F36" w:rsidRDefault="00000000">
            <w:r>
              <w:rPr>
                <w:sz w:val="18"/>
              </w:rPr>
              <w:t>0.176040373447403</w:t>
            </w:r>
          </w:p>
        </w:tc>
        <w:tc>
          <w:tcPr>
            <w:tcW w:w="1872" w:type="dxa"/>
            <w:tcMar>
              <w:top w:w="20" w:type="dxa"/>
              <w:left w:w="50" w:type="dxa"/>
              <w:bottom w:w="20" w:type="dxa"/>
              <w:right w:w="50" w:type="dxa"/>
            </w:tcMar>
          </w:tcPr>
          <w:p w14:paraId="615BA9C3" w14:textId="77777777" w:rsidR="00292F36" w:rsidRDefault="00000000">
            <w:r>
              <w:rPr>
                <w:sz w:val="18"/>
              </w:rPr>
              <w:t>0.123724037321424</w:t>
            </w:r>
          </w:p>
        </w:tc>
        <w:tc>
          <w:tcPr>
            <w:tcW w:w="1872" w:type="dxa"/>
            <w:tcMar>
              <w:top w:w="20" w:type="dxa"/>
              <w:left w:w="50" w:type="dxa"/>
              <w:bottom w:w="20" w:type="dxa"/>
              <w:right w:w="50" w:type="dxa"/>
            </w:tcMar>
          </w:tcPr>
          <w:p w14:paraId="148C7D3A" w14:textId="77777777" w:rsidR="00292F36" w:rsidRDefault="00000000">
            <w:r>
              <w:rPr>
                <w:sz w:val="18"/>
              </w:rPr>
              <w:t>0.233732740122565</w:t>
            </w:r>
          </w:p>
        </w:tc>
        <w:tc>
          <w:tcPr>
            <w:tcW w:w="1872" w:type="dxa"/>
            <w:tcMar>
              <w:top w:w="20" w:type="dxa"/>
              <w:left w:w="50" w:type="dxa"/>
              <w:bottom w:w="20" w:type="dxa"/>
              <w:right w:w="50" w:type="dxa"/>
            </w:tcMar>
          </w:tcPr>
          <w:p w14:paraId="6CACD64F" w14:textId="77777777" w:rsidR="00292F36" w:rsidRDefault="00000000">
            <w:r>
              <w:rPr>
                <w:sz w:val="18"/>
              </w:rPr>
              <w:t>Overall</w:t>
            </w:r>
          </w:p>
        </w:tc>
      </w:tr>
      <w:tr w:rsidR="00292F36" w14:paraId="4E64D28F" w14:textId="77777777">
        <w:tc>
          <w:tcPr>
            <w:tcW w:w="1872" w:type="dxa"/>
            <w:tcMar>
              <w:top w:w="20" w:type="dxa"/>
              <w:left w:w="50" w:type="dxa"/>
              <w:bottom w:w="20" w:type="dxa"/>
              <w:right w:w="50" w:type="dxa"/>
            </w:tcMar>
          </w:tcPr>
          <w:p w14:paraId="3AE4B114" w14:textId="77777777" w:rsidR="00292F36" w:rsidRDefault="00000000">
            <w:r>
              <w:rPr>
                <w:sz w:val="18"/>
              </w:rPr>
              <w:t>Alpha</w:t>
            </w:r>
          </w:p>
        </w:tc>
        <w:tc>
          <w:tcPr>
            <w:tcW w:w="1872" w:type="dxa"/>
            <w:tcMar>
              <w:top w:w="20" w:type="dxa"/>
              <w:left w:w="50" w:type="dxa"/>
              <w:bottom w:w="20" w:type="dxa"/>
              <w:right w:w="50" w:type="dxa"/>
            </w:tcMar>
          </w:tcPr>
          <w:p w14:paraId="726A26ED" w14:textId="77777777" w:rsidR="00292F36" w:rsidRDefault="00000000">
            <w:r>
              <w:rPr>
                <w:sz w:val="18"/>
              </w:rPr>
              <w:t>0.189047183343565</w:t>
            </w:r>
          </w:p>
        </w:tc>
        <w:tc>
          <w:tcPr>
            <w:tcW w:w="1872" w:type="dxa"/>
            <w:tcMar>
              <w:top w:w="20" w:type="dxa"/>
              <w:left w:w="50" w:type="dxa"/>
              <w:bottom w:w="20" w:type="dxa"/>
              <w:right w:w="50" w:type="dxa"/>
            </w:tcMar>
          </w:tcPr>
          <w:p w14:paraId="6D644A0E" w14:textId="77777777" w:rsidR="00292F36" w:rsidRDefault="00000000">
            <w:r>
              <w:rPr>
                <w:sz w:val="18"/>
              </w:rPr>
              <w:t>0.136705657529547</w:t>
            </w:r>
          </w:p>
        </w:tc>
        <w:tc>
          <w:tcPr>
            <w:tcW w:w="1872" w:type="dxa"/>
            <w:tcMar>
              <w:top w:w="20" w:type="dxa"/>
              <w:left w:w="50" w:type="dxa"/>
              <w:bottom w:w="20" w:type="dxa"/>
              <w:right w:w="50" w:type="dxa"/>
            </w:tcMar>
          </w:tcPr>
          <w:p w14:paraId="3B79F3F2" w14:textId="77777777" w:rsidR="00292F36" w:rsidRDefault="00000000">
            <w:r>
              <w:rPr>
                <w:sz w:val="18"/>
              </w:rPr>
              <w:t>0.245946821296123</w:t>
            </w:r>
          </w:p>
        </w:tc>
        <w:tc>
          <w:tcPr>
            <w:tcW w:w="1872" w:type="dxa"/>
            <w:tcMar>
              <w:top w:w="20" w:type="dxa"/>
              <w:left w:w="50" w:type="dxa"/>
              <w:bottom w:w="20" w:type="dxa"/>
              <w:right w:w="50" w:type="dxa"/>
            </w:tcMar>
          </w:tcPr>
          <w:p w14:paraId="5090644E" w14:textId="77777777" w:rsidR="00292F36" w:rsidRDefault="00000000">
            <w:r>
              <w:rPr>
                <w:sz w:val="18"/>
              </w:rPr>
              <w:t>Overall</w:t>
            </w:r>
          </w:p>
        </w:tc>
      </w:tr>
      <w:tr w:rsidR="00292F36" w14:paraId="0C01F2B4" w14:textId="77777777">
        <w:tc>
          <w:tcPr>
            <w:tcW w:w="1872" w:type="dxa"/>
            <w:tcMar>
              <w:top w:w="20" w:type="dxa"/>
              <w:left w:w="50" w:type="dxa"/>
              <w:bottom w:w="20" w:type="dxa"/>
              <w:right w:w="50" w:type="dxa"/>
            </w:tcMar>
          </w:tcPr>
          <w:p w14:paraId="0CEEAA12" w14:textId="77777777" w:rsidR="00292F36" w:rsidRDefault="00000000">
            <w:r>
              <w:rPr>
                <w:sz w:val="18"/>
              </w:rPr>
              <w:t>Nutrition</w:t>
            </w:r>
          </w:p>
        </w:tc>
        <w:tc>
          <w:tcPr>
            <w:tcW w:w="1872" w:type="dxa"/>
            <w:tcMar>
              <w:top w:w="20" w:type="dxa"/>
              <w:left w:w="50" w:type="dxa"/>
              <w:bottom w:w="20" w:type="dxa"/>
              <w:right w:w="50" w:type="dxa"/>
            </w:tcMar>
          </w:tcPr>
          <w:p w14:paraId="3AFF1A27" w14:textId="77777777" w:rsidR="00292F36" w:rsidRDefault="00000000">
            <w:r>
              <w:rPr>
                <w:sz w:val="18"/>
              </w:rPr>
              <w:t>0.175675858575119</w:t>
            </w:r>
          </w:p>
        </w:tc>
        <w:tc>
          <w:tcPr>
            <w:tcW w:w="1872" w:type="dxa"/>
            <w:tcMar>
              <w:top w:w="20" w:type="dxa"/>
              <w:left w:w="50" w:type="dxa"/>
              <w:bottom w:w="20" w:type="dxa"/>
              <w:right w:w="50" w:type="dxa"/>
            </w:tcMar>
          </w:tcPr>
          <w:p w14:paraId="679B2B0C" w14:textId="77777777" w:rsidR="00292F36" w:rsidRDefault="00000000">
            <w:r>
              <w:rPr>
                <w:sz w:val="18"/>
              </w:rPr>
              <w:t>0.133909309933991</w:t>
            </w:r>
          </w:p>
        </w:tc>
        <w:tc>
          <w:tcPr>
            <w:tcW w:w="1872" w:type="dxa"/>
            <w:tcMar>
              <w:top w:w="20" w:type="dxa"/>
              <w:left w:w="50" w:type="dxa"/>
              <w:bottom w:w="20" w:type="dxa"/>
              <w:right w:w="50" w:type="dxa"/>
            </w:tcMar>
          </w:tcPr>
          <w:p w14:paraId="46CF663E" w14:textId="77777777" w:rsidR="00292F36" w:rsidRDefault="00000000">
            <w:r>
              <w:rPr>
                <w:sz w:val="18"/>
              </w:rPr>
              <w:t>0.221686634068878</w:t>
            </w:r>
          </w:p>
        </w:tc>
        <w:tc>
          <w:tcPr>
            <w:tcW w:w="1872" w:type="dxa"/>
            <w:tcMar>
              <w:top w:w="20" w:type="dxa"/>
              <w:left w:w="50" w:type="dxa"/>
              <w:bottom w:w="20" w:type="dxa"/>
              <w:right w:w="50" w:type="dxa"/>
            </w:tcMar>
          </w:tcPr>
          <w:p w14:paraId="1D922E2B" w14:textId="77777777" w:rsidR="00292F36" w:rsidRDefault="00000000">
            <w:r>
              <w:rPr>
                <w:sz w:val="18"/>
              </w:rPr>
              <w:t>Overall</w:t>
            </w:r>
          </w:p>
        </w:tc>
      </w:tr>
      <w:tr w:rsidR="00292F36" w14:paraId="0C8B2E58" w14:textId="77777777">
        <w:tc>
          <w:tcPr>
            <w:tcW w:w="1872" w:type="dxa"/>
            <w:tcMar>
              <w:top w:w="20" w:type="dxa"/>
              <w:left w:w="50" w:type="dxa"/>
              <w:bottom w:w="20" w:type="dxa"/>
              <w:right w:w="50" w:type="dxa"/>
            </w:tcMar>
          </w:tcPr>
          <w:p w14:paraId="41C89704" w14:textId="77777777" w:rsidR="00292F36" w:rsidRDefault="00000000">
            <w:r>
              <w:rPr>
                <w:sz w:val="18"/>
              </w:rPr>
              <w:t>Fisheries</w:t>
            </w:r>
          </w:p>
        </w:tc>
        <w:tc>
          <w:tcPr>
            <w:tcW w:w="1872" w:type="dxa"/>
            <w:tcMar>
              <w:top w:w="20" w:type="dxa"/>
              <w:left w:w="50" w:type="dxa"/>
              <w:bottom w:w="20" w:type="dxa"/>
              <w:right w:w="50" w:type="dxa"/>
            </w:tcMar>
          </w:tcPr>
          <w:p w14:paraId="47565410" w14:textId="77777777" w:rsidR="00292F36" w:rsidRDefault="00000000">
            <w:r>
              <w:rPr>
                <w:sz w:val="18"/>
              </w:rPr>
              <w:t>0.317669830056235</w:t>
            </w:r>
          </w:p>
        </w:tc>
        <w:tc>
          <w:tcPr>
            <w:tcW w:w="1872" w:type="dxa"/>
            <w:tcMar>
              <w:top w:w="20" w:type="dxa"/>
              <w:left w:w="50" w:type="dxa"/>
              <w:bottom w:w="20" w:type="dxa"/>
              <w:right w:w="50" w:type="dxa"/>
            </w:tcMar>
          </w:tcPr>
          <w:p w14:paraId="55E3BAF5" w14:textId="77777777" w:rsidR="00292F36" w:rsidRDefault="00000000">
            <w:r>
              <w:rPr>
                <w:sz w:val="18"/>
              </w:rPr>
              <w:t>0.251018550846536</w:t>
            </w:r>
          </w:p>
        </w:tc>
        <w:tc>
          <w:tcPr>
            <w:tcW w:w="1872" w:type="dxa"/>
            <w:tcMar>
              <w:top w:w="20" w:type="dxa"/>
              <w:left w:w="50" w:type="dxa"/>
              <w:bottom w:w="20" w:type="dxa"/>
              <w:right w:w="50" w:type="dxa"/>
            </w:tcMar>
          </w:tcPr>
          <w:p w14:paraId="1C883E58" w14:textId="77777777" w:rsidR="00292F36" w:rsidRDefault="00000000">
            <w:r>
              <w:rPr>
                <w:sz w:val="18"/>
              </w:rPr>
              <w:t>0.383948651736096</w:t>
            </w:r>
          </w:p>
        </w:tc>
        <w:tc>
          <w:tcPr>
            <w:tcW w:w="1872" w:type="dxa"/>
            <w:tcMar>
              <w:top w:w="20" w:type="dxa"/>
              <w:left w:w="50" w:type="dxa"/>
              <w:bottom w:w="20" w:type="dxa"/>
              <w:right w:w="50" w:type="dxa"/>
            </w:tcMar>
          </w:tcPr>
          <w:p w14:paraId="31CC7AAE" w14:textId="77777777" w:rsidR="00292F36" w:rsidRDefault="00000000">
            <w:r>
              <w:rPr>
                <w:sz w:val="18"/>
              </w:rPr>
              <w:t>Overall</w:t>
            </w:r>
          </w:p>
        </w:tc>
      </w:tr>
      <w:tr w:rsidR="00292F36" w14:paraId="6F545E12" w14:textId="77777777">
        <w:tc>
          <w:tcPr>
            <w:tcW w:w="1872" w:type="dxa"/>
            <w:tcMar>
              <w:top w:w="20" w:type="dxa"/>
              <w:left w:w="50" w:type="dxa"/>
              <w:bottom w:w="20" w:type="dxa"/>
              <w:right w:w="50" w:type="dxa"/>
            </w:tcMar>
          </w:tcPr>
          <w:p w14:paraId="527DA43C" w14:textId="77777777" w:rsidR="00292F36" w:rsidRDefault="00000000">
            <w:r>
              <w:rPr>
                <w:sz w:val="18"/>
              </w:rPr>
              <w:t>Function</w:t>
            </w:r>
          </w:p>
        </w:tc>
        <w:tc>
          <w:tcPr>
            <w:tcW w:w="1872" w:type="dxa"/>
            <w:tcMar>
              <w:top w:w="20" w:type="dxa"/>
              <w:left w:w="50" w:type="dxa"/>
              <w:bottom w:w="20" w:type="dxa"/>
              <w:right w:w="50" w:type="dxa"/>
            </w:tcMar>
          </w:tcPr>
          <w:p w14:paraId="39126977" w14:textId="77777777" w:rsidR="00292F36" w:rsidRDefault="00000000">
            <w:r>
              <w:rPr>
                <w:sz w:val="18"/>
              </w:rPr>
              <w:t>0.101369349052581</w:t>
            </w:r>
          </w:p>
        </w:tc>
        <w:tc>
          <w:tcPr>
            <w:tcW w:w="1872" w:type="dxa"/>
            <w:tcMar>
              <w:top w:w="20" w:type="dxa"/>
              <w:left w:w="50" w:type="dxa"/>
              <w:bottom w:w="20" w:type="dxa"/>
              <w:right w:w="50" w:type="dxa"/>
            </w:tcMar>
          </w:tcPr>
          <w:p w14:paraId="1264C1A4" w14:textId="77777777" w:rsidR="00292F36" w:rsidRDefault="00000000">
            <w:r>
              <w:rPr>
                <w:sz w:val="18"/>
              </w:rPr>
              <w:t>0.0614049137187385</w:t>
            </w:r>
          </w:p>
        </w:tc>
        <w:tc>
          <w:tcPr>
            <w:tcW w:w="1872" w:type="dxa"/>
            <w:tcMar>
              <w:top w:w="20" w:type="dxa"/>
              <w:left w:w="50" w:type="dxa"/>
              <w:bottom w:w="20" w:type="dxa"/>
              <w:right w:w="50" w:type="dxa"/>
            </w:tcMar>
          </w:tcPr>
          <w:p w14:paraId="3E656807" w14:textId="77777777" w:rsidR="00292F36" w:rsidRDefault="00000000">
            <w:r>
              <w:rPr>
                <w:sz w:val="18"/>
              </w:rPr>
              <w:t>0.145298350421901</w:t>
            </w:r>
          </w:p>
        </w:tc>
        <w:tc>
          <w:tcPr>
            <w:tcW w:w="1872" w:type="dxa"/>
            <w:tcMar>
              <w:top w:w="20" w:type="dxa"/>
              <w:left w:w="50" w:type="dxa"/>
              <w:bottom w:w="20" w:type="dxa"/>
              <w:right w:w="50" w:type="dxa"/>
            </w:tcMar>
          </w:tcPr>
          <w:p w14:paraId="535497E7" w14:textId="77777777" w:rsidR="00292F36" w:rsidRDefault="00000000">
            <w:r>
              <w:rPr>
                <w:sz w:val="18"/>
              </w:rPr>
              <w:t>North</w:t>
            </w:r>
          </w:p>
        </w:tc>
      </w:tr>
      <w:tr w:rsidR="00292F36" w14:paraId="44F4EBE2" w14:textId="77777777">
        <w:tc>
          <w:tcPr>
            <w:tcW w:w="1872" w:type="dxa"/>
            <w:tcMar>
              <w:top w:w="20" w:type="dxa"/>
              <w:left w:w="50" w:type="dxa"/>
              <w:bottom w:w="20" w:type="dxa"/>
              <w:right w:w="50" w:type="dxa"/>
            </w:tcMar>
          </w:tcPr>
          <w:p w14:paraId="12A9BAA0" w14:textId="77777777" w:rsidR="00292F36" w:rsidRDefault="00000000">
            <w:r>
              <w:rPr>
                <w:sz w:val="18"/>
              </w:rPr>
              <w:t>Trophic</w:t>
            </w:r>
          </w:p>
        </w:tc>
        <w:tc>
          <w:tcPr>
            <w:tcW w:w="1872" w:type="dxa"/>
            <w:tcMar>
              <w:top w:w="20" w:type="dxa"/>
              <w:left w:w="50" w:type="dxa"/>
              <w:bottom w:w="20" w:type="dxa"/>
              <w:right w:w="50" w:type="dxa"/>
            </w:tcMar>
          </w:tcPr>
          <w:p w14:paraId="146936C3" w14:textId="77777777" w:rsidR="00292F36" w:rsidRDefault="00000000">
            <w:r>
              <w:rPr>
                <w:sz w:val="18"/>
              </w:rPr>
              <w:t>0.17478266751037</w:t>
            </w:r>
          </w:p>
        </w:tc>
        <w:tc>
          <w:tcPr>
            <w:tcW w:w="1872" w:type="dxa"/>
            <w:tcMar>
              <w:top w:w="20" w:type="dxa"/>
              <w:left w:w="50" w:type="dxa"/>
              <w:bottom w:w="20" w:type="dxa"/>
              <w:right w:w="50" w:type="dxa"/>
            </w:tcMar>
          </w:tcPr>
          <w:p w14:paraId="236697E1" w14:textId="77777777" w:rsidR="00292F36" w:rsidRDefault="00000000">
            <w:r>
              <w:rPr>
                <w:sz w:val="18"/>
              </w:rPr>
              <w:t>0.111982311809481</w:t>
            </w:r>
          </w:p>
        </w:tc>
        <w:tc>
          <w:tcPr>
            <w:tcW w:w="1872" w:type="dxa"/>
            <w:tcMar>
              <w:top w:w="20" w:type="dxa"/>
              <w:left w:w="50" w:type="dxa"/>
              <w:bottom w:w="20" w:type="dxa"/>
              <w:right w:w="50" w:type="dxa"/>
            </w:tcMar>
          </w:tcPr>
          <w:p w14:paraId="31DD5FB1" w14:textId="77777777" w:rsidR="00292F36" w:rsidRDefault="00000000">
            <w:r>
              <w:rPr>
                <w:sz w:val="18"/>
              </w:rPr>
              <w:t>0.237895528955563</w:t>
            </w:r>
          </w:p>
        </w:tc>
        <w:tc>
          <w:tcPr>
            <w:tcW w:w="1872" w:type="dxa"/>
            <w:tcMar>
              <w:top w:w="20" w:type="dxa"/>
              <w:left w:w="50" w:type="dxa"/>
              <w:bottom w:w="20" w:type="dxa"/>
              <w:right w:w="50" w:type="dxa"/>
            </w:tcMar>
          </w:tcPr>
          <w:p w14:paraId="14ACD1AF" w14:textId="77777777" w:rsidR="00292F36" w:rsidRDefault="00000000">
            <w:r>
              <w:rPr>
                <w:sz w:val="18"/>
              </w:rPr>
              <w:t>North</w:t>
            </w:r>
          </w:p>
        </w:tc>
      </w:tr>
      <w:tr w:rsidR="00292F36" w14:paraId="296384B6" w14:textId="77777777">
        <w:tc>
          <w:tcPr>
            <w:tcW w:w="1872" w:type="dxa"/>
            <w:tcMar>
              <w:top w:w="20" w:type="dxa"/>
              <w:left w:w="50" w:type="dxa"/>
              <w:bottom w:w="20" w:type="dxa"/>
              <w:right w:w="50" w:type="dxa"/>
            </w:tcMar>
          </w:tcPr>
          <w:p w14:paraId="030A179E" w14:textId="77777777" w:rsidR="00292F36" w:rsidRDefault="00000000">
            <w:r>
              <w:rPr>
                <w:sz w:val="18"/>
              </w:rPr>
              <w:t>Alpha</w:t>
            </w:r>
          </w:p>
        </w:tc>
        <w:tc>
          <w:tcPr>
            <w:tcW w:w="1872" w:type="dxa"/>
            <w:tcMar>
              <w:top w:w="20" w:type="dxa"/>
              <w:left w:w="50" w:type="dxa"/>
              <w:bottom w:w="20" w:type="dxa"/>
              <w:right w:w="50" w:type="dxa"/>
            </w:tcMar>
          </w:tcPr>
          <w:p w14:paraId="3538CC0F" w14:textId="77777777" w:rsidR="00292F36" w:rsidRDefault="00000000">
            <w:r>
              <w:rPr>
                <w:sz w:val="18"/>
              </w:rPr>
              <w:t>0.247359343076125</w:t>
            </w:r>
          </w:p>
        </w:tc>
        <w:tc>
          <w:tcPr>
            <w:tcW w:w="1872" w:type="dxa"/>
            <w:tcMar>
              <w:top w:w="20" w:type="dxa"/>
              <w:left w:w="50" w:type="dxa"/>
              <w:bottom w:w="20" w:type="dxa"/>
              <w:right w:w="50" w:type="dxa"/>
            </w:tcMar>
          </w:tcPr>
          <w:p w14:paraId="5EF9361D" w14:textId="77777777" w:rsidR="00292F36" w:rsidRDefault="00000000">
            <w:r>
              <w:rPr>
                <w:sz w:val="18"/>
              </w:rPr>
              <w:t>0.16167703235885</w:t>
            </w:r>
          </w:p>
        </w:tc>
        <w:tc>
          <w:tcPr>
            <w:tcW w:w="1872" w:type="dxa"/>
            <w:tcMar>
              <w:top w:w="20" w:type="dxa"/>
              <w:left w:w="50" w:type="dxa"/>
              <w:bottom w:w="20" w:type="dxa"/>
              <w:right w:w="50" w:type="dxa"/>
            </w:tcMar>
          </w:tcPr>
          <w:p w14:paraId="199DDF23" w14:textId="77777777" w:rsidR="00292F36" w:rsidRDefault="00000000">
            <w:r>
              <w:rPr>
                <w:sz w:val="18"/>
              </w:rPr>
              <w:t>0.339322824033244</w:t>
            </w:r>
          </w:p>
        </w:tc>
        <w:tc>
          <w:tcPr>
            <w:tcW w:w="1872" w:type="dxa"/>
            <w:tcMar>
              <w:top w:w="20" w:type="dxa"/>
              <w:left w:w="50" w:type="dxa"/>
              <w:bottom w:w="20" w:type="dxa"/>
              <w:right w:w="50" w:type="dxa"/>
            </w:tcMar>
          </w:tcPr>
          <w:p w14:paraId="58860B12" w14:textId="77777777" w:rsidR="00292F36" w:rsidRDefault="00000000">
            <w:r>
              <w:rPr>
                <w:sz w:val="18"/>
              </w:rPr>
              <w:t>North</w:t>
            </w:r>
          </w:p>
        </w:tc>
      </w:tr>
      <w:tr w:rsidR="00292F36" w14:paraId="02F8A6FA" w14:textId="77777777">
        <w:tc>
          <w:tcPr>
            <w:tcW w:w="1872" w:type="dxa"/>
            <w:tcMar>
              <w:top w:w="20" w:type="dxa"/>
              <w:left w:w="50" w:type="dxa"/>
              <w:bottom w:w="20" w:type="dxa"/>
              <w:right w:w="50" w:type="dxa"/>
            </w:tcMar>
          </w:tcPr>
          <w:p w14:paraId="69E7056B" w14:textId="77777777" w:rsidR="00292F36" w:rsidRDefault="00000000">
            <w:r>
              <w:rPr>
                <w:sz w:val="18"/>
              </w:rPr>
              <w:t>Nutrition</w:t>
            </w:r>
          </w:p>
        </w:tc>
        <w:tc>
          <w:tcPr>
            <w:tcW w:w="1872" w:type="dxa"/>
            <w:tcMar>
              <w:top w:w="20" w:type="dxa"/>
              <w:left w:w="50" w:type="dxa"/>
              <w:bottom w:w="20" w:type="dxa"/>
              <w:right w:w="50" w:type="dxa"/>
            </w:tcMar>
          </w:tcPr>
          <w:p w14:paraId="5EC7C8C3" w14:textId="77777777" w:rsidR="00292F36" w:rsidRDefault="00000000">
            <w:r>
              <w:rPr>
                <w:sz w:val="18"/>
              </w:rPr>
              <w:t>0.195512278264999</w:t>
            </w:r>
          </w:p>
        </w:tc>
        <w:tc>
          <w:tcPr>
            <w:tcW w:w="1872" w:type="dxa"/>
            <w:tcMar>
              <w:top w:w="20" w:type="dxa"/>
              <w:left w:w="50" w:type="dxa"/>
              <w:bottom w:w="20" w:type="dxa"/>
              <w:right w:w="50" w:type="dxa"/>
            </w:tcMar>
          </w:tcPr>
          <w:p w14:paraId="316DDA73" w14:textId="77777777" w:rsidR="00292F36" w:rsidRDefault="00000000">
            <w:r>
              <w:rPr>
                <w:sz w:val="18"/>
              </w:rPr>
              <w:t>0.134199097415748</w:t>
            </w:r>
          </w:p>
        </w:tc>
        <w:tc>
          <w:tcPr>
            <w:tcW w:w="1872" w:type="dxa"/>
            <w:tcMar>
              <w:top w:w="20" w:type="dxa"/>
              <w:left w:w="50" w:type="dxa"/>
              <w:bottom w:w="20" w:type="dxa"/>
              <w:right w:w="50" w:type="dxa"/>
            </w:tcMar>
          </w:tcPr>
          <w:p w14:paraId="5E62400C" w14:textId="77777777" w:rsidR="00292F36" w:rsidRDefault="00000000">
            <w:r>
              <w:rPr>
                <w:sz w:val="18"/>
              </w:rPr>
              <w:t>0.265412599055565</w:t>
            </w:r>
          </w:p>
        </w:tc>
        <w:tc>
          <w:tcPr>
            <w:tcW w:w="1872" w:type="dxa"/>
            <w:tcMar>
              <w:top w:w="20" w:type="dxa"/>
              <w:left w:w="50" w:type="dxa"/>
              <w:bottom w:w="20" w:type="dxa"/>
              <w:right w:w="50" w:type="dxa"/>
            </w:tcMar>
          </w:tcPr>
          <w:p w14:paraId="7A3FF721" w14:textId="77777777" w:rsidR="00292F36" w:rsidRDefault="00000000">
            <w:r>
              <w:rPr>
                <w:sz w:val="18"/>
              </w:rPr>
              <w:t>North</w:t>
            </w:r>
          </w:p>
        </w:tc>
      </w:tr>
      <w:tr w:rsidR="00292F36" w14:paraId="1612A377" w14:textId="77777777">
        <w:tc>
          <w:tcPr>
            <w:tcW w:w="1872" w:type="dxa"/>
            <w:tcMar>
              <w:top w:w="20" w:type="dxa"/>
              <w:left w:w="50" w:type="dxa"/>
              <w:bottom w:w="20" w:type="dxa"/>
              <w:right w:w="50" w:type="dxa"/>
            </w:tcMar>
          </w:tcPr>
          <w:p w14:paraId="182A6D36" w14:textId="77777777" w:rsidR="00292F36" w:rsidRDefault="00000000">
            <w:r>
              <w:rPr>
                <w:sz w:val="18"/>
              </w:rPr>
              <w:t>Fisheries</w:t>
            </w:r>
          </w:p>
        </w:tc>
        <w:tc>
          <w:tcPr>
            <w:tcW w:w="1872" w:type="dxa"/>
            <w:tcMar>
              <w:top w:w="20" w:type="dxa"/>
              <w:left w:w="50" w:type="dxa"/>
              <w:bottom w:w="20" w:type="dxa"/>
              <w:right w:w="50" w:type="dxa"/>
            </w:tcMar>
          </w:tcPr>
          <w:p w14:paraId="2EAC606D" w14:textId="77777777" w:rsidR="00292F36" w:rsidRDefault="00000000">
            <w:r>
              <w:rPr>
                <w:sz w:val="18"/>
              </w:rPr>
              <w:t>0.280976362095924</w:t>
            </w:r>
          </w:p>
        </w:tc>
        <w:tc>
          <w:tcPr>
            <w:tcW w:w="1872" w:type="dxa"/>
            <w:tcMar>
              <w:top w:w="20" w:type="dxa"/>
              <w:left w:w="50" w:type="dxa"/>
              <w:bottom w:w="20" w:type="dxa"/>
              <w:right w:w="50" w:type="dxa"/>
            </w:tcMar>
          </w:tcPr>
          <w:p w14:paraId="25FBFBBC" w14:textId="77777777" w:rsidR="00292F36" w:rsidRDefault="00000000">
            <w:r>
              <w:rPr>
                <w:sz w:val="18"/>
              </w:rPr>
              <w:t>0.19424796016744</w:t>
            </w:r>
          </w:p>
        </w:tc>
        <w:tc>
          <w:tcPr>
            <w:tcW w:w="1872" w:type="dxa"/>
            <w:tcMar>
              <w:top w:w="20" w:type="dxa"/>
              <w:left w:w="50" w:type="dxa"/>
              <w:bottom w:w="20" w:type="dxa"/>
              <w:right w:w="50" w:type="dxa"/>
            </w:tcMar>
          </w:tcPr>
          <w:p w14:paraId="4EF50F5F" w14:textId="77777777" w:rsidR="00292F36" w:rsidRDefault="00000000">
            <w:r>
              <w:rPr>
                <w:sz w:val="18"/>
              </w:rPr>
              <w:t>0.37144928428112</w:t>
            </w:r>
          </w:p>
        </w:tc>
        <w:tc>
          <w:tcPr>
            <w:tcW w:w="1872" w:type="dxa"/>
            <w:tcMar>
              <w:top w:w="20" w:type="dxa"/>
              <w:left w:w="50" w:type="dxa"/>
              <w:bottom w:w="20" w:type="dxa"/>
              <w:right w:w="50" w:type="dxa"/>
            </w:tcMar>
          </w:tcPr>
          <w:p w14:paraId="2A5B9292" w14:textId="77777777" w:rsidR="00292F36" w:rsidRDefault="00000000">
            <w:r>
              <w:rPr>
                <w:sz w:val="18"/>
              </w:rPr>
              <w:t>North</w:t>
            </w:r>
          </w:p>
        </w:tc>
      </w:tr>
      <w:tr w:rsidR="00292F36" w14:paraId="3A5D58CC" w14:textId="77777777">
        <w:tc>
          <w:tcPr>
            <w:tcW w:w="1872" w:type="dxa"/>
            <w:tcMar>
              <w:top w:w="20" w:type="dxa"/>
              <w:left w:w="50" w:type="dxa"/>
              <w:bottom w:w="20" w:type="dxa"/>
              <w:right w:w="50" w:type="dxa"/>
            </w:tcMar>
          </w:tcPr>
          <w:p w14:paraId="6415B716" w14:textId="77777777" w:rsidR="00292F36" w:rsidRDefault="00000000">
            <w:r>
              <w:rPr>
                <w:sz w:val="18"/>
              </w:rPr>
              <w:t>Function</w:t>
            </w:r>
          </w:p>
        </w:tc>
        <w:tc>
          <w:tcPr>
            <w:tcW w:w="1872" w:type="dxa"/>
            <w:tcMar>
              <w:top w:w="20" w:type="dxa"/>
              <w:left w:w="50" w:type="dxa"/>
              <w:bottom w:w="20" w:type="dxa"/>
              <w:right w:w="50" w:type="dxa"/>
            </w:tcMar>
          </w:tcPr>
          <w:p w14:paraId="301DC34D" w14:textId="77777777" w:rsidR="00292F36" w:rsidRDefault="00000000">
            <w:r>
              <w:rPr>
                <w:sz w:val="18"/>
              </w:rPr>
              <w:t>0.152570754925869</w:t>
            </w:r>
          </w:p>
        </w:tc>
        <w:tc>
          <w:tcPr>
            <w:tcW w:w="1872" w:type="dxa"/>
            <w:tcMar>
              <w:top w:w="20" w:type="dxa"/>
              <w:left w:w="50" w:type="dxa"/>
              <w:bottom w:w="20" w:type="dxa"/>
              <w:right w:w="50" w:type="dxa"/>
            </w:tcMar>
          </w:tcPr>
          <w:p w14:paraId="00DA2191" w14:textId="77777777" w:rsidR="00292F36" w:rsidRDefault="00000000">
            <w:r>
              <w:rPr>
                <w:sz w:val="18"/>
              </w:rPr>
              <w:t>0.0850235612949539</w:t>
            </w:r>
          </w:p>
        </w:tc>
        <w:tc>
          <w:tcPr>
            <w:tcW w:w="1872" w:type="dxa"/>
            <w:tcMar>
              <w:top w:w="20" w:type="dxa"/>
              <w:left w:w="50" w:type="dxa"/>
              <w:bottom w:w="20" w:type="dxa"/>
              <w:right w:w="50" w:type="dxa"/>
            </w:tcMar>
          </w:tcPr>
          <w:p w14:paraId="4B465AD1" w14:textId="77777777" w:rsidR="00292F36" w:rsidRDefault="00000000">
            <w:r>
              <w:rPr>
                <w:sz w:val="18"/>
              </w:rPr>
              <w:t>0.258810407734632</w:t>
            </w:r>
          </w:p>
        </w:tc>
        <w:tc>
          <w:tcPr>
            <w:tcW w:w="1872" w:type="dxa"/>
            <w:tcMar>
              <w:top w:w="20" w:type="dxa"/>
              <w:left w:w="50" w:type="dxa"/>
              <w:bottom w:w="20" w:type="dxa"/>
              <w:right w:w="50" w:type="dxa"/>
            </w:tcMar>
          </w:tcPr>
          <w:p w14:paraId="6516E508" w14:textId="77777777" w:rsidR="00292F36" w:rsidRDefault="00000000">
            <w:r>
              <w:rPr>
                <w:sz w:val="18"/>
              </w:rPr>
              <w:t>Middle</w:t>
            </w:r>
          </w:p>
        </w:tc>
      </w:tr>
      <w:tr w:rsidR="00292F36" w14:paraId="799737A7" w14:textId="77777777">
        <w:tc>
          <w:tcPr>
            <w:tcW w:w="1872" w:type="dxa"/>
            <w:tcMar>
              <w:top w:w="20" w:type="dxa"/>
              <w:left w:w="50" w:type="dxa"/>
              <w:bottom w:w="20" w:type="dxa"/>
              <w:right w:w="50" w:type="dxa"/>
            </w:tcMar>
          </w:tcPr>
          <w:p w14:paraId="2A244B60" w14:textId="77777777" w:rsidR="00292F36" w:rsidRDefault="00000000">
            <w:r>
              <w:rPr>
                <w:sz w:val="18"/>
              </w:rPr>
              <w:t>Trophic</w:t>
            </w:r>
          </w:p>
        </w:tc>
        <w:tc>
          <w:tcPr>
            <w:tcW w:w="1872" w:type="dxa"/>
            <w:tcMar>
              <w:top w:w="20" w:type="dxa"/>
              <w:left w:w="50" w:type="dxa"/>
              <w:bottom w:w="20" w:type="dxa"/>
              <w:right w:w="50" w:type="dxa"/>
            </w:tcMar>
          </w:tcPr>
          <w:p w14:paraId="4D6C5D5E" w14:textId="77777777" w:rsidR="00292F36" w:rsidRDefault="00000000">
            <w:r>
              <w:rPr>
                <w:sz w:val="18"/>
              </w:rPr>
              <w:t>0.273841126560165</w:t>
            </w:r>
          </w:p>
        </w:tc>
        <w:tc>
          <w:tcPr>
            <w:tcW w:w="1872" w:type="dxa"/>
            <w:tcMar>
              <w:top w:w="20" w:type="dxa"/>
              <w:left w:w="50" w:type="dxa"/>
              <w:bottom w:w="20" w:type="dxa"/>
              <w:right w:w="50" w:type="dxa"/>
            </w:tcMar>
          </w:tcPr>
          <w:p w14:paraId="5146C187" w14:textId="77777777" w:rsidR="00292F36" w:rsidRDefault="00000000">
            <w:r>
              <w:rPr>
                <w:sz w:val="18"/>
              </w:rPr>
              <w:t>0.128668500756403</w:t>
            </w:r>
          </w:p>
        </w:tc>
        <w:tc>
          <w:tcPr>
            <w:tcW w:w="1872" w:type="dxa"/>
            <w:tcMar>
              <w:top w:w="20" w:type="dxa"/>
              <w:left w:w="50" w:type="dxa"/>
              <w:bottom w:w="20" w:type="dxa"/>
              <w:right w:w="50" w:type="dxa"/>
            </w:tcMar>
          </w:tcPr>
          <w:p w14:paraId="227B44D7" w14:textId="77777777" w:rsidR="00292F36" w:rsidRDefault="00000000">
            <w:r>
              <w:rPr>
                <w:sz w:val="18"/>
              </w:rPr>
              <w:t>0.457230035741576</w:t>
            </w:r>
          </w:p>
        </w:tc>
        <w:tc>
          <w:tcPr>
            <w:tcW w:w="1872" w:type="dxa"/>
            <w:tcMar>
              <w:top w:w="20" w:type="dxa"/>
              <w:left w:w="50" w:type="dxa"/>
              <w:bottom w:w="20" w:type="dxa"/>
              <w:right w:w="50" w:type="dxa"/>
            </w:tcMar>
          </w:tcPr>
          <w:p w14:paraId="6E0CBC0D" w14:textId="77777777" w:rsidR="00292F36" w:rsidRDefault="00000000">
            <w:r>
              <w:rPr>
                <w:sz w:val="18"/>
              </w:rPr>
              <w:t>Middle</w:t>
            </w:r>
          </w:p>
        </w:tc>
      </w:tr>
      <w:tr w:rsidR="00292F36" w14:paraId="5F9DC5C6" w14:textId="77777777">
        <w:tc>
          <w:tcPr>
            <w:tcW w:w="1872" w:type="dxa"/>
            <w:tcMar>
              <w:top w:w="20" w:type="dxa"/>
              <w:left w:w="50" w:type="dxa"/>
              <w:bottom w:w="20" w:type="dxa"/>
              <w:right w:w="50" w:type="dxa"/>
            </w:tcMar>
          </w:tcPr>
          <w:p w14:paraId="393F0851" w14:textId="77777777" w:rsidR="00292F36" w:rsidRDefault="00000000">
            <w:r>
              <w:rPr>
                <w:sz w:val="18"/>
              </w:rPr>
              <w:t>Alpha</w:t>
            </w:r>
          </w:p>
        </w:tc>
        <w:tc>
          <w:tcPr>
            <w:tcW w:w="1872" w:type="dxa"/>
            <w:tcMar>
              <w:top w:w="20" w:type="dxa"/>
              <w:left w:w="50" w:type="dxa"/>
              <w:bottom w:w="20" w:type="dxa"/>
              <w:right w:w="50" w:type="dxa"/>
            </w:tcMar>
          </w:tcPr>
          <w:p w14:paraId="422ECEA3" w14:textId="77777777" w:rsidR="00292F36" w:rsidRDefault="00000000">
            <w:r>
              <w:rPr>
                <w:sz w:val="18"/>
              </w:rPr>
              <w:t>0.0701124002355675</w:t>
            </w:r>
          </w:p>
        </w:tc>
        <w:tc>
          <w:tcPr>
            <w:tcW w:w="1872" w:type="dxa"/>
            <w:tcMar>
              <w:top w:w="20" w:type="dxa"/>
              <w:left w:w="50" w:type="dxa"/>
              <w:bottom w:w="20" w:type="dxa"/>
              <w:right w:w="50" w:type="dxa"/>
            </w:tcMar>
          </w:tcPr>
          <w:p w14:paraId="18BA1A6F" w14:textId="77777777" w:rsidR="00292F36" w:rsidRDefault="00000000">
            <w:r>
              <w:rPr>
                <w:sz w:val="18"/>
              </w:rPr>
              <w:t>0.0289002310997075</w:t>
            </w:r>
          </w:p>
        </w:tc>
        <w:tc>
          <w:tcPr>
            <w:tcW w:w="1872" w:type="dxa"/>
            <w:tcMar>
              <w:top w:w="20" w:type="dxa"/>
              <w:left w:w="50" w:type="dxa"/>
              <w:bottom w:w="20" w:type="dxa"/>
              <w:right w:w="50" w:type="dxa"/>
            </w:tcMar>
          </w:tcPr>
          <w:p w14:paraId="3694D849" w14:textId="77777777" w:rsidR="00292F36" w:rsidRDefault="00000000">
            <w:r>
              <w:rPr>
                <w:sz w:val="18"/>
              </w:rPr>
              <w:t>0.118890982821509</w:t>
            </w:r>
          </w:p>
        </w:tc>
        <w:tc>
          <w:tcPr>
            <w:tcW w:w="1872" w:type="dxa"/>
            <w:tcMar>
              <w:top w:w="20" w:type="dxa"/>
              <w:left w:w="50" w:type="dxa"/>
              <w:bottom w:w="20" w:type="dxa"/>
              <w:right w:w="50" w:type="dxa"/>
            </w:tcMar>
          </w:tcPr>
          <w:p w14:paraId="073A38B2" w14:textId="77777777" w:rsidR="00292F36" w:rsidRDefault="00000000">
            <w:r>
              <w:rPr>
                <w:sz w:val="18"/>
              </w:rPr>
              <w:t>Middle</w:t>
            </w:r>
          </w:p>
        </w:tc>
      </w:tr>
      <w:tr w:rsidR="00292F36" w14:paraId="034BDFE0" w14:textId="77777777">
        <w:tc>
          <w:tcPr>
            <w:tcW w:w="1872" w:type="dxa"/>
            <w:tcMar>
              <w:top w:w="20" w:type="dxa"/>
              <w:left w:w="50" w:type="dxa"/>
              <w:bottom w:w="20" w:type="dxa"/>
              <w:right w:w="50" w:type="dxa"/>
            </w:tcMar>
          </w:tcPr>
          <w:p w14:paraId="42B93736" w14:textId="77777777" w:rsidR="00292F36" w:rsidRDefault="00000000">
            <w:r>
              <w:rPr>
                <w:sz w:val="18"/>
              </w:rPr>
              <w:t>Nutrition</w:t>
            </w:r>
          </w:p>
        </w:tc>
        <w:tc>
          <w:tcPr>
            <w:tcW w:w="1872" w:type="dxa"/>
            <w:tcMar>
              <w:top w:w="20" w:type="dxa"/>
              <w:left w:w="50" w:type="dxa"/>
              <w:bottom w:w="20" w:type="dxa"/>
              <w:right w:w="50" w:type="dxa"/>
            </w:tcMar>
          </w:tcPr>
          <w:p w14:paraId="5687FD3D" w14:textId="77777777" w:rsidR="00292F36" w:rsidRDefault="00000000">
            <w:r>
              <w:rPr>
                <w:sz w:val="18"/>
              </w:rPr>
              <w:t>0.202082634578899</w:t>
            </w:r>
          </w:p>
        </w:tc>
        <w:tc>
          <w:tcPr>
            <w:tcW w:w="1872" w:type="dxa"/>
            <w:tcMar>
              <w:top w:w="20" w:type="dxa"/>
              <w:left w:w="50" w:type="dxa"/>
              <w:bottom w:w="20" w:type="dxa"/>
              <w:right w:w="50" w:type="dxa"/>
            </w:tcMar>
          </w:tcPr>
          <w:p w14:paraId="3A0AF935" w14:textId="77777777" w:rsidR="00292F36" w:rsidRDefault="00000000">
            <w:r>
              <w:rPr>
                <w:sz w:val="18"/>
              </w:rPr>
              <w:t>0.0803828677511722</w:t>
            </w:r>
          </w:p>
        </w:tc>
        <w:tc>
          <w:tcPr>
            <w:tcW w:w="1872" w:type="dxa"/>
            <w:tcMar>
              <w:top w:w="20" w:type="dxa"/>
              <w:left w:w="50" w:type="dxa"/>
              <w:bottom w:w="20" w:type="dxa"/>
              <w:right w:w="50" w:type="dxa"/>
            </w:tcMar>
          </w:tcPr>
          <w:p w14:paraId="52073D3F" w14:textId="77777777" w:rsidR="00292F36" w:rsidRDefault="00000000">
            <w:r>
              <w:rPr>
                <w:sz w:val="18"/>
              </w:rPr>
              <w:t>0.353441454935659</w:t>
            </w:r>
          </w:p>
        </w:tc>
        <w:tc>
          <w:tcPr>
            <w:tcW w:w="1872" w:type="dxa"/>
            <w:tcMar>
              <w:top w:w="20" w:type="dxa"/>
              <w:left w:w="50" w:type="dxa"/>
              <w:bottom w:w="20" w:type="dxa"/>
              <w:right w:w="50" w:type="dxa"/>
            </w:tcMar>
          </w:tcPr>
          <w:p w14:paraId="7AC56F4D" w14:textId="77777777" w:rsidR="00292F36" w:rsidRDefault="00000000">
            <w:r>
              <w:rPr>
                <w:sz w:val="18"/>
              </w:rPr>
              <w:t>Middle</w:t>
            </w:r>
          </w:p>
        </w:tc>
      </w:tr>
      <w:tr w:rsidR="00292F36" w14:paraId="72298839" w14:textId="77777777">
        <w:tc>
          <w:tcPr>
            <w:tcW w:w="1872" w:type="dxa"/>
            <w:tcMar>
              <w:top w:w="20" w:type="dxa"/>
              <w:left w:w="50" w:type="dxa"/>
              <w:bottom w:w="20" w:type="dxa"/>
              <w:right w:w="50" w:type="dxa"/>
            </w:tcMar>
          </w:tcPr>
          <w:p w14:paraId="10D85471" w14:textId="77777777" w:rsidR="00292F36" w:rsidRDefault="00000000">
            <w:r>
              <w:rPr>
                <w:sz w:val="18"/>
              </w:rPr>
              <w:t>Fisheries</w:t>
            </w:r>
          </w:p>
        </w:tc>
        <w:tc>
          <w:tcPr>
            <w:tcW w:w="1872" w:type="dxa"/>
            <w:tcMar>
              <w:top w:w="20" w:type="dxa"/>
              <w:left w:w="50" w:type="dxa"/>
              <w:bottom w:w="20" w:type="dxa"/>
              <w:right w:w="50" w:type="dxa"/>
            </w:tcMar>
          </w:tcPr>
          <w:p w14:paraId="562C3224" w14:textId="77777777" w:rsidR="00292F36" w:rsidRDefault="00000000">
            <w:r>
              <w:rPr>
                <w:sz w:val="18"/>
              </w:rPr>
              <w:t>0.3013930836995</w:t>
            </w:r>
          </w:p>
        </w:tc>
        <w:tc>
          <w:tcPr>
            <w:tcW w:w="1872" w:type="dxa"/>
            <w:tcMar>
              <w:top w:w="20" w:type="dxa"/>
              <w:left w:w="50" w:type="dxa"/>
              <w:bottom w:w="20" w:type="dxa"/>
              <w:right w:w="50" w:type="dxa"/>
            </w:tcMar>
          </w:tcPr>
          <w:p w14:paraId="788C7DAB" w14:textId="77777777" w:rsidR="00292F36" w:rsidRDefault="00000000">
            <w:r>
              <w:rPr>
                <w:sz w:val="18"/>
              </w:rPr>
              <w:t>0.146121623134062</w:t>
            </w:r>
          </w:p>
        </w:tc>
        <w:tc>
          <w:tcPr>
            <w:tcW w:w="1872" w:type="dxa"/>
            <w:tcMar>
              <w:top w:w="20" w:type="dxa"/>
              <w:left w:w="50" w:type="dxa"/>
              <w:bottom w:w="20" w:type="dxa"/>
              <w:right w:w="50" w:type="dxa"/>
            </w:tcMar>
          </w:tcPr>
          <w:p w14:paraId="40BE0D38" w14:textId="77777777" w:rsidR="00292F36" w:rsidRDefault="00000000">
            <w:r>
              <w:rPr>
                <w:sz w:val="18"/>
              </w:rPr>
              <w:t>0.471180284769829</w:t>
            </w:r>
          </w:p>
        </w:tc>
        <w:tc>
          <w:tcPr>
            <w:tcW w:w="1872" w:type="dxa"/>
            <w:tcMar>
              <w:top w:w="20" w:type="dxa"/>
              <w:left w:w="50" w:type="dxa"/>
              <w:bottom w:w="20" w:type="dxa"/>
              <w:right w:w="50" w:type="dxa"/>
            </w:tcMar>
          </w:tcPr>
          <w:p w14:paraId="560E002C" w14:textId="77777777" w:rsidR="00292F36" w:rsidRDefault="00000000">
            <w:r>
              <w:rPr>
                <w:sz w:val="18"/>
              </w:rPr>
              <w:t>Middle</w:t>
            </w:r>
          </w:p>
        </w:tc>
      </w:tr>
      <w:tr w:rsidR="00292F36" w14:paraId="0CD6E6E8" w14:textId="77777777">
        <w:tc>
          <w:tcPr>
            <w:tcW w:w="1872" w:type="dxa"/>
            <w:tcMar>
              <w:top w:w="20" w:type="dxa"/>
              <w:left w:w="50" w:type="dxa"/>
              <w:bottom w:w="20" w:type="dxa"/>
              <w:right w:w="50" w:type="dxa"/>
            </w:tcMar>
          </w:tcPr>
          <w:p w14:paraId="3E5BF6A8" w14:textId="77777777" w:rsidR="00292F36" w:rsidRDefault="00000000">
            <w:r>
              <w:rPr>
                <w:sz w:val="18"/>
              </w:rPr>
              <w:t>Function</w:t>
            </w:r>
          </w:p>
        </w:tc>
        <w:tc>
          <w:tcPr>
            <w:tcW w:w="1872" w:type="dxa"/>
            <w:tcMar>
              <w:top w:w="20" w:type="dxa"/>
              <w:left w:w="50" w:type="dxa"/>
              <w:bottom w:w="20" w:type="dxa"/>
              <w:right w:w="50" w:type="dxa"/>
            </w:tcMar>
          </w:tcPr>
          <w:p w14:paraId="69125FEC" w14:textId="77777777" w:rsidR="00292F36" w:rsidRDefault="00000000">
            <w:r>
              <w:rPr>
                <w:sz w:val="18"/>
              </w:rPr>
              <w:t>0.179268847087241</w:t>
            </w:r>
          </w:p>
        </w:tc>
        <w:tc>
          <w:tcPr>
            <w:tcW w:w="1872" w:type="dxa"/>
            <w:tcMar>
              <w:top w:w="20" w:type="dxa"/>
              <w:left w:w="50" w:type="dxa"/>
              <w:bottom w:w="20" w:type="dxa"/>
              <w:right w:w="50" w:type="dxa"/>
            </w:tcMar>
          </w:tcPr>
          <w:p w14:paraId="00F6D939" w14:textId="77777777" w:rsidR="00292F36" w:rsidRDefault="00000000">
            <w:r>
              <w:rPr>
                <w:sz w:val="18"/>
              </w:rPr>
              <w:t>0.110417449498612</w:t>
            </w:r>
          </w:p>
        </w:tc>
        <w:tc>
          <w:tcPr>
            <w:tcW w:w="1872" w:type="dxa"/>
            <w:tcMar>
              <w:top w:w="20" w:type="dxa"/>
              <w:left w:w="50" w:type="dxa"/>
              <w:bottom w:w="20" w:type="dxa"/>
              <w:right w:w="50" w:type="dxa"/>
            </w:tcMar>
          </w:tcPr>
          <w:p w14:paraId="18F8162F" w14:textId="77777777" w:rsidR="00292F36" w:rsidRDefault="00000000">
            <w:r>
              <w:rPr>
                <w:sz w:val="18"/>
              </w:rPr>
              <w:t>0.263413163826635</w:t>
            </w:r>
          </w:p>
        </w:tc>
        <w:tc>
          <w:tcPr>
            <w:tcW w:w="1872" w:type="dxa"/>
            <w:tcMar>
              <w:top w:w="20" w:type="dxa"/>
              <w:left w:w="50" w:type="dxa"/>
              <w:bottom w:w="20" w:type="dxa"/>
              <w:right w:w="50" w:type="dxa"/>
            </w:tcMar>
          </w:tcPr>
          <w:p w14:paraId="0077BE94" w14:textId="77777777" w:rsidR="00292F36" w:rsidRDefault="00000000">
            <w:r>
              <w:rPr>
                <w:sz w:val="18"/>
              </w:rPr>
              <w:t>South</w:t>
            </w:r>
          </w:p>
        </w:tc>
      </w:tr>
      <w:tr w:rsidR="00292F36" w14:paraId="637BBFD2" w14:textId="77777777">
        <w:tc>
          <w:tcPr>
            <w:tcW w:w="1872" w:type="dxa"/>
            <w:tcMar>
              <w:top w:w="20" w:type="dxa"/>
              <w:left w:w="50" w:type="dxa"/>
              <w:bottom w:w="20" w:type="dxa"/>
              <w:right w:w="50" w:type="dxa"/>
            </w:tcMar>
          </w:tcPr>
          <w:p w14:paraId="2B6517C8" w14:textId="77777777" w:rsidR="00292F36" w:rsidRDefault="00000000">
            <w:r>
              <w:rPr>
                <w:sz w:val="18"/>
              </w:rPr>
              <w:t>Trophic</w:t>
            </w:r>
          </w:p>
        </w:tc>
        <w:tc>
          <w:tcPr>
            <w:tcW w:w="1872" w:type="dxa"/>
            <w:tcMar>
              <w:top w:w="20" w:type="dxa"/>
              <w:left w:w="50" w:type="dxa"/>
              <w:bottom w:w="20" w:type="dxa"/>
              <w:right w:w="50" w:type="dxa"/>
            </w:tcMar>
          </w:tcPr>
          <w:p w14:paraId="604E118C" w14:textId="77777777" w:rsidR="00292F36" w:rsidRDefault="00000000">
            <w:r>
              <w:rPr>
                <w:sz w:val="18"/>
              </w:rPr>
              <w:t>0.128504260479634</w:t>
            </w:r>
          </w:p>
        </w:tc>
        <w:tc>
          <w:tcPr>
            <w:tcW w:w="1872" w:type="dxa"/>
            <w:tcMar>
              <w:top w:w="20" w:type="dxa"/>
              <w:left w:w="50" w:type="dxa"/>
              <w:bottom w:w="20" w:type="dxa"/>
              <w:right w:w="50" w:type="dxa"/>
            </w:tcMar>
          </w:tcPr>
          <w:p w14:paraId="2E04030C" w14:textId="77777777" w:rsidR="00292F36" w:rsidRDefault="00000000">
            <w:r>
              <w:rPr>
                <w:sz w:val="18"/>
              </w:rPr>
              <w:t>0.0517463334137815</w:t>
            </w:r>
          </w:p>
        </w:tc>
        <w:tc>
          <w:tcPr>
            <w:tcW w:w="1872" w:type="dxa"/>
            <w:tcMar>
              <w:top w:w="20" w:type="dxa"/>
              <w:left w:w="50" w:type="dxa"/>
              <w:bottom w:w="20" w:type="dxa"/>
              <w:right w:w="50" w:type="dxa"/>
            </w:tcMar>
          </w:tcPr>
          <w:p w14:paraId="6AF5BF5E" w14:textId="77777777" w:rsidR="00292F36" w:rsidRDefault="00000000">
            <w:r>
              <w:rPr>
                <w:sz w:val="18"/>
              </w:rPr>
              <w:t>0.229441279686791</w:t>
            </w:r>
          </w:p>
        </w:tc>
        <w:tc>
          <w:tcPr>
            <w:tcW w:w="1872" w:type="dxa"/>
            <w:tcMar>
              <w:top w:w="20" w:type="dxa"/>
              <w:left w:w="50" w:type="dxa"/>
              <w:bottom w:w="20" w:type="dxa"/>
              <w:right w:w="50" w:type="dxa"/>
            </w:tcMar>
          </w:tcPr>
          <w:p w14:paraId="70BB7B72" w14:textId="77777777" w:rsidR="00292F36" w:rsidRDefault="00000000">
            <w:r>
              <w:rPr>
                <w:sz w:val="18"/>
              </w:rPr>
              <w:t>South</w:t>
            </w:r>
          </w:p>
        </w:tc>
      </w:tr>
      <w:tr w:rsidR="00292F36" w14:paraId="03F5D4B3" w14:textId="77777777">
        <w:tc>
          <w:tcPr>
            <w:tcW w:w="1872" w:type="dxa"/>
            <w:tcMar>
              <w:top w:w="20" w:type="dxa"/>
              <w:left w:w="50" w:type="dxa"/>
              <w:bottom w:w="20" w:type="dxa"/>
              <w:right w:w="50" w:type="dxa"/>
            </w:tcMar>
          </w:tcPr>
          <w:p w14:paraId="1D7ABB6D" w14:textId="77777777" w:rsidR="00292F36" w:rsidRDefault="00000000">
            <w:r>
              <w:rPr>
                <w:sz w:val="18"/>
              </w:rPr>
              <w:t>Alpha</w:t>
            </w:r>
          </w:p>
        </w:tc>
        <w:tc>
          <w:tcPr>
            <w:tcW w:w="1872" w:type="dxa"/>
            <w:tcMar>
              <w:top w:w="20" w:type="dxa"/>
              <w:left w:w="50" w:type="dxa"/>
              <w:bottom w:w="20" w:type="dxa"/>
              <w:right w:w="50" w:type="dxa"/>
            </w:tcMar>
          </w:tcPr>
          <w:p w14:paraId="0874F9CD" w14:textId="77777777" w:rsidR="00292F36" w:rsidRDefault="00000000">
            <w:r>
              <w:rPr>
                <w:sz w:val="18"/>
              </w:rPr>
              <w:t>0.183221723027086</w:t>
            </w:r>
          </w:p>
        </w:tc>
        <w:tc>
          <w:tcPr>
            <w:tcW w:w="1872" w:type="dxa"/>
            <w:tcMar>
              <w:top w:w="20" w:type="dxa"/>
              <w:left w:w="50" w:type="dxa"/>
              <w:bottom w:w="20" w:type="dxa"/>
              <w:right w:w="50" w:type="dxa"/>
            </w:tcMar>
          </w:tcPr>
          <w:p w14:paraId="0A9FDF9A" w14:textId="77777777" w:rsidR="00292F36" w:rsidRDefault="00000000">
            <w:r>
              <w:rPr>
                <w:sz w:val="18"/>
              </w:rPr>
              <w:t>0.101419022055214</w:t>
            </w:r>
          </w:p>
        </w:tc>
        <w:tc>
          <w:tcPr>
            <w:tcW w:w="1872" w:type="dxa"/>
            <w:tcMar>
              <w:top w:w="20" w:type="dxa"/>
              <w:left w:w="50" w:type="dxa"/>
              <w:bottom w:w="20" w:type="dxa"/>
              <w:right w:w="50" w:type="dxa"/>
            </w:tcMar>
          </w:tcPr>
          <w:p w14:paraId="3251DE47" w14:textId="77777777" w:rsidR="00292F36" w:rsidRDefault="00000000">
            <w:r>
              <w:rPr>
                <w:sz w:val="18"/>
              </w:rPr>
              <w:t>0.275570525394409</w:t>
            </w:r>
          </w:p>
        </w:tc>
        <w:tc>
          <w:tcPr>
            <w:tcW w:w="1872" w:type="dxa"/>
            <w:tcMar>
              <w:top w:w="20" w:type="dxa"/>
              <w:left w:w="50" w:type="dxa"/>
              <w:bottom w:w="20" w:type="dxa"/>
              <w:right w:w="50" w:type="dxa"/>
            </w:tcMar>
          </w:tcPr>
          <w:p w14:paraId="09C920A3" w14:textId="77777777" w:rsidR="00292F36" w:rsidRDefault="00000000">
            <w:r>
              <w:rPr>
                <w:sz w:val="18"/>
              </w:rPr>
              <w:t>South</w:t>
            </w:r>
          </w:p>
        </w:tc>
      </w:tr>
      <w:tr w:rsidR="00292F36" w14:paraId="41FC12C5" w14:textId="77777777">
        <w:tc>
          <w:tcPr>
            <w:tcW w:w="1872" w:type="dxa"/>
            <w:tcMar>
              <w:top w:w="20" w:type="dxa"/>
              <w:left w:w="50" w:type="dxa"/>
              <w:bottom w:w="20" w:type="dxa"/>
              <w:right w:w="50" w:type="dxa"/>
            </w:tcMar>
          </w:tcPr>
          <w:p w14:paraId="08ED9572" w14:textId="77777777" w:rsidR="00292F36" w:rsidRDefault="00000000">
            <w:r>
              <w:rPr>
                <w:sz w:val="18"/>
              </w:rPr>
              <w:t>Nutrition</w:t>
            </w:r>
          </w:p>
        </w:tc>
        <w:tc>
          <w:tcPr>
            <w:tcW w:w="1872" w:type="dxa"/>
            <w:tcMar>
              <w:top w:w="20" w:type="dxa"/>
              <w:left w:w="50" w:type="dxa"/>
              <w:bottom w:w="20" w:type="dxa"/>
              <w:right w:w="50" w:type="dxa"/>
            </w:tcMar>
          </w:tcPr>
          <w:p w14:paraId="1D8AF5A8" w14:textId="77777777" w:rsidR="00292F36" w:rsidRDefault="00000000">
            <w:r>
              <w:rPr>
                <w:sz w:val="18"/>
              </w:rPr>
              <w:t>0.141576478951105</w:t>
            </w:r>
          </w:p>
        </w:tc>
        <w:tc>
          <w:tcPr>
            <w:tcW w:w="1872" w:type="dxa"/>
            <w:tcMar>
              <w:top w:w="20" w:type="dxa"/>
              <w:left w:w="50" w:type="dxa"/>
              <w:bottom w:w="20" w:type="dxa"/>
              <w:right w:w="50" w:type="dxa"/>
            </w:tcMar>
          </w:tcPr>
          <w:p w14:paraId="76FEED31" w14:textId="77777777" w:rsidR="00292F36" w:rsidRDefault="00000000">
            <w:r>
              <w:rPr>
                <w:sz w:val="18"/>
              </w:rPr>
              <w:t>0.0911967039872839</w:t>
            </w:r>
          </w:p>
        </w:tc>
        <w:tc>
          <w:tcPr>
            <w:tcW w:w="1872" w:type="dxa"/>
            <w:tcMar>
              <w:top w:w="20" w:type="dxa"/>
              <w:left w:w="50" w:type="dxa"/>
              <w:bottom w:w="20" w:type="dxa"/>
              <w:right w:w="50" w:type="dxa"/>
            </w:tcMar>
          </w:tcPr>
          <w:p w14:paraId="2CDE75BA" w14:textId="77777777" w:rsidR="00292F36" w:rsidRDefault="00000000">
            <w:r>
              <w:rPr>
                <w:sz w:val="18"/>
              </w:rPr>
              <w:t>0.195466449744981</w:t>
            </w:r>
          </w:p>
        </w:tc>
        <w:tc>
          <w:tcPr>
            <w:tcW w:w="1872" w:type="dxa"/>
            <w:tcMar>
              <w:top w:w="20" w:type="dxa"/>
              <w:left w:w="50" w:type="dxa"/>
              <w:bottom w:w="20" w:type="dxa"/>
              <w:right w:w="50" w:type="dxa"/>
            </w:tcMar>
          </w:tcPr>
          <w:p w14:paraId="6D571CE3" w14:textId="77777777" w:rsidR="00292F36" w:rsidRDefault="00000000">
            <w:r>
              <w:rPr>
                <w:sz w:val="18"/>
              </w:rPr>
              <w:t>South</w:t>
            </w:r>
          </w:p>
        </w:tc>
      </w:tr>
      <w:tr w:rsidR="00292F36" w14:paraId="3C7E3B51" w14:textId="77777777">
        <w:tc>
          <w:tcPr>
            <w:tcW w:w="1872" w:type="dxa"/>
            <w:tcMar>
              <w:top w:w="20" w:type="dxa"/>
              <w:left w:w="50" w:type="dxa"/>
              <w:bottom w:w="20" w:type="dxa"/>
              <w:right w:w="50" w:type="dxa"/>
            </w:tcMar>
          </w:tcPr>
          <w:p w14:paraId="7E68F564" w14:textId="77777777" w:rsidR="00292F36" w:rsidRDefault="00000000">
            <w:r>
              <w:rPr>
                <w:sz w:val="18"/>
              </w:rPr>
              <w:t>Fisheries</w:t>
            </w:r>
          </w:p>
        </w:tc>
        <w:tc>
          <w:tcPr>
            <w:tcW w:w="1872" w:type="dxa"/>
            <w:tcMar>
              <w:top w:w="20" w:type="dxa"/>
              <w:left w:w="50" w:type="dxa"/>
              <w:bottom w:w="20" w:type="dxa"/>
              <w:right w:w="50" w:type="dxa"/>
            </w:tcMar>
          </w:tcPr>
          <w:p w14:paraId="1B9AF7C3" w14:textId="77777777" w:rsidR="00292F36" w:rsidRDefault="00000000">
            <w:r>
              <w:rPr>
                <w:sz w:val="18"/>
              </w:rPr>
              <w:t>0.367428690454934</w:t>
            </w:r>
          </w:p>
        </w:tc>
        <w:tc>
          <w:tcPr>
            <w:tcW w:w="1872" w:type="dxa"/>
            <w:tcMar>
              <w:top w:w="20" w:type="dxa"/>
              <w:left w:w="50" w:type="dxa"/>
              <w:bottom w:w="20" w:type="dxa"/>
              <w:right w:w="50" w:type="dxa"/>
            </w:tcMar>
          </w:tcPr>
          <w:p w14:paraId="231FC60A" w14:textId="77777777" w:rsidR="00292F36" w:rsidRDefault="00000000">
            <w:r>
              <w:rPr>
                <w:sz w:val="18"/>
              </w:rPr>
              <w:t>0.252238025232225</w:t>
            </w:r>
          </w:p>
        </w:tc>
        <w:tc>
          <w:tcPr>
            <w:tcW w:w="1872" w:type="dxa"/>
            <w:tcMar>
              <w:top w:w="20" w:type="dxa"/>
              <w:left w:w="50" w:type="dxa"/>
              <w:bottom w:w="20" w:type="dxa"/>
              <w:right w:w="50" w:type="dxa"/>
            </w:tcMar>
          </w:tcPr>
          <w:p w14:paraId="14FD2B14" w14:textId="77777777" w:rsidR="00292F36" w:rsidRDefault="00000000">
            <w:r>
              <w:rPr>
                <w:sz w:val="18"/>
              </w:rPr>
              <w:t>0.484686067262235</w:t>
            </w:r>
          </w:p>
        </w:tc>
        <w:tc>
          <w:tcPr>
            <w:tcW w:w="1872" w:type="dxa"/>
            <w:tcMar>
              <w:top w:w="20" w:type="dxa"/>
              <w:left w:w="50" w:type="dxa"/>
              <w:bottom w:w="20" w:type="dxa"/>
              <w:right w:w="50" w:type="dxa"/>
            </w:tcMar>
          </w:tcPr>
          <w:p w14:paraId="4F6A4FA5" w14:textId="77777777" w:rsidR="00292F36" w:rsidRDefault="00000000">
            <w:r>
              <w:rPr>
                <w:sz w:val="18"/>
              </w:rPr>
              <w:t>South</w:t>
            </w:r>
          </w:p>
        </w:tc>
      </w:tr>
    </w:tbl>
    <w:p w14:paraId="51B66C1D" w14:textId="77777777" w:rsidR="00292F36" w:rsidRDefault="00292F36">
      <w:pPr>
        <w:sectPr w:rsidR="00292F36">
          <w:pgSz w:w="12240" w:h="15840"/>
          <w:pgMar w:top="1152" w:right="1440" w:bottom="1152" w:left="1440" w:header="720" w:footer="720" w:gutter="0"/>
          <w:cols w:space="720"/>
          <w:docGrid w:linePitch="360"/>
        </w:sectPr>
      </w:pPr>
    </w:p>
    <w:p w14:paraId="5E5E7EA2" w14:textId="77777777" w:rsidR="00292F36" w:rsidRDefault="00000000">
      <w:pPr>
        <w:spacing w:after="40"/>
      </w:pPr>
      <w:r>
        <w:rPr>
          <w:b/>
          <w:sz w:val="22"/>
        </w:rPr>
        <w:lastRenderedPageBreak/>
        <w:t>Table S8 | Fixed-effect significance tests for generalized linear mixed models (GLMMs) of reef fish community responses.</w:t>
      </w:r>
    </w:p>
    <w:p w14:paraId="6A2CEE7B" w14:textId="77777777" w:rsidR="00292F36" w:rsidRDefault="00000000">
      <w:pPr>
        <w:spacing w:after="160"/>
      </w:pPr>
      <w:r>
        <w:rPr>
          <w:sz w:val="18"/>
        </w:rPr>
        <w:t>Type II Wald χ² tests from generalized linear mixed models examining temporal, spatial, exploitation-related, and environmental effects on standing biomass, secondary productivity, and biomass turnover of reef fish assemblages. Fixed effects included Year, Region, exploitation category (targeted versus non-targeted), their two- and three-way interactions, and five environmental covariates (depth, sea surface temperature, chlorophyll-a, benthic PC1, benthic PC2). Models additionally included random intercepts for Site/Sub_site to account for the nested sampling design. Reported values include Wald χ² statistics, degrees of freedom, and associated p-values for each fixed effect term. Significant effects indicate predictors associated with variation in reef fish community functioning across regions and through time.</w:t>
      </w:r>
    </w:p>
    <w:tbl>
      <w:tblPr>
        <w:tblStyle w:val="TableGrid"/>
        <w:tblW w:w="0" w:type="auto"/>
        <w:tblLayout w:type="fixed"/>
        <w:tblLook w:val="04A0" w:firstRow="1" w:lastRow="0" w:firstColumn="1" w:lastColumn="0" w:noHBand="0" w:noVBand="1"/>
      </w:tblPr>
      <w:tblGrid>
        <w:gridCol w:w="1872"/>
        <w:gridCol w:w="1872"/>
        <w:gridCol w:w="1872"/>
        <w:gridCol w:w="1872"/>
        <w:gridCol w:w="1872"/>
      </w:tblGrid>
      <w:tr w:rsidR="00292F36" w14:paraId="6C086F98" w14:textId="77777777">
        <w:trPr>
          <w:tblHeader/>
        </w:trPr>
        <w:tc>
          <w:tcPr>
            <w:tcW w:w="1872" w:type="dxa"/>
            <w:shd w:val="clear" w:color="auto" w:fill="D9E2F3"/>
            <w:tcMar>
              <w:top w:w="20" w:type="dxa"/>
              <w:left w:w="50" w:type="dxa"/>
              <w:bottom w:w="20" w:type="dxa"/>
              <w:right w:w="50" w:type="dxa"/>
            </w:tcMar>
          </w:tcPr>
          <w:p w14:paraId="58C5D886" w14:textId="42FDE101" w:rsidR="00292F36" w:rsidRPr="00E31FAA" w:rsidRDefault="00E31FAA">
            <w:pPr>
              <w:rPr>
                <w:b/>
                <w:bCs/>
              </w:rPr>
            </w:pPr>
            <w:r w:rsidRPr="00E31FAA">
              <w:rPr>
                <w:b/>
                <w:bCs/>
              </w:rPr>
              <w:t>Response</w:t>
            </w:r>
          </w:p>
        </w:tc>
        <w:tc>
          <w:tcPr>
            <w:tcW w:w="1872" w:type="dxa"/>
            <w:shd w:val="clear" w:color="auto" w:fill="D9E2F3"/>
            <w:tcMar>
              <w:top w:w="20" w:type="dxa"/>
              <w:left w:w="50" w:type="dxa"/>
              <w:bottom w:w="20" w:type="dxa"/>
              <w:right w:w="50" w:type="dxa"/>
            </w:tcMar>
          </w:tcPr>
          <w:p w14:paraId="39105F7A" w14:textId="77777777" w:rsidR="00292F36" w:rsidRDefault="00000000">
            <w:r>
              <w:rPr>
                <w:b/>
                <w:sz w:val="18"/>
              </w:rPr>
              <w:t>Term</w:t>
            </w:r>
          </w:p>
        </w:tc>
        <w:tc>
          <w:tcPr>
            <w:tcW w:w="1872" w:type="dxa"/>
            <w:shd w:val="clear" w:color="auto" w:fill="D9E2F3"/>
            <w:tcMar>
              <w:top w:w="20" w:type="dxa"/>
              <w:left w:w="50" w:type="dxa"/>
              <w:bottom w:w="20" w:type="dxa"/>
              <w:right w:w="50" w:type="dxa"/>
            </w:tcMar>
          </w:tcPr>
          <w:p w14:paraId="442B9A25" w14:textId="77777777" w:rsidR="00292F36" w:rsidRDefault="00000000">
            <w:r>
              <w:rPr>
                <w:b/>
                <w:sz w:val="18"/>
              </w:rPr>
              <w:t>Chisq</w:t>
            </w:r>
          </w:p>
        </w:tc>
        <w:tc>
          <w:tcPr>
            <w:tcW w:w="1872" w:type="dxa"/>
            <w:shd w:val="clear" w:color="auto" w:fill="D9E2F3"/>
            <w:tcMar>
              <w:top w:w="20" w:type="dxa"/>
              <w:left w:w="50" w:type="dxa"/>
              <w:bottom w:w="20" w:type="dxa"/>
              <w:right w:w="50" w:type="dxa"/>
            </w:tcMar>
          </w:tcPr>
          <w:p w14:paraId="57C55A93" w14:textId="77777777" w:rsidR="00292F36" w:rsidRDefault="00000000">
            <w:r>
              <w:rPr>
                <w:b/>
                <w:sz w:val="18"/>
              </w:rPr>
              <w:t>Df</w:t>
            </w:r>
          </w:p>
        </w:tc>
        <w:tc>
          <w:tcPr>
            <w:tcW w:w="1872" w:type="dxa"/>
            <w:shd w:val="clear" w:color="auto" w:fill="D9E2F3"/>
            <w:tcMar>
              <w:top w:w="20" w:type="dxa"/>
              <w:left w:w="50" w:type="dxa"/>
              <w:bottom w:w="20" w:type="dxa"/>
              <w:right w:w="50" w:type="dxa"/>
            </w:tcMar>
          </w:tcPr>
          <w:p w14:paraId="4930B123" w14:textId="77777777" w:rsidR="00292F36" w:rsidRDefault="00000000">
            <w:r>
              <w:rPr>
                <w:b/>
                <w:sz w:val="18"/>
              </w:rPr>
              <w:t>p_value</w:t>
            </w:r>
          </w:p>
        </w:tc>
      </w:tr>
      <w:tr w:rsidR="00292F36" w14:paraId="62CAE7CF" w14:textId="77777777">
        <w:tc>
          <w:tcPr>
            <w:tcW w:w="1872" w:type="dxa"/>
            <w:tcMar>
              <w:top w:w="20" w:type="dxa"/>
              <w:left w:w="50" w:type="dxa"/>
              <w:bottom w:w="20" w:type="dxa"/>
              <w:right w:w="50" w:type="dxa"/>
            </w:tcMar>
          </w:tcPr>
          <w:p w14:paraId="1AADF8EE" w14:textId="77777777" w:rsidR="00292F36" w:rsidRDefault="00000000">
            <w:r>
              <w:rPr>
                <w:sz w:val="18"/>
              </w:rPr>
              <w:t>Biomass</w:t>
            </w:r>
          </w:p>
        </w:tc>
        <w:tc>
          <w:tcPr>
            <w:tcW w:w="1872" w:type="dxa"/>
            <w:tcMar>
              <w:top w:w="20" w:type="dxa"/>
              <w:left w:w="50" w:type="dxa"/>
              <w:bottom w:w="20" w:type="dxa"/>
              <w:right w:w="50" w:type="dxa"/>
            </w:tcMar>
          </w:tcPr>
          <w:p w14:paraId="1F338CB8" w14:textId="77777777" w:rsidR="00292F36" w:rsidRDefault="00000000">
            <w:r>
              <w:rPr>
                <w:sz w:val="18"/>
              </w:rPr>
              <w:t>Year_c</w:t>
            </w:r>
          </w:p>
        </w:tc>
        <w:tc>
          <w:tcPr>
            <w:tcW w:w="1872" w:type="dxa"/>
            <w:tcMar>
              <w:top w:w="20" w:type="dxa"/>
              <w:left w:w="50" w:type="dxa"/>
              <w:bottom w:w="20" w:type="dxa"/>
              <w:right w:w="50" w:type="dxa"/>
            </w:tcMar>
          </w:tcPr>
          <w:p w14:paraId="17AA228C" w14:textId="77777777" w:rsidR="00292F36" w:rsidRDefault="00000000">
            <w:r>
              <w:rPr>
                <w:sz w:val="18"/>
              </w:rPr>
              <w:t>0.059</w:t>
            </w:r>
          </w:p>
        </w:tc>
        <w:tc>
          <w:tcPr>
            <w:tcW w:w="1872" w:type="dxa"/>
            <w:tcMar>
              <w:top w:w="20" w:type="dxa"/>
              <w:left w:w="50" w:type="dxa"/>
              <w:bottom w:w="20" w:type="dxa"/>
              <w:right w:w="50" w:type="dxa"/>
            </w:tcMar>
          </w:tcPr>
          <w:p w14:paraId="74FC1512" w14:textId="77777777" w:rsidR="00292F36" w:rsidRDefault="00000000">
            <w:r>
              <w:rPr>
                <w:sz w:val="18"/>
              </w:rPr>
              <w:t>1</w:t>
            </w:r>
          </w:p>
        </w:tc>
        <w:tc>
          <w:tcPr>
            <w:tcW w:w="1872" w:type="dxa"/>
            <w:tcMar>
              <w:top w:w="20" w:type="dxa"/>
              <w:left w:w="50" w:type="dxa"/>
              <w:bottom w:w="20" w:type="dxa"/>
              <w:right w:w="50" w:type="dxa"/>
            </w:tcMar>
          </w:tcPr>
          <w:p w14:paraId="05C146EF" w14:textId="77777777" w:rsidR="00292F36" w:rsidRDefault="00000000">
            <w:r>
              <w:rPr>
                <w:sz w:val="18"/>
              </w:rPr>
              <w:t>0.808</w:t>
            </w:r>
          </w:p>
        </w:tc>
      </w:tr>
      <w:tr w:rsidR="00292F36" w14:paraId="252B2C25" w14:textId="77777777">
        <w:tc>
          <w:tcPr>
            <w:tcW w:w="1872" w:type="dxa"/>
            <w:tcMar>
              <w:top w:w="20" w:type="dxa"/>
              <w:left w:w="50" w:type="dxa"/>
              <w:bottom w:w="20" w:type="dxa"/>
              <w:right w:w="50" w:type="dxa"/>
            </w:tcMar>
          </w:tcPr>
          <w:p w14:paraId="1D2BD7C1" w14:textId="77777777" w:rsidR="00292F36" w:rsidRDefault="00000000">
            <w:r>
              <w:rPr>
                <w:sz w:val="18"/>
              </w:rPr>
              <w:t>Biomass</w:t>
            </w:r>
          </w:p>
        </w:tc>
        <w:tc>
          <w:tcPr>
            <w:tcW w:w="1872" w:type="dxa"/>
            <w:tcMar>
              <w:top w:w="20" w:type="dxa"/>
              <w:left w:w="50" w:type="dxa"/>
              <w:bottom w:w="20" w:type="dxa"/>
              <w:right w:w="50" w:type="dxa"/>
            </w:tcMar>
          </w:tcPr>
          <w:p w14:paraId="3600BBA4" w14:textId="77777777" w:rsidR="00292F36" w:rsidRDefault="00000000">
            <w:r>
              <w:rPr>
                <w:sz w:val="18"/>
              </w:rPr>
              <w:t>Section</w:t>
            </w:r>
          </w:p>
        </w:tc>
        <w:tc>
          <w:tcPr>
            <w:tcW w:w="1872" w:type="dxa"/>
            <w:tcMar>
              <w:top w:w="20" w:type="dxa"/>
              <w:left w:w="50" w:type="dxa"/>
              <w:bottom w:w="20" w:type="dxa"/>
              <w:right w:w="50" w:type="dxa"/>
            </w:tcMar>
          </w:tcPr>
          <w:p w14:paraId="552B42B7" w14:textId="77777777" w:rsidR="00292F36" w:rsidRDefault="00000000">
            <w:r>
              <w:rPr>
                <w:sz w:val="18"/>
              </w:rPr>
              <w:t>5.194</w:t>
            </w:r>
          </w:p>
        </w:tc>
        <w:tc>
          <w:tcPr>
            <w:tcW w:w="1872" w:type="dxa"/>
            <w:tcMar>
              <w:top w:w="20" w:type="dxa"/>
              <w:left w:w="50" w:type="dxa"/>
              <w:bottom w:w="20" w:type="dxa"/>
              <w:right w:w="50" w:type="dxa"/>
            </w:tcMar>
          </w:tcPr>
          <w:p w14:paraId="77AB52E6" w14:textId="77777777" w:rsidR="00292F36" w:rsidRDefault="00000000">
            <w:r>
              <w:rPr>
                <w:sz w:val="18"/>
              </w:rPr>
              <w:t>2</w:t>
            </w:r>
          </w:p>
        </w:tc>
        <w:tc>
          <w:tcPr>
            <w:tcW w:w="1872" w:type="dxa"/>
            <w:tcMar>
              <w:top w:w="20" w:type="dxa"/>
              <w:left w:w="50" w:type="dxa"/>
              <w:bottom w:w="20" w:type="dxa"/>
              <w:right w:w="50" w:type="dxa"/>
            </w:tcMar>
          </w:tcPr>
          <w:p w14:paraId="02983B64" w14:textId="77777777" w:rsidR="00292F36" w:rsidRDefault="00000000">
            <w:r>
              <w:rPr>
                <w:sz w:val="18"/>
              </w:rPr>
              <w:t>0.075</w:t>
            </w:r>
          </w:p>
        </w:tc>
      </w:tr>
      <w:tr w:rsidR="00292F36" w14:paraId="06664C24" w14:textId="77777777">
        <w:tc>
          <w:tcPr>
            <w:tcW w:w="1872" w:type="dxa"/>
            <w:tcMar>
              <w:top w:w="20" w:type="dxa"/>
              <w:left w:w="50" w:type="dxa"/>
              <w:bottom w:w="20" w:type="dxa"/>
              <w:right w:w="50" w:type="dxa"/>
            </w:tcMar>
          </w:tcPr>
          <w:p w14:paraId="04493F7E" w14:textId="77777777" w:rsidR="00292F36" w:rsidRDefault="00000000">
            <w:r>
              <w:rPr>
                <w:sz w:val="18"/>
              </w:rPr>
              <w:t>Biomass</w:t>
            </w:r>
          </w:p>
        </w:tc>
        <w:tc>
          <w:tcPr>
            <w:tcW w:w="1872" w:type="dxa"/>
            <w:tcMar>
              <w:top w:w="20" w:type="dxa"/>
              <w:left w:w="50" w:type="dxa"/>
              <w:bottom w:w="20" w:type="dxa"/>
              <w:right w:w="50" w:type="dxa"/>
            </w:tcMar>
          </w:tcPr>
          <w:p w14:paraId="09158A29" w14:textId="77777777" w:rsidR="00292F36" w:rsidRDefault="00000000">
            <w:r>
              <w:rPr>
                <w:sz w:val="18"/>
              </w:rPr>
              <w:t>Fished</w:t>
            </w:r>
          </w:p>
        </w:tc>
        <w:tc>
          <w:tcPr>
            <w:tcW w:w="1872" w:type="dxa"/>
            <w:tcMar>
              <w:top w:w="20" w:type="dxa"/>
              <w:left w:w="50" w:type="dxa"/>
              <w:bottom w:w="20" w:type="dxa"/>
              <w:right w:w="50" w:type="dxa"/>
            </w:tcMar>
          </w:tcPr>
          <w:p w14:paraId="1A620204" w14:textId="77777777" w:rsidR="00292F36" w:rsidRDefault="00000000">
            <w:r>
              <w:rPr>
                <w:sz w:val="18"/>
              </w:rPr>
              <w:t>1.659</w:t>
            </w:r>
          </w:p>
        </w:tc>
        <w:tc>
          <w:tcPr>
            <w:tcW w:w="1872" w:type="dxa"/>
            <w:tcMar>
              <w:top w:w="20" w:type="dxa"/>
              <w:left w:w="50" w:type="dxa"/>
              <w:bottom w:w="20" w:type="dxa"/>
              <w:right w:w="50" w:type="dxa"/>
            </w:tcMar>
          </w:tcPr>
          <w:p w14:paraId="3CF412FE" w14:textId="77777777" w:rsidR="00292F36" w:rsidRDefault="00000000">
            <w:r>
              <w:rPr>
                <w:sz w:val="18"/>
              </w:rPr>
              <w:t>1</w:t>
            </w:r>
          </w:p>
        </w:tc>
        <w:tc>
          <w:tcPr>
            <w:tcW w:w="1872" w:type="dxa"/>
            <w:tcMar>
              <w:top w:w="20" w:type="dxa"/>
              <w:left w:w="50" w:type="dxa"/>
              <w:bottom w:w="20" w:type="dxa"/>
              <w:right w:w="50" w:type="dxa"/>
            </w:tcMar>
          </w:tcPr>
          <w:p w14:paraId="7A89754F" w14:textId="77777777" w:rsidR="00292F36" w:rsidRDefault="00000000">
            <w:r>
              <w:rPr>
                <w:sz w:val="18"/>
              </w:rPr>
              <w:t>0.198</w:t>
            </w:r>
          </w:p>
        </w:tc>
      </w:tr>
      <w:tr w:rsidR="00292F36" w14:paraId="3686758E" w14:textId="77777777">
        <w:tc>
          <w:tcPr>
            <w:tcW w:w="1872" w:type="dxa"/>
            <w:tcMar>
              <w:top w:w="20" w:type="dxa"/>
              <w:left w:w="50" w:type="dxa"/>
              <w:bottom w:w="20" w:type="dxa"/>
              <w:right w:w="50" w:type="dxa"/>
            </w:tcMar>
          </w:tcPr>
          <w:p w14:paraId="1D83BEE5" w14:textId="77777777" w:rsidR="00292F36" w:rsidRDefault="00000000">
            <w:r>
              <w:rPr>
                <w:sz w:val="18"/>
              </w:rPr>
              <w:t>Biomass</w:t>
            </w:r>
          </w:p>
        </w:tc>
        <w:tc>
          <w:tcPr>
            <w:tcW w:w="1872" w:type="dxa"/>
            <w:tcMar>
              <w:top w:w="20" w:type="dxa"/>
              <w:left w:w="50" w:type="dxa"/>
              <w:bottom w:w="20" w:type="dxa"/>
              <w:right w:w="50" w:type="dxa"/>
            </w:tcMar>
          </w:tcPr>
          <w:p w14:paraId="623F2B69" w14:textId="77777777" w:rsidR="00292F36" w:rsidRDefault="00000000">
            <w:r>
              <w:rPr>
                <w:sz w:val="18"/>
              </w:rPr>
              <w:t>Depth_z</w:t>
            </w:r>
          </w:p>
        </w:tc>
        <w:tc>
          <w:tcPr>
            <w:tcW w:w="1872" w:type="dxa"/>
            <w:tcMar>
              <w:top w:w="20" w:type="dxa"/>
              <w:left w:w="50" w:type="dxa"/>
              <w:bottom w:w="20" w:type="dxa"/>
              <w:right w:w="50" w:type="dxa"/>
            </w:tcMar>
          </w:tcPr>
          <w:p w14:paraId="2C713B47" w14:textId="77777777" w:rsidR="00292F36" w:rsidRDefault="00000000">
            <w:r>
              <w:rPr>
                <w:sz w:val="18"/>
              </w:rPr>
              <w:t>0.11</w:t>
            </w:r>
          </w:p>
        </w:tc>
        <w:tc>
          <w:tcPr>
            <w:tcW w:w="1872" w:type="dxa"/>
            <w:tcMar>
              <w:top w:w="20" w:type="dxa"/>
              <w:left w:w="50" w:type="dxa"/>
              <w:bottom w:w="20" w:type="dxa"/>
              <w:right w:w="50" w:type="dxa"/>
            </w:tcMar>
          </w:tcPr>
          <w:p w14:paraId="0EFBEE5C" w14:textId="77777777" w:rsidR="00292F36" w:rsidRDefault="00000000">
            <w:r>
              <w:rPr>
                <w:sz w:val="18"/>
              </w:rPr>
              <w:t>1</w:t>
            </w:r>
          </w:p>
        </w:tc>
        <w:tc>
          <w:tcPr>
            <w:tcW w:w="1872" w:type="dxa"/>
            <w:tcMar>
              <w:top w:w="20" w:type="dxa"/>
              <w:left w:w="50" w:type="dxa"/>
              <w:bottom w:w="20" w:type="dxa"/>
              <w:right w:w="50" w:type="dxa"/>
            </w:tcMar>
          </w:tcPr>
          <w:p w14:paraId="71F3F18C" w14:textId="77777777" w:rsidR="00292F36" w:rsidRDefault="00000000">
            <w:r>
              <w:rPr>
                <w:sz w:val="18"/>
              </w:rPr>
              <w:t>0.741</w:t>
            </w:r>
          </w:p>
        </w:tc>
      </w:tr>
      <w:tr w:rsidR="00292F36" w14:paraId="7CCDEBA7" w14:textId="77777777">
        <w:tc>
          <w:tcPr>
            <w:tcW w:w="1872" w:type="dxa"/>
            <w:tcMar>
              <w:top w:w="20" w:type="dxa"/>
              <w:left w:w="50" w:type="dxa"/>
              <w:bottom w:w="20" w:type="dxa"/>
              <w:right w:w="50" w:type="dxa"/>
            </w:tcMar>
          </w:tcPr>
          <w:p w14:paraId="5F589F6D" w14:textId="77777777" w:rsidR="00292F36" w:rsidRDefault="00000000">
            <w:r>
              <w:rPr>
                <w:sz w:val="18"/>
              </w:rPr>
              <w:t>Biomass</w:t>
            </w:r>
          </w:p>
        </w:tc>
        <w:tc>
          <w:tcPr>
            <w:tcW w:w="1872" w:type="dxa"/>
            <w:tcMar>
              <w:top w:w="20" w:type="dxa"/>
              <w:left w:w="50" w:type="dxa"/>
              <w:bottom w:w="20" w:type="dxa"/>
              <w:right w:w="50" w:type="dxa"/>
            </w:tcMar>
          </w:tcPr>
          <w:p w14:paraId="65E90671" w14:textId="77777777" w:rsidR="00292F36" w:rsidRDefault="00000000">
            <w:r>
              <w:rPr>
                <w:sz w:val="18"/>
              </w:rPr>
              <w:t>SST_z</w:t>
            </w:r>
          </w:p>
        </w:tc>
        <w:tc>
          <w:tcPr>
            <w:tcW w:w="1872" w:type="dxa"/>
            <w:tcMar>
              <w:top w:w="20" w:type="dxa"/>
              <w:left w:w="50" w:type="dxa"/>
              <w:bottom w:w="20" w:type="dxa"/>
              <w:right w:w="50" w:type="dxa"/>
            </w:tcMar>
          </w:tcPr>
          <w:p w14:paraId="37A901D5" w14:textId="77777777" w:rsidR="00292F36" w:rsidRDefault="00000000">
            <w:r>
              <w:rPr>
                <w:sz w:val="18"/>
              </w:rPr>
              <w:t>13.876</w:t>
            </w:r>
          </w:p>
        </w:tc>
        <w:tc>
          <w:tcPr>
            <w:tcW w:w="1872" w:type="dxa"/>
            <w:tcMar>
              <w:top w:w="20" w:type="dxa"/>
              <w:left w:w="50" w:type="dxa"/>
              <w:bottom w:w="20" w:type="dxa"/>
              <w:right w:w="50" w:type="dxa"/>
            </w:tcMar>
          </w:tcPr>
          <w:p w14:paraId="69B8079E" w14:textId="77777777" w:rsidR="00292F36" w:rsidRDefault="00000000">
            <w:r>
              <w:rPr>
                <w:sz w:val="18"/>
              </w:rPr>
              <w:t>1</w:t>
            </w:r>
          </w:p>
        </w:tc>
        <w:tc>
          <w:tcPr>
            <w:tcW w:w="1872" w:type="dxa"/>
            <w:tcMar>
              <w:top w:w="20" w:type="dxa"/>
              <w:left w:w="50" w:type="dxa"/>
              <w:bottom w:w="20" w:type="dxa"/>
              <w:right w:w="50" w:type="dxa"/>
            </w:tcMar>
          </w:tcPr>
          <w:p w14:paraId="54091DED" w14:textId="77777777" w:rsidR="00292F36" w:rsidRDefault="00000000">
            <w:r>
              <w:rPr>
                <w:sz w:val="18"/>
              </w:rPr>
              <w:t>&lt;0.001</w:t>
            </w:r>
          </w:p>
        </w:tc>
      </w:tr>
      <w:tr w:rsidR="00292F36" w14:paraId="03284954" w14:textId="77777777">
        <w:tc>
          <w:tcPr>
            <w:tcW w:w="1872" w:type="dxa"/>
            <w:tcMar>
              <w:top w:w="20" w:type="dxa"/>
              <w:left w:w="50" w:type="dxa"/>
              <w:bottom w:w="20" w:type="dxa"/>
              <w:right w:w="50" w:type="dxa"/>
            </w:tcMar>
          </w:tcPr>
          <w:p w14:paraId="02D66EB7" w14:textId="77777777" w:rsidR="00292F36" w:rsidRDefault="00000000">
            <w:r>
              <w:rPr>
                <w:sz w:val="18"/>
              </w:rPr>
              <w:t>Biomass</w:t>
            </w:r>
          </w:p>
        </w:tc>
        <w:tc>
          <w:tcPr>
            <w:tcW w:w="1872" w:type="dxa"/>
            <w:tcMar>
              <w:top w:w="20" w:type="dxa"/>
              <w:left w:w="50" w:type="dxa"/>
              <w:bottom w:w="20" w:type="dxa"/>
              <w:right w:w="50" w:type="dxa"/>
            </w:tcMar>
          </w:tcPr>
          <w:p w14:paraId="77621E7F" w14:textId="77777777" w:rsidR="00292F36" w:rsidRDefault="00000000">
            <w:r>
              <w:rPr>
                <w:sz w:val="18"/>
              </w:rPr>
              <w:t>chl_z</w:t>
            </w:r>
          </w:p>
        </w:tc>
        <w:tc>
          <w:tcPr>
            <w:tcW w:w="1872" w:type="dxa"/>
            <w:tcMar>
              <w:top w:w="20" w:type="dxa"/>
              <w:left w:w="50" w:type="dxa"/>
              <w:bottom w:w="20" w:type="dxa"/>
              <w:right w:w="50" w:type="dxa"/>
            </w:tcMar>
          </w:tcPr>
          <w:p w14:paraId="0A38DAF0" w14:textId="77777777" w:rsidR="00292F36" w:rsidRDefault="00000000">
            <w:r>
              <w:rPr>
                <w:sz w:val="18"/>
              </w:rPr>
              <w:t>0.149</w:t>
            </w:r>
          </w:p>
        </w:tc>
        <w:tc>
          <w:tcPr>
            <w:tcW w:w="1872" w:type="dxa"/>
            <w:tcMar>
              <w:top w:w="20" w:type="dxa"/>
              <w:left w:w="50" w:type="dxa"/>
              <w:bottom w:w="20" w:type="dxa"/>
              <w:right w:w="50" w:type="dxa"/>
            </w:tcMar>
          </w:tcPr>
          <w:p w14:paraId="4233E9B3" w14:textId="77777777" w:rsidR="00292F36" w:rsidRDefault="00000000">
            <w:r>
              <w:rPr>
                <w:sz w:val="18"/>
              </w:rPr>
              <w:t>1</w:t>
            </w:r>
          </w:p>
        </w:tc>
        <w:tc>
          <w:tcPr>
            <w:tcW w:w="1872" w:type="dxa"/>
            <w:tcMar>
              <w:top w:w="20" w:type="dxa"/>
              <w:left w:w="50" w:type="dxa"/>
              <w:bottom w:w="20" w:type="dxa"/>
              <w:right w:w="50" w:type="dxa"/>
            </w:tcMar>
          </w:tcPr>
          <w:p w14:paraId="5C9960ED" w14:textId="77777777" w:rsidR="00292F36" w:rsidRDefault="00000000">
            <w:r>
              <w:rPr>
                <w:sz w:val="18"/>
              </w:rPr>
              <w:t>0.699</w:t>
            </w:r>
          </w:p>
        </w:tc>
      </w:tr>
      <w:tr w:rsidR="00292F36" w14:paraId="239A5A69" w14:textId="77777777">
        <w:tc>
          <w:tcPr>
            <w:tcW w:w="1872" w:type="dxa"/>
            <w:tcMar>
              <w:top w:w="20" w:type="dxa"/>
              <w:left w:w="50" w:type="dxa"/>
              <w:bottom w:w="20" w:type="dxa"/>
              <w:right w:w="50" w:type="dxa"/>
            </w:tcMar>
          </w:tcPr>
          <w:p w14:paraId="3B91DE34" w14:textId="77777777" w:rsidR="00292F36" w:rsidRDefault="00000000">
            <w:r>
              <w:rPr>
                <w:sz w:val="18"/>
              </w:rPr>
              <w:t>Biomass</w:t>
            </w:r>
          </w:p>
        </w:tc>
        <w:tc>
          <w:tcPr>
            <w:tcW w:w="1872" w:type="dxa"/>
            <w:tcMar>
              <w:top w:w="20" w:type="dxa"/>
              <w:left w:w="50" w:type="dxa"/>
              <w:bottom w:w="20" w:type="dxa"/>
              <w:right w:w="50" w:type="dxa"/>
            </w:tcMar>
          </w:tcPr>
          <w:p w14:paraId="66063DB1" w14:textId="77777777" w:rsidR="00292F36" w:rsidRDefault="00000000">
            <w:r>
              <w:rPr>
                <w:sz w:val="18"/>
              </w:rPr>
              <w:t>PC1_z</w:t>
            </w:r>
          </w:p>
        </w:tc>
        <w:tc>
          <w:tcPr>
            <w:tcW w:w="1872" w:type="dxa"/>
            <w:tcMar>
              <w:top w:w="20" w:type="dxa"/>
              <w:left w:w="50" w:type="dxa"/>
              <w:bottom w:w="20" w:type="dxa"/>
              <w:right w:w="50" w:type="dxa"/>
            </w:tcMar>
          </w:tcPr>
          <w:p w14:paraId="1879A71D" w14:textId="77777777" w:rsidR="00292F36" w:rsidRDefault="00000000">
            <w:r>
              <w:rPr>
                <w:sz w:val="18"/>
              </w:rPr>
              <w:t>5.251</w:t>
            </w:r>
          </w:p>
        </w:tc>
        <w:tc>
          <w:tcPr>
            <w:tcW w:w="1872" w:type="dxa"/>
            <w:tcMar>
              <w:top w:w="20" w:type="dxa"/>
              <w:left w:w="50" w:type="dxa"/>
              <w:bottom w:w="20" w:type="dxa"/>
              <w:right w:w="50" w:type="dxa"/>
            </w:tcMar>
          </w:tcPr>
          <w:p w14:paraId="0E0CC806" w14:textId="77777777" w:rsidR="00292F36" w:rsidRDefault="00000000">
            <w:r>
              <w:rPr>
                <w:sz w:val="18"/>
              </w:rPr>
              <w:t>1</w:t>
            </w:r>
          </w:p>
        </w:tc>
        <w:tc>
          <w:tcPr>
            <w:tcW w:w="1872" w:type="dxa"/>
            <w:tcMar>
              <w:top w:w="20" w:type="dxa"/>
              <w:left w:w="50" w:type="dxa"/>
              <w:bottom w:w="20" w:type="dxa"/>
              <w:right w:w="50" w:type="dxa"/>
            </w:tcMar>
          </w:tcPr>
          <w:p w14:paraId="1B624268" w14:textId="77777777" w:rsidR="00292F36" w:rsidRDefault="00000000">
            <w:r>
              <w:rPr>
                <w:sz w:val="18"/>
              </w:rPr>
              <w:t>0.022</w:t>
            </w:r>
          </w:p>
        </w:tc>
      </w:tr>
      <w:tr w:rsidR="00292F36" w14:paraId="15DF297F" w14:textId="77777777">
        <w:tc>
          <w:tcPr>
            <w:tcW w:w="1872" w:type="dxa"/>
            <w:tcMar>
              <w:top w:w="20" w:type="dxa"/>
              <w:left w:w="50" w:type="dxa"/>
              <w:bottom w:w="20" w:type="dxa"/>
              <w:right w:w="50" w:type="dxa"/>
            </w:tcMar>
          </w:tcPr>
          <w:p w14:paraId="738B44AF" w14:textId="77777777" w:rsidR="00292F36" w:rsidRDefault="00000000">
            <w:r>
              <w:rPr>
                <w:sz w:val="18"/>
              </w:rPr>
              <w:t>Biomass</w:t>
            </w:r>
          </w:p>
        </w:tc>
        <w:tc>
          <w:tcPr>
            <w:tcW w:w="1872" w:type="dxa"/>
            <w:tcMar>
              <w:top w:w="20" w:type="dxa"/>
              <w:left w:w="50" w:type="dxa"/>
              <w:bottom w:w="20" w:type="dxa"/>
              <w:right w:w="50" w:type="dxa"/>
            </w:tcMar>
          </w:tcPr>
          <w:p w14:paraId="40D6E5E9" w14:textId="77777777" w:rsidR="00292F36" w:rsidRDefault="00000000">
            <w:r>
              <w:rPr>
                <w:sz w:val="18"/>
              </w:rPr>
              <w:t>PC2_z</w:t>
            </w:r>
          </w:p>
        </w:tc>
        <w:tc>
          <w:tcPr>
            <w:tcW w:w="1872" w:type="dxa"/>
            <w:tcMar>
              <w:top w:w="20" w:type="dxa"/>
              <w:left w:w="50" w:type="dxa"/>
              <w:bottom w:w="20" w:type="dxa"/>
              <w:right w:w="50" w:type="dxa"/>
            </w:tcMar>
          </w:tcPr>
          <w:p w14:paraId="0F3EEA8C" w14:textId="77777777" w:rsidR="00292F36" w:rsidRDefault="00000000">
            <w:r>
              <w:rPr>
                <w:sz w:val="18"/>
              </w:rPr>
              <w:t>0.851</w:t>
            </w:r>
          </w:p>
        </w:tc>
        <w:tc>
          <w:tcPr>
            <w:tcW w:w="1872" w:type="dxa"/>
            <w:tcMar>
              <w:top w:w="20" w:type="dxa"/>
              <w:left w:w="50" w:type="dxa"/>
              <w:bottom w:w="20" w:type="dxa"/>
              <w:right w:w="50" w:type="dxa"/>
            </w:tcMar>
          </w:tcPr>
          <w:p w14:paraId="7BB8BA99" w14:textId="77777777" w:rsidR="00292F36" w:rsidRDefault="00000000">
            <w:r>
              <w:rPr>
                <w:sz w:val="18"/>
              </w:rPr>
              <w:t>1</w:t>
            </w:r>
          </w:p>
        </w:tc>
        <w:tc>
          <w:tcPr>
            <w:tcW w:w="1872" w:type="dxa"/>
            <w:tcMar>
              <w:top w:w="20" w:type="dxa"/>
              <w:left w:w="50" w:type="dxa"/>
              <w:bottom w:w="20" w:type="dxa"/>
              <w:right w:w="50" w:type="dxa"/>
            </w:tcMar>
          </w:tcPr>
          <w:p w14:paraId="78DB7331" w14:textId="77777777" w:rsidR="00292F36" w:rsidRDefault="00000000">
            <w:r>
              <w:rPr>
                <w:sz w:val="18"/>
              </w:rPr>
              <w:t>0.356</w:t>
            </w:r>
          </w:p>
        </w:tc>
      </w:tr>
      <w:tr w:rsidR="00292F36" w14:paraId="171237E0" w14:textId="77777777">
        <w:tc>
          <w:tcPr>
            <w:tcW w:w="1872" w:type="dxa"/>
            <w:tcMar>
              <w:top w:w="20" w:type="dxa"/>
              <w:left w:w="50" w:type="dxa"/>
              <w:bottom w:w="20" w:type="dxa"/>
              <w:right w:w="50" w:type="dxa"/>
            </w:tcMar>
          </w:tcPr>
          <w:p w14:paraId="2D47A902" w14:textId="77777777" w:rsidR="00292F36" w:rsidRDefault="00000000">
            <w:r>
              <w:rPr>
                <w:sz w:val="18"/>
              </w:rPr>
              <w:t>Biomass</w:t>
            </w:r>
          </w:p>
        </w:tc>
        <w:tc>
          <w:tcPr>
            <w:tcW w:w="1872" w:type="dxa"/>
            <w:tcMar>
              <w:top w:w="20" w:type="dxa"/>
              <w:left w:w="50" w:type="dxa"/>
              <w:bottom w:w="20" w:type="dxa"/>
              <w:right w:w="50" w:type="dxa"/>
            </w:tcMar>
          </w:tcPr>
          <w:p w14:paraId="312B6A39" w14:textId="77777777" w:rsidR="00292F36" w:rsidRDefault="00000000">
            <w:r>
              <w:rPr>
                <w:sz w:val="18"/>
              </w:rPr>
              <w:t>Year_c:Section</w:t>
            </w:r>
          </w:p>
        </w:tc>
        <w:tc>
          <w:tcPr>
            <w:tcW w:w="1872" w:type="dxa"/>
            <w:tcMar>
              <w:top w:w="20" w:type="dxa"/>
              <w:left w:w="50" w:type="dxa"/>
              <w:bottom w:w="20" w:type="dxa"/>
              <w:right w:w="50" w:type="dxa"/>
            </w:tcMar>
          </w:tcPr>
          <w:p w14:paraId="6996E4E5" w14:textId="77777777" w:rsidR="00292F36" w:rsidRDefault="00000000">
            <w:r>
              <w:rPr>
                <w:sz w:val="18"/>
              </w:rPr>
              <w:t>5.136</w:t>
            </w:r>
          </w:p>
        </w:tc>
        <w:tc>
          <w:tcPr>
            <w:tcW w:w="1872" w:type="dxa"/>
            <w:tcMar>
              <w:top w:w="20" w:type="dxa"/>
              <w:left w:w="50" w:type="dxa"/>
              <w:bottom w:w="20" w:type="dxa"/>
              <w:right w:w="50" w:type="dxa"/>
            </w:tcMar>
          </w:tcPr>
          <w:p w14:paraId="5CD81D60" w14:textId="77777777" w:rsidR="00292F36" w:rsidRDefault="00000000">
            <w:r>
              <w:rPr>
                <w:sz w:val="18"/>
              </w:rPr>
              <w:t>2</w:t>
            </w:r>
          </w:p>
        </w:tc>
        <w:tc>
          <w:tcPr>
            <w:tcW w:w="1872" w:type="dxa"/>
            <w:tcMar>
              <w:top w:w="20" w:type="dxa"/>
              <w:left w:w="50" w:type="dxa"/>
              <w:bottom w:w="20" w:type="dxa"/>
              <w:right w:w="50" w:type="dxa"/>
            </w:tcMar>
          </w:tcPr>
          <w:p w14:paraId="69EBD333" w14:textId="77777777" w:rsidR="00292F36" w:rsidRDefault="00000000">
            <w:r>
              <w:rPr>
                <w:sz w:val="18"/>
              </w:rPr>
              <w:t>0.077</w:t>
            </w:r>
          </w:p>
        </w:tc>
      </w:tr>
      <w:tr w:rsidR="00292F36" w14:paraId="2C16DE78" w14:textId="77777777">
        <w:tc>
          <w:tcPr>
            <w:tcW w:w="1872" w:type="dxa"/>
            <w:tcMar>
              <w:top w:w="20" w:type="dxa"/>
              <w:left w:w="50" w:type="dxa"/>
              <w:bottom w:w="20" w:type="dxa"/>
              <w:right w:w="50" w:type="dxa"/>
            </w:tcMar>
          </w:tcPr>
          <w:p w14:paraId="30F658E1" w14:textId="77777777" w:rsidR="00292F36" w:rsidRDefault="00000000">
            <w:r>
              <w:rPr>
                <w:sz w:val="18"/>
              </w:rPr>
              <w:t>Biomass</w:t>
            </w:r>
          </w:p>
        </w:tc>
        <w:tc>
          <w:tcPr>
            <w:tcW w:w="1872" w:type="dxa"/>
            <w:tcMar>
              <w:top w:w="20" w:type="dxa"/>
              <w:left w:w="50" w:type="dxa"/>
              <w:bottom w:w="20" w:type="dxa"/>
              <w:right w:w="50" w:type="dxa"/>
            </w:tcMar>
          </w:tcPr>
          <w:p w14:paraId="75BC74AB" w14:textId="77777777" w:rsidR="00292F36" w:rsidRDefault="00000000">
            <w:r>
              <w:rPr>
                <w:sz w:val="18"/>
              </w:rPr>
              <w:t>Year_c:Fished</w:t>
            </w:r>
          </w:p>
        </w:tc>
        <w:tc>
          <w:tcPr>
            <w:tcW w:w="1872" w:type="dxa"/>
            <w:tcMar>
              <w:top w:w="20" w:type="dxa"/>
              <w:left w:w="50" w:type="dxa"/>
              <w:bottom w:w="20" w:type="dxa"/>
              <w:right w:w="50" w:type="dxa"/>
            </w:tcMar>
          </w:tcPr>
          <w:p w14:paraId="59D4C885" w14:textId="77777777" w:rsidR="00292F36" w:rsidRDefault="00000000">
            <w:r>
              <w:rPr>
                <w:sz w:val="18"/>
              </w:rPr>
              <w:t>0.293</w:t>
            </w:r>
          </w:p>
        </w:tc>
        <w:tc>
          <w:tcPr>
            <w:tcW w:w="1872" w:type="dxa"/>
            <w:tcMar>
              <w:top w:w="20" w:type="dxa"/>
              <w:left w:w="50" w:type="dxa"/>
              <w:bottom w:w="20" w:type="dxa"/>
              <w:right w:w="50" w:type="dxa"/>
            </w:tcMar>
          </w:tcPr>
          <w:p w14:paraId="531D6EA8" w14:textId="77777777" w:rsidR="00292F36" w:rsidRDefault="00000000">
            <w:r>
              <w:rPr>
                <w:sz w:val="18"/>
              </w:rPr>
              <w:t>1</w:t>
            </w:r>
          </w:p>
        </w:tc>
        <w:tc>
          <w:tcPr>
            <w:tcW w:w="1872" w:type="dxa"/>
            <w:tcMar>
              <w:top w:w="20" w:type="dxa"/>
              <w:left w:w="50" w:type="dxa"/>
              <w:bottom w:w="20" w:type="dxa"/>
              <w:right w:w="50" w:type="dxa"/>
            </w:tcMar>
          </w:tcPr>
          <w:p w14:paraId="2B2B02CB" w14:textId="77777777" w:rsidR="00292F36" w:rsidRDefault="00000000">
            <w:r>
              <w:rPr>
                <w:sz w:val="18"/>
              </w:rPr>
              <w:t>0.588</w:t>
            </w:r>
          </w:p>
        </w:tc>
      </w:tr>
      <w:tr w:rsidR="00292F36" w14:paraId="78D6199F" w14:textId="77777777">
        <w:tc>
          <w:tcPr>
            <w:tcW w:w="1872" w:type="dxa"/>
            <w:tcMar>
              <w:top w:w="20" w:type="dxa"/>
              <w:left w:w="50" w:type="dxa"/>
              <w:bottom w:w="20" w:type="dxa"/>
              <w:right w:w="50" w:type="dxa"/>
            </w:tcMar>
          </w:tcPr>
          <w:p w14:paraId="04616854" w14:textId="77777777" w:rsidR="00292F36" w:rsidRDefault="00000000">
            <w:r>
              <w:rPr>
                <w:sz w:val="18"/>
              </w:rPr>
              <w:t>Biomass</w:t>
            </w:r>
          </w:p>
        </w:tc>
        <w:tc>
          <w:tcPr>
            <w:tcW w:w="1872" w:type="dxa"/>
            <w:tcMar>
              <w:top w:w="20" w:type="dxa"/>
              <w:left w:w="50" w:type="dxa"/>
              <w:bottom w:w="20" w:type="dxa"/>
              <w:right w:w="50" w:type="dxa"/>
            </w:tcMar>
          </w:tcPr>
          <w:p w14:paraId="27EC23FA" w14:textId="77777777" w:rsidR="00292F36" w:rsidRDefault="00000000">
            <w:r>
              <w:rPr>
                <w:sz w:val="18"/>
              </w:rPr>
              <w:t>Section:Fished</w:t>
            </w:r>
          </w:p>
        </w:tc>
        <w:tc>
          <w:tcPr>
            <w:tcW w:w="1872" w:type="dxa"/>
            <w:tcMar>
              <w:top w:w="20" w:type="dxa"/>
              <w:left w:w="50" w:type="dxa"/>
              <w:bottom w:w="20" w:type="dxa"/>
              <w:right w:w="50" w:type="dxa"/>
            </w:tcMar>
          </w:tcPr>
          <w:p w14:paraId="292CEFE9" w14:textId="77777777" w:rsidR="00292F36" w:rsidRDefault="00000000">
            <w:r>
              <w:rPr>
                <w:sz w:val="18"/>
              </w:rPr>
              <w:t>4.398</w:t>
            </w:r>
          </w:p>
        </w:tc>
        <w:tc>
          <w:tcPr>
            <w:tcW w:w="1872" w:type="dxa"/>
            <w:tcMar>
              <w:top w:w="20" w:type="dxa"/>
              <w:left w:w="50" w:type="dxa"/>
              <w:bottom w:w="20" w:type="dxa"/>
              <w:right w:w="50" w:type="dxa"/>
            </w:tcMar>
          </w:tcPr>
          <w:p w14:paraId="3BFC7910" w14:textId="77777777" w:rsidR="00292F36" w:rsidRDefault="00000000">
            <w:r>
              <w:rPr>
                <w:sz w:val="18"/>
              </w:rPr>
              <w:t>2</w:t>
            </w:r>
          </w:p>
        </w:tc>
        <w:tc>
          <w:tcPr>
            <w:tcW w:w="1872" w:type="dxa"/>
            <w:tcMar>
              <w:top w:w="20" w:type="dxa"/>
              <w:left w:w="50" w:type="dxa"/>
              <w:bottom w:w="20" w:type="dxa"/>
              <w:right w:w="50" w:type="dxa"/>
            </w:tcMar>
          </w:tcPr>
          <w:p w14:paraId="5FBD3639" w14:textId="77777777" w:rsidR="00292F36" w:rsidRDefault="00000000">
            <w:r>
              <w:rPr>
                <w:sz w:val="18"/>
              </w:rPr>
              <w:t>0.111</w:t>
            </w:r>
          </w:p>
        </w:tc>
      </w:tr>
      <w:tr w:rsidR="00292F36" w14:paraId="527E377D" w14:textId="77777777">
        <w:tc>
          <w:tcPr>
            <w:tcW w:w="1872" w:type="dxa"/>
            <w:tcMar>
              <w:top w:w="20" w:type="dxa"/>
              <w:left w:w="50" w:type="dxa"/>
              <w:bottom w:w="20" w:type="dxa"/>
              <w:right w:w="50" w:type="dxa"/>
            </w:tcMar>
          </w:tcPr>
          <w:p w14:paraId="48A1DEB3" w14:textId="77777777" w:rsidR="00292F36" w:rsidRDefault="00000000">
            <w:r>
              <w:rPr>
                <w:sz w:val="18"/>
              </w:rPr>
              <w:t>Biomass</w:t>
            </w:r>
          </w:p>
        </w:tc>
        <w:tc>
          <w:tcPr>
            <w:tcW w:w="1872" w:type="dxa"/>
            <w:tcMar>
              <w:top w:w="20" w:type="dxa"/>
              <w:left w:w="50" w:type="dxa"/>
              <w:bottom w:w="20" w:type="dxa"/>
              <w:right w:w="50" w:type="dxa"/>
            </w:tcMar>
          </w:tcPr>
          <w:p w14:paraId="04E94F20" w14:textId="77777777" w:rsidR="00292F36" w:rsidRDefault="00000000">
            <w:r>
              <w:rPr>
                <w:sz w:val="18"/>
              </w:rPr>
              <w:t>Year_c:Section:Fished</w:t>
            </w:r>
          </w:p>
        </w:tc>
        <w:tc>
          <w:tcPr>
            <w:tcW w:w="1872" w:type="dxa"/>
            <w:tcMar>
              <w:top w:w="20" w:type="dxa"/>
              <w:left w:w="50" w:type="dxa"/>
              <w:bottom w:w="20" w:type="dxa"/>
              <w:right w:w="50" w:type="dxa"/>
            </w:tcMar>
          </w:tcPr>
          <w:p w14:paraId="058D26CA" w14:textId="77777777" w:rsidR="00292F36" w:rsidRDefault="00000000">
            <w:r>
              <w:rPr>
                <w:sz w:val="18"/>
              </w:rPr>
              <w:t>7.181</w:t>
            </w:r>
          </w:p>
        </w:tc>
        <w:tc>
          <w:tcPr>
            <w:tcW w:w="1872" w:type="dxa"/>
            <w:tcMar>
              <w:top w:w="20" w:type="dxa"/>
              <w:left w:w="50" w:type="dxa"/>
              <w:bottom w:w="20" w:type="dxa"/>
              <w:right w:w="50" w:type="dxa"/>
            </w:tcMar>
          </w:tcPr>
          <w:p w14:paraId="1315D4A6" w14:textId="77777777" w:rsidR="00292F36" w:rsidRDefault="00000000">
            <w:r>
              <w:rPr>
                <w:sz w:val="18"/>
              </w:rPr>
              <w:t>2</w:t>
            </w:r>
          </w:p>
        </w:tc>
        <w:tc>
          <w:tcPr>
            <w:tcW w:w="1872" w:type="dxa"/>
            <w:tcMar>
              <w:top w:w="20" w:type="dxa"/>
              <w:left w:w="50" w:type="dxa"/>
              <w:bottom w:w="20" w:type="dxa"/>
              <w:right w:w="50" w:type="dxa"/>
            </w:tcMar>
          </w:tcPr>
          <w:p w14:paraId="478B9FCC" w14:textId="77777777" w:rsidR="00292F36" w:rsidRDefault="00000000">
            <w:r>
              <w:rPr>
                <w:sz w:val="18"/>
              </w:rPr>
              <w:t>0.028</w:t>
            </w:r>
          </w:p>
        </w:tc>
      </w:tr>
      <w:tr w:rsidR="00292F36" w14:paraId="17C79F96" w14:textId="77777777">
        <w:tc>
          <w:tcPr>
            <w:tcW w:w="1872" w:type="dxa"/>
            <w:tcMar>
              <w:top w:w="20" w:type="dxa"/>
              <w:left w:w="50" w:type="dxa"/>
              <w:bottom w:w="20" w:type="dxa"/>
              <w:right w:w="50" w:type="dxa"/>
            </w:tcMar>
          </w:tcPr>
          <w:p w14:paraId="4F23A335" w14:textId="77777777" w:rsidR="00292F36" w:rsidRDefault="00000000">
            <w:r>
              <w:rPr>
                <w:sz w:val="18"/>
              </w:rPr>
              <w:t>Productivity</w:t>
            </w:r>
          </w:p>
        </w:tc>
        <w:tc>
          <w:tcPr>
            <w:tcW w:w="1872" w:type="dxa"/>
            <w:tcMar>
              <w:top w:w="20" w:type="dxa"/>
              <w:left w:w="50" w:type="dxa"/>
              <w:bottom w:w="20" w:type="dxa"/>
              <w:right w:w="50" w:type="dxa"/>
            </w:tcMar>
          </w:tcPr>
          <w:p w14:paraId="2538F834" w14:textId="77777777" w:rsidR="00292F36" w:rsidRDefault="00000000">
            <w:r>
              <w:rPr>
                <w:sz w:val="18"/>
              </w:rPr>
              <w:t>Year_c</w:t>
            </w:r>
          </w:p>
        </w:tc>
        <w:tc>
          <w:tcPr>
            <w:tcW w:w="1872" w:type="dxa"/>
            <w:tcMar>
              <w:top w:w="20" w:type="dxa"/>
              <w:left w:w="50" w:type="dxa"/>
              <w:bottom w:w="20" w:type="dxa"/>
              <w:right w:w="50" w:type="dxa"/>
            </w:tcMar>
          </w:tcPr>
          <w:p w14:paraId="1596B577" w14:textId="77777777" w:rsidR="00292F36" w:rsidRDefault="00000000">
            <w:r>
              <w:rPr>
                <w:sz w:val="18"/>
              </w:rPr>
              <w:t>0.911</w:t>
            </w:r>
          </w:p>
        </w:tc>
        <w:tc>
          <w:tcPr>
            <w:tcW w:w="1872" w:type="dxa"/>
            <w:tcMar>
              <w:top w:w="20" w:type="dxa"/>
              <w:left w:w="50" w:type="dxa"/>
              <w:bottom w:w="20" w:type="dxa"/>
              <w:right w:w="50" w:type="dxa"/>
            </w:tcMar>
          </w:tcPr>
          <w:p w14:paraId="51BC5026" w14:textId="77777777" w:rsidR="00292F36" w:rsidRDefault="00000000">
            <w:r>
              <w:rPr>
                <w:sz w:val="18"/>
              </w:rPr>
              <w:t>1</w:t>
            </w:r>
          </w:p>
        </w:tc>
        <w:tc>
          <w:tcPr>
            <w:tcW w:w="1872" w:type="dxa"/>
            <w:tcMar>
              <w:top w:w="20" w:type="dxa"/>
              <w:left w:w="50" w:type="dxa"/>
              <w:bottom w:w="20" w:type="dxa"/>
              <w:right w:w="50" w:type="dxa"/>
            </w:tcMar>
          </w:tcPr>
          <w:p w14:paraId="405BAB4E" w14:textId="77777777" w:rsidR="00292F36" w:rsidRDefault="00000000">
            <w:r>
              <w:rPr>
                <w:sz w:val="18"/>
              </w:rPr>
              <w:t>0.340</w:t>
            </w:r>
          </w:p>
        </w:tc>
      </w:tr>
      <w:tr w:rsidR="00292F36" w14:paraId="6DC809DF" w14:textId="77777777">
        <w:tc>
          <w:tcPr>
            <w:tcW w:w="1872" w:type="dxa"/>
            <w:tcMar>
              <w:top w:w="20" w:type="dxa"/>
              <w:left w:w="50" w:type="dxa"/>
              <w:bottom w:w="20" w:type="dxa"/>
              <w:right w:w="50" w:type="dxa"/>
            </w:tcMar>
          </w:tcPr>
          <w:p w14:paraId="60420592" w14:textId="77777777" w:rsidR="00292F36" w:rsidRDefault="00000000">
            <w:r>
              <w:rPr>
                <w:sz w:val="18"/>
              </w:rPr>
              <w:t>Productivity</w:t>
            </w:r>
          </w:p>
        </w:tc>
        <w:tc>
          <w:tcPr>
            <w:tcW w:w="1872" w:type="dxa"/>
            <w:tcMar>
              <w:top w:w="20" w:type="dxa"/>
              <w:left w:w="50" w:type="dxa"/>
              <w:bottom w:w="20" w:type="dxa"/>
              <w:right w:w="50" w:type="dxa"/>
            </w:tcMar>
          </w:tcPr>
          <w:p w14:paraId="5FDCA833" w14:textId="77777777" w:rsidR="00292F36" w:rsidRDefault="00000000">
            <w:r>
              <w:rPr>
                <w:sz w:val="18"/>
              </w:rPr>
              <w:t>Section</w:t>
            </w:r>
          </w:p>
        </w:tc>
        <w:tc>
          <w:tcPr>
            <w:tcW w:w="1872" w:type="dxa"/>
            <w:tcMar>
              <w:top w:w="20" w:type="dxa"/>
              <w:left w:w="50" w:type="dxa"/>
              <w:bottom w:w="20" w:type="dxa"/>
              <w:right w:w="50" w:type="dxa"/>
            </w:tcMar>
          </w:tcPr>
          <w:p w14:paraId="2F2D9787" w14:textId="77777777" w:rsidR="00292F36" w:rsidRDefault="00000000">
            <w:r>
              <w:rPr>
                <w:sz w:val="18"/>
              </w:rPr>
              <w:t>2.257</w:t>
            </w:r>
          </w:p>
        </w:tc>
        <w:tc>
          <w:tcPr>
            <w:tcW w:w="1872" w:type="dxa"/>
            <w:tcMar>
              <w:top w:w="20" w:type="dxa"/>
              <w:left w:w="50" w:type="dxa"/>
              <w:bottom w:w="20" w:type="dxa"/>
              <w:right w:w="50" w:type="dxa"/>
            </w:tcMar>
          </w:tcPr>
          <w:p w14:paraId="031AD835" w14:textId="77777777" w:rsidR="00292F36" w:rsidRDefault="00000000">
            <w:r>
              <w:rPr>
                <w:sz w:val="18"/>
              </w:rPr>
              <w:t>2</w:t>
            </w:r>
          </w:p>
        </w:tc>
        <w:tc>
          <w:tcPr>
            <w:tcW w:w="1872" w:type="dxa"/>
            <w:tcMar>
              <w:top w:w="20" w:type="dxa"/>
              <w:left w:w="50" w:type="dxa"/>
              <w:bottom w:w="20" w:type="dxa"/>
              <w:right w:w="50" w:type="dxa"/>
            </w:tcMar>
          </w:tcPr>
          <w:p w14:paraId="37E52BA4" w14:textId="77777777" w:rsidR="00292F36" w:rsidRDefault="00000000">
            <w:r>
              <w:rPr>
                <w:sz w:val="18"/>
              </w:rPr>
              <w:t>0.324</w:t>
            </w:r>
          </w:p>
        </w:tc>
      </w:tr>
      <w:tr w:rsidR="00292F36" w14:paraId="268BBD17" w14:textId="77777777">
        <w:tc>
          <w:tcPr>
            <w:tcW w:w="1872" w:type="dxa"/>
            <w:tcMar>
              <w:top w:w="20" w:type="dxa"/>
              <w:left w:w="50" w:type="dxa"/>
              <w:bottom w:w="20" w:type="dxa"/>
              <w:right w:w="50" w:type="dxa"/>
            </w:tcMar>
          </w:tcPr>
          <w:p w14:paraId="2E2F91F2" w14:textId="77777777" w:rsidR="00292F36" w:rsidRDefault="00000000">
            <w:r>
              <w:rPr>
                <w:sz w:val="18"/>
              </w:rPr>
              <w:t>Productivity</w:t>
            </w:r>
          </w:p>
        </w:tc>
        <w:tc>
          <w:tcPr>
            <w:tcW w:w="1872" w:type="dxa"/>
            <w:tcMar>
              <w:top w:w="20" w:type="dxa"/>
              <w:left w:w="50" w:type="dxa"/>
              <w:bottom w:w="20" w:type="dxa"/>
              <w:right w:w="50" w:type="dxa"/>
            </w:tcMar>
          </w:tcPr>
          <w:p w14:paraId="71FEB3F9" w14:textId="77777777" w:rsidR="00292F36" w:rsidRDefault="00000000">
            <w:r>
              <w:rPr>
                <w:sz w:val="18"/>
              </w:rPr>
              <w:t>Fished</w:t>
            </w:r>
          </w:p>
        </w:tc>
        <w:tc>
          <w:tcPr>
            <w:tcW w:w="1872" w:type="dxa"/>
            <w:tcMar>
              <w:top w:w="20" w:type="dxa"/>
              <w:left w:w="50" w:type="dxa"/>
              <w:bottom w:w="20" w:type="dxa"/>
              <w:right w:w="50" w:type="dxa"/>
            </w:tcMar>
          </w:tcPr>
          <w:p w14:paraId="534B4719" w14:textId="77777777" w:rsidR="00292F36" w:rsidRDefault="00000000">
            <w:r>
              <w:rPr>
                <w:sz w:val="18"/>
              </w:rPr>
              <w:t>0.002</w:t>
            </w:r>
          </w:p>
        </w:tc>
        <w:tc>
          <w:tcPr>
            <w:tcW w:w="1872" w:type="dxa"/>
            <w:tcMar>
              <w:top w:w="20" w:type="dxa"/>
              <w:left w:w="50" w:type="dxa"/>
              <w:bottom w:w="20" w:type="dxa"/>
              <w:right w:w="50" w:type="dxa"/>
            </w:tcMar>
          </w:tcPr>
          <w:p w14:paraId="09F37CA7" w14:textId="77777777" w:rsidR="00292F36" w:rsidRDefault="00000000">
            <w:r>
              <w:rPr>
                <w:sz w:val="18"/>
              </w:rPr>
              <w:t>1</w:t>
            </w:r>
          </w:p>
        </w:tc>
        <w:tc>
          <w:tcPr>
            <w:tcW w:w="1872" w:type="dxa"/>
            <w:tcMar>
              <w:top w:w="20" w:type="dxa"/>
              <w:left w:w="50" w:type="dxa"/>
              <w:bottom w:w="20" w:type="dxa"/>
              <w:right w:w="50" w:type="dxa"/>
            </w:tcMar>
          </w:tcPr>
          <w:p w14:paraId="5D01BBBA" w14:textId="77777777" w:rsidR="00292F36" w:rsidRDefault="00000000">
            <w:r>
              <w:rPr>
                <w:sz w:val="18"/>
              </w:rPr>
              <w:t>0.969</w:t>
            </w:r>
          </w:p>
        </w:tc>
      </w:tr>
      <w:tr w:rsidR="00292F36" w14:paraId="453AD500" w14:textId="77777777">
        <w:tc>
          <w:tcPr>
            <w:tcW w:w="1872" w:type="dxa"/>
            <w:tcMar>
              <w:top w:w="20" w:type="dxa"/>
              <w:left w:w="50" w:type="dxa"/>
              <w:bottom w:w="20" w:type="dxa"/>
              <w:right w:w="50" w:type="dxa"/>
            </w:tcMar>
          </w:tcPr>
          <w:p w14:paraId="59E1F21F" w14:textId="77777777" w:rsidR="00292F36" w:rsidRDefault="00000000">
            <w:r>
              <w:rPr>
                <w:sz w:val="18"/>
              </w:rPr>
              <w:t>Productivity</w:t>
            </w:r>
          </w:p>
        </w:tc>
        <w:tc>
          <w:tcPr>
            <w:tcW w:w="1872" w:type="dxa"/>
            <w:tcMar>
              <w:top w:w="20" w:type="dxa"/>
              <w:left w:w="50" w:type="dxa"/>
              <w:bottom w:w="20" w:type="dxa"/>
              <w:right w:w="50" w:type="dxa"/>
            </w:tcMar>
          </w:tcPr>
          <w:p w14:paraId="4C127623" w14:textId="77777777" w:rsidR="00292F36" w:rsidRDefault="00000000">
            <w:r>
              <w:rPr>
                <w:sz w:val="18"/>
              </w:rPr>
              <w:t>Depth_z</w:t>
            </w:r>
          </w:p>
        </w:tc>
        <w:tc>
          <w:tcPr>
            <w:tcW w:w="1872" w:type="dxa"/>
            <w:tcMar>
              <w:top w:w="20" w:type="dxa"/>
              <w:left w:w="50" w:type="dxa"/>
              <w:bottom w:w="20" w:type="dxa"/>
              <w:right w:w="50" w:type="dxa"/>
            </w:tcMar>
          </w:tcPr>
          <w:p w14:paraId="7B4B059C" w14:textId="77777777" w:rsidR="00292F36" w:rsidRDefault="00000000">
            <w:r>
              <w:rPr>
                <w:sz w:val="18"/>
              </w:rPr>
              <w:t>1.47</w:t>
            </w:r>
          </w:p>
        </w:tc>
        <w:tc>
          <w:tcPr>
            <w:tcW w:w="1872" w:type="dxa"/>
            <w:tcMar>
              <w:top w:w="20" w:type="dxa"/>
              <w:left w:w="50" w:type="dxa"/>
              <w:bottom w:w="20" w:type="dxa"/>
              <w:right w:w="50" w:type="dxa"/>
            </w:tcMar>
          </w:tcPr>
          <w:p w14:paraId="08233D44" w14:textId="77777777" w:rsidR="00292F36" w:rsidRDefault="00000000">
            <w:r>
              <w:rPr>
                <w:sz w:val="18"/>
              </w:rPr>
              <w:t>1</w:t>
            </w:r>
          </w:p>
        </w:tc>
        <w:tc>
          <w:tcPr>
            <w:tcW w:w="1872" w:type="dxa"/>
            <w:tcMar>
              <w:top w:w="20" w:type="dxa"/>
              <w:left w:w="50" w:type="dxa"/>
              <w:bottom w:w="20" w:type="dxa"/>
              <w:right w:w="50" w:type="dxa"/>
            </w:tcMar>
          </w:tcPr>
          <w:p w14:paraId="4AF21C77" w14:textId="77777777" w:rsidR="00292F36" w:rsidRDefault="00000000">
            <w:r>
              <w:rPr>
                <w:sz w:val="18"/>
              </w:rPr>
              <w:t>0.225</w:t>
            </w:r>
          </w:p>
        </w:tc>
      </w:tr>
      <w:tr w:rsidR="00292F36" w14:paraId="775A407D" w14:textId="77777777">
        <w:tc>
          <w:tcPr>
            <w:tcW w:w="1872" w:type="dxa"/>
            <w:tcMar>
              <w:top w:w="20" w:type="dxa"/>
              <w:left w:w="50" w:type="dxa"/>
              <w:bottom w:w="20" w:type="dxa"/>
              <w:right w:w="50" w:type="dxa"/>
            </w:tcMar>
          </w:tcPr>
          <w:p w14:paraId="7D0A3DAF" w14:textId="77777777" w:rsidR="00292F36" w:rsidRDefault="00000000">
            <w:r>
              <w:rPr>
                <w:sz w:val="18"/>
              </w:rPr>
              <w:t>Productivity</w:t>
            </w:r>
          </w:p>
        </w:tc>
        <w:tc>
          <w:tcPr>
            <w:tcW w:w="1872" w:type="dxa"/>
            <w:tcMar>
              <w:top w:w="20" w:type="dxa"/>
              <w:left w:w="50" w:type="dxa"/>
              <w:bottom w:w="20" w:type="dxa"/>
              <w:right w:w="50" w:type="dxa"/>
            </w:tcMar>
          </w:tcPr>
          <w:p w14:paraId="0CED56DE" w14:textId="77777777" w:rsidR="00292F36" w:rsidRDefault="00000000">
            <w:r>
              <w:rPr>
                <w:sz w:val="18"/>
              </w:rPr>
              <w:t>SST_z</w:t>
            </w:r>
          </w:p>
        </w:tc>
        <w:tc>
          <w:tcPr>
            <w:tcW w:w="1872" w:type="dxa"/>
            <w:tcMar>
              <w:top w:w="20" w:type="dxa"/>
              <w:left w:w="50" w:type="dxa"/>
              <w:bottom w:w="20" w:type="dxa"/>
              <w:right w:w="50" w:type="dxa"/>
            </w:tcMar>
          </w:tcPr>
          <w:p w14:paraId="082A3288" w14:textId="77777777" w:rsidR="00292F36" w:rsidRDefault="00000000">
            <w:r>
              <w:rPr>
                <w:sz w:val="18"/>
              </w:rPr>
              <w:t>6.324</w:t>
            </w:r>
          </w:p>
        </w:tc>
        <w:tc>
          <w:tcPr>
            <w:tcW w:w="1872" w:type="dxa"/>
            <w:tcMar>
              <w:top w:w="20" w:type="dxa"/>
              <w:left w:w="50" w:type="dxa"/>
              <w:bottom w:w="20" w:type="dxa"/>
              <w:right w:w="50" w:type="dxa"/>
            </w:tcMar>
          </w:tcPr>
          <w:p w14:paraId="55E14181" w14:textId="77777777" w:rsidR="00292F36" w:rsidRDefault="00000000">
            <w:r>
              <w:rPr>
                <w:sz w:val="18"/>
              </w:rPr>
              <w:t>1</w:t>
            </w:r>
          </w:p>
        </w:tc>
        <w:tc>
          <w:tcPr>
            <w:tcW w:w="1872" w:type="dxa"/>
            <w:tcMar>
              <w:top w:w="20" w:type="dxa"/>
              <w:left w:w="50" w:type="dxa"/>
              <w:bottom w:w="20" w:type="dxa"/>
              <w:right w:w="50" w:type="dxa"/>
            </w:tcMar>
          </w:tcPr>
          <w:p w14:paraId="3D9AD13F" w14:textId="77777777" w:rsidR="00292F36" w:rsidRDefault="00000000">
            <w:r>
              <w:rPr>
                <w:sz w:val="18"/>
              </w:rPr>
              <w:t>0.012</w:t>
            </w:r>
          </w:p>
        </w:tc>
      </w:tr>
      <w:tr w:rsidR="00292F36" w14:paraId="13A842DA" w14:textId="77777777">
        <w:tc>
          <w:tcPr>
            <w:tcW w:w="1872" w:type="dxa"/>
            <w:tcMar>
              <w:top w:w="20" w:type="dxa"/>
              <w:left w:w="50" w:type="dxa"/>
              <w:bottom w:w="20" w:type="dxa"/>
              <w:right w:w="50" w:type="dxa"/>
            </w:tcMar>
          </w:tcPr>
          <w:p w14:paraId="5C68FD1C" w14:textId="77777777" w:rsidR="00292F36" w:rsidRDefault="00000000">
            <w:r>
              <w:rPr>
                <w:sz w:val="18"/>
              </w:rPr>
              <w:t>Productivity</w:t>
            </w:r>
          </w:p>
        </w:tc>
        <w:tc>
          <w:tcPr>
            <w:tcW w:w="1872" w:type="dxa"/>
            <w:tcMar>
              <w:top w:w="20" w:type="dxa"/>
              <w:left w:w="50" w:type="dxa"/>
              <w:bottom w:w="20" w:type="dxa"/>
              <w:right w:w="50" w:type="dxa"/>
            </w:tcMar>
          </w:tcPr>
          <w:p w14:paraId="42C30532" w14:textId="77777777" w:rsidR="00292F36" w:rsidRDefault="00000000">
            <w:r>
              <w:rPr>
                <w:sz w:val="18"/>
              </w:rPr>
              <w:t>chl_z</w:t>
            </w:r>
          </w:p>
        </w:tc>
        <w:tc>
          <w:tcPr>
            <w:tcW w:w="1872" w:type="dxa"/>
            <w:tcMar>
              <w:top w:w="20" w:type="dxa"/>
              <w:left w:w="50" w:type="dxa"/>
              <w:bottom w:w="20" w:type="dxa"/>
              <w:right w:w="50" w:type="dxa"/>
            </w:tcMar>
          </w:tcPr>
          <w:p w14:paraId="4EAB29D4" w14:textId="77777777" w:rsidR="00292F36" w:rsidRDefault="00000000">
            <w:r>
              <w:rPr>
                <w:sz w:val="18"/>
              </w:rPr>
              <w:t>0.337</w:t>
            </w:r>
          </w:p>
        </w:tc>
        <w:tc>
          <w:tcPr>
            <w:tcW w:w="1872" w:type="dxa"/>
            <w:tcMar>
              <w:top w:w="20" w:type="dxa"/>
              <w:left w:w="50" w:type="dxa"/>
              <w:bottom w:w="20" w:type="dxa"/>
              <w:right w:w="50" w:type="dxa"/>
            </w:tcMar>
          </w:tcPr>
          <w:p w14:paraId="17707B9E" w14:textId="77777777" w:rsidR="00292F36" w:rsidRDefault="00000000">
            <w:r>
              <w:rPr>
                <w:sz w:val="18"/>
              </w:rPr>
              <w:t>1</w:t>
            </w:r>
          </w:p>
        </w:tc>
        <w:tc>
          <w:tcPr>
            <w:tcW w:w="1872" w:type="dxa"/>
            <w:tcMar>
              <w:top w:w="20" w:type="dxa"/>
              <w:left w:w="50" w:type="dxa"/>
              <w:bottom w:w="20" w:type="dxa"/>
              <w:right w:w="50" w:type="dxa"/>
            </w:tcMar>
          </w:tcPr>
          <w:p w14:paraId="51430875" w14:textId="77777777" w:rsidR="00292F36" w:rsidRDefault="00000000">
            <w:r>
              <w:rPr>
                <w:sz w:val="18"/>
              </w:rPr>
              <w:t>0.562</w:t>
            </w:r>
          </w:p>
        </w:tc>
      </w:tr>
      <w:tr w:rsidR="00292F36" w14:paraId="7F46BB64" w14:textId="77777777">
        <w:tc>
          <w:tcPr>
            <w:tcW w:w="1872" w:type="dxa"/>
            <w:tcMar>
              <w:top w:w="20" w:type="dxa"/>
              <w:left w:w="50" w:type="dxa"/>
              <w:bottom w:w="20" w:type="dxa"/>
              <w:right w:w="50" w:type="dxa"/>
            </w:tcMar>
          </w:tcPr>
          <w:p w14:paraId="39197093" w14:textId="77777777" w:rsidR="00292F36" w:rsidRDefault="00000000">
            <w:r>
              <w:rPr>
                <w:sz w:val="18"/>
              </w:rPr>
              <w:t>Productivity</w:t>
            </w:r>
          </w:p>
        </w:tc>
        <w:tc>
          <w:tcPr>
            <w:tcW w:w="1872" w:type="dxa"/>
            <w:tcMar>
              <w:top w:w="20" w:type="dxa"/>
              <w:left w:w="50" w:type="dxa"/>
              <w:bottom w:w="20" w:type="dxa"/>
              <w:right w:w="50" w:type="dxa"/>
            </w:tcMar>
          </w:tcPr>
          <w:p w14:paraId="200086E7" w14:textId="77777777" w:rsidR="00292F36" w:rsidRDefault="00000000">
            <w:r>
              <w:rPr>
                <w:sz w:val="18"/>
              </w:rPr>
              <w:t>PC1_z</w:t>
            </w:r>
          </w:p>
        </w:tc>
        <w:tc>
          <w:tcPr>
            <w:tcW w:w="1872" w:type="dxa"/>
            <w:tcMar>
              <w:top w:w="20" w:type="dxa"/>
              <w:left w:w="50" w:type="dxa"/>
              <w:bottom w:w="20" w:type="dxa"/>
              <w:right w:w="50" w:type="dxa"/>
            </w:tcMar>
          </w:tcPr>
          <w:p w14:paraId="4F441B0B" w14:textId="77777777" w:rsidR="00292F36" w:rsidRDefault="00000000">
            <w:r>
              <w:rPr>
                <w:sz w:val="18"/>
              </w:rPr>
              <w:t>8.743</w:t>
            </w:r>
          </w:p>
        </w:tc>
        <w:tc>
          <w:tcPr>
            <w:tcW w:w="1872" w:type="dxa"/>
            <w:tcMar>
              <w:top w:w="20" w:type="dxa"/>
              <w:left w:w="50" w:type="dxa"/>
              <w:bottom w:w="20" w:type="dxa"/>
              <w:right w:w="50" w:type="dxa"/>
            </w:tcMar>
          </w:tcPr>
          <w:p w14:paraId="02CE47A5" w14:textId="77777777" w:rsidR="00292F36" w:rsidRDefault="00000000">
            <w:r>
              <w:rPr>
                <w:sz w:val="18"/>
              </w:rPr>
              <w:t>1</w:t>
            </w:r>
          </w:p>
        </w:tc>
        <w:tc>
          <w:tcPr>
            <w:tcW w:w="1872" w:type="dxa"/>
            <w:tcMar>
              <w:top w:w="20" w:type="dxa"/>
              <w:left w:w="50" w:type="dxa"/>
              <w:bottom w:w="20" w:type="dxa"/>
              <w:right w:w="50" w:type="dxa"/>
            </w:tcMar>
          </w:tcPr>
          <w:p w14:paraId="3E9F45D4" w14:textId="77777777" w:rsidR="00292F36" w:rsidRDefault="00000000">
            <w:r>
              <w:rPr>
                <w:sz w:val="18"/>
              </w:rPr>
              <w:t>0.003</w:t>
            </w:r>
          </w:p>
        </w:tc>
      </w:tr>
      <w:tr w:rsidR="00292F36" w14:paraId="4D24AFEF" w14:textId="77777777">
        <w:tc>
          <w:tcPr>
            <w:tcW w:w="1872" w:type="dxa"/>
            <w:tcMar>
              <w:top w:w="20" w:type="dxa"/>
              <w:left w:w="50" w:type="dxa"/>
              <w:bottom w:w="20" w:type="dxa"/>
              <w:right w:w="50" w:type="dxa"/>
            </w:tcMar>
          </w:tcPr>
          <w:p w14:paraId="578FF951" w14:textId="77777777" w:rsidR="00292F36" w:rsidRDefault="00000000">
            <w:r>
              <w:rPr>
                <w:sz w:val="18"/>
              </w:rPr>
              <w:t>Productivity</w:t>
            </w:r>
          </w:p>
        </w:tc>
        <w:tc>
          <w:tcPr>
            <w:tcW w:w="1872" w:type="dxa"/>
            <w:tcMar>
              <w:top w:w="20" w:type="dxa"/>
              <w:left w:w="50" w:type="dxa"/>
              <w:bottom w:w="20" w:type="dxa"/>
              <w:right w:w="50" w:type="dxa"/>
            </w:tcMar>
          </w:tcPr>
          <w:p w14:paraId="495C7A5B" w14:textId="77777777" w:rsidR="00292F36" w:rsidRDefault="00000000">
            <w:r>
              <w:rPr>
                <w:sz w:val="18"/>
              </w:rPr>
              <w:t>PC2_z</w:t>
            </w:r>
          </w:p>
        </w:tc>
        <w:tc>
          <w:tcPr>
            <w:tcW w:w="1872" w:type="dxa"/>
            <w:tcMar>
              <w:top w:w="20" w:type="dxa"/>
              <w:left w:w="50" w:type="dxa"/>
              <w:bottom w:w="20" w:type="dxa"/>
              <w:right w:w="50" w:type="dxa"/>
            </w:tcMar>
          </w:tcPr>
          <w:p w14:paraId="7BCEDE68" w14:textId="77777777" w:rsidR="00292F36" w:rsidRDefault="00000000">
            <w:r>
              <w:rPr>
                <w:sz w:val="18"/>
              </w:rPr>
              <w:t>0.119</w:t>
            </w:r>
          </w:p>
        </w:tc>
        <w:tc>
          <w:tcPr>
            <w:tcW w:w="1872" w:type="dxa"/>
            <w:tcMar>
              <w:top w:w="20" w:type="dxa"/>
              <w:left w:w="50" w:type="dxa"/>
              <w:bottom w:w="20" w:type="dxa"/>
              <w:right w:w="50" w:type="dxa"/>
            </w:tcMar>
          </w:tcPr>
          <w:p w14:paraId="4A372475" w14:textId="77777777" w:rsidR="00292F36" w:rsidRDefault="00000000">
            <w:r>
              <w:rPr>
                <w:sz w:val="18"/>
              </w:rPr>
              <w:t>1</w:t>
            </w:r>
          </w:p>
        </w:tc>
        <w:tc>
          <w:tcPr>
            <w:tcW w:w="1872" w:type="dxa"/>
            <w:tcMar>
              <w:top w:w="20" w:type="dxa"/>
              <w:left w:w="50" w:type="dxa"/>
              <w:bottom w:w="20" w:type="dxa"/>
              <w:right w:w="50" w:type="dxa"/>
            </w:tcMar>
          </w:tcPr>
          <w:p w14:paraId="407E6CE7" w14:textId="77777777" w:rsidR="00292F36" w:rsidRDefault="00000000">
            <w:r>
              <w:rPr>
                <w:sz w:val="18"/>
              </w:rPr>
              <w:t>0.730</w:t>
            </w:r>
          </w:p>
        </w:tc>
      </w:tr>
      <w:tr w:rsidR="00292F36" w14:paraId="6B645834" w14:textId="77777777">
        <w:tc>
          <w:tcPr>
            <w:tcW w:w="1872" w:type="dxa"/>
            <w:tcMar>
              <w:top w:w="20" w:type="dxa"/>
              <w:left w:w="50" w:type="dxa"/>
              <w:bottom w:w="20" w:type="dxa"/>
              <w:right w:w="50" w:type="dxa"/>
            </w:tcMar>
          </w:tcPr>
          <w:p w14:paraId="137E51BF" w14:textId="77777777" w:rsidR="00292F36" w:rsidRDefault="00000000">
            <w:r>
              <w:rPr>
                <w:sz w:val="18"/>
              </w:rPr>
              <w:t>Productivity</w:t>
            </w:r>
          </w:p>
        </w:tc>
        <w:tc>
          <w:tcPr>
            <w:tcW w:w="1872" w:type="dxa"/>
            <w:tcMar>
              <w:top w:w="20" w:type="dxa"/>
              <w:left w:w="50" w:type="dxa"/>
              <w:bottom w:w="20" w:type="dxa"/>
              <w:right w:w="50" w:type="dxa"/>
            </w:tcMar>
          </w:tcPr>
          <w:p w14:paraId="7012D1C5" w14:textId="77777777" w:rsidR="00292F36" w:rsidRDefault="00000000">
            <w:r>
              <w:rPr>
                <w:sz w:val="18"/>
              </w:rPr>
              <w:t>Year_c:Section</w:t>
            </w:r>
          </w:p>
        </w:tc>
        <w:tc>
          <w:tcPr>
            <w:tcW w:w="1872" w:type="dxa"/>
            <w:tcMar>
              <w:top w:w="20" w:type="dxa"/>
              <w:left w:w="50" w:type="dxa"/>
              <w:bottom w:w="20" w:type="dxa"/>
              <w:right w:w="50" w:type="dxa"/>
            </w:tcMar>
          </w:tcPr>
          <w:p w14:paraId="1D06540D" w14:textId="77777777" w:rsidR="00292F36" w:rsidRDefault="00000000">
            <w:r>
              <w:rPr>
                <w:sz w:val="18"/>
              </w:rPr>
              <w:t>11.452</w:t>
            </w:r>
          </w:p>
        </w:tc>
        <w:tc>
          <w:tcPr>
            <w:tcW w:w="1872" w:type="dxa"/>
            <w:tcMar>
              <w:top w:w="20" w:type="dxa"/>
              <w:left w:w="50" w:type="dxa"/>
              <w:bottom w:w="20" w:type="dxa"/>
              <w:right w:w="50" w:type="dxa"/>
            </w:tcMar>
          </w:tcPr>
          <w:p w14:paraId="16D33657" w14:textId="77777777" w:rsidR="00292F36" w:rsidRDefault="00000000">
            <w:r>
              <w:rPr>
                <w:sz w:val="18"/>
              </w:rPr>
              <w:t>2</w:t>
            </w:r>
          </w:p>
        </w:tc>
        <w:tc>
          <w:tcPr>
            <w:tcW w:w="1872" w:type="dxa"/>
            <w:tcMar>
              <w:top w:w="20" w:type="dxa"/>
              <w:left w:w="50" w:type="dxa"/>
              <w:bottom w:w="20" w:type="dxa"/>
              <w:right w:w="50" w:type="dxa"/>
            </w:tcMar>
          </w:tcPr>
          <w:p w14:paraId="3FD86340" w14:textId="77777777" w:rsidR="00292F36" w:rsidRDefault="00000000">
            <w:r>
              <w:rPr>
                <w:sz w:val="18"/>
              </w:rPr>
              <w:t>0.003</w:t>
            </w:r>
          </w:p>
        </w:tc>
      </w:tr>
      <w:tr w:rsidR="00292F36" w14:paraId="37F7C1BF" w14:textId="77777777">
        <w:tc>
          <w:tcPr>
            <w:tcW w:w="1872" w:type="dxa"/>
            <w:tcMar>
              <w:top w:w="20" w:type="dxa"/>
              <w:left w:w="50" w:type="dxa"/>
              <w:bottom w:w="20" w:type="dxa"/>
              <w:right w:w="50" w:type="dxa"/>
            </w:tcMar>
          </w:tcPr>
          <w:p w14:paraId="0398A773" w14:textId="77777777" w:rsidR="00292F36" w:rsidRDefault="00000000">
            <w:r>
              <w:rPr>
                <w:sz w:val="18"/>
              </w:rPr>
              <w:t>Productivity</w:t>
            </w:r>
          </w:p>
        </w:tc>
        <w:tc>
          <w:tcPr>
            <w:tcW w:w="1872" w:type="dxa"/>
            <w:tcMar>
              <w:top w:w="20" w:type="dxa"/>
              <w:left w:w="50" w:type="dxa"/>
              <w:bottom w:w="20" w:type="dxa"/>
              <w:right w:w="50" w:type="dxa"/>
            </w:tcMar>
          </w:tcPr>
          <w:p w14:paraId="125C911D" w14:textId="77777777" w:rsidR="00292F36" w:rsidRDefault="00000000">
            <w:r>
              <w:rPr>
                <w:sz w:val="18"/>
              </w:rPr>
              <w:t>Year_c:Fished</w:t>
            </w:r>
          </w:p>
        </w:tc>
        <w:tc>
          <w:tcPr>
            <w:tcW w:w="1872" w:type="dxa"/>
            <w:tcMar>
              <w:top w:w="20" w:type="dxa"/>
              <w:left w:w="50" w:type="dxa"/>
              <w:bottom w:w="20" w:type="dxa"/>
              <w:right w:w="50" w:type="dxa"/>
            </w:tcMar>
          </w:tcPr>
          <w:p w14:paraId="0437D111" w14:textId="77777777" w:rsidR="00292F36" w:rsidRDefault="00000000">
            <w:r>
              <w:rPr>
                <w:sz w:val="18"/>
              </w:rPr>
              <w:t>6.88</w:t>
            </w:r>
          </w:p>
        </w:tc>
        <w:tc>
          <w:tcPr>
            <w:tcW w:w="1872" w:type="dxa"/>
            <w:tcMar>
              <w:top w:w="20" w:type="dxa"/>
              <w:left w:w="50" w:type="dxa"/>
              <w:bottom w:w="20" w:type="dxa"/>
              <w:right w:w="50" w:type="dxa"/>
            </w:tcMar>
          </w:tcPr>
          <w:p w14:paraId="6C5C303F" w14:textId="77777777" w:rsidR="00292F36" w:rsidRDefault="00000000">
            <w:r>
              <w:rPr>
                <w:sz w:val="18"/>
              </w:rPr>
              <w:t>1</w:t>
            </w:r>
          </w:p>
        </w:tc>
        <w:tc>
          <w:tcPr>
            <w:tcW w:w="1872" w:type="dxa"/>
            <w:tcMar>
              <w:top w:w="20" w:type="dxa"/>
              <w:left w:w="50" w:type="dxa"/>
              <w:bottom w:w="20" w:type="dxa"/>
              <w:right w:w="50" w:type="dxa"/>
            </w:tcMar>
          </w:tcPr>
          <w:p w14:paraId="27B3CE22" w14:textId="77777777" w:rsidR="00292F36" w:rsidRDefault="00000000">
            <w:r>
              <w:rPr>
                <w:sz w:val="18"/>
              </w:rPr>
              <w:t>0.009</w:t>
            </w:r>
          </w:p>
        </w:tc>
      </w:tr>
      <w:tr w:rsidR="00292F36" w14:paraId="2A29D7C0" w14:textId="77777777">
        <w:tc>
          <w:tcPr>
            <w:tcW w:w="1872" w:type="dxa"/>
            <w:tcMar>
              <w:top w:w="20" w:type="dxa"/>
              <w:left w:w="50" w:type="dxa"/>
              <w:bottom w:w="20" w:type="dxa"/>
              <w:right w:w="50" w:type="dxa"/>
            </w:tcMar>
          </w:tcPr>
          <w:p w14:paraId="36D09C98" w14:textId="77777777" w:rsidR="00292F36" w:rsidRDefault="00000000">
            <w:r>
              <w:rPr>
                <w:sz w:val="18"/>
              </w:rPr>
              <w:t>Productivity</w:t>
            </w:r>
          </w:p>
        </w:tc>
        <w:tc>
          <w:tcPr>
            <w:tcW w:w="1872" w:type="dxa"/>
            <w:tcMar>
              <w:top w:w="20" w:type="dxa"/>
              <w:left w:w="50" w:type="dxa"/>
              <w:bottom w:w="20" w:type="dxa"/>
              <w:right w:w="50" w:type="dxa"/>
            </w:tcMar>
          </w:tcPr>
          <w:p w14:paraId="7C1455BF" w14:textId="77777777" w:rsidR="00292F36" w:rsidRDefault="00000000">
            <w:r>
              <w:rPr>
                <w:sz w:val="18"/>
              </w:rPr>
              <w:t>Section:Fished</w:t>
            </w:r>
          </w:p>
        </w:tc>
        <w:tc>
          <w:tcPr>
            <w:tcW w:w="1872" w:type="dxa"/>
            <w:tcMar>
              <w:top w:w="20" w:type="dxa"/>
              <w:left w:w="50" w:type="dxa"/>
              <w:bottom w:w="20" w:type="dxa"/>
              <w:right w:w="50" w:type="dxa"/>
            </w:tcMar>
          </w:tcPr>
          <w:p w14:paraId="332A7B1F" w14:textId="77777777" w:rsidR="00292F36" w:rsidRDefault="00000000">
            <w:r>
              <w:rPr>
                <w:sz w:val="18"/>
              </w:rPr>
              <w:t>6.614</w:t>
            </w:r>
          </w:p>
        </w:tc>
        <w:tc>
          <w:tcPr>
            <w:tcW w:w="1872" w:type="dxa"/>
            <w:tcMar>
              <w:top w:w="20" w:type="dxa"/>
              <w:left w:w="50" w:type="dxa"/>
              <w:bottom w:w="20" w:type="dxa"/>
              <w:right w:w="50" w:type="dxa"/>
            </w:tcMar>
          </w:tcPr>
          <w:p w14:paraId="7FC21BF7" w14:textId="77777777" w:rsidR="00292F36" w:rsidRDefault="00000000">
            <w:r>
              <w:rPr>
                <w:sz w:val="18"/>
              </w:rPr>
              <w:t>2</w:t>
            </w:r>
          </w:p>
        </w:tc>
        <w:tc>
          <w:tcPr>
            <w:tcW w:w="1872" w:type="dxa"/>
            <w:tcMar>
              <w:top w:w="20" w:type="dxa"/>
              <w:left w:w="50" w:type="dxa"/>
              <w:bottom w:w="20" w:type="dxa"/>
              <w:right w:w="50" w:type="dxa"/>
            </w:tcMar>
          </w:tcPr>
          <w:p w14:paraId="54B7CC6A" w14:textId="77777777" w:rsidR="00292F36" w:rsidRDefault="00000000">
            <w:r>
              <w:rPr>
                <w:sz w:val="18"/>
              </w:rPr>
              <w:t>0.037</w:t>
            </w:r>
          </w:p>
        </w:tc>
      </w:tr>
      <w:tr w:rsidR="00292F36" w14:paraId="434877B4" w14:textId="77777777">
        <w:tc>
          <w:tcPr>
            <w:tcW w:w="1872" w:type="dxa"/>
            <w:tcMar>
              <w:top w:w="20" w:type="dxa"/>
              <w:left w:w="50" w:type="dxa"/>
              <w:bottom w:w="20" w:type="dxa"/>
              <w:right w:w="50" w:type="dxa"/>
            </w:tcMar>
          </w:tcPr>
          <w:p w14:paraId="2246A10A" w14:textId="77777777" w:rsidR="00292F36" w:rsidRDefault="00000000">
            <w:r>
              <w:rPr>
                <w:sz w:val="18"/>
              </w:rPr>
              <w:t>Productivity</w:t>
            </w:r>
          </w:p>
        </w:tc>
        <w:tc>
          <w:tcPr>
            <w:tcW w:w="1872" w:type="dxa"/>
            <w:tcMar>
              <w:top w:w="20" w:type="dxa"/>
              <w:left w:w="50" w:type="dxa"/>
              <w:bottom w:w="20" w:type="dxa"/>
              <w:right w:w="50" w:type="dxa"/>
            </w:tcMar>
          </w:tcPr>
          <w:p w14:paraId="0A9CD0A2" w14:textId="77777777" w:rsidR="00292F36" w:rsidRDefault="00000000">
            <w:r>
              <w:rPr>
                <w:sz w:val="18"/>
              </w:rPr>
              <w:t>Year_c:Section:Fished</w:t>
            </w:r>
          </w:p>
        </w:tc>
        <w:tc>
          <w:tcPr>
            <w:tcW w:w="1872" w:type="dxa"/>
            <w:tcMar>
              <w:top w:w="20" w:type="dxa"/>
              <w:left w:w="50" w:type="dxa"/>
              <w:bottom w:w="20" w:type="dxa"/>
              <w:right w:w="50" w:type="dxa"/>
            </w:tcMar>
          </w:tcPr>
          <w:p w14:paraId="3CFC7BB8" w14:textId="77777777" w:rsidR="00292F36" w:rsidRDefault="00000000">
            <w:r>
              <w:rPr>
                <w:sz w:val="18"/>
              </w:rPr>
              <w:t>3.199</w:t>
            </w:r>
          </w:p>
        </w:tc>
        <w:tc>
          <w:tcPr>
            <w:tcW w:w="1872" w:type="dxa"/>
            <w:tcMar>
              <w:top w:w="20" w:type="dxa"/>
              <w:left w:w="50" w:type="dxa"/>
              <w:bottom w:w="20" w:type="dxa"/>
              <w:right w:w="50" w:type="dxa"/>
            </w:tcMar>
          </w:tcPr>
          <w:p w14:paraId="3D230368" w14:textId="77777777" w:rsidR="00292F36" w:rsidRDefault="00000000">
            <w:r>
              <w:rPr>
                <w:sz w:val="18"/>
              </w:rPr>
              <w:t>2</w:t>
            </w:r>
          </w:p>
        </w:tc>
        <w:tc>
          <w:tcPr>
            <w:tcW w:w="1872" w:type="dxa"/>
            <w:tcMar>
              <w:top w:w="20" w:type="dxa"/>
              <w:left w:w="50" w:type="dxa"/>
              <w:bottom w:w="20" w:type="dxa"/>
              <w:right w:w="50" w:type="dxa"/>
            </w:tcMar>
          </w:tcPr>
          <w:p w14:paraId="03468427" w14:textId="77777777" w:rsidR="00292F36" w:rsidRDefault="00000000">
            <w:r>
              <w:rPr>
                <w:sz w:val="18"/>
              </w:rPr>
              <w:t>0.202</w:t>
            </w:r>
          </w:p>
        </w:tc>
      </w:tr>
      <w:tr w:rsidR="00292F36" w14:paraId="5CE7AF28" w14:textId="77777777">
        <w:tc>
          <w:tcPr>
            <w:tcW w:w="1872" w:type="dxa"/>
            <w:tcMar>
              <w:top w:w="20" w:type="dxa"/>
              <w:left w:w="50" w:type="dxa"/>
              <w:bottom w:w="20" w:type="dxa"/>
              <w:right w:w="50" w:type="dxa"/>
            </w:tcMar>
          </w:tcPr>
          <w:p w14:paraId="4E24FC53" w14:textId="77777777" w:rsidR="00292F36" w:rsidRDefault="00000000">
            <w:r>
              <w:rPr>
                <w:sz w:val="18"/>
              </w:rPr>
              <w:t>Turnover</w:t>
            </w:r>
          </w:p>
        </w:tc>
        <w:tc>
          <w:tcPr>
            <w:tcW w:w="1872" w:type="dxa"/>
            <w:tcMar>
              <w:top w:w="20" w:type="dxa"/>
              <w:left w:w="50" w:type="dxa"/>
              <w:bottom w:w="20" w:type="dxa"/>
              <w:right w:w="50" w:type="dxa"/>
            </w:tcMar>
          </w:tcPr>
          <w:p w14:paraId="7BF0D504" w14:textId="77777777" w:rsidR="00292F36" w:rsidRDefault="00000000">
            <w:r>
              <w:rPr>
                <w:sz w:val="18"/>
              </w:rPr>
              <w:t>Year_c</w:t>
            </w:r>
          </w:p>
        </w:tc>
        <w:tc>
          <w:tcPr>
            <w:tcW w:w="1872" w:type="dxa"/>
            <w:tcMar>
              <w:top w:w="20" w:type="dxa"/>
              <w:left w:w="50" w:type="dxa"/>
              <w:bottom w:w="20" w:type="dxa"/>
              <w:right w:w="50" w:type="dxa"/>
            </w:tcMar>
          </w:tcPr>
          <w:p w14:paraId="6128E4A0" w14:textId="77777777" w:rsidR="00292F36" w:rsidRDefault="00000000">
            <w:r>
              <w:rPr>
                <w:sz w:val="18"/>
              </w:rPr>
              <w:t>0.016</w:t>
            </w:r>
          </w:p>
        </w:tc>
        <w:tc>
          <w:tcPr>
            <w:tcW w:w="1872" w:type="dxa"/>
            <w:tcMar>
              <w:top w:w="20" w:type="dxa"/>
              <w:left w:w="50" w:type="dxa"/>
              <w:bottom w:w="20" w:type="dxa"/>
              <w:right w:w="50" w:type="dxa"/>
            </w:tcMar>
          </w:tcPr>
          <w:p w14:paraId="78D7B6CC" w14:textId="77777777" w:rsidR="00292F36" w:rsidRDefault="00000000">
            <w:r>
              <w:rPr>
                <w:sz w:val="18"/>
              </w:rPr>
              <w:t>1</w:t>
            </w:r>
          </w:p>
        </w:tc>
        <w:tc>
          <w:tcPr>
            <w:tcW w:w="1872" w:type="dxa"/>
            <w:tcMar>
              <w:top w:w="20" w:type="dxa"/>
              <w:left w:w="50" w:type="dxa"/>
              <w:bottom w:w="20" w:type="dxa"/>
              <w:right w:w="50" w:type="dxa"/>
            </w:tcMar>
          </w:tcPr>
          <w:p w14:paraId="068CA6CD" w14:textId="77777777" w:rsidR="00292F36" w:rsidRDefault="00000000">
            <w:r>
              <w:rPr>
                <w:sz w:val="18"/>
              </w:rPr>
              <w:t>0.900</w:t>
            </w:r>
          </w:p>
        </w:tc>
      </w:tr>
      <w:tr w:rsidR="00292F36" w14:paraId="091F6AAF" w14:textId="77777777">
        <w:tc>
          <w:tcPr>
            <w:tcW w:w="1872" w:type="dxa"/>
            <w:tcMar>
              <w:top w:w="20" w:type="dxa"/>
              <w:left w:w="50" w:type="dxa"/>
              <w:bottom w:w="20" w:type="dxa"/>
              <w:right w:w="50" w:type="dxa"/>
            </w:tcMar>
          </w:tcPr>
          <w:p w14:paraId="3F378393" w14:textId="77777777" w:rsidR="00292F36" w:rsidRDefault="00000000">
            <w:r>
              <w:rPr>
                <w:sz w:val="18"/>
              </w:rPr>
              <w:t>Turnover</w:t>
            </w:r>
          </w:p>
        </w:tc>
        <w:tc>
          <w:tcPr>
            <w:tcW w:w="1872" w:type="dxa"/>
            <w:tcMar>
              <w:top w:w="20" w:type="dxa"/>
              <w:left w:w="50" w:type="dxa"/>
              <w:bottom w:w="20" w:type="dxa"/>
              <w:right w:w="50" w:type="dxa"/>
            </w:tcMar>
          </w:tcPr>
          <w:p w14:paraId="4FBF6369" w14:textId="77777777" w:rsidR="00292F36" w:rsidRDefault="00000000">
            <w:r>
              <w:rPr>
                <w:sz w:val="18"/>
              </w:rPr>
              <w:t>Section</w:t>
            </w:r>
          </w:p>
        </w:tc>
        <w:tc>
          <w:tcPr>
            <w:tcW w:w="1872" w:type="dxa"/>
            <w:tcMar>
              <w:top w:w="20" w:type="dxa"/>
              <w:left w:w="50" w:type="dxa"/>
              <w:bottom w:w="20" w:type="dxa"/>
              <w:right w:w="50" w:type="dxa"/>
            </w:tcMar>
          </w:tcPr>
          <w:p w14:paraId="7C559825" w14:textId="77777777" w:rsidR="00292F36" w:rsidRDefault="00000000">
            <w:r>
              <w:rPr>
                <w:sz w:val="18"/>
              </w:rPr>
              <w:t>1.681</w:t>
            </w:r>
          </w:p>
        </w:tc>
        <w:tc>
          <w:tcPr>
            <w:tcW w:w="1872" w:type="dxa"/>
            <w:tcMar>
              <w:top w:w="20" w:type="dxa"/>
              <w:left w:w="50" w:type="dxa"/>
              <w:bottom w:w="20" w:type="dxa"/>
              <w:right w:w="50" w:type="dxa"/>
            </w:tcMar>
          </w:tcPr>
          <w:p w14:paraId="7ABABDF2" w14:textId="77777777" w:rsidR="00292F36" w:rsidRDefault="00000000">
            <w:r>
              <w:rPr>
                <w:sz w:val="18"/>
              </w:rPr>
              <w:t>2</w:t>
            </w:r>
          </w:p>
        </w:tc>
        <w:tc>
          <w:tcPr>
            <w:tcW w:w="1872" w:type="dxa"/>
            <w:tcMar>
              <w:top w:w="20" w:type="dxa"/>
              <w:left w:w="50" w:type="dxa"/>
              <w:bottom w:w="20" w:type="dxa"/>
              <w:right w:w="50" w:type="dxa"/>
            </w:tcMar>
          </w:tcPr>
          <w:p w14:paraId="6915EC84" w14:textId="77777777" w:rsidR="00292F36" w:rsidRDefault="00000000">
            <w:r>
              <w:rPr>
                <w:sz w:val="18"/>
              </w:rPr>
              <w:t>0.431</w:t>
            </w:r>
          </w:p>
        </w:tc>
      </w:tr>
      <w:tr w:rsidR="00292F36" w14:paraId="3C803BA3" w14:textId="77777777">
        <w:tc>
          <w:tcPr>
            <w:tcW w:w="1872" w:type="dxa"/>
            <w:tcMar>
              <w:top w:w="20" w:type="dxa"/>
              <w:left w:w="50" w:type="dxa"/>
              <w:bottom w:w="20" w:type="dxa"/>
              <w:right w:w="50" w:type="dxa"/>
            </w:tcMar>
          </w:tcPr>
          <w:p w14:paraId="154C702D" w14:textId="77777777" w:rsidR="00292F36" w:rsidRDefault="00000000">
            <w:r>
              <w:rPr>
                <w:sz w:val="18"/>
              </w:rPr>
              <w:t>Turnover</w:t>
            </w:r>
          </w:p>
        </w:tc>
        <w:tc>
          <w:tcPr>
            <w:tcW w:w="1872" w:type="dxa"/>
            <w:tcMar>
              <w:top w:w="20" w:type="dxa"/>
              <w:left w:w="50" w:type="dxa"/>
              <w:bottom w:w="20" w:type="dxa"/>
              <w:right w:w="50" w:type="dxa"/>
            </w:tcMar>
          </w:tcPr>
          <w:p w14:paraId="30783575" w14:textId="77777777" w:rsidR="00292F36" w:rsidRDefault="00000000">
            <w:r>
              <w:rPr>
                <w:sz w:val="18"/>
              </w:rPr>
              <w:t>Fished</w:t>
            </w:r>
          </w:p>
        </w:tc>
        <w:tc>
          <w:tcPr>
            <w:tcW w:w="1872" w:type="dxa"/>
            <w:tcMar>
              <w:top w:w="20" w:type="dxa"/>
              <w:left w:w="50" w:type="dxa"/>
              <w:bottom w:w="20" w:type="dxa"/>
              <w:right w:w="50" w:type="dxa"/>
            </w:tcMar>
          </w:tcPr>
          <w:p w14:paraId="0EA78B72" w14:textId="77777777" w:rsidR="00292F36" w:rsidRDefault="00000000">
            <w:r>
              <w:rPr>
                <w:sz w:val="18"/>
              </w:rPr>
              <w:t>13.694</w:t>
            </w:r>
          </w:p>
        </w:tc>
        <w:tc>
          <w:tcPr>
            <w:tcW w:w="1872" w:type="dxa"/>
            <w:tcMar>
              <w:top w:w="20" w:type="dxa"/>
              <w:left w:w="50" w:type="dxa"/>
              <w:bottom w:w="20" w:type="dxa"/>
              <w:right w:w="50" w:type="dxa"/>
            </w:tcMar>
          </w:tcPr>
          <w:p w14:paraId="4C9D41E5" w14:textId="77777777" w:rsidR="00292F36" w:rsidRDefault="00000000">
            <w:r>
              <w:rPr>
                <w:sz w:val="18"/>
              </w:rPr>
              <w:t>1</w:t>
            </w:r>
          </w:p>
        </w:tc>
        <w:tc>
          <w:tcPr>
            <w:tcW w:w="1872" w:type="dxa"/>
            <w:tcMar>
              <w:top w:w="20" w:type="dxa"/>
              <w:left w:w="50" w:type="dxa"/>
              <w:bottom w:w="20" w:type="dxa"/>
              <w:right w:w="50" w:type="dxa"/>
            </w:tcMar>
          </w:tcPr>
          <w:p w14:paraId="47F5D1D9" w14:textId="77777777" w:rsidR="00292F36" w:rsidRDefault="00000000">
            <w:r>
              <w:rPr>
                <w:sz w:val="18"/>
              </w:rPr>
              <w:t>&lt;0.001</w:t>
            </w:r>
          </w:p>
        </w:tc>
      </w:tr>
      <w:tr w:rsidR="00292F36" w14:paraId="4EDC6ADC" w14:textId="77777777">
        <w:tc>
          <w:tcPr>
            <w:tcW w:w="1872" w:type="dxa"/>
            <w:tcMar>
              <w:top w:w="20" w:type="dxa"/>
              <w:left w:w="50" w:type="dxa"/>
              <w:bottom w:w="20" w:type="dxa"/>
              <w:right w:w="50" w:type="dxa"/>
            </w:tcMar>
          </w:tcPr>
          <w:p w14:paraId="1E7CB2D6" w14:textId="77777777" w:rsidR="00292F36" w:rsidRDefault="00000000">
            <w:r>
              <w:rPr>
                <w:sz w:val="18"/>
              </w:rPr>
              <w:t>Turnover</w:t>
            </w:r>
          </w:p>
        </w:tc>
        <w:tc>
          <w:tcPr>
            <w:tcW w:w="1872" w:type="dxa"/>
            <w:tcMar>
              <w:top w:w="20" w:type="dxa"/>
              <w:left w:w="50" w:type="dxa"/>
              <w:bottom w:w="20" w:type="dxa"/>
              <w:right w:w="50" w:type="dxa"/>
            </w:tcMar>
          </w:tcPr>
          <w:p w14:paraId="30E56E52" w14:textId="77777777" w:rsidR="00292F36" w:rsidRDefault="00000000">
            <w:r>
              <w:rPr>
                <w:sz w:val="18"/>
              </w:rPr>
              <w:t>Depth_z</w:t>
            </w:r>
          </w:p>
        </w:tc>
        <w:tc>
          <w:tcPr>
            <w:tcW w:w="1872" w:type="dxa"/>
            <w:tcMar>
              <w:top w:w="20" w:type="dxa"/>
              <w:left w:w="50" w:type="dxa"/>
              <w:bottom w:w="20" w:type="dxa"/>
              <w:right w:w="50" w:type="dxa"/>
            </w:tcMar>
          </w:tcPr>
          <w:p w14:paraId="6CC60A91" w14:textId="77777777" w:rsidR="00292F36" w:rsidRDefault="00000000">
            <w:r>
              <w:rPr>
                <w:sz w:val="18"/>
              </w:rPr>
              <w:t>8.732</w:t>
            </w:r>
          </w:p>
        </w:tc>
        <w:tc>
          <w:tcPr>
            <w:tcW w:w="1872" w:type="dxa"/>
            <w:tcMar>
              <w:top w:w="20" w:type="dxa"/>
              <w:left w:w="50" w:type="dxa"/>
              <w:bottom w:w="20" w:type="dxa"/>
              <w:right w:w="50" w:type="dxa"/>
            </w:tcMar>
          </w:tcPr>
          <w:p w14:paraId="04904129" w14:textId="77777777" w:rsidR="00292F36" w:rsidRDefault="00000000">
            <w:r>
              <w:rPr>
                <w:sz w:val="18"/>
              </w:rPr>
              <w:t>1</w:t>
            </w:r>
          </w:p>
        </w:tc>
        <w:tc>
          <w:tcPr>
            <w:tcW w:w="1872" w:type="dxa"/>
            <w:tcMar>
              <w:top w:w="20" w:type="dxa"/>
              <w:left w:w="50" w:type="dxa"/>
              <w:bottom w:w="20" w:type="dxa"/>
              <w:right w:w="50" w:type="dxa"/>
            </w:tcMar>
          </w:tcPr>
          <w:p w14:paraId="2D206556" w14:textId="77777777" w:rsidR="00292F36" w:rsidRDefault="00000000">
            <w:r>
              <w:rPr>
                <w:sz w:val="18"/>
              </w:rPr>
              <w:t>0.003</w:t>
            </w:r>
          </w:p>
        </w:tc>
      </w:tr>
      <w:tr w:rsidR="00292F36" w14:paraId="3CAA09F4" w14:textId="77777777">
        <w:tc>
          <w:tcPr>
            <w:tcW w:w="1872" w:type="dxa"/>
            <w:tcMar>
              <w:top w:w="20" w:type="dxa"/>
              <w:left w:w="50" w:type="dxa"/>
              <w:bottom w:w="20" w:type="dxa"/>
              <w:right w:w="50" w:type="dxa"/>
            </w:tcMar>
          </w:tcPr>
          <w:p w14:paraId="78FC52DC" w14:textId="77777777" w:rsidR="00292F36" w:rsidRDefault="00000000">
            <w:r>
              <w:rPr>
                <w:sz w:val="18"/>
              </w:rPr>
              <w:t>Turnover</w:t>
            </w:r>
          </w:p>
        </w:tc>
        <w:tc>
          <w:tcPr>
            <w:tcW w:w="1872" w:type="dxa"/>
            <w:tcMar>
              <w:top w:w="20" w:type="dxa"/>
              <w:left w:w="50" w:type="dxa"/>
              <w:bottom w:w="20" w:type="dxa"/>
              <w:right w:w="50" w:type="dxa"/>
            </w:tcMar>
          </w:tcPr>
          <w:p w14:paraId="0303B311" w14:textId="77777777" w:rsidR="00292F36" w:rsidRDefault="00000000">
            <w:r>
              <w:rPr>
                <w:sz w:val="18"/>
              </w:rPr>
              <w:t>SST_z</w:t>
            </w:r>
          </w:p>
        </w:tc>
        <w:tc>
          <w:tcPr>
            <w:tcW w:w="1872" w:type="dxa"/>
            <w:tcMar>
              <w:top w:w="20" w:type="dxa"/>
              <w:left w:w="50" w:type="dxa"/>
              <w:bottom w:w="20" w:type="dxa"/>
              <w:right w:w="50" w:type="dxa"/>
            </w:tcMar>
          </w:tcPr>
          <w:p w14:paraId="3FF9514B" w14:textId="77777777" w:rsidR="00292F36" w:rsidRDefault="00000000">
            <w:r>
              <w:rPr>
                <w:sz w:val="18"/>
              </w:rPr>
              <w:t>0.95</w:t>
            </w:r>
          </w:p>
        </w:tc>
        <w:tc>
          <w:tcPr>
            <w:tcW w:w="1872" w:type="dxa"/>
            <w:tcMar>
              <w:top w:w="20" w:type="dxa"/>
              <w:left w:w="50" w:type="dxa"/>
              <w:bottom w:w="20" w:type="dxa"/>
              <w:right w:w="50" w:type="dxa"/>
            </w:tcMar>
          </w:tcPr>
          <w:p w14:paraId="5AB073FA" w14:textId="77777777" w:rsidR="00292F36" w:rsidRDefault="00000000">
            <w:r>
              <w:rPr>
                <w:sz w:val="18"/>
              </w:rPr>
              <w:t>1</w:t>
            </w:r>
          </w:p>
        </w:tc>
        <w:tc>
          <w:tcPr>
            <w:tcW w:w="1872" w:type="dxa"/>
            <w:tcMar>
              <w:top w:w="20" w:type="dxa"/>
              <w:left w:w="50" w:type="dxa"/>
              <w:bottom w:w="20" w:type="dxa"/>
              <w:right w:w="50" w:type="dxa"/>
            </w:tcMar>
          </w:tcPr>
          <w:p w14:paraId="3E5E2479" w14:textId="77777777" w:rsidR="00292F36" w:rsidRDefault="00000000">
            <w:r>
              <w:rPr>
                <w:sz w:val="18"/>
              </w:rPr>
              <w:t>0.330</w:t>
            </w:r>
          </w:p>
        </w:tc>
      </w:tr>
      <w:tr w:rsidR="00292F36" w14:paraId="09F0A6FE" w14:textId="77777777">
        <w:tc>
          <w:tcPr>
            <w:tcW w:w="1872" w:type="dxa"/>
            <w:tcMar>
              <w:top w:w="20" w:type="dxa"/>
              <w:left w:w="50" w:type="dxa"/>
              <w:bottom w:w="20" w:type="dxa"/>
              <w:right w:w="50" w:type="dxa"/>
            </w:tcMar>
          </w:tcPr>
          <w:p w14:paraId="624CA0DE" w14:textId="77777777" w:rsidR="00292F36" w:rsidRDefault="00000000">
            <w:r>
              <w:rPr>
                <w:sz w:val="18"/>
              </w:rPr>
              <w:t>Turnover</w:t>
            </w:r>
          </w:p>
        </w:tc>
        <w:tc>
          <w:tcPr>
            <w:tcW w:w="1872" w:type="dxa"/>
            <w:tcMar>
              <w:top w:w="20" w:type="dxa"/>
              <w:left w:w="50" w:type="dxa"/>
              <w:bottom w:w="20" w:type="dxa"/>
              <w:right w:w="50" w:type="dxa"/>
            </w:tcMar>
          </w:tcPr>
          <w:p w14:paraId="30C44C93" w14:textId="77777777" w:rsidR="00292F36" w:rsidRDefault="00000000">
            <w:r>
              <w:rPr>
                <w:sz w:val="18"/>
              </w:rPr>
              <w:t>chl_z</w:t>
            </w:r>
          </w:p>
        </w:tc>
        <w:tc>
          <w:tcPr>
            <w:tcW w:w="1872" w:type="dxa"/>
            <w:tcMar>
              <w:top w:w="20" w:type="dxa"/>
              <w:left w:w="50" w:type="dxa"/>
              <w:bottom w:w="20" w:type="dxa"/>
              <w:right w:w="50" w:type="dxa"/>
            </w:tcMar>
          </w:tcPr>
          <w:p w14:paraId="75BA7AC4" w14:textId="77777777" w:rsidR="00292F36" w:rsidRDefault="00000000">
            <w:r>
              <w:rPr>
                <w:sz w:val="18"/>
              </w:rPr>
              <w:t>0.136</w:t>
            </w:r>
          </w:p>
        </w:tc>
        <w:tc>
          <w:tcPr>
            <w:tcW w:w="1872" w:type="dxa"/>
            <w:tcMar>
              <w:top w:w="20" w:type="dxa"/>
              <w:left w:w="50" w:type="dxa"/>
              <w:bottom w:w="20" w:type="dxa"/>
              <w:right w:w="50" w:type="dxa"/>
            </w:tcMar>
          </w:tcPr>
          <w:p w14:paraId="0E04A977" w14:textId="77777777" w:rsidR="00292F36" w:rsidRDefault="00000000">
            <w:r>
              <w:rPr>
                <w:sz w:val="18"/>
              </w:rPr>
              <w:t>1</w:t>
            </w:r>
          </w:p>
        </w:tc>
        <w:tc>
          <w:tcPr>
            <w:tcW w:w="1872" w:type="dxa"/>
            <w:tcMar>
              <w:top w:w="20" w:type="dxa"/>
              <w:left w:w="50" w:type="dxa"/>
              <w:bottom w:w="20" w:type="dxa"/>
              <w:right w:w="50" w:type="dxa"/>
            </w:tcMar>
          </w:tcPr>
          <w:p w14:paraId="63E6023C" w14:textId="77777777" w:rsidR="00292F36" w:rsidRDefault="00000000">
            <w:r>
              <w:rPr>
                <w:sz w:val="18"/>
              </w:rPr>
              <w:t>0.712</w:t>
            </w:r>
          </w:p>
        </w:tc>
      </w:tr>
      <w:tr w:rsidR="00292F36" w14:paraId="2E6E9D2F" w14:textId="77777777">
        <w:tc>
          <w:tcPr>
            <w:tcW w:w="1872" w:type="dxa"/>
            <w:tcMar>
              <w:top w:w="20" w:type="dxa"/>
              <w:left w:w="50" w:type="dxa"/>
              <w:bottom w:w="20" w:type="dxa"/>
              <w:right w:w="50" w:type="dxa"/>
            </w:tcMar>
          </w:tcPr>
          <w:p w14:paraId="70432707" w14:textId="77777777" w:rsidR="00292F36" w:rsidRDefault="00000000">
            <w:r>
              <w:rPr>
                <w:sz w:val="18"/>
              </w:rPr>
              <w:t>Turnover</w:t>
            </w:r>
          </w:p>
        </w:tc>
        <w:tc>
          <w:tcPr>
            <w:tcW w:w="1872" w:type="dxa"/>
            <w:tcMar>
              <w:top w:w="20" w:type="dxa"/>
              <w:left w:w="50" w:type="dxa"/>
              <w:bottom w:w="20" w:type="dxa"/>
              <w:right w:w="50" w:type="dxa"/>
            </w:tcMar>
          </w:tcPr>
          <w:p w14:paraId="5B3D1FB1" w14:textId="77777777" w:rsidR="00292F36" w:rsidRDefault="00000000">
            <w:r>
              <w:rPr>
                <w:sz w:val="18"/>
              </w:rPr>
              <w:t>PC1_z</w:t>
            </w:r>
          </w:p>
        </w:tc>
        <w:tc>
          <w:tcPr>
            <w:tcW w:w="1872" w:type="dxa"/>
            <w:tcMar>
              <w:top w:w="20" w:type="dxa"/>
              <w:left w:w="50" w:type="dxa"/>
              <w:bottom w:w="20" w:type="dxa"/>
              <w:right w:w="50" w:type="dxa"/>
            </w:tcMar>
          </w:tcPr>
          <w:p w14:paraId="52F5B592" w14:textId="77777777" w:rsidR="00292F36" w:rsidRDefault="00000000">
            <w:r>
              <w:rPr>
                <w:sz w:val="18"/>
              </w:rPr>
              <w:t>0.993</w:t>
            </w:r>
          </w:p>
        </w:tc>
        <w:tc>
          <w:tcPr>
            <w:tcW w:w="1872" w:type="dxa"/>
            <w:tcMar>
              <w:top w:w="20" w:type="dxa"/>
              <w:left w:w="50" w:type="dxa"/>
              <w:bottom w:w="20" w:type="dxa"/>
              <w:right w:w="50" w:type="dxa"/>
            </w:tcMar>
          </w:tcPr>
          <w:p w14:paraId="37438DF0" w14:textId="77777777" w:rsidR="00292F36" w:rsidRDefault="00000000">
            <w:r>
              <w:rPr>
                <w:sz w:val="18"/>
              </w:rPr>
              <w:t>1</w:t>
            </w:r>
          </w:p>
        </w:tc>
        <w:tc>
          <w:tcPr>
            <w:tcW w:w="1872" w:type="dxa"/>
            <w:tcMar>
              <w:top w:w="20" w:type="dxa"/>
              <w:left w:w="50" w:type="dxa"/>
              <w:bottom w:w="20" w:type="dxa"/>
              <w:right w:w="50" w:type="dxa"/>
            </w:tcMar>
          </w:tcPr>
          <w:p w14:paraId="35A8F93E" w14:textId="77777777" w:rsidR="00292F36" w:rsidRDefault="00000000">
            <w:r>
              <w:rPr>
                <w:sz w:val="18"/>
              </w:rPr>
              <w:t>0.319</w:t>
            </w:r>
          </w:p>
        </w:tc>
      </w:tr>
      <w:tr w:rsidR="00292F36" w14:paraId="5FAEDA47" w14:textId="77777777">
        <w:tc>
          <w:tcPr>
            <w:tcW w:w="1872" w:type="dxa"/>
            <w:tcMar>
              <w:top w:w="20" w:type="dxa"/>
              <w:left w:w="50" w:type="dxa"/>
              <w:bottom w:w="20" w:type="dxa"/>
              <w:right w:w="50" w:type="dxa"/>
            </w:tcMar>
          </w:tcPr>
          <w:p w14:paraId="6490EFDC" w14:textId="77777777" w:rsidR="00292F36" w:rsidRDefault="00000000">
            <w:r>
              <w:rPr>
                <w:sz w:val="18"/>
              </w:rPr>
              <w:t>Turnover</w:t>
            </w:r>
          </w:p>
        </w:tc>
        <w:tc>
          <w:tcPr>
            <w:tcW w:w="1872" w:type="dxa"/>
            <w:tcMar>
              <w:top w:w="20" w:type="dxa"/>
              <w:left w:w="50" w:type="dxa"/>
              <w:bottom w:w="20" w:type="dxa"/>
              <w:right w:w="50" w:type="dxa"/>
            </w:tcMar>
          </w:tcPr>
          <w:p w14:paraId="274EB852" w14:textId="77777777" w:rsidR="00292F36" w:rsidRDefault="00000000">
            <w:r>
              <w:rPr>
                <w:sz w:val="18"/>
              </w:rPr>
              <w:t>PC2_z</w:t>
            </w:r>
          </w:p>
        </w:tc>
        <w:tc>
          <w:tcPr>
            <w:tcW w:w="1872" w:type="dxa"/>
            <w:tcMar>
              <w:top w:w="20" w:type="dxa"/>
              <w:left w:w="50" w:type="dxa"/>
              <w:bottom w:w="20" w:type="dxa"/>
              <w:right w:w="50" w:type="dxa"/>
            </w:tcMar>
          </w:tcPr>
          <w:p w14:paraId="1201DCC3" w14:textId="77777777" w:rsidR="00292F36" w:rsidRDefault="00000000">
            <w:r>
              <w:rPr>
                <w:sz w:val="18"/>
              </w:rPr>
              <w:t>1.271</w:t>
            </w:r>
          </w:p>
        </w:tc>
        <w:tc>
          <w:tcPr>
            <w:tcW w:w="1872" w:type="dxa"/>
            <w:tcMar>
              <w:top w:w="20" w:type="dxa"/>
              <w:left w:w="50" w:type="dxa"/>
              <w:bottom w:w="20" w:type="dxa"/>
              <w:right w:w="50" w:type="dxa"/>
            </w:tcMar>
          </w:tcPr>
          <w:p w14:paraId="6C7ED671" w14:textId="77777777" w:rsidR="00292F36" w:rsidRDefault="00000000">
            <w:r>
              <w:rPr>
                <w:sz w:val="18"/>
              </w:rPr>
              <w:t>1</w:t>
            </w:r>
          </w:p>
        </w:tc>
        <w:tc>
          <w:tcPr>
            <w:tcW w:w="1872" w:type="dxa"/>
            <w:tcMar>
              <w:top w:w="20" w:type="dxa"/>
              <w:left w:w="50" w:type="dxa"/>
              <w:bottom w:w="20" w:type="dxa"/>
              <w:right w:w="50" w:type="dxa"/>
            </w:tcMar>
          </w:tcPr>
          <w:p w14:paraId="58F59054" w14:textId="77777777" w:rsidR="00292F36" w:rsidRDefault="00000000">
            <w:r>
              <w:rPr>
                <w:sz w:val="18"/>
              </w:rPr>
              <w:t>0.259</w:t>
            </w:r>
          </w:p>
        </w:tc>
      </w:tr>
      <w:tr w:rsidR="00292F36" w14:paraId="4D835672" w14:textId="77777777">
        <w:tc>
          <w:tcPr>
            <w:tcW w:w="1872" w:type="dxa"/>
            <w:tcMar>
              <w:top w:w="20" w:type="dxa"/>
              <w:left w:w="50" w:type="dxa"/>
              <w:bottom w:w="20" w:type="dxa"/>
              <w:right w:w="50" w:type="dxa"/>
            </w:tcMar>
          </w:tcPr>
          <w:p w14:paraId="51F8C7FC" w14:textId="77777777" w:rsidR="00292F36" w:rsidRDefault="00000000">
            <w:r>
              <w:rPr>
                <w:sz w:val="18"/>
              </w:rPr>
              <w:t>Turnover</w:t>
            </w:r>
          </w:p>
        </w:tc>
        <w:tc>
          <w:tcPr>
            <w:tcW w:w="1872" w:type="dxa"/>
            <w:tcMar>
              <w:top w:w="20" w:type="dxa"/>
              <w:left w:w="50" w:type="dxa"/>
              <w:bottom w:w="20" w:type="dxa"/>
              <w:right w:w="50" w:type="dxa"/>
            </w:tcMar>
          </w:tcPr>
          <w:p w14:paraId="501CE17E" w14:textId="77777777" w:rsidR="00292F36" w:rsidRDefault="00000000">
            <w:r>
              <w:rPr>
                <w:sz w:val="18"/>
              </w:rPr>
              <w:t>Year_c:Section</w:t>
            </w:r>
          </w:p>
        </w:tc>
        <w:tc>
          <w:tcPr>
            <w:tcW w:w="1872" w:type="dxa"/>
            <w:tcMar>
              <w:top w:w="20" w:type="dxa"/>
              <w:left w:w="50" w:type="dxa"/>
              <w:bottom w:w="20" w:type="dxa"/>
              <w:right w:w="50" w:type="dxa"/>
            </w:tcMar>
          </w:tcPr>
          <w:p w14:paraId="7F037B88" w14:textId="77777777" w:rsidR="00292F36" w:rsidRDefault="00000000">
            <w:r>
              <w:rPr>
                <w:sz w:val="18"/>
              </w:rPr>
              <w:t>2.452</w:t>
            </w:r>
          </w:p>
        </w:tc>
        <w:tc>
          <w:tcPr>
            <w:tcW w:w="1872" w:type="dxa"/>
            <w:tcMar>
              <w:top w:w="20" w:type="dxa"/>
              <w:left w:w="50" w:type="dxa"/>
              <w:bottom w:w="20" w:type="dxa"/>
              <w:right w:w="50" w:type="dxa"/>
            </w:tcMar>
          </w:tcPr>
          <w:p w14:paraId="43A70BAA" w14:textId="77777777" w:rsidR="00292F36" w:rsidRDefault="00000000">
            <w:r>
              <w:rPr>
                <w:sz w:val="18"/>
              </w:rPr>
              <w:t>2</w:t>
            </w:r>
          </w:p>
        </w:tc>
        <w:tc>
          <w:tcPr>
            <w:tcW w:w="1872" w:type="dxa"/>
            <w:tcMar>
              <w:top w:w="20" w:type="dxa"/>
              <w:left w:w="50" w:type="dxa"/>
              <w:bottom w:w="20" w:type="dxa"/>
              <w:right w:w="50" w:type="dxa"/>
            </w:tcMar>
          </w:tcPr>
          <w:p w14:paraId="7A774AF3" w14:textId="77777777" w:rsidR="00292F36" w:rsidRDefault="00000000">
            <w:r>
              <w:rPr>
                <w:sz w:val="18"/>
              </w:rPr>
              <w:t>0.293</w:t>
            </w:r>
          </w:p>
        </w:tc>
      </w:tr>
      <w:tr w:rsidR="00292F36" w14:paraId="1D7844CE" w14:textId="77777777">
        <w:tc>
          <w:tcPr>
            <w:tcW w:w="1872" w:type="dxa"/>
            <w:tcMar>
              <w:top w:w="20" w:type="dxa"/>
              <w:left w:w="50" w:type="dxa"/>
              <w:bottom w:w="20" w:type="dxa"/>
              <w:right w:w="50" w:type="dxa"/>
            </w:tcMar>
          </w:tcPr>
          <w:p w14:paraId="42982B28" w14:textId="77777777" w:rsidR="00292F36" w:rsidRDefault="00000000">
            <w:r>
              <w:rPr>
                <w:sz w:val="18"/>
              </w:rPr>
              <w:t>Turnover</w:t>
            </w:r>
          </w:p>
        </w:tc>
        <w:tc>
          <w:tcPr>
            <w:tcW w:w="1872" w:type="dxa"/>
            <w:tcMar>
              <w:top w:w="20" w:type="dxa"/>
              <w:left w:w="50" w:type="dxa"/>
              <w:bottom w:w="20" w:type="dxa"/>
              <w:right w:w="50" w:type="dxa"/>
            </w:tcMar>
          </w:tcPr>
          <w:p w14:paraId="62BC6BE8" w14:textId="77777777" w:rsidR="00292F36" w:rsidRDefault="00000000">
            <w:r>
              <w:rPr>
                <w:sz w:val="18"/>
              </w:rPr>
              <w:t>Year_c:Fished</w:t>
            </w:r>
          </w:p>
        </w:tc>
        <w:tc>
          <w:tcPr>
            <w:tcW w:w="1872" w:type="dxa"/>
            <w:tcMar>
              <w:top w:w="20" w:type="dxa"/>
              <w:left w:w="50" w:type="dxa"/>
              <w:bottom w:w="20" w:type="dxa"/>
              <w:right w:w="50" w:type="dxa"/>
            </w:tcMar>
          </w:tcPr>
          <w:p w14:paraId="71847CF8" w14:textId="77777777" w:rsidR="00292F36" w:rsidRDefault="00000000">
            <w:r>
              <w:rPr>
                <w:sz w:val="18"/>
              </w:rPr>
              <w:t>0.335</w:t>
            </w:r>
          </w:p>
        </w:tc>
        <w:tc>
          <w:tcPr>
            <w:tcW w:w="1872" w:type="dxa"/>
            <w:tcMar>
              <w:top w:w="20" w:type="dxa"/>
              <w:left w:w="50" w:type="dxa"/>
              <w:bottom w:w="20" w:type="dxa"/>
              <w:right w:w="50" w:type="dxa"/>
            </w:tcMar>
          </w:tcPr>
          <w:p w14:paraId="02BB2032" w14:textId="77777777" w:rsidR="00292F36" w:rsidRDefault="00000000">
            <w:r>
              <w:rPr>
                <w:sz w:val="18"/>
              </w:rPr>
              <w:t>1</w:t>
            </w:r>
          </w:p>
        </w:tc>
        <w:tc>
          <w:tcPr>
            <w:tcW w:w="1872" w:type="dxa"/>
            <w:tcMar>
              <w:top w:w="20" w:type="dxa"/>
              <w:left w:w="50" w:type="dxa"/>
              <w:bottom w:w="20" w:type="dxa"/>
              <w:right w:w="50" w:type="dxa"/>
            </w:tcMar>
          </w:tcPr>
          <w:p w14:paraId="5FCED96E" w14:textId="77777777" w:rsidR="00292F36" w:rsidRDefault="00000000">
            <w:r>
              <w:rPr>
                <w:sz w:val="18"/>
              </w:rPr>
              <w:t>0.563</w:t>
            </w:r>
          </w:p>
        </w:tc>
      </w:tr>
      <w:tr w:rsidR="00292F36" w14:paraId="6F997823" w14:textId="77777777">
        <w:tc>
          <w:tcPr>
            <w:tcW w:w="1872" w:type="dxa"/>
            <w:tcMar>
              <w:top w:w="20" w:type="dxa"/>
              <w:left w:w="50" w:type="dxa"/>
              <w:bottom w:w="20" w:type="dxa"/>
              <w:right w:w="50" w:type="dxa"/>
            </w:tcMar>
          </w:tcPr>
          <w:p w14:paraId="29F45646" w14:textId="77777777" w:rsidR="00292F36" w:rsidRDefault="00000000">
            <w:r>
              <w:rPr>
                <w:sz w:val="18"/>
              </w:rPr>
              <w:t>Turnover</w:t>
            </w:r>
          </w:p>
        </w:tc>
        <w:tc>
          <w:tcPr>
            <w:tcW w:w="1872" w:type="dxa"/>
            <w:tcMar>
              <w:top w:w="20" w:type="dxa"/>
              <w:left w:w="50" w:type="dxa"/>
              <w:bottom w:w="20" w:type="dxa"/>
              <w:right w:w="50" w:type="dxa"/>
            </w:tcMar>
          </w:tcPr>
          <w:p w14:paraId="1D9E8131" w14:textId="77777777" w:rsidR="00292F36" w:rsidRDefault="00000000">
            <w:r>
              <w:rPr>
                <w:sz w:val="18"/>
              </w:rPr>
              <w:t>Section:Fished</w:t>
            </w:r>
          </w:p>
        </w:tc>
        <w:tc>
          <w:tcPr>
            <w:tcW w:w="1872" w:type="dxa"/>
            <w:tcMar>
              <w:top w:w="20" w:type="dxa"/>
              <w:left w:w="50" w:type="dxa"/>
              <w:bottom w:w="20" w:type="dxa"/>
              <w:right w:w="50" w:type="dxa"/>
            </w:tcMar>
          </w:tcPr>
          <w:p w14:paraId="64CEEC65" w14:textId="77777777" w:rsidR="00292F36" w:rsidRDefault="00000000">
            <w:r>
              <w:rPr>
                <w:sz w:val="18"/>
              </w:rPr>
              <w:t>3.361</w:t>
            </w:r>
          </w:p>
        </w:tc>
        <w:tc>
          <w:tcPr>
            <w:tcW w:w="1872" w:type="dxa"/>
            <w:tcMar>
              <w:top w:w="20" w:type="dxa"/>
              <w:left w:w="50" w:type="dxa"/>
              <w:bottom w:w="20" w:type="dxa"/>
              <w:right w:w="50" w:type="dxa"/>
            </w:tcMar>
          </w:tcPr>
          <w:p w14:paraId="714FD659" w14:textId="77777777" w:rsidR="00292F36" w:rsidRDefault="00000000">
            <w:r>
              <w:rPr>
                <w:sz w:val="18"/>
              </w:rPr>
              <w:t>2</w:t>
            </w:r>
          </w:p>
        </w:tc>
        <w:tc>
          <w:tcPr>
            <w:tcW w:w="1872" w:type="dxa"/>
            <w:tcMar>
              <w:top w:w="20" w:type="dxa"/>
              <w:left w:w="50" w:type="dxa"/>
              <w:bottom w:w="20" w:type="dxa"/>
              <w:right w:w="50" w:type="dxa"/>
            </w:tcMar>
          </w:tcPr>
          <w:p w14:paraId="1EDF179C" w14:textId="77777777" w:rsidR="00292F36" w:rsidRDefault="00000000">
            <w:r>
              <w:rPr>
                <w:sz w:val="18"/>
              </w:rPr>
              <w:t>0.186</w:t>
            </w:r>
          </w:p>
        </w:tc>
      </w:tr>
      <w:tr w:rsidR="00292F36" w14:paraId="77E225B1" w14:textId="77777777">
        <w:tc>
          <w:tcPr>
            <w:tcW w:w="1872" w:type="dxa"/>
            <w:tcMar>
              <w:top w:w="20" w:type="dxa"/>
              <w:left w:w="50" w:type="dxa"/>
              <w:bottom w:w="20" w:type="dxa"/>
              <w:right w:w="50" w:type="dxa"/>
            </w:tcMar>
          </w:tcPr>
          <w:p w14:paraId="6DA2C6F4" w14:textId="77777777" w:rsidR="00292F36" w:rsidRDefault="00000000">
            <w:r>
              <w:rPr>
                <w:sz w:val="18"/>
              </w:rPr>
              <w:t>Turnover</w:t>
            </w:r>
          </w:p>
        </w:tc>
        <w:tc>
          <w:tcPr>
            <w:tcW w:w="1872" w:type="dxa"/>
            <w:tcMar>
              <w:top w:w="20" w:type="dxa"/>
              <w:left w:w="50" w:type="dxa"/>
              <w:bottom w:w="20" w:type="dxa"/>
              <w:right w:w="50" w:type="dxa"/>
            </w:tcMar>
          </w:tcPr>
          <w:p w14:paraId="18B78298" w14:textId="77777777" w:rsidR="00292F36" w:rsidRDefault="00000000">
            <w:r>
              <w:rPr>
                <w:sz w:val="18"/>
              </w:rPr>
              <w:t>Year_c:Section:Fished</w:t>
            </w:r>
          </w:p>
        </w:tc>
        <w:tc>
          <w:tcPr>
            <w:tcW w:w="1872" w:type="dxa"/>
            <w:tcMar>
              <w:top w:w="20" w:type="dxa"/>
              <w:left w:w="50" w:type="dxa"/>
              <w:bottom w:w="20" w:type="dxa"/>
              <w:right w:w="50" w:type="dxa"/>
            </w:tcMar>
          </w:tcPr>
          <w:p w14:paraId="5319AFC0" w14:textId="77777777" w:rsidR="00292F36" w:rsidRDefault="00000000">
            <w:r>
              <w:rPr>
                <w:sz w:val="18"/>
              </w:rPr>
              <w:t>13.945</w:t>
            </w:r>
          </w:p>
        </w:tc>
        <w:tc>
          <w:tcPr>
            <w:tcW w:w="1872" w:type="dxa"/>
            <w:tcMar>
              <w:top w:w="20" w:type="dxa"/>
              <w:left w:w="50" w:type="dxa"/>
              <w:bottom w:w="20" w:type="dxa"/>
              <w:right w:w="50" w:type="dxa"/>
            </w:tcMar>
          </w:tcPr>
          <w:p w14:paraId="1B782AE0" w14:textId="77777777" w:rsidR="00292F36" w:rsidRDefault="00000000">
            <w:r>
              <w:rPr>
                <w:sz w:val="18"/>
              </w:rPr>
              <w:t>2</w:t>
            </w:r>
          </w:p>
        </w:tc>
        <w:tc>
          <w:tcPr>
            <w:tcW w:w="1872" w:type="dxa"/>
            <w:tcMar>
              <w:top w:w="20" w:type="dxa"/>
              <w:left w:w="50" w:type="dxa"/>
              <w:bottom w:w="20" w:type="dxa"/>
              <w:right w:w="50" w:type="dxa"/>
            </w:tcMar>
          </w:tcPr>
          <w:p w14:paraId="6C1189D8" w14:textId="77777777" w:rsidR="00292F36" w:rsidRDefault="00000000">
            <w:r>
              <w:rPr>
                <w:sz w:val="18"/>
              </w:rPr>
              <w:t>&lt;0.001</w:t>
            </w:r>
          </w:p>
        </w:tc>
      </w:tr>
    </w:tbl>
    <w:p w14:paraId="39CCEBAA" w14:textId="77777777" w:rsidR="00292F36" w:rsidRDefault="00292F36">
      <w:pPr>
        <w:sectPr w:rsidR="00292F36">
          <w:pgSz w:w="12240" w:h="15840"/>
          <w:pgMar w:top="1152" w:right="1440" w:bottom="1152" w:left="1440" w:header="720" w:footer="720" w:gutter="0"/>
          <w:cols w:space="720"/>
          <w:docGrid w:linePitch="360"/>
        </w:sectPr>
      </w:pPr>
    </w:p>
    <w:p w14:paraId="0579B60C" w14:textId="77777777" w:rsidR="00292F36" w:rsidRDefault="00000000">
      <w:pPr>
        <w:spacing w:after="40"/>
      </w:pPr>
      <w:r>
        <w:rPr>
          <w:b/>
          <w:sz w:val="22"/>
        </w:rPr>
        <w:lastRenderedPageBreak/>
        <w:t>Table S9 | Temporal trends in reef fish community responses by region and exploitation category derived from generalized linear mixed models (GLMMs).</w:t>
      </w:r>
    </w:p>
    <w:p w14:paraId="2949A34E" w14:textId="77777777" w:rsidR="00292F36" w:rsidRDefault="00000000">
      <w:pPr>
        <w:spacing w:after="160"/>
      </w:pPr>
      <w:r>
        <w:rPr>
          <w:sz w:val="18"/>
        </w:rPr>
        <w:t>Temporal slopes estimated from generalized linear mixed models for standing biomass, secondary productivity, and biomass turnover of reef fish assemblages across regions and exploitation categories (targeted versus non-targeted species). Slopes were extracted using estimated marginal trends (emtrends) on the model link scale and subsequently back-transformed to annual percentage change as (exp(β) − 1) × 100. Reported values include slope estimates on the log scale, standard errors (SE), 95% confidence intervals on both the log and percentage scales, and significance assessments based on α = 0.05. Positive values indicate increasing temporal trends, whereas negative values indicate declines through time.</w:t>
      </w:r>
    </w:p>
    <w:tbl>
      <w:tblPr>
        <w:tblStyle w:val="TableGrid"/>
        <w:tblW w:w="0" w:type="auto"/>
        <w:tblLayout w:type="fixed"/>
        <w:tblLook w:val="04A0" w:firstRow="1" w:lastRow="0" w:firstColumn="1" w:lastColumn="0" w:noHBand="0" w:noVBand="1"/>
      </w:tblPr>
      <w:tblGrid>
        <w:gridCol w:w="1283"/>
        <w:gridCol w:w="1283"/>
        <w:gridCol w:w="1283"/>
        <w:gridCol w:w="1283"/>
        <w:gridCol w:w="1283"/>
        <w:gridCol w:w="1283"/>
        <w:gridCol w:w="1283"/>
        <w:gridCol w:w="1283"/>
        <w:gridCol w:w="1283"/>
        <w:gridCol w:w="1283"/>
        <w:gridCol w:w="1283"/>
      </w:tblGrid>
      <w:tr w:rsidR="00292F36" w14:paraId="7AB8CB43" w14:textId="77777777">
        <w:trPr>
          <w:tblHeader/>
        </w:trPr>
        <w:tc>
          <w:tcPr>
            <w:tcW w:w="1283" w:type="dxa"/>
            <w:shd w:val="clear" w:color="auto" w:fill="D9E2F3"/>
            <w:tcMar>
              <w:top w:w="20" w:type="dxa"/>
              <w:left w:w="50" w:type="dxa"/>
              <w:bottom w:w="20" w:type="dxa"/>
              <w:right w:w="50" w:type="dxa"/>
            </w:tcMar>
          </w:tcPr>
          <w:p w14:paraId="090AC2FA" w14:textId="77777777" w:rsidR="00292F36" w:rsidRDefault="00000000">
            <w:r>
              <w:rPr>
                <w:b/>
                <w:sz w:val="14"/>
              </w:rPr>
              <w:t>Response</w:t>
            </w:r>
          </w:p>
        </w:tc>
        <w:tc>
          <w:tcPr>
            <w:tcW w:w="1283" w:type="dxa"/>
            <w:shd w:val="clear" w:color="auto" w:fill="D9E2F3"/>
            <w:tcMar>
              <w:top w:w="20" w:type="dxa"/>
              <w:left w:w="50" w:type="dxa"/>
              <w:bottom w:w="20" w:type="dxa"/>
              <w:right w:w="50" w:type="dxa"/>
            </w:tcMar>
          </w:tcPr>
          <w:p w14:paraId="7CE6A9EA" w14:textId="77777777" w:rsidR="00292F36" w:rsidRDefault="00000000">
            <w:r>
              <w:rPr>
                <w:b/>
                <w:sz w:val="14"/>
              </w:rPr>
              <w:t>Region</w:t>
            </w:r>
          </w:p>
        </w:tc>
        <w:tc>
          <w:tcPr>
            <w:tcW w:w="1283" w:type="dxa"/>
            <w:shd w:val="clear" w:color="auto" w:fill="D9E2F3"/>
            <w:tcMar>
              <w:top w:w="20" w:type="dxa"/>
              <w:left w:w="50" w:type="dxa"/>
              <w:bottom w:w="20" w:type="dxa"/>
              <w:right w:w="50" w:type="dxa"/>
            </w:tcMar>
          </w:tcPr>
          <w:p w14:paraId="38115F95" w14:textId="77777777" w:rsidR="00292F36" w:rsidRDefault="00000000">
            <w:r>
              <w:rPr>
                <w:b/>
                <w:sz w:val="14"/>
              </w:rPr>
              <w:t>Exploitation category</w:t>
            </w:r>
          </w:p>
        </w:tc>
        <w:tc>
          <w:tcPr>
            <w:tcW w:w="1283" w:type="dxa"/>
            <w:shd w:val="clear" w:color="auto" w:fill="D9E2F3"/>
            <w:tcMar>
              <w:top w:w="20" w:type="dxa"/>
              <w:left w:w="50" w:type="dxa"/>
              <w:bottom w:w="20" w:type="dxa"/>
              <w:right w:w="50" w:type="dxa"/>
            </w:tcMar>
          </w:tcPr>
          <w:p w14:paraId="0D8CAE6C" w14:textId="77777777" w:rsidR="00292F36" w:rsidRDefault="00000000">
            <w:r>
              <w:rPr>
                <w:b/>
                <w:sz w:val="14"/>
              </w:rPr>
              <w:t>Slope_logScale</w:t>
            </w:r>
          </w:p>
        </w:tc>
        <w:tc>
          <w:tcPr>
            <w:tcW w:w="1283" w:type="dxa"/>
            <w:shd w:val="clear" w:color="auto" w:fill="D9E2F3"/>
            <w:tcMar>
              <w:top w:w="20" w:type="dxa"/>
              <w:left w:w="50" w:type="dxa"/>
              <w:bottom w:w="20" w:type="dxa"/>
              <w:right w:w="50" w:type="dxa"/>
            </w:tcMar>
          </w:tcPr>
          <w:p w14:paraId="690C3029" w14:textId="77777777" w:rsidR="00292F36" w:rsidRDefault="00000000">
            <w:r>
              <w:rPr>
                <w:b/>
                <w:sz w:val="14"/>
              </w:rPr>
              <w:t>SE</w:t>
            </w:r>
          </w:p>
        </w:tc>
        <w:tc>
          <w:tcPr>
            <w:tcW w:w="1283" w:type="dxa"/>
            <w:shd w:val="clear" w:color="auto" w:fill="D9E2F3"/>
            <w:tcMar>
              <w:top w:w="20" w:type="dxa"/>
              <w:left w:w="50" w:type="dxa"/>
              <w:bottom w:w="20" w:type="dxa"/>
              <w:right w:w="50" w:type="dxa"/>
            </w:tcMar>
          </w:tcPr>
          <w:p w14:paraId="13A08750" w14:textId="77777777" w:rsidR="00292F36" w:rsidRDefault="00000000">
            <w:r>
              <w:rPr>
                <w:b/>
                <w:sz w:val="14"/>
              </w:rPr>
              <w:t>CI_lower_log</w:t>
            </w:r>
          </w:p>
        </w:tc>
        <w:tc>
          <w:tcPr>
            <w:tcW w:w="1283" w:type="dxa"/>
            <w:shd w:val="clear" w:color="auto" w:fill="D9E2F3"/>
            <w:tcMar>
              <w:top w:w="20" w:type="dxa"/>
              <w:left w:w="50" w:type="dxa"/>
              <w:bottom w:w="20" w:type="dxa"/>
              <w:right w:w="50" w:type="dxa"/>
            </w:tcMar>
          </w:tcPr>
          <w:p w14:paraId="1073C98E" w14:textId="77777777" w:rsidR="00292F36" w:rsidRDefault="00000000">
            <w:r>
              <w:rPr>
                <w:b/>
                <w:sz w:val="14"/>
              </w:rPr>
              <w:t>CI_upper_log</w:t>
            </w:r>
          </w:p>
        </w:tc>
        <w:tc>
          <w:tcPr>
            <w:tcW w:w="1283" w:type="dxa"/>
            <w:shd w:val="clear" w:color="auto" w:fill="D9E2F3"/>
            <w:tcMar>
              <w:top w:w="20" w:type="dxa"/>
              <w:left w:w="50" w:type="dxa"/>
              <w:bottom w:w="20" w:type="dxa"/>
              <w:right w:w="50" w:type="dxa"/>
            </w:tcMar>
          </w:tcPr>
          <w:p w14:paraId="4507F69F" w14:textId="77777777" w:rsidR="00292F36" w:rsidRDefault="00000000">
            <w:r>
              <w:rPr>
                <w:b/>
                <w:sz w:val="14"/>
              </w:rPr>
              <w:t>AnnualPctChange</w:t>
            </w:r>
          </w:p>
        </w:tc>
        <w:tc>
          <w:tcPr>
            <w:tcW w:w="1283" w:type="dxa"/>
            <w:shd w:val="clear" w:color="auto" w:fill="D9E2F3"/>
            <w:tcMar>
              <w:top w:w="20" w:type="dxa"/>
              <w:left w:w="50" w:type="dxa"/>
              <w:bottom w:w="20" w:type="dxa"/>
              <w:right w:w="50" w:type="dxa"/>
            </w:tcMar>
          </w:tcPr>
          <w:p w14:paraId="5D8D07C7" w14:textId="77777777" w:rsidR="00292F36" w:rsidRDefault="00000000">
            <w:r>
              <w:rPr>
                <w:b/>
                <w:sz w:val="14"/>
              </w:rPr>
              <w:t>CI_lower_pct</w:t>
            </w:r>
          </w:p>
        </w:tc>
        <w:tc>
          <w:tcPr>
            <w:tcW w:w="1283" w:type="dxa"/>
            <w:shd w:val="clear" w:color="auto" w:fill="D9E2F3"/>
            <w:tcMar>
              <w:top w:w="20" w:type="dxa"/>
              <w:left w:w="50" w:type="dxa"/>
              <w:bottom w:w="20" w:type="dxa"/>
              <w:right w:w="50" w:type="dxa"/>
            </w:tcMar>
          </w:tcPr>
          <w:p w14:paraId="06704B37" w14:textId="77777777" w:rsidR="00292F36" w:rsidRDefault="00000000">
            <w:r>
              <w:rPr>
                <w:b/>
                <w:sz w:val="14"/>
              </w:rPr>
              <w:t>CI_upper_pct</w:t>
            </w:r>
          </w:p>
        </w:tc>
        <w:tc>
          <w:tcPr>
            <w:tcW w:w="1283" w:type="dxa"/>
            <w:shd w:val="clear" w:color="auto" w:fill="D9E2F3"/>
            <w:tcMar>
              <w:top w:w="20" w:type="dxa"/>
              <w:left w:w="50" w:type="dxa"/>
              <w:bottom w:w="20" w:type="dxa"/>
              <w:right w:w="50" w:type="dxa"/>
            </w:tcMar>
          </w:tcPr>
          <w:p w14:paraId="1D02425E" w14:textId="77777777" w:rsidR="00292F36" w:rsidRDefault="00000000">
            <w:r>
              <w:rPr>
                <w:b/>
                <w:sz w:val="14"/>
              </w:rPr>
              <w:t>Significant_at_05</w:t>
            </w:r>
          </w:p>
        </w:tc>
      </w:tr>
      <w:tr w:rsidR="00292F36" w14:paraId="5EF4F985" w14:textId="77777777">
        <w:tc>
          <w:tcPr>
            <w:tcW w:w="1283" w:type="dxa"/>
            <w:tcMar>
              <w:top w:w="20" w:type="dxa"/>
              <w:left w:w="50" w:type="dxa"/>
              <w:bottom w:w="20" w:type="dxa"/>
              <w:right w:w="50" w:type="dxa"/>
            </w:tcMar>
          </w:tcPr>
          <w:p w14:paraId="1E5AD59C" w14:textId="77777777" w:rsidR="00292F36" w:rsidRDefault="00000000">
            <w:r>
              <w:rPr>
                <w:sz w:val="14"/>
              </w:rPr>
              <w:t>Biomass</w:t>
            </w:r>
          </w:p>
        </w:tc>
        <w:tc>
          <w:tcPr>
            <w:tcW w:w="1283" w:type="dxa"/>
            <w:tcMar>
              <w:top w:w="20" w:type="dxa"/>
              <w:left w:w="50" w:type="dxa"/>
              <w:bottom w:w="20" w:type="dxa"/>
              <w:right w:w="50" w:type="dxa"/>
            </w:tcMar>
          </w:tcPr>
          <w:p w14:paraId="1DC17659" w14:textId="77777777" w:rsidR="00292F36" w:rsidRDefault="00000000">
            <w:r>
              <w:rPr>
                <w:sz w:val="14"/>
              </w:rPr>
              <w:t>North</w:t>
            </w:r>
          </w:p>
        </w:tc>
        <w:tc>
          <w:tcPr>
            <w:tcW w:w="1283" w:type="dxa"/>
            <w:tcMar>
              <w:top w:w="20" w:type="dxa"/>
              <w:left w:w="50" w:type="dxa"/>
              <w:bottom w:w="20" w:type="dxa"/>
              <w:right w:w="50" w:type="dxa"/>
            </w:tcMar>
          </w:tcPr>
          <w:p w14:paraId="21E60269" w14:textId="77777777" w:rsidR="00292F36" w:rsidRDefault="00000000">
            <w:r>
              <w:rPr>
                <w:sz w:val="14"/>
              </w:rPr>
              <w:t>non-fished</w:t>
            </w:r>
          </w:p>
        </w:tc>
        <w:tc>
          <w:tcPr>
            <w:tcW w:w="1283" w:type="dxa"/>
            <w:tcMar>
              <w:top w:w="20" w:type="dxa"/>
              <w:left w:w="50" w:type="dxa"/>
              <w:bottom w:w="20" w:type="dxa"/>
              <w:right w:w="50" w:type="dxa"/>
            </w:tcMar>
          </w:tcPr>
          <w:p w14:paraId="0FF733F7" w14:textId="77777777" w:rsidR="00292F36" w:rsidRDefault="00000000">
            <w:r>
              <w:rPr>
                <w:sz w:val="14"/>
              </w:rPr>
              <w:t>-0.0211</w:t>
            </w:r>
          </w:p>
        </w:tc>
        <w:tc>
          <w:tcPr>
            <w:tcW w:w="1283" w:type="dxa"/>
            <w:tcMar>
              <w:top w:w="20" w:type="dxa"/>
              <w:left w:w="50" w:type="dxa"/>
              <w:bottom w:w="20" w:type="dxa"/>
              <w:right w:w="50" w:type="dxa"/>
            </w:tcMar>
          </w:tcPr>
          <w:p w14:paraId="19913897" w14:textId="77777777" w:rsidR="00292F36" w:rsidRDefault="00000000">
            <w:r>
              <w:rPr>
                <w:sz w:val="14"/>
              </w:rPr>
              <w:t>0.0742</w:t>
            </w:r>
          </w:p>
        </w:tc>
        <w:tc>
          <w:tcPr>
            <w:tcW w:w="1283" w:type="dxa"/>
            <w:tcMar>
              <w:top w:w="20" w:type="dxa"/>
              <w:left w:w="50" w:type="dxa"/>
              <w:bottom w:w="20" w:type="dxa"/>
              <w:right w:w="50" w:type="dxa"/>
            </w:tcMar>
          </w:tcPr>
          <w:p w14:paraId="7334B29F" w14:textId="77777777" w:rsidR="00292F36" w:rsidRDefault="00000000">
            <w:r>
              <w:rPr>
                <w:sz w:val="14"/>
              </w:rPr>
              <w:t>-0.1666</w:t>
            </w:r>
          </w:p>
        </w:tc>
        <w:tc>
          <w:tcPr>
            <w:tcW w:w="1283" w:type="dxa"/>
            <w:tcMar>
              <w:top w:w="20" w:type="dxa"/>
              <w:left w:w="50" w:type="dxa"/>
              <w:bottom w:w="20" w:type="dxa"/>
              <w:right w:w="50" w:type="dxa"/>
            </w:tcMar>
          </w:tcPr>
          <w:p w14:paraId="47B57FB0" w14:textId="77777777" w:rsidR="00292F36" w:rsidRDefault="00000000">
            <w:r>
              <w:rPr>
                <w:sz w:val="14"/>
              </w:rPr>
              <w:t>0.1244</w:t>
            </w:r>
          </w:p>
        </w:tc>
        <w:tc>
          <w:tcPr>
            <w:tcW w:w="1283" w:type="dxa"/>
            <w:tcMar>
              <w:top w:w="20" w:type="dxa"/>
              <w:left w:w="50" w:type="dxa"/>
              <w:bottom w:w="20" w:type="dxa"/>
              <w:right w:w="50" w:type="dxa"/>
            </w:tcMar>
          </w:tcPr>
          <w:p w14:paraId="18F05B6E" w14:textId="77777777" w:rsidR="00292F36" w:rsidRDefault="00000000">
            <w:r>
              <w:rPr>
                <w:sz w:val="14"/>
              </w:rPr>
              <w:t>-2.09</w:t>
            </w:r>
          </w:p>
        </w:tc>
        <w:tc>
          <w:tcPr>
            <w:tcW w:w="1283" w:type="dxa"/>
            <w:tcMar>
              <w:top w:w="20" w:type="dxa"/>
              <w:left w:w="50" w:type="dxa"/>
              <w:bottom w:w="20" w:type="dxa"/>
              <w:right w:w="50" w:type="dxa"/>
            </w:tcMar>
          </w:tcPr>
          <w:p w14:paraId="57F0524B" w14:textId="77777777" w:rsidR="00292F36" w:rsidRDefault="00000000">
            <w:r>
              <w:rPr>
                <w:sz w:val="14"/>
              </w:rPr>
              <w:t>-15.34</w:t>
            </w:r>
          </w:p>
        </w:tc>
        <w:tc>
          <w:tcPr>
            <w:tcW w:w="1283" w:type="dxa"/>
            <w:tcMar>
              <w:top w:w="20" w:type="dxa"/>
              <w:left w:w="50" w:type="dxa"/>
              <w:bottom w:w="20" w:type="dxa"/>
              <w:right w:w="50" w:type="dxa"/>
            </w:tcMar>
          </w:tcPr>
          <w:p w14:paraId="3991DE17" w14:textId="77777777" w:rsidR="00292F36" w:rsidRDefault="00000000">
            <w:r>
              <w:rPr>
                <w:sz w:val="14"/>
              </w:rPr>
              <w:t>13.25</w:t>
            </w:r>
          </w:p>
        </w:tc>
        <w:tc>
          <w:tcPr>
            <w:tcW w:w="1283" w:type="dxa"/>
            <w:tcMar>
              <w:top w:w="20" w:type="dxa"/>
              <w:left w:w="50" w:type="dxa"/>
              <w:bottom w:w="20" w:type="dxa"/>
              <w:right w:w="50" w:type="dxa"/>
            </w:tcMar>
          </w:tcPr>
          <w:p w14:paraId="2C01DFD7" w14:textId="77777777" w:rsidR="00292F36" w:rsidRDefault="00000000">
            <w:r>
              <w:rPr>
                <w:sz w:val="14"/>
              </w:rPr>
              <w:t>False</w:t>
            </w:r>
          </w:p>
        </w:tc>
      </w:tr>
      <w:tr w:rsidR="00292F36" w14:paraId="7118774E" w14:textId="77777777">
        <w:tc>
          <w:tcPr>
            <w:tcW w:w="1283" w:type="dxa"/>
            <w:tcMar>
              <w:top w:w="20" w:type="dxa"/>
              <w:left w:w="50" w:type="dxa"/>
              <w:bottom w:w="20" w:type="dxa"/>
              <w:right w:w="50" w:type="dxa"/>
            </w:tcMar>
          </w:tcPr>
          <w:p w14:paraId="771548EB" w14:textId="77777777" w:rsidR="00292F36" w:rsidRDefault="00000000">
            <w:r>
              <w:rPr>
                <w:sz w:val="14"/>
              </w:rPr>
              <w:t>Biomass</w:t>
            </w:r>
          </w:p>
        </w:tc>
        <w:tc>
          <w:tcPr>
            <w:tcW w:w="1283" w:type="dxa"/>
            <w:tcMar>
              <w:top w:w="20" w:type="dxa"/>
              <w:left w:w="50" w:type="dxa"/>
              <w:bottom w:w="20" w:type="dxa"/>
              <w:right w:w="50" w:type="dxa"/>
            </w:tcMar>
          </w:tcPr>
          <w:p w14:paraId="069B44E7" w14:textId="77777777" w:rsidR="00292F36" w:rsidRDefault="00000000">
            <w:r>
              <w:rPr>
                <w:sz w:val="14"/>
              </w:rPr>
              <w:t>Middle</w:t>
            </w:r>
          </w:p>
        </w:tc>
        <w:tc>
          <w:tcPr>
            <w:tcW w:w="1283" w:type="dxa"/>
            <w:tcMar>
              <w:top w:w="20" w:type="dxa"/>
              <w:left w:w="50" w:type="dxa"/>
              <w:bottom w:w="20" w:type="dxa"/>
              <w:right w:w="50" w:type="dxa"/>
            </w:tcMar>
          </w:tcPr>
          <w:p w14:paraId="0DAF0A31" w14:textId="77777777" w:rsidR="00292F36" w:rsidRDefault="00000000">
            <w:r>
              <w:rPr>
                <w:sz w:val="14"/>
              </w:rPr>
              <w:t>non-fished</w:t>
            </w:r>
          </w:p>
        </w:tc>
        <w:tc>
          <w:tcPr>
            <w:tcW w:w="1283" w:type="dxa"/>
            <w:tcMar>
              <w:top w:w="20" w:type="dxa"/>
              <w:left w:w="50" w:type="dxa"/>
              <w:bottom w:w="20" w:type="dxa"/>
              <w:right w:w="50" w:type="dxa"/>
            </w:tcMar>
          </w:tcPr>
          <w:p w14:paraId="0F26BD17" w14:textId="77777777" w:rsidR="00292F36" w:rsidRDefault="00000000">
            <w:r>
              <w:rPr>
                <w:sz w:val="14"/>
              </w:rPr>
              <w:t>0.1115</w:t>
            </w:r>
          </w:p>
        </w:tc>
        <w:tc>
          <w:tcPr>
            <w:tcW w:w="1283" w:type="dxa"/>
            <w:tcMar>
              <w:top w:w="20" w:type="dxa"/>
              <w:left w:w="50" w:type="dxa"/>
              <w:bottom w:w="20" w:type="dxa"/>
              <w:right w:w="50" w:type="dxa"/>
            </w:tcMar>
          </w:tcPr>
          <w:p w14:paraId="5C30D32D" w14:textId="77777777" w:rsidR="00292F36" w:rsidRDefault="00000000">
            <w:r>
              <w:rPr>
                <w:sz w:val="14"/>
              </w:rPr>
              <w:t>0.0744</w:t>
            </w:r>
          </w:p>
        </w:tc>
        <w:tc>
          <w:tcPr>
            <w:tcW w:w="1283" w:type="dxa"/>
            <w:tcMar>
              <w:top w:w="20" w:type="dxa"/>
              <w:left w:w="50" w:type="dxa"/>
              <w:bottom w:w="20" w:type="dxa"/>
              <w:right w:w="50" w:type="dxa"/>
            </w:tcMar>
          </w:tcPr>
          <w:p w14:paraId="58224B8C" w14:textId="77777777" w:rsidR="00292F36" w:rsidRDefault="00000000">
            <w:r>
              <w:rPr>
                <w:sz w:val="14"/>
              </w:rPr>
              <w:t>-0.0343</w:t>
            </w:r>
          </w:p>
        </w:tc>
        <w:tc>
          <w:tcPr>
            <w:tcW w:w="1283" w:type="dxa"/>
            <w:tcMar>
              <w:top w:w="20" w:type="dxa"/>
              <w:left w:w="50" w:type="dxa"/>
              <w:bottom w:w="20" w:type="dxa"/>
              <w:right w:w="50" w:type="dxa"/>
            </w:tcMar>
          </w:tcPr>
          <w:p w14:paraId="36B930C5" w14:textId="77777777" w:rsidR="00292F36" w:rsidRDefault="00000000">
            <w:r>
              <w:rPr>
                <w:sz w:val="14"/>
              </w:rPr>
              <w:t>0.2573</w:t>
            </w:r>
          </w:p>
        </w:tc>
        <w:tc>
          <w:tcPr>
            <w:tcW w:w="1283" w:type="dxa"/>
            <w:tcMar>
              <w:top w:w="20" w:type="dxa"/>
              <w:left w:w="50" w:type="dxa"/>
              <w:bottom w:w="20" w:type="dxa"/>
              <w:right w:w="50" w:type="dxa"/>
            </w:tcMar>
          </w:tcPr>
          <w:p w14:paraId="7990D984" w14:textId="77777777" w:rsidR="00292F36" w:rsidRDefault="00000000">
            <w:r>
              <w:rPr>
                <w:sz w:val="14"/>
              </w:rPr>
              <w:t>11.79</w:t>
            </w:r>
          </w:p>
        </w:tc>
        <w:tc>
          <w:tcPr>
            <w:tcW w:w="1283" w:type="dxa"/>
            <w:tcMar>
              <w:top w:w="20" w:type="dxa"/>
              <w:left w:w="50" w:type="dxa"/>
              <w:bottom w:w="20" w:type="dxa"/>
              <w:right w:w="50" w:type="dxa"/>
            </w:tcMar>
          </w:tcPr>
          <w:p w14:paraId="44F5A8FE" w14:textId="77777777" w:rsidR="00292F36" w:rsidRDefault="00000000">
            <w:r>
              <w:rPr>
                <w:sz w:val="14"/>
              </w:rPr>
              <w:t>-3.37</w:t>
            </w:r>
          </w:p>
        </w:tc>
        <w:tc>
          <w:tcPr>
            <w:tcW w:w="1283" w:type="dxa"/>
            <w:tcMar>
              <w:top w:w="20" w:type="dxa"/>
              <w:left w:w="50" w:type="dxa"/>
              <w:bottom w:w="20" w:type="dxa"/>
              <w:right w:w="50" w:type="dxa"/>
            </w:tcMar>
          </w:tcPr>
          <w:p w14:paraId="1F6104D9" w14:textId="77777777" w:rsidR="00292F36" w:rsidRDefault="00000000">
            <w:r>
              <w:rPr>
                <w:sz w:val="14"/>
              </w:rPr>
              <w:t>29.34</w:t>
            </w:r>
          </w:p>
        </w:tc>
        <w:tc>
          <w:tcPr>
            <w:tcW w:w="1283" w:type="dxa"/>
            <w:tcMar>
              <w:top w:w="20" w:type="dxa"/>
              <w:left w:w="50" w:type="dxa"/>
              <w:bottom w:w="20" w:type="dxa"/>
              <w:right w:w="50" w:type="dxa"/>
            </w:tcMar>
          </w:tcPr>
          <w:p w14:paraId="6803B3E0" w14:textId="77777777" w:rsidR="00292F36" w:rsidRDefault="00000000">
            <w:r>
              <w:rPr>
                <w:sz w:val="14"/>
              </w:rPr>
              <w:t>False</w:t>
            </w:r>
          </w:p>
        </w:tc>
      </w:tr>
      <w:tr w:rsidR="00292F36" w14:paraId="669FC9D2" w14:textId="77777777">
        <w:tc>
          <w:tcPr>
            <w:tcW w:w="1283" w:type="dxa"/>
            <w:tcMar>
              <w:top w:w="20" w:type="dxa"/>
              <w:left w:w="50" w:type="dxa"/>
              <w:bottom w:w="20" w:type="dxa"/>
              <w:right w:w="50" w:type="dxa"/>
            </w:tcMar>
          </w:tcPr>
          <w:p w14:paraId="52A5F0DB" w14:textId="77777777" w:rsidR="00292F36" w:rsidRDefault="00000000">
            <w:r>
              <w:rPr>
                <w:sz w:val="14"/>
              </w:rPr>
              <w:t>Biomass</w:t>
            </w:r>
          </w:p>
        </w:tc>
        <w:tc>
          <w:tcPr>
            <w:tcW w:w="1283" w:type="dxa"/>
            <w:tcMar>
              <w:top w:w="20" w:type="dxa"/>
              <w:left w:w="50" w:type="dxa"/>
              <w:bottom w:w="20" w:type="dxa"/>
              <w:right w:w="50" w:type="dxa"/>
            </w:tcMar>
          </w:tcPr>
          <w:p w14:paraId="4315F59F" w14:textId="77777777" w:rsidR="00292F36" w:rsidRDefault="00000000">
            <w:r>
              <w:rPr>
                <w:sz w:val="14"/>
              </w:rPr>
              <w:t>South</w:t>
            </w:r>
          </w:p>
        </w:tc>
        <w:tc>
          <w:tcPr>
            <w:tcW w:w="1283" w:type="dxa"/>
            <w:tcMar>
              <w:top w:w="20" w:type="dxa"/>
              <w:left w:w="50" w:type="dxa"/>
              <w:bottom w:w="20" w:type="dxa"/>
              <w:right w:w="50" w:type="dxa"/>
            </w:tcMar>
          </w:tcPr>
          <w:p w14:paraId="3C7CBC77" w14:textId="77777777" w:rsidR="00292F36" w:rsidRDefault="00000000">
            <w:r>
              <w:rPr>
                <w:sz w:val="14"/>
              </w:rPr>
              <w:t>non-fished</w:t>
            </w:r>
          </w:p>
        </w:tc>
        <w:tc>
          <w:tcPr>
            <w:tcW w:w="1283" w:type="dxa"/>
            <w:tcMar>
              <w:top w:w="20" w:type="dxa"/>
              <w:left w:w="50" w:type="dxa"/>
              <w:bottom w:w="20" w:type="dxa"/>
              <w:right w:w="50" w:type="dxa"/>
            </w:tcMar>
          </w:tcPr>
          <w:p w14:paraId="1856E3B2" w14:textId="77777777" w:rsidR="00292F36" w:rsidRDefault="00000000">
            <w:r>
              <w:rPr>
                <w:sz w:val="14"/>
              </w:rPr>
              <w:t>-0.1144</w:t>
            </w:r>
          </w:p>
        </w:tc>
        <w:tc>
          <w:tcPr>
            <w:tcW w:w="1283" w:type="dxa"/>
            <w:tcMar>
              <w:top w:w="20" w:type="dxa"/>
              <w:left w:w="50" w:type="dxa"/>
              <w:bottom w:w="20" w:type="dxa"/>
              <w:right w:w="50" w:type="dxa"/>
            </w:tcMar>
          </w:tcPr>
          <w:p w14:paraId="5869DB8F" w14:textId="77777777" w:rsidR="00292F36" w:rsidRDefault="00000000">
            <w:r>
              <w:rPr>
                <w:sz w:val="14"/>
              </w:rPr>
              <w:t>0.0712</w:t>
            </w:r>
          </w:p>
        </w:tc>
        <w:tc>
          <w:tcPr>
            <w:tcW w:w="1283" w:type="dxa"/>
            <w:tcMar>
              <w:top w:w="20" w:type="dxa"/>
              <w:left w:w="50" w:type="dxa"/>
              <w:bottom w:w="20" w:type="dxa"/>
              <w:right w:w="50" w:type="dxa"/>
            </w:tcMar>
          </w:tcPr>
          <w:p w14:paraId="7018EA1E" w14:textId="77777777" w:rsidR="00292F36" w:rsidRDefault="00000000">
            <w:r>
              <w:rPr>
                <w:sz w:val="14"/>
              </w:rPr>
              <w:t>-0.254</w:t>
            </w:r>
          </w:p>
        </w:tc>
        <w:tc>
          <w:tcPr>
            <w:tcW w:w="1283" w:type="dxa"/>
            <w:tcMar>
              <w:top w:w="20" w:type="dxa"/>
              <w:left w:w="50" w:type="dxa"/>
              <w:bottom w:w="20" w:type="dxa"/>
              <w:right w:w="50" w:type="dxa"/>
            </w:tcMar>
          </w:tcPr>
          <w:p w14:paraId="06DA73B1" w14:textId="77777777" w:rsidR="00292F36" w:rsidRDefault="00000000">
            <w:r>
              <w:rPr>
                <w:sz w:val="14"/>
              </w:rPr>
              <w:t>0.0252</w:t>
            </w:r>
          </w:p>
        </w:tc>
        <w:tc>
          <w:tcPr>
            <w:tcW w:w="1283" w:type="dxa"/>
            <w:tcMar>
              <w:top w:w="20" w:type="dxa"/>
              <w:left w:w="50" w:type="dxa"/>
              <w:bottom w:w="20" w:type="dxa"/>
              <w:right w:w="50" w:type="dxa"/>
            </w:tcMar>
          </w:tcPr>
          <w:p w14:paraId="05950B45" w14:textId="77777777" w:rsidR="00292F36" w:rsidRDefault="00000000">
            <w:r>
              <w:rPr>
                <w:sz w:val="14"/>
              </w:rPr>
              <w:t>-10.81</w:t>
            </w:r>
          </w:p>
        </w:tc>
        <w:tc>
          <w:tcPr>
            <w:tcW w:w="1283" w:type="dxa"/>
            <w:tcMar>
              <w:top w:w="20" w:type="dxa"/>
              <w:left w:w="50" w:type="dxa"/>
              <w:bottom w:w="20" w:type="dxa"/>
              <w:right w:w="50" w:type="dxa"/>
            </w:tcMar>
          </w:tcPr>
          <w:p w14:paraId="41DE11DC" w14:textId="77777777" w:rsidR="00292F36" w:rsidRDefault="00000000">
            <w:r>
              <w:rPr>
                <w:sz w:val="14"/>
              </w:rPr>
              <w:t>-22.43</w:t>
            </w:r>
          </w:p>
        </w:tc>
        <w:tc>
          <w:tcPr>
            <w:tcW w:w="1283" w:type="dxa"/>
            <w:tcMar>
              <w:top w:w="20" w:type="dxa"/>
              <w:left w:w="50" w:type="dxa"/>
              <w:bottom w:w="20" w:type="dxa"/>
              <w:right w:w="50" w:type="dxa"/>
            </w:tcMar>
          </w:tcPr>
          <w:p w14:paraId="7F5FFCCF" w14:textId="77777777" w:rsidR="00292F36" w:rsidRDefault="00000000">
            <w:r>
              <w:rPr>
                <w:sz w:val="14"/>
              </w:rPr>
              <w:t>2.55</w:t>
            </w:r>
          </w:p>
        </w:tc>
        <w:tc>
          <w:tcPr>
            <w:tcW w:w="1283" w:type="dxa"/>
            <w:tcMar>
              <w:top w:w="20" w:type="dxa"/>
              <w:left w:w="50" w:type="dxa"/>
              <w:bottom w:w="20" w:type="dxa"/>
              <w:right w:w="50" w:type="dxa"/>
            </w:tcMar>
          </w:tcPr>
          <w:p w14:paraId="207293E0" w14:textId="77777777" w:rsidR="00292F36" w:rsidRDefault="00000000">
            <w:r>
              <w:rPr>
                <w:sz w:val="14"/>
              </w:rPr>
              <w:t>False</w:t>
            </w:r>
          </w:p>
        </w:tc>
      </w:tr>
      <w:tr w:rsidR="00292F36" w14:paraId="26FF8903" w14:textId="77777777">
        <w:tc>
          <w:tcPr>
            <w:tcW w:w="1283" w:type="dxa"/>
            <w:tcMar>
              <w:top w:w="20" w:type="dxa"/>
              <w:left w:w="50" w:type="dxa"/>
              <w:bottom w:w="20" w:type="dxa"/>
              <w:right w:w="50" w:type="dxa"/>
            </w:tcMar>
          </w:tcPr>
          <w:p w14:paraId="1B0E6824" w14:textId="77777777" w:rsidR="00292F36" w:rsidRDefault="00000000">
            <w:r>
              <w:rPr>
                <w:sz w:val="14"/>
              </w:rPr>
              <w:t>Biomass</w:t>
            </w:r>
          </w:p>
        </w:tc>
        <w:tc>
          <w:tcPr>
            <w:tcW w:w="1283" w:type="dxa"/>
            <w:tcMar>
              <w:top w:w="20" w:type="dxa"/>
              <w:left w:w="50" w:type="dxa"/>
              <w:bottom w:w="20" w:type="dxa"/>
              <w:right w:w="50" w:type="dxa"/>
            </w:tcMar>
          </w:tcPr>
          <w:p w14:paraId="12BDE14E" w14:textId="77777777" w:rsidR="00292F36" w:rsidRDefault="00000000">
            <w:r>
              <w:rPr>
                <w:sz w:val="14"/>
              </w:rPr>
              <w:t>North</w:t>
            </w:r>
          </w:p>
        </w:tc>
        <w:tc>
          <w:tcPr>
            <w:tcW w:w="1283" w:type="dxa"/>
            <w:tcMar>
              <w:top w:w="20" w:type="dxa"/>
              <w:left w:w="50" w:type="dxa"/>
              <w:bottom w:w="20" w:type="dxa"/>
              <w:right w:w="50" w:type="dxa"/>
            </w:tcMar>
          </w:tcPr>
          <w:p w14:paraId="197937F8" w14:textId="77777777" w:rsidR="00292F36" w:rsidRDefault="00000000">
            <w:r>
              <w:rPr>
                <w:sz w:val="14"/>
              </w:rPr>
              <w:t>fished</w:t>
            </w:r>
          </w:p>
        </w:tc>
        <w:tc>
          <w:tcPr>
            <w:tcW w:w="1283" w:type="dxa"/>
            <w:tcMar>
              <w:top w:w="20" w:type="dxa"/>
              <w:left w:w="50" w:type="dxa"/>
              <w:bottom w:w="20" w:type="dxa"/>
              <w:right w:w="50" w:type="dxa"/>
            </w:tcMar>
          </w:tcPr>
          <w:p w14:paraId="5A64D545" w14:textId="77777777" w:rsidR="00292F36" w:rsidRDefault="00000000">
            <w:r>
              <w:rPr>
                <w:sz w:val="14"/>
              </w:rPr>
              <w:t>-0.0401</w:t>
            </w:r>
          </w:p>
        </w:tc>
        <w:tc>
          <w:tcPr>
            <w:tcW w:w="1283" w:type="dxa"/>
            <w:tcMar>
              <w:top w:w="20" w:type="dxa"/>
              <w:left w:w="50" w:type="dxa"/>
              <w:bottom w:w="20" w:type="dxa"/>
              <w:right w:w="50" w:type="dxa"/>
            </w:tcMar>
          </w:tcPr>
          <w:p w14:paraId="6956B066" w14:textId="77777777" w:rsidR="00292F36" w:rsidRDefault="00000000">
            <w:r>
              <w:rPr>
                <w:sz w:val="14"/>
              </w:rPr>
              <w:t>0.0762</w:t>
            </w:r>
          </w:p>
        </w:tc>
        <w:tc>
          <w:tcPr>
            <w:tcW w:w="1283" w:type="dxa"/>
            <w:tcMar>
              <w:top w:w="20" w:type="dxa"/>
              <w:left w:w="50" w:type="dxa"/>
              <w:bottom w:w="20" w:type="dxa"/>
              <w:right w:w="50" w:type="dxa"/>
            </w:tcMar>
          </w:tcPr>
          <w:p w14:paraId="3DBA2E51" w14:textId="77777777" w:rsidR="00292F36" w:rsidRDefault="00000000">
            <w:r>
              <w:rPr>
                <w:sz w:val="14"/>
              </w:rPr>
              <w:t>-0.1894</w:t>
            </w:r>
          </w:p>
        </w:tc>
        <w:tc>
          <w:tcPr>
            <w:tcW w:w="1283" w:type="dxa"/>
            <w:tcMar>
              <w:top w:w="20" w:type="dxa"/>
              <w:left w:w="50" w:type="dxa"/>
              <w:bottom w:w="20" w:type="dxa"/>
              <w:right w:w="50" w:type="dxa"/>
            </w:tcMar>
          </w:tcPr>
          <w:p w14:paraId="2A8FBD88" w14:textId="77777777" w:rsidR="00292F36" w:rsidRDefault="00000000">
            <w:r>
              <w:rPr>
                <w:sz w:val="14"/>
              </w:rPr>
              <w:t>0.1092</w:t>
            </w:r>
          </w:p>
        </w:tc>
        <w:tc>
          <w:tcPr>
            <w:tcW w:w="1283" w:type="dxa"/>
            <w:tcMar>
              <w:top w:w="20" w:type="dxa"/>
              <w:left w:w="50" w:type="dxa"/>
              <w:bottom w:w="20" w:type="dxa"/>
              <w:right w:w="50" w:type="dxa"/>
            </w:tcMar>
          </w:tcPr>
          <w:p w14:paraId="6766D7A8" w14:textId="77777777" w:rsidR="00292F36" w:rsidRDefault="00000000">
            <w:r>
              <w:rPr>
                <w:sz w:val="14"/>
              </w:rPr>
              <w:t>-3.93</w:t>
            </w:r>
          </w:p>
        </w:tc>
        <w:tc>
          <w:tcPr>
            <w:tcW w:w="1283" w:type="dxa"/>
            <w:tcMar>
              <w:top w:w="20" w:type="dxa"/>
              <w:left w:w="50" w:type="dxa"/>
              <w:bottom w:w="20" w:type="dxa"/>
              <w:right w:w="50" w:type="dxa"/>
            </w:tcMar>
          </w:tcPr>
          <w:p w14:paraId="6F6C2C48" w14:textId="77777777" w:rsidR="00292F36" w:rsidRDefault="00000000">
            <w:r>
              <w:rPr>
                <w:sz w:val="14"/>
              </w:rPr>
              <w:t>-17.25</w:t>
            </w:r>
          </w:p>
        </w:tc>
        <w:tc>
          <w:tcPr>
            <w:tcW w:w="1283" w:type="dxa"/>
            <w:tcMar>
              <w:top w:w="20" w:type="dxa"/>
              <w:left w:w="50" w:type="dxa"/>
              <w:bottom w:w="20" w:type="dxa"/>
              <w:right w:w="50" w:type="dxa"/>
            </w:tcMar>
          </w:tcPr>
          <w:p w14:paraId="23EBC7B6" w14:textId="77777777" w:rsidR="00292F36" w:rsidRDefault="00000000">
            <w:r>
              <w:rPr>
                <w:sz w:val="14"/>
              </w:rPr>
              <w:t>11.54</w:t>
            </w:r>
          </w:p>
        </w:tc>
        <w:tc>
          <w:tcPr>
            <w:tcW w:w="1283" w:type="dxa"/>
            <w:tcMar>
              <w:top w:w="20" w:type="dxa"/>
              <w:left w:w="50" w:type="dxa"/>
              <w:bottom w:w="20" w:type="dxa"/>
              <w:right w:w="50" w:type="dxa"/>
            </w:tcMar>
          </w:tcPr>
          <w:p w14:paraId="275946D8" w14:textId="77777777" w:rsidR="00292F36" w:rsidRDefault="00000000">
            <w:r>
              <w:rPr>
                <w:sz w:val="14"/>
              </w:rPr>
              <w:t>False</w:t>
            </w:r>
          </w:p>
        </w:tc>
      </w:tr>
      <w:tr w:rsidR="00292F36" w14:paraId="776B16AD" w14:textId="77777777">
        <w:tc>
          <w:tcPr>
            <w:tcW w:w="1283" w:type="dxa"/>
            <w:tcMar>
              <w:top w:w="20" w:type="dxa"/>
              <w:left w:w="50" w:type="dxa"/>
              <w:bottom w:w="20" w:type="dxa"/>
              <w:right w:w="50" w:type="dxa"/>
            </w:tcMar>
          </w:tcPr>
          <w:p w14:paraId="343808F0" w14:textId="77777777" w:rsidR="00292F36" w:rsidRDefault="00000000">
            <w:r>
              <w:rPr>
                <w:sz w:val="14"/>
              </w:rPr>
              <w:t>Biomass</w:t>
            </w:r>
          </w:p>
        </w:tc>
        <w:tc>
          <w:tcPr>
            <w:tcW w:w="1283" w:type="dxa"/>
            <w:tcMar>
              <w:top w:w="20" w:type="dxa"/>
              <w:left w:w="50" w:type="dxa"/>
              <w:bottom w:w="20" w:type="dxa"/>
              <w:right w:w="50" w:type="dxa"/>
            </w:tcMar>
          </w:tcPr>
          <w:p w14:paraId="64BBB8A6" w14:textId="77777777" w:rsidR="00292F36" w:rsidRDefault="00000000">
            <w:r>
              <w:rPr>
                <w:sz w:val="14"/>
              </w:rPr>
              <w:t>Middle</w:t>
            </w:r>
          </w:p>
        </w:tc>
        <w:tc>
          <w:tcPr>
            <w:tcW w:w="1283" w:type="dxa"/>
            <w:tcMar>
              <w:top w:w="20" w:type="dxa"/>
              <w:left w:w="50" w:type="dxa"/>
              <w:bottom w:w="20" w:type="dxa"/>
              <w:right w:w="50" w:type="dxa"/>
            </w:tcMar>
          </w:tcPr>
          <w:p w14:paraId="10A7B3DD" w14:textId="77777777" w:rsidR="00292F36" w:rsidRDefault="00000000">
            <w:r>
              <w:rPr>
                <w:sz w:val="14"/>
              </w:rPr>
              <w:t>fished</w:t>
            </w:r>
          </w:p>
        </w:tc>
        <w:tc>
          <w:tcPr>
            <w:tcW w:w="1283" w:type="dxa"/>
            <w:tcMar>
              <w:top w:w="20" w:type="dxa"/>
              <w:left w:w="50" w:type="dxa"/>
              <w:bottom w:w="20" w:type="dxa"/>
              <w:right w:w="50" w:type="dxa"/>
            </w:tcMar>
          </w:tcPr>
          <w:p w14:paraId="0CABECEC" w14:textId="77777777" w:rsidR="00292F36" w:rsidRDefault="00000000">
            <w:r>
              <w:rPr>
                <w:sz w:val="14"/>
              </w:rPr>
              <w:t>-0.0032</w:t>
            </w:r>
          </w:p>
        </w:tc>
        <w:tc>
          <w:tcPr>
            <w:tcW w:w="1283" w:type="dxa"/>
            <w:tcMar>
              <w:top w:w="20" w:type="dxa"/>
              <w:left w:w="50" w:type="dxa"/>
              <w:bottom w:w="20" w:type="dxa"/>
              <w:right w:w="50" w:type="dxa"/>
            </w:tcMar>
          </w:tcPr>
          <w:p w14:paraId="3AACBFB9" w14:textId="77777777" w:rsidR="00292F36" w:rsidRDefault="00000000">
            <w:r>
              <w:rPr>
                <w:sz w:val="14"/>
              </w:rPr>
              <w:t>0.0808</w:t>
            </w:r>
          </w:p>
        </w:tc>
        <w:tc>
          <w:tcPr>
            <w:tcW w:w="1283" w:type="dxa"/>
            <w:tcMar>
              <w:top w:w="20" w:type="dxa"/>
              <w:left w:w="50" w:type="dxa"/>
              <w:bottom w:w="20" w:type="dxa"/>
              <w:right w:w="50" w:type="dxa"/>
            </w:tcMar>
          </w:tcPr>
          <w:p w14:paraId="1043F992" w14:textId="77777777" w:rsidR="00292F36" w:rsidRDefault="00000000">
            <w:r>
              <w:rPr>
                <w:sz w:val="14"/>
              </w:rPr>
              <w:t>-0.1615</w:t>
            </w:r>
          </w:p>
        </w:tc>
        <w:tc>
          <w:tcPr>
            <w:tcW w:w="1283" w:type="dxa"/>
            <w:tcMar>
              <w:top w:w="20" w:type="dxa"/>
              <w:left w:w="50" w:type="dxa"/>
              <w:bottom w:w="20" w:type="dxa"/>
              <w:right w:w="50" w:type="dxa"/>
            </w:tcMar>
          </w:tcPr>
          <w:p w14:paraId="1ACA15F5" w14:textId="77777777" w:rsidR="00292F36" w:rsidRDefault="00000000">
            <w:r>
              <w:rPr>
                <w:sz w:val="14"/>
              </w:rPr>
              <w:t>0.1551</w:t>
            </w:r>
          </w:p>
        </w:tc>
        <w:tc>
          <w:tcPr>
            <w:tcW w:w="1283" w:type="dxa"/>
            <w:tcMar>
              <w:top w:w="20" w:type="dxa"/>
              <w:left w:w="50" w:type="dxa"/>
              <w:bottom w:w="20" w:type="dxa"/>
              <w:right w:w="50" w:type="dxa"/>
            </w:tcMar>
          </w:tcPr>
          <w:p w14:paraId="55B90928" w14:textId="77777777" w:rsidR="00292F36" w:rsidRDefault="00000000">
            <w:r>
              <w:rPr>
                <w:sz w:val="14"/>
              </w:rPr>
              <w:t>-0.32</w:t>
            </w:r>
          </w:p>
        </w:tc>
        <w:tc>
          <w:tcPr>
            <w:tcW w:w="1283" w:type="dxa"/>
            <w:tcMar>
              <w:top w:w="20" w:type="dxa"/>
              <w:left w:w="50" w:type="dxa"/>
              <w:bottom w:w="20" w:type="dxa"/>
              <w:right w:w="50" w:type="dxa"/>
            </w:tcMar>
          </w:tcPr>
          <w:p w14:paraId="36A1235E" w14:textId="77777777" w:rsidR="00292F36" w:rsidRDefault="00000000">
            <w:r>
              <w:rPr>
                <w:sz w:val="14"/>
              </w:rPr>
              <w:t>-14.91</w:t>
            </w:r>
          </w:p>
        </w:tc>
        <w:tc>
          <w:tcPr>
            <w:tcW w:w="1283" w:type="dxa"/>
            <w:tcMar>
              <w:top w:w="20" w:type="dxa"/>
              <w:left w:w="50" w:type="dxa"/>
              <w:bottom w:w="20" w:type="dxa"/>
              <w:right w:w="50" w:type="dxa"/>
            </w:tcMar>
          </w:tcPr>
          <w:p w14:paraId="5ED68CD6" w14:textId="77777777" w:rsidR="00292F36" w:rsidRDefault="00000000">
            <w:r>
              <w:rPr>
                <w:sz w:val="14"/>
              </w:rPr>
              <w:t>16.78</w:t>
            </w:r>
          </w:p>
        </w:tc>
        <w:tc>
          <w:tcPr>
            <w:tcW w:w="1283" w:type="dxa"/>
            <w:tcMar>
              <w:top w:w="20" w:type="dxa"/>
              <w:left w:w="50" w:type="dxa"/>
              <w:bottom w:w="20" w:type="dxa"/>
              <w:right w:w="50" w:type="dxa"/>
            </w:tcMar>
          </w:tcPr>
          <w:p w14:paraId="67E5D6B7" w14:textId="77777777" w:rsidR="00292F36" w:rsidRDefault="00000000">
            <w:r>
              <w:rPr>
                <w:sz w:val="14"/>
              </w:rPr>
              <w:t>False</w:t>
            </w:r>
          </w:p>
        </w:tc>
      </w:tr>
      <w:tr w:rsidR="00292F36" w14:paraId="6445ACC0" w14:textId="77777777">
        <w:tc>
          <w:tcPr>
            <w:tcW w:w="1283" w:type="dxa"/>
            <w:tcMar>
              <w:top w:w="20" w:type="dxa"/>
              <w:left w:w="50" w:type="dxa"/>
              <w:bottom w:w="20" w:type="dxa"/>
              <w:right w:w="50" w:type="dxa"/>
            </w:tcMar>
          </w:tcPr>
          <w:p w14:paraId="6251CFC6" w14:textId="77777777" w:rsidR="00292F36" w:rsidRDefault="00000000">
            <w:r>
              <w:rPr>
                <w:sz w:val="14"/>
              </w:rPr>
              <w:t>Biomass</w:t>
            </w:r>
          </w:p>
        </w:tc>
        <w:tc>
          <w:tcPr>
            <w:tcW w:w="1283" w:type="dxa"/>
            <w:tcMar>
              <w:top w:w="20" w:type="dxa"/>
              <w:left w:w="50" w:type="dxa"/>
              <w:bottom w:w="20" w:type="dxa"/>
              <w:right w:w="50" w:type="dxa"/>
            </w:tcMar>
          </w:tcPr>
          <w:p w14:paraId="779CD28A" w14:textId="77777777" w:rsidR="00292F36" w:rsidRDefault="00000000">
            <w:r>
              <w:rPr>
                <w:sz w:val="14"/>
              </w:rPr>
              <w:t>South</w:t>
            </w:r>
          </w:p>
        </w:tc>
        <w:tc>
          <w:tcPr>
            <w:tcW w:w="1283" w:type="dxa"/>
            <w:tcMar>
              <w:top w:w="20" w:type="dxa"/>
              <w:left w:w="50" w:type="dxa"/>
              <w:bottom w:w="20" w:type="dxa"/>
              <w:right w:w="50" w:type="dxa"/>
            </w:tcMar>
          </w:tcPr>
          <w:p w14:paraId="564602C0" w14:textId="77777777" w:rsidR="00292F36" w:rsidRDefault="00000000">
            <w:r>
              <w:rPr>
                <w:sz w:val="14"/>
              </w:rPr>
              <w:t>fished</w:t>
            </w:r>
          </w:p>
        </w:tc>
        <w:tc>
          <w:tcPr>
            <w:tcW w:w="1283" w:type="dxa"/>
            <w:tcMar>
              <w:top w:w="20" w:type="dxa"/>
              <w:left w:w="50" w:type="dxa"/>
              <w:bottom w:w="20" w:type="dxa"/>
              <w:right w:w="50" w:type="dxa"/>
            </w:tcMar>
          </w:tcPr>
          <w:p w14:paraId="56E45AF0" w14:textId="77777777" w:rsidR="00292F36" w:rsidRDefault="00000000">
            <w:r>
              <w:rPr>
                <w:sz w:val="14"/>
              </w:rPr>
              <w:t>-0.0164</w:t>
            </w:r>
          </w:p>
        </w:tc>
        <w:tc>
          <w:tcPr>
            <w:tcW w:w="1283" w:type="dxa"/>
            <w:tcMar>
              <w:top w:w="20" w:type="dxa"/>
              <w:left w:w="50" w:type="dxa"/>
              <w:bottom w:w="20" w:type="dxa"/>
              <w:right w:w="50" w:type="dxa"/>
            </w:tcMar>
          </w:tcPr>
          <w:p w14:paraId="11818534" w14:textId="77777777" w:rsidR="00292F36" w:rsidRDefault="00000000">
            <w:r>
              <w:rPr>
                <w:sz w:val="14"/>
              </w:rPr>
              <w:t>0.0712</w:t>
            </w:r>
          </w:p>
        </w:tc>
        <w:tc>
          <w:tcPr>
            <w:tcW w:w="1283" w:type="dxa"/>
            <w:tcMar>
              <w:top w:w="20" w:type="dxa"/>
              <w:left w:w="50" w:type="dxa"/>
              <w:bottom w:w="20" w:type="dxa"/>
              <w:right w:w="50" w:type="dxa"/>
            </w:tcMar>
          </w:tcPr>
          <w:p w14:paraId="30DFD177" w14:textId="77777777" w:rsidR="00292F36" w:rsidRDefault="00000000">
            <w:r>
              <w:rPr>
                <w:sz w:val="14"/>
              </w:rPr>
              <w:t>-0.156</w:t>
            </w:r>
          </w:p>
        </w:tc>
        <w:tc>
          <w:tcPr>
            <w:tcW w:w="1283" w:type="dxa"/>
            <w:tcMar>
              <w:top w:w="20" w:type="dxa"/>
              <w:left w:w="50" w:type="dxa"/>
              <w:bottom w:w="20" w:type="dxa"/>
              <w:right w:w="50" w:type="dxa"/>
            </w:tcMar>
          </w:tcPr>
          <w:p w14:paraId="15739734" w14:textId="77777777" w:rsidR="00292F36" w:rsidRDefault="00000000">
            <w:r>
              <w:rPr>
                <w:sz w:val="14"/>
              </w:rPr>
              <w:t>0.1233</w:t>
            </w:r>
          </w:p>
        </w:tc>
        <w:tc>
          <w:tcPr>
            <w:tcW w:w="1283" w:type="dxa"/>
            <w:tcMar>
              <w:top w:w="20" w:type="dxa"/>
              <w:left w:w="50" w:type="dxa"/>
              <w:bottom w:w="20" w:type="dxa"/>
              <w:right w:w="50" w:type="dxa"/>
            </w:tcMar>
          </w:tcPr>
          <w:p w14:paraId="0E7C589F" w14:textId="77777777" w:rsidR="00292F36" w:rsidRDefault="00000000">
            <w:r>
              <w:rPr>
                <w:sz w:val="14"/>
              </w:rPr>
              <w:t>-1.62</w:t>
            </w:r>
          </w:p>
        </w:tc>
        <w:tc>
          <w:tcPr>
            <w:tcW w:w="1283" w:type="dxa"/>
            <w:tcMar>
              <w:top w:w="20" w:type="dxa"/>
              <w:left w:w="50" w:type="dxa"/>
              <w:bottom w:w="20" w:type="dxa"/>
              <w:right w:w="50" w:type="dxa"/>
            </w:tcMar>
          </w:tcPr>
          <w:p w14:paraId="53607E1D" w14:textId="77777777" w:rsidR="00292F36" w:rsidRDefault="00000000">
            <w:r>
              <w:rPr>
                <w:sz w:val="14"/>
              </w:rPr>
              <w:t>-14.44</w:t>
            </w:r>
          </w:p>
        </w:tc>
        <w:tc>
          <w:tcPr>
            <w:tcW w:w="1283" w:type="dxa"/>
            <w:tcMar>
              <w:top w:w="20" w:type="dxa"/>
              <w:left w:w="50" w:type="dxa"/>
              <w:bottom w:w="20" w:type="dxa"/>
              <w:right w:w="50" w:type="dxa"/>
            </w:tcMar>
          </w:tcPr>
          <w:p w14:paraId="37D2FAC6" w14:textId="77777777" w:rsidR="00292F36" w:rsidRDefault="00000000">
            <w:r>
              <w:rPr>
                <w:sz w:val="14"/>
              </w:rPr>
              <w:t>13.12</w:t>
            </w:r>
          </w:p>
        </w:tc>
        <w:tc>
          <w:tcPr>
            <w:tcW w:w="1283" w:type="dxa"/>
            <w:tcMar>
              <w:top w:w="20" w:type="dxa"/>
              <w:left w:w="50" w:type="dxa"/>
              <w:bottom w:w="20" w:type="dxa"/>
              <w:right w:w="50" w:type="dxa"/>
            </w:tcMar>
          </w:tcPr>
          <w:p w14:paraId="33EB4869" w14:textId="77777777" w:rsidR="00292F36" w:rsidRDefault="00000000">
            <w:r>
              <w:rPr>
                <w:sz w:val="14"/>
              </w:rPr>
              <w:t>False</w:t>
            </w:r>
          </w:p>
        </w:tc>
      </w:tr>
      <w:tr w:rsidR="00292F36" w14:paraId="0C3B4487" w14:textId="77777777">
        <w:tc>
          <w:tcPr>
            <w:tcW w:w="1283" w:type="dxa"/>
            <w:tcMar>
              <w:top w:w="20" w:type="dxa"/>
              <w:left w:w="50" w:type="dxa"/>
              <w:bottom w:w="20" w:type="dxa"/>
              <w:right w:w="50" w:type="dxa"/>
            </w:tcMar>
          </w:tcPr>
          <w:p w14:paraId="60011BF6" w14:textId="77777777" w:rsidR="00292F36" w:rsidRDefault="00000000">
            <w:r>
              <w:rPr>
                <w:sz w:val="14"/>
              </w:rPr>
              <w:t>Productivity</w:t>
            </w:r>
          </w:p>
        </w:tc>
        <w:tc>
          <w:tcPr>
            <w:tcW w:w="1283" w:type="dxa"/>
            <w:tcMar>
              <w:top w:w="20" w:type="dxa"/>
              <w:left w:w="50" w:type="dxa"/>
              <w:bottom w:w="20" w:type="dxa"/>
              <w:right w:w="50" w:type="dxa"/>
            </w:tcMar>
          </w:tcPr>
          <w:p w14:paraId="259AA0E2" w14:textId="77777777" w:rsidR="00292F36" w:rsidRDefault="00000000">
            <w:r>
              <w:rPr>
                <w:sz w:val="14"/>
              </w:rPr>
              <w:t>North</w:t>
            </w:r>
          </w:p>
        </w:tc>
        <w:tc>
          <w:tcPr>
            <w:tcW w:w="1283" w:type="dxa"/>
            <w:tcMar>
              <w:top w:w="20" w:type="dxa"/>
              <w:left w:w="50" w:type="dxa"/>
              <w:bottom w:w="20" w:type="dxa"/>
              <w:right w:w="50" w:type="dxa"/>
            </w:tcMar>
          </w:tcPr>
          <w:p w14:paraId="381AC2E3" w14:textId="77777777" w:rsidR="00292F36" w:rsidRDefault="00000000">
            <w:r>
              <w:rPr>
                <w:sz w:val="14"/>
              </w:rPr>
              <w:t>non-fished</w:t>
            </w:r>
          </w:p>
        </w:tc>
        <w:tc>
          <w:tcPr>
            <w:tcW w:w="1283" w:type="dxa"/>
            <w:tcMar>
              <w:top w:w="20" w:type="dxa"/>
              <w:left w:w="50" w:type="dxa"/>
              <w:bottom w:w="20" w:type="dxa"/>
              <w:right w:w="50" w:type="dxa"/>
            </w:tcMar>
          </w:tcPr>
          <w:p w14:paraId="75B34E8F" w14:textId="77777777" w:rsidR="00292F36" w:rsidRDefault="00000000">
            <w:r>
              <w:rPr>
                <w:sz w:val="14"/>
              </w:rPr>
              <w:t>-0.0246</w:t>
            </w:r>
          </w:p>
        </w:tc>
        <w:tc>
          <w:tcPr>
            <w:tcW w:w="1283" w:type="dxa"/>
            <w:tcMar>
              <w:top w:w="20" w:type="dxa"/>
              <w:left w:w="50" w:type="dxa"/>
              <w:bottom w:w="20" w:type="dxa"/>
              <w:right w:w="50" w:type="dxa"/>
            </w:tcMar>
          </w:tcPr>
          <w:p w14:paraId="7AD9CAD1" w14:textId="77777777" w:rsidR="00292F36" w:rsidRDefault="00000000">
            <w:r>
              <w:rPr>
                <w:sz w:val="14"/>
              </w:rPr>
              <w:t>0.0757</w:t>
            </w:r>
          </w:p>
        </w:tc>
        <w:tc>
          <w:tcPr>
            <w:tcW w:w="1283" w:type="dxa"/>
            <w:tcMar>
              <w:top w:w="20" w:type="dxa"/>
              <w:left w:w="50" w:type="dxa"/>
              <w:bottom w:w="20" w:type="dxa"/>
              <w:right w:w="50" w:type="dxa"/>
            </w:tcMar>
          </w:tcPr>
          <w:p w14:paraId="1046B255" w14:textId="77777777" w:rsidR="00292F36" w:rsidRDefault="00000000">
            <w:r>
              <w:rPr>
                <w:sz w:val="14"/>
              </w:rPr>
              <w:t>-0.1729</w:t>
            </w:r>
          </w:p>
        </w:tc>
        <w:tc>
          <w:tcPr>
            <w:tcW w:w="1283" w:type="dxa"/>
            <w:tcMar>
              <w:top w:w="20" w:type="dxa"/>
              <w:left w:w="50" w:type="dxa"/>
              <w:bottom w:w="20" w:type="dxa"/>
              <w:right w:w="50" w:type="dxa"/>
            </w:tcMar>
          </w:tcPr>
          <w:p w14:paraId="03342AD8" w14:textId="77777777" w:rsidR="00292F36" w:rsidRDefault="00000000">
            <w:r>
              <w:rPr>
                <w:sz w:val="14"/>
              </w:rPr>
              <w:t>0.1238</w:t>
            </w:r>
          </w:p>
        </w:tc>
        <w:tc>
          <w:tcPr>
            <w:tcW w:w="1283" w:type="dxa"/>
            <w:tcMar>
              <w:top w:w="20" w:type="dxa"/>
              <w:left w:w="50" w:type="dxa"/>
              <w:bottom w:w="20" w:type="dxa"/>
              <w:right w:w="50" w:type="dxa"/>
            </w:tcMar>
          </w:tcPr>
          <w:p w14:paraId="035C4A48" w14:textId="77777777" w:rsidR="00292F36" w:rsidRDefault="00000000">
            <w:r>
              <w:rPr>
                <w:sz w:val="14"/>
              </w:rPr>
              <w:t>-2.43</w:t>
            </w:r>
          </w:p>
        </w:tc>
        <w:tc>
          <w:tcPr>
            <w:tcW w:w="1283" w:type="dxa"/>
            <w:tcMar>
              <w:top w:w="20" w:type="dxa"/>
              <w:left w:w="50" w:type="dxa"/>
              <w:bottom w:w="20" w:type="dxa"/>
              <w:right w:w="50" w:type="dxa"/>
            </w:tcMar>
          </w:tcPr>
          <w:p w14:paraId="069A6D46" w14:textId="77777777" w:rsidR="00292F36" w:rsidRDefault="00000000">
            <w:r>
              <w:rPr>
                <w:sz w:val="14"/>
              </w:rPr>
              <w:t>-15.88</w:t>
            </w:r>
          </w:p>
        </w:tc>
        <w:tc>
          <w:tcPr>
            <w:tcW w:w="1283" w:type="dxa"/>
            <w:tcMar>
              <w:top w:w="20" w:type="dxa"/>
              <w:left w:w="50" w:type="dxa"/>
              <w:bottom w:w="20" w:type="dxa"/>
              <w:right w:w="50" w:type="dxa"/>
            </w:tcMar>
          </w:tcPr>
          <w:p w14:paraId="6D5EDAFB" w14:textId="77777777" w:rsidR="00292F36" w:rsidRDefault="00000000">
            <w:r>
              <w:rPr>
                <w:sz w:val="14"/>
              </w:rPr>
              <w:t>13.18</w:t>
            </w:r>
          </w:p>
        </w:tc>
        <w:tc>
          <w:tcPr>
            <w:tcW w:w="1283" w:type="dxa"/>
            <w:tcMar>
              <w:top w:w="20" w:type="dxa"/>
              <w:left w:w="50" w:type="dxa"/>
              <w:bottom w:w="20" w:type="dxa"/>
              <w:right w:w="50" w:type="dxa"/>
            </w:tcMar>
          </w:tcPr>
          <w:p w14:paraId="6B03CF79" w14:textId="77777777" w:rsidR="00292F36" w:rsidRDefault="00000000">
            <w:r>
              <w:rPr>
                <w:sz w:val="14"/>
              </w:rPr>
              <w:t>False</w:t>
            </w:r>
          </w:p>
        </w:tc>
      </w:tr>
      <w:tr w:rsidR="00292F36" w14:paraId="020DDEE3" w14:textId="77777777">
        <w:tc>
          <w:tcPr>
            <w:tcW w:w="1283" w:type="dxa"/>
            <w:tcMar>
              <w:top w:w="20" w:type="dxa"/>
              <w:left w:w="50" w:type="dxa"/>
              <w:bottom w:w="20" w:type="dxa"/>
              <w:right w:w="50" w:type="dxa"/>
            </w:tcMar>
          </w:tcPr>
          <w:p w14:paraId="58C0B45A" w14:textId="77777777" w:rsidR="00292F36" w:rsidRDefault="00000000">
            <w:r>
              <w:rPr>
                <w:sz w:val="14"/>
              </w:rPr>
              <w:t>Productivity</w:t>
            </w:r>
          </w:p>
        </w:tc>
        <w:tc>
          <w:tcPr>
            <w:tcW w:w="1283" w:type="dxa"/>
            <w:tcMar>
              <w:top w:w="20" w:type="dxa"/>
              <w:left w:w="50" w:type="dxa"/>
              <w:bottom w:w="20" w:type="dxa"/>
              <w:right w:w="50" w:type="dxa"/>
            </w:tcMar>
          </w:tcPr>
          <w:p w14:paraId="73D3BB35" w14:textId="77777777" w:rsidR="00292F36" w:rsidRDefault="00000000">
            <w:r>
              <w:rPr>
                <w:sz w:val="14"/>
              </w:rPr>
              <w:t>Middle</w:t>
            </w:r>
          </w:p>
        </w:tc>
        <w:tc>
          <w:tcPr>
            <w:tcW w:w="1283" w:type="dxa"/>
            <w:tcMar>
              <w:top w:w="20" w:type="dxa"/>
              <w:left w:w="50" w:type="dxa"/>
              <w:bottom w:w="20" w:type="dxa"/>
              <w:right w:w="50" w:type="dxa"/>
            </w:tcMar>
          </w:tcPr>
          <w:p w14:paraId="1CC1CA48" w14:textId="77777777" w:rsidR="00292F36" w:rsidRDefault="00000000">
            <w:r>
              <w:rPr>
                <w:sz w:val="14"/>
              </w:rPr>
              <w:t>non-fished</w:t>
            </w:r>
          </w:p>
        </w:tc>
        <w:tc>
          <w:tcPr>
            <w:tcW w:w="1283" w:type="dxa"/>
            <w:tcMar>
              <w:top w:w="20" w:type="dxa"/>
              <w:left w:w="50" w:type="dxa"/>
              <w:bottom w:w="20" w:type="dxa"/>
              <w:right w:w="50" w:type="dxa"/>
            </w:tcMar>
          </w:tcPr>
          <w:p w14:paraId="5179E088" w14:textId="77777777" w:rsidR="00292F36" w:rsidRDefault="00000000">
            <w:r>
              <w:rPr>
                <w:sz w:val="14"/>
              </w:rPr>
              <w:t>0.0087</w:t>
            </w:r>
          </w:p>
        </w:tc>
        <w:tc>
          <w:tcPr>
            <w:tcW w:w="1283" w:type="dxa"/>
            <w:tcMar>
              <w:top w:w="20" w:type="dxa"/>
              <w:left w:w="50" w:type="dxa"/>
              <w:bottom w:w="20" w:type="dxa"/>
              <w:right w:w="50" w:type="dxa"/>
            </w:tcMar>
          </w:tcPr>
          <w:p w14:paraId="4BA799F9" w14:textId="77777777" w:rsidR="00292F36" w:rsidRDefault="00000000">
            <w:r>
              <w:rPr>
                <w:sz w:val="14"/>
              </w:rPr>
              <w:t>0.0671</w:t>
            </w:r>
          </w:p>
        </w:tc>
        <w:tc>
          <w:tcPr>
            <w:tcW w:w="1283" w:type="dxa"/>
            <w:tcMar>
              <w:top w:w="20" w:type="dxa"/>
              <w:left w:w="50" w:type="dxa"/>
              <w:bottom w:w="20" w:type="dxa"/>
              <w:right w:w="50" w:type="dxa"/>
            </w:tcMar>
          </w:tcPr>
          <w:p w14:paraId="77CAB3C1" w14:textId="77777777" w:rsidR="00292F36" w:rsidRDefault="00000000">
            <w:r>
              <w:rPr>
                <w:sz w:val="14"/>
              </w:rPr>
              <w:t>-0.1229</w:t>
            </w:r>
          </w:p>
        </w:tc>
        <w:tc>
          <w:tcPr>
            <w:tcW w:w="1283" w:type="dxa"/>
            <w:tcMar>
              <w:top w:w="20" w:type="dxa"/>
              <w:left w:w="50" w:type="dxa"/>
              <w:bottom w:w="20" w:type="dxa"/>
              <w:right w:w="50" w:type="dxa"/>
            </w:tcMar>
          </w:tcPr>
          <w:p w14:paraId="365EEC33" w14:textId="77777777" w:rsidR="00292F36" w:rsidRDefault="00000000">
            <w:r>
              <w:rPr>
                <w:sz w:val="14"/>
              </w:rPr>
              <w:t>0.1402</w:t>
            </w:r>
          </w:p>
        </w:tc>
        <w:tc>
          <w:tcPr>
            <w:tcW w:w="1283" w:type="dxa"/>
            <w:tcMar>
              <w:top w:w="20" w:type="dxa"/>
              <w:left w:w="50" w:type="dxa"/>
              <w:bottom w:w="20" w:type="dxa"/>
              <w:right w:w="50" w:type="dxa"/>
            </w:tcMar>
          </w:tcPr>
          <w:p w14:paraId="72982861" w14:textId="77777777" w:rsidR="00292F36" w:rsidRDefault="00000000">
            <w:r>
              <w:rPr>
                <w:sz w:val="14"/>
              </w:rPr>
              <w:t>0.87</w:t>
            </w:r>
          </w:p>
        </w:tc>
        <w:tc>
          <w:tcPr>
            <w:tcW w:w="1283" w:type="dxa"/>
            <w:tcMar>
              <w:top w:w="20" w:type="dxa"/>
              <w:left w:w="50" w:type="dxa"/>
              <w:bottom w:w="20" w:type="dxa"/>
              <w:right w:w="50" w:type="dxa"/>
            </w:tcMar>
          </w:tcPr>
          <w:p w14:paraId="525218DC" w14:textId="77777777" w:rsidR="00292F36" w:rsidRDefault="00000000">
            <w:r>
              <w:rPr>
                <w:sz w:val="14"/>
              </w:rPr>
              <w:t>-11.56</w:t>
            </w:r>
          </w:p>
        </w:tc>
        <w:tc>
          <w:tcPr>
            <w:tcW w:w="1283" w:type="dxa"/>
            <w:tcMar>
              <w:top w:w="20" w:type="dxa"/>
              <w:left w:w="50" w:type="dxa"/>
              <w:bottom w:w="20" w:type="dxa"/>
              <w:right w:w="50" w:type="dxa"/>
            </w:tcMar>
          </w:tcPr>
          <w:p w14:paraId="329080EC" w14:textId="77777777" w:rsidR="00292F36" w:rsidRDefault="00000000">
            <w:r>
              <w:rPr>
                <w:sz w:val="14"/>
              </w:rPr>
              <w:t>15.06</w:t>
            </w:r>
          </w:p>
        </w:tc>
        <w:tc>
          <w:tcPr>
            <w:tcW w:w="1283" w:type="dxa"/>
            <w:tcMar>
              <w:top w:w="20" w:type="dxa"/>
              <w:left w:w="50" w:type="dxa"/>
              <w:bottom w:w="20" w:type="dxa"/>
              <w:right w:w="50" w:type="dxa"/>
            </w:tcMar>
          </w:tcPr>
          <w:p w14:paraId="6CAE9EC5" w14:textId="77777777" w:rsidR="00292F36" w:rsidRDefault="00000000">
            <w:r>
              <w:rPr>
                <w:sz w:val="14"/>
              </w:rPr>
              <w:t>False</w:t>
            </w:r>
          </w:p>
        </w:tc>
      </w:tr>
      <w:tr w:rsidR="00292F36" w14:paraId="675ABE87" w14:textId="77777777">
        <w:tc>
          <w:tcPr>
            <w:tcW w:w="1283" w:type="dxa"/>
            <w:tcMar>
              <w:top w:w="20" w:type="dxa"/>
              <w:left w:w="50" w:type="dxa"/>
              <w:bottom w:w="20" w:type="dxa"/>
              <w:right w:w="50" w:type="dxa"/>
            </w:tcMar>
          </w:tcPr>
          <w:p w14:paraId="692C4C8E" w14:textId="77777777" w:rsidR="00292F36" w:rsidRDefault="00000000">
            <w:r>
              <w:rPr>
                <w:sz w:val="14"/>
              </w:rPr>
              <w:t>Productivity</w:t>
            </w:r>
          </w:p>
        </w:tc>
        <w:tc>
          <w:tcPr>
            <w:tcW w:w="1283" w:type="dxa"/>
            <w:tcMar>
              <w:top w:w="20" w:type="dxa"/>
              <w:left w:w="50" w:type="dxa"/>
              <w:bottom w:w="20" w:type="dxa"/>
              <w:right w:w="50" w:type="dxa"/>
            </w:tcMar>
          </w:tcPr>
          <w:p w14:paraId="6381D63A" w14:textId="77777777" w:rsidR="00292F36" w:rsidRDefault="00000000">
            <w:r>
              <w:rPr>
                <w:sz w:val="14"/>
              </w:rPr>
              <w:t>South</w:t>
            </w:r>
          </w:p>
        </w:tc>
        <w:tc>
          <w:tcPr>
            <w:tcW w:w="1283" w:type="dxa"/>
            <w:tcMar>
              <w:top w:w="20" w:type="dxa"/>
              <w:left w:w="50" w:type="dxa"/>
              <w:bottom w:w="20" w:type="dxa"/>
              <w:right w:w="50" w:type="dxa"/>
            </w:tcMar>
          </w:tcPr>
          <w:p w14:paraId="07045C78" w14:textId="77777777" w:rsidR="00292F36" w:rsidRDefault="00000000">
            <w:r>
              <w:rPr>
                <w:sz w:val="14"/>
              </w:rPr>
              <w:t>non-fished</w:t>
            </w:r>
          </w:p>
        </w:tc>
        <w:tc>
          <w:tcPr>
            <w:tcW w:w="1283" w:type="dxa"/>
            <w:tcMar>
              <w:top w:w="20" w:type="dxa"/>
              <w:left w:w="50" w:type="dxa"/>
              <w:bottom w:w="20" w:type="dxa"/>
              <w:right w:w="50" w:type="dxa"/>
            </w:tcMar>
          </w:tcPr>
          <w:p w14:paraId="4D5C2290" w14:textId="77777777" w:rsidR="00292F36" w:rsidRDefault="00000000">
            <w:r>
              <w:rPr>
                <w:sz w:val="14"/>
              </w:rPr>
              <w:t>0.2184</w:t>
            </w:r>
          </w:p>
        </w:tc>
        <w:tc>
          <w:tcPr>
            <w:tcW w:w="1283" w:type="dxa"/>
            <w:tcMar>
              <w:top w:w="20" w:type="dxa"/>
              <w:left w:w="50" w:type="dxa"/>
              <w:bottom w:w="20" w:type="dxa"/>
              <w:right w:w="50" w:type="dxa"/>
            </w:tcMar>
          </w:tcPr>
          <w:p w14:paraId="62A6C647" w14:textId="77777777" w:rsidR="00292F36" w:rsidRDefault="00000000">
            <w:r>
              <w:rPr>
                <w:sz w:val="14"/>
              </w:rPr>
              <w:t>0.0624</w:t>
            </w:r>
          </w:p>
        </w:tc>
        <w:tc>
          <w:tcPr>
            <w:tcW w:w="1283" w:type="dxa"/>
            <w:tcMar>
              <w:top w:w="20" w:type="dxa"/>
              <w:left w:w="50" w:type="dxa"/>
              <w:bottom w:w="20" w:type="dxa"/>
              <w:right w:w="50" w:type="dxa"/>
            </w:tcMar>
          </w:tcPr>
          <w:p w14:paraId="33117513" w14:textId="77777777" w:rsidR="00292F36" w:rsidRDefault="00000000">
            <w:r>
              <w:rPr>
                <w:sz w:val="14"/>
              </w:rPr>
              <w:t>0.0961</w:t>
            </w:r>
          </w:p>
        </w:tc>
        <w:tc>
          <w:tcPr>
            <w:tcW w:w="1283" w:type="dxa"/>
            <w:tcMar>
              <w:top w:w="20" w:type="dxa"/>
              <w:left w:w="50" w:type="dxa"/>
              <w:bottom w:w="20" w:type="dxa"/>
              <w:right w:w="50" w:type="dxa"/>
            </w:tcMar>
          </w:tcPr>
          <w:p w14:paraId="3FC5273B" w14:textId="77777777" w:rsidR="00292F36" w:rsidRDefault="00000000">
            <w:r>
              <w:rPr>
                <w:sz w:val="14"/>
              </w:rPr>
              <w:t>0.3407</w:t>
            </w:r>
          </w:p>
        </w:tc>
        <w:tc>
          <w:tcPr>
            <w:tcW w:w="1283" w:type="dxa"/>
            <w:tcMar>
              <w:top w:w="20" w:type="dxa"/>
              <w:left w:w="50" w:type="dxa"/>
              <w:bottom w:w="20" w:type="dxa"/>
              <w:right w:w="50" w:type="dxa"/>
            </w:tcMar>
          </w:tcPr>
          <w:p w14:paraId="097EC74C" w14:textId="77777777" w:rsidR="00292F36" w:rsidRDefault="00000000">
            <w:r>
              <w:rPr>
                <w:sz w:val="14"/>
              </w:rPr>
              <w:t>24.41</w:t>
            </w:r>
          </w:p>
        </w:tc>
        <w:tc>
          <w:tcPr>
            <w:tcW w:w="1283" w:type="dxa"/>
            <w:tcMar>
              <w:top w:w="20" w:type="dxa"/>
              <w:left w:w="50" w:type="dxa"/>
              <w:bottom w:w="20" w:type="dxa"/>
              <w:right w:w="50" w:type="dxa"/>
            </w:tcMar>
          </w:tcPr>
          <w:p w14:paraId="5FB05F50" w14:textId="77777777" w:rsidR="00292F36" w:rsidRDefault="00000000">
            <w:r>
              <w:rPr>
                <w:sz w:val="14"/>
              </w:rPr>
              <w:t>10.08</w:t>
            </w:r>
          </w:p>
        </w:tc>
        <w:tc>
          <w:tcPr>
            <w:tcW w:w="1283" w:type="dxa"/>
            <w:tcMar>
              <w:top w:w="20" w:type="dxa"/>
              <w:left w:w="50" w:type="dxa"/>
              <w:bottom w:w="20" w:type="dxa"/>
              <w:right w:w="50" w:type="dxa"/>
            </w:tcMar>
          </w:tcPr>
          <w:p w14:paraId="0C455C74" w14:textId="77777777" w:rsidR="00292F36" w:rsidRDefault="00000000">
            <w:r>
              <w:rPr>
                <w:sz w:val="14"/>
              </w:rPr>
              <w:t>40.59</w:t>
            </w:r>
          </w:p>
        </w:tc>
        <w:tc>
          <w:tcPr>
            <w:tcW w:w="1283" w:type="dxa"/>
            <w:tcMar>
              <w:top w:w="20" w:type="dxa"/>
              <w:left w:w="50" w:type="dxa"/>
              <w:bottom w:w="20" w:type="dxa"/>
              <w:right w:w="50" w:type="dxa"/>
            </w:tcMar>
          </w:tcPr>
          <w:p w14:paraId="5BF88031" w14:textId="77777777" w:rsidR="00292F36" w:rsidRDefault="00000000">
            <w:r>
              <w:rPr>
                <w:sz w:val="14"/>
              </w:rPr>
              <w:t>True</w:t>
            </w:r>
          </w:p>
        </w:tc>
      </w:tr>
      <w:tr w:rsidR="00292F36" w14:paraId="17EDBFA6" w14:textId="77777777">
        <w:tc>
          <w:tcPr>
            <w:tcW w:w="1283" w:type="dxa"/>
            <w:tcMar>
              <w:top w:w="20" w:type="dxa"/>
              <w:left w:w="50" w:type="dxa"/>
              <w:bottom w:w="20" w:type="dxa"/>
              <w:right w:w="50" w:type="dxa"/>
            </w:tcMar>
          </w:tcPr>
          <w:p w14:paraId="1F4C1C02" w14:textId="77777777" w:rsidR="00292F36" w:rsidRDefault="00000000">
            <w:r>
              <w:rPr>
                <w:sz w:val="14"/>
              </w:rPr>
              <w:t>Productivity</w:t>
            </w:r>
          </w:p>
        </w:tc>
        <w:tc>
          <w:tcPr>
            <w:tcW w:w="1283" w:type="dxa"/>
            <w:tcMar>
              <w:top w:w="20" w:type="dxa"/>
              <w:left w:w="50" w:type="dxa"/>
              <w:bottom w:w="20" w:type="dxa"/>
              <w:right w:w="50" w:type="dxa"/>
            </w:tcMar>
          </w:tcPr>
          <w:p w14:paraId="45DB3FD5" w14:textId="77777777" w:rsidR="00292F36" w:rsidRDefault="00000000">
            <w:r>
              <w:rPr>
                <w:sz w:val="14"/>
              </w:rPr>
              <w:t>North</w:t>
            </w:r>
          </w:p>
        </w:tc>
        <w:tc>
          <w:tcPr>
            <w:tcW w:w="1283" w:type="dxa"/>
            <w:tcMar>
              <w:top w:w="20" w:type="dxa"/>
              <w:left w:w="50" w:type="dxa"/>
              <w:bottom w:w="20" w:type="dxa"/>
              <w:right w:w="50" w:type="dxa"/>
            </w:tcMar>
          </w:tcPr>
          <w:p w14:paraId="072CB6AF" w14:textId="77777777" w:rsidR="00292F36" w:rsidRDefault="00000000">
            <w:r>
              <w:rPr>
                <w:sz w:val="14"/>
              </w:rPr>
              <w:t>fished</w:t>
            </w:r>
          </w:p>
        </w:tc>
        <w:tc>
          <w:tcPr>
            <w:tcW w:w="1283" w:type="dxa"/>
            <w:tcMar>
              <w:top w:w="20" w:type="dxa"/>
              <w:left w:w="50" w:type="dxa"/>
              <w:bottom w:w="20" w:type="dxa"/>
              <w:right w:w="50" w:type="dxa"/>
            </w:tcMar>
          </w:tcPr>
          <w:p w14:paraId="5969050E" w14:textId="77777777" w:rsidR="00292F36" w:rsidRDefault="00000000">
            <w:r>
              <w:rPr>
                <w:sz w:val="14"/>
              </w:rPr>
              <w:t>-0.066</w:t>
            </w:r>
          </w:p>
        </w:tc>
        <w:tc>
          <w:tcPr>
            <w:tcW w:w="1283" w:type="dxa"/>
            <w:tcMar>
              <w:top w:w="20" w:type="dxa"/>
              <w:left w:w="50" w:type="dxa"/>
              <w:bottom w:w="20" w:type="dxa"/>
              <w:right w:w="50" w:type="dxa"/>
            </w:tcMar>
          </w:tcPr>
          <w:p w14:paraId="2CF3CDBE" w14:textId="77777777" w:rsidR="00292F36" w:rsidRDefault="00000000">
            <w:r>
              <w:rPr>
                <w:sz w:val="14"/>
              </w:rPr>
              <w:t>0.0699</w:t>
            </w:r>
          </w:p>
        </w:tc>
        <w:tc>
          <w:tcPr>
            <w:tcW w:w="1283" w:type="dxa"/>
            <w:tcMar>
              <w:top w:w="20" w:type="dxa"/>
              <w:left w:w="50" w:type="dxa"/>
              <w:bottom w:w="20" w:type="dxa"/>
              <w:right w:w="50" w:type="dxa"/>
            </w:tcMar>
          </w:tcPr>
          <w:p w14:paraId="2028BBD4" w14:textId="77777777" w:rsidR="00292F36" w:rsidRDefault="00000000">
            <w:r>
              <w:rPr>
                <w:sz w:val="14"/>
              </w:rPr>
              <w:t>-0.2029</w:t>
            </w:r>
          </w:p>
        </w:tc>
        <w:tc>
          <w:tcPr>
            <w:tcW w:w="1283" w:type="dxa"/>
            <w:tcMar>
              <w:top w:w="20" w:type="dxa"/>
              <w:left w:w="50" w:type="dxa"/>
              <w:bottom w:w="20" w:type="dxa"/>
              <w:right w:w="50" w:type="dxa"/>
            </w:tcMar>
          </w:tcPr>
          <w:p w14:paraId="55BA8AA2" w14:textId="77777777" w:rsidR="00292F36" w:rsidRDefault="00000000">
            <w:r>
              <w:rPr>
                <w:sz w:val="14"/>
              </w:rPr>
              <w:t>0.0709</w:t>
            </w:r>
          </w:p>
        </w:tc>
        <w:tc>
          <w:tcPr>
            <w:tcW w:w="1283" w:type="dxa"/>
            <w:tcMar>
              <w:top w:w="20" w:type="dxa"/>
              <w:left w:w="50" w:type="dxa"/>
              <w:bottom w:w="20" w:type="dxa"/>
              <w:right w:w="50" w:type="dxa"/>
            </w:tcMar>
          </w:tcPr>
          <w:p w14:paraId="706541CA" w14:textId="77777777" w:rsidR="00292F36" w:rsidRDefault="00000000">
            <w:r>
              <w:rPr>
                <w:sz w:val="14"/>
              </w:rPr>
              <w:t>-6.38</w:t>
            </w:r>
          </w:p>
        </w:tc>
        <w:tc>
          <w:tcPr>
            <w:tcW w:w="1283" w:type="dxa"/>
            <w:tcMar>
              <w:top w:w="20" w:type="dxa"/>
              <w:left w:w="50" w:type="dxa"/>
              <w:bottom w:w="20" w:type="dxa"/>
              <w:right w:w="50" w:type="dxa"/>
            </w:tcMar>
          </w:tcPr>
          <w:p w14:paraId="7799D385" w14:textId="77777777" w:rsidR="00292F36" w:rsidRDefault="00000000">
            <w:r>
              <w:rPr>
                <w:sz w:val="14"/>
              </w:rPr>
              <w:t>-18.36</w:t>
            </w:r>
          </w:p>
        </w:tc>
        <w:tc>
          <w:tcPr>
            <w:tcW w:w="1283" w:type="dxa"/>
            <w:tcMar>
              <w:top w:w="20" w:type="dxa"/>
              <w:left w:w="50" w:type="dxa"/>
              <w:bottom w:w="20" w:type="dxa"/>
              <w:right w:w="50" w:type="dxa"/>
            </w:tcMar>
          </w:tcPr>
          <w:p w14:paraId="6354A028" w14:textId="77777777" w:rsidR="00292F36" w:rsidRDefault="00000000">
            <w:r>
              <w:rPr>
                <w:sz w:val="14"/>
              </w:rPr>
              <w:t>7.35</w:t>
            </w:r>
          </w:p>
        </w:tc>
        <w:tc>
          <w:tcPr>
            <w:tcW w:w="1283" w:type="dxa"/>
            <w:tcMar>
              <w:top w:w="20" w:type="dxa"/>
              <w:left w:w="50" w:type="dxa"/>
              <w:bottom w:w="20" w:type="dxa"/>
              <w:right w:w="50" w:type="dxa"/>
            </w:tcMar>
          </w:tcPr>
          <w:p w14:paraId="40910EB3" w14:textId="77777777" w:rsidR="00292F36" w:rsidRDefault="00000000">
            <w:r>
              <w:rPr>
                <w:sz w:val="14"/>
              </w:rPr>
              <w:t>False</w:t>
            </w:r>
          </w:p>
        </w:tc>
      </w:tr>
      <w:tr w:rsidR="00292F36" w14:paraId="54210673" w14:textId="77777777">
        <w:tc>
          <w:tcPr>
            <w:tcW w:w="1283" w:type="dxa"/>
            <w:tcMar>
              <w:top w:w="20" w:type="dxa"/>
              <w:left w:w="50" w:type="dxa"/>
              <w:bottom w:w="20" w:type="dxa"/>
              <w:right w:w="50" w:type="dxa"/>
            </w:tcMar>
          </w:tcPr>
          <w:p w14:paraId="16DDF5E2" w14:textId="77777777" w:rsidR="00292F36" w:rsidRDefault="00000000">
            <w:r>
              <w:rPr>
                <w:sz w:val="14"/>
              </w:rPr>
              <w:t>Productivity</w:t>
            </w:r>
          </w:p>
        </w:tc>
        <w:tc>
          <w:tcPr>
            <w:tcW w:w="1283" w:type="dxa"/>
            <w:tcMar>
              <w:top w:w="20" w:type="dxa"/>
              <w:left w:w="50" w:type="dxa"/>
              <w:bottom w:w="20" w:type="dxa"/>
              <w:right w:w="50" w:type="dxa"/>
            </w:tcMar>
          </w:tcPr>
          <w:p w14:paraId="5C2EA9E1" w14:textId="77777777" w:rsidR="00292F36" w:rsidRDefault="00000000">
            <w:r>
              <w:rPr>
                <w:sz w:val="14"/>
              </w:rPr>
              <w:t>Middle</w:t>
            </w:r>
          </w:p>
        </w:tc>
        <w:tc>
          <w:tcPr>
            <w:tcW w:w="1283" w:type="dxa"/>
            <w:tcMar>
              <w:top w:w="20" w:type="dxa"/>
              <w:left w:w="50" w:type="dxa"/>
              <w:bottom w:w="20" w:type="dxa"/>
              <w:right w:w="50" w:type="dxa"/>
            </w:tcMar>
          </w:tcPr>
          <w:p w14:paraId="05380139" w14:textId="77777777" w:rsidR="00292F36" w:rsidRDefault="00000000">
            <w:r>
              <w:rPr>
                <w:sz w:val="14"/>
              </w:rPr>
              <w:t>fished</w:t>
            </w:r>
          </w:p>
        </w:tc>
        <w:tc>
          <w:tcPr>
            <w:tcW w:w="1283" w:type="dxa"/>
            <w:tcMar>
              <w:top w:w="20" w:type="dxa"/>
              <w:left w:w="50" w:type="dxa"/>
              <w:bottom w:w="20" w:type="dxa"/>
              <w:right w:w="50" w:type="dxa"/>
            </w:tcMar>
          </w:tcPr>
          <w:p w14:paraId="50938B13" w14:textId="77777777" w:rsidR="00292F36" w:rsidRDefault="00000000">
            <w:r>
              <w:rPr>
                <w:sz w:val="14"/>
              </w:rPr>
              <w:t>0.0002</w:t>
            </w:r>
          </w:p>
        </w:tc>
        <w:tc>
          <w:tcPr>
            <w:tcW w:w="1283" w:type="dxa"/>
            <w:tcMar>
              <w:top w:w="20" w:type="dxa"/>
              <w:left w:w="50" w:type="dxa"/>
              <w:bottom w:w="20" w:type="dxa"/>
              <w:right w:w="50" w:type="dxa"/>
            </w:tcMar>
          </w:tcPr>
          <w:p w14:paraId="474B278D" w14:textId="77777777" w:rsidR="00292F36" w:rsidRDefault="00000000">
            <w:r>
              <w:rPr>
                <w:sz w:val="14"/>
              </w:rPr>
              <w:t>0.0724</w:t>
            </w:r>
          </w:p>
        </w:tc>
        <w:tc>
          <w:tcPr>
            <w:tcW w:w="1283" w:type="dxa"/>
            <w:tcMar>
              <w:top w:w="20" w:type="dxa"/>
              <w:left w:w="50" w:type="dxa"/>
              <w:bottom w:w="20" w:type="dxa"/>
              <w:right w:w="50" w:type="dxa"/>
            </w:tcMar>
          </w:tcPr>
          <w:p w14:paraId="29392949" w14:textId="77777777" w:rsidR="00292F36" w:rsidRDefault="00000000">
            <w:r>
              <w:rPr>
                <w:sz w:val="14"/>
              </w:rPr>
              <w:t>-0.1417</w:t>
            </w:r>
          </w:p>
        </w:tc>
        <w:tc>
          <w:tcPr>
            <w:tcW w:w="1283" w:type="dxa"/>
            <w:tcMar>
              <w:top w:w="20" w:type="dxa"/>
              <w:left w:w="50" w:type="dxa"/>
              <w:bottom w:w="20" w:type="dxa"/>
              <w:right w:w="50" w:type="dxa"/>
            </w:tcMar>
          </w:tcPr>
          <w:p w14:paraId="10F19FED" w14:textId="77777777" w:rsidR="00292F36" w:rsidRDefault="00000000">
            <w:r>
              <w:rPr>
                <w:sz w:val="14"/>
              </w:rPr>
              <w:t>0.1422</w:t>
            </w:r>
          </w:p>
        </w:tc>
        <w:tc>
          <w:tcPr>
            <w:tcW w:w="1283" w:type="dxa"/>
            <w:tcMar>
              <w:top w:w="20" w:type="dxa"/>
              <w:left w:w="50" w:type="dxa"/>
              <w:bottom w:w="20" w:type="dxa"/>
              <w:right w:w="50" w:type="dxa"/>
            </w:tcMar>
          </w:tcPr>
          <w:p w14:paraId="209108BD" w14:textId="77777777" w:rsidR="00292F36" w:rsidRDefault="00000000">
            <w:r>
              <w:rPr>
                <w:sz w:val="14"/>
              </w:rPr>
              <w:t>0.02</w:t>
            </w:r>
          </w:p>
        </w:tc>
        <w:tc>
          <w:tcPr>
            <w:tcW w:w="1283" w:type="dxa"/>
            <w:tcMar>
              <w:top w:w="20" w:type="dxa"/>
              <w:left w:w="50" w:type="dxa"/>
              <w:bottom w:w="20" w:type="dxa"/>
              <w:right w:w="50" w:type="dxa"/>
            </w:tcMar>
          </w:tcPr>
          <w:p w14:paraId="7708F2A1" w14:textId="77777777" w:rsidR="00292F36" w:rsidRDefault="00000000">
            <w:r>
              <w:rPr>
                <w:sz w:val="14"/>
              </w:rPr>
              <w:t>-13.21</w:t>
            </w:r>
          </w:p>
        </w:tc>
        <w:tc>
          <w:tcPr>
            <w:tcW w:w="1283" w:type="dxa"/>
            <w:tcMar>
              <w:top w:w="20" w:type="dxa"/>
              <w:left w:w="50" w:type="dxa"/>
              <w:bottom w:w="20" w:type="dxa"/>
              <w:right w:w="50" w:type="dxa"/>
            </w:tcMar>
          </w:tcPr>
          <w:p w14:paraId="2D50FEA1" w14:textId="77777777" w:rsidR="00292F36" w:rsidRDefault="00000000">
            <w:r>
              <w:rPr>
                <w:sz w:val="14"/>
              </w:rPr>
              <w:t>15.28</w:t>
            </w:r>
          </w:p>
        </w:tc>
        <w:tc>
          <w:tcPr>
            <w:tcW w:w="1283" w:type="dxa"/>
            <w:tcMar>
              <w:top w:w="20" w:type="dxa"/>
              <w:left w:w="50" w:type="dxa"/>
              <w:bottom w:w="20" w:type="dxa"/>
              <w:right w:w="50" w:type="dxa"/>
            </w:tcMar>
          </w:tcPr>
          <w:p w14:paraId="17452ECC" w14:textId="77777777" w:rsidR="00292F36" w:rsidRDefault="00000000">
            <w:r>
              <w:rPr>
                <w:sz w:val="14"/>
              </w:rPr>
              <w:t>False</w:t>
            </w:r>
          </w:p>
        </w:tc>
      </w:tr>
      <w:tr w:rsidR="00292F36" w14:paraId="66974272" w14:textId="77777777">
        <w:tc>
          <w:tcPr>
            <w:tcW w:w="1283" w:type="dxa"/>
            <w:tcMar>
              <w:top w:w="20" w:type="dxa"/>
              <w:left w:w="50" w:type="dxa"/>
              <w:bottom w:w="20" w:type="dxa"/>
              <w:right w:w="50" w:type="dxa"/>
            </w:tcMar>
          </w:tcPr>
          <w:p w14:paraId="1201486A" w14:textId="77777777" w:rsidR="00292F36" w:rsidRDefault="00000000">
            <w:r>
              <w:rPr>
                <w:sz w:val="14"/>
              </w:rPr>
              <w:t>Productivity</w:t>
            </w:r>
          </w:p>
        </w:tc>
        <w:tc>
          <w:tcPr>
            <w:tcW w:w="1283" w:type="dxa"/>
            <w:tcMar>
              <w:top w:w="20" w:type="dxa"/>
              <w:left w:w="50" w:type="dxa"/>
              <w:bottom w:w="20" w:type="dxa"/>
              <w:right w:w="50" w:type="dxa"/>
            </w:tcMar>
          </w:tcPr>
          <w:p w14:paraId="5643CDCB" w14:textId="77777777" w:rsidR="00292F36" w:rsidRDefault="00000000">
            <w:r>
              <w:rPr>
                <w:sz w:val="14"/>
              </w:rPr>
              <w:t>South</w:t>
            </w:r>
          </w:p>
        </w:tc>
        <w:tc>
          <w:tcPr>
            <w:tcW w:w="1283" w:type="dxa"/>
            <w:tcMar>
              <w:top w:w="20" w:type="dxa"/>
              <w:left w:w="50" w:type="dxa"/>
              <w:bottom w:w="20" w:type="dxa"/>
              <w:right w:w="50" w:type="dxa"/>
            </w:tcMar>
          </w:tcPr>
          <w:p w14:paraId="023AC2EF" w14:textId="77777777" w:rsidR="00292F36" w:rsidRDefault="00000000">
            <w:r>
              <w:rPr>
                <w:sz w:val="14"/>
              </w:rPr>
              <w:t>fished</w:t>
            </w:r>
          </w:p>
        </w:tc>
        <w:tc>
          <w:tcPr>
            <w:tcW w:w="1283" w:type="dxa"/>
            <w:tcMar>
              <w:top w:w="20" w:type="dxa"/>
              <w:left w:w="50" w:type="dxa"/>
              <w:bottom w:w="20" w:type="dxa"/>
              <w:right w:w="50" w:type="dxa"/>
            </w:tcMar>
          </w:tcPr>
          <w:p w14:paraId="23550AAA" w14:textId="77777777" w:rsidR="00292F36" w:rsidRDefault="00000000">
            <w:r>
              <w:rPr>
                <w:sz w:val="14"/>
              </w:rPr>
              <w:t>0.0744</w:t>
            </w:r>
          </w:p>
        </w:tc>
        <w:tc>
          <w:tcPr>
            <w:tcW w:w="1283" w:type="dxa"/>
            <w:tcMar>
              <w:top w:w="20" w:type="dxa"/>
              <w:left w:w="50" w:type="dxa"/>
              <w:bottom w:w="20" w:type="dxa"/>
              <w:right w:w="50" w:type="dxa"/>
            </w:tcMar>
          </w:tcPr>
          <w:p w14:paraId="1086EC50" w14:textId="77777777" w:rsidR="00292F36" w:rsidRDefault="00000000">
            <w:r>
              <w:rPr>
                <w:sz w:val="14"/>
              </w:rPr>
              <w:t>0.0634</w:t>
            </w:r>
          </w:p>
        </w:tc>
        <w:tc>
          <w:tcPr>
            <w:tcW w:w="1283" w:type="dxa"/>
            <w:tcMar>
              <w:top w:w="20" w:type="dxa"/>
              <w:left w:w="50" w:type="dxa"/>
              <w:bottom w:w="20" w:type="dxa"/>
              <w:right w:w="50" w:type="dxa"/>
            </w:tcMar>
          </w:tcPr>
          <w:p w14:paraId="2324674C" w14:textId="77777777" w:rsidR="00292F36" w:rsidRDefault="00000000">
            <w:r>
              <w:rPr>
                <w:sz w:val="14"/>
              </w:rPr>
              <w:t>-0.0499</w:t>
            </w:r>
          </w:p>
        </w:tc>
        <w:tc>
          <w:tcPr>
            <w:tcW w:w="1283" w:type="dxa"/>
            <w:tcMar>
              <w:top w:w="20" w:type="dxa"/>
              <w:left w:w="50" w:type="dxa"/>
              <w:bottom w:w="20" w:type="dxa"/>
              <w:right w:w="50" w:type="dxa"/>
            </w:tcMar>
          </w:tcPr>
          <w:p w14:paraId="469B84DB" w14:textId="77777777" w:rsidR="00292F36" w:rsidRDefault="00000000">
            <w:r>
              <w:rPr>
                <w:sz w:val="14"/>
              </w:rPr>
              <w:t>0.1987</w:t>
            </w:r>
          </w:p>
        </w:tc>
        <w:tc>
          <w:tcPr>
            <w:tcW w:w="1283" w:type="dxa"/>
            <w:tcMar>
              <w:top w:w="20" w:type="dxa"/>
              <w:left w:w="50" w:type="dxa"/>
              <w:bottom w:w="20" w:type="dxa"/>
              <w:right w:w="50" w:type="dxa"/>
            </w:tcMar>
          </w:tcPr>
          <w:p w14:paraId="5744B2E1" w14:textId="77777777" w:rsidR="00292F36" w:rsidRDefault="00000000">
            <w:r>
              <w:rPr>
                <w:sz w:val="14"/>
              </w:rPr>
              <w:t>7.72</w:t>
            </w:r>
          </w:p>
        </w:tc>
        <w:tc>
          <w:tcPr>
            <w:tcW w:w="1283" w:type="dxa"/>
            <w:tcMar>
              <w:top w:w="20" w:type="dxa"/>
              <w:left w:w="50" w:type="dxa"/>
              <w:bottom w:w="20" w:type="dxa"/>
              <w:right w:w="50" w:type="dxa"/>
            </w:tcMar>
          </w:tcPr>
          <w:p w14:paraId="018F3C1B" w14:textId="77777777" w:rsidR="00292F36" w:rsidRDefault="00000000">
            <w:r>
              <w:rPr>
                <w:sz w:val="14"/>
              </w:rPr>
              <w:t>-4.87</w:t>
            </w:r>
          </w:p>
        </w:tc>
        <w:tc>
          <w:tcPr>
            <w:tcW w:w="1283" w:type="dxa"/>
            <w:tcMar>
              <w:top w:w="20" w:type="dxa"/>
              <w:left w:w="50" w:type="dxa"/>
              <w:bottom w:w="20" w:type="dxa"/>
              <w:right w:w="50" w:type="dxa"/>
            </w:tcMar>
          </w:tcPr>
          <w:p w14:paraId="6F018D88" w14:textId="77777777" w:rsidR="00292F36" w:rsidRDefault="00000000">
            <w:r>
              <w:rPr>
                <w:sz w:val="14"/>
              </w:rPr>
              <w:t>21.98</w:t>
            </w:r>
          </w:p>
        </w:tc>
        <w:tc>
          <w:tcPr>
            <w:tcW w:w="1283" w:type="dxa"/>
            <w:tcMar>
              <w:top w:w="20" w:type="dxa"/>
              <w:left w:w="50" w:type="dxa"/>
              <w:bottom w:w="20" w:type="dxa"/>
              <w:right w:w="50" w:type="dxa"/>
            </w:tcMar>
          </w:tcPr>
          <w:p w14:paraId="299F7D51" w14:textId="77777777" w:rsidR="00292F36" w:rsidRDefault="00000000">
            <w:r>
              <w:rPr>
                <w:sz w:val="14"/>
              </w:rPr>
              <w:t>False</w:t>
            </w:r>
          </w:p>
        </w:tc>
      </w:tr>
      <w:tr w:rsidR="00292F36" w14:paraId="6DD17F2A" w14:textId="77777777">
        <w:tc>
          <w:tcPr>
            <w:tcW w:w="1283" w:type="dxa"/>
            <w:tcMar>
              <w:top w:w="20" w:type="dxa"/>
              <w:left w:w="50" w:type="dxa"/>
              <w:bottom w:w="20" w:type="dxa"/>
              <w:right w:w="50" w:type="dxa"/>
            </w:tcMar>
          </w:tcPr>
          <w:p w14:paraId="53DD0E31" w14:textId="77777777" w:rsidR="00292F36" w:rsidRDefault="00000000">
            <w:r>
              <w:rPr>
                <w:sz w:val="14"/>
              </w:rPr>
              <w:t>Turnover</w:t>
            </w:r>
          </w:p>
        </w:tc>
        <w:tc>
          <w:tcPr>
            <w:tcW w:w="1283" w:type="dxa"/>
            <w:tcMar>
              <w:top w:w="20" w:type="dxa"/>
              <w:left w:w="50" w:type="dxa"/>
              <w:bottom w:w="20" w:type="dxa"/>
              <w:right w:w="50" w:type="dxa"/>
            </w:tcMar>
          </w:tcPr>
          <w:p w14:paraId="62765487" w14:textId="77777777" w:rsidR="00292F36" w:rsidRDefault="00000000">
            <w:r>
              <w:rPr>
                <w:sz w:val="14"/>
              </w:rPr>
              <w:t>North</w:t>
            </w:r>
          </w:p>
        </w:tc>
        <w:tc>
          <w:tcPr>
            <w:tcW w:w="1283" w:type="dxa"/>
            <w:tcMar>
              <w:top w:w="20" w:type="dxa"/>
              <w:left w:w="50" w:type="dxa"/>
              <w:bottom w:w="20" w:type="dxa"/>
              <w:right w:w="50" w:type="dxa"/>
            </w:tcMar>
          </w:tcPr>
          <w:p w14:paraId="70959A01" w14:textId="77777777" w:rsidR="00292F36" w:rsidRDefault="00000000">
            <w:r>
              <w:rPr>
                <w:sz w:val="14"/>
              </w:rPr>
              <w:t>non-fished</w:t>
            </w:r>
          </w:p>
        </w:tc>
        <w:tc>
          <w:tcPr>
            <w:tcW w:w="1283" w:type="dxa"/>
            <w:tcMar>
              <w:top w:w="20" w:type="dxa"/>
              <w:left w:w="50" w:type="dxa"/>
              <w:bottom w:w="20" w:type="dxa"/>
              <w:right w:w="50" w:type="dxa"/>
            </w:tcMar>
          </w:tcPr>
          <w:p w14:paraId="364205D6" w14:textId="77777777" w:rsidR="00292F36" w:rsidRDefault="00000000">
            <w:r>
              <w:rPr>
                <w:sz w:val="14"/>
              </w:rPr>
              <w:t>-0.1399</w:t>
            </w:r>
          </w:p>
        </w:tc>
        <w:tc>
          <w:tcPr>
            <w:tcW w:w="1283" w:type="dxa"/>
            <w:tcMar>
              <w:top w:w="20" w:type="dxa"/>
              <w:left w:w="50" w:type="dxa"/>
              <w:bottom w:w="20" w:type="dxa"/>
              <w:right w:w="50" w:type="dxa"/>
            </w:tcMar>
          </w:tcPr>
          <w:p w14:paraId="1DE6A4C2" w14:textId="77777777" w:rsidR="00292F36" w:rsidRDefault="00000000">
            <w:r>
              <w:rPr>
                <w:sz w:val="14"/>
              </w:rPr>
              <w:t>0.0725</w:t>
            </w:r>
          </w:p>
        </w:tc>
        <w:tc>
          <w:tcPr>
            <w:tcW w:w="1283" w:type="dxa"/>
            <w:tcMar>
              <w:top w:w="20" w:type="dxa"/>
              <w:left w:w="50" w:type="dxa"/>
              <w:bottom w:w="20" w:type="dxa"/>
              <w:right w:w="50" w:type="dxa"/>
            </w:tcMar>
          </w:tcPr>
          <w:p w14:paraId="344B5AED" w14:textId="77777777" w:rsidR="00292F36" w:rsidRDefault="00000000">
            <w:r>
              <w:rPr>
                <w:sz w:val="14"/>
              </w:rPr>
              <w:t>-0.2822</w:t>
            </w:r>
          </w:p>
        </w:tc>
        <w:tc>
          <w:tcPr>
            <w:tcW w:w="1283" w:type="dxa"/>
            <w:tcMar>
              <w:top w:w="20" w:type="dxa"/>
              <w:left w:w="50" w:type="dxa"/>
              <w:bottom w:w="20" w:type="dxa"/>
              <w:right w:w="50" w:type="dxa"/>
            </w:tcMar>
          </w:tcPr>
          <w:p w14:paraId="49EC15A2" w14:textId="77777777" w:rsidR="00292F36" w:rsidRDefault="00000000">
            <w:r>
              <w:rPr>
                <w:sz w:val="14"/>
              </w:rPr>
              <w:t>0.0023</w:t>
            </w:r>
          </w:p>
        </w:tc>
        <w:tc>
          <w:tcPr>
            <w:tcW w:w="1283" w:type="dxa"/>
            <w:tcMar>
              <w:top w:w="20" w:type="dxa"/>
              <w:left w:w="50" w:type="dxa"/>
              <w:bottom w:w="20" w:type="dxa"/>
              <w:right w:w="50" w:type="dxa"/>
            </w:tcMar>
          </w:tcPr>
          <w:p w14:paraId="0106B209" w14:textId="77777777" w:rsidR="00292F36" w:rsidRDefault="00000000">
            <w:r>
              <w:rPr>
                <w:sz w:val="14"/>
              </w:rPr>
              <w:t>-13.06</w:t>
            </w:r>
          </w:p>
        </w:tc>
        <w:tc>
          <w:tcPr>
            <w:tcW w:w="1283" w:type="dxa"/>
            <w:tcMar>
              <w:top w:w="20" w:type="dxa"/>
              <w:left w:w="50" w:type="dxa"/>
              <w:bottom w:w="20" w:type="dxa"/>
              <w:right w:w="50" w:type="dxa"/>
            </w:tcMar>
          </w:tcPr>
          <w:p w14:paraId="78E8B000" w14:textId="77777777" w:rsidR="00292F36" w:rsidRDefault="00000000">
            <w:r>
              <w:rPr>
                <w:sz w:val="14"/>
              </w:rPr>
              <w:t>-24.59</w:t>
            </w:r>
          </w:p>
        </w:tc>
        <w:tc>
          <w:tcPr>
            <w:tcW w:w="1283" w:type="dxa"/>
            <w:tcMar>
              <w:top w:w="20" w:type="dxa"/>
              <w:left w:w="50" w:type="dxa"/>
              <w:bottom w:w="20" w:type="dxa"/>
              <w:right w:w="50" w:type="dxa"/>
            </w:tcMar>
          </w:tcPr>
          <w:p w14:paraId="11B4DAB4" w14:textId="77777777" w:rsidR="00292F36" w:rsidRDefault="00000000">
            <w:r>
              <w:rPr>
                <w:sz w:val="14"/>
              </w:rPr>
              <w:t>0.23</w:t>
            </w:r>
          </w:p>
        </w:tc>
        <w:tc>
          <w:tcPr>
            <w:tcW w:w="1283" w:type="dxa"/>
            <w:tcMar>
              <w:top w:w="20" w:type="dxa"/>
              <w:left w:w="50" w:type="dxa"/>
              <w:bottom w:w="20" w:type="dxa"/>
              <w:right w:w="50" w:type="dxa"/>
            </w:tcMar>
          </w:tcPr>
          <w:p w14:paraId="6236DD37" w14:textId="77777777" w:rsidR="00292F36" w:rsidRDefault="00000000">
            <w:r>
              <w:rPr>
                <w:sz w:val="14"/>
              </w:rPr>
              <w:t>False</w:t>
            </w:r>
          </w:p>
        </w:tc>
      </w:tr>
      <w:tr w:rsidR="00292F36" w14:paraId="0BF4BD01" w14:textId="77777777">
        <w:tc>
          <w:tcPr>
            <w:tcW w:w="1283" w:type="dxa"/>
            <w:tcMar>
              <w:top w:w="20" w:type="dxa"/>
              <w:left w:w="50" w:type="dxa"/>
              <w:bottom w:w="20" w:type="dxa"/>
              <w:right w:w="50" w:type="dxa"/>
            </w:tcMar>
          </w:tcPr>
          <w:p w14:paraId="19085596" w14:textId="77777777" w:rsidR="00292F36" w:rsidRDefault="00000000">
            <w:r>
              <w:rPr>
                <w:sz w:val="14"/>
              </w:rPr>
              <w:t>Turnover</w:t>
            </w:r>
          </w:p>
        </w:tc>
        <w:tc>
          <w:tcPr>
            <w:tcW w:w="1283" w:type="dxa"/>
            <w:tcMar>
              <w:top w:w="20" w:type="dxa"/>
              <w:left w:w="50" w:type="dxa"/>
              <w:bottom w:w="20" w:type="dxa"/>
              <w:right w:w="50" w:type="dxa"/>
            </w:tcMar>
          </w:tcPr>
          <w:p w14:paraId="6FC8218C" w14:textId="77777777" w:rsidR="00292F36" w:rsidRDefault="00000000">
            <w:r>
              <w:rPr>
                <w:sz w:val="14"/>
              </w:rPr>
              <w:t>Middle</w:t>
            </w:r>
          </w:p>
        </w:tc>
        <w:tc>
          <w:tcPr>
            <w:tcW w:w="1283" w:type="dxa"/>
            <w:tcMar>
              <w:top w:w="20" w:type="dxa"/>
              <w:left w:w="50" w:type="dxa"/>
              <w:bottom w:w="20" w:type="dxa"/>
              <w:right w:w="50" w:type="dxa"/>
            </w:tcMar>
          </w:tcPr>
          <w:p w14:paraId="6BBBF1B1" w14:textId="77777777" w:rsidR="00292F36" w:rsidRDefault="00000000">
            <w:r>
              <w:rPr>
                <w:sz w:val="14"/>
              </w:rPr>
              <w:t>non-fished</w:t>
            </w:r>
          </w:p>
        </w:tc>
        <w:tc>
          <w:tcPr>
            <w:tcW w:w="1283" w:type="dxa"/>
            <w:tcMar>
              <w:top w:w="20" w:type="dxa"/>
              <w:left w:w="50" w:type="dxa"/>
              <w:bottom w:w="20" w:type="dxa"/>
              <w:right w:w="50" w:type="dxa"/>
            </w:tcMar>
          </w:tcPr>
          <w:p w14:paraId="2433FA7B" w14:textId="77777777" w:rsidR="00292F36" w:rsidRDefault="00000000">
            <w:r>
              <w:rPr>
                <w:sz w:val="14"/>
              </w:rPr>
              <w:t>0.0026</w:t>
            </w:r>
          </w:p>
        </w:tc>
        <w:tc>
          <w:tcPr>
            <w:tcW w:w="1283" w:type="dxa"/>
            <w:tcMar>
              <w:top w:w="20" w:type="dxa"/>
              <w:left w:w="50" w:type="dxa"/>
              <w:bottom w:w="20" w:type="dxa"/>
              <w:right w:w="50" w:type="dxa"/>
            </w:tcMar>
          </w:tcPr>
          <w:p w14:paraId="791CF8CD" w14:textId="77777777" w:rsidR="00292F36" w:rsidRDefault="00000000">
            <w:r>
              <w:rPr>
                <w:sz w:val="14"/>
              </w:rPr>
              <w:t>0.0694</w:t>
            </w:r>
          </w:p>
        </w:tc>
        <w:tc>
          <w:tcPr>
            <w:tcW w:w="1283" w:type="dxa"/>
            <w:tcMar>
              <w:top w:w="20" w:type="dxa"/>
              <w:left w:w="50" w:type="dxa"/>
              <w:bottom w:w="20" w:type="dxa"/>
              <w:right w:w="50" w:type="dxa"/>
            </w:tcMar>
          </w:tcPr>
          <w:p w14:paraId="6781D28C" w14:textId="77777777" w:rsidR="00292F36" w:rsidRDefault="00000000">
            <w:r>
              <w:rPr>
                <w:sz w:val="14"/>
              </w:rPr>
              <w:t>-0.1336</w:t>
            </w:r>
          </w:p>
        </w:tc>
        <w:tc>
          <w:tcPr>
            <w:tcW w:w="1283" w:type="dxa"/>
            <w:tcMar>
              <w:top w:w="20" w:type="dxa"/>
              <w:left w:w="50" w:type="dxa"/>
              <w:bottom w:w="20" w:type="dxa"/>
              <w:right w:w="50" w:type="dxa"/>
            </w:tcMar>
          </w:tcPr>
          <w:p w14:paraId="7A772B48" w14:textId="77777777" w:rsidR="00292F36" w:rsidRDefault="00000000">
            <w:r>
              <w:rPr>
                <w:sz w:val="14"/>
              </w:rPr>
              <w:t>0.1388</w:t>
            </w:r>
          </w:p>
        </w:tc>
        <w:tc>
          <w:tcPr>
            <w:tcW w:w="1283" w:type="dxa"/>
            <w:tcMar>
              <w:top w:w="20" w:type="dxa"/>
              <w:left w:w="50" w:type="dxa"/>
              <w:bottom w:w="20" w:type="dxa"/>
              <w:right w:w="50" w:type="dxa"/>
            </w:tcMar>
          </w:tcPr>
          <w:p w14:paraId="48C474F9" w14:textId="77777777" w:rsidR="00292F36" w:rsidRDefault="00000000">
            <w:r>
              <w:rPr>
                <w:sz w:val="14"/>
              </w:rPr>
              <w:t>0.26</w:t>
            </w:r>
          </w:p>
        </w:tc>
        <w:tc>
          <w:tcPr>
            <w:tcW w:w="1283" w:type="dxa"/>
            <w:tcMar>
              <w:top w:w="20" w:type="dxa"/>
              <w:left w:w="50" w:type="dxa"/>
              <w:bottom w:w="20" w:type="dxa"/>
              <w:right w:w="50" w:type="dxa"/>
            </w:tcMar>
          </w:tcPr>
          <w:p w14:paraId="33C84C0D" w14:textId="77777777" w:rsidR="00292F36" w:rsidRDefault="00000000">
            <w:r>
              <w:rPr>
                <w:sz w:val="14"/>
              </w:rPr>
              <w:t>-12.5</w:t>
            </w:r>
          </w:p>
        </w:tc>
        <w:tc>
          <w:tcPr>
            <w:tcW w:w="1283" w:type="dxa"/>
            <w:tcMar>
              <w:top w:w="20" w:type="dxa"/>
              <w:left w:w="50" w:type="dxa"/>
              <w:bottom w:w="20" w:type="dxa"/>
              <w:right w:w="50" w:type="dxa"/>
            </w:tcMar>
          </w:tcPr>
          <w:p w14:paraId="261A4F2A" w14:textId="77777777" w:rsidR="00292F36" w:rsidRDefault="00000000">
            <w:r>
              <w:rPr>
                <w:sz w:val="14"/>
              </w:rPr>
              <w:t>14.89</w:t>
            </w:r>
          </w:p>
        </w:tc>
        <w:tc>
          <w:tcPr>
            <w:tcW w:w="1283" w:type="dxa"/>
            <w:tcMar>
              <w:top w:w="20" w:type="dxa"/>
              <w:left w:w="50" w:type="dxa"/>
              <w:bottom w:w="20" w:type="dxa"/>
              <w:right w:w="50" w:type="dxa"/>
            </w:tcMar>
          </w:tcPr>
          <w:p w14:paraId="5A5BB9D3" w14:textId="77777777" w:rsidR="00292F36" w:rsidRDefault="00000000">
            <w:r>
              <w:rPr>
                <w:sz w:val="14"/>
              </w:rPr>
              <w:t>False</w:t>
            </w:r>
          </w:p>
        </w:tc>
      </w:tr>
      <w:tr w:rsidR="00292F36" w14:paraId="600ADC3E" w14:textId="77777777">
        <w:tc>
          <w:tcPr>
            <w:tcW w:w="1283" w:type="dxa"/>
            <w:tcMar>
              <w:top w:w="20" w:type="dxa"/>
              <w:left w:w="50" w:type="dxa"/>
              <w:bottom w:w="20" w:type="dxa"/>
              <w:right w:w="50" w:type="dxa"/>
            </w:tcMar>
          </w:tcPr>
          <w:p w14:paraId="470391AD" w14:textId="77777777" w:rsidR="00292F36" w:rsidRDefault="00000000">
            <w:r>
              <w:rPr>
                <w:sz w:val="14"/>
              </w:rPr>
              <w:t>Turnover</w:t>
            </w:r>
          </w:p>
        </w:tc>
        <w:tc>
          <w:tcPr>
            <w:tcW w:w="1283" w:type="dxa"/>
            <w:tcMar>
              <w:top w:w="20" w:type="dxa"/>
              <w:left w:w="50" w:type="dxa"/>
              <w:bottom w:w="20" w:type="dxa"/>
              <w:right w:w="50" w:type="dxa"/>
            </w:tcMar>
          </w:tcPr>
          <w:p w14:paraId="6EF86A2B" w14:textId="77777777" w:rsidR="00292F36" w:rsidRDefault="00000000">
            <w:r>
              <w:rPr>
                <w:sz w:val="14"/>
              </w:rPr>
              <w:t>South</w:t>
            </w:r>
          </w:p>
        </w:tc>
        <w:tc>
          <w:tcPr>
            <w:tcW w:w="1283" w:type="dxa"/>
            <w:tcMar>
              <w:top w:w="20" w:type="dxa"/>
              <w:left w:w="50" w:type="dxa"/>
              <w:bottom w:w="20" w:type="dxa"/>
              <w:right w:w="50" w:type="dxa"/>
            </w:tcMar>
          </w:tcPr>
          <w:p w14:paraId="4B0DE909" w14:textId="77777777" w:rsidR="00292F36" w:rsidRDefault="00000000">
            <w:r>
              <w:rPr>
                <w:sz w:val="14"/>
              </w:rPr>
              <w:t>non-fished</w:t>
            </w:r>
          </w:p>
        </w:tc>
        <w:tc>
          <w:tcPr>
            <w:tcW w:w="1283" w:type="dxa"/>
            <w:tcMar>
              <w:top w:w="20" w:type="dxa"/>
              <w:left w:w="50" w:type="dxa"/>
              <w:bottom w:w="20" w:type="dxa"/>
              <w:right w:w="50" w:type="dxa"/>
            </w:tcMar>
          </w:tcPr>
          <w:p w14:paraId="6FB1CA05" w14:textId="77777777" w:rsidR="00292F36" w:rsidRDefault="00000000">
            <w:r>
              <w:rPr>
                <w:sz w:val="14"/>
              </w:rPr>
              <w:t>0.1093</w:t>
            </w:r>
          </w:p>
        </w:tc>
        <w:tc>
          <w:tcPr>
            <w:tcW w:w="1283" w:type="dxa"/>
            <w:tcMar>
              <w:top w:w="20" w:type="dxa"/>
              <w:left w:w="50" w:type="dxa"/>
              <w:bottom w:w="20" w:type="dxa"/>
              <w:right w:w="50" w:type="dxa"/>
            </w:tcMar>
          </w:tcPr>
          <w:p w14:paraId="12A01429" w14:textId="77777777" w:rsidR="00292F36" w:rsidRDefault="00000000">
            <w:r>
              <w:rPr>
                <w:sz w:val="14"/>
              </w:rPr>
              <w:t>0.0627</w:t>
            </w:r>
          </w:p>
        </w:tc>
        <w:tc>
          <w:tcPr>
            <w:tcW w:w="1283" w:type="dxa"/>
            <w:tcMar>
              <w:top w:w="20" w:type="dxa"/>
              <w:left w:w="50" w:type="dxa"/>
              <w:bottom w:w="20" w:type="dxa"/>
              <w:right w:w="50" w:type="dxa"/>
            </w:tcMar>
          </w:tcPr>
          <w:p w14:paraId="2232236A" w14:textId="77777777" w:rsidR="00292F36" w:rsidRDefault="00000000">
            <w:r>
              <w:rPr>
                <w:sz w:val="14"/>
              </w:rPr>
              <w:t>-0.0138</w:t>
            </w:r>
          </w:p>
        </w:tc>
        <w:tc>
          <w:tcPr>
            <w:tcW w:w="1283" w:type="dxa"/>
            <w:tcMar>
              <w:top w:w="20" w:type="dxa"/>
              <w:left w:w="50" w:type="dxa"/>
              <w:bottom w:w="20" w:type="dxa"/>
              <w:right w:w="50" w:type="dxa"/>
            </w:tcMar>
          </w:tcPr>
          <w:p w14:paraId="78856E06" w14:textId="77777777" w:rsidR="00292F36" w:rsidRDefault="00000000">
            <w:r>
              <w:rPr>
                <w:sz w:val="14"/>
              </w:rPr>
              <w:t>0.2323</w:t>
            </w:r>
          </w:p>
        </w:tc>
        <w:tc>
          <w:tcPr>
            <w:tcW w:w="1283" w:type="dxa"/>
            <w:tcMar>
              <w:top w:w="20" w:type="dxa"/>
              <w:left w:w="50" w:type="dxa"/>
              <w:bottom w:w="20" w:type="dxa"/>
              <w:right w:w="50" w:type="dxa"/>
            </w:tcMar>
          </w:tcPr>
          <w:p w14:paraId="31DAD830" w14:textId="77777777" w:rsidR="00292F36" w:rsidRDefault="00000000">
            <w:r>
              <w:rPr>
                <w:sz w:val="14"/>
              </w:rPr>
              <w:t>11.54</w:t>
            </w:r>
          </w:p>
        </w:tc>
        <w:tc>
          <w:tcPr>
            <w:tcW w:w="1283" w:type="dxa"/>
            <w:tcMar>
              <w:top w:w="20" w:type="dxa"/>
              <w:left w:w="50" w:type="dxa"/>
              <w:bottom w:w="20" w:type="dxa"/>
              <w:right w:w="50" w:type="dxa"/>
            </w:tcMar>
          </w:tcPr>
          <w:p w14:paraId="33A47497" w14:textId="77777777" w:rsidR="00292F36" w:rsidRDefault="00000000">
            <w:r>
              <w:rPr>
                <w:sz w:val="14"/>
              </w:rPr>
              <w:t>-1.37</w:t>
            </w:r>
          </w:p>
        </w:tc>
        <w:tc>
          <w:tcPr>
            <w:tcW w:w="1283" w:type="dxa"/>
            <w:tcMar>
              <w:top w:w="20" w:type="dxa"/>
              <w:left w:w="50" w:type="dxa"/>
              <w:bottom w:w="20" w:type="dxa"/>
              <w:right w:w="50" w:type="dxa"/>
            </w:tcMar>
          </w:tcPr>
          <w:p w14:paraId="4719A5D0" w14:textId="77777777" w:rsidR="00292F36" w:rsidRDefault="00000000">
            <w:r>
              <w:rPr>
                <w:sz w:val="14"/>
              </w:rPr>
              <w:t>26.16</w:t>
            </w:r>
          </w:p>
        </w:tc>
        <w:tc>
          <w:tcPr>
            <w:tcW w:w="1283" w:type="dxa"/>
            <w:tcMar>
              <w:top w:w="20" w:type="dxa"/>
              <w:left w:w="50" w:type="dxa"/>
              <w:bottom w:w="20" w:type="dxa"/>
              <w:right w:w="50" w:type="dxa"/>
            </w:tcMar>
          </w:tcPr>
          <w:p w14:paraId="3DFAF80D" w14:textId="77777777" w:rsidR="00292F36" w:rsidRDefault="00000000">
            <w:r>
              <w:rPr>
                <w:sz w:val="14"/>
              </w:rPr>
              <w:t>False</w:t>
            </w:r>
          </w:p>
        </w:tc>
      </w:tr>
      <w:tr w:rsidR="00292F36" w14:paraId="13BDED52" w14:textId="77777777">
        <w:tc>
          <w:tcPr>
            <w:tcW w:w="1283" w:type="dxa"/>
            <w:tcMar>
              <w:top w:w="20" w:type="dxa"/>
              <w:left w:w="50" w:type="dxa"/>
              <w:bottom w:w="20" w:type="dxa"/>
              <w:right w:w="50" w:type="dxa"/>
            </w:tcMar>
          </w:tcPr>
          <w:p w14:paraId="1BB02858" w14:textId="77777777" w:rsidR="00292F36" w:rsidRDefault="00000000">
            <w:r>
              <w:rPr>
                <w:sz w:val="14"/>
              </w:rPr>
              <w:t>Turnover</w:t>
            </w:r>
          </w:p>
        </w:tc>
        <w:tc>
          <w:tcPr>
            <w:tcW w:w="1283" w:type="dxa"/>
            <w:tcMar>
              <w:top w:w="20" w:type="dxa"/>
              <w:left w:w="50" w:type="dxa"/>
              <w:bottom w:w="20" w:type="dxa"/>
              <w:right w:w="50" w:type="dxa"/>
            </w:tcMar>
          </w:tcPr>
          <w:p w14:paraId="50086812" w14:textId="77777777" w:rsidR="00292F36" w:rsidRDefault="00000000">
            <w:r>
              <w:rPr>
                <w:sz w:val="14"/>
              </w:rPr>
              <w:t>North</w:t>
            </w:r>
          </w:p>
        </w:tc>
        <w:tc>
          <w:tcPr>
            <w:tcW w:w="1283" w:type="dxa"/>
            <w:tcMar>
              <w:top w:w="20" w:type="dxa"/>
              <w:left w:w="50" w:type="dxa"/>
              <w:bottom w:w="20" w:type="dxa"/>
              <w:right w:w="50" w:type="dxa"/>
            </w:tcMar>
          </w:tcPr>
          <w:p w14:paraId="6D8D6BE7" w14:textId="77777777" w:rsidR="00292F36" w:rsidRDefault="00000000">
            <w:r>
              <w:rPr>
                <w:sz w:val="14"/>
              </w:rPr>
              <w:t>fished</w:t>
            </w:r>
          </w:p>
        </w:tc>
        <w:tc>
          <w:tcPr>
            <w:tcW w:w="1283" w:type="dxa"/>
            <w:tcMar>
              <w:top w:w="20" w:type="dxa"/>
              <w:left w:w="50" w:type="dxa"/>
              <w:bottom w:w="20" w:type="dxa"/>
              <w:right w:w="50" w:type="dxa"/>
            </w:tcMar>
          </w:tcPr>
          <w:p w14:paraId="6571764D" w14:textId="77777777" w:rsidR="00292F36" w:rsidRDefault="00000000">
            <w:r>
              <w:rPr>
                <w:sz w:val="14"/>
              </w:rPr>
              <w:t>0.0585</w:t>
            </w:r>
          </w:p>
        </w:tc>
        <w:tc>
          <w:tcPr>
            <w:tcW w:w="1283" w:type="dxa"/>
            <w:tcMar>
              <w:top w:w="20" w:type="dxa"/>
              <w:left w:w="50" w:type="dxa"/>
              <w:bottom w:w="20" w:type="dxa"/>
              <w:right w:w="50" w:type="dxa"/>
            </w:tcMar>
          </w:tcPr>
          <w:p w14:paraId="4CD44BB4" w14:textId="77777777" w:rsidR="00292F36" w:rsidRDefault="00000000">
            <w:r>
              <w:rPr>
                <w:sz w:val="14"/>
              </w:rPr>
              <w:t>0.0725</w:t>
            </w:r>
          </w:p>
        </w:tc>
        <w:tc>
          <w:tcPr>
            <w:tcW w:w="1283" w:type="dxa"/>
            <w:tcMar>
              <w:top w:w="20" w:type="dxa"/>
              <w:left w:w="50" w:type="dxa"/>
              <w:bottom w:w="20" w:type="dxa"/>
              <w:right w:w="50" w:type="dxa"/>
            </w:tcMar>
          </w:tcPr>
          <w:p w14:paraId="0769092B" w14:textId="77777777" w:rsidR="00292F36" w:rsidRDefault="00000000">
            <w:r>
              <w:rPr>
                <w:sz w:val="14"/>
              </w:rPr>
              <w:t>-0.0838</w:t>
            </w:r>
          </w:p>
        </w:tc>
        <w:tc>
          <w:tcPr>
            <w:tcW w:w="1283" w:type="dxa"/>
            <w:tcMar>
              <w:top w:w="20" w:type="dxa"/>
              <w:left w:w="50" w:type="dxa"/>
              <w:bottom w:w="20" w:type="dxa"/>
              <w:right w:w="50" w:type="dxa"/>
            </w:tcMar>
          </w:tcPr>
          <w:p w14:paraId="639162C1" w14:textId="77777777" w:rsidR="00292F36" w:rsidRDefault="00000000">
            <w:r>
              <w:rPr>
                <w:sz w:val="14"/>
              </w:rPr>
              <w:t>0.2009</w:t>
            </w:r>
          </w:p>
        </w:tc>
        <w:tc>
          <w:tcPr>
            <w:tcW w:w="1283" w:type="dxa"/>
            <w:tcMar>
              <w:top w:w="20" w:type="dxa"/>
              <w:left w:w="50" w:type="dxa"/>
              <w:bottom w:w="20" w:type="dxa"/>
              <w:right w:w="50" w:type="dxa"/>
            </w:tcMar>
          </w:tcPr>
          <w:p w14:paraId="5B865F6D" w14:textId="77777777" w:rsidR="00292F36" w:rsidRDefault="00000000">
            <w:r>
              <w:rPr>
                <w:sz w:val="14"/>
              </w:rPr>
              <w:t>6.03</w:t>
            </w:r>
          </w:p>
        </w:tc>
        <w:tc>
          <w:tcPr>
            <w:tcW w:w="1283" w:type="dxa"/>
            <w:tcMar>
              <w:top w:w="20" w:type="dxa"/>
              <w:left w:w="50" w:type="dxa"/>
              <w:bottom w:w="20" w:type="dxa"/>
              <w:right w:w="50" w:type="dxa"/>
            </w:tcMar>
          </w:tcPr>
          <w:p w14:paraId="4D07C638" w14:textId="77777777" w:rsidR="00292F36" w:rsidRDefault="00000000">
            <w:r>
              <w:rPr>
                <w:sz w:val="14"/>
              </w:rPr>
              <w:t>-8.04</w:t>
            </w:r>
          </w:p>
        </w:tc>
        <w:tc>
          <w:tcPr>
            <w:tcW w:w="1283" w:type="dxa"/>
            <w:tcMar>
              <w:top w:w="20" w:type="dxa"/>
              <w:left w:w="50" w:type="dxa"/>
              <w:bottom w:w="20" w:type="dxa"/>
              <w:right w:w="50" w:type="dxa"/>
            </w:tcMar>
          </w:tcPr>
          <w:p w14:paraId="3E4C2238" w14:textId="77777777" w:rsidR="00292F36" w:rsidRDefault="00000000">
            <w:r>
              <w:rPr>
                <w:sz w:val="14"/>
              </w:rPr>
              <w:t>22.25</w:t>
            </w:r>
          </w:p>
        </w:tc>
        <w:tc>
          <w:tcPr>
            <w:tcW w:w="1283" w:type="dxa"/>
            <w:tcMar>
              <w:top w:w="20" w:type="dxa"/>
              <w:left w:w="50" w:type="dxa"/>
              <w:bottom w:w="20" w:type="dxa"/>
              <w:right w:w="50" w:type="dxa"/>
            </w:tcMar>
          </w:tcPr>
          <w:p w14:paraId="09C989F3" w14:textId="77777777" w:rsidR="00292F36" w:rsidRDefault="00000000">
            <w:r>
              <w:rPr>
                <w:sz w:val="14"/>
              </w:rPr>
              <w:t>False</w:t>
            </w:r>
          </w:p>
        </w:tc>
      </w:tr>
      <w:tr w:rsidR="00292F36" w14:paraId="47B6A3E7" w14:textId="77777777">
        <w:tc>
          <w:tcPr>
            <w:tcW w:w="1283" w:type="dxa"/>
            <w:tcMar>
              <w:top w:w="20" w:type="dxa"/>
              <w:left w:w="50" w:type="dxa"/>
              <w:bottom w:w="20" w:type="dxa"/>
              <w:right w:w="50" w:type="dxa"/>
            </w:tcMar>
          </w:tcPr>
          <w:p w14:paraId="7846258C" w14:textId="77777777" w:rsidR="00292F36" w:rsidRDefault="00000000">
            <w:r>
              <w:rPr>
                <w:sz w:val="14"/>
              </w:rPr>
              <w:t>Turnover</w:t>
            </w:r>
          </w:p>
        </w:tc>
        <w:tc>
          <w:tcPr>
            <w:tcW w:w="1283" w:type="dxa"/>
            <w:tcMar>
              <w:top w:w="20" w:type="dxa"/>
              <w:left w:w="50" w:type="dxa"/>
              <w:bottom w:w="20" w:type="dxa"/>
              <w:right w:w="50" w:type="dxa"/>
            </w:tcMar>
          </w:tcPr>
          <w:p w14:paraId="361B65FE" w14:textId="77777777" w:rsidR="00292F36" w:rsidRDefault="00000000">
            <w:r>
              <w:rPr>
                <w:sz w:val="14"/>
              </w:rPr>
              <w:t>Middle</w:t>
            </w:r>
          </w:p>
        </w:tc>
        <w:tc>
          <w:tcPr>
            <w:tcW w:w="1283" w:type="dxa"/>
            <w:tcMar>
              <w:top w:w="20" w:type="dxa"/>
              <w:left w:w="50" w:type="dxa"/>
              <w:bottom w:w="20" w:type="dxa"/>
              <w:right w:w="50" w:type="dxa"/>
            </w:tcMar>
          </w:tcPr>
          <w:p w14:paraId="54249DF5" w14:textId="77777777" w:rsidR="00292F36" w:rsidRDefault="00000000">
            <w:r>
              <w:rPr>
                <w:sz w:val="14"/>
              </w:rPr>
              <w:t>fished</w:t>
            </w:r>
          </w:p>
        </w:tc>
        <w:tc>
          <w:tcPr>
            <w:tcW w:w="1283" w:type="dxa"/>
            <w:tcMar>
              <w:top w:w="20" w:type="dxa"/>
              <w:left w:w="50" w:type="dxa"/>
              <w:bottom w:w="20" w:type="dxa"/>
              <w:right w:w="50" w:type="dxa"/>
            </w:tcMar>
          </w:tcPr>
          <w:p w14:paraId="1BCCB44C" w14:textId="77777777" w:rsidR="00292F36" w:rsidRDefault="00000000">
            <w:r>
              <w:rPr>
                <w:sz w:val="14"/>
              </w:rPr>
              <w:t>-0.0119</w:t>
            </w:r>
          </w:p>
        </w:tc>
        <w:tc>
          <w:tcPr>
            <w:tcW w:w="1283" w:type="dxa"/>
            <w:tcMar>
              <w:top w:w="20" w:type="dxa"/>
              <w:left w:w="50" w:type="dxa"/>
              <w:bottom w:w="20" w:type="dxa"/>
              <w:right w:w="50" w:type="dxa"/>
            </w:tcMar>
          </w:tcPr>
          <w:p w14:paraId="172D777E" w14:textId="77777777" w:rsidR="00292F36" w:rsidRDefault="00000000">
            <w:r>
              <w:rPr>
                <w:sz w:val="14"/>
              </w:rPr>
              <w:t>0.0695</w:t>
            </w:r>
          </w:p>
        </w:tc>
        <w:tc>
          <w:tcPr>
            <w:tcW w:w="1283" w:type="dxa"/>
            <w:tcMar>
              <w:top w:w="20" w:type="dxa"/>
              <w:left w:w="50" w:type="dxa"/>
              <w:bottom w:w="20" w:type="dxa"/>
              <w:right w:w="50" w:type="dxa"/>
            </w:tcMar>
          </w:tcPr>
          <w:p w14:paraId="464DD2DF" w14:textId="77777777" w:rsidR="00292F36" w:rsidRDefault="00000000">
            <w:r>
              <w:rPr>
                <w:sz w:val="14"/>
              </w:rPr>
              <w:t>-0.1483</w:t>
            </w:r>
          </w:p>
        </w:tc>
        <w:tc>
          <w:tcPr>
            <w:tcW w:w="1283" w:type="dxa"/>
            <w:tcMar>
              <w:top w:w="20" w:type="dxa"/>
              <w:left w:w="50" w:type="dxa"/>
              <w:bottom w:w="20" w:type="dxa"/>
              <w:right w:w="50" w:type="dxa"/>
            </w:tcMar>
          </w:tcPr>
          <w:p w14:paraId="329F9466" w14:textId="77777777" w:rsidR="00292F36" w:rsidRDefault="00000000">
            <w:r>
              <w:rPr>
                <w:sz w:val="14"/>
              </w:rPr>
              <w:t>0.1245</w:t>
            </w:r>
          </w:p>
        </w:tc>
        <w:tc>
          <w:tcPr>
            <w:tcW w:w="1283" w:type="dxa"/>
            <w:tcMar>
              <w:top w:w="20" w:type="dxa"/>
              <w:left w:w="50" w:type="dxa"/>
              <w:bottom w:w="20" w:type="dxa"/>
              <w:right w:w="50" w:type="dxa"/>
            </w:tcMar>
          </w:tcPr>
          <w:p w14:paraId="2F0CC94C" w14:textId="77777777" w:rsidR="00292F36" w:rsidRDefault="00000000">
            <w:r>
              <w:rPr>
                <w:sz w:val="14"/>
              </w:rPr>
              <w:t>-1.19</w:t>
            </w:r>
          </w:p>
        </w:tc>
        <w:tc>
          <w:tcPr>
            <w:tcW w:w="1283" w:type="dxa"/>
            <w:tcMar>
              <w:top w:w="20" w:type="dxa"/>
              <w:left w:w="50" w:type="dxa"/>
              <w:bottom w:w="20" w:type="dxa"/>
              <w:right w:w="50" w:type="dxa"/>
            </w:tcMar>
          </w:tcPr>
          <w:p w14:paraId="189343F3" w14:textId="77777777" w:rsidR="00292F36" w:rsidRDefault="00000000">
            <w:r>
              <w:rPr>
                <w:sz w:val="14"/>
              </w:rPr>
              <w:t>-13.79</w:t>
            </w:r>
          </w:p>
        </w:tc>
        <w:tc>
          <w:tcPr>
            <w:tcW w:w="1283" w:type="dxa"/>
            <w:tcMar>
              <w:top w:w="20" w:type="dxa"/>
              <w:left w:w="50" w:type="dxa"/>
              <w:bottom w:w="20" w:type="dxa"/>
              <w:right w:w="50" w:type="dxa"/>
            </w:tcMar>
          </w:tcPr>
          <w:p w14:paraId="64A284DC" w14:textId="77777777" w:rsidR="00292F36" w:rsidRDefault="00000000">
            <w:r>
              <w:rPr>
                <w:sz w:val="14"/>
              </w:rPr>
              <w:t>13.26</w:t>
            </w:r>
          </w:p>
        </w:tc>
        <w:tc>
          <w:tcPr>
            <w:tcW w:w="1283" w:type="dxa"/>
            <w:tcMar>
              <w:top w:w="20" w:type="dxa"/>
              <w:left w:w="50" w:type="dxa"/>
              <w:bottom w:w="20" w:type="dxa"/>
              <w:right w:w="50" w:type="dxa"/>
            </w:tcMar>
          </w:tcPr>
          <w:p w14:paraId="49CFE5FB" w14:textId="77777777" w:rsidR="00292F36" w:rsidRDefault="00000000">
            <w:r>
              <w:rPr>
                <w:sz w:val="14"/>
              </w:rPr>
              <w:t>False</w:t>
            </w:r>
          </w:p>
        </w:tc>
      </w:tr>
      <w:tr w:rsidR="00292F36" w14:paraId="33635265" w14:textId="77777777">
        <w:tc>
          <w:tcPr>
            <w:tcW w:w="1283" w:type="dxa"/>
            <w:tcMar>
              <w:top w:w="20" w:type="dxa"/>
              <w:left w:w="50" w:type="dxa"/>
              <w:bottom w:w="20" w:type="dxa"/>
              <w:right w:w="50" w:type="dxa"/>
            </w:tcMar>
          </w:tcPr>
          <w:p w14:paraId="44BAA6F7" w14:textId="77777777" w:rsidR="00292F36" w:rsidRDefault="00000000">
            <w:r>
              <w:rPr>
                <w:sz w:val="14"/>
              </w:rPr>
              <w:t>Turnover</w:t>
            </w:r>
          </w:p>
        </w:tc>
        <w:tc>
          <w:tcPr>
            <w:tcW w:w="1283" w:type="dxa"/>
            <w:tcMar>
              <w:top w:w="20" w:type="dxa"/>
              <w:left w:w="50" w:type="dxa"/>
              <w:bottom w:w="20" w:type="dxa"/>
              <w:right w:w="50" w:type="dxa"/>
            </w:tcMar>
          </w:tcPr>
          <w:p w14:paraId="47A42799" w14:textId="77777777" w:rsidR="00292F36" w:rsidRDefault="00000000">
            <w:r>
              <w:rPr>
                <w:sz w:val="14"/>
              </w:rPr>
              <w:t>South</w:t>
            </w:r>
          </w:p>
        </w:tc>
        <w:tc>
          <w:tcPr>
            <w:tcW w:w="1283" w:type="dxa"/>
            <w:tcMar>
              <w:top w:w="20" w:type="dxa"/>
              <w:left w:w="50" w:type="dxa"/>
              <w:bottom w:w="20" w:type="dxa"/>
              <w:right w:w="50" w:type="dxa"/>
            </w:tcMar>
          </w:tcPr>
          <w:p w14:paraId="7F8FF890" w14:textId="77777777" w:rsidR="00292F36" w:rsidRDefault="00000000">
            <w:r>
              <w:rPr>
                <w:sz w:val="14"/>
              </w:rPr>
              <w:t>fished</w:t>
            </w:r>
          </w:p>
        </w:tc>
        <w:tc>
          <w:tcPr>
            <w:tcW w:w="1283" w:type="dxa"/>
            <w:tcMar>
              <w:top w:w="20" w:type="dxa"/>
              <w:left w:w="50" w:type="dxa"/>
              <w:bottom w:w="20" w:type="dxa"/>
              <w:right w:w="50" w:type="dxa"/>
            </w:tcMar>
          </w:tcPr>
          <w:p w14:paraId="513FA04D" w14:textId="77777777" w:rsidR="00292F36" w:rsidRDefault="00000000">
            <w:r>
              <w:rPr>
                <w:sz w:val="14"/>
              </w:rPr>
              <w:t>-0.0111</w:t>
            </w:r>
          </w:p>
        </w:tc>
        <w:tc>
          <w:tcPr>
            <w:tcW w:w="1283" w:type="dxa"/>
            <w:tcMar>
              <w:top w:w="20" w:type="dxa"/>
              <w:left w:w="50" w:type="dxa"/>
              <w:bottom w:w="20" w:type="dxa"/>
              <w:right w:w="50" w:type="dxa"/>
            </w:tcMar>
          </w:tcPr>
          <w:p w14:paraId="10F58AB5" w14:textId="77777777" w:rsidR="00292F36" w:rsidRDefault="00000000">
            <w:r>
              <w:rPr>
                <w:sz w:val="14"/>
              </w:rPr>
              <w:t>0.0618</w:t>
            </w:r>
          </w:p>
        </w:tc>
        <w:tc>
          <w:tcPr>
            <w:tcW w:w="1283" w:type="dxa"/>
            <w:tcMar>
              <w:top w:w="20" w:type="dxa"/>
              <w:left w:w="50" w:type="dxa"/>
              <w:bottom w:w="20" w:type="dxa"/>
              <w:right w:w="50" w:type="dxa"/>
            </w:tcMar>
          </w:tcPr>
          <w:p w14:paraId="36D70856" w14:textId="77777777" w:rsidR="00292F36" w:rsidRDefault="00000000">
            <w:r>
              <w:rPr>
                <w:sz w:val="14"/>
              </w:rPr>
              <w:t>-0.1324</w:t>
            </w:r>
          </w:p>
        </w:tc>
        <w:tc>
          <w:tcPr>
            <w:tcW w:w="1283" w:type="dxa"/>
            <w:tcMar>
              <w:top w:w="20" w:type="dxa"/>
              <w:left w:w="50" w:type="dxa"/>
              <w:bottom w:w="20" w:type="dxa"/>
              <w:right w:w="50" w:type="dxa"/>
            </w:tcMar>
          </w:tcPr>
          <w:p w14:paraId="7267A920" w14:textId="77777777" w:rsidR="00292F36" w:rsidRDefault="00000000">
            <w:r>
              <w:rPr>
                <w:sz w:val="14"/>
              </w:rPr>
              <w:t>0.1101</w:t>
            </w:r>
          </w:p>
        </w:tc>
        <w:tc>
          <w:tcPr>
            <w:tcW w:w="1283" w:type="dxa"/>
            <w:tcMar>
              <w:top w:w="20" w:type="dxa"/>
              <w:left w:w="50" w:type="dxa"/>
              <w:bottom w:w="20" w:type="dxa"/>
              <w:right w:w="50" w:type="dxa"/>
            </w:tcMar>
          </w:tcPr>
          <w:p w14:paraId="0DD02152" w14:textId="77777777" w:rsidR="00292F36" w:rsidRDefault="00000000">
            <w:r>
              <w:rPr>
                <w:sz w:val="14"/>
              </w:rPr>
              <w:t>-1.11</w:t>
            </w:r>
          </w:p>
        </w:tc>
        <w:tc>
          <w:tcPr>
            <w:tcW w:w="1283" w:type="dxa"/>
            <w:tcMar>
              <w:top w:w="20" w:type="dxa"/>
              <w:left w:w="50" w:type="dxa"/>
              <w:bottom w:w="20" w:type="dxa"/>
              <w:right w:w="50" w:type="dxa"/>
            </w:tcMar>
          </w:tcPr>
          <w:p w14:paraId="049B0176" w14:textId="77777777" w:rsidR="00292F36" w:rsidRDefault="00000000">
            <w:r>
              <w:rPr>
                <w:sz w:val="14"/>
              </w:rPr>
              <w:t>-12.4</w:t>
            </w:r>
          </w:p>
        </w:tc>
        <w:tc>
          <w:tcPr>
            <w:tcW w:w="1283" w:type="dxa"/>
            <w:tcMar>
              <w:top w:w="20" w:type="dxa"/>
              <w:left w:w="50" w:type="dxa"/>
              <w:bottom w:w="20" w:type="dxa"/>
              <w:right w:w="50" w:type="dxa"/>
            </w:tcMar>
          </w:tcPr>
          <w:p w14:paraId="4993C7F6" w14:textId="77777777" w:rsidR="00292F36" w:rsidRDefault="00000000">
            <w:r>
              <w:rPr>
                <w:sz w:val="14"/>
              </w:rPr>
              <w:t>11.64</w:t>
            </w:r>
          </w:p>
        </w:tc>
        <w:tc>
          <w:tcPr>
            <w:tcW w:w="1283" w:type="dxa"/>
            <w:tcMar>
              <w:top w:w="20" w:type="dxa"/>
              <w:left w:w="50" w:type="dxa"/>
              <w:bottom w:w="20" w:type="dxa"/>
              <w:right w:w="50" w:type="dxa"/>
            </w:tcMar>
          </w:tcPr>
          <w:p w14:paraId="456AF5C5" w14:textId="77777777" w:rsidR="00292F36" w:rsidRDefault="00000000">
            <w:r>
              <w:rPr>
                <w:sz w:val="14"/>
              </w:rPr>
              <w:t>False</w:t>
            </w:r>
          </w:p>
        </w:tc>
      </w:tr>
    </w:tbl>
    <w:p w14:paraId="045CBFA4" w14:textId="77777777" w:rsidR="00292F36" w:rsidRDefault="00292F36">
      <w:pPr>
        <w:sectPr w:rsidR="00292F36">
          <w:pgSz w:w="15840" w:h="12240" w:orient="landscape"/>
          <w:pgMar w:top="1152" w:right="864" w:bottom="1152" w:left="864" w:header="720" w:footer="720" w:gutter="0"/>
          <w:cols w:space="720"/>
          <w:docGrid w:linePitch="360"/>
        </w:sectPr>
      </w:pPr>
    </w:p>
    <w:p w14:paraId="7530ACF9" w14:textId="77777777" w:rsidR="00292F36" w:rsidRDefault="00000000">
      <w:pPr>
        <w:spacing w:after="40"/>
      </w:pPr>
      <w:r>
        <w:rPr>
          <w:b/>
          <w:sz w:val="22"/>
        </w:rPr>
        <w:lastRenderedPageBreak/>
        <w:t>Table S10 | Temporal trends in biomass-weighted mean assemblage body size across regions and exploitation categories.</w:t>
      </w:r>
    </w:p>
    <w:p w14:paraId="6768C7B6" w14:textId="77777777" w:rsidR="00292F36" w:rsidRDefault="00000000">
      <w:pPr>
        <w:spacing w:after="160"/>
      </w:pPr>
      <w:r>
        <w:rPr>
          <w:sz w:val="18"/>
        </w:rPr>
        <w:t>Temporal slopes of biomass-weighted mean assemblage body size estimated from generalized linear mixed models (GLMMs) across regions and exploitation categories (targeted versus non-targeted species). Models were fitted using a Gamma error distribution with a log link function and included Year × Region × exploitation category interactions, and nested random intercepts for Site/Sub_site. Reported values include slope estimates on the link scale, standard errors (SE), annual percentage change calculated as (exp(β) − 1) × 100, and 95% confidence intervals.</w:t>
      </w:r>
    </w:p>
    <w:tbl>
      <w:tblPr>
        <w:tblStyle w:val="TableGrid"/>
        <w:tblW w:w="0" w:type="auto"/>
        <w:tblLayout w:type="fixed"/>
        <w:tblLook w:val="04A0" w:firstRow="1" w:lastRow="0" w:firstColumn="1" w:lastColumn="0" w:noHBand="0" w:noVBand="1"/>
      </w:tblPr>
      <w:tblGrid>
        <w:gridCol w:w="1170"/>
        <w:gridCol w:w="1170"/>
        <w:gridCol w:w="1170"/>
        <w:gridCol w:w="1170"/>
        <w:gridCol w:w="1170"/>
        <w:gridCol w:w="1170"/>
        <w:gridCol w:w="1170"/>
        <w:gridCol w:w="1170"/>
      </w:tblGrid>
      <w:tr w:rsidR="00292F36" w14:paraId="798AE3E3" w14:textId="77777777">
        <w:trPr>
          <w:tblHeader/>
        </w:trPr>
        <w:tc>
          <w:tcPr>
            <w:tcW w:w="1170" w:type="dxa"/>
            <w:shd w:val="clear" w:color="auto" w:fill="D9E2F3"/>
            <w:tcMar>
              <w:top w:w="20" w:type="dxa"/>
              <w:left w:w="50" w:type="dxa"/>
              <w:bottom w:w="20" w:type="dxa"/>
              <w:right w:w="50" w:type="dxa"/>
            </w:tcMar>
          </w:tcPr>
          <w:p w14:paraId="39C289AD" w14:textId="77777777" w:rsidR="00292F36" w:rsidRDefault="00000000">
            <w:r>
              <w:rPr>
                <w:b/>
                <w:sz w:val="16"/>
              </w:rPr>
              <w:t>Region</w:t>
            </w:r>
          </w:p>
        </w:tc>
        <w:tc>
          <w:tcPr>
            <w:tcW w:w="1170" w:type="dxa"/>
            <w:shd w:val="clear" w:color="auto" w:fill="D9E2F3"/>
            <w:tcMar>
              <w:top w:w="20" w:type="dxa"/>
              <w:left w:w="50" w:type="dxa"/>
              <w:bottom w:w="20" w:type="dxa"/>
              <w:right w:w="50" w:type="dxa"/>
            </w:tcMar>
          </w:tcPr>
          <w:p w14:paraId="772895A6" w14:textId="77777777" w:rsidR="00292F36" w:rsidRDefault="00000000">
            <w:r>
              <w:rPr>
                <w:b/>
                <w:sz w:val="16"/>
              </w:rPr>
              <w:t>Exploitation categories</w:t>
            </w:r>
          </w:p>
        </w:tc>
        <w:tc>
          <w:tcPr>
            <w:tcW w:w="1170" w:type="dxa"/>
            <w:shd w:val="clear" w:color="auto" w:fill="D9E2F3"/>
            <w:tcMar>
              <w:top w:w="20" w:type="dxa"/>
              <w:left w:w="50" w:type="dxa"/>
              <w:bottom w:w="20" w:type="dxa"/>
              <w:right w:w="50" w:type="dxa"/>
            </w:tcMar>
          </w:tcPr>
          <w:p w14:paraId="6B01FF68" w14:textId="77777777" w:rsidR="00292F36" w:rsidRDefault="00000000">
            <w:r>
              <w:rPr>
                <w:b/>
                <w:sz w:val="16"/>
              </w:rPr>
              <w:t>n</w:t>
            </w:r>
          </w:p>
        </w:tc>
        <w:tc>
          <w:tcPr>
            <w:tcW w:w="1170" w:type="dxa"/>
            <w:shd w:val="clear" w:color="auto" w:fill="D9E2F3"/>
            <w:tcMar>
              <w:top w:w="20" w:type="dxa"/>
              <w:left w:w="50" w:type="dxa"/>
              <w:bottom w:w="20" w:type="dxa"/>
              <w:right w:w="50" w:type="dxa"/>
            </w:tcMar>
          </w:tcPr>
          <w:p w14:paraId="46B02D98" w14:textId="77777777" w:rsidR="00292F36" w:rsidRDefault="00000000">
            <w:r>
              <w:rPr>
                <w:b/>
                <w:sz w:val="16"/>
              </w:rPr>
              <w:t>slope_link</w:t>
            </w:r>
          </w:p>
        </w:tc>
        <w:tc>
          <w:tcPr>
            <w:tcW w:w="1170" w:type="dxa"/>
            <w:shd w:val="clear" w:color="auto" w:fill="D9E2F3"/>
            <w:tcMar>
              <w:top w:w="20" w:type="dxa"/>
              <w:left w:w="50" w:type="dxa"/>
              <w:bottom w:w="20" w:type="dxa"/>
              <w:right w:w="50" w:type="dxa"/>
            </w:tcMar>
          </w:tcPr>
          <w:p w14:paraId="6FD200F3" w14:textId="77777777" w:rsidR="00292F36" w:rsidRDefault="00000000">
            <w:r>
              <w:rPr>
                <w:b/>
                <w:sz w:val="16"/>
              </w:rPr>
              <w:t>SE_link</w:t>
            </w:r>
          </w:p>
        </w:tc>
        <w:tc>
          <w:tcPr>
            <w:tcW w:w="1170" w:type="dxa"/>
            <w:shd w:val="clear" w:color="auto" w:fill="D9E2F3"/>
            <w:tcMar>
              <w:top w:w="20" w:type="dxa"/>
              <w:left w:w="50" w:type="dxa"/>
              <w:bottom w:w="20" w:type="dxa"/>
              <w:right w:w="50" w:type="dxa"/>
            </w:tcMar>
          </w:tcPr>
          <w:p w14:paraId="667B5739" w14:textId="77777777" w:rsidR="00292F36" w:rsidRDefault="00000000">
            <w:r>
              <w:rPr>
                <w:b/>
                <w:sz w:val="16"/>
              </w:rPr>
              <w:t>annual_pct</w:t>
            </w:r>
          </w:p>
        </w:tc>
        <w:tc>
          <w:tcPr>
            <w:tcW w:w="1170" w:type="dxa"/>
            <w:shd w:val="clear" w:color="auto" w:fill="D9E2F3"/>
            <w:tcMar>
              <w:top w:w="20" w:type="dxa"/>
              <w:left w:w="50" w:type="dxa"/>
              <w:bottom w:w="20" w:type="dxa"/>
              <w:right w:w="50" w:type="dxa"/>
            </w:tcMar>
          </w:tcPr>
          <w:p w14:paraId="24CE0398" w14:textId="77777777" w:rsidR="00292F36" w:rsidRDefault="00000000">
            <w:r>
              <w:rPr>
                <w:b/>
                <w:sz w:val="16"/>
              </w:rPr>
              <w:t>CI95_low_pct</w:t>
            </w:r>
          </w:p>
        </w:tc>
        <w:tc>
          <w:tcPr>
            <w:tcW w:w="1170" w:type="dxa"/>
            <w:shd w:val="clear" w:color="auto" w:fill="D9E2F3"/>
            <w:tcMar>
              <w:top w:w="20" w:type="dxa"/>
              <w:left w:w="50" w:type="dxa"/>
              <w:bottom w:w="20" w:type="dxa"/>
              <w:right w:w="50" w:type="dxa"/>
            </w:tcMar>
          </w:tcPr>
          <w:p w14:paraId="0E6CA88D" w14:textId="77777777" w:rsidR="00292F36" w:rsidRDefault="00000000">
            <w:r>
              <w:rPr>
                <w:b/>
                <w:sz w:val="16"/>
              </w:rPr>
              <w:t>CI95_high_pct</w:t>
            </w:r>
          </w:p>
        </w:tc>
      </w:tr>
      <w:tr w:rsidR="00292F36" w14:paraId="379A779C" w14:textId="77777777">
        <w:tc>
          <w:tcPr>
            <w:tcW w:w="1170" w:type="dxa"/>
            <w:tcMar>
              <w:top w:w="20" w:type="dxa"/>
              <w:left w:w="50" w:type="dxa"/>
              <w:bottom w:w="20" w:type="dxa"/>
              <w:right w:w="50" w:type="dxa"/>
            </w:tcMar>
          </w:tcPr>
          <w:p w14:paraId="60558448" w14:textId="77777777" w:rsidR="00292F36" w:rsidRDefault="00000000">
            <w:r>
              <w:rPr>
                <w:sz w:val="16"/>
              </w:rPr>
              <w:t>North</w:t>
            </w:r>
          </w:p>
        </w:tc>
        <w:tc>
          <w:tcPr>
            <w:tcW w:w="1170" w:type="dxa"/>
            <w:tcMar>
              <w:top w:w="20" w:type="dxa"/>
              <w:left w:w="50" w:type="dxa"/>
              <w:bottom w:w="20" w:type="dxa"/>
              <w:right w:w="50" w:type="dxa"/>
            </w:tcMar>
          </w:tcPr>
          <w:p w14:paraId="4BC0B1EC" w14:textId="77777777" w:rsidR="00292F36" w:rsidRDefault="00000000">
            <w:r>
              <w:rPr>
                <w:sz w:val="16"/>
              </w:rPr>
              <w:t>Targeted</w:t>
            </w:r>
          </w:p>
        </w:tc>
        <w:tc>
          <w:tcPr>
            <w:tcW w:w="1170" w:type="dxa"/>
            <w:tcMar>
              <w:top w:w="20" w:type="dxa"/>
              <w:left w:w="50" w:type="dxa"/>
              <w:bottom w:w="20" w:type="dxa"/>
              <w:right w:w="50" w:type="dxa"/>
            </w:tcMar>
          </w:tcPr>
          <w:p w14:paraId="3A767690" w14:textId="77777777" w:rsidR="00292F36" w:rsidRDefault="00000000">
            <w:r>
              <w:rPr>
                <w:sz w:val="16"/>
              </w:rPr>
              <w:t>115</w:t>
            </w:r>
          </w:p>
        </w:tc>
        <w:tc>
          <w:tcPr>
            <w:tcW w:w="1170" w:type="dxa"/>
            <w:tcMar>
              <w:top w:w="20" w:type="dxa"/>
              <w:left w:w="50" w:type="dxa"/>
              <w:bottom w:w="20" w:type="dxa"/>
              <w:right w:w="50" w:type="dxa"/>
            </w:tcMar>
          </w:tcPr>
          <w:p w14:paraId="6DAF4541" w14:textId="77777777" w:rsidR="00292F36" w:rsidRDefault="00000000">
            <w:r>
              <w:rPr>
                <w:sz w:val="16"/>
              </w:rPr>
              <w:t>-0.0066</w:t>
            </w:r>
          </w:p>
        </w:tc>
        <w:tc>
          <w:tcPr>
            <w:tcW w:w="1170" w:type="dxa"/>
            <w:tcMar>
              <w:top w:w="20" w:type="dxa"/>
              <w:left w:w="50" w:type="dxa"/>
              <w:bottom w:w="20" w:type="dxa"/>
              <w:right w:w="50" w:type="dxa"/>
            </w:tcMar>
          </w:tcPr>
          <w:p w14:paraId="7800D1BC" w14:textId="77777777" w:rsidR="00292F36" w:rsidRDefault="00000000">
            <w:r>
              <w:rPr>
                <w:sz w:val="16"/>
              </w:rPr>
              <w:t>0.023</w:t>
            </w:r>
          </w:p>
        </w:tc>
        <w:tc>
          <w:tcPr>
            <w:tcW w:w="1170" w:type="dxa"/>
            <w:tcMar>
              <w:top w:w="20" w:type="dxa"/>
              <w:left w:w="50" w:type="dxa"/>
              <w:bottom w:w="20" w:type="dxa"/>
              <w:right w:w="50" w:type="dxa"/>
            </w:tcMar>
          </w:tcPr>
          <w:p w14:paraId="527B148E" w14:textId="77777777" w:rsidR="00292F36" w:rsidRDefault="00000000">
            <w:r>
              <w:rPr>
                <w:sz w:val="16"/>
              </w:rPr>
              <w:t>-0.66</w:t>
            </w:r>
          </w:p>
        </w:tc>
        <w:tc>
          <w:tcPr>
            <w:tcW w:w="1170" w:type="dxa"/>
            <w:tcMar>
              <w:top w:w="20" w:type="dxa"/>
              <w:left w:w="50" w:type="dxa"/>
              <w:bottom w:w="20" w:type="dxa"/>
              <w:right w:w="50" w:type="dxa"/>
            </w:tcMar>
          </w:tcPr>
          <w:p w14:paraId="56D05DC8" w14:textId="77777777" w:rsidR="00292F36" w:rsidRDefault="00000000">
            <w:r>
              <w:rPr>
                <w:sz w:val="16"/>
              </w:rPr>
              <w:t>-5.03</w:t>
            </w:r>
          </w:p>
        </w:tc>
        <w:tc>
          <w:tcPr>
            <w:tcW w:w="1170" w:type="dxa"/>
            <w:tcMar>
              <w:top w:w="20" w:type="dxa"/>
              <w:left w:w="50" w:type="dxa"/>
              <w:bottom w:w="20" w:type="dxa"/>
              <w:right w:w="50" w:type="dxa"/>
            </w:tcMar>
          </w:tcPr>
          <w:p w14:paraId="12AAA577" w14:textId="77777777" w:rsidR="00292F36" w:rsidRDefault="00000000">
            <w:r>
              <w:rPr>
                <w:sz w:val="16"/>
              </w:rPr>
              <w:t>3.92</w:t>
            </w:r>
          </w:p>
        </w:tc>
      </w:tr>
      <w:tr w:rsidR="00292F36" w14:paraId="704BDCBE" w14:textId="77777777">
        <w:tc>
          <w:tcPr>
            <w:tcW w:w="1170" w:type="dxa"/>
            <w:tcMar>
              <w:top w:w="20" w:type="dxa"/>
              <w:left w:w="50" w:type="dxa"/>
              <w:bottom w:w="20" w:type="dxa"/>
              <w:right w:w="50" w:type="dxa"/>
            </w:tcMar>
          </w:tcPr>
          <w:p w14:paraId="3BEB6A0C" w14:textId="77777777" w:rsidR="00292F36" w:rsidRDefault="00000000">
            <w:r>
              <w:rPr>
                <w:sz w:val="16"/>
              </w:rPr>
              <w:t>North</w:t>
            </w:r>
          </w:p>
        </w:tc>
        <w:tc>
          <w:tcPr>
            <w:tcW w:w="1170" w:type="dxa"/>
            <w:tcMar>
              <w:top w:w="20" w:type="dxa"/>
              <w:left w:w="50" w:type="dxa"/>
              <w:bottom w:w="20" w:type="dxa"/>
              <w:right w:w="50" w:type="dxa"/>
            </w:tcMar>
          </w:tcPr>
          <w:p w14:paraId="5150280C" w14:textId="77777777" w:rsidR="00292F36" w:rsidRDefault="00000000">
            <w:r>
              <w:rPr>
                <w:sz w:val="16"/>
              </w:rPr>
              <w:t>Non-targeted</w:t>
            </w:r>
          </w:p>
        </w:tc>
        <w:tc>
          <w:tcPr>
            <w:tcW w:w="1170" w:type="dxa"/>
            <w:tcMar>
              <w:top w:w="20" w:type="dxa"/>
              <w:left w:w="50" w:type="dxa"/>
              <w:bottom w:w="20" w:type="dxa"/>
              <w:right w:w="50" w:type="dxa"/>
            </w:tcMar>
          </w:tcPr>
          <w:p w14:paraId="0B1D3E76" w14:textId="77777777" w:rsidR="00292F36" w:rsidRDefault="00000000">
            <w:r>
              <w:rPr>
                <w:sz w:val="16"/>
              </w:rPr>
              <w:t>118</w:t>
            </w:r>
          </w:p>
        </w:tc>
        <w:tc>
          <w:tcPr>
            <w:tcW w:w="1170" w:type="dxa"/>
            <w:tcMar>
              <w:top w:w="20" w:type="dxa"/>
              <w:left w:w="50" w:type="dxa"/>
              <w:bottom w:w="20" w:type="dxa"/>
              <w:right w:w="50" w:type="dxa"/>
            </w:tcMar>
          </w:tcPr>
          <w:p w14:paraId="7BF1F022" w14:textId="77777777" w:rsidR="00292F36" w:rsidRDefault="00000000">
            <w:r>
              <w:rPr>
                <w:sz w:val="16"/>
              </w:rPr>
              <w:t>-0.0035</w:t>
            </w:r>
          </w:p>
        </w:tc>
        <w:tc>
          <w:tcPr>
            <w:tcW w:w="1170" w:type="dxa"/>
            <w:tcMar>
              <w:top w:w="20" w:type="dxa"/>
              <w:left w:w="50" w:type="dxa"/>
              <w:bottom w:w="20" w:type="dxa"/>
              <w:right w:w="50" w:type="dxa"/>
            </w:tcMar>
          </w:tcPr>
          <w:p w14:paraId="0B963C32" w14:textId="77777777" w:rsidR="00292F36" w:rsidRDefault="00000000">
            <w:r>
              <w:rPr>
                <w:sz w:val="16"/>
              </w:rPr>
              <w:t>0.0232</w:t>
            </w:r>
          </w:p>
        </w:tc>
        <w:tc>
          <w:tcPr>
            <w:tcW w:w="1170" w:type="dxa"/>
            <w:tcMar>
              <w:top w:w="20" w:type="dxa"/>
              <w:left w:w="50" w:type="dxa"/>
              <w:bottom w:w="20" w:type="dxa"/>
              <w:right w:w="50" w:type="dxa"/>
            </w:tcMar>
          </w:tcPr>
          <w:p w14:paraId="1D8FF699" w14:textId="77777777" w:rsidR="00292F36" w:rsidRDefault="00000000">
            <w:r>
              <w:rPr>
                <w:sz w:val="16"/>
              </w:rPr>
              <w:t>-0.35</w:t>
            </w:r>
          </w:p>
        </w:tc>
        <w:tc>
          <w:tcPr>
            <w:tcW w:w="1170" w:type="dxa"/>
            <w:tcMar>
              <w:top w:w="20" w:type="dxa"/>
              <w:left w:w="50" w:type="dxa"/>
              <w:bottom w:w="20" w:type="dxa"/>
              <w:right w:w="50" w:type="dxa"/>
            </w:tcMar>
          </w:tcPr>
          <w:p w14:paraId="36F41A68" w14:textId="77777777" w:rsidR="00292F36" w:rsidRDefault="00000000">
            <w:r>
              <w:rPr>
                <w:sz w:val="16"/>
              </w:rPr>
              <w:t>-4.77</w:t>
            </w:r>
          </w:p>
        </w:tc>
        <w:tc>
          <w:tcPr>
            <w:tcW w:w="1170" w:type="dxa"/>
            <w:tcMar>
              <w:top w:w="20" w:type="dxa"/>
              <w:left w:w="50" w:type="dxa"/>
              <w:bottom w:w="20" w:type="dxa"/>
              <w:right w:w="50" w:type="dxa"/>
            </w:tcMar>
          </w:tcPr>
          <w:p w14:paraId="4DA5E4EB" w14:textId="77777777" w:rsidR="00292F36" w:rsidRDefault="00000000">
            <w:r>
              <w:rPr>
                <w:sz w:val="16"/>
              </w:rPr>
              <w:t>4.28</w:t>
            </w:r>
          </w:p>
        </w:tc>
      </w:tr>
      <w:tr w:rsidR="00292F36" w14:paraId="5221BB3E" w14:textId="77777777">
        <w:tc>
          <w:tcPr>
            <w:tcW w:w="1170" w:type="dxa"/>
            <w:tcMar>
              <w:top w:w="20" w:type="dxa"/>
              <w:left w:w="50" w:type="dxa"/>
              <w:bottom w:w="20" w:type="dxa"/>
              <w:right w:w="50" w:type="dxa"/>
            </w:tcMar>
          </w:tcPr>
          <w:p w14:paraId="296048E8" w14:textId="77777777" w:rsidR="00292F36" w:rsidRDefault="00000000">
            <w:r>
              <w:rPr>
                <w:sz w:val="16"/>
              </w:rPr>
              <w:t>Middle</w:t>
            </w:r>
          </w:p>
        </w:tc>
        <w:tc>
          <w:tcPr>
            <w:tcW w:w="1170" w:type="dxa"/>
            <w:tcMar>
              <w:top w:w="20" w:type="dxa"/>
              <w:left w:w="50" w:type="dxa"/>
              <w:bottom w:w="20" w:type="dxa"/>
              <w:right w:w="50" w:type="dxa"/>
            </w:tcMar>
          </w:tcPr>
          <w:p w14:paraId="6DD9A4B3" w14:textId="77777777" w:rsidR="00292F36" w:rsidRDefault="00000000">
            <w:r>
              <w:rPr>
                <w:sz w:val="16"/>
              </w:rPr>
              <w:t>Targeted</w:t>
            </w:r>
          </w:p>
        </w:tc>
        <w:tc>
          <w:tcPr>
            <w:tcW w:w="1170" w:type="dxa"/>
            <w:tcMar>
              <w:top w:w="20" w:type="dxa"/>
              <w:left w:w="50" w:type="dxa"/>
              <w:bottom w:w="20" w:type="dxa"/>
              <w:right w:w="50" w:type="dxa"/>
            </w:tcMar>
          </w:tcPr>
          <w:p w14:paraId="51905E9D" w14:textId="77777777" w:rsidR="00292F36" w:rsidRDefault="00000000">
            <w:r>
              <w:rPr>
                <w:sz w:val="16"/>
              </w:rPr>
              <w:t>54</w:t>
            </w:r>
          </w:p>
        </w:tc>
        <w:tc>
          <w:tcPr>
            <w:tcW w:w="1170" w:type="dxa"/>
            <w:tcMar>
              <w:top w:w="20" w:type="dxa"/>
              <w:left w:w="50" w:type="dxa"/>
              <w:bottom w:w="20" w:type="dxa"/>
              <w:right w:w="50" w:type="dxa"/>
            </w:tcMar>
          </w:tcPr>
          <w:p w14:paraId="2A8A82FB" w14:textId="77777777" w:rsidR="00292F36" w:rsidRDefault="00000000">
            <w:r>
              <w:rPr>
                <w:sz w:val="16"/>
              </w:rPr>
              <w:t>0.0191</w:t>
            </w:r>
          </w:p>
        </w:tc>
        <w:tc>
          <w:tcPr>
            <w:tcW w:w="1170" w:type="dxa"/>
            <w:tcMar>
              <w:top w:w="20" w:type="dxa"/>
              <w:left w:w="50" w:type="dxa"/>
              <w:bottom w:w="20" w:type="dxa"/>
              <w:right w:w="50" w:type="dxa"/>
            </w:tcMar>
          </w:tcPr>
          <w:p w14:paraId="1ECF97C6" w14:textId="77777777" w:rsidR="00292F36" w:rsidRDefault="00000000">
            <w:r>
              <w:rPr>
                <w:sz w:val="16"/>
              </w:rPr>
              <w:t>0.0254</w:t>
            </w:r>
          </w:p>
        </w:tc>
        <w:tc>
          <w:tcPr>
            <w:tcW w:w="1170" w:type="dxa"/>
            <w:tcMar>
              <w:top w:w="20" w:type="dxa"/>
              <w:left w:w="50" w:type="dxa"/>
              <w:bottom w:w="20" w:type="dxa"/>
              <w:right w:w="50" w:type="dxa"/>
            </w:tcMar>
          </w:tcPr>
          <w:p w14:paraId="1CFE5070" w14:textId="77777777" w:rsidR="00292F36" w:rsidRDefault="00000000">
            <w:r>
              <w:rPr>
                <w:sz w:val="16"/>
              </w:rPr>
              <w:t>1.92</w:t>
            </w:r>
          </w:p>
        </w:tc>
        <w:tc>
          <w:tcPr>
            <w:tcW w:w="1170" w:type="dxa"/>
            <w:tcMar>
              <w:top w:w="20" w:type="dxa"/>
              <w:left w:w="50" w:type="dxa"/>
              <w:bottom w:w="20" w:type="dxa"/>
              <w:right w:w="50" w:type="dxa"/>
            </w:tcMar>
          </w:tcPr>
          <w:p w14:paraId="6360936E" w14:textId="77777777" w:rsidR="00292F36" w:rsidRDefault="00000000">
            <w:r>
              <w:rPr>
                <w:sz w:val="16"/>
              </w:rPr>
              <w:t>-3.02</w:t>
            </w:r>
          </w:p>
        </w:tc>
        <w:tc>
          <w:tcPr>
            <w:tcW w:w="1170" w:type="dxa"/>
            <w:tcMar>
              <w:top w:w="20" w:type="dxa"/>
              <w:left w:w="50" w:type="dxa"/>
              <w:bottom w:w="20" w:type="dxa"/>
              <w:right w:w="50" w:type="dxa"/>
            </w:tcMar>
          </w:tcPr>
          <w:p w14:paraId="0B04CC63" w14:textId="77777777" w:rsidR="00292F36" w:rsidRDefault="00000000">
            <w:r>
              <w:rPr>
                <w:sz w:val="16"/>
              </w:rPr>
              <w:t>7.12</w:t>
            </w:r>
          </w:p>
        </w:tc>
      </w:tr>
      <w:tr w:rsidR="00292F36" w14:paraId="5F3E8311" w14:textId="77777777">
        <w:tc>
          <w:tcPr>
            <w:tcW w:w="1170" w:type="dxa"/>
            <w:tcMar>
              <w:top w:w="20" w:type="dxa"/>
              <w:left w:w="50" w:type="dxa"/>
              <w:bottom w:w="20" w:type="dxa"/>
              <w:right w:w="50" w:type="dxa"/>
            </w:tcMar>
          </w:tcPr>
          <w:p w14:paraId="73192C16" w14:textId="77777777" w:rsidR="00292F36" w:rsidRDefault="00000000">
            <w:r>
              <w:rPr>
                <w:sz w:val="16"/>
              </w:rPr>
              <w:t>Middle</w:t>
            </w:r>
          </w:p>
        </w:tc>
        <w:tc>
          <w:tcPr>
            <w:tcW w:w="1170" w:type="dxa"/>
            <w:tcMar>
              <w:top w:w="20" w:type="dxa"/>
              <w:left w:w="50" w:type="dxa"/>
              <w:bottom w:w="20" w:type="dxa"/>
              <w:right w:w="50" w:type="dxa"/>
            </w:tcMar>
          </w:tcPr>
          <w:p w14:paraId="27BD3DC8" w14:textId="77777777" w:rsidR="00292F36" w:rsidRDefault="00000000">
            <w:r>
              <w:rPr>
                <w:sz w:val="16"/>
              </w:rPr>
              <w:t>Non-targeted</w:t>
            </w:r>
          </w:p>
        </w:tc>
        <w:tc>
          <w:tcPr>
            <w:tcW w:w="1170" w:type="dxa"/>
            <w:tcMar>
              <w:top w:w="20" w:type="dxa"/>
              <w:left w:w="50" w:type="dxa"/>
              <w:bottom w:w="20" w:type="dxa"/>
              <w:right w:w="50" w:type="dxa"/>
            </w:tcMar>
          </w:tcPr>
          <w:p w14:paraId="21F7E9D0" w14:textId="77777777" w:rsidR="00292F36" w:rsidRDefault="00000000">
            <w:r>
              <w:rPr>
                <w:sz w:val="16"/>
              </w:rPr>
              <w:t>52</w:t>
            </w:r>
          </w:p>
        </w:tc>
        <w:tc>
          <w:tcPr>
            <w:tcW w:w="1170" w:type="dxa"/>
            <w:tcMar>
              <w:top w:w="20" w:type="dxa"/>
              <w:left w:w="50" w:type="dxa"/>
              <w:bottom w:w="20" w:type="dxa"/>
              <w:right w:w="50" w:type="dxa"/>
            </w:tcMar>
          </w:tcPr>
          <w:p w14:paraId="3ED1A754" w14:textId="77777777" w:rsidR="00292F36" w:rsidRDefault="00000000">
            <w:r>
              <w:rPr>
                <w:sz w:val="16"/>
              </w:rPr>
              <w:t>0.0657</w:t>
            </w:r>
          </w:p>
        </w:tc>
        <w:tc>
          <w:tcPr>
            <w:tcW w:w="1170" w:type="dxa"/>
            <w:tcMar>
              <w:top w:w="20" w:type="dxa"/>
              <w:left w:w="50" w:type="dxa"/>
              <w:bottom w:w="20" w:type="dxa"/>
              <w:right w:w="50" w:type="dxa"/>
            </w:tcMar>
          </w:tcPr>
          <w:p w14:paraId="0C0D2865" w14:textId="77777777" w:rsidR="00292F36" w:rsidRDefault="00000000">
            <w:r>
              <w:rPr>
                <w:sz w:val="16"/>
              </w:rPr>
              <w:t>0.0252</w:t>
            </w:r>
          </w:p>
        </w:tc>
        <w:tc>
          <w:tcPr>
            <w:tcW w:w="1170" w:type="dxa"/>
            <w:tcMar>
              <w:top w:w="20" w:type="dxa"/>
              <w:left w:w="50" w:type="dxa"/>
              <w:bottom w:w="20" w:type="dxa"/>
              <w:right w:w="50" w:type="dxa"/>
            </w:tcMar>
          </w:tcPr>
          <w:p w14:paraId="6FD36D3A" w14:textId="77777777" w:rsidR="00292F36" w:rsidRDefault="00000000">
            <w:r>
              <w:rPr>
                <w:sz w:val="16"/>
              </w:rPr>
              <w:t>6.79</w:t>
            </w:r>
          </w:p>
        </w:tc>
        <w:tc>
          <w:tcPr>
            <w:tcW w:w="1170" w:type="dxa"/>
            <w:tcMar>
              <w:top w:w="20" w:type="dxa"/>
              <w:left w:w="50" w:type="dxa"/>
              <w:bottom w:w="20" w:type="dxa"/>
              <w:right w:w="50" w:type="dxa"/>
            </w:tcMar>
          </w:tcPr>
          <w:p w14:paraId="1D122F4D" w14:textId="77777777" w:rsidR="00292F36" w:rsidRDefault="00000000">
            <w:r>
              <w:rPr>
                <w:sz w:val="16"/>
              </w:rPr>
              <w:t>1.65</w:t>
            </w:r>
          </w:p>
        </w:tc>
        <w:tc>
          <w:tcPr>
            <w:tcW w:w="1170" w:type="dxa"/>
            <w:tcMar>
              <w:top w:w="20" w:type="dxa"/>
              <w:left w:w="50" w:type="dxa"/>
              <w:bottom w:w="20" w:type="dxa"/>
              <w:right w:w="50" w:type="dxa"/>
            </w:tcMar>
          </w:tcPr>
          <w:p w14:paraId="5DAD5FBB" w14:textId="77777777" w:rsidR="00292F36" w:rsidRDefault="00000000">
            <w:r>
              <w:rPr>
                <w:sz w:val="16"/>
              </w:rPr>
              <w:t>12.19</w:t>
            </w:r>
          </w:p>
        </w:tc>
      </w:tr>
      <w:tr w:rsidR="00292F36" w14:paraId="0595B077" w14:textId="77777777">
        <w:tc>
          <w:tcPr>
            <w:tcW w:w="1170" w:type="dxa"/>
            <w:tcMar>
              <w:top w:w="20" w:type="dxa"/>
              <w:left w:w="50" w:type="dxa"/>
              <w:bottom w:w="20" w:type="dxa"/>
              <w:right w:w="50" w:type="dxa"/>
            </w:tcMar>
          </w:tcPr>
          <w:p w14:paraId="7C36FFDC" w14:textId="77777777" w:rsidR="00292F36" w:rsidRDefault="00000000">
            <w:r>
              <w:rPr>
                <w:sz w:val="16"/>
              </w:rPr>
              <w:t>South</w:t>
            </w:r>
          </w:p>
        </w:tc>
        <w:tc>
          <w:tcPr>
            <w:tcW w:w="1170" w:type="dxa"/>
            <w:tcMar>
              <w:top w:w="20" w:type="dxa"/>
              <w:left w:w="50" w:type="dxa"/>
              <w:bottom w:w="20" w:type="dxa"/>
              <w:right w:w="50" w:type="dxa"/>
            </w:tcMar>
          </w:tcPr>
          <w:p w14:paraId="65028F35" w14:textId="77777777" w:rsidR="00292F36" w:rsidRDefault="00000000">
            <w:r>
              <w:rPr>
                <w:sz w:val="16"/>
              </w:rPr>
              <w:t>Targeted</w:t>
            </w:r>
          </w:p>
        </w:tc>
        <w:tc>
          <w:tcPr>
            <w:tcW w:w="1170" w:type="dxa"/>
            <w:tcMar>
              <w:top w:w="20" w:type="dxa"/>
              <w:left w:w="50" w:type="dxa"/>
              <w:bottom w:w="20" w:type="dxa"/>
              <w:right w:w="50" w:type="dxa"/>
            </w:tcMar>
          </w:tcPr>
          <w:p w14:paraId="2E3CE0DC" w14:textId="77777777" w:rsidR="00292F36" w:rsidRDefault="00000000">
            <w:r>
              <w:rPr>
                <w:sz w:val="16"/>
              </w:rPr>
              <w:t>136</w:t>
            </w:r>
          </w:p>
        </w:tc>
        <w:tc>
          <w:tcPr>
            <w:tcW w:w="1170" w:type="dxa"/>
            <w:tcMar>
              <w:top w:w="20" w:type="dxa"/>
              <w:left w:w="50" w:type="dxa"/>
              <w:bottom w:w="20" w:type="dxa"/>
              <w:right w:w="50" w:type="dxa"/>
            </w:tcMar>
          </w:tcPr>
          <w:p w14:paraId="708B3461" w14:textId="77777777" w:rsidR="00292F36" w:rsidRDefault="00000000">
            <w:r>
              <w:rPr>
                <w:sz w:val="16"/>
              </w:rPr>
              <w:t>0.0014</w:t>
            </w:r>
          </w:p>
        </w:tc>
        <w:tc>
          <w:tcPr>
            <w:tcW w:w="1170" w:type="dxa"/>
            <w:tcMar>
              <w:top w:w="20" w:type="dxa"/>
              <w:left w:w="50" w:type="dxa"/>
              <w:bottom w:w="20" w:type="dxa"/>
              <w:right w:w="50" w:type="dxa"/>
            </w:tcMar>
          </w:tcPr>
          <w:p w14:paraId="276572FD" w14:textId="77777777" w:rsidR="00292F36" w:rsidRDefault="00000000">
            <w:r>
              <w:rPr>
                <w:sz w:val="16"/>
              </w:rPr>
              <w:t>0.0229</w:t>
            </w:r>
          </w:p>
        </w:tc>
        <w:tc>
          <w:tcPr>
            <w:tcW w:w="1170" w:type="dxa"/>
            <w:tcMar>
              <w:top w:w="20" w:type="dxa"/>
              <w:left w:w="50" w:type="dxa"/>
              <w:bottom w:w="20" w:type="dxa"/>
              <w:right w:w="50" w:type="dxa"/>
            </w:tcMar>
          </w:tcPr>
          <w:p w14:paraId="79F91039" w14:textId="77777777" w:rsidR="00292F36" w:rsidRDefault="00000000">
            <w:r>
              <w:rPr>
                <w:sz w:val="16"/>
              </w:rPr>
              <w:t>0.14</w:t>
            </w:r>
          </w:p>
        </w:tc>
        <w:tc>
          <w:tcPr>
            <w:tcW w:w="1170" w:type="dxa"/>
            <w:tcMar>
              <w:top w:w="20" w:type="dxa"/>
              <w:left w:w="50" w:type="dxa"/>
              <w:bottom w:w="20" w:type="dxa"/>
              <w:right w:w="50" w:type="dxa"/>
            </w:tcMar>
          </w:tcPr>
          <w:p w14:paraId="62F06360" w14:textId="77777777" w:rsidR="00292F36" w:rsidRDefault="00000000">
            <w:r>
              <w:rPr>
                <w:sz w:val="16"/>
              </w:rPr>
              <w:t>-4.25</w:t>
            </w:r>
          </w:p>
        </w:tc>
        <w:tc>
          <w:tcPr>
            <w:tcW w:w="1170" w:type="dxa"/>
            <w:tcMar>
              <w:top w:w="20" w:type="dxa"/>
              <w:left w:w="50" w:type="dxa"/>
              <w:bottom w:w="20" w:type="dxa"/>
              <w:right w:w="50" w:type="dxa"/>
            </w:tcMar>
          </w:tcPr>
          <w:p w14:paraId="3B213FB4" w14:textId="77777777" w:rsidR="00292F36" w:rsidRDefault="00000000">
            <w:r>
              <w:rPr>
                <w:sz w:val="16"/>
              </w:rPr>
              <w:t>4.74</w:t>
            </w:r>
          </w:p>
        </w:tc>
      </w:tr>
      <w:tr w:rsidR="00292F36" w14:paraId="2717D6E1" w14:textId="77777777">
        <w:tc>
          <w:tcPr>
            <w:tcW w:w="1170" w:type="dxa"/>
            <w:tcMar>
              <w:top w:w="20" w:type="dxa"/>
              <w:left w:w="50" w:type="dxa"/>
              <w:bottom w:w="20" w:type="dxa"/>
              <w:right w:w="50" w:type="dxa"/>
            </w:tcMar>
          </w:tcPr>
          <w:p w14:paraId="5A9F7110" w14:textId="77777777" w:rsidR="00292F36" w:rsidRDefault="00000000">
            <w:r>
              <w:rPr>
                <w:sz w:val="16"/>
              </w:rPr>
              <w:t>South</w:t>
            </w:r>
          </w:p>
        </w:tc>
        <w:tc>
          <w:tcPr>
            <w:tcW w:w="1170" w:type="dxa"/>
            <w:tcMar>
              <w:top w:w="20" w:type="dxa"/>
              <w:left w:w="50" w:type="dxa"/>
              <w:bottom w:w="20" w:type="dxa"/>
              <w:right w:w="50" w:type="dxa"/>
            </w:tcMar>
          </w:tcPr>
          <w:p w14:paraId="31C1569E" w14:textId="77777777" w:rsidR="00292F36" w:rsidRDefault="00000000">
            <w:r>
              <w:rPr>
                <w:sz w:val="16"/>
              </w:rPr>
              <w:t>Non-targeted</w:t>
            </w:r>
          </w:p>
        </w:tc>
        <w:tc>
          <w:tcPr>
            <w:tcW w:w="1170" w:type="dxa"/>
            <w:tcMar>
              <w:top w:w="20" w:type="dxa"/>
              <w:left w:w="50" w:type="dxa"/>
              <w:bottom w:w="20" w:type="dxa"/>
              <w:right w:w="50" w:type="dxa"/>
            </w:tcMar>
          </w:tcPr>
          <w:p w14:paraId="6124C323" w14:textId="77777777" w:rsidR="00292F36" w:rsidRDefault="00000000">
            <w:r>
              <w:rPr>
                <w:sz w:val="16"/>
              </w:rPr>
              <w:t>128</w:t>
            </w:r>
          </w:p>
        </w:tc>
        <w:tc>
          <w:tcPr>
            <w:tcW w:w="1170" w:type="dxa"/>
            <w:tcMar>
              <w:top w:w="20" w:type="dxa"/>
              <w:left w:w="50" w:type="dxa"/>
              <w:bottom w:w="20" w:type="dxa"/>
              <w:right w:w="50" w:type="dxa"/>
            </w:tcMar>
          </w:tcPr>
          <w:p w14:paraId="5A5F0A74" w14:textId="77777777" w:rsidR="00292F36" w:rsidRDefault="00000000">
            <w:r>
              <w:rPr>
                <w:sz w:val="16"/>
              </w:rPr>
              <w:t>-0.0146</w:t>
            </w:r>
          </w:p>
        </w:tc>
        <w:tc>
          <w:tcPr>
            <w:tcW w:w="1170" w:type="dxa"/>
            <w:tcMar>
              <w:top w:w="20" w:type="dxa"/>
              <w:left w:w="50" w:type="dxa"/>
              <w:bottom w:w="20" w:type="dxa"/>
              <w:right w:w="50" w:type="dxa"/>
            </w:tcMar>
          </w:tcPr>
          <w:p w14:paraId="0B20DDD5" w14:textId="77777777" w:rsidR="00292F36" w:rsidRDefault="00000000">
            <w:r>
              <w:rPr>
                <w:sz w:val="16"/>
              </w:rPr>
              <w:t>0.0225</w:t>
            </w:r>
          </w:p>
        </w:tc>
        <w:tc>
          <w:tcPr>
            <w:tcW w:w="1170" w:type="dxa"/>
            <w:tcMar>
              <w:top w:w="20" w:type="dxa"/>
              <w:left w:w="50" w:type="dxa"/>
              <w:bottom w:w="20" w:type="dxa"/>
              <w:right w:w="50" w:type="dxa"/>
            </w:tcMar>
          </w:tcPr>
          <w:p w14:paraId="06EAF81E" w14:textId="77777777" w:rsidR="00292F36" w:rsidRDefault="00000000">
            <w:r>
              <w:rPr>
                <w:sz w:val="16"/>
              </w:rPr>
              <w:t>-1.45</w:t>
            </w:r>
          </w:p>
        </w:tc>
        <w:tc>
          <w:tcPr>
            <w:tcW w:w="1170" w:type="dxa"/>
            <w:tcMar>
              <w:top w:w="20" w:type="dxa"/>
              <w:left w:w="50" w:type="dxa"/>
              <w:bottom w:w="20" w:type="dxa"/>
              <w:right w:w="50" w:type="dxa"/>
            </w:tcMar>
          </w:tcPr>
          <w:p w14:paraId="7F3D522A" w14:textId="77777777" w:rsidR="00292F36" w:rsidRDefault="00000000">
            <w:r>
              <w:rPr>
                <w:sz w:val="16"/>
              </w:rPr>
              <w:t>-5.71</w:t>
            </w:r>
          </w:p>
        </w:tc>
        <w:tc>
          <w:tcPr>
            <w:tcW w:w="1170" w:type="dxa"/>
            <w:tcMar>
              <w:top w:w="20" w:type="dxa"/>
              <w:left w:w="50" w:type="dxa"/>
              <w:bottom w:w="20" w:type="dxa"/>
              <w:right w:w="50" w:type="dxa"/>
            </w:tcMar>
          </w:tcPr>
          <w:p w14:paraId="6E860918" w14:textId="77777777" w:rsidR="00292F36" w:rsidRDefault="00000000">
            <w:r>
              <w:rPr>
                <w:sz w:val="16"/>
              </w:rPr>
              <w:t>3</w:t>
            </w:r>
          </w:p>
        </w:tc>
      </w:tr>
    </w:tbl>
    <w:p w14:paraId="589B44A3" w14:textId="77777777" w:rsidR="00292F36" w:rsidRDefault="00292F36">
      <w:pPr>
        <w:sectPr w:rsidR="00292F36">
          <w:pgSz w:w="12240" w:h="15840"/>
          <w:pgMar w:top="1152" w:right="1440" w:bottom="1152" w:left="1440" w:header="720" w:footer="720" w:gutter="0"/>
          <w:cols w:space="720"/>
          <w:docGrid w:linePitch="360"/>
        </w:sectPr>
      </w:pPr>
    </w:p>
    <w:p w14:paraId="57A50551" w14:textId="77777777" w:rsidR="00292F36" w:rsidRDefault="00000000">
      <w:pPr>
        <w:spacing w:after="40"/>
      </w:pPr>
      <w:r>
        <w:rPr>
          <w:b/>
          <w:sz w:val="22"/>
        </w:rPr>
        <w:lastRenderedPageBreak/>
        <w:t>Table S11 | Mean per-100 g recommended dietary intake (RDI) contributions of targeted and non-targeted reef fish species and effects of exploitation category and region.</w:t>
      </w:r>
    </w:p>
    <w:p w14:paraId="70C9E80A" w14:textId="77777777" w:rsidR="00292F36" w:rsidRDefault="00000000">
      <w:pPr>
        <w:spacing w:after="160"/>
      </w:pPr>
      <w:r>
        <w:rPr>
          <w:sz w:val="18"/>
        </w:rPr>
        <w:t>Mean contributions to recommended dietary intake (RDI) per 100 g of fish tissue for individual micronutrients, calculated separately for targeted and non-targeted reef fish species. Reported values represent average nutrient density (%RDI per 100 g wet weight) across exploitation categories. Type II Wald chi-square tests from generalized linear mixed models were used to evaluate the effects of exploitation category, region, and their interaction (Region x Exploitation) on micronutrient provisioning. Reported statistics include Wald chi-square values, degrees of freedom, p-values, and significance levels. Significant interaction terms indicate that differences between targeted and non-targeted species varied among regions. *** p &lt; 0.001, ** p &lt; 0.01, * p &lt; 0.05.</w:t>
      </w:r>
    </w:p>
    <w:tbl>
      <w:tblPr>
        <w:tblStyle w:val="TableGrid"/>
        <w:tblW w:w="0" w:type="auto"/>
        <w:tblLayout w:type="fixed"/>
        <w:tblLook w:val="04A0" w:firstRow="1" w:lastRow="0" w:firstColumn="1" w:lastColumn="0" w:noHBand="0" w:noVBand="1"/>
      </w:tblPr>
      <w:tblGrid>
        <w:gridCol w:w="784"/>
        <w:gridCol w:w="784"/>
        <w:gridCol w:w="784"/>
        <w:gridCol w:w="784"/>
        <w:gridCol w:w="784"/>
        <w:gridCol w:w="784"/>
        <w:gridCol w:w="784"/>
        <w:gridCol w:w="784"/>
        <w:gridCol w:w="784"/>
        <w:gridCol w:w="784"/>
        <w:gridCol w:w="784"/>
        <w:gridCol w:w="784"/>
        <w:gridCol w:w="784"/>
        <w:gridCol w:w="784"/>
        <w:gridCol w:w="784"/>
        <w:gridCol w:w="784"/>
        <w:gridCol w:w="784"/>
        <w:gridCol w:w="784"/>
      </w:tblGrid>
      <w:tr w:rsidR="00292F36" w14:paraId="26B6EF7C" w14:textId="77777777">
        <w:trPr>
          <w:tblHeader/>
        </w:trPr>
        <w:tc>
          <w:tcPr>
            <w:tcW w:w="784" w:type="dxa"/>
            <w:shd w:val="clear" w:color="auto" w:fill="D9E2F3"/>
            <w:tcMar>
              <w:top w:w="20" w:type="dxa"/>
              <w:left w:w="50" w:type="dxa"/>
              <w:bottom w:w="20" w:type="dxa"/>
              <w:right w:w="50" w:type="dxa"/>
            </w:tcMar>
          </w:tcPr>
          <w:p w14:paraId="0CD7ABE4" w14:textId="77777777" w:rsidR="00292F36" w:rsidRDefault="00000000">
            <w:r>
              <w:rPr>
                <w:b/>
                <w:sz w:val="12"/>
              </w:rPr>
              <w:t>Nutrient</w:t>
            </w:r>
          </w:p>
        </w:tc>
        <w:tc>
          <w:tcPr>
            <w:tcW w:w="784" w:type="dxa"/>
            <w:shd w:val="clear" w:color="auto" w:fill="D9E2F3"/>
            <w:tcMar>
              <w:top w:w="20" w:type="dxa"/>
              <w:left w:w="50" w:type="dxa"/>
              <w:bottom w:w="20" w:type="dxa"/>
              <w:right w:w="50" w:type="dxa"/>
            </w:tcMar>
          </w:tcPr>
          <w:p w14:paraId="48E9FEA7" w14:textId="77777777" w:rsidR="00292F36" w:rsidRDefault="00000000">
            <w:r>
              <w:rPr>
                <w:b/>
                <w:sz w:val="12"/>
              </w:rPr>
              <w:t>nontargeted_pct_RDI</w:t>
            </w:r>
          </w:p>
        </w:tc>
        <w:tc>
          <w:tcPr>
            <w:tcW w:w="784" w:type="dxa"/>
            <w:shd w:val="clear" w:color="auto" w:fill="D9E2F3"/>
            <w:tcMar>
              <w:top w:w="20" w:type="dxa"/>
              <w:left w:w="50" w:type="dxa"/>
              <w:bottom w:w="20" w:type="dxa"/>
              <w:right w:w="50" w:type="dxa"/>
            </w:tcMar>
          </w:tcPr>
          <w:p w14:paraId="53DB28AE" w14:textId="77777777" w:rsidR="00292F36" w:rsidRDefault="00000000">
            <w:r>
              <w:rPr>
                <w:b/>
                <w:sz w:val="12"/>
              </w:rPr>
              <w:t>targeted_pct_RDI</w:t>
            </w:r>
          </w:p>
        </w:tc>
        <w:tc>
          <w:tcPr>
            <w:tcW w:w="784" w:type="dxa"/>
            <w:shd w:val="clear" w:color="auto" w:fill="D9E2F3"/>
            <w:tcMar>
              <w:top w:w="20" w:type="dxa"/>
              <w:left w:w="50" w:type="dxa"/>
              <w:bottom w:w="20" w:type="dxa"/>
              <w:right w:w="50" w:type="dxa"/>
            </w:tcMar>
          </w:tcPr>
          <w:p w14:paraId="19B47727" w14:textId="77777777" w:rsidR="00292F36" w:rsidRDefault="00000000">
            <w:r>
              <w:rPr>
                <w:b/>
                <w:sz w:val="12"/>
              </w:rPr>
              <w:t>Exploitation_Chisq</w:t>
            </w:r>
          </w:p>
        </w:tc>
        <w:tc>
          <w:tcPr>
            <w:tcW w:w="784" w:type="dxa"/>
            <w:shd w:val="clear" w:color="auto" w:fill="D9E2F3"/>
            <w:tcMar>
              <w:top w:w="20" w:type="dxa"/>
              <w:left w:w="50" w:type="dxa"/>
              <w:bottom w:w="20" w:type="dxa"/>
              <w:right w:w="50" w:type="dxa"/>
            </w:tcMar>
          </w:tcPr>
          <w:p w14:paraId="3B4BC1C6" w14:textId="77777777" w:rsidR="00292F36" w:rsidRDefault="00000000">
            <w:r>
              <w:rPr>
                <w:b/>
                <w:sz w:val="12"/>
              </w:rPr>
              <w:t>Exploitation_Df</w:t>
            </w:r>
          </w:p>
        </w:tc>
        <w:tc>
          <w:tcPr>
            <w:tcW w:w="784" w:type="dxa"/>
            <w:shd w:val="clear" w:color="auto" w:fill="D9E2F3"/>
            <w:tcMar>
              <w:top w:w="20" w:type="dxa"/>
              <w:left w:w="50" w:type="dxa"/>
              <w:bottom w:w="20" w:type="dxa"/>
              <w:right w:w="50" w:type="dxa"/>
            </w:tcMar>
          </w:tcPr>
          <w:p w14:paraId="6455A204" w14:textId="77777777" w:rsidR="00292F36" w:rsidRDefault="00000000">
            <w:r>
              <w:rPr>
                <w:b/>
                <w:sz w:val="12"/>
              </w:rPr>
              <w:t>Exploitation_p</w:t>
            </w:r>
          </w:p>
        </w:tc>
        <w:tc>
          <w:tcPr>
            <w:tcW w:w="784" w:type="dxa"/>
            <w:shd w:val="clear" w:color="auto" w:fill="D9E2F3"/>
            <w:tcMar>
              <w:top w:w="20" w:type="dxa"/>
              <w:left w:w="50" w:type="dxa"/>
              <w:bottom w:w="20" w:type="dxa"/>
              <w:right w:w="50" w:type="dxa"/>
            </w:tcMar>
          </w:tcPr>
          <w:p w14:paraId="44357288" w14:textId="77777777" w:rsidR="00292F36" w:rsidRDefault="00000000">
            <w:r>
              <w:rPr>
                <w:b/>
                <w:sz w:val="12"/>
              </w:rPr>
              <w:t>Exploitation_sig</w:t>
            </w:r>
          </w:p>
        </w:tc>
        <w:tc>
          <w:tcPr>
            <w:tcW w:w="784" w:type="dxa"/>
            <w:shd w:val="clear" w:color="auto" w:fill="D9E2F3"/>
            <w:tcMar>
              <w:top w:w="20" w:type="dxa"/>
              <w:left w:w="50" w:type="dxa"/>
              <w:bottom w:w="20" w:type="dxa"/>
              <w:right w:w="50" w:type="dxa"/>
            </w:tcMar>
          </w:tcPr>
          <w:p w14:paraId="5177A7A4" w14:textId="77777777" w:rsidR="00292F36" w:rsidRDefault="00000000">
            <w:r>
              <w:rPr>
                <w:b/>
                <w:sz w:val="12"/>
              </w:rPr>
              <w:t>Region_Chisq</w:t>
            </w:r>
          </w:p>
        </w:tc>
        <w:tc>
          <w:tcPr>
            <w:tcW w:w="784" w:type="dxa"/>
            <w:shd w:val="clear" w:color="auto" w:fill="D9E2F3"/>
            <w:tcMar>
              <w:top w:w="20" w:type="dxa"/>
              <w:left w:w="50" w:type="dxa"/>
              <w:bottom w:w="20" w:type="dxa"/>
              <w:right w:w="50" w:type="dxa"/>
            </w:tcMar>
          </w:tcPr>
          <w:p w14:paraId="76672F6B" w14:textId="77777777" w:rsidR="00292F36" w:rsidRDefault="00000000">
            <w:r>
              <w:rPr>
                <w:b/>
                <w:sz w:val="12"/>
              </w:rPr>
              <w:t>Region_Df</w:t>
            </w:r>
          </w:p>
        </w:tc>
        <w:tc>
          <w:tcPr>
            <w:tcW w:w="784" w:type="dxa"/>
            <w:shd w:val="clear" w:color="auto" w:fill="D9E2F3"/>
            <w:tcMar>
              <w:top w:w="20" w:type="dxa"/>
              <w:left w:w="50" w:type="dxa"/>
              <w:bottom w:w="20" w:type="dxa"/>
              <w:right w:w="50" w:type="dxa"/>
            </w:tcMar>
          </w:tcPr>
          <w:p w14:paraId="6F930AD6" w14:textId="77777777" w:rsidR="00292F36" w:rsidRDefault="00000000">
            <w:r>
              <w:rPr>
                <w:b/>
                <w:sz w:val="12"/>
              </w:rPr>
              <w:t>Region_p</w:t>
            </w:r>
          </w:p>
        </w:tc>
        <w:tc>
          <w:tcPr>
            <w:tcW w:w="784" w:type="dxa"/>
            <w:shd w:val="clear" w:color="auto" w:fill="D9E2F3"/>
            <w:tcMar>
              <w:top w:w="20" w:type="dxa"/>
              <w:left w:w="50" w:type="dxa"/>
              <w:bottom w:w="20" w:type="dxa"/>
              <w:right w:w="50" w:type="dxa"/>
            </w:tcMar>
          </w:tcPr>
          <w:p w14:paraId="7713B464" w14:textId="77777777" w:rsidR="00292F36" w:rsidRDefault="00000000">
            <w:r>
              <w:rPr>
                <w:b/>
                <w:sz w:val="12"/>
              </w:rPr>
              <w:t>Region_sig</w:t>
            </w:r>
          </w:p>
        </w:tc>
        <w:tc>
          <w:tcPr>
            <w:tcW w:w="784" w:type="dxa"/>
            <w:shd w:val="clear" w:color="auto" w:fill="D9E2F3"/>
            <w:tcMar>
              <w:top w:w="20" w:type="dxa"/>
              <w:left w:w="50" w:type="dxa"/>
              <w:bottom w:w="20" w:type="dxa"/>
              <w:right w:w="50" w:type="dxa"/>
            </w:tcMar>
          </w:tcPr>
          <w:p w14:paraId="49FC5BE2" w14:textId="77777777" w:rsidR="00292F36" w:rsidRDefault="00000000">
            <w:r>
              <w:rPr>
                <w:b/>
                <w:sz w:val="12"/>
              </w:rPr>
              <w:t>RegionxExploitation_Chisq</w:t>
            </w:r>
          </w:p>
        </w:tc>
        <w:tc>
          <w:tcPr>
            <w:tcW w:w="784" w:type="dxa"/>
            <w:shd w:val="clear" w:color="auto" w:fill="D9E2F3"/>
            <w:tcMar>
              <w:top w:w="20" w:type="dxa"/>
              <w:left w:w="50" w:type="dxa"/>
              <w:bottom w:w="20" w:type="dxa"/>
              <w:right w:w="50" w:type="dxa"/>
            </w:tcMar>
          </w:tcPr>
          <w:p w14:paraId="715DDB2B" w14:textId="77777777" w:rsidR="00292F36" w:rsidRDefault="00000000">
            <w:r>
              <w:rPr>
                <w:b/>
                <w:sz w:val="12"/>
              </w:rPr>
              <w:t>RegionxExploitation_Df</w:t>
            </w:r>
          </w:p>
        </w:tc>
        <w:tc>
          <w:tcPr>
            <w:tcW w:w="784" w:type="dxa"/>
            <w:shd w:val="clear" w:color="auto" w:fill="D9E2F3"/>
            <w:tcMar>
              <w:top w:w="20" w:type="dxa"/>
              <w:left w:w="50" w:type="dxa"/>
              <w:bottom w:w="20" w:type="dxa"/>
              <w:right w:w="50" w:type="dxa"/>
            </w:tcMar>
          </w:tcPr>
          <w:p w14:paraId="38ADFA4E" w14:textId="77777777" w:rsidR="00292F36" w:rsidRDefault="00000000">
            <w:r>
              <w:rPr>
                <w:b/>
                <w:sz w:val="12"/>
              </w:rPr>
              <w:t>RegionxExploitation_p</w:t>
            </w:r>
          </w:p>
        </w:tc>
        <w:tc>
          <w:tcPr>
            <w:tcW w:w="784" w:type="dxa"/>
            <w:shd w:val="clear" w:color="auto" w:fill="D9E2F3"/>
            <w:tcMar>
              <w:top w:w="20" w:type="dxa"/>
              <w:left w:w="50" w:type="dxa"/>
              <w:bottom w:w="20" w:type="dxa"/>
              <w:right w:w="50" w:type="dxa"/>
            </w:tcMar>
          </w:tcPr>
          <w:p w14:paraId="05685B94" w14:textId="77777777" w:rsidR="00292F36" w:rsidRDefault="00000000">
            <w:r>
              <w:rPr>
                <w:b/>
                <w:sz w:val="12"/>
              </w:rPr>
              <w:t>RegionxExploitation_sig</w:t>
            </w:r>
          </w:p>
        </w:tc>
        <w:tc>
          <w:tcPr>
            <w:tcW w:w="784" w:type="dxa"/>
            <w:shd w:val="clear" w:color="auto" w:fill="D9E2F3"/>
            <w:tcMar>
              <w:top w:w="20" w:type="dxa"/>
              <w:left w:w="50" w:type="dxa"/>
              <w:bottom w:w="20" w:type="dxa"/>
              <w:right w:w="50" w:type="dxa"/>
            </w:tcMar>
          </w:tcPr>
          <w:p w14:paraId="0F8DFD0F" w14:textId="77777777" w:rsidR="00292F36" w:rsidRDefault="00000000">
            <w:r>
              <w:rPr>
                <w:b/>
                <w:sz w:val="12"/>
              </w:rPr>
              <w:t>n_obs</w:t>
            </w:r>
          </w:p>
        </w:tc>
        <w:tc>
          <w:tcPr>
            <w:tcW w:w="784" w:type="dxa"/>
            <w:shd w:val="clear" w:color="auto" w:fill="D9E2F3"/>
            <w:tcMar>
              <w:top w:w="20" w:type="dxa"/>
              <w:left w:w="50" w:type="dxa"/>
              <w:bottom w:w="20" w:type="dxa"/>
              <w:right w:w="50" w:type="dxa"/>
            </w:tcMar>
          </w:tcPr>
          <w:p w14:paraId="5531D614" w14:textId="77777777" w:rsidR="00292F36" w:rsidRDefault="00000000">
            <w:r>
              <w:rPr>
                <w:b/>
                <w:sz w:val="12"/>
              </w:rPr>
              <w:t>nontargeted_n</w:t>
            </w:r>
          </w:p>
        </w:tc>
        <w:tc>
          <w:tcPr>
            <w:tcW w:w="784" w:type="dxa"/>
            <w:shd w:val="clear" w:color="auto" w:fill="D9E2F3"/>
            <w:tcMar>
              <w:top w:w="20" w:type="dxa"/>
              <w:left w:w="50" w:type="dxa"/>
              <w:bottom w:w="20" w:type="dxa"/>
              <w:right w:w="50" w:type="dxa"/>
            </w:tcMar>
          </w:tcPr>
          <w:p w14:paraId="73EEAEDB" w14:textId="77777777" w:rsidR="00292F36" w:rsidRDefault="00000000">
            <w:r>
              <w:rPr>
                <w:b/>
                <w:sz w:val="12"/>
              </w:rPr>
              <w:t>targeted_n</w:t>
            </w:r>
          </w:p>
        </w:tc>
      </w:tr>
      <w:tr w:rsidR="00292F36" w14:paraId="18AE7971" w14:textId="77777777">
        <w:tc>
          <w:tcPr>
            <w:tcW w:w="784" w:type="dxa"/>
            <w:tcMar>
              <w:top w:w="20" w:type="dxa"/>
              <w:left w:w="50" w:type="dxa"/>
              <w:bottom w:w="20" w:type="dxa"/>
              <w:right w:w="50" w:type="dxa"/>
            </w:tcMar>
          </w:tcPr>
          <w:p w14:paraId="530E3F7D" w14:textId="77777777" w:rsidR="00292F36" w:rsidRDefault="00000000">
            <w:r>
              <w:rPr>
                <w:sz w:val="12"/>
              </w:rPr>
              <w:t>Selenium</w:t>
            </w:r>
          </w:p>
        </w:tc>
        <w:tc>
          <w:tcPr>
            <w:tcW w:w="784" w:type="dxa"/>
            <w:tcMar>
              <w:top w:w="20" w:type="dxa"/>
              <w:left w:w="50" w:type="dxa"/>
              <w:bottom w:w="20" w:type="dxa"/>
              <w:right w:w="50" w:type="dxa"/>
            </w:tcMar>
          </w:tcPr>
          <w:p w14:paraId="64A67746" w14:textId="77777777" w:rsidR="00292F36" w:rsidRDefault="00000000">
            <w:r>
              <w:rPr>
                <w:sz w:val="12"/>
              </w:rPr>
              <w:t>83.7</w:t>
            </w:r>
          </w:p>
        </w:tc>
        <w:tc>
          <w:tcPr>
            <w:tcW w:w="784" w:type="dxa"/>
            <w:tcMar>
              <w:top w:w="20" w:type="dxa"/>
              <w:left w:w="50" w:type="dxa"/>
              <w:bottom w:w="20" w:type="dxa"/>
              <w:right w:w="50" w:type="dxa"/>
            </w:tcMar>
          </w:tcPr>
          <w:p w14:paraId="613AA29A" w14:textId="77777777" w:rsidR="00292F36" w:rsidRDefault="00000000">
            <w:r>
              <w:rPr>
                <w:sz w:val="12"/>
              </w:rPr>
              <w:t>106.3</w:t>
            </w:r>
          </w:p>
        </w:tc>
        <w:tc>
          <w:tcPr>
            <w:tcW w:w="784" w:type="dxa"/>
            <w:tcMar>
              <w:top w:w="20" w:type="dxa"/>
              <w:left w:w="50" w:type="dxa"/>
              <w:bottom w:w="20" w:type="dxa"/>
              <w:right w:w="50" w:type="dxa"/>
            </w:tcMar>
          </w:tcPr>
          <w:p w14:paraId="217CD68C" w14:textId="77777777" w:rsidR="00292F36" w:rsidRDefault="00000000">
            <w:r>
              <w:rPr>
                <w:sz w:val="12"/>
              </w:rPr>
              <w:t>249.75</w:t>
            </w:r>
          </w:p>
        </w:tc>
        <w:tc>
          <w:tcPr>
            <w:tcW w:w="784" w:type="dxa"/>
            <w:tcMar>
              <w:top w:w="20" w:type="dxa"/>
              <w:left w:w="50" w:type="dxa"/>
              <w:bottom w:w="20" w:type="dxa"/>
              <w:right w:w="50" w:type="dxa"/>
            </w:tcMar>
          </w:tcPr>
          <w:p w14:paraId="4D3F8237" w14:textId="77777777" w:rsidR="00292F36" w:rsidRDefault="00000000">
            <w:r>
              <w:rPr>
                <w:sz w:val="12"/>
              </w:rPr>
              <w:t>1</w:t>
            </w:r>
          </w:p>
        </w:tc>
        <w:tc>
          <w:tcPr>
            <w:tcW w:w="784" w:type="dxa"/>
            <w:tcMar>
              <w:top w:w="20" w:type="dxa"/>
              <w:left w:w="50" w:type="dxa"/>
              <w:bottom w:w="20" w:type="dxa"/>
              <w:right w:w="50" w:type="dxa"/>
            </w:tcMar>
          </w:tcPr>
          <w:p w14:paraId="18734B27" w14:textId="77777777" w:rsidR="00292F36" w:rsidRDefault="00000000">
            <w:r>
              <w:rPr>
                <w:sz w:val="12"/>
              </w:rPr>
              <w:t>2.94e-56</w:t>
            </w:r>
          </w:p>
        </w:tc>
        <w:tc>
          <w:tcPr>
            <w:tcW w:w="784" w:type="dxa"/>
            <w:tcMar>
              <w:top w:w="20" w:type="dxa"/>
              <w:left w:w="50" w:type="dxa"/>
              <w:bottom w:w="20" w:type="dxa"/>
              <w:right w:w="50" w:type="dxa"/>
            </w:tcMar>
          </w:tcPr>
          <w:p w14:paraId="1A16E279" w14:textId="77777777" w:rsidR="00292F36" w:rsidRDefault="00000000">
            <w:r>
              <w:rPr>
                <w:sz w:val="12"/>
              </w:rPr>
              <w:t>***</w:t>
            </w:r>
          </w:p>
        </w:tc>
        <w:tc>
          <w:tcPr>
            <w:tcW w:w="784" w:type="dxa"/>
            <w:tcMar>
              <w:top w:w="20" w:type="dxa"/>
              <w:left w:w="50" w:type="dxa"/>
              <w:bottom w:w="20" w:type="dxa"/>
              <w:right w:w="50" w:type="dxa"/>
            </w:tcMar>
          </w:tcPr>
          <w:p w14:paraId="7AFB047C" w14:textId="77777777" w:rsidR="00292F36" w:rsidRDefault="00000000">
            <w:r>
              <w:rPr>
                <w:sz w:val="12"/>
              </w:rPr>
              <w:t>11.49</w:t>
            </w:r>
          </w:p>
        </w:tc>
        <w:tc>
          <w:tcPr>
            <w:tcW w:w="784" w:type="dxa"/>
            <w:tcMar>
              <w:top w:w="20" w:type="dxa"/>
              <w:left w:w="50" w:type="dxa"/>
              <w:bottom w:w="20" w:type="dxa"/>
              <w:right w:w="50" w:type="dxa"/>
            </w:tcMar>
          </w:tcPr>
          <w:p w14:paraId="0AE802A9" w14:textId="77777777" w:rsidR="00292F36" w:rsidRDefault="00000000">
            <w:r>
              <w:rPr>
                <w:sz w:val="12"/>
              </w:rPr>
              <w:t>2</w:t>
            </w:r>
          </w:p>
        </w:tc>
        <w:tc>
          <w:tcPr>
            <w:tcW w:w="784" w:type="dxa"/>
            <w:tcMar>
              <w:top w:w="20" w:type="dxa"/>
              <w:left w:w="50" w:type="dxa"/>
              <w:bottom w:w="20" w:type="dxa"/>
              <w:right w:w="50" w:type="dxa"/>
            </w:tcMar>
          </w:tcPr>
          <w:p w14:paraId="01BAB962" w14:textId="77777777" w:rsidR="00292F36" w:rsidRDefault="00000000">
            <w:r>
              <w:rPr>
                <w:sz w:val="12"/>
              </w:rPr>
              <w:t>0.0032</w:t>
            </w:r>
          </w:p>
        </w:tc>
        <w:tc>
          <w:tcPr>
            <w:tcW w:w="784" w:type="dxa"/>
            <w:tcMar>
              <w:top w:w="20" w:type="dxa"/>
              <w:left w:w="50" w:type="dxa"/>
              <w:bottom w:w="20" w:type="dxa"/>
              <w:right w:w="50" w:type="dxa"/>
            </w:tcMar>
          </w:tcPr>
          <w:p w14:paraId="7366899D" w14:textId="77777777" w:rsidR="00292F36" w:rsidRDefault="00000000">
            <w:r>
              <w:rPr>
                <w:sz w:val="12"/>
              </w:rPr>
              <w:t>**</w:t>
            </w:r>
          </w:p>
        </w:tc>
        <w:tc>
          <w:tcPr>
            <w:tcW w:w="784" w:type="dxa"/>
            <w:tcMar>
              <w:top w:w="20" w:type="dxa"/>
              <w:left w:w="50" w:type="dxa"/>
              <w:bottom w:w="20" w:type="dxa"/>
              <w:right w:w="50" w:type="dxa"/>
            </w:tcMar>
          </w:tcPr>
          <w:p w14:paraId="3FBA41E6" w14:textId="77777777" w:rsidR="00292F36" w:rsidRDefault="00000000">
            <w:r>
              <w:rPr>
                <w:sz w:val="12"/>
              </w:rPr>
              <w:t>12.17</w:t>
            </w:r>
          </w:p>
        </w:tc>
        <w:tc>
          <w:tcPr>
            <w:tcW w:w="784" w:type="dxa"/>
            <w:tcMar>
              <w:top w:w="20" w:type="dxa"/>
              <w:left w:w="50" w:type="dxa"/>
              <w:bottom w:w="20" w:type="dxa"/>
              <w:right w:w="50" w:type="dxa"/>
            </w:tcMar>
          </w:tcPr>
          <w:p w14:paraId="677EFAAE" w14:textId="77777777" w:rsidR="00292F36" w:rsidRDefault="00000000">
            <w:r>
              <w:rPr>
                <w:sz w:val="12"/>
              </w:rPr>
              <w:t>2</w:t>
            </w:r>
          </w:p>
        </w:tc>
        <w:tc>
          <w:tcPr>
            <w:tcW w:w="784" w:type="dxa"/>
            <w:tcMar>
              <w:top w:w="20" w:type="dxa"/>
              <w:left w:w="50" w:type="dxa"/>
              <w:bottom w:w="20" w:type="dxa"/>
              <w:right w:w="50" w:type="dxa"/>
            </w:tcMar>
          </w:tcPr>
          <w:p w14:paraId="0D63D528" w14:textId="77777777" w:rsidR="00292F36" w:rsidRDefault="00000000">
            <w:r>
              <w:rPr>
                <w:sz w:val="12"/>
              </w:rPr>
              <w:t>0.00228</w:t>
            </w:r>
          </w:p>
        </w:tc>
        <w:tc>
          <w:tcPr>
            <w:tcW w:w="784" w:type="dxa"/>
            <w:tcMar>
              <w:top w:w="20" w:type="dxa"/>
              <w:left w:w="50" w:type="dxa"/>
              <w:bottom w:w="20" w:type="dxa"/>
              <w:right w:w="50" w:type="dxa"/>
            </w:tcMar>
          </w:tcPr>
          <w:p w14:paraId="49F5213E" w14:textId="77777777" w:rsidR="00292F36" w:rsidRDefault="00000000">
            <w:r>
              <w:rPr>
                <w:sz w:val="12"/>
              </w:rPr>
              <w:t>**</w:t>
            </w:r>
          </w:p>
        </w:tc>
        <w:tc>
          <w:tcPr>
            <w:tcW w:w="784" w:type="dxa"/>
            <w:tcMar>
              <w:top w:w="20" w:type="dxa"/>
              <w:left w:w="50" w:type="dxa"/>
              <w:bottom w:w="20" w:type="dxa"/>
              <w:right w:w="50" w:type="dxa"/>
            </w:tcMar>
          </w:tcPr>
          <w:p w14:paraId="5C092CD3" w14:textId="77777777" w:rsidR="00292F36" w:rsidRDefault="00000000">
            <w:r>
              <w:rPr>
                <w:sz w:val="12"/>
              </w:rPr>
              <w:t>1199</w:t>
            </w:r>
          </w:p>
        </w:tc>
        <w:tc>
          <w:tcPr>
            <w:tcW w:w="784" w:type="dxa"/>
            <w:tcMar>
              <w:top w:w="20" w:type="dxa"/>
              <w:left w:w="50" w:type="dxa"/>
              <w:bottom w:w="20" w:type="dxa"/>
              <w:right w:w="50" w:type="dxa"/>
            </w:tcMar>
          </w:tcPr>
          <w:p w14:paraId="67098AAB" w14:textId="77777777" w:rsidR="00292F36" w:rsidRDefault="00000000">
            <w:r>
              <w:rPr>
                <w:sz w:val="12"/>
              </w:rPr>
              <w:t>606</w:t>
            </w:r>
          </w:p>
        </w:tc>
        <w:tc>
          <w:tcPr>
            <w:tcW w:w="784" w:type="dxa"/>
            <w:tcMar>
              <w:top w:w="20" w:type="dxa"/>
              <w:left w:w="50" w:type="dxa"/>
              <w:bottom w:w="20" w:type="dxa"/>
              <w:right w:w="50" w:type="dxa"/>
            </w:tcMar>
          </w:tcPr>
          <w:p w14:paraId="7419B129" w14:textId="77777777" w:rsidR="00292F36" w:rsidRDefault="00000000">
            <w:r>
              <w:rPr>
                <w:sz w:val="12"/>
              </w:rPr>
              <w:t>593</w:t>
            </w:r>
          </w:p>
        </w:tc>
      </w:tr>
      <w:tr w:rsidR="00292F36" w14:paraId="540AB05B" w14:textId="77777777">
        <w:tc>
          <w:tcPr>
            <w:tcW w:w="784" w:type="dxa"/>
            <w:tcMar>
              <w:top w:w="20" w:type="dxa"/>
              <w:left w:w="50" w:type="dxa"/>
              <w:bottom w:w="20" w:type="dxa"/>
              <w:right w:w="50" w:type="dxa"/>
            </w:tcMar>
          </w:tcPr>
          <w:p w14:paraId="7875AE27" w14:textId="77777777" w:rsidR="00292F36" w:rsidRDefault="00000000">
            <w:r>
              <w:rPr>
                <w:sz w:val="12"/>
              </w:rPr>
              <w:t>Omega-3</w:t>
            </w:r>
          </w:p>
        </w:tc>
        <w:tc>
          <w:tcPr>
            <w:tcW w:w="784" w:type="dxa"/>
            <w:tcMar>
              <w:top w:w="20" w:type="dxa"/>
              <w:left w:w="50" w:type="dxa"/>
              <w:bottom w:w="20" w:type="dxa"/>
              <w:right w:w="50" w:type="dxa"/>
            </w:tcMar>
          </w:tcPr>
          <w:p w14:paraId="55A700A8" w14:textId="77777777" w:rsidR="00292F36" w:rsidRDefault="00000000">
            <w:r>
              <w:rPr>
                <w:sz w:val="12"/>
              </w:rPr>
              <w:t>22.7</w:t>
            </w:r>
          </w:p>
        </w:tc>
        <w:tc>
          <w:tcPr>
            <w:tcW w:w="784" w:type="dxa"/>
            <w:tcMar>
              <w:top w:w="20" w:type="dxa"/>
              <w:left w:w="50" w:type="dxa"/>
              <w:bottom w:w="20" w:type="dxa"/>
              <w:right w:w="50" w:type="dxa"/>
            </w:tcMar>
          </w:tcPr>
          <w:p w14:paraId="02D11BDB" w14:textId="77777777" w:rsidR="00292F36" w:rsidRDefault="00000000">
            <w:r>
              <w:rPr>
                <w:sz w:val="12"/>
              </w:rPr>
              <w:t>27.8</w:t>
            </w:r>
          </w:p>
        </w:tc>
        <w:tc>
          <w:tcPr>
            <w:tcW w:w="784" w:type="dxa"/>
            <w:tcMar>
              <w:top w:w="20" w:type="dxa"/>
              <w:left w:w="50" w:type="dxa"/>
              <w:bottom w:w="20" w:type="dxa"/>
              <w:right w:w="50" w:type="dxa"/>
            </w:tcMar>
          </w:tcPr>
          <w:p w14:paraId="2B264679" w14:textId="77777777" w:rsidR="00292F36" w:rsidRDefault="00000000">
            <w:r>
              <w:rPr>
                <w:sz w:val="12"/>
              </w:rPr>
              <w:t>199.36</w:t>
            </w:r>
          </w:p>
        </w:tc>
        <w:tc>
          <w:tcPr>
            <w:tcW w:w="784" w:type="dxa"/>
            <w:tcMar>
              <w:top w:w="20" w:type="dxa"/>
              <w:left w:w="50" w:type="dxa"/>
              <w:bottom w:w="20" w:type="dxa"/>
              <w:right w:w="50" w:type="dxa"/>
            </w:tcMar>
          </w:tcPr>
          <w:p w14:paraId="766A6659" w14:textId="77777777" w:rsidR="00292F36" w:rsidRDefault="00000000">
            <w:r>
              <w:rPr>
                <w:sz w:val="12"/>
              </w:rPr>
              <w:t>1</w:t>
            </w:r>
          </w:p>
        </w:tc>
        <w:tc>
          <w:tcPr>
            <w:tcW w:w="784" w:type="dxa"/>
            <w:tcMar>
              <w:top w:w="20" w:type="dxa"/>
              <w:left w:w="50" w:type="dxa"/>
              <w:bottom w:w="20" w:type="dxa"/>
              <w:right w:w="50" w:type="dxa"/>
            </w:tcMar>
          </w:tcPr>
          <w:p w14:paraId="6AE565BB" w14:textId="77777777" w:rsidR="00292F36" w:rsidRDefault="00000000">
            <w:r>
              <w:rPr>
                <w:sz w:val="12"/>
              </w:rPr>
              <w:t>2.88e-45</w:t>
            </w:r>
          </w:p>
        </w:tc>
        <w:tc>
          <w:tcPr>
            <w:tcW w:w="784" w:type="dxa"/>
            <w:tcMar>
              <w:top w:w="20" w:type="dxa"/>
              <w:left w:w="50" w:type="dxa"/>
              <w:bottom w:w="20" w:type="dxa"/>
              <w:right w:w="50" w:type="dxa"/>
            </w:tcMar>
          </w:tcPr>
          <w:p w14:paraId="7D7CAB72" w14:textId="77777777" w:rsidR="00292F36" w:rsidRDefault="00000000">
            <w:r>
              <w:rPr>
                <w:sz w:val="12"/>
              </w:rPr>
              <w:t>***</w:t>
            </w:r>
          </w:p>
        </w:tc>
        <w:tc>
          <w:tcPr>
            <w:tcW w:w="784" w:type="dxa"/>
            <w:tcMar>
              <w:top w:w="20" w:type="dxa"/>
              <w:left w:w="50" w:type="dxa"/>
              <w:bottom w:w="20" w:type="dxa"/>
              <w:right w:w="50" w:type="dxa"/>
            </w:tcMar>
          </w:tcPr>
          <w:p w14:paraId="32CA1FA3" w14:textId="77777777" w:rsidR="00292F36" w:rsidRDefault="00000000">
            <w:r>
              <w:rPr>
                <w:sz w:val="12"/>
              </w:rPr>
              <w:t>20.19</w:t>
            </w:r>
          </w:p>
        </w:tc>
        <w:tc>
          <w:tcPr>
            <w:tcW w:w="784" w:type="dxa"/>
            <w:tcMar>
              <w:top w:w="20" w:type="dxa"/>
              <w:left w:w="50" w:type="dxa"/>
              <w:bottom w:w="20" w:type="dxa"/>
              <w:right w:w="50" w:type="dxa"/>
            </w:tcMar>
          </w:tcPr>
          <w:p w14:paraId="0F2C875C" w14:textId="77777777" w:rsidR="00292F36" w:rsidRDefault="00000000">
            <w:r>
              <w:rPr>
                <w:sz w:val="12"/>
              </w:rPr>
              <w:t>2</w:t>
            </w:r>
          </w:p>
        </w:tc>
        <w:tc>
          <w:tcPr>
            <w:tcW w:w="784" w:type="dxa"/>
            <w:tcMar>
              <w:top w:w="20" w:type="dxa"/>
              <w:left w:w="50" w:type="dxa"/>
              <w:bottom w:w="20" w:type="dxa"/>
              <w:right w:w="50" w:type="dxa"/>
            </w:tcMar>
          </w:tcPr>
          <w:p w14:paraId="3A51916A" w14:textId="77777777" w:rsidR="00292F36" w:rsidRDefault="00000000">
            <w:r>
              <w:rPr>
                <w:sz w:val="12"/>
              </w:rPr>
              <w:t>4.14e-05</w:t>
            </w:r>
          </w:p>
        </w:tc>
        <w:tc>
          <w:tcPr>
            <w:tcW w:w="784" w:type="dxa"/>
            <w:tcMar>
              <w:top w:w="20" w:type="dxa"/>
              <w:left w:w="50" w:type="dxa"/>
              <w:bottom w:w="20" w:type="dxa"/>
              <w:right w:w="50" w:type="dxa"/>
            </w:tcMar>
          </w:tcPr>
          <w:p w14:paraId="664463CD" w14:textId="77777777" w:rsidR="00292F36" w:rsidRDefault="00000000">
            <w:r>
              <w:rPr>
                <w:sz w:val="12"/>
              </w:rPr>
              <w:t>***</w:t>
            </w:r>
          </w:p>
        </w:tc>
        <w:tc>
          <w:tcPr>
            <w:tcW w:w="784" w:type="dxa"/>
            <w:tcMar>
              <w:top w:w="20" w:type="dxa"/>
              <w:left w:w="50" w:type="dxa"/>
              <w:bottom w:w="20" w:type="dxa"/>
              <w:right w:w="50" w:type="dxa"/>
            </w:tcMar>
          </w:tcPr>
          <w:p w14:paraId="68B59692" w14:textId="77777777" w:rsidR="00292F36" w:rsidRDefault="00000000">
            <w:r>
              <w:rPr>
                <w:sz w:val="12"/>
              </w:rPr>
              <w:t>11.56</w:t>
            </w:r>
          </w:p>
        </w:tc>
        <w:tc>
          <w:tcPr>
            <w:tcW w:w="784" w:type="dxa"/>
            <w:tcMar>
              <w:top w:w="20" w:type="dxa"/>
              <w:left w:w="50" w:type="dxa"/>
              <w:bottom w:w="20" w:type="dxa"/>
              <w:right w:w="50" w:type="dxa"/>
            </w:tcMar>
          </w:tcPr>
          <w:p w14:paraId="195E5CD9" w14:textId="77777777" w:rsidR="00292F36" w:rsidRDefault="00000000">
            <w:r>
              <w:rPr>
                <w:sz w:val="12"/>
              </w:rPr>
              <w:t>2</w:t>
            </w:r>
          </w:p>
        </w:tc>
        <w:tc>
          <w:tcPr>
            <w:tcW w:w="784" w:type="dxa"/>
            <w:tcMar>
              <w:top w:w="20" w:type="dxa"/>
              <w:left w:w="50" w:type="dxa"/>
              <w:bottom w:w="20" w:type="dxa"/>
              <w:right w:w="50" w:type="dxa"/>
            </w:tcMar>
          </w:tcPr>
          <w:p w14:paraId="541CA355" w14:textId="77777777" w:rsidR="00292F36" w:rsidRDefault="00000000">
            <w:r>
              <w:rPr>
                <w:sz w:val="12"/>
              </w:rPr>
              <w:t>0.00309</w:t>
            </w:r>
          </w:p>
        </w:tc>
        <w:tc>
          <w:tcPr>
            <w:tcW w:w="784" w:type="dxa"/>
            <w:tcMar>
              <w:top w:w="20" w:type="dxa"/>
              <w:left w:w="50" w:type="dxa"/>
              <w:bottom w:w="20" w:type="dxa"/>
              <w:right w:w="50" w:type="dxa"/>
            </w:tcMar>
          </w:tcPr>
          <w:p w14:paraId="69B2DE0D" w14:textId="77777777" w:rsidR="00292F36" w:rsidRDefault="00000000">
            <w:r>
              <w:rPr>
                <w:sz w:val="12"/>
              </w:rPr>
              <w:t>**</w:t>
            </w:r>
          </w:p>
        </w:tc>
        <w:tc>
          <w:tcPr>
            <w:tcW w:w="784" w:type="dxa"/>
            <w:tcMar>
              <w:top w:w="20" w:type="dxa"/>
              <w:left w:w="50" w:type="dxa"/>
              <w:bottom w:w="20" w:type="dxa"/>
              <w:right w:w="50" w:type="dxa"/>
            </w:tcMar>
          </w:tcPr>
          <w:p w14:paraId="0DFD8153" w14:textId="77777777" w:rsidR="00292F36" w:rsidRDefault="00000000">
            <w:r>
              <w:rPr>
                <w:sz w:val="12"/>
              </w:rPr>
              <w:t>1199</w:t>
            </w:r>
          </w:p>
        </w:tc>
        <w:tc>
          <w:tcPr>
            <w:tcW w:w="784" w:type="dxa"/>
            <w:tcMar>
              <w:top w:w="20" w:type="dxa"/>
              <w:left w:w="50" w:type="dxa"/>
              <w:bottom w:w="20" w:type="dxa"/>
              <w:right w:w="50" w:type="dxa"/>
            </w:tcMar>
          </w:tcPr>
          <w:p w14:paraId="51571682" w14:textId="77777777" w:rsidR="00292F36" w:rsidRDefault="00000000">
            <w:r>
              <w:rPr>
                <w:sz w:val="12"/>
              </w:rPr>
              <w:t>606</w:t>
            </w:r>
          </w:p>
        </w:tc>
        <w:tc>
          <w:tcPr>
            <w:tcW w:w="784" w:type="dxa"/>
            <w:tcMar>
              <w:top w:w="20" w:type="dxa"/>
              <w:left w:w="50" w:type="dxa"/>
              <w:bottom w:w="20" w:type="dxa"/>
              <w:right w:w="50" w:type="dxa"/>
            </w:tcMar>
          </w:tcPr>
          <w:p w14:paraId="15074C66" w14:textId="77777777" w:rsidR="00292F36" w:rsidRDefault="00000000">
            <w:r>
              <w:rPr>
                <w:sz w:val="12"/>
              </w:rPr>
              <w:t>593</w:t>
            </w:r>
          </w:p>
        </w:tc>
      </w:tr>
      <w:tr w:rsidR="00292F36" w14:paraId="10B22FEE" w14:textId="77777777">
        <w:tc>
          <w:tcPr>
            <w:tcW w:w="784" w:type="dxa"/>
            <w:tcMar>
              <w:top w:w="20" w:type="dxa"/>
              <w:left w:w="50" w:type="dxa"/>
              <w:bottom w:w="20" w:type="dxa"/>
              <w:right w:w="50" w:type="dxa"/>
            </w:tcMar>
          </w:tcPr>
          <w:p w14:paraId="391C81F4" w14:textId="77777777" w:rsidR="00292F36" w:rsidRDefault="00000000">
            <w:r>
              <w:rPr>
                <w:sz w:val="12"/>
              </w:rPr>
              <w:t>Zinc</w:t>
            </w:r>
          </w:p>
        </w:tc>
        <w:tc>
          <w:tcPr>
            <w:tcW w:w="784" w:type="dxa"/>
            <w:tcMar>
              <w:top w:w="20" w:type="dxa"/>
              <w:left w:w="50" w:type="dxa"/>
              <w:bottom w:w="20" w:type="dxa"/>
              <w:right w:w="50" w:type="dxa"/>
            </w:tcMar>
          </w:tcPr>
          <w:p w14:paraId="15B240E4" w14:textId="77777777" w:rsidR="00292F36" w:rsidRDefault="00000000">
            <w:r>
              <w:rPr>
                <w:sz w:val="12"/>
              </w:rPr>
              <w:t>22.2</w:t>
            </w:r>
          </w:p>
        </w:tc>
        <w:tc>
          <w:tcPr>
            <w:tcW w:w="784" w:type="dxa"/>
            <w:tcMar>
              <w:top w:w="20" w:type="dxa"/>
              <w:left w:w="50" w:type="dxa"/>
              <w:bottom w:w="20" w:type="dxa"/>
              <w:right w:w="50" w:type="dxa"/>
            </w:tcMar>
          </w:tcPr>
          <w:p w14:paraId="727016BC" w14:textId="77777777" w:rsidR="00292F36" w:rsidRDefault="00000000">
            <w:r>
              <w:rPr>
                <w:sz w:val="12"/>
              </w:rPr>
              <w:t>17.1</w:t>
            </w:r>
          </w:p>
        </w:tc>
        <w:tc>
          <w:tcPr>
            <w:tcW w:w="784" w:type="dxa"/>
            <w:tcMar>
              <w:top w:w="20" w:type="dxa"/>
              <w:left w:w="50" w:type="dxa"/>
              <w:bottom w:w="20" w:type="dxa"/>
              <w:right w:w="50" w:type="dxa"/>
            </w:tcMar>
          </w:tcPr>
          <w:p w14:paraId="51251512" w14:textId="77777777" w:rsidR="00292F36" w:rsidRDefault="00000000">
            <w:r>
              <w:rPr>
                <w:sz w:val="12"/>
              </w:rPr>
              <w:t>1120.61</w:t>
            </w:r>
          </w:p>
        </w:tc>
        <w:tc>
          <w:tcPr>
            <w:tcW w:w="784" w:type="dxa"/>
            <w:tcMar>
              <w:top w:w="20" w:type="dxa"/>
              <w:left w:w="50" w:type="dxa"/>
              <w:bottom w:w="20" w:type="dxa"/>
              <w:right w:w="50" w:type="dxa"/>
            </w:tcMar>
          </w:tcPr>
          <w:p w14:paraId="16A6273D" w14:textId="77777777" w:rsidR="00292F36" w:rsidRDefault="00000000">
            <w:r>
              <w:rPr>
                <w:sz w:val="12"/>
              </w:rPr>
              <w:t>1</w:t>
            </w:r>
          </w:p>
        </w:tc>
        <w:tc>
          <w:tcPr>
            <w:tcW w:w="784" w:type="dxa"/>
            <w:tcMar>
              <w:top w:w="20" w:type="dxa"/>
              <w:left w:w="50" w:type="dxa"/>
              <w:bottom w:w="20" w:type="dxa"/>
              <w:right w:w="50" w:type="dxa"/>
            </w:tcMar>
          </w:tcPr>
          <w:p w14:paraId="7F3BFE83" w14:textId="77777777" w:rsidR="00292F36" w:rsidRDefault="00000000">
            <w:r>
              <w:rPr>
                <w:sz w:val="12"/>
              </w:rPr>
              <w:t>1.09e-245</w:t>
            </w:r>
          </w:p>
        </w:tc>
        <w:tc>
          <w:tcPr>
            <w:tcW w:w="784" w:type="dxa"/>
            <w:tcMar>
              <w:top w:w="20" w:type="dxa"/>
              <w:left w:w="50" w:type="dxa"/>
              <w:bottom w:w="20" w:type="dxa"/>
              <w:right w:w="50" w:type="dxa"/>
            </w:tcMar>
          </w:tcPr>
          <w:p w14:paraId="3B9FE000" w14:textId="77777777" w:rsidR="00292F36" w:rsidRDefault="00000000">
            <w:r>
              <w:rPr>
                <w:sz w:val="12"/>
              </w:rPr>
              <w:t>***</w:t>
            </w:r>
          </w:p>
        </w:tc>
        <w:tc>
          <w:tcPr>
            <w:tcW w:w="784" w:type="dxa"/>
            <w:tcMar>
              <w:top w:w="20" w:type="dxa"/>
              <w:left w:w="50" w:type="dxa"/>
              <w:bottom w:w="20" w:type="dxa"/>
              <w:right w:w="50" w:type="dxa"/>
            </w:tcMar>
          </w:tcPr>
          <w:p w14:paraId="7F6135F0" w14:textId="77777777" w:rsidR="00292F36" w:rsidRDefault="00000000">
            <w:r>
              <w:rPr>
                <w:sz w:val="12"/>
              </w:rPr>
              <w:t>4.85</w:t>
            </w:r>
          </w:p>
        </w:tc>
        <w:tc>
          <w:tcPr>
            <w:tcW w:w="784" w:type="dxa"/>
            <w:tcMar>
              <w:top w:w="20" w:type="dxa"/>
              <w:left w:w="50" w:type="dxa"/>
              <w:bottom w:w="20" w:type="dxa"/>
              <w:right w:w="50" w:type="dxa"/>
            </w:tcMar>
          </w:tcPr>
          <w:p w14:paraId="4F5F4580" w14:textId="77777777" w:rsidR="00292F36" w:rsidRDefault="00000000">
            <w:r>
              <w:rPr>
                <w:sz w:val="12"/>
              </w:rPr>
              <w:t>2</w:t>
            </w:r>
          </w:p>
        </w:tc>
        <w:tc>
          <w:tcPr>
            <w:tcW w:w="784" w:type="dxa"/>
            <w:tcMar>
              <w:top w:w="20" w:type="dxa"/>
              <w:left w:w="50" w:type="dxa"/>
              <w:bottom w:w="20" w:type="dxa"/>
              <w:right w:w="50" w:type="dxa"/>
            </w:tcMar>
          </w:tcPr>
          <w:p w14:paraId="14FA2F5F" w14:textId="77777777" w:rsidR="00292F36" w:rsidRDefault="00000000">
            <w:r>
              <w:rPr>
                <w:sz w:val="12"/>
              </w:rPr>
              <w:t>0.0886</w:t>
            </w:r>
          </w:p>
        </w:tc>
        <w:tc>
          <w:tcPr>
            <w:tcW w:w="784" w:type="dxa"/>
            <w:tcMar>
              <w:top w:w="20" w:type="dxa"/>
              <w:left w:w="50" w:type="dxa"/>
              <w:bottom w:w="20" w:type="dxa"/>
              <w:right w:w="50" w:type="dxa"/>
            </w:tcMar>
          </w:tcPr>
          <w:p w14:paraId="5CF80A41" w14:textId="77777777" w:rsidR="00292F36" w:rsidRDefault="00000000">
            <w:r>
              <w:rPr>
                <w:sz w:val="12"/>
              </w:rPr>
              <w:t>.</w:t>
            </w:r>
          </w:p>
        </w:tc>
        <w:tc>
          <w:tcPr>
            <w:tcW w:w="784" w:type="dxa"/>
            <w:tcMar>
              <w:top w:w="20" w:type="dxa"/>
              <w:left w:w="50" w:type="dxa"/>
              <w:bottom w:w="20" w:type="dxa"/>
              <w:right w:w="50" w:type="dxa"/>
            </w:tcMar>
          </w:tcPr>
          <w:p w14:paraId="32AE490A" w14:textId="77777777" w:rsidR="00292F36" w:rsidRDefault="00000000">
            <w:r>
              <w:rPr>
                <w:sz w:val="12"/>
              </w:rPr>
              <w:t>14.2</w:t>
            </w:r>
          </w:p>
        </w:tc>
        <w:tc>
          <w:tcPr>
            <w:tcW w:w="784" w:type="dxa"/>
            <w:tcMar>
              <w:top w:w="20" w:type="dxa"/>
              <w:left w:w="50" w:type="dxa"/>
              <w:bottom w:w="20" w:type="dxa"/>
              <w:right w:w="50" w:type="dxa"/>
            </w:tcMar>
          </w:tcPr>
          <w:p w14:paraId="6334CDE9" w14:textId="77777777" w:rsidR="00292F36" w:rsidRDefault="00000000">
            <w:r>
              <w:rPr>
                <w:sz w:val="12"/>
              </w:rPr>
              <w:t>2</w:t>
            </w:r>
          </w:p>
        </w:tc>
        <w:tc>
          <w:tcPr>
            <w:tcW w:w="784" w:type="dxa"/>
            <w:tcMar>
              <w:top w:w="20" w:type="dxa"/>
              <w:left w:w="50" w:type="dxa"/>
              <w:bottom w:w="20" w:type="dxa"/>
              <w:right w:w="50" w:type="dxa"/>
            </w:tcMar>
          </w:tcPr>
          <w:p w14:paraId="7BCC5635" w14:textId="77777777" w:rsidR="00292F36" w:rsidRDefault="00000000">
            <w:r>
              <w:rPr>
                <w:sz w:val="12"/>
              </w:rPr>
              <w:t>0.000824</w:t>
            </w:r>
          </w:p>
        </w:tc>
        <w:tc>
          <w:tcPr>
            <w:tcW w:w="784" w:type="dxa"/>
            <w:tcMar>
              <w:top w:w="20" w:type="dxa"/>
              <w:left w:w="50" w:type="dxa"/>
              <w:bottom w:w="20" w:type="dxa"/>
              <w:right w:w="50" w:type="dxa"/>
            </w:tcMar>
          </w:tcPr>
          <w:p w14:paraId="6914250A" w14:textId="77777777" w:rsidR="00292F36" w:rsidRDefault="00000000">
            <w:r>
              <w:rPr>
                <w:sz w:val="12"/>
              </w:rPr>
              <w:t>***</w:t>
            </w:r>
          </w:p>
        </w:tc>
        <w:tc>
          <w:tcPr>
            <w:tcW w:w="784" w:type="dxa"/>
            <w:tcMar>
              <w:top w:w="20" w:type="dxa"/>
              <w:left w:w="50" w:type="dxa"/>
              <w:bottom w:w="20" w:type="dxa"/>
              <w:right w:w="50" w:type="dxa"/>
            </w:tcMar>
          </w:tcPr>
          <w:p w14:paraId="44DDDF27" w14:textId="77777777" w:rsidR="00292F36" w:rsidRDefault="00000000">
            <w:r>
              <w:rPr>
                <w:sz w:val="12"/>
              </w:rPr>
              <w:t>1199</w:t>
            </w:r>
          </w:p>
        </w:tc>
        <w:tc>
          <w:tcPr>
            <w:tcW w:w="784" w:type="dxa"/>
            <w:tcMar>
              <w:top w:w="20" w:type="dxa"/>
              <w:left w:w="50" w:type="dxa"/>
              <w:bottom w:w="20" w:type="dxa"/>
              <w:right w:w="50" w:type="dxa"/>
            </w:tcMar>
          </w:tcPr>
          <w:p w14:paraId="0EC6B1F0" w14:textId="77777777" w:rsidR="00292F36" w:rsidRDefault="00000000">
            <w:r>
              <w:rPr>
                <w:sz w:val="12"/>
              </w:rPr>
              <w:t>606</w:t>
            </w:r>
          </w:p>
        </w:tc>
        <w:tc>
          <w:tcPr>
            <w:tcW w:w="784" w:type="dxa"/>
            <w:tcMar>
              <w:top w:w="20" w:type="dxa"/>
              <w:left w:w="50" w:type="dxa"/>
              <w:bottom w:w="20" w:type="dxa"/>
              <w:right w:w="50" w:type="dxa"/>
            </w:tcMar>
          </w:tcPr>
          <w:p w14:paraId="77A504B3" w14:textId="77777777" w:rsidR="00292F36" w:rsidRDefault="00000000">
            <w:r>
              <w:rPr>
                <w:sz w:val="12"/>
              </w:rPr>
              <w:t>593</w:t>
            </w:r>
          </w:p>
        </w:tc>
      </w:tr>
      <w:tr w:rsidR="00292F36" w14:paraId="4FBBDC17" w14:textId="77777777">
        <w:tc>
          <w:tcPr>
            <w:tcW w:w="784" w:type="dxa"/>
            <w:tcMar>
              <w:top w:w="20" w:type="dxa"/>
              <w:left w:w="50" w:type="dxa"/>
              <w:bottom w:w="20" w:type="dxa"/>
              <w:right w:w="50" w:type="dxa"/>
            </w:tcMar>
          </w:tcPr>
          <w:p w14:paraId="1EE57C54" w14:textId="77777777" w:rsidR="00292F36" w:rsidRDefault="00000000">
            <w:r>
              <w:rPr>
                <w:sz w:val="12"/>
              </w:rPr>
              <w:t>Iron</w:t>
            </w:r>
          </w:p>
        </w:tc>
        <w:tc>
          <w:tcPr>
            <w:tcW w:w="784" w:type="dxa"/>
            <w:tcMar>
              <w:top w:w="20" w:type="dxa"/>
              <w:left w:w="50" w:type="dxa"/>
              <w:bottom w:w="20" w:type="dxa"/>
              <w:right w:w="50" w:type="dxa"/>
            </w:tcMar>
          </w:tcPr>
          <w:p w14:paraId="64DF6533" w14:textId="77777777" w:rsidR="00292F36" w:rsidRDefault="00000000">
            <w:r>
              <w:rPr>
                <w:sz w:val="12"/>
              </w:rPr>
              <w:t>18.9</w:t>
            </w:r>
          </w:p>
        </w:tc>
        <w:tc>
          <w:tcPr>
            <w:tcW w:w="784" w:type="dxa"/>
            <w:tcMar>
              <w:top w:w="20" w:type="dxa"/>
              <w:left w:w="50" w:type="dxa"/>
              <w:bottom w:w="20" w:type="dxa"/>
              <w:right w:w="50" w:type="dxa"/>
            </w:tcMar>
          </w:tcPr>
          <w:p w14:paraId="693A48B1" w14:textId="77777777" w:rsidR="00292F36" w:rsidRDefault="00000000">
            <w:r>
              <w:rPr>
                <w:sz w:val="12"/>
              </w:rPr>
              <w:t>14.1</w:t>
            </w:r>
          </w:p>
        </w:tc>
        <w:tc>
          <w:tcPr>
            <w:tcW w:w="784" w:type="dxa"/>
            <w:tcMar>
              <w:top w:w="20" w:type="dxa"/>
              <w:left w:w="50" w:type="dxa"/>
              <w:bottom w:w="20" w:type="dxa"/>
              <w:right w:w="50" w:type="dxa"/>
            </w:tcMar>
          </w:tcPr>
          <w:p w14:paraId="7C038F1B" w14:textId="77777777" w:rsidR="00292F36" w:rsidRDefault="00000000">
            <w:r>
              <w:rPr>
                <w:sz w:val="12"/>
              </w:rPr>
              <w:t>355.14</w:t>
            </w:r>
          </w:p>
        </w:tc>
        <w:tc>
          <w:tcPr>
            <w:tcW w:w="784" w:type="dxa"/>
            <w:tcMar>
              <w:top w:w="20" w:type="dxa"/>
              <w:left w:w="50" w:type="dxa"/>
              <w:bottom w:w="20" w:type="dxa"/>
              <w:right w:w="50" w:type="dxa"/>
            </w:tcMar>
          </w:tcPr>
          <w:p w14:paraId="2F95F2B9" w14:textId="77777777" w:rsidR="00292F36" w:rsidRDefault="00000000">
            <w:r>
              <w:rPr>
                <w:sz w:val="12"/>
              </w:rPr>
              <w:t>1</w:t>
            </w:r>
          </w:p>
        </w:tc>
        <w:tc>
          <w:tcPr>
            <w:tcW w:w="784" w:type="dxa"/>
            <w:tcMar>
              <w:top w:w="20" w:type="dxa"/>
              <w:left w:w="50" w:type="dxa"/>
              <w:bottom w:w="20" w:type="dxa"/>
              <w:right w:w="50" w:type="dxa"/>
            </w:tcMar>
          </w:tcPr>
          <w:p w14:paraId="268D7D0C" w14:textId="77777777" w:rsidR="00292F36" w:rsidRDefault="00000000">
            <w:r>
              <w:rPr>
                <w:sz w:val="12"/>
              </w:rPr>
              <w:t>3.22e-79</w:t>
            </w:r>
          </w:p>
        </w:tc>
        <w:tc>
          <w:tcPr>
            <w:tcW w:w="784" w:type="dxa"/>
            <w:tcMar>
              <w:top w:w="20" w:type="dxa"/>
              <w:left w:w="50" w:type="dxa"/>
              <w:bottom w:w="20" w:type="dxa"/>
              <w:right w:w="50" w:type="dxa"/>
            </w:tcMar>
          </w:tcPr>
          <w:p w14:paraId="1D030709" w14:textId="77777777" w:rsidR="00292F36" w:rsidRDefault="00000000">
            <w:r>
              <w:rPr>
                <w:sz w:val="12"/>
              </w:rPr>
              <w:t>***</w:t>
            </w:r>
          </w:p>
        </w:tc>
        <w:tc>
          <w:tcPr>
            <w:tcW w:w="784" w:type="dxa"/>
            <w:tcMar>
              <w:top w:w="20" w:type="dxa"/>
              <w:left w:w="50" w:type="dxa"/>
              <w:bottom w:w="20" w:type="dxa"/>
              <w:right w:w="50" w:type="dxa"/>
            </w:tcMar>
          </w:tcPr>
          <w:p w14:paraId="1831974C" w14:textId="77777777" w:rsidR="00292F36" w:rsidRDefault="00000000">
            <w:r>
              <w:rPr>
                <w:sz w:val="12"/>
              </w:rPr>
              <w:t>8.87</w:t>
            </w:r>
          </w:p>
        </w:tc>
        <w:tc>
          <w:tcPr>
            <w:tcW w:w="784" w:type="dxa"/>
            <w:tcMar>
              <w:top w:w="20" w:type="dxa"/>
              <w:left w:w="50" w:type="dxa"/>
              <w:bottom w:w="20" w:type="dxa"/>
              <w:right w:w="50" w:type="dxa"/>
            </w:tcMar>
          </w:tcPr>
          <w:p w14:paraId="41860CD6" w14:textId="77777777" w:rsidR="00292F36" w:rsidRDefault="00000000">
            <w:r>
              <w:rPr>
                <w:sz w:val="12"/>
              </w:rPr>
              <w:t>2</w:t>
            </w:r>
          </w:p>
        </w:tc>
        <w:tc>
          <w:tcPr>
            <w:tcW w:w="784" w:type="dxa"/>
            <w:tcMar>
              <w:top w:w="20" w:type="dxa"/>
              <w:left w:w="50" w:type="dxa"/>
              <w:bottom w:w="20" w:type="dxa"/>
              <w:right w:w="50" w:type="dxa"/>
            </w:tcMar>
          </w:tcPr>
          <w:p w14:paraId="4EA7397E" w14:textId="77777777" w:rsidR="00292F36" w:rsidRDefault="00000000">
            <w:r>
              <w:rPr>
                <w:sz w:val="12"/>
              </w:rPr>
              <w:t>0.0118</w:t>
            </w:r>
          </w:p>
        </w:tc>
        <w:tc>
          <w:tcPr>
            <w:tcW w:w="784" w:type="dxa"/>
            <w:tcMar>
              <w:top w:w="20" w:type="dxa"/>
              <w:left w:w="50" w:type="dxa"/>
              <w:bottom w:w="20" w:type="dxa"/>
              <w:right w:w="50" w:type="dxa"/>
            </w:tcMar>
          </w:tcPr>
          <w:p w14:paraId="0055891E" w14:textId="77777777" w:rsidR="00292F36" w:rsidRDefault="00000000">
            <w:r>
              <w:rPr>
                <w:sz w:val="12"/>
              </w:rPr>
              <w:t>*</w:t>
            </w:r>
          </w:p>
        </w:tc>
        <w:tc>
          <w:tcPr>
            <w:tcW w:w="784" w:type="dxa"/>
            <w:tcMar>
              <w:top w:w="20" w:type="dxa"/>
              <w:left w:w="50" w:type="dxa"/>
              <w:bottom w:w="20" w:type="dxa"/>
              <w:right w:w="50" w:type="dxa"/>
            </w:tcMar>
          </w:tcPr>
          <w:p w14:paraId="6C79FE6A" w14:textId="77777777" w:rsidR="00292F36" w:rsidRDefault="00000000">
            <w:r>
              <w:rPr>
                <w:sz w:val="12"/>
              </w:rPr>
              <w:t>102.12</w:t>
            </w:r>
          </w:p>
        </w:tc>
        <w:tc>
          <w:tcPr>
            <w:tcW w:w="784" w:type="dxa"/>
            <w:tcMar>
              <w:top w:w="20" w:type="dxa"/>
              <w:left w:w="50" w:type="dxa"/>
              <w:bottom w:w="20" w:type="dxa"/>
              <w:right w:w="50" w:type="dxa"/>
            </w:tcMar>
          </w:tcPr>
          <w:p w14:paraId="1F222365" w14:textId="77777777" w:rsidR="00292F36" w:rsidRDefault="00000000">
            <w:r>
              <w:rPr>
                <w:sz w:val="12"/>
              </w:rPr>
              <w:t>2</w:t>
            </w:r>
          </w:p>
        </w:tc>
        <w:tc>
          <w:tcPr>
            <w:tcW w:w="784" w:type="dxa"/>
            <w:tcMar>
              <w:top w:w="20" w:type="dxa"/>
              <w:left w:w="50" w:type="dxa"/>
              <w:bottom w:w="20" w:type="dxa"/>
              <w:right w:w="50" w:type="dxa"/>
            </w:tcMar>
          </w:tcPr>
          <w:p w14:paraId="7BB4975B" w14:textId="77777777" w:rsidR="00292F36" w:rsidRDefault="00000000">
            <w:r>
              <w:rPr>
                <w:sz w:val="12"/>
              </w:rPr>
              <w:t>6.7e-23</w:t>
            </w:r>
          </w:p>
        </w:tc>
        <w:tc>
          <w:tcPr>
            <w:tcW w:w="784" w:type="dxa"/>
            <w:tcMar>
              <w:top w:w="20" w:type="dxa"/>
              <w:left w:w="50" w:type="dxa"/>
              <w:bottom w:w="20" w:type="dxa"/>
              <w:right w:w="50" w:type="dxa"/>
            </w:tcMar>
          </w:tcPr>
          <w:p w14:paraId="5A1F6AB4" w14:textId="77777777" w:rsidR="00292F36" w:rsidRDefault="00000000">
            <w:r>
              <w:rPr>
                <w:sz w:val="12"/>
              </w:rPr>
              <w:t>***</w:t>
            </w:r>
          </w:p>
        </w:tc>
        <w:tc>
          <w:tcPr>
            <w:tcW w:w="784" w:type="dxa"/>
            <w:tcMar>
              <w:top w:w="20" w:type="dxa"/>
              <w:left w:w="50" w:type="dxa"/>
              <w:bottom w:w="20" w:type="dxa"/>
              <w:right w:w="50" w:type="dxa"/>
            </w:tcMar>
          </w:tcPr>
          <w:p w14:paraId="024D63C5" w14:textId="77777777" w:rsidR="00292F36" w:rsidRDefault="00000000">
            <w:r>
              <w:rPr>
                <w:sz w:val="12"/>
              </w:rPr>
              <w:t>1199</w:t>
            </w:r>
          </w:p>
        </w:tc>
        <w:tc>
          <w:tcPr>
            <w:tcW w:w="784" w:type="dxa"/>
            <w:tcMar>
              <w:top w:w="20" w:type="dxa"/>
              <w:left w:w="50" w:type="dxa"/>
              <w:bottom w:w="20" w:type="dxa"/>
              <w:right w:w="50" w:type="dxa"/>
            </w:tcMar>
          </w:tcPr>
          <w:p w14:paraId="6DF93104" w14:textId="77777777" w:rsidR="00292F36" w:rsidRDefault="00000000">
            <w:r>
              <w:rPr>
                <w:sz w:val="12"/>
              </w:rPr>
              <w:t>606</w:t>
            </w:r>
          </w:p>
        </w:tc>
        <w:tc>
          <w:tcPr>
            <w:tcW w:w="784" w:type="dxa"/>
            <w:tcMar>
              <w:top w:w="20" w:type="dxa"/>
              <w:left w:w="50" w:type="dxa"/>
              <w:bottom w:w="20" w:type="dxa"/>
              <w:right w:w="50" w:type="dxa"/>
            </w:tcMar>
          </w:tcPr>
          <w:p w14:paraId="0BDA45FE" w14:textId="77777777" w:rsidR="00292F36" w:rsidRDefault="00000000">
            <w:r>
              <w:rPr>
                <w:sz w:val="12"/>
              </w:rPr>
              <w:t>593</w:t>
            </w:r>
          </w:p>
        </w:tc>
      </w:tr>
      <w:tr w:rsidR="00292F36" w14:paraId="4D040AB4" w14:textId="77777777">
        <w:tc>
          <w:tcPr>
            <w:tcW w:w="784" w:type="dxa"/>
            <w:tcMar>
              <w:top w:w="20" w:type="dxa"/>
              <w:left w:w="50" w:type="dxa"/>
              <w:bottom w:w="20" w:type="dxa"/>
              <w:right w:w="50" w:type="dxa"/>
            </w:tcMar>
          </w:tcPr>
          <w:p w14:paraId="74F74EBF" w14:textId="77777777" w:rsidR="00292F36" w:rsidRDefault="00000000">
            <w:r>
              <w:rPr>
                <w:sz w:val="12"/>
              </w:rPr>
              <w:t>Vitamin A</w:t>
            </w:r>
          </w:p>
        </w:tc>
        <w:tc>
          <w:tcPr>
            <w:tcW w:w="784" w:type="dxa"/>
            <w:tcMar>
              <w:top w:w="20" w:type="dxa"/>
              <w:left w:w="50" w:type="dxa"/>
              <w:bottom w:w="20" w:type="dxa"/>
              <w:right w:w="50" w:type="dxa"/>
            </w:tcMar>
          </w:tcPr>
          <w:p w14:paraId="4E94E0E9" w14:textId="77777777" w:rsidR="00292F36" w:rsidRDefault="00000000">
            <w:r>
              <w:rPr>
                <w:sz w:val="12"/>
              </w:rPr>
              <w:t>13.2</w:t>
            </w:r>
          </w:p>
        </w:tc>
        <w:tc>
          <w:tcPr>
            <w:tcW w:w="784" w:type="dxa"/>
            <w:tcMar>
              <w:top w:w="20" w:type="dxa"/>
              <w:left w:w="50" w:type="dxa"/>
              <w:bottom w:w="20" w:type="dxa"/>
              <w:right w:w="50" w:type="dxa"/>
            </w:tcMar>
          </w:tcPr>
          <w:p w14:paraId="4085174C" w14:textId="77777777" w:rsidR="00292F36" w:rsidRDefault="00000000">
            <w:r>
              <w:rPr>
                <w:sz w:val="12"/>
              </w:rPr>
              <w:t>12.9</w:t>
            </w:r>
          </w:p>
        </w:tc>
        <w:tc>
          <w:tcPr>
            <w:tcW w:w="784" w:type="dxa"/>
            <w:tcMar>
              <w:top w:w="20" w:type="dxa"/>
              <w:left w:w="50" w:type="dxa"/>
              <w:bottom w:w="20" w:type="dxa"/>
              <w:right w:w="50" w:type="dxa"/>
            </w:tcMar>
          </w:tcPr>
          <w:p w14:paraId="4CDB917B" w14:textId="77777777" w:rsidR="00292F36" w:rsidRDefault="00000000">
            <w:r>
              <w:rPr>
                <w:sz w:val="12"/>
              </w:rPr>
              <w:t>0.18</w:t>
            </w:r>
          </w:p>
        </w:tc>
        <w:tc>
          <w:tcPr>
            <w:tcW w:w="784" w:type="dxa"/>
            <w:tcMar>
              <w:top w:w="20" w:type="dxa"/>
              <w:left w:w="50" w:type="dxa"/>
              <w:bottom w:w="20" w:type="dxa"/>
              <w:right w:w="50" w:type="dxa"/>
            </w:tcMar>
          </w:tcPr>
          <w:p w14:paraId="1E68F17B" w14:textId="77777777" w:rsidR="00292F36" w:rsidRDefault="00000000">
            <w:r>
              <w:rPr>
                <w:sz w:val="12"/>
              </w:rPr>
              <w:t>1</w:t>
            </w:r>
          </w:p>
        </w:tc>
        <w:tc>
          <w:tcPr>
            <w:tcW w:w="784" w:type="dxa"/>
            <w:tcMar>
              <w:top w:w="20" w:type="dxa"/>
              <w:left w:w="50" w:type="dxa"/>
              <w:bottom w:w="20" w:type="dxa"/>
              <w:right w:w="50" w:type="dxa"/>
            </w:tcMar>
          </w:tcPr>
          <w:p w14:paraId="3B04AE56" w14:textId="77777777" w:rsidR="00292F36" w:rsidRDefault="00000000">
            <w:r>
              <w:rPr>
                <w:sz w:val="12"/>
              </w:rPr>
              <w:t>0.674</w:t>
            </w:r>
          </w:p>
        </w:tc>
        <w:tc>
          <w:tcPr>
            <w:tcW w:w="784" w:type="dxa"/>
            <w:tcMar>
              <w:top w:w="20" w:type="dxa"/>
              <w:left w:w="50" w:type="dxa"/>
              <w:bottom w:w="20" w:type="dxa"/>
              <w:right w:w="50" w:type="dxa"/>
            </w:tcMar>
          </w:tcPr>
          <w:p w14:paraId="3DA0EAFD" w14:textId="77777777" w:rsidR="00292F36" w:rsidRDefault="00292F36"/>
        </w:tc>
        <w:tc>
          <w:tcPr>
            <w:tcW w:w="784" w:type="dxa"/>
            <w:tcMar>
              <w:top w:w="20" w:type="dxa"/>
              <w:left w:w="50" w:type="dxa"/>
              <w:bottom w:w="20" w:type="dxa"/>
              <w:right w:w="50" w:type="dxa"/>
            </w:tcMar>
          </w:tcPr>
          <w:p w14:paraId="6163CC44" w14:textId="77777777" w:rsidR="00292F36" w:rsidRDefault="00000000">
            <w:r>
              <w:rPr>
                <w:sz w:val="12"/>
              </w:rPr>
              <w:t>10.71</w:t>
            </w:r>
          </w:p>
        </w:tc>
        <w:tc>
          <w:tcPr>
            <w:tcW w:w="784" w:type="dxa"/>
            <w:tcMar>
              <w:top w:w="20" w:type="dxa"/>
              <w:left w:w="50" w:type="dxa"/>
              <w:bottom w:w="20" w:type="dxa"/>
              <w:right w:w="50" w:type="dxa"/>
            </w:tcMar>
          </w:tcPr>
          <w:p w14:paraId="4CA03D2C" w14:textId="77777777" w:rsidR="00292F36" w:rsidRDefault="00000000">
            <w:r>
              <w:rPr>
                <w:sz w:val="12"/>
              </w:rPr>
              <w:t>2</w:t>
            </w:r>
          </w:p>
        </w:tc>
        <w:tc>
          <w:tcPr>
            <w:tcW w:w="784" w:type="dxa"/>
            <w:tcMar>
              <w:top w:w="20" w:type="dxa"/>
              <w:left w:w="50" w:type="dxa"/>
              <w:bottom w:w="20" w:type="dxa"/>
              <w:right w:w="50" w:type="dxa"/>
            </w:tcMar>
          </w:tcPr>
          <w:p w14:paraId="3A578D1D" w14:textId="77777777" w:rsidR="00292F36" w:rsidRDefault="00000000">
            <w:r>
              <w:rPr>
                <w:sz w:val="12"/>
              </w:rPr>
              <w:t>0.00472</w:t>
            </w:r>
          </w:p>
        </w:tc>
        <w:tc>
          <w:tcPr>
            <w:tcW w:w="784" w:type="dxa"/>
            <w:tcMar>
              <w:top w:w="20" w:type="dxa"/>
              <w:left w:w="50" w:type="dxa"/>
              <w:bottom w:w="20" w:type="dxa"/>
              <w:right w:w="50" w:type="dxa"/>
            </w:tcMar>
          </w:tcPr>
          <w:p w14:paraId="4BCD59FE" w14:textId="77777777" w:rsidR="00292F36" w:rsidRDefault="00000000">
            <w:r>
              <w:rPr>
                <w:sz w:val="12"/>
              </w:rPr>
              <w:t>**</w:t>
            </w:r>
          </w:p>
        </w:tc>
        <w:tc>
          <w:tcPr>
            <w:tcW w:w="784" w:type="dxa"/>
            <w:tcMar>
              <w:top w:w="20" w:type="dxa"/>
              <w:left w:w="50" w:type="dxa"/>
              <w:bottom w:w="20" w:type="dxa"/>
              <w:right w:w="50" w:type="dxa"/>
            </w:tcMar>
          </w:tcPr>
          <w:p w14:paraId="2002318D" w14:textId="77777777" w:rsidR="00292F36" w:rsidRDefault="00000000">
            <w:r>
              <w:rPr>
                <w:sz w:val="12"/>
              </w:rPr>
              <w:t>13.19</w:t>
            </w:r>
          </w:p>
        </w:tc>
        <w:tc>
          <w:tcPr>
            <w:tcW w:w="784" w:type="dxa"/>
            <w:tcMar>
              <w:top w:w="20" w:type="dxa"/>
              <w:left w:w="50" w:type="dxa"/>
              <w:bottom w:w="20" w:type="dxa"/>
              <w:right w:w="50" w:type="dxa"/>
            </w:tcMar>
          </w:tcPr>
          <w:p w14:paraId="0F33C49E" w14:textId="77777777" w:rsidR="00292F36" w:rsidRDefault="00000000">
            <w:r>
              <w:rPr>
                <w:sz w:val="12"/>
              </w:rPr>
              <w:t>2</w:t>
            </w:r>
          </w:p>
        </w:tc>
        <w:tc>
          <w:tcPr>
            <w:tcW w:w="784" w:type="dxa"/>
            <w:tcMar>
              <w:top w:w="20" w:type="dxa"/>
              <w:left w:w="50" w:type="dxa"/>
              <w:bottom w:w="20" w:type="dxa"/>
              <w:right w:w="50" w:type="dxa"/>
            </w:tcMar>
          </w:tcPr>
          <w:p w14:paraId="500AA56F" w14:textId="77777777" w:rsidR="00292F36" w:rsidRDefault="00000000">
            <w:r>
              <w:rPr>
                <w:sz w:val="12"/>
              </w:rPr>
              <w:t>0.00137</w:t>
            </w:r>
          </w:p>
        </w:tc>
        <w:tc>
          <w:tcPr>
            <w:tcW w:w="784" w:type="dxa"/>
            <w:tcMar>
              <w:top w:w="20" w:type="dxa"/>
              <w:left w:w="50" w:type="dxa"/>
              <w:bottom w:w="20" w:type="dxa"/>
              <w:right w:w="50" w:type="dxa"/>
            </w:tcMar>
          </w:tcPr>
          <w:p w14:paraId="43796A77" w14:textId="77777777" w:rsidR="00292F36" w:rsidRDefault="00000000">
            <w:r>
              <w:rPr>
                <w:sz w:val="12"/>
              </w:rPr>
              <w:t>**</w:t>
            </w:r>
          </w:p>
        </w:tc>
        <w:tc>
          <w:tcPr>
            <w:tcW w:w="784" w:type="dxa"/>
            <w:tcMar>
              <w:top w:w="20" w:type="dxa"/>
              <w:left w:w="50" w:type="dxa"/>
              <w:bottom w:w="20" w:type="dxa"/>
              <w:right w:w="50" w:type="dxa"/>
            </w:tcMar>
          </w:tcPr>
          <w:p w14:paraId="23F63A96" w14:textId="77777777" w:rsidR="00292F36" w:rsidRDefault="00000000">
            <w:r>
              <w:rPr>
                <w:sz w:val="12"/>
              </w:rPr>
              <w:t>1199</w:t>
            </w:r>
          </w:p>
        </w:tc>
        <w:tc>
          <w:tcPr>
            <w:tcW w:w="784" w:type="dxa"/>
            <w:tcMar>
              <w:top w:w="20" w:type="dxa"/>
              <w:left w:w="50" w:type="dxa"/>
              <w:bottom w:w="20" w:type="dxa"/>
              <w:right w:w="50" w:type="dxa"/>
            </w:tcMar>
          </w:tcPr>
          <w:p w14:paraId="383260CA" w14:textId="77777777" w:rsidR="00292F36" w:rsidRDefault="00000000">
            <w:r>
              <w:rPr>
                <w:sz w:val="12"/>
              </w:rPr>
              <w:t>606</w:t>
            </w:r>
          </w:p>
        </w:tc>
        <w:tc>
          <w:tcPr>
            <w:tcW w:w="784" w:type="dxa"/>
            <w:tcMar>
              <w:top w:w="20" w:type="dxa"/>
              <w:left w:w="50" w:type="dxa"/>
              <w:bottom w:w="20" w:type="dxa"/>
              <w:right w:w="50" w:type="dxa"/>
            </w:tcMar>
          </w:tcPr>
          <w:p w14:paraId="7FB7E61E" w14:textId="77777777" w:rsidR="00292F36" w:rsidRDefault="00000000">
            <w:r>
              <w:rPr>
                <w:sz w:val="12"/>
              </w:rPr>
              <w:t>593</w:t>
            </w:r>
          </w:p>
        </w:tc>
      </w:tr>
      <w:tr w:rsidR="00292F36" w14:paraId="4F513F76" w14:textId="77777777">
        <w:tc>
          <w:tcPr>
            <w:tcW w:w="784" w:type="dxa"/>
            <w:tcMar>
              <w:top w:w="20" w:type="dxa"/>
              <w:left w:w="50" w:type="dxa"/>
              <w:bottom w:w="20" w:type="dxa"/>
              <w:right w:w="50" w:type="dxa"/>
            </w:tcMar>
          </w:tcPr>
          <w:p w14:paraId="2F1B7455" w14:textId="77777777" w:rsidR="00292F36" w:rsidRDefault="00000000">
            <w:r>
              <w:rPr>
                <w:sz w:val="12"/>
              </w:rPr>
              <w:t>Calcium</w:t>
            </w:r>
          </w:p>
        </w:tc>
        <w:tc>
          <w:tcPr>
            <w:tcW w:w="784" w:type="dxa"/>
            <w:tcMar>
              <w:top w:w="20" w:type="dxa"/>
              <w:left w:w="50" w:type="dxa"/>
              <w:bottom w:w="20" w:type="dxa"/>
              <w:right w:w="50" w:type="dxa"/>
            </w:tcMar>
          </w:tcPr>
          <w:p w14:paraId="4B4AABA8" w14:textId="77777777" w:rsidR="00292F36" w:rsidRDefault="00000000">
            <w:r>
              <w:rPr>
                <w:sz w:val="12"/>
              </w:rPr>
              <w:t>7</w:t>
            </w:r>
          </w:p>
        </w:tc>
        <w:tc>
          <w:tcPr>
            <w:tcW w:w="784" w:type="dxa"/>
            <w:tcMar>
              <w:top w:w="20" w:type="dxa"/>
              <w:left w:w="50" w:type="dxa"/>
              <w:bottom w:w="20" w:type="dxa"/>
              <w:right w:w="50" w:type="dxa"/>
            </w:tcMar>
          </w:tcPr>
          <w:p w14:paraId="0AA83083" w14:textId="77777777" w:rsidR="00292F36" w:rsidRDefault="00000000">
            <w:r>
              <w:rPr>
                <w:sz w:val="12"/>
              </w:rPr>
              <w:t>3.3</w:t>
            </w:r>
          </w:p>
        </w:tc>
        <w:tc>
          <w:tcPr>
            <w:tcW w:w="784" w:type="dxa"/>
            <w:tcMar>
              <w:top w:w="20" w:type="dxa"/>
              <w:left w:w="50" w:type="dxa"/>
              <w:bottom w:w="20" w:type="dxa"/>
              <w:right w:w="50" w:type="dxa"/>
            </w:tcMar>
          </w:tcPr>
          <w:p w14:paraId="7159DB51" w14:textId="77777777" w:rsidR="00292F36" w:rsidRDefault="00000000">
            <w:r>
              <w:rPr>
                <w:sz w:val="12"/>
              </w:rPr>
              <w:t>894.35</w:t>
            </w:r>
          </w:p>
        </w:tc>
        <w:tc>
          <w:tcPr>
            <w:tcW w:w="784" w:type="dxa"/>
            <w:tcMar>
              <w:top w:w="20" w:type="dxa"/>
              <w:left w:w="50" w:type="dxa"/>
              <w:bottom w:w="20" w:type="dxa"/>
              <w:right w:w="50" w:type="dxa"/>
            </w:tcMar>
          </w:tcPr>
          <w:p w14:paraId="1F3FA871" w14:textId="77777777" w:rsidR="00292F36" w:rsidRDefault="00000000">
            <w:r>
              <w:rPr>
                <w:sz w:val="12"/>
              </w:rPr>
              <w:t>1</w:t>
            </w:r>
          </w:p>
        </w:tc>
        <w:tc>
          <w:tcPr>
            <w:tcW w:w="784" w:type="dxa"/>
            <w:tcMar>
              <w:top w:w="20" w:type="dxa"/>
              <w:left w:w="50" w:type="dxa"/>
              <w:bottom w:w="20" w:type="dxa"/>
              <w:right w:w="50" w:type="dxa"/>
            </w:tcMar>
          </w:tcPr>
          <w:p w14:paraId="682DADD2" w14:textId="77777777" w:rsidR="00292F36" w:rsidRDefault="00000000">
            <w:r>
              <w:rPr>
                <w:sz w:val="12"/>
              </w:rPr>
              <w:t>1.66e-196</w:t>
            </w:r>
          </w:p>
        </w:tc>
        <w:tc>
          <w:tcPr>
            <w:tcW w:w="784" w:type="dxa"/>
            <w:tcMar>
              <w:top w:w="20" w:type="dxa"/>
              <w:left w:w="50" w:type="dxa"/>
              <w:bottom w:w="20" w:type="dxa"/>
              <w:right w:w="50" w:type="dxa"/>
            </w:tcMar>
          </w:tcPr>
          <w:p w14:paraId="3B724906" w14:textId="77777777" w:rsidR="00292F36" w:rsidRDefault="00000000">
            <w:r>
              <w:rPr>
                <w:sz w:val="12"/>
              </w:rPr>
              <w:t>***</w:t>
            </w:r>
          </w:p>
        </w:tc>
        <w:tc>
          <w:tcPr>
            <w:tcW w:w="784" w:type="dxa"/>
            <w:tcMar>
              <w:top w:w="20" w:type="dxa"/>
              <w:left w:w="50" w:type="dxa"/>
              <w:bottom w:w="20" w:type="dxa"/>
              <w:right w:w="50" w:type="dxa"/>
            </w:tcMar>
          </w:tcPr>
          <w:p w14:paraId="2A684F10" w14:textId="77777777" w:rsidR="00292F36" w:rsidRDefault="00000000">
            <w:r>
              <w:rPr>
                <w:sz w:val="12"/>
              </w:rPr>
              <w:t>23.13</w:t>
            </w:r>
          </w:p>
        </w:tc>
        <w:tc>
          <w:tcPr>
            <w:tcW w:w="784" w:type="dxa"/>
            <w:tcMar>
              <w:top w:w="20" w:type="dxa"/>
              <w:left w:w="50" w:type="dxa"/>
              <w:bottom w:w="20" w:type="dxa"/>
              <w:right w:w="50" w:type="dxa"/>
            </w:tcMar>
          </w:tcPr>
          <w:p w14:paraId="7EADD128" w14:textId="77777777" w:rsidR="00292F36" w:rsidRDefault="00000000">
            <w:r>
              <w:rPr>
                <w:sz w:val="12"/>
              </w:rPr>
              <w:t>2</w:t>
            </w:r>
          </w:p>
        </w:tc>
        <w:tc>
          <w:tcPr>
            <w:tcW w:w="784" w:type="dxa"/>
            <w:tcMar>
              <w:top w:w="20" w:type="dxa"/>
              <w:left w:w="50" w:type="dxa"/>
              <w:bottom w:w="20" w:type="dxa"/>
              <w:right w:w="50" w:type="dxa"/>
            </w:tcMar>
          </w:tcPr>
          <w:p w14:paraId="6D3DDC25" w14:textId="77777777" w:rsidR="00292F36" w:rsidRDefault="00000000">
            <w:r>
              <w:rPr>
                <w:sz w:val="12"/>
              </w:rPr>
              <w:t>9.49e-06</w:t>
            </w:r>
          </w:p>
        </w:tc>
        <w:tc>
          <w:tcPr>
            <w:tcW w:w="784" w:type="dxa"/>
            <w:tcMar>
              <w:top w:w="20" w:type="dxa"/>
              <w:left w:w="50" w:type="dxa"/>
              <w:bottom w:w="20" w:type="dxa"/>
              <w:right w:w="50" w:type="dxa"/>
            </w:tcMar>
          </w:tcPr>
          <w:p w14:paraId="793377F1" w14:textId="77777777" w:rsidR="00292F36" w:rsidRDefault="00000000">
            <w:r>
              <w:rPr>
                <w:sz w:val="12"/>
              </w:rPr>
              <w:t>***</w:t>
            </w:r>
          </w:p>
        </w:tc>
        <w:tc>
          <w:tcPr>
            <w:tcW w:w="784" w:type="dxa"/>
            <w:tcMar>
              <w:top w:w="20" w:type="dxa"/>
              <w:left w:w="50" w:type="dxa"/>
              <w:bottom w:w="20" w:type="dxa"/>
              <w:right w:w="50" w:type="dxa"/>
            </w:tcMar>
          </w:tcPr>
          <w:p w14:paraId="468D462C" w14:textId="77777777" w:rsidR="00292F36" w:rsidRDefault="00000000">
            <w:r>
              <w:rPr>
                <w:sz w:val="12"/>
              </w:rPr>
              <w:t>98.33</w:t>
            </w:r>
          </w:p>
        </w:tc>
        <w:tc>
          <w:tcPr>
            <w:tcW w:w="784" w:type="dxa"/>
            <w:tcMar>
              <w:top w:w="20" w:type="dxa"/>
              <w:left w:w="50" w:type="dxa"/>
              <w:bottom w:w="20" w:type="dxa"/>
              <w:right w:w="50" w:type="dxa"/>
            </w:tcMar>
          </w:tcPr>
          <w:p w14:paraId="34C9D5EF" w14:textId="77777777" w:rsidR="00292F36" w:rsidRDefault="00000000">
            <w:r>
              <w:rPr>
                <w:sz w:val="12"/>
              </w:rPr>
              <w:t>2</w:t>
            </w:r>
          </w:p>
        </w:tc>
        <w:tc>
          <w:tcPr>
            <w:tcW w:w="784" w:type="dxa"/>
            <w:tcMar>
              <w:top w:w="20" w:type="dxa"/>
              <w:left w:w="50" w:type="dxa"/>
              <w:bottom w:w="20" w:type="dxa"/>
              <w:right w:w="50" w:type="dxa"/>
            </w:tcMar>
          </w:tcPr>
          <w:p w14:paraId="3E210465" w14:textId="77777777" w:rsidR="00292F36" w:rsidRDefault="00000000">
            <w:r>
              <w:rPr>
                <w:sz w:val="12"/>
              </w:rPr>
              <w:t>4.46e-22</w:t>
            </w:r>
          </w:p>
        </w:tc>
        <w:tc>
          <w:tcPr>
            <w:tcW w:w="784" w:type="dxa"/>
            <w:tcMar>
              <w:top w:w="20" w:type="dxa"/>
              <w:left w:w="50" w:type="dxa"/>
              <w:bottom w:w="20" w:type="dxa"/>
              <w:right w:w="50" w:type="dxa"/>
            </w:tcMar>
          </w:tcPr>
          <w:p w14:paraId="13B276FA" w14:textId="77777777" w:rsidR="00292F36" w:rsidRDefault="00000000">
            <w:r>
              <w:rPr>
                <w:sz w:val="12"/>
              </w:rPr>
              <w:t>***</w:t>
            </w:r>
          </w:p>
        </w:tc>
        <w:tc>
          <w:tcPr>
            <w:tcW w:w="784" w:type="dxa"/>
            <w:tcMar>
              <w:top w:w="20" w:type="dxa"/>
              <w:left w:w="50" w:type="dxa"/>
              <w:bottom w:w="20" w:type="dxa"/>
              <w:right w:w="50" w:type="dxa"/>
            </w:tcMar>
          </w:tcPr>
          <w:p w14:paraId="408B17F5" w14:textId="77777777" w:rsidR="00292F36" w:rsidRDefault="00000000">
            <w:r>
              <w:rPr>
                <w:sz w:val="12"/>
              </w:rPr>
              <w:t>1199</w:t>
            </w:r>
          </w:p>
        </w:tc>
        <w:tc>
          <w:tcPr>
            <w:tcW w:w="784" w:type="dxa"/>
            <w:tcMar>
              <w:top w:w="20" w:type="dxa"/>
              <w:left w:w="50" w:type="dxa"/>
              <w:bottom w:w="20" w:type="dxa"/>
              <w:right w:w="50" w:type="dxa"/>
            </w:tcMar>
          </w:tcPr>
          <w:p w14:paraId="3322E241" w14:textId="77777777" w:rsidR="00292F36" w:rsidRDefault="00000000">
            <w:r>
              <w:rPr>
                <w:sz w:val="12"/>
              </w:rPr>
              <w:t>606</w:t>
            </w:r>
          </w:p>
        </w:tc>
        <w:tc>
          <w:tcPr>
            <w:tcW w:w="784" w:type="dxa"/>
            <w:tcMar>
              <w:top w:w="20" w:type="dxa"/>
              <w:left w:w="50" w:type="dxa"/>
              <w:bottom w:w="20" w:type="dxa"/>
              <w:right w:w="50" w:type="dxa"/>
            </w:tcMar>
          </w:tcPr>
          <w:p w14:paraId="5C4E9FB1" w14:textId="77777777" w:rsidR="00292F36" w:rsidRDefault="00000000">
            <w:r>
              <w:rPr>
                <w:sz w:val="12"/>
              </w:rPr>
              <w:t>593</w:t>
            </w:r>
          </w:p>
        </w:tc>
      </w:tr>
    </w:tbl>
    <w:p w14:paraId="7AFC7CDD" w14:textId="77777777" w:rsidR="00292F36" w:rsidRDefault="00292F36">
      <w:pPr>
        <w:sectPr w:rsidR="00292F36">
          <w:pgSz w:w="15840" w:h="12240" w:orient="landscape"/>
          <w:pgMar w:top="1152" w:right="864" w:bottom="1152" w:left="864" w:header="720" w:footer="720" w:gutter="0"/>
          <w:cols w:space="720"/>
          <w:docGrid w:linePitch="360"/>
        </w:sectPr>
      </w:pPr>
    </w:p>
    <w:p w14:paraId="434F12CF" w14:textId="77777777" w:rsidR="00292F36" w:rsidRDefault="00000000">
      <w:pPr>
        <w:spacing w:after="40"/>
      </w:pPr>
      <w:r>
        <w:rPr>
          <w:b/>
          <w:sz w:val="22"/>
        </w:rPr>
        <w:lastRenderedPageBreak/>
        <w:t>Table S12 | Temporal trends in per-100 g recommended dietary intake (RDI) contributions across regions and exploitation categories.</w:t>
      </w:r>
    </w:p>
    <w:p w14:paraId="4B917806" w14:textId="77777777" w:rsidR="00292F36" w:rsidRDefault="00000000">
      <w:pPr>
        <w:spacing w:after="160"/>
      </w:pPr>
      <w:r>
        <w:rPr>
          <w:sz w:val="18"/>
        </w:rPr>
        <w:t>Region- and exploitation-category-specific temporal slopes estimated from generalized linear mixed models (GLMMs) for per-100 g recommended dietary intake (RDI) contributions of individual micronutrients. Slopes were back-transformed to annual percentage change as (exp(β) − 1) × 100. Reported values include annual percentage change, 95% confidence intervals, and significance assessments at α = 0.05. Positive values indicate increasing micronutrient density through time, whereas negative values indicate temporal declines.</w:t>
      </w:r>
    </w:p>
    <w:tbl>
      <w:tblPr>
        <w:tblStyle w:val="TableGrid"/>
        <w:tblW w:w="0" w:type="auto"/>
        <w:tblLayout w:type="fixed"/>
        <w:tblLook w:val="04A0" w:firstRow="1" w:lastRow="0" w:firstColumn="1" w:lastColumn="0" w:noHBand="0" w:noVBand="1"/>
      </w:tblPr>
      <w:tblGrid>
        <w:gridCol w:w="1560"/>
        <w:gridCol w:w="1560"/>
        <w:gridCol w:w="1560"/>
        <w:gridCol w:w="1560"/>
        <w:gridCol w:w="1560"/>
        <w:gridCol w:w="1560"/>
      </w:tblGrid>
      <w:tr w:rsidR="00292F36" w14:paraId="2F86F9D9" w14:textId="77777777">
        <w:trPr>
          <w:tblHeader/>
        </w:trPr>
        <w:tc>
          <w:tcPr>
            <w:tcW w:w="1560" w:type="dxa"/>
            <w:shd w:val="clear" w:color="auto" w:fill="D9E2F3"/>
            <w:tcMar>
              <w:top w:w="20" w:type="dxa"/>
              <w:left w:w="50" w:type="dxa"/>
              <w:bottom w:w="20" w:type="dxa"/>
              <w:right w:w="50" w:type="dxa"/>
            </w:tcMar>
          </w:tcPr>
          <w:p w14:paraId="26B65C71" w14:textId="77777777" w:rsidR="00292F36" w:rsidRDefault="00000000">
            <w:r>
              <w:rPr>
                <w:b/>
                <w:sz w:val="18"/>
              </w:rPr>
              <w:t>Nutrient</w:t>
            </w:r>
          </w:p>
        </w:tc>
        <w:tc>
          <w:tcPr>
            <w:tcW w:w="1560" w:type="dxa"/>
            <w:shd w:val="clear" w:color="auto" w:fill="D9E2F3"/>
            <w:tcMar>
              <w:top w:w="20" w:type="dxa"/>
              <w:left w:w="50" w:type="dxa"/>
              <w:bottom w:w="20" w:type="dxa"/>
              <w:right w:w="50" w:type="dxa"/>
            </w:tcMar>
          </w:tcPr>
          <w:p w14:paraId="3D0521DC" w14:textId="77777777" w:rsidR="00292F36" w:rsidRDefault="00000000">
            <w:r>
              <w:rPr>
                <w:b/>
                <w:sz w:val="18"/>
              </w:rPr>
              <w:t>Region</w:t>
            </w:r>
          </w:p>
        </w:tc>
        <w:tc>
          <w:tcPr>
            <w:tcW w:w="1560" w:type="dxa"/>
            <w:shd w:val="clear" w:color="auto" w:fill="D9E2F3"/>
            <w:tcMar>
              <w:top w:w="20" w:type="dxa"/>
              <w:left w:w="50" w:type="dxa"/>
              <w:bottom w:w="20" w:type="dxa"/>
              <w:right w:w="50" w:type="dxa"/>
            </w:tcMar>
          </w:tcPr>
          <w:p w14:paraId="08F0C15A" w14:textId="77777777" w:rsidR="00292F36" w:rsidRDefault="00000000">
            <w:r>
              <w:rPr>
                <w:b/>
                <w:sz w:val="18"/>
              </w:rPr>
              <w:t>Exploitation categories</w:t>
            </w:r>
          </w:p>
        </w:tc>
        <w:tc>
          <w:tcPr>
            <w:tcW w:w="1560" w:type="dxa"/>
            <w:shd w:val="clear" w:color="auto" w:fill="D9E2F3"/>
            <w:tcMar>
              <w:top w:w="20" w:type="dxa"/>
              <w:left w:w="50" w:type="dxa"/>
              <w:bottom w:w="20" w:type="dxa"/>
              <w:right w:w="50" w:type="dxa"/>
            </w:tcMar>
          </w:tcPr>
          <w:p w14:paraId="173657AA" w14:textId="77777777" w:rsidR="00292F36" w:rsidRDefault="00000000">
            <w:r>
              <w:rPr>
                <w:b/>
                <w:sz w:val="18"/>
              </w:rPr>
              <w:t>% / yr</w:t>
            </w:r>
          </w:p>
        </w:tc>
        <w:tc>
          <w:tcPr>
            <w:tcW w:w="1560" w:type="dxa"/>
            <w:shd w:val="clear" w:color="auto" w:fill="D9E2F3"/>
            <w:tcMar>
              <w:top w:w="20" w:type="dxa"/>
              <w:left w:w="50" w:type="dxa"/>
              <w:bottom w:w="20" w:type="dxa"/>
              <w:right w:w="50" w:type="dxa"/>
            </w:tcMar>
          </w:tcPr>
          <w:p w14:paraId="1ACDD08E" w14:textId="77777777" w:rsidR="00292F36" w:rsidRDefault="00000000">
            <w:r>
              <w:rPr>
                <w:b/>
                <w:sz w:val="18"/>
              </w:rPr>
              <w:t>95% CI</w:t>
            </w:r>
          </w:p>
        </w:tc>
        <w:tc>
          <w:tcPr>
            <w:tcW w:w="1560" w:type="dxa"/>
            <w:shd w:val="clear" w:color="auto" w:fill="D9E2F3"/>
            <w:tcMar>
              <w:top w:w="20" w:type="dxa"/>
              <w:left w:w="50" w:type="dxa"/>
              <w:bottom w:w="20" w:type="dxa"/>
              <w:right w:w="50" w:type="dxa"/>
            </w:tcMar>
          </w:tcPr>
          <w:p w14:paraId="64C6891D" w14:textId="77777777" w:rsidR="00292F36" w:rsidRDefault="00000000">
            <w:r>
              <w:rPr>
                <w:b/>
                <w:sz w:val="18"/>
              </w:rPr>
              <w:t>p</w:t>
            </w:r>
          </w:p>
        </w:tc>
      </w:tr>
      <w:tr w:rsidR="00292F36" w14:paraId="26AAB2F3" w14:textId="77777777">
        <w:tc>
          <w:tcPr>
            <w:tcW w:w="1560" w:type="dxa"/>
            <w:tcMar>
              <w:top w:w="20" w:type="dxa"/>
              <w:left w:w="50" w:type="dxa"/>
              <w:bottom w:w="20" w:type="dxa"/>
              <w:right w:w="50" w:type="dxa"/>
            </w:tcMar>
          </w:tcPr>
          <w:p w14:paraId="682BCB47" w14:textId="77777777" w:rsidR="00292F36" w:rsidRDefault="00000000">
            <w:r>
              <w:rPr>
                <w:sz w:val="18"/>
              </w:rPr>
              <w:t>Calcium</w:t>
            </w:r>
          </w:p>
        </w:tc>
        <w:tc>
          <w:tcPr>
            <w:tcW w:w="1560" w:type="dxa"/>
            <w:tcMar>
              <w:top w:w="20" w:type="dxa"/>
              <w:left w:w="50" w:type="dxa"/>
              <w:bottom w:w="20" w:type="dxa"/>
              <w:right w:w="50" w:type="dxa"/>
            </w:tcMar>
          </w:tcPr>
          <w:p w14:paraId="73224DA3" w14:textId="77777777" w:rsidR="00292F36" w:rsidRDefault="00000000">
            <w:r>
              <w:rPr>
                <w:sz w:val="18"/>
              </w:rPr>
              <w:t>North</w:t>
            </w:r>
          </w:p>
        </w:tc>
        <w:tc>
          <w:tcPr>
            <w:tcW w:w="1560" w:type="dxa"/>
            <w:tcMar>
              <w:top w:w="20" w:type="dxa"/>
              <w:left w:w="50" w:type="dxa"/>
              <w:bottom w:w="20" w:type="dxa"/>
              <w:right w:w="50" w:type="dxa"/>
            </w:tcMar>
          </w:tcPr>
          <w:p w14:paraId="0609672C" w14:textId="77777777" w:rsidR="00292F36" w:rsidRDefault="00000000">
            <w:r>
              <w:rPr>
                <w:sz w:val="18"/>
              </w:rPr>
              <w:t>Targeted</w:t>
            </w:r>
          </w:p>
        </w:tc>
        <w:tc>
          <w:tcPr>
            <w:tcW w:w="1560" w:type="dxa"/>
            <w:tcMar>
              <w:top w:w="20" w:type="dxa"/>
              <w:left w:w="50" w:type="dxa"/>
              <w:bottom w:w="20" w:type="dxa"/>
              <w:right w:w="50" w:type="dxa"/>
            </w:tcMar>
          </w:tcPr>
          <w:p w14:paraId="31C7A753" w14:textId="77777777" w:rsidR="00292F36" w:rsidRDefault="00000000">
            <w:r>
              <w:rPr>
                <w:sz w:val="18"/>
              </w:rPr>
              <w:t>0.83</w:t>
            </w:r>
          </w:p>
        </w:tc>
        <w:tc>
          <w:tcPr>
            <w:tcW w:w="1560" w:type="dxa"/>
            <w:tcMar>
              <w:top w:w="20" w:type="dxa"/>
              <w:left w:w="50" w:type="dxa"/>
              <w:bottom w:w="20" w:type="dxa"/>
              <w:right w:w="50" w:type="dxa"/>
            </w:tcMar>
          </w:tcPr>
          <w:p w14:paraId="536AF8A9" w14:textId="77777777" w:rsidR="00292F36" w:rsidRDefault="00000000">
            <w:r>
              <w:rPr>
                <w:sz w:val="18"/>
              </w:rPr>
              <w:t>[-2.24, +4.01]</w:t>
            </w:r>
          </w:p>
        </w:tc>
        <w:tc>
          <w:tcPr>
            <w:tcW w:w="1560" w:type="dxa"/>
            <w:tcMar>
              <w:top w:w="20" w:type="dxa"/>
              <w:left w:w="50" w:type="dxa"/>
              <w:bottom w:w="20" w:type="dxa"/>
              <w:right w:w="50" w:type="dxa"/>
            </w:tcMar>
          </w:tcPr>
          <w:p w14:paraId="49D25F9C" w14:textId="77777777" w:rsidR="00292F36" w:rsidRDefault="00000000">
            <w:r>
              <w:rPr>
                <w:sz w:val="18"/>
              </w:rPr>
              <w:t>0.6</w:t>
            </w:r>
          </w:p>
        </w:tc>
      </w:tr>
      <w:tr w:rsidR="00292F36" w14:paraId="2051E448" w14:textId="77777777">
        <w:tc>
          <w:tcPr>
            <w:tcW w:w="1560" w:type="dxa"/>
            <w:tcMar>
              <w:top w:w="20" w:type="dxa"/>
              <w:left w:w="50" w:type="dxa"/>
              <w:bottom w:w="20" w:type="dxa"/>
              <w:right w:w="50" w:type="dxa"/>
            </w:tcMar>
          </w:tcPr>
          <w:p w14:paraId="7D9FCE7E" w14:textId="77777777" w:rsidR="00292F36" w:rsidRDefault="00000000">
            <w:r>
              <w:rPr>
                <w:sz w:val="18"/>
              </w:rPr>
              <w:t>Calcium</w:t>
            </w:r>
          </w:p>
        </w:tc>
        <w:tc>
          <w:tcPr>
            <w:tcW w:w="1560" w:type="dxa"/>
            <w:tcMar>
              <w:top w:w="20" w:type="dxa"/>
              <w:left w:w="50" w:type="dxa"/>
              <w:bottom w:w="20" w:type="dxa"/>
              <w:right w:w="50" w:type="dxa"/>
            </w:tcMar>
          </w:tcPr>
          <w:p w14:paraId="76C1BD25" w14:textId="77777777" w:rsidR="00292F36" w:rsidRDefault="00000000">
            <w:r>
              <w:rPr>
                <w:sz w:val="18"/>
              </w:rPr>
              <w:t>North</w:t>
            </w:r>
          </w:p>
        </w:tc>
        <w:tc>
          <w:tcPr>
            <w:tcW w:w="1560" w:type="dxa"/>
            <w:tcMar>
              <w:top w:w="20" w:type="dxa"/>
              <w:left w:w="50" w:type="dxa"/>
              <w:bottom w:w="20" w:type="dxa"/>
              <w:right w:w="50" w:type="dxa"/>
            </w:tcMar>
          </w:tcPr>
          <w:p w14:paraId="01821A93" w14:textId="77777777" w:rsidR="00292F36" w:rsidRDefault="00000000">
            <w:r>
              <w:rPr>
                <w:sz w:val="18"/>
              </w:rPr>
              <w:t>Non-targeted</w:t>
            </w:r>
          </w:p>
        </w:tc>
        <w:tc>
          <w:tcPr>
            <w:tcW w:w="1560" w:type="dxa"/>
            <w:tcMar>
              <w:top w:w="20" w:type="dxa"/>
              <w:left w:w="50" w:type="dxa"/>
              <w:bottom w:w="20" w:type="dxa"/>
              <w:right w:w="50" w:type="dxa"/>
            </w:tcMar>
          </w:tcPr>
          <w:p w14:paraId="77421CB1" w14:textId="77777777" w:rsidR="00292F36" w:rsidRDefault="00000000">
            <w:r>
              <w:rPr>
                <w:sz w:val="18"/>
              </w:rPr>
              <w:t>-1.7</w:t>
            </w:r>
          </w:p>
        </w:tc>
        <w:tc>
          <w:tcPr>
            <w:tcW w:w="1560" w:type="dxa"/>
            <w:tcMar>
              <w:top w:w="20" w:type="dxa"/>
              <w:left w:w="50" w:type="dxa"/>
              <w:bottom w:w="20" w:type="dxa"/>
              <w:right w:w="50" w:type="dxa"/>
            </w:tcMar>
          </w:tcPr>
          <w:p w14:paraId="3E53A159" w14:textId="77777777" w:rsidR="00292F36" w:rsidRDefault="00000000">
            <w:r>
              <w:rPr>
                <w:sz w:val="18"/>
              </w:rPr>
              <w:t>[-4.66, +1.35]</w:t>
            </w:r>
          </w:p>
        </w:tc>
        <w:tc>
          <w:tcPr>
            <w:tcW w:w="1560" w:type="dxa"/>
            <w:tcMar>
              <w:top w:w="20" w:type="dxa"/>
              <w:left w:w="50" w:type="dxa"/>
              <w:bottom w:w="20" w:type="dxa"/>
              <w:right w:w="50" w:type="dxa"/>
            </w:tcMar>
          </w:tcPr>
          <w:p w14:paraId="296199B1" w14:textId="77777777" w:rsidR="00292F36" w:rsidRDefault="00000000">
            <w:r>
              <w:rPr>
                <w:sz w:val="18"/>
              </w:rPr>
              <w:t>0.27</w:t>
            </w:r>
          </w:p>
        </w:tc>
      </w:tr>
      <w:tr w:rsidR="00292F36" w14:paraId="212458B0" w14:textId="77777777">
        <w:tc>
          <w:tcPr>
            <w:tcW w:w="1560" w:type="dxa"/>
            <w:tcMar>
              <w:top w:w="20" w:type="dxa"/>
              <w:left w:w="50" w:type="dxa"/>
              <w:bottom w:w="20" w:type="dxa"/>
              <w:right w:w="50" w:type="dxa"/>
            </w:tcMar>
          </w:tcPr>
          <w:p w14:paraId="00AF74DA" w14:textId="77777777" w:rsidR="00292F36" w:rsidRDefault="00000000">
            <w:r>
              <w:rPr>
                <w:sz w:val="18"/>
              </w:rPr>
              <w:t>Calcium</w:t>
            </w:r>
          </w:p>
        </w:tc>
        <w:tc>
          <w:tcPr>
            <w:tcW w:w="1560" w:type="dxa"/>
            <w:tcMar>
              <w:top w:w="20" w:type="dxa"/>
              <w:left w:w="50" w:type="dxa"/>
              <w:bottom w:w="20" w:type="dxa"/>
              <w:right w:w="50" w:type="dxa"/>
            </w:tcMar>
          </w:tcPr>
          <w:p w14:paraId="662288BD" w14:textId="77777777" w:rsidR="00292F36" w:rsidRDefault="00000000">
            <w:r>
              <w:rPr>
                <w:sz w:val="18"/>
              </w:rPr>
              <w:t>Middle</w:t>
            </w:r>
          </w:p>
        </w:tc>
        <w:tc>
          <w:tcPr>
            <w:tcW w:w="1560" w:type="dxa"/>
            <w:tcMar>
              <w:top w:w="20" w:type="dxa"/>
              <w:left w:w="50" w:type="dxa"/>
              <w:bottom w:w="20" w:type="dxa"/>
              <w:right w:w="50" w:type="dxa"/>
            </w:tcMar>
          </w:tcPr>
          <w:p w14:paraId="55E4A7AE" w14:textId="77777777" w:rsidR="00292F36" w:rsidRDefault="00000000">
            <w:r>
              <w:rPr>
                <w:sz w:val="18"/>
              </w:rPr>
              <w:t>Targeted</w:t>
            </w:r>
          </w:p>
        </w:tc>
        <w:tc>
          <w:tcPr>
            <w:tcW w:w="1560" w:type="dxa"/>
            <w:tcMar>
              <w:top w:w="20" w:type="dxa"/>
              <w:left w:w="50" w:type="dxa"/>
              <w:bottom w:w="20" w:type="dxa"/>
              <w:right w:w="50" w:type="dxa"/>
            </w:tcMar>
          </w:tcPr>
          <w:p w14:paraId="4001AE87" w14:textId="77777777" w:rsidR="00292F36" w:rsidRDefault="00000000">
            <w:r>
              <w:rPr>
                <w:sz w:val="18"/>
              </w:rPr>
              <w:t>-2.23</w:t>
            </w:r>
          </w:p>
        </w:tc>
        <w:tc>
          <w:tcPr>
            <w:tcW w:w="1560" w:type="dxa"/>
            <w:tcMar>
              <w:top w:w="20" w:type="dxa"/>
              <w:left w:w="50" w:type="dxa"/>
              <w:bottom w:w="20" w:type="dxa"/>
              <w:right w:w="50" w:type="dxa"/>
            </w:tcMar>
          </w:tcPr>
          <w:p w14:paraId="1B915599" w14:textId="77777777" w:rsidR="00292F36" w:rsidRDefault="00000000">
            <w:r>
              <w:rPr>
                <w:sz w:val="18"/>
              </w:rPr>
              <w:t>[-5.17, +0.81]</w:t>
            </w:r>
          </w:p>
        </w:tc>
        <w:tc>
          <w:tcPr>
            <w:tcW w:w="1560" w:type="dxa"/>
            <w:tcMar>
              <w:top w:w="20" w:type="dxa"/>
              <w:left w:w="50" w:type="dxa"/>
              <w:bottom w:w="20" w:type="dxa"/>
              <w:right w:w="50" w:type="dxa"/>
            </w:tcMar>
          </w:tcPr>
          <w:p w14:paraId="318D9F48" w14:textId="77777777" w:rsidR="00292F36" w:rsidRDefault="00000000">
            <w:r>
              <w:rPr>
                <w:sz w:val="18"/>
              </w:rPr>
              <w:t>0.15</w:t>
            </w:r>
          </w:p>
        </w:tc>
      </w:tr>
      <w:tr w:rsidR="00292F36" w14:paraId="23834D03" w14:textId="77777777">
        <w:tc>
          <w:tcPr>
            <w:tcW w:w="1560" w:type="dxa"/>
            <w:tcMar>
              <w:top w:w="20" w:type="dxa"/>
              <w:left w:w="50" w:type="dxa"/>
              <w:bottom w:w="20" w:type="dxa"/>
              <w:right w:w="50" w:type="dxa"/>
            </w:tcMar>
          </w:tcPr>
          <w:p w14:paraId="0A6B0F03" w14:textId="77777777" w:rsidR="00292F36" w:rsidRDefault="00000000">
            <w:r>
              <w:rPr>
                <w:sz w:val="18"/>
              </w:rPr>
              <w:t>Calcium</w:t>
            </w:r>
          </w:p>
        </w:tc>
        <w:tc>
          <w:tcPr>
            <w:tcW w:w="1560" w:type="dxa"/>
            <w:tcMar>
              <w:top w:w="20" w:type="dxa"/>
              <w:left w:w="50" w:type="dxa"/>
              <w:bottom w:w="20" w:type="dxa"/>
              <w:right w:w="50" w:type="dxa"/>
            </w:tcMar>
          </w:tcPr>
          <w:p w14:paraId="482BACF9" w14:textId="77777777" w:rsidR="00292F36" w:rsidRDefault="00000000">
            <w:r>
              <w:rPr>
                <w:sz w:val="18"/>
              </w:rPr>
              <w:t>Middle</w:t>
            </w:r>
          </w:p>
        </w:tc>
        <w:tc>
          <w:tcPr>
            <w:tcW w:w="1560" w:type="dxa"/>
            <w:tcMar>
              <w:top w:w="20" w:type="dxa"/>
              <w:left w:w="50" w:type="dxa"/>
              <w:bottom w:w="20" w:type="dxa"/>
              <w:right w:w="50" w:type="dxa"/>
            </w:tcMar>
          </w:tcPr>
          <w:p w14:paraId="4E979FDA" w14:textId="77777777" w:rsidR="00292F36" w:rsidRDefault="00000000">
            <w:r>
              <w:rPr>
                <w:sz w:val="18"/>
              </w:rPr>
              <w:t>Non-targeted</w:t>
            </w:r>
          </w:p>
        </w:tc>
        <w:tc>
          <w:tcPr>
            <w:tcW w:w="1560" w:type="dxa"/>
            <w:tcMar>
              <w:top w:w="20" w:type="dxa"/>
              <w:left w:w="50" w:type="dxa"/>
              <w:bottom w:w="20" w:type="dxa"/>
              <w:right w:w="50" w:type="dxa"/>
            </w:tcMar>
          </w:tcPr>
          <w:p w14:paraId="29DC4E68" w14:textId="77777777" w:rsidR="00292F36" w:rsidRDefault="00000000">
            <w:r>
              <w:rPr>
                <w:sz w:val="18"/>
              </w:rPr>
              <w:t>-0.63</w:t>
            </w:r>
          </w:p>
        </w:tc>
        <w:tc>
          <w:tcPr>
            <w:tcW w:w="1560" w:type="dxa"/>
            <w:tcMar>
              <w:top w:w="20" w:type="dxa"/>
              <w:left w:w="50" w:type="dxa"/>
              <w:bottom w:w="20" w:type="dxa"/>
              <w:right w:w="50" w:type="dxa"/>
            </w:tcMar>
          </w:tcPr>
          <w:p w14:paraId="03B8A7F4" w14:textId="77777777" w:rsidR="00292F36" w:rsidRDefault="00000000">
            <w:r>
              <w:rPr>
                <w:sz w:val="18"/>
              </w:rPr>
              <w:t>[-3.52, +2.36]</w:t>
            </w:r>
          </w:p>
        </w:tc>
        <w:tc>
          <w:tcPr>
            <w:tcW w:w="1560" w:type="dxa"/>
            <w:tcMar>
              <w:top w:w="20" w:type="dxa"/>
              <w:left w:w="50" w:type="dxa"/>
              <w:bottom w:w="20" w:type="dxa"/>
              <w:right w:w="50" w:type="dxa"/>
            </w:tcMar>
          </w:tcPr>
          <w:p w14:paraId="5E0FE9A5" w14:textId="77777777" w:rsidR="00292F36" w:rsidRDefault="00000000">
            <w:r>
              <w:rPr>
                <w:sz w:val="18"/>
              </w:rPr>
              <w:t>0.68</w:t>
            </w:r>
          </w:p>
        </w:tc>
      </w:tr>
      <w:tr w:rsidR="00292F36" w14:paraId="5F62C66B" w14:textId="77777777">
        <w:tc>
          <w:tcPr>
            <w:tcW w:w="1560" w:type="dxa"/>
            <w:tcMar>
              <w:top w:w="20" w:type="dxa"/>
              <w:left w:w="50" w:type="dxa"/>
              <w:bottom w:w="20" w:type="dxa"/>
              <w:right w:w="50" w:type="dxa"/>
            </w:tcMar>
          </w:tcPr>
          <w:p w14:paraId="7F2E3F68" w14:textId="77777777" w:rsidR="00292F36" w:rsidRDefault="00000000">
            <w:r>
              <w:rPr>
                <w:sz w:val="18"/>
              </w:rPr>
              <w:t>Calcium</w:t>
            </w:r>
          </w:p>
        </w:tc>
        <w:tc>
          <w:tcPr>
            <w:tcW w:w="1560" w:type="dxa"/>
            <w:tcMar>
              <w:top w:w="20" w:type="dxa"/>
              <w:left w:w="50" w:type="dxa"/>
              <w:bottom w:w="20" w:type="dxa"/>
              <w:right w:w="50" w:type="dxa"/>
            </w:tcMar>
          </w:tcPr>
          <w:p w14:paraId="2C437863" w14:textId="77777777" w:rsidR="00292F36" w:rsidRDefault="00000000">
            <w:r>
              <w:rPr>
                <w:sz w:val="18"/>
              </w:rPr>
              <w:t>South</w:t>
            </w:r>
          </w:p>
        </w:tc>
        <w:tc>
          <w:tcPr>
            <w:tcW w:w="1560" w:type="dxa"/>
            <w:tcMar>
              <w:top w:w="20" w:type="dxa"/>
              <w:left w:w="50" w:type="dxa"/>
              <w:bottom w:w="20" w:type="dxa"/>
              <w:right w:w="50" w:type="dxa"/>
            </w:tcMar>
          </w:tcPr>
          <w:p w14:paraId="336E2E54" w14:textId="77777777" w:rsidR="00292F36" w:rsidRDefault="00000000">
            <w:r>
              <w:rPr>
                <w:sz w:val="18"/>
              </w:rPr>
              <w:t>Targeted</w:t>
            </w:r>
          </w:p>
        </w:tc>
        <w:tc>
          <w:tcPr>
            <w:tcW w:w="1560" w:type="dxa"/>
            <w:tcMar>
              <w:top w:w="20" w:type="dxa"/>
              <w:left w:w="50" w:type="dxa"/>
              <w:bottom w:w="20" w:type="dxa"/>
              <w:right w:w="50" w:type="dxa"/>
            </w:tcMar>
          </w:tcPr>
          <w:p w14:paraId="24F4277B" w14:textId="77777777" w:rsidR="00292F36" w:rsidRDefault="00000000">
            <w:r>
              <w:rPr>
                <w:sz w:val="18"/>
              </w:rPr>
              <w:t>-0.1</w:t>
            </w:r>
          </w:p>
        </w:tc>
        <w:tc>
          <w:tcPr>
            <w:tcW w:w="1560" w:type="dxa"/>
            <w:tcMar>
              <w:top w:w="20" w:type="dxa"/>
              <w:left w:w="50" w:type="dxa"/>
              <w:bottom w:w="20" w:type="dxa"/>
              <w:right w:w="50" w:type="dxa"/>
            </w:tcMar>
          </w:tcPr>
          <w:p w14:paraId="459B60CA" w14:textId="77777777" w:rsidR="00292F36" w:rsidRDefault="00000000">
            <w:r>
              <w:rPr>
                <w:sz w:val="18"/>
              </w:rPr>
              <w:t>[-2.39, +2.24]</w:t>
            </w:r>
          </w:p>
        </w:tc>
        <w:tc>
          <w:tcPr>
            <w:tcW w:w="1560" w:type="dxa"/>
            <w:tcMar>
              <w:top w:w="20" w:type="dxa"/>
              <w:left w:w="50" w:type="dxa"/>
              <w:bottom w:w="20" w:type="dxa"/>
              <w:right w:w="50" w:type="dxa"/>
            </w:tcMar>
          </w:tcPr>
          <w:p w14:paraId="74DD0DAE" w14:textId="77777777" w:rsidR="00292F36" w:rsidRDefault="00000000">
            <w:r>
              <w:rPr>
                <w:sz w:val="18"/>
              </w:rPr>
              <w:t>0.93</w:t>
            </w:r>
          </w:p>
        </w:tc>
      </w:tr>
      <w:tr w:rsidR="00292F36" w14:paraId="5F4E5E68" w14:textId="77777777">
        <w:tc>
          <w:tcPr>
            <w:tcW w:w="1560" w:type="dxa"/>
            <w:tcMar>
              <w:top w:w="20" w:type="dxa"/>
              <w:left w:w="50" w:type="dxa"/>
              <w:bottom w:w="20" w:type="dxa"/>
              <w:right w:w="50" w:type="dxa"/>
            </w:tcMar>
          </w:tcPr>
          <w:p w14:paraId="6B62DA99" w14:textId="77777777" w:rsidR="00292F36" w:rsidRDefault="00000000">
            <w:r>
              <w:rPr>
                <w:sz w:val="18"/>
              </w:rPr>
              <w:t>Calcium</w:t>
            </w:r>
          </w:p>
        </w:tc>
        <w:tc>
          <w:tcPr>
            <w:tcW w:w="1560" w:type="dxa"/>
            <w:tcMar>
              <w:top w:w="20" w:type="dxa"/>
              <w:left w:w="50" w:type="dxa"/>
              <w:bottom w:w="20" w:type="dxa"/>
              <w:right w:w="50" w:type="dxa"/>
            </w:tcMar>
          </w:tcPr>
          <w:p w14:paraId="4A6916B8" w14:textId="77777777" w:rsidR="00292F36" w:rsidRDefault="00000000">
            <w:r>
              <w:rPr>
                <w:sz w:val="18"/>
              </w:rPr>
              <w:t>South</w:t>
            </w:r>
          </w:p>
        </w:tc>
        <w:tc>
          <w:tcPr>
            <w:tcW w:w="1560" w:type="dxa"/>
            <w:tcMar>
              <w:top w:w="20" w:type="dxa"/>
              <w:left w:w="50" w:type="dxa"/>
              <w:bottom w:w="20" w:type="dxa"/>
              <w:right w:w="50" w:type="dxa"/>
            </w:tcMar>
          </w:tcPr>
          <w:p w14:paraId="3C996357" w14:textId="77777777" w:rsidR="00292F36" w:rsidRDefault="00000000">
            <w:r>
              <w:rPr>
                <w:sz w:val="18"/>
              </w:rPr>
              <w:t>Non-targeted</w:t>
            </w:r>
          </w:p>
        </w:tc>
        <w:tc>
          <w:tcPr>
            <w:tcW w:w="1560" w:type="dxa"/>
            <w:tcMar>
              <w:top w:w="20" w:type="dxa"/>
              <w:left w:w="50" w:type="dxa"/>
              <w:bottom w:w="20" w:type="dxa"/>
              <w:right w:w="50" w:type="dxa"/>
            </w:tcMar>
          </w:tcPr>
          <w:p w14:paraId="6384D9EB" w14:textId="77777777" w:rsidR="00292F36" w:rsidRDefault="00000000">
            <w:r>
              <w:rPr>
                <w:sz w:val="18"/>
              </w:rPr>
              <w:t>0.41</w:t>
            </w:r>
          </w:p>
        </w:tc>
        <w:tc>
          <w:tcPr>
            <w:tcW w:w="1560" w:type="dxa"/>
            <w:tcMar>
              <w:top w:w="20" w:type="dxa"/>
              <w:left w:w="50" w:type="dxa"/>
              <w:bottom w:w="20" w:type="dxa"/>
              <w:right w:w="50" w:type="dxa"/>
            </w:tcMar>
          </w:tcPr>
          <w:p w14:paraId="7AA8F9FD" w14:textId="77777777" w:rsidR="00292F36" w:rsidRDefault="00000000">
            <w:r>
              <w:rPr>
                <w:sz w:val="18"/>
              </w:rPr>
              <w:t>[-1.98, +2.87]</w:t>
            </w:r>
          </w:p>
        </w:tc>
        <w:tc>
          <w:tcPr>
            <w:tcW w:w="1560" w:type="dxa"/>
            <w:tcMar>
              <w:top w:w="20" w:type="dxa"/>
              <w:left w:w="50" w:type="dxa"/>
              <w:bottom w:w="20" w:type="dxa"/>
              <w:right w:w="50" w:type="dxa"/>
            </w:tcMar>
          </w:tcPr>
          <w:p w14:paraId="3F8B5526" w14:textId="77777777" w:rsidR="00292F36" w:rsidRDefault="00000000">
            <w:r>
              <w:rPr>
                <w:sz w:val="18"/>
              </w:rPr>
              <w:t>0.74</w:t>
            </w:r>
          </w:p>
        </w:tc>
      </w:tr>
      <w:tr w:rsidR="00292F36" w14:paraId="50DBD3B1" w14:textId="77777777">
        <w:tc>
          <w:tcPr>
            <w:tcW w:w="1560" w:type="dxa"/>
            <w:tcMar>
              <w:top w:w="20" w:type="dxa"/>
              <w:left w:w="50" w:type="dxa"/>
              <w:bottom w:w="20" w:type="dxa"/>
              <w:right w:w="50" w:type="dxa"/>
            </w:tcMar>
          </w:tcPr>
          <w:p w14:paraId="5C88A02F" w14:textId="77777777" w:rsidR="00292F36" w:rsidRDefault="00000000">
            <w:r>
              <w:rPr>
                <w:sz w:val="18"/>
              </w:rPr>
              <w:t>Iron</w:t>
            </w:r>
          </w:p>
        </w:tc>
        <w:tc>
          <w:tcPr>
            <w:tcW w:w="1560" w:type="dxa"/>
            <w:tcMar>
              <w:top w:w="20" w:type="dxa"/>
              <w:left w:w="50" w:type="dxa"/>
              <w:bottom w:w="20" w:type="dxa"/>
              <w:right w:w="50" w:type="dxa"/>
            </w:tcMar>
          </w:tcPr>
          <w:p w14:paraId="00761434" w14:textId="77777777" w:rsidR="00292F36" w:rsidRDefault="00000000">
            <w:r>
              <w:rPr>
                <w:sz w:val="18"/>
              </w:rPr>
              <w:t>North</w:t>
            </w:r>
          </w:p>
        </w:tc>
        <w:tc>
          <w:tcPr>
            <w:tcW w:w="1560" w:type="dxa"/>
            <w:tcMar>
              <w:top w:w="20" w:type="dxa"/>
              <w:left w:w="50" w:type="dxa"/>
              <w:bottom w:w="20" w:type="dxa"/>
              <w:right w:w="50" w:type="dxa"/>
            </w:tcMar>
          </w:tcPr>
          <w:p w14:paraId="4CF1BC4C" w14:textId="77777777" w:rsidR="00292F36" w:rsidRDefault="00000000">
            <w:r>
              <w:rPr>
                <w:sz w:val="18"/>
              </w:rPr>
              <w:t>Targeted</w:t>
            </w:r>
          </w:p>
        </w:tc>
        <w:tc>
          <w:tcPr>
            <w:tcW w:w="1560" w:type="dxa"/>
            <w:tcMar>
              <w:top w:w="20" w:type="dxa"/>
              <w:left w:w="50" w:type="dxa"/>
              <w:bottom w:w="20" w:type="dxa"/>
              <w:right w:w="50" w:type="dxa"/>
            </w:tcMar>
          </w:tcPr>
          <w:p w14:paraId="70D18C4B" w14:textId="77777777" w:rsidR="00292F36" w:rsidRDefault="00000000">
            <w:r>
              <w:rPr>
                <w:sz w:val="18"/>
              </w:rPr>
              <w:t>0.55</w:t>
            </w:r>
          </w:p>
        </w:tc>
        <w:tc>
          <w:tcPr>
            <w:tcW w:w="1560" w:type="dxa"/>
            <w:tcMar>
              <w:top w:w="20" w:type="dxa"/>
              <w:left w:w="50" w:type="dxa"/>
              <w:bottom w:w="20" w:type="dxa"/>
              <w:right w:w="50" w:type="dxa"/>
            </w:tcMar>
          </w:tcPr>
          <w:p w14:paraId="32001900" w14:textId="77777777" w:rsidR="00292F36" w:rsidRDefault="00000000">
            <w:r>
              <w:rPr>
                <w:sz w:val="18"/>
              </w:rPr>
              <w:t>[-1.41, +2.55]</w:t>
            </w:r>
          </w:p>
        </w:tc>
        <w:tc>
          <w:tcPr>
            <w:tcW w:w="1560" w:type="dxa"/>
            <w:tcMar>
              <w:top w:w="20" w:type="dxa"/>
              <w:left w:w="50" w:type="dxa"/>
              <w:bottom w:w="20" w:type="dxa"/>
              <w:right w:w="50" w:type="dxa"/>
            </w:tcMar>
          </w:tcPr>
          <w:p w14:paraId="48CBE34D" w14:textId="77777777" w:rsidR="00292F36" w:rsidRDefault="00000000">
            <w:r>
              <w:rPr>
                <w:sz w:val="18"/>
              </w:rPr>
              <w:t>0.58</w:t>
            </w:r>
          </w:p>
        </w:tc>
      </w:tr>
      <w:tr w:rsidR="00292F36" w14:paraId="31AE24C6" w14:textId="77777777">
        <w:tc>
          <w:tcPr>
            <w:tcW w:w="1560" w:type="dxa"/>
            <w:tcMar>
              <w:top w:w="20" w:type="dxa"/>
              <w:left w:w="50" w:type="dxa"/>
              <w:bottom w:w="20" w:type="dxa"/>
              <w:right w:w="50" w:type="dxa"/>
            </w:tcMar>
          </w:tcPr>
          <w:p w14:paraId="1C551B86" w14:textId="77777777" w:rsidR="00292F36" w:rsidRDefault="00000000">
            <w:r>
              <w:rPr>
                <w:sz w:val="18"/>
              </w:rPr>
              <w:t>Iron</w:t>
            </w:r>
          </w:p>
        </w:tc>
        <w:tc>
          <w:tcPr>
            <w:tcW w:w="1560" w:type="dxa"/>
            <w:tcMar>
              <w:top w:w="20" w:type="dxa"/>
              <w:left w:w="50" w:type="dxa"/>
              <w:bottom w:w="20" w:type="dxa"/>
              <w:right w:w="50" w:type="dxa"/>
            </w:tcMar>
          </w:tcPr>
          <w:p w14:paraId="080D9E94" w14:textId="77777777" w:rsidR="00292F36" w:rsidRDefault="00000000">
            <w:r>
              <w:rPr>
                <w:sz w:val="18"/>
              </w:rPr>
              <w:t>North</w:t>
            </w:r>
          </w:p>
        </w:tc>
        <w:tc>
          <w:tcPr>
            <w:tcW w:w="1560" w:type="dxa"/>
            <w:tcMar>
              <w:top w:w="20" w:type="dxa"/>
              <w:left w:w="50" w:type="dxa"/>
              <w:bottom w:w="20" w:type="dxa"/>
              <w:right w:w="50" w:type="dxa"/>
            </w:tcMar>
          </w:tcPr>
          <w:p w14:paraId="0D893E67" w14:textId="77777777" w:rsidR="00292F36" w:rsidRDefault="00000000">
            <w:r>
              <w:rPr>
                <w:sz w:val="18"/>
              </w:rPr>
              <w:t>Non-targeted</w:t>
            </w:r>
          </w:p>
        </w:tc>
        <w:tc>
          <w:tcPr>
            <w:tcW w:w="1560" w:type="dxa"/>
            <w:tcMar>
              <w:top w:w="20" w:type="dxa"/>
              <w:left w:w="50" w:type="dxa"/>
              <w:bottom w:w="20" w:type="dxa"/>
              <w:right w:w="50" w:type="dxa"/>
            </w:tcMar>
          </w:tcPr>
          <w:p w14:paraId="652BB674" w14:textId="77777777" w:rsidR="00292F36" w:rsidRDefault="00000000">
            <w:r>
              <w:rPr>
                <w:sz w:val="18"/>
              </w:rPr>
              <w:t>-1.16</w:t>
            </w:r>
          </w:p>
        </w:tc>
        <w:tc>
          <w:tcPr>
            <w:tcW w:w="1560" w:type="dxa"/>
            <w:tcMar>
              <w:top w:w="20" w:type="dxa"/>
              <w:left w:w="50" w:type="dxa"/>
              <w:bottom w:w="20" w:type="dxa"/>
              <w:right w:w="50" w:type="dxa"/>
            </w:tcMar>
          </w:tcPr>
          <w:p w14:paraId="59037374" w14:textId="77777777" w:rsidR="00292F36" w:rsidRDefault="00000000">
            <w:r>
              <w:rPr>
                <w:sz w:val="18"/>
              </w:rPr>
              <w:t>[-3.08, +0.79]</w:t>
            </w:r>
          </w:p>
        </w:tc>
        <w:tc>
          <w:tcPr>
            <w:tcW w:w="1560" w:type="dxa"/>
            <w:tcMar>
              <w:top w:w="20" w:type="dxa"/>
              <w:left w:w="50" w:type="dxa"/>
              <w:bottom w:w="20" w:type="dxa"/>
              <w:right w:w="50" w:type="dxa"/>
            </w:tcMar>
          </w:tcPr>
          <w:p w14:paraId="747117E2" w14:textId="77777777" w:rsidR="00292F36" w:rsidRDefault="00000000">
            <w:r>
              <w:rPr>
                <w:sz w:val="18"/>
              </w:rPr>
              <w:t>0.24</w:t>
            </w:r>
          </w:p>
        </w:tc>
      </w:tr>
      <w:tr w:rsidR="00292F36" w14:paraId="72D38D0D" w14:textId="77777777">
        <w:tc>
          <w:tcPr>
            <w:tcW w:w="1560" w:type="dxa"/>
            <w:tcMar>
              <w:top w:w="20" w:type="dxa"/>
              <w:left w:w="50" w:type="dxa"/>
              <w:bottom w:w="20" w:type="dxa"/>
              <w:right w:w="50" w:type="dxa"/>
            </w:tcMar>
          </w:tcPr>
          <w:p w14:paraId="00C59A86" w14:textId="77777777" w:rsidR="00292F36" w:rsidRDefault="00000000">
            <w:r>
              <w:rPr>
                <w:sz w:val="18"/>
              </w:rPr>
              <w:t>Iron</w:t>
            </w:r>
          </w:p>
        </w:tc>
        <w:tc>
          <w:tcPr>
            <w:tcW w:w="1560" w:type="dxa"/>
            <w:tcMar>
              <w:top w:w="20" w:type="dxa"/>
              <w:left w:w="50" w:type="dxa"/>
              <w:bottom w:w="20" w:type="dxa"/>
              <w:right w:w="50" w:type="dxa"/>
            </w:tcMar>
          </w:tcPr>
          <w:p w14:paraId="37C5AAF2" w14:textId="77777777" w:rsidR="00292F36" w:rsidRDefault="00000000">
            <w:r>
              <w:rPr>
                <w:sz w:val="18"/>
              </w:rPr>
              <w:t>Middle</w:t>
            </w:r>
          </w:p>
        </w:tc>
        <w:tc>
          <w:tcPr>
            <w:tcW w:w="1560" w:type="dxa"/>
            <w:tcMar>
              <w:top w:w="20" w:type="dxa"/>
              <w:left w:w="50" w:type="dxa"/>
              <w:bottom w:w="20" w:type="dxa"/>
              <w:right w:w="50" w:type="dxa"/>
            </w:tcMar>
          </w:tcPr>
          <w:p w14:paraId="353BDC75" w14:textId="77777777" w:rsidR="00292F36" w:rsidRDefault="00000000">
            <w:r>
              <w:rPr>
                <w:sz w:val="18"/>
              </w:rPr>
              <w:t>Targeted</w:t>
            </w:r>
          </w:p>
        </w:tc>
        <w:tc>
          <w:tcPr>
            <w:tcW w:w="1560" w:type="dxa"/>
            <w:tcMar>
              <w:top w:w="20" w:type="dxa"/>
              <w:left w:w="50" w:type="dxa"/>
              <w:bottom w:w="20" w:type="dxa"/>
              <w:right w:w="50" w:type="dxa"/>
            </w:tcMar>
          </w:tcPr>
          <w:p w14:paraId="548551F0" w14:textId="77777777" w:rsidR="00292F36" w:rsidRDefault="00000000">
            <w:r>
              <w:rPr>
                <w:sz w:val="18"/>
              </w:rPr>
              <w:t>-1.19</w:t>
            </w:r>
          </w:p>
        </w:tc>
        <w:tc>
          <w:tcPr>
            <w:tcW w:w="1560" w:type="dxa"/>
            <w:tcMar>
              <w:top w:w="20" w:type="dxa"/>
              <w:left w:w="50" w:type="dxa"/>
              <w:bottom w:w="20" w:type="dxa"/>
              <w:right w:w="50" w:type="dxa"/>
            </w:tcMar>
          </w:tcPr>
          <w:p w14:paraId="19A55170" w14:textId="77777777" w:rsidR="00292F36" w:rsidRDefault="00000000">
            <w:r>
              <w:rPr>
                <w:sz w:val="18"/>
              </w:rPr>
              <w:t>[-3.05, +0.71]</w:t>
            </w:r>
          </w:p>
        </w:tc>
        <w:tc>
          <w:tcPr>
            <w:tcW w:w="1560" w:type="dxa"/>
            <w:tcMar>
              <w:top w:w="20" w:type="dxa"/>
              <w:left w:w="50" w:type="dxa"/>
              <w:bottom w:w="20" w:type="dxa"/>
              <w:right w:w="50" w:type="dxa"/>
            </w:tcMar>
          </w:tcPr>
          <w:p w14:paraId="7631E2B7" w14:textId="77777777" w:rsidR="00292F36" w:rsidRDefault="00000000">
            <w:r>
              <w:rPr>
                <w:sz w:val="18"/>
              </w:rPr>
              <w:t>0.22</w:t>
            </w:r>
          </w:p>
        </w:tc>
      </w:tr>
      <w:tr w:rsidR="00292F36" w14:paraId="1EF4E822" w14:textId="77777777">
        <w:tc>
          <w:tcPr>
            <w:tcW w:w="1560" w:type="dxa"/>
            <w:tcMar>
              <w:top w:w="20" w:type="dxa"/>
              <w:left w:w="50" w:type="dxa"/>
              <w:bottom w:w="20" w:type="dxa"/>
              <w:right w:w="50" w:type="dxa"/>
            </w:tcMar>
          </w:tcPr>
          <w:p w14:paraId="38D70E41" w14:textId="77777777" w:rsidR="00292F36" w:rsidRDefault="00000000">
            <w:r>
              <w:rPr>
                <w:sz w:val="18"/>
              </w:rPr>
              <w:t>Iron</w:t>
            </w:r>
          </w:p>
        </w:tc>
        <w:tc>
          <w:tcPr>
            <w:tcW w:w="1560" w:type="dxa"/>
            <w:tcMar>
              <w:top w:w="20" w:type="dxa"/>
              <w:left w:w="50" w:type="dxa"/>
              <w:bottom w:w="20" w:type="dxa"/>
              <w:right w:w="50" w:type="dxa"/>
            </w:tcMar>
          </w:tcPr>
          <w:p w14:paraId="2D4AA80F" w14:textId="77777777" w:rsidR="00292F36" w:rsidRDefault="00000000">
            <w:r>
              <w:rPr>
                <w:sz w:val="18"/>
              </w:rPr>
              <w:t>Middle</w:t>
            </w:r>
          </w:p>
        </w:tc>
        <w:tc>
          <w:tcPr>
            <w:tcW w:w="1560" w:type="dxa"/>
            <w:tcMar>
              <w:top w:w="20" w:type="dxa"/>
              <w:left w:w="50" w:type="dxa"/>
              <w:bottom w:w="20" w:type="dxa"/>
              <w:right w:w="50" w:type="dxa"/>
            </w:tcMar>
          </w:tcPr>
          <w:p w14:paraId="241E1620" w14:textId="77777777" w:rsidR="00292F36" w:rsidRDefault="00000000">
            <w:r>
              <w:rPr>
                <w:sz w:val="18"/>
              </w:rPr>
              <w:t>Non-targeted</w:t>
            </w:r>
          </w:p>
        </w:tc>
        <w:tc>
          <w:tcPr>
            <w:tcW w:w="1560" w:type="dxa"/>
            <w:tcMar>
              <w:top w:w="20" w:type="dxa"/>
              <w:left w:w="50" w:type="dxa"/>
              <w:bottom w:w="20" w:type="dxa"/>
              <w:right w:w="50" w:type="dxa"/>
            </w:tcMar>
          </w:tcPr>
          <w:p w14:paraId="314398D3" w14:textId="77777777" w:rsidR="00292F36" w:rsidRDefault="00000000">
            <w:r>
              <w:rPr>
                <w:sz w:val="18"/>
              </w:rPr>
              <w:t>-0.57</w:t>
            </w:r>
          </w:p>
        </w:tc>
        <w:tc>
          <w:tcPr>
            <w:tcW w:w="1560" w:type="dxa"/>
            <w:tcMar>
              <w:top w:w="20" w:type="dxa"/>
              <w:left w:w="50" w:type="dxa"/>
              <w:bottom w:w="20" w:type="dxa"/>
              <w:right w:w="50" w:type="dxa"/>
            </w:tcMar>
          </w:tcPr>
          <w:p w14:paraId="094AB045" w14:textId="77777777" w:rsidR="00292F36" w:rsidRDefault="00000000">
            <w:r>
              <w:rPr>
                <w:sz w:val="18"/>
              </w:rPr>
              <w:t>[-2.40, +1.30]</w:t>
            </w:r>
          </w:p>
        </w:tc>
        <w:tc>
          <w:tcPr>
            <w:tcW w:w="1560" w:type="dxa"/>
            <w:tcMar>
              <w:top w:w="20" w:type="dxa"/>
              <w:left w:w="50" w:type="dxa"/>
              <w:bottom w:w="20" w:type="dxa"/>
              <w:right w:w="50" w:type="dxa"/>
            </w:tcMar>
          </w:tcPr>
          <w:p w14:paraId="115903D6" w14:textId="77777777" w:rsidR="00292F36" w:rsidRDefault="00000000">
            <w:r>
              <w:rPr>
                <w:sz w:val="18"/>
              </w:rPr>
              <w:t>0.55</w:t>
            </w:r>
          </w:p>
        </w:tc>
      </w:tr>
      <w:tr w:rsidR="00292F36" w14:paraId="26BACCA5" w14:textId="77777777">
        <w:tc>
          <w:tcPr>
            <w:tcW w:w="1560" w:type="dxa"/>
            <w:tcMar>
              <w:top w:w="20" w:type="dxa"/>
              <w:left w:w="50" w:type="dxa"/>
              <w:bottom w:w="20" w:type="dxa"/>
              <w:right w:w="50" w:type="dxa"/>
            </w:tcMar>
          </w:tcPr>
          <w:p w14:paraId="347A2D74" w14:textId="77777777" w:rsidR="00292F36" w:rsidRDefault="00000000">
            <w:r>
              <w:rPr>
                <w:sz w:val="18"/>
              </w:rPr>
              <w:t>Iron</w:t>
            </w:r>
          </w:p>
        </w:tc>
        <w:tc>
          <w:tcPr>
            <w:tcW w:w="1560" w:type="dxa"/>
            <w:tcMar>
              <w:top w:w="20" w:type="dxa"/>
              <w:left w:w="50" w:type="dxa"/>
              <w:bottom w:w="20" w:type="dxa"/>
              <w:right w:w="50" w:type="dxa"/>
            </w:tcMar>
          </w:tcPr>
          <w:p w14:paraId="4E2E9175" w14:textId="77777777" w:rsidR="00292F36" w:rsidRDefault="00000000">
            <w:r>
              <w:rPr>
                <w:sz w:val="18"/>
              </w:rPr>
              <w:t>South</w:t>
            </w:r>
          </w:p>
        </w:tc>
        <w:tc>
          <w:tcPr>
            <w:tcW w:w="1560" w:type="dxa"/>
            <w:tcMar>
              <w:top w:w="20" w:type="dxa"/>
              <w:left w:w="50" w:type="dxa"/>
              <w:bottom w:w="20" w:type="dxa"/>
              <w:right w:w="50" w:type="dxa"/>
            </w:tcMar>
          </w:tcPr>
          <w:p w14:paraId="6B8F18EE" w14:textId="77777777" w:rsidR="00292F36" w:rsidRDefault="00000000">
            <w:r>
              <w:rPr>
                <w:sz w:val="18"/>
              </w:rPr>
              <w:t>Targeted</w:t>
            </w:r>
          </w:p>
        </w:tc>
        <w:tc>
          <w:tcPr>
            <w:tcW w:w="1560" w:type="dxa"/>
            <w:tcMar>
              <w:top w:w="20" w:type="dxa"/>
              <w:left w:w="50" w:type="dxa"/>
              <w:bottom w:w="20" w:type="dxa"/>
              <w:right w:w="50" w:type="dxa"/>
            </w:tcMar>
          </w:tcPr>
          <w:p w14:paraId="6BBC6416" w14:textId="77777777" w:rsidR="00292F36" w:rsidRDefault="00000000">
            <w:r>
              <w:rPr>
                <w:sz w:val="18"/>
              </w:rPr>
              <w:t>-0.08</w:t>
            </w:r>
          </w:p>
        </w:tc>
        <w:tc>
          <w:tcPr>
            <w:tcW w:w="1560" w:type="dxa"/>
            <w:tcMar>
              <w:top w:w="20" w:type="dxa"/>
              <w:left w:w="50" w:type="dxa"/>
              <w:bottom w:w="20" w:type="dxa"/>
              <w:right w:w="50" w:type="dxa"/>
            </w:tcMar>
          </w:tcPr>
          <w:p w14:paraId="355882F9" w14:textId="77777777" w:rsidR="00292F36" w:rsidRDefault="00000000">
            <w:r>
              <w:rPr>
                <w:sz w:val="18"/>
              </w:rPr>
              <w:t>[-1.53, +1.40]</w:t>
            </w:r>
          </w:p>
        </w:tc>
        <w:tc>
          <w:tcPr>
            <w:tcW w:w="1560" w:type="dxa"/>
            <w:tcMar>
              <w:top w:w="20" w:type="dxa"/>
              <w:left w:w="50" w:type="dxa"/>
              <w:bottom w:w="20" w:type="dxa"/>
              <w:right w:w="50" w:type="dxa"/>
            </w:tcMar>
          </w:tcPr>
          <w:p w14:paraId="1FA5625A" w14:textId="77777777" w:rsidR="00292F36" w:rsidRDefault="00000000">
            <w:r>
              <w:rPr>
                <w:sz w:val="18"/>
              </w:rPr>
              <w:t>0.92</w:t>
            </w:r>
          </w:p>
        </w:tc>
      </w:tr>
      <w:tr w:rsidR="00292F36" w14:paraId="7AABA179" w14:textId="77777777">
        <w:tc>
          <w:tcPr>
            <w:tcW w:w="1560" w:type="dxa"/>
            <w:tcMar>
              <w:top w:w="20" w:type="dxa"/>
              <w:left w:w="50" w:type="dxa"/>
              <w:bottom w:w="20" w:type="dxa"/>
              <w:right w:w="50" w:type="dxa"/>
            </w:tcMar>
          </w:tcPr>
          <w:p w14:paraId="6749A763" w14:textId="77777777" w:rsidR="00292F36" w:rsidRDefault="00000000">
            <w:r>
              <w:rPr>
                <w:sz w:val="18"/>
              </w:rPr>
              <w:t>Iron</w:t>
            </w:r>
          </w:p>
        </w:tc>
        <w:tc>
          <w:tcPr>
            <w:tcW w:w="1560" w:type="dxa"/>
            <w:tcMar>
              <w:top w:w="20" w:type="dxa"/>
              <w:left w:w="50" w:type="dxa"/>
              <w:bottom w:w="20" w:type="dxa"/>
              <w:right w:w="50" w:type="dxa"/>
            </w:tcMar>
          </w:tcPr>
          <w:p w14:paraId="0FA76BD1" w14:textId="77777777" w:rsidR="00292F36" w:rsidRDefault="00000000">
            <w:r>
              <w:rPr>
                <w:sz w:val="18"/>
              </w:rPr>
              <w:t>South</w:t>
            </w:r>
          </w:p>
        </w:tc>
        <w:tc>
          <w:tcPr>
            <w:tcW w:w="1560" w:type="dxa"/>
            <w:tcMar>
              <w:top w:w="20" w:type="dxa"/>
              <w:left w:w="50" w:type="dxa"/>
              <w:bottom w:w="20" w:type="dxa"/>
              <w:right w:w="50" w:type="dxa"/>
            </w:tcMar>
          </w:tcPr>
          <w:p w14:paraId="24DFE527" w14:textId="77777777" w:rsidR="00292F36" w:rsidRDefault="00000000">
            <w:r>
              <w:rPr>
                <w:sz w:val="18"/>
              </w:rPr>
              <w:t>Non-targeted</w:t>
            </w:r>
          </w:p>
        </w:tc>
        <w:tc>
          <w:tcPr>
            <w:tcW w:w="1560" w:type="dxa"/>
            <w:tcMar>
              <w:top w:w="20" w:type="dxa"/>
              <w:left w:w="50" w:type="dxa"/>
              <w:bottom w:w="20" w:type="dxa"/>
              <w:right w:w="50" w:type="dxa"/>
            </w:tcMar>
          </w:tcPr>
          <w:p w14:paraId="3C66D3CC" w14:textId="77777777" w:rsidR="00292F36" w:rsidRDefault="00000000">
            <w:r>
              <w:rPr>
                <w:sz w:val="18"/>
              </w:rPr>
              <w:t>0.32</w:t>
            </w:r>
          </w:p>
        </w:tc>
        <w:tc>
          <w:tcPr>
            <w:tcW w:w="1560" w:type="dxa"/>
            <w:tcMar>
              <w:top w:w="20" w:type="dxa"/>
              <w:left w:w="50" w:type="dxa"/>
              <w:bottom w:w="20" w:type="dxa"/>
              <w:right w:w="50" w:type="dxa"/>
            </w:tcMar>
          </w:tcPr>
          <w:p w14:paraId="4FD80FA7" w14:textId="77777777" w:rsidR="00292F36" w:rsidRDefault="00000000">
            <w:r>
              <w:rPr>
                <w:sz w:val="18"/>
              </w:rPr>
              <w:t>[-1.20, +1.85]</w:t>
            </w:r>
          </w:p>
        </w:tc>
        <w:tc>
          <w:tcPr>
            <w:tcW w:w="1560" w:type="dxa"/>
            <w:tcMar>
              <w:top w:w="20" w:type="dxa"/>
              <w:left w:w="50" w:type="dxa"/>
              <w:bottom w:w="20" w:type="dxa"/>
              <w:right w:w="50" w:type="dxa"/>
            </w:tcMar>
          </w:tcPr>
          <w:p w14:paraId="2EDD4BA4" w14:textId="77777777" w:rsidR="00292F36" w:rsidRDefault="00000000">
            <w:r>
              <w:rPr>
                <w:sz w:val="18"/>
              </w:rPr>
              <w:t>0.68</w:t>
            </w:r>
          </w:p>
        </w:tc>
      </w:tr>
      <w:tr w:rsidR="00292F36" w14:paraId="6DC9B868" w14:textId="77777777">
        <w:tc>
          <w:tcPr>
            <w:tcW w:w="1560" w:type="dxa"/>
            <w:tcMar>
              <w:top w:w="20" w:type="dxa"/>
              <w:left w:w="50" w:type="dxa"/>
              <w:bottom w:w="20" w:type="dxa"/>
              <w:right w:w="50" w:type="dxa"/>
            </w:tcMar>
          </w:tcPr>
          <w:p w14:paraId="255EA96D" w14:textId="77777777" w:rsidR="00292F36" w:rsidRDefault="00000000">
            <w:r>
              <w:rPr>
                <w:sz w:val="18"/>
              </w:rPr>
              <w:t>Omega3</w:t>
            </w:r>
          </w:p>
        </w:tc>
        <w:tc>
          <w:tcPr>
            <w:tcW w:w="1560" w:type="dxa"/>
            <w:tcMar>
              <w:top w:w="20" w:type="dxa"/>
              <w:left w:w="50" w:type="dxa"/>
              <w:bottom w:w="20" w:type="dxa"/>
              <w:right w:w="50" w:type="dxa"/>
            </w:tcMar>
          </w:tcPr>
          <w:p w14:paraId="3B9687D9" w14:textId="77777777" w:rsidR="00292F36" w:rsidRDefault="00000000">
            <w:r>
              <w:rPr>
                <w:sz w:val="18"/>
              </w:rPr>
              <w:t>North</w:t>
            </w:r>
          </w:p>
        </w:tc>
        <w:tc>
          <w:tcPr>
            <w:tcW w:w="1560" w:type="dxa"/>
            <w:tcMar>
              <w:top w:w="20" w:type="dxa"/>
              <w:left w:w="50" w:type="dxa"/>
              <w:bottom w:w="20" w:type="dxa"/>
              <w:right w:w="50" w:type="dxa"/>
            </w:tcMar>
          </w:tcPr>
          <w:p w14:paraId="18E67417" w14:textId="77777777" w:rsidR="00292F36" w:rsidRDefault="00000000">
            <w:r>
              <w:rPr>
                <w:sz w:val="18"/>
              </w:rPr>
              <w:t>Targeted</w:t>
            </w:r>
          </w:p>
        </w:tc>
        <w:tc>
          <w:tcPr>
            <w:tcW w:w="1560" w:type="dxa"/>
            <w:tcMar>
              <w:top w:w="20" w:type="dxa"/>
              <w:left w:w="50" w:type="dxa"/>
              <w:bottom w:w="20" w:type="dxa"/>
              <w:right w:w="50" w:type="dxa"/>
            </w:tcMar>
          </w:tcPr>
          <w:p w14:paraId="5C004B2E" w14:textId="77777777" w:rsidR="00292F36" w:rsidRDefault="00000000">
            <w:r>
              <w:rPr>
                <w:sz w:val="18"/>
              </w:rPr>
              <w:t>0.03</w:t>
            </w:r>
          </w:p>
        </w:tc>
        <w:tc>
          <w:tcPr>
            <w:tcW w:w="1560" w:type="dxa"/>
            <w:tcMar>
              <w:top w:w="20" w:type="dxa"/>
              <w:left w:w="50" w:type="dxa"/>
              <w:bottom w:w="20" w:type="dxa"/>
              <w:right w:w="50" w:type="dxa"/>
            </w:tcMar>
          </w:tcPr>
          <w:p w14:paraId="1250FFBA" w14:textId="77777777" w:rsidR="00292F36" w:rsidRDefault="00000000">
            <w:r>
              <w:rPr>
                <w:sz w:val="18"/>
              </w:rPr>
              <w:t>[-2.04, +2.15]</w:t>
            </w:r>
          </w:p>
        </w:tc>
        <w:tc>
          <w:tcPr>
            <w:tcW w:w="1560" w:type="dxa"/>
            <w:tcMar>
              <w:top w:w="20" w:type="dxa"/>
              <w:left w:w="50" w:type="dxa"/>
              <w:bottom w:w="20" w:type="dxa"/>
              <w:right w:w="50" w:type="dxa"/>
            </w:tcMar>
          </w:tcPr>
          <w:p w14:paraId="486F3825" w14:textId="77777777" w:rsidR="00292F36" w:rsidRDefault="00000000">
            <w:r>
              <w:rPr>
                <w:sz w:val="18"/>
              </w:rPr>
              <w:t>0.98</w:t>
            </w:r>
          </w:p>
        </w:tc>
      </w:tr>
      <w:tr w:rsidR="00292F36" w14:paraId="08F21E97" w14:textId="77777777">
        <w:tc>
          <w:tcPr>
            <w:tcW w:w="1560" w:type="dxa"/>
            <w:tcMar>
              <w:top w:w="20" w:type="dxa"/>
              <w:left w:w="50" w:type="dxa"/>
              <w:bottom w:w="20" w:type="dxa"/>
              <w:right w:w="50" w:type="dxa"/>
            </w:tcMar>
          </w:tcPr>
          <w:p w14:paraId="6EB46D3B" w14:textId="77777777" w:rsidR="00292F36" w:rsidRDefault="00000000">
            <w:r>
              <w:rPr>
                <w:sz w:val="18"/>
              </w:rPr>
              <w:t>Omega3</w:t>
            </w:r>
          </w:p>
        </w:tc>
        <w:tc>
          <w:tcPr>
            <w:tcW w:w="1560" w:type="dxa"/>
            <w:tcMar>
              <w:top w:w="20" w:type="dxa"/>
              <w:left w:w="50" w:type="dxa"/>
              <w:bottom w:w="20" w:type="dxa"/>
              <w:right w:w="50" w:type="dxa"/>
            </w:tcMar>
          </w:tcPr>
          <w:p w14:paraId="1ACF6F97" w14:textId="77777777" w:rsidR="00292F36" w:rsidRDefault="00000000">
            <w:r>
              <w:rPr>
                <w:sz w:val="18"/>
              </w:rPr>
              <w:t>North</w:t>
            </w:r>
          </w:p>
        </w:tc>
        <w:tc>
          <w:tcPr>
            <w:tcW w:w="1560" w:type="dxa"/>
            <w:tcMar>
              <w:top w:w="20" w:type="dxa"/>
              <w:left w:w="50" w:type="dxa"/>
              <w:bottom w:w="20" w:type="dxa"/>
              <w:right w:w="50" w:type="dxa"/>
            </w:tcMar>
          </w:tcPr>
          <w:p w14:paraId="22F8B0C6" w14:textId="77777777" w:rsidR="00292F36" w:rsidRDefault="00000000">
            <w:r>
              <w:rPr>
                <w:sz w:val="18"/>
              </w:rPr>
              <w:t>Non-targeted</w:t>
            </w:r>
          </w:p>
        </w:tc>
        <w:tc>
          <w:tcPr>
            <w:tcW w:w="1560" w:type="dxa"/>
            <w:tcMar>
              <w:top w:w="20" w:type="dxa"/>
              <w:left w:w="50" w:type="dxa"/>
              <w:bottom w:w="20" w:type="dxa"/>
              <w:right w:w="50" w:type="dxa"/>
            </w:tcMar>
          </w:tcPr>
          <w:p w14:paraId="39A26942" w14:textId="77777777" w:rsidR="00292F36" w:rsidRDefault="00000000">
            <w:r>
              <w:rPr>
                <w:sz w:val="18"/>
              </w:rPr>
              <w:t>-0.87</w:t>
            </w:r>
          </w:p>
        </w:tc>
        <w:tc>
          <w:tcPr>
            <w:tcW w:w="1560" w:type="dxa"/>
            <w:tcMar>
              <w:top w:w="20" w:type="dxa"/>
              <w:left w:w="50" w:type="dxa"/>
              <w:bottom w:w="20" w:type="dxa"/>
              <w:right w:w="50" w:type="dxa"/>
            </w:tcMar>
          </w:tcPr>
          <w:p w14:paraId="26ACCDD6" w14:textId="77777777" w:rsidR="00292F36" w:rsidRDefault="00000000">
            <w:r>
              <w:rPr>
                <w:sz w:val="18"/>
              </w:rPr>
              <w:t>[-2.91, +1.22]</w:t>
            </w:r>
          </w:p>
        </w:tc>
        <w:tc>
          <w:tcPr>
            <w:tcW w:w="1560" w:type="dxa"/>
            <w:tcMar>
              <w:top w:w="20" w:type="dxa"/>
              <w:left w:w="50" w:type="dxa"/>
              <w:bottom w:w="20" w:type="dxa"/>
              <w:right w:w="50" w:type="dxa"/>
            </w:tcMar>
          </w:tcPr>
          <w:p w14:paraId="4E6161CF" w14:textId="77777777" w:rsidR="00292F36" w:rsidRDefault="00000000">
            <w:r>
              <w:rPr>
                <w:sz w:val="18"/>
              </w:rPr>
              <w:t>0.41</w:t>
            </w:r>
          </w:p>
        </w:tc>
      </w:tr>
      <w:tr w:rsidR="00292F36" w14:paraId="6388879C" w14:textId="77777777">
        <w:tc>
          <w:tcPr>
            <w:tcW w:w="1560" w:type="dxa"/>
            <w:tcMar>
              <w:top w:w="20" w:type="dxa"/>
              <w:left w:w="50" w:type="dxa"/>
              <w:bottom w:w="20" w:type="dxa"/>
              <w:right w:w="50" w:type="dxa"/>
            </w:tcMar>
          </w:tcPr>
          <w:p w14:paraId="4B8C38E8" w14:textId="77777777" w:rsidR="00292F36" w:rsidRDefault="00000000">
            <w:r>
              <w:rPr>
                <w:sz w:val="18"/>
              </w:rPr>
              <w:t>Omega3</w:t>
            </w:r>
          </w:p>
        </w:tc>
        <w:tc>
          <w:tcPr>
            <w:tcW w:w="1560" w:type="dxa"/>
            <w:tcMar>
              <w:top w:w="20" w:type="dxa"/>
              <w:left w:w="50" w:type="dxa"/>
              <w:bottom w:w="20" w:type="dxa"/>
              <w:right w:w="50" w:type="dxa"/>
            </w:tcMar>
          </w:tcPr>
          <w:p w14:paraId="5D700302" w14:textId="77777777" w:rsidR="00292F36" w:rsidRDefault="00000000">
            <w:r>
              <w:rPr>
                <w:sz w:val="18"/>
              </w:rPr>
              <w:t>Middle</w:t>
            </w:r>
          </w:p>
        </w:tc>
        <w:tc>
          <w:tcPr>
            <w:tcW w:w="1560" w:type="dxa"/>
            <w:tcMar>
              <w:top w:w="20" w:type="dxa"/>
              <w:left w:w="50" w:type="dxa"/>
              <w:bottom w:w="20" w:type="dxa"/>
              <w:right w:w="50" w:type="dxa"/>
            </w:tcMar>
          </w:tcPr>
          <w:p w14:paraId="2D303EB1" w14:textId="77777777" w:rsidR="00292F36" w:rsidRDefault="00000000">
            <w:r>
              <w:rPr>
                <w:sz w:val="18"/>
              </w:rPr>
              <w:t>Targeted</w:t>
            </w:r>
          </w:p>
        </w:tc>
        <w:tc>
          <w:tcPr>
            <w:tcW w:w="1560" w:type="dxa"/>
            <w:tcMar>
              <w:top w:w="20" w:type="dxa"/>
              <w:left w:w="50" w:type="dxa"/>
              <w:bottom w:w="20" w:type="dxa"/>
              <w:right w:w="50" w:type="dxa"/>
            </w:tcMar>
          </w:tcPr>
          <w:p w14:paraId="2EE1D369" w14:textId="77777777" w:rsidR="00292F36" w:rsidRDefault="00000000">
            <w:r>
              <w:rPr>
                <w:sz w:val="18"/>
              </w:rPr>
              <w:t>-1.6</w:t>
            </w:r>
          </w:p>
        </w:tc>
        <w:tc>
          <w:tcPr>
            <w:tcW w:w="1560" w:type="dxa"/>
            <w:tcMar>
              <w:top w:w="20" w:type="dxa"/>
              <w:left w:w="50" w:type="dxa"/>
              <w:bottom w:w="20" w:type="dxa"/>
              <w:right w:w="50" w:type="dxa"/>
            </w:tcMar>
          </w:tcPr>
          <w:p w14:paraId="28782515" w14:textId="77777777" w:rsidR="00292F36" w:rsidRDefault="00000000">
            <w:r>
              <w:rPr>
                <w:sz w:val="18"/>
              </w:rPr>
              <w:t>[-3.58, +0.42]</w:t>
            </w:r>
          </w:p>
        </w:tc>
        <w:tc>
          <w:tcPr>
            <w:tcW w:w="1560" w:type="dxa"/>
            <w:tcMar>
              <w:top w:w="20" w:type="dxa"/>
              <w:left w:w="50" w:type="dxa"/>
              <w:bottom w:w="20" w:type="dxa"/>
              <w:right w:w="50" w:type="dxa"/>
            </w:tcMar>
          </w:tcPr>
          <w:p w14:paraId="24336A7A" w14:textId="77777777" w:rsidR="00292F36" w:rsidRDefault="00000000">
            <w:r>
              <w:rPr>
                <w:sz w:val="18"/>
              </w:rPr>
              <w:t>0.12</w:t>
            </w:r>
          </w:p>
        </w:tc>
      </w:tr>
      <w:tr w:rsidR="00292F36" w14:paraId="1DFCCFF1" w14:textId="77777777">
        <w:tc>
          <w:tcPr>
            <w:tcW w:w="1560" w:type="dxa"/>
            <w:tcMar>
              <w:top w:w="20" w:type="dxa"/>
              <w:left w:w="50" w:type="dxa"/>
              <w:bottom w:w="20" w:type="dxa"/>
              <w:right w:w="50" w:type="dxa"/>
            </w:tcMar>
          </w:tcPr>
          <w:p w14:paraId="07C75BD8" w14:textId="77777777" w:rsidR="00292F36" w:rsidRDefault="00000000">
            <w:r>
              <w:rPr>
                <w:sz w:val="18"/>
              </w:rPr>
              <w:t>Omega3</w:t>
            </w:r>
          </w:p>
        </w:tc>
        <w:tc>
          <w:tcPr>
            <w:tcW w:w="1560" w:type="dxa"/>
            <w:tcMar>
              <w:top w:w="20" w:type="dxa"/>
              <w:left w:w="50" w:type="dxa"/>
              <w:bottom w:w="20" w:type="dxa"/>
              <w:right w:w="50" w:type="dxa"/>
            </w:tcMar>
          </w:tcPr>
          <w:p w14:paraId="061B1DBA" w14:textId="77777777" w:rsidR="00292F36" w:rsidRDefault="00000000">
            <w:r>
              <w:rPr>
                <w:sz w:val="18"/>
              </w:rPr>
              <w:t>Middle</w:t>
            </w:r>
          </w:p>
        </w:tc>
        <w:tc>
          <w:tcPr>
            <w:tcW w:w="1560" w:type="dxa"/>
            <w:tcMar>
              <w:top w:w="20" w:type="dxa"/>
              <w:left w:w="50" w:type="dxa"/>
              <w:bottom w:w="20" w:type="dxa"/>
              <w:right w:w="50" w:type="dxa"/>
            </w:tcMar>
          </w:tcPr>
          <w:p w14:paraId="59501B25" w14:textId="77777777" w:rsidR="00292F36" w:rsidRDefault="00000000">
            <w:r>
              <w:rPr>
                <w:sz w:val="18"/>
              </w:rPr>
              <w:t>Non-targeted</w:t>
            </w:r>
          </w:p>
        </w:tc>
        <w:tc>
          <w:tcPr>
            <w:tcW w:w="1560" w:type="dxa"/>
            <w:tcMar>
              <w:top w:w="20" w:type="dxa"/>
              <w:left w:w="50" w:type="dxa"/>
              <w:bottom w:w="20" w:type="dxa"/>
              <w:right w:w="50" w:type="dxa"/>
            </w:tcMar>
          </w:tcPr>
          <w:p w14:paraId="712E4B95" w14:textId="77777777" w:rsidR="00292F36" w:rsidRDefault="00000000">
            <w:r>
              <w:rPr>
                <w:sz w:val="18"/>
              </w:rPr>
              <w:t>-0.71</w:t>
            </w:r>
          </w:p>
        </w:tc>
        <w:tc>
          <w:tcPr>
            <w:tcW w:w="1560" w:type="dxa"/>
            <w:tcMar>
              <w:top w:w="20" w:type="dxa"/>
              <w:left w:w="50" w:type="dxa"/>
              <w:bottom w:w="20" w:type="dxa"/>
              <w:right w:w="50" w:type="dxa"/>
            </w:tcMar>
          </w:tcPr>
          <w:p w14:paraId="1816779C" w14:textId="77777777" w:rsidR="00292F36" w:rsidRDefault="00000000">
            <w:r>
              <w:rPr>
                <w:sz w:val="18"/>
              </w:rPr>
              <w:t>[-2.67, +1.27]</w:t>
            </w:r>
          </w:p>
        </w:tc>
        <w:tc>
          <w:tcPr>
            <w:tcW w:w="1560" w:type="dxa"/>
            <w:tcMar>
              <w:top w:w="20" w:type="dxa"/>
              <w:left w:w="50" w:type="dxa"/>
              <w:bottom w:w="20" w:type="dxa"/>
              <w:right w:w="50" w:type="dxa"/>
            </w:tcMar>
          </w:tcPr>
          <w:p w14:paraId="30F7657A" w14:textId="77777777" w:rsidR="00292F36" w:rsidRDefault="00000000">
            <w:r>
              <w:rPr>
                <w:sz w:val="18"/>
              </w:rPr>
              <w:t>0.48</w:t>
            </w:r>
          </w:p>
        </w:tc>
      </w:tr>
      <w:tr w:rsidR="00292F36" w14:paraId="5EB51B13" w14:textId="77777777">
        <w:tc>
          <w:tcPr>
            <w:tcW w:w="1560" w:type="dxa"/>
            <w:tcMar>
              <w:top w:w="20" w:type="dxa"/>
              <w:left w:w="50" w:type="dxa"/>
              <w:bottom w:w="20" w:type="dxa"/>
              <w:right w:w="50" w:type="dxa"/>
            </w:tcMar>
          </w:tcPr>
          <w:p w14:paraId="06C20322" w14:textId="77777777" w:rsidR="00292F36" w:rsidRDefault="00000000">
            <w:r>
              <w:rPr>
                <w:sz w:val="18"/>
              </w:rPr>
              <w:t>Omega3</w:t>
            </w:r>
          </w:p>
        </w:tc>
        <w:tc>
          <w:tcPr>
            <w:tcW w:w="1560" w:type="dxa"/>
            <w:tcMar>
              <w:top w:w="20" w:type="dxa"/>
              <w:left w:w="50" w:type="dxa"/>
              <w:bottom w:w="20" w:type="dxa"/>
              <w:right w:w="50" w:type="dxa"/>
            </w:tcMar>
          </w:tcPr>
          <w:p w14:paraId="5BFED3C4" w14:textId="77777777" w:rsidR="00292F36" w:rsidRDefault="00000000">
            <w:r>
              <w:rPr>
                <w:sz w:val="18"/>
              </w:rPr>
              <w:t>South</w:t>
            </w:r>
          </w:p>
        </w:tc>
        <w:tc>
          <w:tcPr>
            <w:tcW w:w="1560" w:type="dxa"/>
            <w:tcMar>
              <w:top w:w="20" w:type="dxa"/>
              <w:left w:w="50" w:type="dxa"/>
              <w:bottom w:w="20" w:type="dxa"/>
              <w:right w:w="50" w:type="dxa"/>
            </w:tcMar>
          </w:tcPr>
          <w:p w14:paraId="5A0EEAAE" w14:textId="77777777" w:rsidR="00292F36" w:rsidRDefault="00000000">
            <w:r>
              <w:rPr>
                <w:sz w:val="18"/>
              </w:rPr>
              <w:t>Targeted</w:t>
            </w:r>
          </w:p>
        </w:tc>
        <w:tc>
          <w:tcPr>
            <w:tcW w:w="1560" w:type="dxa"/>
            <w:tcMar>
              <w:top w:w="20" w:type="dxa"/>
              <w:left w:w="50" w:type="dxa"/>
              <w:bottom w:w="20" w:type="dxa"/>
              <w:right w:w="50" w:type="dxa"/>
            </w:tcMar>
          </w:tcPr>
          <w:p w14:paraId="094E054F" w14:textId="77777777" w:rsidR="00292F36" w:rsidRDefault="00000000">
            <w:r>
              <w:rPr>
                <w:sz w:val="18"/>
              </w:rPr>
              <w:t>-0.17</w:t>
            </w:r>
          </w:p>
        </w:tc>
        <w:tc>
          <w:tcPr>
            <w:tcW w:w="1560" w:type="dxa"/>
            <w:tcMar>
              <w:top w:w="20" w:type="dxa"/>
              <w:left w:w="50" w:type="dxa"/>
              <w:bottom w:w="20" w:type="dxa"/>
              <w:right w:w="50" w:type="dxa"/>
            </w:tcMar>
          </w:tcPr>
          <w:p w14:paraId="112E50FD" w14:textId="77777777" w:rsidR="00292F36" w:rsidRDefault="00000000">
            <w:r>
              <w:rPr>
                <w:sz w:val="18"/>
              </w:rPr>
              <w:t>[-1.76, +1.45]</w:t>
            </w:r>
          </w:p>
        </w:tc>
        <w:tc>
          <w:tcPr>
            <w:tcW w:w="1560" w:type="dxa"/>
            <w:tcMar>
              <w:top w:w="20" w:type="dxa"/>
              <w:left w:w="50" w:type="dxa"/>
              <w:bottom w:w="20" w:type="dxa"/>
              <w:right w:w="50" w:type="dxa"/>
            </w:tcMar>
          </w:tcPr>
          <w:p w14:paraId="38E5B09C" w14:textId="77777777" w:rsidR="00292F36" w:rsidRDefault="00000000">
            <w:r>
              <w:rPr>
                <w:sz w:val="18"/>
              </w:rPr>
              <w:t>0.84</w:t>
            </w:r>
          </w:p>
        </w:tc>
      </w:tr>
      <w:tr w:rsidR="00292F36" w14:paraId="5CCDF111" w14:textId="77777777">
        <w:tc>
          <w:tcPr>
            <w:tcW w:w="1560" w:type="dxa"/>
            <w:tcMar>
              <w:top w:w="20" w:type="dxa"/>
              <w:left w:w="50" w:type="dxa"/>
              <w:bottom w:w="20" w:type="dxa"/>
              <w:right w:w="50" w:type="dxa"/>
            </w:tcMar>
          </w:tcPr>
          <w:p w14:paraId="64DC8FE7" w14:textId="77777777" w:rsidR="00292F36" w:rsidRDefault="00000000">
            <w:r>
              <w:rPr>
                <w:sz w:val="18"/>
              </w:rPr>
              <w:t>Omega3</w:t>
            </w:r>
          </w:p>
        </w:tc>
        <w:tc>
          <w:tcPr>
            <w:tcW w:w="1560" w:type="dxa"/>
            <w:tcMar>
              <w:top w:w="20" w:type="dxa"/>
              <w:left w:w="50" w:type="dxa"/>
              <w:bottom w:w="20" w:type="dxa"/>
              <w:right w:w="50" w:type="dxa"/>
            </w:tcMar>
          </w:tcPr>
          <w:p w14:paraId="7C896F40" w14:textId="77777777" w:rsidR="00292F36" w:rsidRDefault="00000000">
            <w:r>
              <w:rPr>
                <w:sz w:val="18"/>
              </w:rPr>
              <w:t>South</w:t>
            </w:r>
          </w:p>
        </w:tc>
        <w:tc>
          <w:tcPr>
            <w:tcW w:w="1560" w:type="dxa"/>
            <w:tcMar>
              <w:top w:w="20" w:type="dxa"/>
              <w:left w:w="50" w:type="dxa"/>
              <w:bottom w:w="20" w:type="dxa"/>
              <w:right w:w="50" w:type="dxa"/>
            </w:tcMar>
          </w:tcPr>
          <w:p w14:paraId="3F7DDE64" w14:textId="77777777" w:rsidR="00292F36" w:rsidRDefault="00000000">
            <w:r>
              <w:rPr>
                <w:sz w:val="18"/>
              </w:rPr>
              <w:t>Non-targeted</w:t>
            </w:r>
          </w:p>
        </w:tc>
        <w:tc>
          <w:tcPr>
            <w:tcW w:w="1560" w:type="dxa"/>
            <w:tcMar>
              <w:top w:w="20" w:type="dxa"/>
              <w:left w:w="50" w:type="dxa"/>
              <w:bottom w:w="20" w:type="dxa"/>
              <w:right w:w="50" w:type="dxa"/>
            </w:tcMar>
          </w:tcPr>
          <w:p w14:paraId="5AC96AA2" w14:textId="77777777" w:rsidR="00292F36" w:rsidRDefault="00000000">
            <w:r>
              <w:rPr>
                <w:sz w:val="18"/>
              </w:rPr>
              <w:t>-1.22</w:t>
            </w:r>
          </w:p>
        </w:tc>
        <w:tc>
          <w:tcPr>
            <w:tcW w:w="1560" w:type="dxa"/>
            <w:tcMar>
              <w:top w:w="20" w:type="dxa"/>
              <w:left w:w="50" w:type="dxa"/>
              <w:bottom w:w="20" w:type="dxa"/>
              <w:right w:w="50" w:type="dxa"/>
            </w:tcMar>
          </w:tcPr>
          <w:p w14:paraId="7C0CAD8D" w14:textId="77777777" w:rsidR="00292F36" w:rsidRDefault="00000000">
            <w:r>
              <w:rPr>
                <w:sz w:val="18"/>
              </w:rPr>
              <w:t>[-2.84, +0.42]</w:t>
            </w:r>
          </w:p>
        </w:tc>
        <w:tc>
          <w:tcPr>
            <w:tcW w:w="1560" w:type="dxa"/>
            <w:tcMar>
              <w:top w:w="20" w:type="dxa"/>
              <w:left w:w="50" w:type="dxa"/>
              <w:bottom w:w="20" w:type="dxa"/>
              <w:right w:w="50" w:type="dxa"/>
            </w:tcMar>
          </w:tcPr>
          <w:p w14:paraId="0D6AFF39" w14:textId="77777777" w:rsidR="00292F36" w:rsidRDefault="00000000">
            <w:r>
              <w:rPr>
                <w:sz w:val="18"/>
              </w:rPr>
              <w:t>0.14</w:t>
            </w:r>
          </w:p>
        </w:tc>
      </w:tr>
      <w:tr w:rsidR="00292F36" w14:paraId="46CC5B09" w14:textId="77777777">
        <w:tc>
          <w:tcPr>
            <w:tcW w:w="1560" w:type="dxa"/>
            <w:tcMar>
              <w:top w:w="20" w:type="dxa"/>
              <w:left w:w="50" w:type="dxa"/>
              <w:bottom w:w="20" w:type="dxa"/>
              <w:right w:w="50" w:type="dxa"/>
            </w:tcMar>
          </w:tcPr>
          <w:p w14:paraId="63A5FE54" w14:textId="77777777" w:rsidR="00292F36" w:rsidRDefault="00000000">
            <w:r>
              <w:rPr>
                <w:sz w:val="18"/>
              </w:rPr>
              <w:t>Selenium</w:t>
            </w:r>
          </w:p>
        </w:tc>
        <w:tc>
          <w:tcPr>
            <w:tcW w:w="1560" w:type="dxa"/>
            <w:tcMar>
              <w:top w:w="20" w:type="dxa"/>
              <w:left w:w="50" w:type="dxa"/>
              <w:bottom w:w="20" w:type="dxa"/>
              <w:right w:w="50" w:type="dxa"/>
            </w:tcMar>
          </w:tcPr>
          <w:p w14:paraId="721ABE98" w14:textId="77777777" w:rsidR="00292F36" w:rsidRDefault="00000000">
            <w:r>
              <w:rPr>
                <w:sz w:val="18"/>
              </w:rPr>
              <w:t>North</w:t>
            </w:r>
          </w:p>
        </w:tc>
        <w:tc>
          <w:tcPr>
            <w:tcW w:w="1560" w:type="dxa"/>
            <w:tcMar>
              <w:top w:w="20" w:type="dxa"/>
              <w:left w:w="50" w:type="dxa"/>
              <w:bottom w:w="20" w:type="dxa"/>
              <w:right w:w="50" w:type="dxa"/>
            </w:tcMar>
          </w:tcPr>
          <w:p w14:paraId="070EC482" w14:textId="77777777" w:rsidR="00292F36" w:rsidRDefault="00000000">
            <w:r>
              <w:rPr>
                <w:sz w:val="18"/>
              </w:rPr>
              <w:t>Targeted</w:t>
            </w:r>
          </w:p>
        </w:tc>
        <w:tc>
          <w:tcPr>
            <w:tcW w:w="1560" w:type="dxa"/>
            <w:tcMar>
              <w:top w:w="20" w:type="dxa"/>
              <w:left w:w="50" w:type="dxa"/>
              <w:bottom w:w="20" w:type="dxa"/>
              <w:right w:w="50" w:type="dxa"/>
            </w:tcMar>
          </w:tcPr>
          <w:p w14:paraId="5C95694B" w14:textId="77777777" w:rsidR="00292F36" w:rsidRDefault="00000000">
            <w:r>
              <w:rPr>
                <w:sz w:val="18"/>
              </w:rPr>
              <w:t>-0.86</w:t>
            </w:r>
          </w:p>
        </w:tc>
        <w:tc>
          <w:tcPr>
            <w:tcW w:w="1560" w:type="dxa"/>
            <w:tcMar>
              <w:top w:w="20" w:type="dxa"/>
              <w:left w:w="50" w:type="dxa"/>
              <w:bottom w:w="20" w:type="dxa"/>
              <w:right w:w="50" w:type="dxa"/>
            </w:tcMar>
          </w:tcPr>
          <w:p w14:paraId="6AF559AE" w14:textId="77777777" w:rsidR="00292F36" w:rsidRDefault="00000000">
            <w:r>
              <w:rPr>
                <w:sz w:val="18"/>
              </w:rPr>
              <w:t>[-3.04, +1.37]</w:t>
            </w:r>
          </w:p>
        </w:tc>
        <w:tc>
          <w:tcPr>
            <w:tcW w:w="1560" w:type="dxa"/>
            <w:tcMar>
              <w:top w:w="20" w:type="dxa"/>
              <w:left w:w="50" w:type="dxa"/>
              <w:bottom w:w="20" w:type="dxa"/>
              <w:right w:w="50" w:type="dxa"/>
            </w:tcMar>
          </w:tcPr>
          <w:p w14:paraId="617E5694" w14:textId="77777777" w:rsidR="00292F36" w:rsidRDefault="00000000">
            <w:r>
              <w:rPr>
                <w:sz w:val="18"/>
              </w:rPr>
              <w:t>0.45</w:t>
            </w:r>
          </w:p>
        </w:tc>
      </w:tr>
      <w:tr w:rsidR="00292F36" w14:paraId="2E2FE834" w14:textId="77777777">
        <w:tc>
          <w:tcPr>
            <w:tcW w:w="1560" w:type="dxa"/>
            <w:tcMar>
              <w:top w:w="20" w:type="dxa"/>
              <w:left w:w="50" w:type="dxa"/>
              <w:bottom w:w="20" w:type="dxa"/>
              <w:right w:w="50" w:type="dxa"/>
            </w:tcMar>
          </w:tcPr>
          <w:p w14:paraId="28CD37FF" w14:textId="77777777" w:rsidR="00292F36" w:rsidRDefault="00000000">
            <w:r>
              <w:rPr>
                <w:sz w:val="18"/>
              </w:rPr>
              <w:t>Selenium</w:t>
            </w:r>
          </w:p>
        </w:tc>
        <w:tc>
          <w:tcPr>
            <w:tcW w:w="1560" w:type="dxa"/>
            <w:tcMar>
              <w:top w:w="20" w:type="dxa"/>
              <w:left w:w="50" w:type="dxa"/>
              <w:bottom w:w="20" w:type="dxa"/>
              <w:right w:w="50" w:type="dxa"/>
            </w:tcMar>
          </w:tcPr>
          <w:p w14:paraId="63E9EF4D" w14:textId="77777777" w:rsidR="00292F36" w:rsidRDefault="00000000">
            <w:r>
              <w:rPr>
                <w:sz w:val="18"/>
              </w:rPr>
              <w:t>North</w:t>
            </w:r>
          </w:p>
        </w:tc>
        <w:tc>
          <w:tcPr>
            <w:tcW w:w="1560" w:type="dxa"/>
            <w:tcMar>
              <w:top w:w="20" w:type="dxa"/>
              <w:left w:w="50" w:type="dxa"/>
              <w:bottom w:w="20" w:type="dxa"/>
              <w:right w:w="50" w:type="dxa"/>
            </w:tcMar>
          </w:tcPr>
          <w:p w14:paraId="208E499F" w14:textId="77777777" w:rsidR="00292F36" w:rsidRDefault="00000000">
            <w:r>
              <w:rPr>
                <w:sz w:val="18"/>
              </w:rPr>
              <w:t>Non-targeted</w:t>
            </w:r>
          </w:p>
        </w:tc>
        <w:tc>
          <w:tcPr>
            <w:tcW w:w="1560" w:type="dxa"/>
            <w:tcMar>
              <w:top w:w="20" w:type="dxa"/>
              <w:left w:w="50" w:type="dxa"/>
              <w:bottom w:w="20" w:type="dxa"/>
              <w:right w:w="50" w:type="dxa"/>
            </w:tcMar>
          </w:tcPr>
          <w:p w14:paraId="0DAB1AC7" w14:textId="77777777" w:rsidR="00292F36" w:rsidRDefault="00000000">
            <w:r>
              <w:rPr>
                <w:sz w:val="18"/>
              </w:rPr>
              <w:t>-2.48*</w:t>
            </w:r>
          </w:p>
        </w:tc>
        <w:tc>
          <w:tcPr>
            <w:tcW w:w="1560" w:type="dxa"/>
            <w:tcMar>
              <w:top w:w="20" w:type="dxa"/>
              <w:left w:w="50" w:type="dxa"/>
              <w:bottom w:w="20" w:type="dxa"/>
              <w:right w:w="50" w:type="dxa"/>
            </w:tcMar>
          </w:tcPr>
          <w:p w14:paraId="782EF8BD" w14:textId="77777777" w:rsidR="00292F36" w:rsidRDefault="00000000">
            <w:r>
              <w:rPr>
                <w:sz w:val="18"/>
              </w:rPr>
              <w:t>[-4.62, -0.30]</w:t>
            </w:r>
          </w:p>
        </w:tc>
        <w:tc>
          <w:tcPr>
            <w:tcW w:w="1560" w:type="dxa"/>
            <w:tcMar>
              <w:top w:w="20" w:type="dxa"/>
              <w:left w:w="50" w:type="dxa"/>
              <w:bottom w:w="20" w:type="dxa"/>
              <w:right w:w="50" w:type="dxa"/>
            </w:tcMar>
          </w:tcPr>
          <w:p w14:paraId="3D09708F" w14:textId="77777777" w:rsidR="00292F36" w:rsidRDefault="00000000">
            <w:r>
              <w:rPr>
                <w:sz w:val="18"/>
              </w:rPr>
              <w:t>0.03</w:t>
            </w:r>
          </w:p>
        </w:tc>
      </w:tr>
      <w:tr w:rsidR="00292F36" w14:paraId="3A3B2E57" w14:textId="77777777">
        <w:tc>
          <w:tcPr>
            <w:tcW w:w="1560" w:type="dxa"/>
            <w:tcMar>
              <w:top w:w="20" w:type="dxa"/>
              <w:left w:w="50" w:type="dxa"/>
              <w:bottom w:w="20" w:type="dxa"/>
              <w:right w:w="50" w:type="dxa"/>
            </w:tcMar>
          </w:tcPr>
          <w:p w14:paraId="7EEBECF3" w14:textId="77777777" w:rsidR="00292F36" w:rsidRDefault="00000000">
            <w:r>
              <w:rPr>
                <w:sz w:val="18"/>
              </w:rPr>
              <w:t>Selenium</w:t>
            </w:r>
          </w:p>
        </w:tc>
        <w:tc>
          <w:tcPr>
            <w:tcW w:w="1560" w:type="dxa"/>
            <w:tcMar>
              <w:top w:w="20" w:type="dxa"/>
              <w:left w:w="50" w:type="dxa"/>
              <w:bottom w:w="20" w:type="dxa"/>
              <w:right w:w="50" w:type="dxa"/>
            </w:tcMar>
          </w:tcPr>
          <w:p w14:paraId="3BEE3338" w14:textId="77777777" w:rsidR="00292F36" w:rsidRDefault="00000000">
            <w:r>
              <w:rPr>
                <w:sz w:val="18"/>
              </w:rPr>
              <w:t>Middle</w:t>
            </w:r>
          </w:p>
        </w:tc>
        <w:tc>
          <w:tcPr>
            <w:tcW w:w="1560" w:type="dxa"/>
            <w:tcMar>
              <w:top w:w="20" w:type="dxa"/>
              <w:left w:w="50" w:type="dxa"/>
              <w:bottom w:w="20" w:type="dxa"/>
              <w:right w:w="50" w:type="dxa"/>
            </w:tcMar>
          </w:tcPr>
          <w:p w14:paraId="3C2FB872" w14:textId="77777777" w:rsidR="00292F36" w:rsidRDefault="00000000">
            <w:r>
              <w:rPr>
                <w:sz w:val="18"/>
              </w:rPr>
              <w:t>Targeted</w:t>
            </w:r>
          </w:p>
        </w:tc>
        <w:tc>
          <w:tcPr>
            <w:tcW w:w="1560" w:type="dxa"/>
            <w:tcMar>
              <w:top w:w="20" w:type="dxa"/>
              <w:left w:w="50" w:type="dxa"/>
              <w:bottom w:w="20" w:type="dxa"/>
              <w:right w:w="50" w:type="dxa"/>
            </w:tcMar>
          </w:tcPr>
          <w:p w14:paraId="0DC3C3BC" w14:textId="77777777" w:rsidR="00292F36" w:rsidRDefault="00000000">
            <w:r>
              <w:rPr>
                <w:sz w:val="18"/>
              </w:rPr>
              <w:t>-1.27</w:t>
            </w:r>
          </w:p>
        </w:tc>
        <w:tc>
          <w:tcPr>
            <w:tcW w:w="1560" w:type="dxa"/>
            <w:tcMar>
              <w:top w:w="20" w:type="dxa"/>
              <w:left w:w="50" w:type="dxa"/>
              <w:bottom w:w="20" w:type="dxa"/>
              <w:right w:w="50" w:type="dxa"/>
            </w:tcMar>
          </w:tcPr>
          <w:p w14:paraId="2A38C05D" w14:textId="77777777" w:rsidR="00292F36" w:rsidRDefault="00000000">
            <w:r>
              <w:rPr>
                <w:sz w:val="18"/>
              </w:rPr>
              <w:t>[-3.41, +0.91]</w:t>
            </w:r>
          </w:p>
        </w:tc>
        <w:tc>
          <w:tcPr>
            <w:tcW w:w="1560" w:type="dxa"/>
            <w:tcMar>
              <w:top w:w="20" w:type="dxa"/>
              <w:left w:w="50" w:type="dxa"/>
              <w:bottom w:w="20" w:type="dxa"/>
              <w:right w:w="50" w:type="dxa"/>
            </w:tcMar>
          </w:tcPr>
          <w:p w14:paraId="5E388B0C" w14:textId="77777777" w:rsidR="00292F36" w:rsidRDefault="00000000">
            <w:r>
              <w:rPr>
                <w:sz w:val="18"/>
              </w:rPr>
              <w:t>0.25</w:t>
            </w:r>
          </w:p>
        </w:tc>
      </w:tr>
      <w:tr w:rsidR="00292F36" w14:paraId="6B3D6048" w14:textId="77777777">
        <w:tc>
          <w:tcPr>
            <w:tcW w:w="1560" w:type="dxa"/>
            <w:tcMar>
              <w:top w:w="20" w:type="dxa"/>
              <w:left w:w="50" w:type="dxa"/>
              <w:bottom w:w="20" w:type="dxa"/>
              <w:right w:w="50" w:type="dxa"/>
            </w:tcMar>
          </w:tcPr>
          <w:p w14:paraId="0B6D976D" w14:textId="77777777" w:rsidR="00292F36" w:rsidRDefault="00000000">
            <w:r>
              <w:rPr>
                <w:sz w:val="18"/>
              </w:rPr>
              <w:t>Selenium</w:t>
            </w:r>
          </w:p>
        </w:tc>
        <w:tc>
          <w:tcPr>
            <w:tcW w:w="1560" w:type="dxa"/>
            <w:tcMar>
              <w:top w:w="20" w:type="dxa"/>
              <w:left w:w="50" w:type="dxa"/>
              <w:bottom w:w="20" w:type="dxa"/>
              <w:right w:w="50" w:type="dxa"/>
            </w:tcMar>
          </w:tcPr>
          <w:p w14:paraId="0656DF95" w14:textId="77777777" w:rsidR="00292F36" w:rsidRDefault="00000000">
            <w:r>
              <w:rPr>
                <w:sz w:val="18"/>
              </w:rPr>
              <w:t>Middle</w:t>
            </w:r>
          </w:p>
        </w:tc>
        <w:tc>
          <w:tcPr>
            <w:tcW w:w="1560" w:type="dxa"/>
            <w:tcMar>
              <w:top w:w="20" w:type="dxa"/>
              <w:left w:w="50" w:type="dxa"/>
              <w:bottom w:w="20" w:type="dxa"/>
              <w:right w:w="50" w:type="dxa"/>
            </w:tcMar>
          </w:tcPr>
          <w:p w14:paraId="4DCC0655" w14:textId="77777777" w:rsidR="00292F36" w:rsidRDefault="00000000">
            <w:r>
              <w:rPr>
                <w:sz w:val="18"/>
              </w:rPr>
              <w:t>Non-targeted</w:t>
            </w:r>
          </w:p>
        </w:tc>
        <w:tc>
          <w:tcPr>
            <w:tcW w:w="1560" w:type="dxa"/>
            <w:tcMar>
              <w:top w:w="20" w:type="dxa"/>
              <w:left w:w="50" w:type="dxa"/>
              <w:bottom w:w="20" w:type="dxa"/>
              <w:right w:w="50" w:type="dxa"/>
            </w:tcMar>
          </w:tcPr>
          <w:p w14:paraId="271BD55B" w14:textId="77777777" w:rsidR="00292F36" w:rsidRDefault="00000000">
            <w:r>
              <w:rPr>
                <w:sz w:val="18"/>
              </w:rPr>
              <w:t>-0.15</w:t>
            </w:r>
          </w:p>
        </w:tc>
        <w:tc>
          <w:tcPr>
            <w:tcW w:w="1560" w:type="dxa"/>
            <w:tcMar>
              <w:top w:w="20" w:type="dxa"/>
              <w:left w:w="50" w:type="dxa"/>
              <w:bottom w:w="20" w:type="dxa"/>
              <w:right w:w="50" w:type="dxa"/>
            </w:tcMar>
          </w:tcPr>
          <w:p w14:paraId="71D4BBCD" w14:textId="77777777" w:rsidR="00292F36" w:rsidRDefault="00000000">
            <w:r>
              <w:rPr>
                <w:sz w:val="18"/>
              </w:rPr>
              <w:t>[-2.28, +2.02]</w:t>
            </w:r>
          </w:p>
        </w:tc>
        <w:tc>
          <w:tcPr>
            <w:tcW w:w="1560" w:type="dxa"/>
            <w:tcMar>
              <w:top w:w="20" w:type="dxa"/>
              <w:left w:w="50" w:type="dxa"/>
              <w:bottom w:w="20" w:type="dxa"/>
              <w:right w:w="50" w:type="dxa"/>
            </w:tcMar>
          </w:tcPr>
          <w:p w14:paraId="0935AD13" w14:textId="77777777" w:rsidR="00292F36" w:rsidRDefault="00000000">
            <w:r>
              <w:rPr>
                <w:sz w:val="18"/>
              </w:rPr>
              <w:t>0.89</w:t>
            </w:r>
          </w:p>
        </w:tc>
      </w:tr>
      <w:tr w:rsidR="00292F36" w14:paraId="61987E97" w14:textId="77777777">
        <w:tc>
          <w:tcPr>
            <w:tcW w:w="1560" w:type="dxa"/>
            <w:tcMar>
              <w:top w:w="20" w:type="dxa"/>
              <w:left w:w="50" w:type="dxa"/>
              <w:bottom w:w="20" w:type="dxa"/>
              <w:right w:w="50" w:type="dxa"/>
            </w:tcMar>
          </w:tcPr>
          <w:p w14:paraId="2CA394B5" w14:textId="77777777" w:rsidR="00292F36" w:rsidRDefault="00000000">
            <w:r>
              <w:rPr>
                <w:sz w:val="18"/>
              </w:rPr>
              <w:t>Selenium</w:t>
            </w:r>
          </w:p>
        </w:tc>
        <w:tc>
          <w:tcPr>
            <w:tcW w:w="1560" w:type="dxa"/>
            <w:tcMar>
              <w:top w:w="20" w:type="dxa"/>
              <w:left w:w="50" w:type="dxa"/>
              <w:bottom w:w="20" w:type="dxa"/>
              <w:right w:w="50" w:type="dxa"/>
            </w:tcMar>
          </w:tcPr>
          <w:p w14:paraId="1A8CA279" w14:textId="77777777" w:rsidR="00292F36" w:rsidRDefault="00000000">
            <w:r>
              <w:rPr>
                <w:sz w:val="18"/>
              </w:rPr>
              <w:t>South</w:t>
            </w:r>
          </w:p>
        </w:tc>
        <w:tc>
          <w:tcPr>
            <w:tcW w:w="1560" w:type="dxa"/>
            <w:tcMar>
              <w:top w:w="20" w:type="dxa"/>
              <w:left w:w="50" w:type="dxa"/>
              <w:bottom w:w="20" w:type="dxa"/>
              <w:right w:w="50" w:type="dxa"/>
            </w:tcMar>
          </w:tcPr>
          <w:p w14:paraId="2041B0B5" w14:textId="77777777" w:rsidR="00292F36" w:rsidRDefault="00000000">
            <w:r>
              <w:rPr>
                <w:sz w:val="18"/>
              </w:rPr>
              <w:t>Targeted</w:t>
            </w:r>
          </w:p>
        </w:tc>
        <w:tc>
          <w:tcPr>
            <w:tcW w:w="1560" w:type="dxa"/>
            <w:tcMar>
              <w:top w:w="20" w:type="dxa"/>
              <w:left w:w="50" w:type="dxa"/>
              <w:bottom w:w="20" w:type="dxa"/>
              <w:right w:w="50" w:type="dxa"/>
            </w:tcMar>
          </w:tcPr>
          <w:p w14:paraId="1324E4CD" w14:textId="77777777" w:rsidR="00292F36" w:rsidRDefault="00000000">
            <w:r>
              <w:rPr>
                <w:sz w:val="18"/>
              </w:rPr>
              <w:t>0.09</w:t>
            </w:r>
          </w:p>
        </w:tc>
        <w:tc>
          <w:tcPr>
            <w:tcW w:w="1560" w:type="dxa"/>
            <w:tcMar>
              <w:top w:w="20" w:type="dxa"/>
              <w:left w:w="50" w:type="dxa"/>
              <w:bottom w:w="20" w:type="dxa"/>
              <w:right w:w="50" w:type="dxa"/>
            </w:tcMar>
          </w:tcPr>
          <w:p w14:paraId="096A462C" w14:textId="77777777" w:rsidR="00292F36" w:rsidRDefault="00000000">
            <w:r>
              <w:rPr>
                <w:sz w:val="18"/>
              </w:rPr>
              <w:t>[-1.58, +1.79]</w:t>
            </w:r>
          </w:p>
        </w:tc>
        <w:tc>
          <w:tcPr>
            <w:tcW w:w="1560" w:type="dxa"/>
            <w:tcMar>
              <w:top w:w="20" w:type="dxa"/>
              <w:left w:w="50" w:type="dxa"/>
              <w:bottom w:w="20" w:type="dxa"/>
              <w:right w:w="50" w:type="dxa"/>
            </w:tcMar>
          </w:tcPr>
          <w:p w14:paraId="4D12B437" w14:textId="77777777" w:rsidR="00292F36" w:rsidRDefault="00000000">
            <w:r>
              <w:rPr>
                <w:sz w:val="18"/>
              </w:rPr>
              <w:t>0.92</w:t>
            </w:r>
          </w:p>
        </w:tc>
      </w:tr>
      <w:tr w:rsidR="00292F36" w14:paraId="513871FD" w14:textId="77777777">
        <w:tc>
          <w:tcPr>
            <w:tcW w:w="1560" w:type="dxa"/>
            <w:tcMar>
              <w:top w:w="20" w:type="dxa"/>
              <w:left w:w="50" w:type="dxa"/>
              <w:bottom w:w="20" w:type="dxa"/>
              <w:right w:w="50" w:type="dxa"/>
            </w:tcMar>
          </w:tcPr>
          <w:p w14:paraId="323D542D" w14:textId="77777777" w:rsidR="00292F36" w:rsidRDefault="00000000">
            <w:r>
              <w:rPr>
                <w:sz w:val="18"/>
              </w:rPr>
              <w:t>Selenium</w:t>
            </w:r>
          </w:p>
        </w:tc>
        <w:tc>
          <w:tcPr>
            <w:tcW w:w="1560" w:type="dxa"/>
            <w:tcMar>
              <w:top w:w="20" w:type="dxa"/>
              <w:left w:w="50" w:type="dxa"/>
              <w:bottom w:w="20" w:type="dxa"/>
              <w:right w:w="50" w:type="dxa"/>
            </w:tcMar>
          </w:tcPr>
          <w:p w14:paraId="75D31CB5" w14:textId="77777777" w:rsidR="00292F36" w:rsidRDefault="00000000">
            <w:r>
              <w:rPr>
                <w:sz w:val="18"/>
              </w:rPr>
              <w:t>South</w:t>
            </w:r>
          </w:p>
        </w:tc>
        <w:tc>
          <w:tcPr>
            <w:tcW w:w="1560" w:type="dxa"/>
            <w:tcMar>
              <w:top w:w="20" w:type="dxa"/>
              <w:left w:w="50" w:type="dxa"/>
              <w:bottom w:w="20" w:type="dxa"/>
              <w:right w:w="50" w:type="dxa"/>
            </w:tcMar>
          </w:tcPr>
          <w:p w14:paraId="3F014E34" w14:textId="77777777" w:rsidR="00292F36" w:rsidRDefault="00000000">
            <w:r>
              <w:rPr>
                <w:sz w:val="18"/>
              </w:rPr>
              <w:t>Non-targeted</w:t>
            </w:r>
          </w:p>
        </w:tc>
        <w:tc>
          <w:tcPr>
            <w:tcW w:w="1560" w:type="dxa"/>
            <w:tcMar>
              <w:top w:w="20" w:type="dxa"/>
              <w:left w:w="50" w:type="dxa"/>
              <w:bottom w:w="20" w:type="dxa"/>
              <w:right w:w="50" w:type="dxa"/>
            </w:tcMar>
          </w:tcPr>
          <w:p w14:paraId="302203DF" w14:textId="77777777" w:rsidR="00292F36" w:rsidRDefault="00000000">
            <w:r>
              <w:rPr>
                <w:sz w:val="18"/>
              </w:rPr>
              <w:t>0.01</w:t>
            </w:r>
          </w:p>
        </w:tc>
        <w:tc>
          <w:tcPr>
            <w:tcW w:w="1560" w:type="dxa"/>
            <w:tcMar>
              <w:top w:w="20" w:type="dxa"/>
              <w:left w:w="50" w:type="dxa"/>
              <w:bottom w:w="20" w:type="dxa"/>
              <w:right w:w="50" w:type="dxa"/>
            </w:tcMar>
          </w:tcPr>
          <w:p w14:paraId="23FB59D4" w14:textId="77777777" w:rsidR="00292F36" w:rsidRDefault="00000000">
            <w:r>
              <w:rPr>
                <w:sz w:val="18"/>
              </w:rPr>
              <w:t>[-1.68, +1.74]</w:t>
            </w:r>
          </w:p>
        </w:tc>
        <w:tc>
          <w:tcPr>
            <w:tcW w:w="1560" w:type="dxa"/>
            <w:tcMar>
              <w:top w:w="20" w:type="dxa"/>
              <w:left w:w="50" w:type="dxa"/>
              <w:bottom w:w="20" w:type="dxa"/>
              <w:right w:w="50" w:type="dxa"/>
            </w:tcMar>
          </w:tcPr>
          <w:p w14:paraId="7CB1EF5B" w14:textId="77777777" w:rsidR="00292F36" w:rsidRDefault="00000000">
            <w:r>
              <w:rPr>
                <w:sz w:val="18"/>
              </w:rPr>
              <w:t>0.99</w:t>
            </w:r>
          </w:p>
        </w:tc>
      </w:tr>
      <w:tr w:rsidR="00292F36" w14:paraId="16130D4A" w14:textId="77777777">
        <w:tc>
          <w:tcPr>
            <w:tcW w:w="1560" w:type="dxa"/>
            <w:tcMar>
              <w:top w:w="20" w:type="dxa"/>
              <w:left w:w="50" w:type="dxa"/>
              <w:bottom w:w="20" w:type="dxa"/>
              <w:right w:w="50" w:type="dxa"/>
            </w:tcMar>
          </w:tcPr>
          <w:p w14:paraId="7D79E161" w14:textId="77777777" w:rsidR="00292F36" w:rsidRDefault="00000000">
            <w:r>
              <w:rPr>
                <w:sz w:val="18"/>
              </w:rPr>
              <w:t>VitaminA</w:t>
            </w:r>
          </w:p>
        </w:tc>
        <w:tc>
          <w:tcPr>
            <w:tcW w:w="1560" w:type="dxa"/>
            <w:tcMar>
              <w:top w:w="20" w:type="dxa"/>
              <w:left w:w="50" w:type="dxa"/>
              <w:bottom w:w="20" w:type="dxa"/>
              <w:right w:w="50" w:type="dxa"/>
            </w:tcMar>
          </w:tcPr>
          <w:p w14:paraId="47C84AB6" w14:textId="77777777" w:rsidR="00292F36" w:rsidRDefault="00000000">
            <w:r>
              <w:rPr>
                <w:sz w:val="18"/>
              </w:rPr>
              <w:t>North</w:t>
            </w:r>
          </w:p>
        </w:tc>
        <w:tc>
          <w:tcPr>
            <w:tcW w:w="1560" w:type="dxa"/>
            <w:tcMar>
              <w:top w:w="20" w:type="dxa"/>
              <w:left w:w="50" w:type="dxa"/>
              <w:bottom w:w="20" w:type="dxa"/>
              <w:right w:w="50" w:type="dxa"/>
            </w:tcMar>
          </w:tcPr>
          <w:p w14:paraId="69E70759" w14:textId="77777777" w:rsidR="00292F36" w:rsidRDefault="00000000">
            <w:r>
              <w:rPr>
                <w:sz w:val="18"/>
              </w:rPr>
              <w:t>Targeted</w:t>
            </w:r>
          </w:p>
        </w:tc>
        <w:tc>
          <w:tcPr>
            <w:tcW w:w="1560" w:type="dxa"/>
            <w:tcMar>
              <w:top w:w="20" w:type="dxa"/>
              <w:left w:w="50" w:type="dxa"/>
              <w:bottom w:w="20" w:type="dxa"/>
              <w:right w:w="50" w:type="dxa"/>
            </w:tcMar>
          </w:tcPr>
          <w:p w14:paraId="5F11DC5D" w14:textId="77777777" w:rsidR="00292F36" w:rsidRDefault="00000000">
            <w:r>
              <w:rPr>
                <w:sz w:val="18"/>
              </w:rPr>
              <w:t>0.37</w:t>
            </w:r>
          </w:p>
        </w:tc>
        <w:tc>
          <w:tcPr>
            <w:tcW w:w="1560" w:type="dxa"/>
            <w:tcMar>
              <w:top w:w="20" w:type="dxa"/>
              <w:left w:w="50" w:type="dxa"/>
              <w:bottom w:w="20" w:type="dxa"/>
              <w:right w:w="50" w:type="dxa"/>
            </w:tcMar>
          </w:tcPr>
          <w:p w14:paraId="4B3FBF5D" w14:textId="77777777" w:rsidR="00292F36" w:rsidRDefault="00000000">
            <w:r>
              <w:rPr>
                <w:sz w:val="18"/>
              </w:rPr>
              <w:t>[-2.60, +3.44]</w:t>
            </w:r>
          </w:p>
        </w:tc>
        <w:tc>
          <w:tcPr>
            <w:tcW w:w="1560" w:type="dxa"/>
            <w:tcMar>
              <w:top w:w="20" w:type="dxa"/>
              <w:left w:w="50" w:type="dxa"/>
              <w:bottom w:w="20" w:type="dxa"/>
              <w:right w:w="50" w:type="dxa"/>
            </w:tcMar>
          </w:tcPr>
          <w:p w14:paraId="679D3BFB" w14:textId="77777777" w:rsidR="00292F36" w:rsidRDefault="00000000">
            <w:r>
              <w:rPr>
                <w:sz w:val="18"/>
              </w:rPr>
              <w:t>0.81</w:t>
            </w:r>
          </w:p>
        </w:tc>
      </w:tr>
      <w:tr w:rsidR="00292F36" w14:paraId="222FB0FA" w14:textId="77777777">
        <w:tc>
          <w:tcPr>
            <w:tcW w:w="1560" w:type="dxa"/>
            <w:tcMar>
              <w:top w:w="20" w:type="dxa"/>
              <w:left w:w="50" w:type="dxa"/>
              <w:bottom w:w="20" w:type="dxa"/>
              <w:right w:w="50" w:type="dxa"/>
            </w:tcMar>
          </w:tcPr>
          <w:p w14:paraId="73F18215" w14:textId="77777777" w:rsidR="00292F36" w:rsidRDefault="00000000">
            <w:r>
              <w:rPr>
                <w:sz w:val="18"/>
              </w:rPr>
              <w:t>VitaminA</w:t>
            </w:r>
          </w:p>
        </w:tc>
        <w:tc>
          <w:tcPr>
            <w:tcW w:w="1560" w:type="dxa"/>
            <w:tcMar>
              <w:top w:w="20" w:type="dxa"/>
              <w:left w:w="50" w:type="dxa"/>
              <w:bottom w:w="20" w:type="dxa"/>
              <w:right w:w="50" w:type="dxa"/>
            </w:tcMar>
          </w:tcPr>
          <w:p w14:paraId="1318544C" w14:textId="77777777" w:rsidR="00292F36" w:rsidRDefault="00000000">
            <w:r>
              <w:rPr>
                <w:sz w:val="18"/>
              </w:rPr>
              <w:t>North</w:t>
            </w:r>
          </w:p>
        </w:tc>
        <w:tc>
          <w:tcPr>
            <w:tcW w:w="1560" w:type="dxa"/>
            <w:tcMar>
              <w:top w:w="20" w:type="dxa"/>
              <w:left w:w="50" w:type="dxa"/>
              <w:bottom w:w="20" w:type="dxa"/>
              <w:right w:w="50" w:type="dxa"/>
            </w:tcMar>
          </w:tcPr>
          <w:p w14:paraId="2766940B" w14:textId="77777777" w:rsidR="00292F36" w:rsidRDefault="00000000">
            <w:r>
              <w:rPr>
                <w:sz w:val="18"/>
              </w:rPr>
              <w:t>Non-targeted</w:t>
            </w:r>
          </w:p>
        </w:tc>
        <w:tc>
          <w:tcPr>
            <w:tcW w:w="1560" w:type="dxa"/>
            <w:tcMar>
              <w:top w:w="20" w:type="dxa"/>
              <w:left w:w="50" w:type="dxa"/>
              <w:bottom w:w="20" w:type="dxa"/>
              <w:right w:w="50" w:type="dxa"/>
            </w:tcMar>
          </w:tcPr>
          <w:p w14:paraId="254A38D3" w14:textId="77777777" w:rsidR="00292F36" w:rsidRDefault="00000000">
            <w:r>
              <w:rPr>
                <w:sz w:val="18"/>
              </w:rPr>
              <w:t>+3.15*</w:t>
            </w:r>
          </w:p>
        </w:tc>
        <w:tc>
          <w:tcPr>
            <w:tcW w:w="1560" w:type="dxa"/>
            <w:tcMar>
              <w:top w:w="20" w:type="dxa"/>
              <w:left w:w="50" w:type="dxa"/>
              <w:bottom w:w="20" w:type="dxa"/>
              <w:right w:w="50" w:type="dxa"/>
            </w:tcMar>
          </w:tcPr>
          <w:p w14:paraId="2B72AD6D" w14:textId="77777777" w:rsidR="00292F36" w:rsidRDefault="00000000">
            <w:r>
              <w:rPr>
                <w:sz w:val="18"/>
              </w:rPr>
              <w:t>[+0.09, +6.32]</w:t>
            </w:r>
          </w:p>
        </w:tc>
        <w:tc>
          <w:tcPr>
            <w:tcW w:w="1560" w:type="dxa"/>
            <w:tcMar>
              <w:top w:w="20" w:type="dxa"/>
              <w:left w:w="50" w:type="dxa"/>
              <w:bottom w:w="20" w:type="dxa"/>
              <w:right w:w="50" w:type="dxa"/>
            </w:tcMar>
          </w:tcPr>
          <w:p w14:paraId="6973FFF8" w14:textId="77777777" w:rsidR="00292F36" w:rsidRDefault="00000000">
            <w:r>
              <w:rPr>
                <w:sz w:val="18"/>
              </w:rPr>
              <w:t>0.04</w:t>
            </w:r>
          </w:p>
        </w:tc>
      </w:tr>
      <w:tr w:rsidR="00292F36" w14:paraId="651123B5" w14:textId="77777777">
        <w:tc>
          <w:tcPr>
            <w:tcW w:w="1560" w:type="dxa"/>
            <w:tcMar>
              <w:top w:w="20" w:type="dxa"/>
              <w:left w:w="50" w:type="dxa"/>
              <w:bottom w:w="20" w:type="dxa"/>
              <w:right w:w="50" w:type="dxa"/>
            </w:tcMar>
          </w:tcPr>
          <w:p w14:paraId="1AA51F2B" w14:textId="77777777" w:rsidR="00292F36" w:rsidRDefault="00000000">
            <w:r>
              <w:rPr>
                <w:sz w:val="18"/>
              </w:rPr>
              <w:t>VitaminA</w:t>
            </w:r>
          </w:p>
        </w:tc>
        <w:tc>
          <w:tcPr>
            <w:tcW w:w="1560" w:type="dxa"/>
            <w:tcMar>
              <w:top w:w="20" w:type="dxa"/>
              <w:left w:w="50" w:type="dxa"/>
              <w:bottom w:w="20" w:type="dxa"/>
              <w:right w:w="50" w:type="dxa"/>
            </w:tcMar>
          </w:tcPr>
          <w:p w14:paraId="4BA97EE0" w14:textId="77777777" w:rsidR="00292F36" w:rsidRDefault="00000000">
            <w:r>
              <w:rPr>
                <w:sz w:val="18"/>
              </w:rPr>
              <w:t>Middle</w:t>
            </w:r>
          </w:p>
        </w:tc>
        <w:tc>
          <w:tcPr>
            <w:tcW w:w="1560" w:type="dxa"/>
            <w:tcMar>
              <w:top w:w="20" w:type="dxa"/>
              <w:left w:w="50" w:type="dxa"/>
              <w:bottom w:w="20" w:type="dxa"/>
              <w:right w:w="50" w:type="dxa"/>
            </w:tcMar>
          </w:tcPr>
          <w:p w14:paraId="40753170" w14:textId="77777777" w:rsidR="00292F36" w:rsidRDefault="00000000">
            <w:r>
              <w:rPr>
                <w:sz w:val="18"/>
              </w:rPr>
              <w:t>Targeted</w:t>
            </w:r>
          </w:p>
        </w:tc>
        <w:tc>
          <w:tcPr>
            <w:tcW w:w="1560" w:type="dxa"/>
            <w:tcMar>
              <w:top w:w="20" w:type="dxa"/>
              <w:left w:w="50" w:type="dxa"/>
              <w:bottom w:w="20" w:type="dxa"/>
              <w:right w:w="50" w:type="dxa"/>
            </w:tcMar>
          </w:tcPr>
          <w:p w14:paraId="6AF67C43" w14:textId="77777777" w:rsidR="00292F36" w:rsidRDefault="00000000">
            <w:r>
              <w:rPr>
                <w:sz w:val="18"/>
              </w:rPr>
              <w:t>0.19</w:t>
            </w:r>
          </w:p>
        </w:tc>
        <w:tc>
          <w:tcPr>
            <w:tcW w:w="1560" w:type="dxa"/>
            <w:tcMar>
              <w:top w:w="20" w:type="dxa"/>
              <w:left w:w="50" w:type="dxa"/>
              <w:bottom w:w="20" w:type="dxa"/>
              <w:right w:w="50" w:type="dxa"/>
            </w:tcMar>
          </w:tcPr>
          <w:p w14:paraId="0D0A09BC" w14:textId="77777777" w:rsidR="00292F36" w:rsidRDefault="00000000">
            <w:r>
              <w:rPr>
                <w:sz w:val="18"/>
              </w:rPr>
              <w:t>[-2.69, +3.15]</w:t>
            </w:r>
          </w:p>
        </w:tc>
        <w:tc>
          <w:tcPr>
            <w:tcW w:w="1560" w:type="dxa"/>
            <w:tcMar>
              <w:top w:w="20" w:type="dxa"/>
              <w:left w:w="50" w:type="dxa"/>
              <w:bottom w:w="20" w:type="dxa"/>
              <w:right w:w="50" w:type="dxa"/>
            </w:tcMar>
          </w:tcPr>
          <w:p w14:paraId="55241A48" w14:textId="77777777" w:rsidR="00292F36" w:rsidRDefault="00000000">
            <w:r>
              <w:rPr>
                <w:sz w:val="18"/>
              </w:rPr>
              <w:t>0.9</w:t>
            </w:r>
          </w:p>
        </w:tc>
      </w:tr>
      <w:tr w:rsidR="00292F36" w14:paraId="68D54940" w14:textId="77777777">
        <w:tc>
          <w:tcPr>
            <w:tcW w:w="1560" w:type="dxa"/>
            <w:tcMar>
              <w:top w:w="20" w:type="dxa"/>
              <w:left w:w="50" w:type="dxa"/>
              <w:bottom w:w="20" w:type="dxa"/>
              <w:right w:w="50" w:type="dxa"/>
            </w:tcMar>
          </w:tcPr>
          <w:p w14:paraId="5D93B1A4" w14:textId="77777777" w:rsidR="00292F36" w:rsidRDefault="00000000">
            <w:r>
              <w:rPr>
                <w:sz w:val="18"/>
              </w:rPr>
              <w:t>VitaminA</w:t>
            </w:r>
          </w:p>
        </w:tc>
        <w:tc>
          <w:tcPr>
            <w:tcW w:w="1560" w:type="dxa"/>
            <w:tcMar>
              <w:top w:w="20" w:type="dxa"/>
              <w:left w:w="50" w:type="dxa"/>
              <w:bottom w:w="20" w:type="dxa"/>
              <w:right w:w="50" w:type="dxa"/>
            </w:tcMar>
          </w:tcPr>
          <w:p w14:paraId="0612C715" w14:textId="77777777" w:rsidR="00292F36" w:rsidRDefault="00000000">
            <w:r>
              <w:rPr>
                <w:sz w:val="18"/>
              </w:rPr>
              <w:t>Middle</w:t>
            </w:r>
          </w:p>
        </w:tc>
        <w:tc>
          <w:tcPr>
            <w:tcW w:w="1560" w:type="dxa"/>
            <w:tcMar>
              <w:top w:w="20" w:type="dxa"/>
              <w:left w:w="50" w:type="dxa"/>
              <w:bottom w:w="20" w:type="dxa"/>
              <w:right w:w="50" w:type="dxa"/>
            </w:tcMar>
          </w:tcPr>
          <w:p w14:paraId="196C36B1" w14:textId="77777777" w:rsidR="00292F36" w:rsidRDefault="00000000">
            <w:r>
              <w:rPr>
                <w:sz w:val="18"/>
              </w:rPr>
              <w:t>Non-targeted</w:t>
            </w:r>
          </w:p>
        </w:tc>
        <w:tc>
          <w:tcPr>
            <w:tcW w:w="1560" w:type="dxa"/>
            <w:tcMar>
              <w:top w:w="20" w:type="dxa"/>
              <w:left w:w="50" w:type="dxa"/>
              <w:bottom w:w="20" w:type="dxa"/>
              <w:right w:w="50" w:type="dxa"/>
            </w:tcMar>
          </w:tcPr>
          <w:p w14:paraId="677AD168" w14:textId="77777777" w:rsidR="00292F36" w:rsidRDefault="00000000">
            <w:r>
              <w:rPr>
                <w:sz w:val="18"/>
              </w:rPr>
              <w:t>-2.3</w:t>
            </w:r>
          </w:p>
        </w:tc>
        <w:tc>
          <w:tcPr>
            <w:tcW w:w="1560" w:type="dxa"/>
            <w:tcMar>
              <w:top w:w="20" w:type="dxa"/>
              <w:left w:w="50" w:type="dxa"/>
              <w:bottom w:w="20" w:type="dxa"/>
              <w:right w:w="50" w:type="dxa"/>
            </w:tcMar>
          </w:tcPr>
          <w:p w14:paraId="6DC069F4" w14:textId="77777777" w:rsidR="00292F36" w:rsidRDefault="00000000">
            <w:r>
              <w:rPr>
                <w:sz w:val="18"/>
              </w:rPr>
              <w:t>[-5.10, +0.58]</w:t>
            </w:r>
          </w:p>
        </w:tc>
        <w:tc>
          <w:tcPr>
            <w:tcW w:w="1560" w:type="dxa"/>
            <w:tcMar>
              <w:top w:w="20" w:type="dxa"/>
              <w:left w:w="50" w:type="dxa"/>
              <w:bottom w:w="20" w:type="dxa"/>
              <w:right w:w="50" w:type="dxa"/>
            </w:tcMar>
          </w:tcPr>
          <w:p w14:paraId="09ADBA6B" w14:textId="77777777" w:rsidR="00292F36" w:rsidRDefault="00000000">
            <w:r>
              <w:rPr>
                <w:sz w:val="18"/>
              </w:rPr>
              <w:t>0.12</w:t>
            </w:r>
          </w:p>
        </w:tc>
      </w:tr>
      <w:tr w:rsidR="00292F36" w14:paraId="43F322F0" w14:textId="77777777">
        <w:tc>
          <w:tcPr>
            <w:tcW w:w="1560" w:type="dxa"/>
            <w:tcMar>
              <w:top w:w="20" w:type="dxa"/>
              <w:left w:w="50" w:type="dxa"/>
              <w:bottom w:w="20" w:type="dxa"/>
              <w:right w:w="50" w:type="dxa"/>
            </w:tcMar>
          </w:tcPr>
          <w:p w14:paraId="596806CC" w14:textId="77777777" w:rsidR="00292F36" w:rsidRDefault="00000000">
            <w:r>
              <w:rPr>
                <w:sz w:val="18"/>
              </w:rPr>
              <w:t>VitaminA</w:t>
            </w:r>
          </w:p>
        </w:tc>
        <w:tc>
          <w:tcPr>
            <w:tcW w:w="1560" w:type="dxa"/>
            <w:tcMar>
              <w:top w:w="20" w:type="dxa"/>
              <w:left w:w="50" w:type="dxa"/>
              <w:bottom w:w="20" w:type="dxa"/>
              <w:right w:w="50" w:type="dxa"/>
            </w:tcMar>
          </w:tcPr>
          <w:p w14:paraId="06D9A531" w14:textId="77777777" w:rsidR="00292F36" w:rsidRDefault="00000000">
            <w:r>
              <w:rPr>
                <w:sz w:val="18"/>
              </w:rPr>
              <w:t>South</w:t>
            </w:r>
          </w:p>
        </w:tc>
        <w:tc>
          <w:tcPr>
            <w:tcW w:w="1560" w:type="dxa"/>
            <w:tcMar>
              <w:top w:w="20" w:type="dxa"/>
              <w:left w:w="50" w:type="dxa"/>
              <w:bottom w:w="20" w:type="dxa"/>
              <w:right w:w="50" w:type="dxa"/>
            </w:tcMar>
          </w:tcPr>
          <w:p w14:paraId="66A2FD8C" w14:textId="77777777" w:rsidR="00292F36" w:rsidRDefault="00000000">
            <w:r>
              <w:rPr>
                <w:sz w:val="18"/>
              </w:rPr>
              <w:t>Targeted</w:t>
            </w:r>
          </w:p>
        </w:tc>
        <w:tc>
          <w:tcPr>
            <w:tcW w:w="1560" w:type="dxa"/>
            <w:tcMar>
              <w:top w:w="20" w:type="dxa"/>
              <w:left w:w="50" w:type="dxa"/>
              <w:bottom w:w="20" w:type="dxa"/>
              <w:right w:w="50" w:type="dxa"/>
            </w:tcMar>
          </w:tcPr>
          <w:p w14:paraId="15E5DF45" w14:textId="77777777" w:rsidR="00292F36" w:rsidRDefault="00000000">
            <w:r>
              <w:rPr>
                <w:sz w:val="18"/>
              </w:rPr>
              <w:t>0.3</w:t>
            </w:r>
          </w:p>
        </w:tc>
        <w:tc>
          <w:tcPr>
            <w:tcW w:w="1560" w:type="dxa"/>
            <w:tcMar>
              <w:top w:w="20" w:type="dxa"/>
              <w:left w:w="50" w:type="dxa"/>
              <w:bottom w:w="20" w:type="dxa"/>
              <w:right w:w="50" w:type="dxa"/>
            </w:tcMar>
          </w:tcPr>
          <w:p w14:paraId="2EB313C3" w14:textId="77777777" w:rsidR="00292F36" w:rsidRDefault="00000000">
            <w:r>
              <w:rPr>
                <w:sz w:val="18"/>
              </w:rPr>
              <w:t>[-1.98, +2.63]</w:t>
            </w:r>
          </w:p>
        </w:tc>
        <w:tc>
          <w:tcPr>
            <w:tcW w:w="1560" w:type="dxa"/>
            <w:tcMar>
              <w:top w:w="20" w:type="dxa"/>
              <w:left w:w="50" w:type="dxa"/>
              <w:bottom w:w="20" w:type="dxa"/>
              <w:right w:w="50" w:type="dxa"/>
            </w:tcMar>
          </w:tcPr>
          <w:p w14:paraId="2709F470" w14:textId="77777777" w:rsidR="00292F36" w:rsidRDefault="00000000">
            <w:r>
              <w:rPr>
                <w:sz w:val="18"/>
              </w:rPr>
              <w:t>0.8</w:t>
            </w:r>
          </w:p>
        </w:tc>
      </w:tr>
      <w:tr w:rsidR="00292F36" w14:paraId="1F5F1536" w14:textId="77777777">
        <w:tc>
          <w:tcPr>
            <w:tcW w:w="1560" w:type="dxa"/>
            <w:tcMar>
              <w:top w:w="20" w:type="dxa"/>
              <w:left w:w="50" w:type="dxa"/>
              <w:bottom w:w="20" w:type="dxa"/>
              <w:right w:w="50" w:type="dxa"/>
            </w:tcMar>
          </w:tcPr>
          <w:p w14:paraId="61901825" w14:textId="77777777" w:rsidR="00292F36" w:rsidRDefault="00000000">
            <w:r>
              <w:rPr>
                <w:sz w:val="18"/>
              </w:rPr>
              <w:t>VitaminA</w:t>
            </w:r>
          </w:p>
        </w:tc>
        <w:tc>
          <w:tcPr>
            <w:tcW w:w="1560" w:type="dxa"/>
            <w:tcMar>
              <w:top w:w="20" w:type="dxa"/>
              <w:left w:w="50" w:type="dxa"/>
              <w:bottom w:w="20" w:type="dxa"/>
              <w:right w:w="50" w:type="dxa"/>
            </w:tcMar>
          </w:tcPr>
          <w:p w14:paraId="6FFB1DCD" w14:textId="77777777" w:rsidR="00292F36" w:rsidRDefault="00000000">
            <w:r>
              <w:rPr>
                <w:sz w:val="18"/>
              </w:rPr>
              <w:t>South</w:t>
            </w:r>
          </w:p>
        </w:tc>
        <w:tc>
          <w:tcPr>
            <w:tcW w:w="1560" w:type="dxa"/>
            <w:tcMar>
              <w:top w:w="20" w:type="dxa"/>
              <w:left w:w="50" w:type="dxa"/>
              <w:bottom w:w="20" w:type="dxa"/>
              <w:right w:w="50" w:type="dxa"/>
            </w:tcMar>
          </w:tcPr>
          <w:p w14:paraId="0FB343ED" w14:textId="77777777" w:rsidR="00292F36" w:rsidRDefault="00000000">
            <w:r>
              <w:rPr>
                <w:sz w:val="18"/>
              </w:rPr>
              <w:t>Non-targeted</w:t>
            </w:r>
          </w:p>
        </w:tc>
        <w:tc>
          <w:tcPr>
            <w:tcW w:w="1560" w:type="dxa"/>
            <w:tcMar>
              <w:top w:w="20" w:type="dxa"/>
              <w:left w:w="50" w:type="dxa"/>
              <w:bottom w:w="20" w:type="dxa"/>
              <w:right w:w="50" w:type="dxa"/>
            </w:tcMar>
          </w:tcPr>
          <w:p w14:paraId="6B4197B6" w14:textId="77777777" w:rsidR="00292F36" w:rsidRDefault="00000000">
            <w:r>
              <w:rPr>
                <w:sz w:val="18"/>
              </w:rPr>
              <w:t>+2.83*</w:t>
            </w:r>
          </w:p>
        </w:tc>
        <w:tc>
          <w:tcPr>
            <w:tcW w:w="1560" w:type="dxa"/>
            <w:tcMar>
              <w:top w:w="20" w:type="dxa"/>
              <w:left w:w="50" w:type="dxa"/>
              <w:bottom w:w="20" w:type="dxa"/>
              <w:right w:w="50" w:type="dxa"/>
            </w:tcMar>
          </w:tcPr>
          <w:p w14:paraId="4E661F4C" w14:textId="77777777" w:rsidR="00292F36" w:rsidRDefault="00000000">
            <w:r>
              <w:rPr>
                <w:sz w:val="18"/>
              </w:rPr>
              <w:t>[+0.38, +5.34]</w:t>
            </w:r>
          </w:p>
        </w:tc>
        <w:tc>
          <w:tcPr>
            <w:tcW w:w="1560" w:type="dxa"/>
            <w:tcMar>
              <w:top w:w="20" w:type="dxa"/>
              <w:left w:w="50" w:type="dxa"/>
              <w:bottom w:w="20" w:type="dxa"/>
              <w:right w:w="50" w:type="dxa"/>
            </w:tcMar>
          </w:tcPr>
          <w:p w14:paraId="3ECB7BF4" w14:textId="77777777" w:rsidR="00292F36" w:rsidRDefault="00000000">
            <w:r>
              <w:rPr>
                <w:sz w:val="18"/>
              </w:rPr>
              <w:t>0.02</w:t>
            </w:r>
          </w:p>
        </w:tc>
      </w:tr>
      <w:tr w:rsidR="00292F36" w14:paraId="7F9F98BF" w14:textId="77777777">
        <w:tc>
          <w:tcPr>
            <w:tcW w:w="1560" w:type="dxa"/>
            <w:tcMar>
              <w:top w:w="20" w:type="dxa"/>
              <w:left w:w="50" w:type="dxa"/>
              <w:bottom w:w="20" w:type="dxa"/>
              <w:right w:w="50" w:type="dxa"/>
            </w:tcMar>
          </w:tcPr>
          <w:p w14:paraId="1DBD7CBB" w14:textId="77777777" w:rsidR="00292F36" w:rsidRDefault="00000000">
            <w:r>
              <w:rPr>
                <w:sz w:val="18"/>
              </w:rPr>
              <w:t>Zinc</w:t>
            </w:r>
          </w:p>
        </w:tc>
        <w:tc>
          <w:tcPr>
            <w:tcW w:w="1560" w:type="dxa"/>
            <w:tcMar>
              <w:top w:w="20" w:type="dxa"/>
              <w:left w:w="50" w:type="dxa"/>
              <w:bottom w:w="20" w:type="dxa"/>
              <w:right w:w="50" w:type="dxa"/>
            </w:tcMar>
          </w:tcPr>
          <w:p w14:paraId="0966C9AF" w14:textId="77777777" w:rsidR="00292F36" w:rsidRDefault="00000000">
            <w:r>
              <w:rPr>
                <w:sz w:val="18"/>
              </w:rPr>
              <w:t>North</w:t>
            </w:r>
          </w:p>
        </w:tc>
        <w:tc>
          <w:tcPr>
            <w:tcW w:w="1560" w:type="dxa"/>
            <w:tcMar>
              <w:top w:w="20" w:type="dxa"/>
              <w:left w:w="50" w:type="dxa"/>
              <w:bottom w:w="20" w:type="dxa"/>
              <w:right w:w="50" w:type="dxa"/>
            </w:tcMar>
          </w:tcPr>
          <w:p w14:paraId="4753F772" w14:textId="77777777" w:rsidR="00292F36" w:rsidRDefault="00000000">
            <w:r>
              <w:rPr>
                <w:sz w:val="18"/>
              </w:rPr>
              <w:t>Targeted</w:t>
            </w:r>
          </w:p>
        </w:tc>
        <w:tc>
          <w:tcPr>
            <w:tcW w:w="1560" w:type="dxa"/>
            <w:tcMar>
              <w:top w:w="20" w:type="dxa"/>
              <w:left w:w="50" w:type="dxa"/>
              <w:bottom w:w="20" w:type="dxa"/>
              <w:right w:w="50" w:type="dxa"/>
            </w:tcMar>
          </w:tcPr>
          <w:p w14:paraId="7B48A514" w14:textId="77777777" w:rsidR="00292F36" w:rsidRDefault="00000000">
            <w:r>
              <w:rPr>
                <w:sz w:val="18"/>
              </w:rPr>
              <w:t>0.34</w:t>
            </w:r>
          </w:p>
        </w:tc>
        <w:tc>
          <w:tcPr>
            <w:tcW w:w="1560" w:type="dxa"/>
            <w:tcMar>
              <w:top w:w="20" w:type="dxa"/>
              <w:left w:w="50" w:type="dxa"/>
              <w:bottom w:w="20" w:type="dxa"/>
              <w:right w:w="50" w:type="dxa"/>
            </w:tcMar>
          </w:tcPr>
          <w:p w14:paraId="2CF1FA36" w14:textId="77777777" w:rsidR="00292F36" w:rsidRDefault="00000000">
            <w:r>
              <w:rPr>
                <w:sz w:val="18"/>
              </w:rPr>
              <w:t>[-0.60, +1.30]</w:t>
            </w:r>
          </w:p>
        </w:tc>
        <w:tc>
          <w:tcPr>
            <w:tcW w:w="1560" w:type="dxa"/>
            <w:tcMar>
              <w:top w:w="20" w:type="dxa"/>
              <w:left w:w="50" w:type="dxa"/>
              <w:bottom w:w="20" w:type="dxa"/>
              <w:right w:w="50" w:type="dxa"/>
            </w:tcMar>
          </w:tcPr>
          <w:p w14:paraId="5A18AC87" w14:textId="77777777" w:rsidR="00292F36" w:rsidRDefault="00000000">
            <w:r>
              <w:rPr>
                <w:sz w:val="18"/>
              </w:rPr>
              <w:t>0.48</w:t>
            </w:r>
          </w:p>
        </w:tc>
      </w:tr>
      <w:tr w:rsidR="00292F36" w14:paraId="4490FDC7" w14:textId="77777777">
        <w:tc>
          <w:tcPr>
            <w:tcW w:w="1560" w:type="dxa"/>
            <w:tcMar>
              <w:top w:w="20" w:type="dxa"/>
              <w:left w:w="50" w:type="dxa"/>
              <w:bottom w:w="20" w:type="dxa"/>
              <w:right w:w="50" w:type="dxa"/>
            </w:tcMar>
          </w:tcPr>
          <w:p w14:paraId="28B3D232" w14:textId="77777777" w:rsidR="00292F36" w:rsidRDefault="00000000">
            <w:r>
              <w:rPr>
                <w:sz w:val="18"/>
              </w:rPr>
              <w:t>Zinc</w:t>
            </w:r>
          </w:p>
        </w:tc>
        <w:tc>
          <w:tcPr>
            <w:tcW w:w="1560" w:type="dxa"/>
            <w:tcMar>
              <w:top w:w="20" w:type="dxa"/>
              <w:left w:w="50" w:type="dxa"/>
              <w:bottom w:w="20" w:type="dxa"/>
              <w:right w:w="50" w:type="dxa"/>
            </w:tcMar>
          </w:tcPr>
          <w:p w14:paraId="159396EB" w14:textId="77777777" w:rsidR="00292F36" w:rsidRDefault="00000000">
            <w:r>
              <w:rPr>
                <w:sz w:val="18"/>
              </w:rPr>
              <w:t>North</w:t>
            </w:r>
          </w:p>
        </w:tc>
        <w:tc>
          <w:tcPr>
            <w:tcW w:w="1560" w:type="dxa"/>
            <w:tcMar>
              <w:top w:w="20" w:type="dxa"/>
              <w:left w:w="50" w:type="dxa"/>
              <w:bottom w:w="20" w:type="dxa"/>
              <w:right w:w="50" w:type="dxa"/>
            </w:tcMar>
          </w:tcPr>
          <w:p w14:paraId="5A11652D" w14:textId="77777777" w:rsidR="00292F36" w:rsidRDefault="00000000">
            <w:r>
              <w:rPr>
                <w:sz w:val="18"/>
              </w:rPr>
              <w:t>Non-targeted</w:t>
            </w:r>
          </w:p>
        </w:tc>
        <w:tc>
          <w:tcPr>
            <w:tcW w:w="1560" w:type="dxa"/>
            <w:tcMar>
              <w:top w:w="20" w:type="dxa"/>
              <w:left w:w="50" w:type="dxa"/>
              <w:bottom w:w="20" w:type="dxa"/>
              <w:right w:w="50" w:type="dxa"/>
            </w:tcMar>
          </w:tcPr>
          <w:p w14:paraId="686344D7" w14:textId="77777777" w:rsidR="00292F36" w:rsidRDefault="00000000">
            <w:r>
              <w:rPr>
                <w:sz w:val="18"/>
              </w:rPr>
              <w:t>+1.14*</w:t>
            </w:r>
          </w:p>
        </w:tc>
        <w:tc>
          <w:tcPr>
            <w:tcW w:w="1560" w:type="dxa"/>
            <w:tcMar>
              <w:top w:w="20" w:type="dxa"/>
              <w:left w:w="50" w:type="dxa"/>
              <w:bottom w:w="20" w:type="dxa"/>
              <w:right w:w="50" w:type="dxa"/>
            </w:tcMar>
          </w:tcPr>
          <w:p w14:paraId="4354CF9C" w14:textId="77777777" w:rsidR="00292F36" w:rsidRDefault="00000000">
            <w:r>
              <w:rPr>
                <w:sz w:val="18"/>
              </w:rPr>
              <w:t>[+0.20, +2.10]</w:t>
            </w:r>
          </w:p>
        </w:tc>
        <w:tc>
          <w:tcPr>
            <w:tcW w:w="1560" w:type="dxa"/>
            <w:tcMar>
              <w:top w:w="20" w:type="dxa"/>
              <w:left w:w="50" w:type="dxa"/>
              <w:bottom w:w="20" w:type="dxa"/>
              <w:right w:w="50" w:type="dxa"/>
            </w:tcMar>
          </w:tcPr>
          <w:p w14:paraId="27AD75E8" w14:textId="77777777" w:rsidR="00292F36" w:rsidRDefault="00000000">
            <w:r>
              <w:rPr>
                <w:sz w:val="18"/>
              </w:rPr>
              <w:t>0.02</w:t>
            </w:r>
          </w:p>
        </w:tc>
      </w:tr>
      <w:tr w:rsidR="00292F36" w14:paraId="40456F43" w14:textId="77777777">
        <w:tc>
          <w:tcPr>
            <w:tcW w:w="1560" w:type="dxa"/>
            <w:tcMar>
              <w:top w:w="20" w:type="dxa"/>
              <w:left w:w="50" w:type="dxa"/>
              <w:bottom w:w="20" w:type="dxa"/>
              <w:right w:w="50" w:type="dxa"/>
            </w:tcMar>
          </w:tcPr>
          <w:p w14:paraId="0964937D" w14:textId="77777777" w:rsidR="00292F36" w:rsidRDefault="00000000">
            <w:r>
              <w:rPr>
                <w:sz w:val="18"/>
              </w:rPr>
              <w:t>Zinc</w:t>
            </w:r>
          </w:p>
        </w:tc>
        <w:tc>
          <w:tcPr>
            <w:tcW w:w="1560" w:type="dxa"/>
            <w:tcMar>
              <w:top w:w="20" w:type="dxa"/>
              <w:left w:w="50" w:type="dxa"/>
              <w:bottom w:w="20" w:type="dxa"/>
              <w:right w:w="50" w:type="dxa"/>
            </w:tcMar>
          </w:tcPr>
          <w:p w14:paraId="727ACDDE" w14:textId="77777777" w:rsidR="00292F36" w:rsidRDefault="00000000">
            <w:r>
              <w:rPr>
                <w:sz w:val="18"/>
              </w:rPr>
              <w:t>Middle</w:t>
            </w:r>
          </w:p>
        </w:tc>
        <w:tc>
          <w:tcPr>
            <w:tcW w:w="1560" w:type="dxa"/>
            <w:tcMar>
              <w:top w:w="20" w:type="dxa"/>
              <w:left w:w="50" w:type="dxa"/>
              <w:bottom w:w="20" w:type="dxa"/>
              <w:right w:w="50" w:type="dxa"/>
            </w:tcMar>
          </w:tcPr>
          <w:p w14:paraId="6C38A4F9" w14:textId="77777777" w:rsidR="00292F36" w:rsidRDefault="00000000">
            <w:r>
              <w:rPr>
                <w:sz w:val="18"/>
              </w:rPr>
              <w:t>Targeted</w:t>
            </w:r>
          </w:p>
        </w:tc>
        <w:tc>
          <w:tcPr>
            <w:tcW w:w="1560" w:type="dxa"/>
            <w:tcMar>
              <w:top w:w="20" w:type="dxa"/>
              <w:left w:w="50" w:type="dxa"/>
              <w:bottom w:w="20" w:type="dxa"/>
              <w:right w:w="50" w:type="dxa"/>
            </w:tcMar>
          </w:tcPr>
          <w:p w14:paraId="541DD0E1" w14:textId="77777777" w:rsidR="00292F36" w:rsidRDefault="00000000">
            <w:r>
              <w:rPr>
                <w:sz w:val="18"/>
              </w:rPr>
              <w:t>-0.1</w:t>
            </w:r>
          </w:p>
        </w:tc>
        <w:tc>
          <w:tcPr>
            <w:tcW w:w="1560" w:type="dxa"/>
            <w:tcMar>
              <w:top w:w="20" w:type="dxa"/>
              <w:left w:w="50" w:type="dxa"/>
              <w:bottom w:w="20" w:type="dxa"/>
              <w:right w:w="50" w:type="dxa"/>
            </w:tcMar>
          </w:tcPr>
          <w:p w14:paraId="16E31B49" w14:textId="77777777" w:rsidR="00292F36" w:rsidRDefault="00000000">
            <w:r>
              <w:rPr>
                <w:sz w:val="18"/>
              </w:rPr>
              <w:t>[-1.02, +0.84]</w:t>
            </w:r>
          </w:p>
        </w:tc>
        <w:tc>
          <w:tcPr>
            <w:tcW w:w="1560" w:type="dxa"/>
            <w:tcMar>
              <w:top w:w="20" w:type="dxa"/>
              <w:left w:w="50" w:type="dxa"/>
              <w:bottom w:w="20" w:type="dxa"/>
              <w:right w:w="50" w:type="dxa"/>
            </w:tcMar>
          </w:tcPr>
          <w:p w14:paraId="219A874E" w14:textId="77777777" w:rsidR="00292F36" w:rsidRDefault="00000000">
            <w:r>
              <w:rPr>
                <w:sz w:val="18"/>
              </w:rPr>
              <w:t>0.84</w:t>
            </w:r>
          </w:p>
        </w:tc>
      </w:tr>
      <w:tr w:rsidR="00292F36" w14:paraId="757BCBC4" w14:textId="77777777">
        <w:tc>
          <w:tcPr>
            <w:tcW w:w="1560" w:type="dxa"/>
            <w:tcMar>
              <w:top w:w="20" w:type="dxa"/>
              <w:left w:w="50" w:type="dxa"/>
              <w:bottom w:w="20" w:type="dxa"/>
              <w:right w:w="50" w:type="dxa"/>
            </w:tcMar>
          </w:tcPr>
          <w:p w14:paraId="42CA3275" w14:textId="77777777" w:rsidR="00292F36" w:rsidRDefault="00000000">
            <w:r>
              <w:rPr>
                <w:sz w:val="18"/>
              </w:rPr>
              <w:t>Zinc</w:t>
            </w:r>
          </w:p>
        </w:tc>
        <w:tc>
          <w:tcPr>
            <w:tcW w:w="1560" w:type="dxa"/>
            <w:tcMar>
              <w:top w:w="20" w:type="dxa"/>
              <w:left w:w="50" w:type="dxa"/>
              <w:bottom w:w="20" w:type="dxa"/>
              <w:right w:w="50" w:type="dxa"/>
            </w:tcMar>
          </w:tcPr>
          <w:p w14:paraId="61FE9987" w14:textId="77777777" w:rsidR="00292F36" w:rsidRDefault="00000000">
            <w:r>
              <w:rPr>
                <w:sz w:val="18"/>
              </w:rPr>
              <w:t>Middle</w:t>
            </w:r>
          </w:p>
        </w:tc>
        <w:tc>
          <w:tcPr>
            <w:tcW w:w="1560" w:type="dxa"/>
            <w:tcMar>
              <w:top w:w="20" w:type="dxa"/>
              <w:left w:w="50" w:type="dxa"/>
              <w:bottom w:w="20" w:type="dxa"/>
              <w:right w:w="50" w:type="dxa"/>
            </w:tcMar>
          </w:tcPr>
          <w:p w14:paraId="7F54C6E0" w14:textId="77777777" w:rsidR="00292F36" w:rsidRDefault="00000000">
            <w:r>
              <w:rPr>
                <w:sz w:val="18"/>
              </w:rPr>
              <w:t>Non-targeted</w:t>
            </w:r>
          </w:p>
        </w:tc>
        <w:tc>
          <w:tcPr>
            <w:tcW w:w="1560" w:type="dxa"/>
            <w:tcMar>
              <w:top w:w="20" w:type="dxa"/>
              <w:left w:w="50" w:type="dxa"/>
              <w:bottom w:w="20" w:type="dxa"/>
              <w:right w:w="50" w:type="dxa"/>
            </w:tcMar>
          </w:tcPr>
          <w:p w14:paraId="725E82B9" w14:textId="77777777" w:rsidR="00292F36" w:rsidRDefault="00000000">
            <w:r>
              <w:rPr>
                <w:sz w:val="18"/>
              </w:rPr>
              <w:t>-1.71***</w:t>
            </w:r>
          </w:p>
        </w:tc>
        <w:tc>
          <w:tcPr>
            <w:tcW w:w="1560" w:type="dxa"/>
            <w:tcMar>
              <w:top w:w="20" w:type="dxa"/>
              <w:left w:w="50" w:type="dxa"/>
              <w:bottom w:w="20" w:type="dxa"/>
              <w:right w:w="50" w:type="dxa"/>
            </w:tcMar>
          </w:tcPr>
          <w:p w14:paraId="2EC9DD15" w14:textId="77777777" w:rsidR="00292F36" w:rsidRDefault="00000000">
            <w:r>
              <w:rPr>
                <w:sz w:val="18"/>
              </w:rPr>
              <w:t>[-2.60, -0.80]</w:t>
            </w:r>
          </w:p>
        </w:tc>
        <w:tc>
          <w:tcPr>
            <w:tcW w:w="1560" w:type="dxa"/>
            <w:tcMar>
              <w:top w:w="20" w:type="dxa"/>
              <w:left w:w="50" w:type="dxa"/>
              <w:bottom w:w="20" w:type="dxa"/>
              <w:right w:w="50" w:type="dxa"/>
            </w:tcMar>
          </w:tcPr>
          <w:p w14:paraId="11333B6F" w14:textId="77777777" w:rsidR="00292F36" w:rsidRDefault="00000000">
            <w:r>
              <w:rPr>
                <w:sz w:val="18"/>
              </w:rPr>
              <w:t>&lt;0.001</w:t>
            </w:r>
          </w:p>
        </w:tc>
      </w:tr>
      <w:tr w:rsidR="00292F36" w14:paraId="776AA9F9" w14:textId="77777777">
        <w:tc>
          <w:tcPr>
            <w:tcW w:w="1560" w:type="dxa"/>
            <w:tcMar>
              <w:top w:w="20" w:type="dxa"/>
              <w:left w:w="50" w:type="dxa"/>
              <w:bottom w:w="20" w:type="dxa"/>
              <w:right w:w="50" w:type="dxa"/>
            </w:tcMar>
          </w:tcPr>
          <w:p w14:paraId="2945121E" w14:textId="77777777" w:rsidR="00292F36" w:rsidRDefault="00000000">
            <w:r>
              <w:rPr>
                <w:sz w:val="18"/>
              </w:rPr>
              <w:t>Zinc</w:t>
            </w:r>
          </w:p>
        </w:tc>
        <w:tc>
          <w:tcPr>
            <w:tcW w:w="1560" w:type="dxa"/>
            <w:tcMar>
              <w:top w:w="20" w:type="dxa"/>
              <w:left w:w="50" w:type="dxa"/>
              <w:bottom w:w="20" w:type="dxa"/>
              <w:right w:w="50" w:type="dxa"/>
            </w:tcMar>
          </w:tcPr>
          <w:p w14:paraId="59D4E2BC" w14:textId="77777777" w:rsidR="00292F36" w:rsidRDefault="00000000">
            <w:r>
              <w:rPr>
                <w:sz w:val="18"/>
              </w:rPr>
              <w:t>South</w:t>
            </w:r>
          </w:p>
        </w:tc>
        <w:tc>
          <w:tcPr>
            <w:tcW w:w="1560" w:type="dxa"/>
            <w:tcMar>
              <w:top w:w="20" w:type="dxa"/>
              <w:left w:w="50" w:type="dxa"/>
              <w:bottom w:w="20" w:type="dxa"/>
              <w:right w:w="50" w:type="dxa"/>
            </w:tcMar>
          </w:tcPr>
          <w:p w14:paraId="570B3E55" w14:textId="77777777" w:rsidR="00292F36" w:rsidRDefault="00000000">
            <w:r>
              <w:rPr>
                <w:sz w:val="18"/>
              </w:rPr>
              <w:t>Targeted</w:t>
            </w:r>
          </w:p>
        </w:tc>
        <w:tc>
          <w:tcPr>
            <w:tcW w:w="1560" w:type="dxa"/>
            <w:tcMar>
              <w:top w:w="20" w:type="dxa"/>
              <w:left w:w="50" w:type="dxa"/>
              <w:bottom w:w="20" w:type="dxa"/>
              <w:right w:w="50" w:type="dxa"/>
            </w:tcMar>
          </w:tcPr>
          <w:p w14:paraId="65631C44" w14:textId="77777777" w:rsidR="00292F36" w:rsidRDefault="00000000">
            <w:r>
              <w:rPr>
                <w:sz w:val="18"/>
              </w:rPr>
              <w:t>0.51</w:t>
            </w:r>
          </w:p>
        </w:tc>
        <w:tc>
          <w:tcPr>
            <w:tcW w:w="1560" w:type="dxa"/>
            <w:tcMar>
              <w:top w:w="20" w:type="dxa"/>
              <w:left w:w="50" w:type="dxa"/>
              <w:bottom w:w="20" w:type="dxa"/>
              <w:right w:w="50" w:type="dxa"/>
            </w:tcMar>
          </w:tcPr>
          <w:p w14:paraId="2640514B" w14:textId="77777777" w:rsidR="00292F36" w:rsidRDefault="00000000">
            <w:r>
              <w:rPr>
                <w:sz w:val="18"/>
              </w:rPr>
              <w:t>[-0.19, +1.21]</w:t>
            </w:r>
          </w:p>
        </w:tc>
        <w:tc>
          <w:tcPr>
            <w:tcW w:w="1560" w:type="dxa"/>
            <w:tcMar>
              <w:top w:w="20" w:type="dxa"/>
              <w:left w:w="50" w:type="dxa"/>
              <w:bottom w:w="20" w:type="dxa"/>
              <w:right w:w="50" w:type="dxa"/>
            </w:tcMar>
          </w:tcPr>
          <w:p w14:paraId="0C7B7601" w14:textId="77777777" w:rsidR="00292F36" w:rsidRDefault="00000000">
            <w:r>
              <w:rPr>
                <w:sz w:val="18"/>
              </w:rPr>
              <w:t>0.16</w:t>
            </w:r>
          </w:p>
        </w:tc>
      </w:tr>
      <w:tr w:rsidR="00292F36" w14:paraId="78FEE72C" w14:textId="77777777">
        <w:tc>
          <w:tcPr>
            <w:tcW w:w="1560" w:type="dxa"/>
            <w:tcMar>
              <w:top w:w="20" w:type="dxa"/>
              <w:left w:w="50" w:type="dxa"/>
              <w:bottom w:w="20" w:type="dxa"/>
              <w:right w:w="50" w:type="dxa"/>
            </w:tcMar>
          </w:tcPr>
          <w:p w14:paraId="5207BCB4" w14:textId="77777777" w:rsidR="00292F36" w:rsidRDefault="00000000">
            <w:r>
              <w:rPr>
                <w:sz w:val="18"/>
              </w:rPr>
              <w:t>Zinc</w:t>
            </w:r>
          </w:p>
        </w:tc>
        <w:tc>
          <w:tcPr>
            <w:tcW w:w="1560" w:type="dxa"/>
            <w:tcMar>
              <w:top w:w="20" w:type="dxa"/>
              <w:left w:w="50" w:type="dxa"/>
              <w:bottom w:w="20" w:type="dxa"/>
              <w:right w:w="50" w:type="dxa"/>
            </w:tcMar>
          </w:tcPr>
          <w:p w14:paraId="0DDF19FD" w14:textId="77777777" w:rsidR="00292F36" w:rsidRDefault="00000000">
            <w:r>
              <w:rPr>
                <w:sz w:val="18"/>
              </w:rPr>
              <w:t>South</w:t>
            </w:r>
          </w:p>
        </w:tc>
        <w:tc>
          <w:tcPr>
            <w:tcW w:w="1560" w:type="dxa"/>
            <w:tcMar>
              <w:top w:w="20" w:type="dxa"/>
              <w:left w:w="50" w:type="dxa"/>
              <w:bottom w:w="20" w:type="dxa"/>
              <w:right w:w="50" w:type="dxa"/>
            </w:tcMar>
          </w:tcPr>
          <w:p w14:paraId="42F4B529" w14:textId="77777777" w:rsidR="00292F36" w:rsidRDefault="00000000">
            <w:r>
              <w:rPr>
                <w:sz w:val="18"/>
              </w:rPr>
              <w:t>Non-targeted</w:t>
            </w:r>
          </w:p>
        </w:tc>
        <w:tc>
          <w:tcPr>
            <w:tcW w:w="1560" w:type="dxa"/>
            <w:tcMar>
              <w:top w:w="20" w:type="dxa"/>
              <w:left w:w="50" w:type="dxa"/>
              <w:bottom w:w="20" w:type="dxa"/>
              <w:right w:w="50" w:type="dxa"/>
            </w:tcMar>
          </w:tcPr>
          <w:p w14:paraId="40D6ACDA" w14:textId="77777777" w:rsidR="00292F36" w:rsidRDefault="00000000">
            <w:r>
              <w:rPr>
                <w:sz w:val="18"/>
              </w:rPr>
              <w:t>+1.13**</w:t>
            </w:r>
          </w:p>
        </w:tc>
        <w:tc>
          <w:tcPr>
            <w:tcW w:w="1560" w:type="dxa"/>
            <w:tcMar>
              <w:top w:w="20" w:type="dxa"/>
              <w:left w:w="50" w:type="dxa"/>
              <w:bottom w:w="20" w:type="dxa"/>
              <w:right w:w="50" w:type="dxa"/>
            </w:tcMar>
          </w:tcPr>
          <w:p w14:paraId="06B20190" w14:textId="77777777" w:rsidR="00292F36" w:rsidRDefault="00000000">
            <w:r>
              <w:rPr>
                <w:sz w:val="18"/>
              </w:rPr>
              <w:t>[+0.41, +1.86]</w:t>
            </w:r>
          </w:p>
        </w:tc>
        <w:tc>
          <w:tcPr>
            <w:tcW w:w="1560" w:type="dxa"/>
            <w:tcMar>
              <w:top w:w="20" w:type="dxa"/>
              <w:left w:w="50" w:type="dxa"/>
              <w:bottom w:w="20" w:type="dxa"/>
              <w:right w:w="50" w:type="dxa"/>
            </w:tcMar>
          </w:tcPr>
          <w:p w14:paraId="75F2A708" w14:textId="77777777" w:rsidR="00292F36" w:rsidRDefault="00000000">
            <w:r>
              <w:rPr>
                <w:sz w:val="18"/>
              </w:rPr>
              <w:t>0.002</w:t>
            </w:r>
          </w:p>
        </w:tc>
      </w:tr>
    </w:tbl>
    <w:p w14:paraId="65F77A31" w14:textId="77777777" w:rsidR="00292F36" w:rsidRDefault="00292F36">
      <w:pPr>
        <w:sectPr w:rsidR="00292F36">
          <w:pgSz w:w="12240" w:h="15840"/>
          <w:pgMar w:top="1152" w:right="1440" w:bottom="1152" w:left="1440" w:header="720" w:footer="720" w:gutter="0"/>
          <w:cols w:space="720"/>
          <w:docGrid w:linePitch="360"/>
        </w:sectPr>
      </w:pPr>
    </w:p>
    <w:p w14:paraId="6217A9B4" w14:textId="77777777" w:rsidR="00292F36" w:rsidRDefault="00000000">
      <w:pPr>
        <w:spacing w:after="40"/>
      </w:pPr>
      <w:r>
        <w:rPr>
          <w:b/>
          <w:sz w:val="22"/>
        </w:rPr>
        <w:lastRenderedPageBreak/>
        <w:t>Table S13 | Type II Wald χ² tests for generalized linear mixed models of total micronutrient supply.</w:t>
      </w:r>
    </w:p>
    <w:p w14:paraId="40D63A8D" w14:textId="77777777" w:rsidR="00292F36" w:rsidRDefault="00000000">
      <w:pPr>
        <w:spacing w:after="160"/>
      </w:pPr>
      <w:r>
        <w:rPr>
          <w:sz w:val="18"/>
        </w:rPr>
        <w:t>Type II Wald χ² tests from generalized linear mixed models (GLMMs) examining temporal, spatial, and exploitation-related effects on total micronutrient supply (mg per transect) provided by reef fish assemblages. Fixed effects included Year, Region, exploitation category (targeted versus non-targeted species; termed Fished in the models), and their interaction terms. Reported statistics include Wald χ² values, degrees of freedom, and associated p-values for each fixed effect term. Significant effects indicate predictors associated with variation in the total quantity of micronutrients supplied by reef fish communities.</w:t>
      </w:r>
    </w:p>
    <w:tbl>
      <w:tblPr>
        <w:tblStyle w:val="TableGrid"/>
        <w:tblW w:w="0" w:type="auto"/>
        <w:tblLayout w:type="fixed"/>
        <w:tblLook w:val="04A0" w:firstRow="1" w:lastRow="0" w:firstColumn="1" w:lastColumn="0" w:noHBand="0" w:noVBand="1"/>
      </w:tblPr>
      <w:tblGrid>
        <w:gridCol w:w="1872"/>
        <w:gridCol w:w="1872"/>
        <w:gridCol w:w="1872"/>
        <w:gridCol w:w="1872"/>
        <w:gridCol w:w="1872"/>
      </w:tblGrid>
      <w:tr w:rsidR="00292F36" w14:paraId="3098BACC" w14:textId="77777777">
        <w:trPr>
          <w:tblHeader/>
        </w:trPr>
        <w:tc>
          <w:tcPr>
            <w:tcW w:w="1872" w:type="dxa"/>
            <w:shd w:val="clear" w:color="auto" w:fill="D9E2F3"/>
            <w:tcMar>
              <w:top w:w="20" w:type="dxa"/>
              <w:left w:w="50" w:type="dxa"/>
              <w:bottom w:w="20" w:type="dxa"/>
              <w:right w:w="50" w:type="dxa"/>
            </w:tcMar>
          </w:tcPr>
          <w:p w14:paraId="75911D18" w14:textId="77777777" w:rsidR="00292F36" w:rsidRDefault="00000000">
            <w:r>
              <w:rPr>
                <w:b/>
                <w:sz w:val="18"/>
              </w:rPr>
              <w:t>Response</w:t>
            </w:r>
          </w:p>
        </w:tc>
        <w:tc>
          <w:tcPr>
            <w:tcW w:w="1872" w:type="dxa"/>
            <w:shd w:val="clear" w:color="auto" w:fill="D9E2F3"/>
            <w:tcMar>
              <w:top w:w="20" w:type="dxa"/>
              <w:left w:w="50" w:type="dxa"/>
              <w:bottom w:w="20" w:type="dxa"/>
              <w:right w:w="50" w:type="dxa"/>
            </w:tcMar>
          </w:tcPr>
          <w:p w14:paraId="5B1614CF" w14:textId="77777777" w:rsidR="00292F36" w:rsidRDefault="00000000">
            <w:r>
              <w:rPr>
                <w:b/>
                <w:sz w:val="18"/>
              </w:rPr>
              <w:t>Term</w:t>
            </w:r>
          </w:p>
        </w:tc>
        <w:tc>
          <w:tcPr>
            <w:tcW w:w="1872" w:type="dxa"/>
            <w:shd w:val="clear" w:color="auto" w:fill="D9E2F3"/>
            <w:tcMar>
              <w:top w:w="20" w:type="dxa"/>
              <w:left w:w="50" w:type="dxa"/>
              <w:bottom w:w="20" w:type="dxa"/>
              <w:right w:w="50" w:type="dxa"/>
            </w:tcMar>
          </w:tcPr>
          <w:p w14:paraId="79292309" w14:textId="77777777" w:rsidR="00292F36" w:rsidRDefault="00000000">
            <w:r>
              <w:rPr>
                <w:b/>
                <w:sz w:val="18"/>
              </w:rPr>
              <w:t>Chisq</w:t>
            </w:r>
          </w:p>
        </w:tc>
        <w:tc>
          <w:tcPr>
            <w:tcW w:w="1872" w:type="dxa"/>
            <w:shd w:val="clear" w:color="auto" w:fill="D9E2F3"/>
            <w:tcMar>
              <w:top w:w="20" w:type="dxa"/>
              <w:left w:w="50" w:type="dxa"/>
              <w:bottom w:w="20" w:type="dxa"/>
              <w:right w:w="50" w:type="dxa"/>
            </w:tcMar>
          </w:tcPr>
          <w:p w14:paraId="3A32084E" w14:textId="77777777" w:rsidR="00292F36" w:rsidRDefault="00000000">
            <w:r>
              <w:rPr>
                <w:b/>
                <w:sz w:val="18"/>
              </w:rPr>
              <w:t>Df</w:t>
            </w:r>
          </w:p>
        </w:tc>
        <w:tc>
          <w:tcPr>
            <w:tcW w:w="1872" w:type="dxa"/>
            <w:shd w:val="clear" w:color="auto" w:fill="D9E2F3"/>
            <w:tcMar>
              <w:top w:w="20" w:type="dxa"/>
              <w:left w:w="50" w:type="dxa"/>
              <w:bottom w:w="20" w:type="dxa"/>
              <w:right w:w="50" w:type="dxa"/>
            </w:tcMar>
          </w:tcPr>
          <w:p w14:paraId="2C7571BA" w14:textId="77777777" w:rsidR="00292F36" w:rsidRDefault="00000000">
            <w:r>
              <w:rPr>
                <w:b/>
                <w:sz w:val="18"/>
              </w:rPr>
              <w:t>p_value</w:t>
            </w:r>
          </w:p>
        </w:tc>
      </w:tr>
      <w:tr w:rsidR="00292F36" w14:paraId="46F0608F" w14:textId="77777777">
        <w:tc>
          <w:tcPr>
            <w:tcW w:w="1872" w:type="dxa"/>
            <w:tcMar>
              <w:top w:w="20" w:type="dxa"/>
              <w:left w:w="50" w:type="dxa"/>
              <w:bottom w:w="20" w:type="dxa"/>
              <w:right w:w="50" w:type="dxa"/>
            </w:tcMar>
          </w:tcPr>
          <w:p w14:paraId="6E42EFDC" w14:textId="77777777" w:rsidR="00292F36" w:rsidRDefault="00000000">
            <w:r>
              <w:rPr>
                <w:sz w:val="18"/>
              </w:rPr>
              <w:t>total_Calcium</w:t>
            </w:r>
          </w:p>
        </w:tc>
        <w:tc>
          <w:tcPr>
            <w:tcW w:w="1872" w:type="dxa"/>
            <w:tcMar>
              <w:top w:w="20" w:type="dxa"/>
              <w:left w:w="50" w:type="dxa"/>
              <w:bottom w:w="20" w:type="dxa"/>
              <w:right w:w="50" w:type="dxa"/>
            </w:tcMar>
          </w:tcPr>
          <w:p w14:paraId="18F8BD44" w14:textId="77777777" w:rsidR="00292F36" w:rsidRDefault="00000000">
            <w:r>
              <w:rPr>
                <w:sz w:val="18"/>
              </w:rPr>
              <w:t>Region</w:t>
            </w:r>
          </w:p>
        </w:tc>
        <w:tc>
          <w:tcPr>
            <w:tcW w:w="1872" w:type="dxa"/>
            <w:tcMar>
              <w:top w:w="20" w:type="dxa"/>
              <w:left w:w="50" w:type="dxa"/>
              <w:bottom w:w="20" w:type="dxa"/>
              <w:right w:w="50" w:type="dxa"/>
            </w:tcMar>
          </w:tcPr>
          <w:p w14:paraId="1981943A" w14:textId="77777777" w:rsidR="00292F36" w:rsidRDefault="00000000">
            <w:r>
              <w:rPr>
                <w:sz w:val="18"/>
              </w:rPr>
              <w:t>6.965</w:t>
            </w:r>
          </w:p>
        </w:tc>
        <w:tc>
          <w:tcPr>
            <w:tcW w:w="1872" w:type="dxa"/>
            <w:tcMar>
              <w:top w:w="20" w:type="dxa"/>
              <w:left w:w="50" w:type="dxa"/>
              <w:bottom w:w="20" w:type="dxa"/>
              <w:right w:w="50" w:type="dxa"/>
            </w:tcMar>
          </w:tcPr>
          <w:p w14:paraId="1B20233B" w14:textId="77777777" w:rsidR="00292F36" w:rsidRDefault="00000000">
            <w:r>
              <w:rPr>
                <w:sz w:val="18"/>
              </w:rPr>
              <w:t>5</w:t>
            </w:r>
          </w:p>
        </w:tc>
        <w:tc>
          <w:tcPr>
            <w:tcW w:w="1872" w:type="dxa"/>
            <w:tcMar>
              <w:top w:w="20" w:type="dxa"/>
              <w:left w:w="50" w:type="dxa"/>
              <w:bottom w:w="20" w:type="dxa"/>
              <w:right w:w="50" w:type="dxa"/>
            </w:tcMar>
          </w:tcPr>
          <w:p w14:paraId="3AF43DB7" w14:textId="77777777" w:rsidR="00292F36" w:rsidRDefault="00000000">
            <w:r>
              <w:rPr>
                <w:sz w:val="18"/>
              </w:rPr>
              <w:t>0.223</w:t>
            </w:r>
          </w:p>
        </w:tc>
      </w:tr>
      <w:tr w:rsidR="00292F36" w14:paraId="6A62A8E6" w14:textId="77777777">
        <w:tc>
          <w:tcPr>
            <w:tcW w:w="1872" w:type="dxa"/>
            <w:tcMar>
              <w:top w:w="20" w:type="dxa"/>
              <w:left w:w="50" w:type="dxa"/>
              <w:bottom w:w="20" w:type="dxa"/>
              <w:right w:w="50" w:type="dxa"/>
            </w:tcMar>
          </w:tcPr>
          <w:p w14:paraId="0EB527F1" w14:textId="77777777" w:rsidR="00292F36" w:rsidRDefault="00000000">
            <w:r>
              <w:rPr>
                <w:sz w:val="18"/>
              </w:rPr>
              <w:t>total_Calcium</w:t>
            </w:r>
          </w:p>
        </w:tc>
        <w:tc>
          <w:tcPr>
            <w:tcW w:w="1872" w:type="dxa"/>
            <w:tcMar>
              <w:top w:w="20" w:type="dxa"/>
              <w:left w:w="50" w:type="dxa"/>
              <w:bottom w:w="20" w:type="dxa"/>
              <w:right w:w="50" w:type="dxa"/>
            </w:tcMar>
          </w:tcPr>
          <w:p w14:paraId="56CA01CC" w14:textId="77777777" w:rsidR="00292F36" w:rsidRDefault="00000000">
            <w:r>
              <w:rPr>
                <w:sz w:val="18"/>
              </w:rPr>
              <w:t>Fished</w:t>
            </w:r>
          </w:p>
        </w:tc>
        <w:tc>
          <w:tcPr>
            <w:tcW w:w="1872" w:type="dxa"/>
            <w:tcMar>
              <w:top w:w="20" w:type="dxa"/>
              <w:left w:w="50" w:type="dxa"/>
              <w:bottom w:w="20" w:type="dxa"/>
              <w:right w:w="50" w:type="dxa"/>
            </w:tcMar>
          </w:tcPr>
          <w:p w14:paraId="1EB3C042" w14:textId="77777777" w:rsidR="00292F36" w:rsidRDefault="00000000">
            <w:r>
              <w:rPr>
                <w:sz w:val="18"/>
              </w:rPr>
              <w:t>38.986</w:t>
            </w:r>
          </w:p>
        </w:tc>
        <w:tc>
          <w:tcPr>
            <w:tcW w:w="1872" w:type="dxa"/>
            <w:tcMar>
              <w:top w:w="20" w:type="dxa"/>
              <w:left w:w="50" w:type="dxa"/>
              <w:bottom w:w="20" w:type="dxa"/>
              <w:right w:w="50" w:type="dxa"/>
            </w:tcMar>
          </w:tcPr>
          <w:p w14:paraId="70E372F3" w14:textId="77777777" w:rsidR="00292F36" w:rsidRDefault="00000000">
            <w:r>
              <w:rPr>
                <w:sz w:val="18"/>
              </w:rPr>
              <w:t>1</w:t>
            </w:r>
          </w:p>
        </w:tc>
        <w:tc>
          <w:tcPr>
            <w:tcW w:w="1872" w:type="dxa"/>
            <w:tcMar>
              <w:top w:w="20" w:type="dxa"/>
              <w:left w:w="50" w:type="dxa"/>
              <w:bottom w:w="20" w:type="dxa"/>
              <w:right w:w="50" w:type="dxa"/>
            </w:tcMar>
          </w:tcPr>
          <w:p w14:paraId="60BDBF59" w14:textId="77777777" w:rsidR="00292F36" w:rsidRDefault="00000000">
            <w:r>
              <w:rPr>
                <w:sz w:val="18"/>
              </w:rPr>
              <w:t>&lt;0.001</w:t>
            </w:r>
          </w:p>
        </w:tc>
      </w:tr>
      <w:tr w:rsidR="00292F36" w14:paraId="1A64D456" w14:textId="77777777">
        <w:tc>
          <w:tcPr>
            <w:tcW w:w="1872" w:type="dxa"/>
            <w:tcMar>
              <w:top w:w="20" w:type="dxa"/>
              <w:left w:w="50" w:type="dxa"/>
              <w:bottom w:w="20" w:type="dxa"/>
              <w:right w:w="50" w:type="dxa"/>
            </w:tcMar>
          </w:tcPr>
          <w:p w14:paraId="65F66B26" w14:textId="77777777" w:rsidR="00292F36" w:rsidRDefault="00000000">
            <w:r>
              <w:rPr>
                <w:sz w:val="18"/>
              </w:rPr>
              <w:t>total_Calcium</w:t>
            </w:r>
          </w:p>
        </w:tc>
        <w:tc>
          <w:tcPr>
            <w:tcW w:w="1872" w:type="dxa"/>
            <w:tcMar>
              <w:top w:w="20" w:type="dxa"/>
              <w:left w:w="50" w:type="dxa"/>
              <w:bottom w:w="20" w:type="dxa"/>
              <w:right w:w="50" w:type="dxa"/>
            </w:tcMar>
          </w:tcPr>
          <w:p w14:paraId="39798AB7" w14:textId="77777777" w:rsidR="00292F36" w:rsidRDefault="00000000">
            <w:r>
              <w:rPr>
                <w:sz w:val="18"/>
              </w:rPr>
              <w:t>Year_c:Region</w:t>
            </w:r>
          </w:p>
        </w:tc>
        <w:tc>
          <w:tcPr>
            <w:tcW w:w="1872" w:type="dxa"/>
            <w:tcMar>
              <w:top w:w="20" w:type="dxa"/>
              <w:left w:w="50" w:type="dxa"/>
              <w:bottom w:w="20" w:type="dxa"/>
              <w:right w:w="50" w:type="dxa"/>
            </w:tcMar>
          </w:tcPr>
          <w:p w14:paraId="06CB5644" w14:textId="77777777" w:rsidR="00292F36" w:rsidRDefault="00000000">
            <w:r>
              <w:rPr>
                <w:sz w:val="18"/>
              </w:rPr>
              <w:t>16.23</w:t>
            </w:r>
          </w:p>
        </w:tc>
        <w:tc>
          <w:tcPr>
            <w:tcW w:w="1872" w:type="dxa"/>
            <w:tcMar>
              <w:top w:w="20" w:type="dxa"/>
              <w:left w:w="50" w:type="dxa"/>
              <w:bottom w:w="20" w:type="dxa"/>
              <w:right w:w="50" w:type="dxa"/>
            </w:tcMar>
          </w:tcPr>
          <w:p w14:paraId="41B922A1" w14:textId="77777777" w:rsidR="00292F36" w:rsidRDefault="00000000">
            <w:r>
              <w:rPr>
                <w:sz w:val="18"/>
              </w:rPr>
              <w:t>5</w:t>
            </w:r>
          </w:p>
        </w:tc>
        <w:tc>
          <w:tcPr>
            <w:tcW w:w="1872" w:type="dxa"/>
            <w:tcMar>
              <w:top w:w="20" w:type="dxa"/>
              <w:left w:w="50" w:type="dxa"/>
              <w:bottom w:w="20" w:type="dxa"/>
              <w:right w:w="50" w:type="dxa"/>
            </w:tcMar>
          </w:tcPr>
          <w:p w14:paraId="76724F9B" w14:textId="77777777" w:rsidR="00292F36" w:rsidRDefault="00000000">
            <w:r>
              <w:rPr>
                <w:sz w:val="18"/>
              </w:rPr>
              <w:t>0.006</w:t>
            </w:r>
          </w:p>
        </w:tc>
      </w:tr>
      <w:tr w:rsidR="00292F36" w14:paraId="46E1B90C" w14:textId="77777777">
        <w:tc>
          <w:tcPr>
            <w:tcW w:w="1872" w:type="dxa"/>
            <w:tcMar>
              <w:top w:w="20" w:type="dxa"/>
              <w:left w:w="50" w:type="dxa"/>
              <w:bottom w:w="20" w:type="dxa"/>
              <w:right w:w="50" w:type="dxa"/>
            </w:tcMar>
          </w:tcPr>
          <w:p w14:paraId="2932B7CB" w14:textId="77777777" w:rsidR="00292F36" w:rsidRDefault="00000000">
            <w:r>
              <w:rPr>
                <w:sz w:val="18"/>
              </w:rPr>
              <w:t>total_Calcium</w:t>
            </w:r>
          </w:p>
        </w:tc>
        <w:tc>
          <w:tcPr>
            <w:tcW w:w="1872" w:type="dxa"/>
            <w:tcMar>
              <w:top w:w="20" w:type="dxa"/>
              <w:left w:w="50" w:type="dxa"/>
              <w:bottom w:w="20" w:type="dxa"/>
              <w:right w:w="50" w:type="dxa"/>
            </w:tcMar>
          </w:tcPr>
          <w:p w14:paraId="19C1A457" w14:textId="77777777" w:rsidR="00292F36" w:rsidRDefault="00000000">
            <w:r>
              <w:rPr>
                <w:sz w:val="18"/>
              </w:rPr>
              <w:t>Year_c:Fished</w:t>
            </w:r>
          </w:p>
        </w:tc>
        <w:tc>
          <w:tcPr>
            <w:tcW w:w="1872" w:type="dxa"/>
            <w:tcMar>
              <w:top w:w="20" w:type="dxa"/>
              <w:left w:w="50" w:type="dxa"/>
              <w:bottom w:w="20" w:type="dxa"/>
              <w:right w:w="50" w:type="dxa"/>
            </w:tcMar>
          </w:tcPr>
          <w:p w14:paraId="34CA5CEC" w14:textId="77777777" w:rsidR="00292F36" w:rsidRDefault="00000000">
            <w:r>
              <w:rPr>
                <w:sz w:val="18"/>
              </w:rPr>
              <w:t>0.892</w:t>
            </w:r>
          </w:p>
        </w:tc>
        <w:tc>
          <w:tcPr>
            <w:tcW w:w="1872" w:type="dxa"/>
            <w:tcMar>
              <w:top w:w="20" w:type="dxa"/>
              <w:left w:w="50" w:type="dxa"/>
              <w:bottom w:w="20" w:type="dxa"/>
              <w:right w:w="50" w:type="dxa"/>
            </w:tcMar>
          </w:tcPr>
          <w:p w14:paraId="525B8FDE" w14:textId="77777777" w:rsidR="00292F36" w:rsidRDefault="00000000">
            <w:r>
              <w:rPr>
                <w:sz w:val="18"/>
              </w:rPr>
              <w:t>1</w:t>
            </w:r>
          </w:p>
        </w:tc>
        <w:tc>
          <w:tcPr>
            <w:tcW w:w="1872" w:type="dxa"/>
            <w:tcMar>
              <w:top w:w="20" w:type="dxa"/>
              <w:left w:w="50" w:type="dxa"/>
              <w:bottom w:w="20" w:type="dxa"/>
              <w:right w:w="50" w:type="dxa"/>
            </w:tcMar>
          </w:tcPr>
          <w:p w14:paraId="1DAB1217" w14:textId="77777777" w:rsidR="00292F36" w:rsidRDefault="00000000">
            <w:r>
              <w:rPr>
                <w:sz w:val="18"/>
              </w:rPr>
              <w:t>0.345</w:t>
            </w:r>
          </w:p>
        </w:tc>
      </w:tr>
      <w:tr w:rsidR="00292F36" w14:paraId="1DA200F0" w14:textId="77777777">
        <w:tc>
          <w:tcPr>
            <w:tcW w:w="1872" w:type="dxa"/>
            <w:tcMar>
              <w:top w:w="20" w:type="dxa"/>
              <w:left w:w="50" w:type="dxa"/>
              <w:bottom w:w="20" w:type="dxa"/>
              <w:right w:w="50" w:type="dxa"/>
            </w:tcMar>
          </w:tcPr>
          <w:p w14:paraId="5C84E024" w14:textId="77777777" w:rsidR="00292F36" w:rsidRDefault="00000000">
            <w:r>
              <w:rPr>
                <w:sz w:val="18"/>
              </w:rPr>
              <w:t>total_Calcium</w:t>
            </w:r>
          </w:p>
        </w:tc>
        <w:tc>
          <w:tcPr>
            <w:tcW w:w="1872" w:type="dxa"/>
            <w:tcMar>
              <w:top w:w="20" w:type="dxa"/>
              <w:left w:w="50" w:type="dxa"/>
              <w:bottom w:w="20" w:type="dxa"/>
              <w:right w:w="50" w:type="dxa"/>
            </w:tcMar>
          </w:tcPr>
          <w:p w14:paraId="7097BCA9" w14:textId="77777777" w:rsidR="00292F36" w:rsidRDefault="00000000">
            <w:r>
              <w:rPr>
                <w:sz w:val="18"/>
              </w:rPr>
              <w:t>Region:Fished</w:t>
            </w:r>
          </w:p>
        </w:tc>
        <w:tc>
          <w:tcPr>
            <w:tcW w:w="1872" w:type="dxa"/>
            <w:tcMar>
              <w:top w:w="20" w:type="dxa"/>
              <w:left w:w="50" w:type="dxa"/>
              <w:bottom w:w="20" w:type="dxa"/>
              <w:right w:w="50" w:type="dxa"/>
            </w:tcMar>
          </w:tcPr>
          <w:p w14:paraId="082D9BB4" w14:textId="77777777" w:rsidR="00292F36" w:rsidRDefault="00000000">
            <w:r>
              <w:rPr>
                <w:sz w:val="18"/>
              </w:rPr>
              <w:t>25.889</w:t>
            </w:r>
          </w:p>
        </w:tc>
        <w:tc>
          <w:tcPr>
            <w:tcW w:w="1872" w:type="dxa"/>
            <w:tcMar>
              <w:top w:w="20" w:type="dxa"/>
              <w:left w:w="50" w:type="dxa"/>
              <w:bottom w:w="20" w:type="dxa"/>
              <w:right w:w="50" w:type="dxa"/>
            </w:tcMar>
          </w:tcPr>
          <w:p w14:paraId="58BB090D" w14:textId="77777777" w:rsidR="00292F36" w:rsidRDefault="00000000">
            <w:r>
              <w:rPr>
                <w:sz w:val="18"/>
              </w:rPr>
              <w:t>5</w:t>
            </w:r>
          </w:p>
        </w:tc>
        <w:tc>
          <w:tcPr>
            <w:tcW w:w="1872" w:type="dxa"/>
            <w:tcMar>
              <w:top w:w="20" w:type="dxa"/>
              <w:left w:w="50" w:type="dxa"/>
              <w:bottom w:w="20" w:type="dxa"/>
              <w:right w:w="50" w:type="dxa"/>
            </w:tcMar>
          </w:tcPr>
          <w:p w14:paraId="1A572E90" w14:textId="77777777" w:rsidR="00292F36" w:rsidRDefault="00000000">
            <w:r>
              <w:rPr>
                <w:sz w:val="18"/>
              </w:rPr>
              <w:t>&lt;0.001</w:t>
            </w:r>
          </w:p>
        </w:tc>
      </w:tr>
      <w:tr w:rsidR="00292F36" w14:paraId="357EC7AA" w14:textId="77777777">
        <w:tc>
          <w:tcPr>
            <w:tcW w:w="1872" w:type="dxa"/>
            <w:tcMar>
              <w:top w:w="20" w:type="dxa"/>
              <w:left w:w="50" w:type="dxa"/>
              <w:bottom w:w="20" w:type="dxa"/>
              <w:right w:w="50" w:type="dxa"/>
            </w:tcMar>
          </w:tcPr>
          <w:p w14:paraId="6B0ABA9F" w14:textId="77777777" w:rsidR="00292F36" w:rsidRDefault="00000000">
            <w:r>
              <w:rPr>
                <w:sz w:val="18"/>
              </w:rPr>
              <w:t>total_Calcium</w:t>
            </w:r>
          </w:p>
        </w:tc>
        <w:tc>
          <w:tcPr>
            <w:tcW w:w="1872" w:type="dxa"/>
            <w:tcMar>
              <w:top w:w="20" w:type="dxa"/>
              <w:left w:w="50" w:type="dxa"/>
              <w:bottom w:w="20" w:type="dxa"/>
              <w:right w:w="50" w:type="dxa"/>
            </w:tcMar>
          </w:tcPr>
          <w:p w14:paraId="15A651E3" w14:textId="77777777" w:rsidR="00292F36" w:rsidRDefault="00000000">
            <w:r>
              <w:rPr>
                <w:sz w:val="18"/>
              </w:rPr>
              <w:t>Year_c:Region:Fished</w:t>
            </w:r>
          </w:p>
        </w:tc>
        <w:tc>
          <w:tcPr>
            <w:tcW w:w="1872" w:type="dxa"/>
            <w:tcMar>
              <w:top w:w="20" w:type="dxa"/>
              <w:left w:w="50" w:type="dxa"/>
              <w:bottom w:w="20" w:type="dxa"/>
              <w:right w:w="50" w:type="dxa"/>
            </w:tcMar>
          </w:tcPr>
          <w:p w14:paraId="28A02923" w14:textId="77777777" w:rsidR="00292F36" w:rsidRDefault="00000000">
            <w:r>
              <w:rPr>
                <w:sz w:val="18"/>
              </w:rPr>
              <w:t>1.825</w:t>
            </w:r>
          </w:p>
        </w:tc>
        <w:tc>
          <w:tcPr>
            <w:tcW w:w="1872" w:type="dxa"/>
            <w:tcMar>
              <w:top w:w="20" w:type="dxa"/>
              <w:left w:w="50" w:type="dxa"/>
              <w:bottom w:w="20" w:type="dxa"/>
              <w:right w:w="50" w:type="dxa"/>
            </w:tcMar>
          </w:tcPr>
          <w:p w14:paraId="2356FBFC" w14:textId="77777777" w:rsidR="00292F36" w:rsidRDefault="00000000">
            <w:r>
              <w:rPr>
                <w:sz w:val="18"/>
              </w:rPr>
              <w:t>5</w:t>
            </w:r>
          </w:p>
        </w:tc>
        <w:tc>
          <w:tcPr>
            <w:tcW w:w="1872" w:type="dxa"/>
            <w:tcMar>
              <w:top w:w="20" w:type="dxa"/>
              <w:left w:w="50" w:type="dxa"/>
              <w:bottom w:w="20" w:type="dxa"/>
              <w:right w:w="50" w:type="dxa"/>
            </w:tcMar>
          </w:tcPr>
          <w:p w14:paraId="5B0DA4F9" w14:textId="77777777" w:rsidR="00292F36" w:rsidRDefault="00000000">
            <w:r>
              <w:rPr>
                <w:sz w:val="18"/>
              </w:rPr>
              <w:t>0.873</w:t>
            </w:r>
          </w:p>
        </w:tc>
      </w:tr>
      <w:tr w:rsidR="00292F36" w14:paraId="666F30F9" w14:textId="77777777">
        <w:tc>
          <w:tcPr>
            <w:tcW w:w="1872" w:type="dxa"/>
            <w:tcMar>
              <w:top w:w="20" w:type="dxa"/>
              <w:left w:w="50" w:type="dxa"/>
              <w:bottom w:w="20" w:type="dxa"/>
              <w:right w:w="50" w:type="dxa"/>
            </w:tcMar>
          </w:tcPr>
          <w:p w14:paraId="5BBE8B1D" w14:textId="77777777" w:rsidR="00292F36" w:rsidRDefault="00000000">
            <w:r>
              <w:rPr>
                <w:sz w:val="18"/>
              </w:rPr>
              <w:t>total_Iron</w:t>
            </w:r>
          </w:p>
        </w:tc>
        <w:tc>
          <w:tcPr>
            <w:tcW w:w="1872" w:type="dxa"/>
            <w:tcMar>
              <w:top w:w="20" w:type="dxa"/>
              <w:left w:w="50" w:type="dxa"/>
              <w:bottom w:w="20" w:type="dxa"/>
              <w:right w:w="50" w:type="dxa"/>
            </w:tcMar>
          </w:tcPr>
          <w:p w14:paraId="37EBC6E1" w14:textId="77777777" w:rsidR="00292F36" w:rsidRDefault="00000000">
            <w:r>
              <w:rPr>
                <w:sz w:val="18"/>
              </w:rPr>
              <w:t>Region</w:t>
            </w:r>
          </w:p>
        </w:tc>
        <w:tc>
          <w:tcPr>
            <w:tcW w:w="1872" w:type="dxa"/>
            <w:tcMar>
              <w:top w:w="20" w:type="dxa"/>
              <w:left w:w="50" w:type="dxa"/>
              <w:bottom w:w="20" w:type="dxa"/>
              <w:right w:w="50" w:type="dxa"/>
            </w:tcMar>
          </w:tcPr>
          <w:p w14:paraId="6B397C6E" w14:textId="77777777" w:rsidR="00292F36" w:rsidRDefault="00000000">
            <w:r>
              <w:rPr>
                <w:sz w:val="18"/>
              </w:rPr>
              <w:t>11.338</w:t>
            </w:r>
          </w:p>
        </w:tc>
        <w:tc>
          <w:tcPr>
            <w:tcW w:w="1872" w:type="dxa"/>
            <w:tcMar>
              <w:top w:w="20" w:type="dxa"/>
              <w:left w:w="50" w:type="dxa"/>
              <w:bottom w:w="20" w:type="dxa"/>
              <w:right w:w="50" w:type="dxa"/>
            </w:tcMar>
          </w:tcPr>
          <w:p w14:paraId="176767DF" w14:textId="77777777" w:rsidR="00292F36" w:rsidRDefault="00000000">
            <w:r>
              <w:rPr>
                <w:sz w:val="18"/>
              </w:rPr>
              <w:t>5</w:t>
            </w:r>
          </w:p>
        </w:tc>
        <w:tc>
          <w:tcPr>
            <w:tcW w:w="1872" w:type="dxa"/>
            <w:tcMar>
              <w:top w:w="20" w:type="dxa"/>
              <w:left w:w="50" w:type="dxa"/>
              <w:bottom w:w="20" w:type="dxa"/>
              <w:right w:w="50" w:type="dxa"/>
            </w:tcMar>
          </w:tcPr>
          <w:p w14:paraId="75089CAB" w14:textId="77777777" w:rsidR="00292F36" w:rsidRDefault="00000000">
            <w:r>
              <w:rPr>
                <w:sz w:val="18"/>
              </w:rPr>
              <w:t>0.045</w:t>
            </w:r>
          </w:p>
        </w:tc>
      </w:tr>
      <w:tr w:rsidR="00292F36" w14:paraId="693DF3F9" w14:textId="77777777">
        <w:tc>
          <w:tcPr>
            <w:tcW w:w="1872" w:type="dxa"/>
            <w:tcMar>
              <w:top w:w="20" w:type="dxa"/>
              <w:left w:w="50" w:type="dxa"/>
              <w:bottom w:w="20" w:type="dxa"/>
              <w:right w:w="50" w:type="dxa"/>
            </w:tcMar>
          </w:tcPr>
          <w:p w14:paraId="52B6AD07" w14:textId="77777777" w:rsidR="00292F36" w:rsidRDefault="00000000">
            <w:r>
              <w:rPr>
                <w:sz w:val="18"/>
              </w:rPr>
              <w:t>total_Iron</w:t>
            </w:r>
          </w:p>
        </w:tc>
        <w:tc>
          <w:tcPr>
            <w:tcW w:w="1872" w:type="dxa"/>
            <w:tcMar>
              <w:top w:w="20" w:type="dxa"/>
              <w:left w:w="50" w:type="dxa"/>
              <w:bottom w:w="20" w:type="dxa"/>
              <w:right w:w="50" w:type="dxa"/>
            </w:tcMar>
          </w:tcPr>
          <w:p w14:paraId="4518C6F3" w14:textId="77777777" w:rsidR="00292F36" w:rsidRDefault="00000000">
            <w:r>
              <w:rPr>
                <w:sz w:val="18"/>
              </w:rPr>
              <w:t>Fished</w:t>
            </w:r>
          </w:p>
        </w:tc>
        <w:tc>
          <w:tcPr>
            <w:tcW w:w="1872" w:type="dxa"/>
            <w:tcMar>
              <w:top w:w="20" w:type="dxa"/>
              <w:left w:w="50" w:type="dxa"/>
              <w:bottom w:w="20" w:type="dxa"/>
              <w:right w:w="50" w:type="dxa"/>
            </w:tcMar>
          </w:tcPr>
          <w:p w14:paraId="62953736" w14:textId="77777777" w:rsidR="00292F36" w:rsidRDefault="00000000">
            <w:r>
              <w:rPr>
                <w:sz w:val="18"/>
              </w:rPr>
              <w:t>4.892</w:t>
            </w:r>
          </w:p>
        </w:tc>
        <w:tc>
          <w:tcPr>
            <w:tcW w:w="1872" w:type="dxa"/>
            <w:tcMar>
              <w:top w:w="20" w:type="dxa"/>
              <w:left w:w="50" w:type="dxa"/>
              <w:bottom w:w="20" w:type="dxa"/>
              <w:right w:w="50" w:type="dxa"/>
            </w:tcMar>
          </w:tcPr>
          <w:p w14:paraId="1173F1C7" w14:textId="77777777" w:rsidR="00292F36" w:rsidRDefault="00000000">
            <w:r>
              <w:rPr>
                <w:sz w:val="18"/>
              </w:rPr>
              <w:t>1</w:t>
            </w:r>
          </w:p>
        </w:tc>
        <w:tc>
          <w:tcPr>
            <w:tcW w:w="1872" w:type="dxa"/>
            <w:tcMar>
              <w:top w:w="20" w:type="dxa"/>
              <w:left w:w="50" w:type="dxa"/>
              <w:bottom w:w="20" w:type="dxa"/>
              <w:right w:w="50" w:type="dxa"/>
            </w:tcMar>
          </w:tcPr>
          <w:p w14:paraId="280F2CFF" w14:textId="77777777" w:rsidR="00292F36" w:rsidRDefault="00000000">
            <w:r>
              <w:rPr>
                <w:sz w:val="18"/>
              </w:rPr>
              <w:t>0.027</w:t>
            </w:r>
          </w:p>
        </w:tc>
      </w:tr>
      <w:tr w:rsidR="00292F36" w14:paraId="58E5EDA7" w14:textId="77777777">
        <w:tc>
          <w:tcPr>
            <w:tcW w:w="1872" w:type="dxa"/>
            <w:tcMar>
              <w:top w:w="20" w:type="dxa"/>
              <w:left w:w="50" w:type="dxa"/>
              <w:bottom w:w="20" w:type="dxa"/>
              <w:right w:w="50" w:type="dxa"/>
            </w:tcMar>
          </w:tcPr>
          <w:p w14:paraId="08C58049" w14:textId="77777777" w:rsidR="00292F36" w:rsidRDefault="00000000">
            <w:r>
              <w:rPr>
                <w:sz w:val="18"/>
              </w:rPr>
              <w:t>total_Iron</w:t>
            </w:r>
          </w:p>
        </w:tc>
        <w:tc>
          <w:tcPr>
            <w:tcW w:w="1872" w:type="dxa"/>
            <w:tcMar>
              <w:top w:w="20" w:type="dxa"/>
              <w:left w:w="50" w:type="dxa"/>
              <w:bottom w:w="20" w:type="dxa"/>
              <w:right w:w="50" w:type="dxa"/>
            </w:tcMar>
          </w:tcPr>
          <w:p w14:paraId="1BD7286B" w14:textId="77777777" w:rsidR="00292F36" w:rsidRDefault="00000000">
            <w:r>
              <w:rPr>
                <w:sz w:val="18"/>
              </w:rPr>
              <w:t>Year_c:Region</w:t>
            </w:r>
          </w:p>
        </w:tc>
        <w:tc>
          <w:tcPr>
            <w:tcW w:w="1872" w:type="dxa"/>
            <w:tcMar>
              <w:top w:w="20" w:type="dxa"/>
              <w:left w:w="50" w:type="dxa"/>
              <w:bottom w:w="20" w:type="dxa"/>
              <w:right w:w="50" w:type="dxa"/>
            </w:tcMar>
          </w:tcPr>
          <w:p w14:paraId="283657AE" w14:textId="77777777" w:rsidR="00292F36" w:rsidRDefault="00000000">
            <w:r>
              <w:rPr>
                <w:sz w:val="18"/>
              </w:rPr>
              <w:t>20.468</w:t>
            </w:r>
          </w:p>
        </w:tc>
        <w:tc>
          <w:tcPr>
            <w:tcW w:w="1872" w:type="dxa"/>
            <w:tcMar>
              <w:top w:w="20" w:type="dxa"/>
              <w:left w:w="50" w:type="dxa"/>
              <w:bottom w:w="20" w:type="dxa"/>
              <w:right w:w="50" w:type="dxa"/>
            </w:tcMar>
          </w:tcPr>
          <w:p w14:paraId="47CE7AA3" w14:textId="77777777" w:rsidR="00292F36" w:rsidRDefault="00000000">
            <w:r>
              <w:rPr>
                <w:sz w:val="18"/>
              </w:rPr>
              <w:t>5</w:t>
            </w:r>
          </w:p>
        </w:tc>
        <w:tc>
          <w:tcPr>
            <w:tcW w:w="1872" w:type="dxa"/>
            <w:tcMar>
              <w:top w:w="20" w:type="dxa"/>
              <w:left w:w="50" w:type="dxa"/>
              <w:bottom w:w="20" w:type="dxa"/>
              <w:right w:w="50" w:type="dxa"/>
            </w:tcMar>
          </w:tcPr>
          <w:p w14:paraId="5743A38B" w14:textId="77777777" w:rsidR="00292F36" w:rsidRDefault="00000000">
            <w:r>
              <w:rPr>
                <w:sz w:val="18"/>
              </w:rPr>
              <w:t>0.001</w:t>
            </w:r>
          </w:p>
        </w:tc>
      </w:tr>
      <w:tr w:rsidR="00292F36" w14:paraId="1E9008AF" w14:textId="77777777">
        <w:tc>
          <w:tcPr>
            <w:tcW w:w="1872" w:type="dxa"/>
            <w:tcMar>
              <w:top w:w="20" w:type="dxa"/>
              <w:left w:w="50" w:type="dxa"/>
              <w:bottom w:w="20" w:type="dxa"/>
              <w:right w:w="50" w:type="dxa"/>
            </w:tcMar>
          </w:tcPr>
          <w:p w14:paraId="07DAF790" w14:textId="77777777" w:rsidR="00292F36" w:rsidRDefault="00000000">
            <w:r>
              <w:rPr>
                <w:sz w:val="18"/>
              </w:rPr>
              <w:t>total_Iron</w:t>
            </w:r>
          </w:p>
        </w:tc>
        <w:tc>
          <w:tcPr>
            <w:tcW w:w="1872" w:type="dxa"/>
            <w:tcMar>
              <w:top w:w="20" w:type="dxa"/>
              <w:left w:w="50" w:type="dxa"/>
              <w:bottom w:w="20" w:type="dxa"/>
              <w:right w:w="50" w:type="dxa"/>
            </w:tcMar>
          </w:tcPr>
          <w:p w14:paraId="76580542" w14:textId="77777777" w:rsidR="00292F36" w:rsidRDefault="00000000">
            <w:r>
              <w:rPr>
                <w:sz w:val="18"/>
              </w:rPr>
              <w:t>Year_c:Fished</w:t>
            </w:r>
          </w:p>
        </w:tc>
        <w:tc>
          <w:tcPr>
            <w:tcW w:w="1872" w:type="dxa"/>
            <w:tcMar>
              <w:top w:w="20" w:type="dxa"/>
              <w:left w:w="50" w:type="dxa"/>
              <w:bottom w:w="20" w:type="dxa"/>
              <w:right w:w="50" w:type="dxa"/>
            </w:tcMar>
          </w:tcPr>
          <w:p w14:paraId="29CEACCA" w14:textId="77777777" w:rsidR="00292F36" w:rsidRDefault="00000000">
            <w:r>
              <w:rPr>
                <w:sz w:val="18"/>
              </w:rPr>
              <w:t>0.61</w:t>
            </w:r>
          </w:p>
        </w:tc>
        <w:tc>
          <w:tcPr>
            <w:tcW w:w="1872" w:type="dxa"/>
            <w:tcMar>
              <w:top w:w="20" w:type="dxa"/>
              <w:left w:w="50" w:type="dxa"/>
              <w:bottom w:w="20" w:type="dxa"/>
              <w:right w:w="50" w:type="dxa"/>
            </w:tcMar>
          </w:tcPr>
          <w:p w14:paraId="78C785F0" w14:textId="77777777" w:rsidR="00292F36" w:rsidRDefault="00000000">
            <w:r>
              <w:rPr>
                <w:sz w:val="18"/>
              </w:rPr>
              <w:t>1</w:t>
            </w:r>
          </w:p>
        </w:tc>
        <w:tc>
          <w:tcPr>
            <w:tcW w:w="1872" w:type="dxa"/>
            <w:tcMar>
              <w:top w:w="20" w:type="dxa"/>
              <w:left w:w="50" w:type="dxa"/>
              <w:bottom w:w="20" w:type="dxa"/>
              <w:right w:w="50" w:type="dxa"/>
            </w:tcMar>
          </w:tcPr>
          <w:p w14:paraId="196A501C" w14:textId="77777777" w:rsidR="00292F36" w:rsidRDefault="00000000">
            <w:r>
              <w:rPr>
                <w:sz w:val="18"/>
              </w:rPr>
              <w:t>0.435</w:t>
            </w:r>
          </w:p>
        </w:tc>
      </w:tr>
      <w:tr w:rsidR="00292F36" w14:paraId="25506C90" w14:textId="77777777">
        <w:tc>
          <w:tcPr>
            <w:tcW w:w="1872" w:type="dxa"/>
            <w:tcMar>
              <w:top w:w="20" w:type="dxa"/>
              <w:left w:w="50" w:type="dxa"/>
              <w:bottom w:w="20" w:type="dxa"/>
              <w:right w:w="50" w:type="dxa"/>
            </w:tcMar>
          </w:tcPr>
          <w:p w14:paraId="16A9D221" w14:textId="77777777" w:rsidR="00292F36" w:rsidRDefault="00000000">
            <w:r>
              <w:rPr>
                <w:sz w:val="18"/>
              </w:rPr>
              <w:t>total_Iron</w:t>
            </w:r>
          </w:p>
        </w:tc>
        <w:tc>
          <w:tcPr>
            <w:tcW w:w="1872" w:type="dxa"/>
            <w:tcMar>
              <w:top w:w="20" w:type="dxa"/>
              <w:left w:w="50" w:type="dxa"/>
              <w:bottom w:w="20" w:type="dxa"/>
              <w:right w:w="50" w:type="dxa"/>
            </w:tcMar>
          </w:tcPr>
          <w:p w14:paraId="0BEF0A71" w14:textId="77777777" w:rsidR="00292F36" w:rsidRDefault="00000000">
            <w:r>
              <w:rPr>
                <w:sz w:val="18"/>
              </w:rPr>
              <w:t>Region:Fished</w:t>
            </w:r>
          </w:p>
        </w:tc>
        <w:tc>
          <w:tcPr>
            <w:tcW w:w="1872" w:type="dxa"/>
            <w:tcMar>
              <w:top w:w="20" w:type="dxa"/>
              <w:left w:w="50" w:type="dxa"/>
              <w:bottom w:w="20" w:type="dxa"/>
              <w:right w:w="50" w:type="dxa"/>
            </w:tcMar>
          </w:tcPr>
          <w:p w14:paraId="6C704B58" w14:textId="77777777" w:rsidR="00292F36" w:rsidRDefault="00000000">
            <w:r>
              <w:rPr>
                <w:sz w:val="18"/>
              </w:rPr>
              <w:t>23.075</w:t>
            </w:r>
          </w:p>
        </w:tc>
        <w:tc>
          <w:tcPr>
            <w:tcW w:w="1872" w:type="dxa"/>
            <w:tcMar>
              <w:top w:w="20" w:type="dxa"/>
              <w:left w:w="50" w:type="dxa"/>
              <w:bottom w:w="20" w:type="dxa"/>
              <w:right w:w="50" w:type="dxa"/>
            </w:tcMar>
          </w:tcPr>
          <w:p w14:paraId="2B0754F3" w14:textId="77777777" w:rsidR="00292F36" w:rsidRDefault="00000000">
            <w:r>
              <w:rPr>
                <w:sz w:val="18"/>
              </w:rPr>
              <w:t>5</w:t>
            </w:r>
          </w:p>
        </w:tc>
        <w:tc>
          <w:tcPr>
            <w:tcW w:w="1872" w:type="dxa"/>
            <w:tcMar>
              <w:top w:w="20" w:type="dxa"/>
              <w:left w:w="50" w:type="dxa"/>
              <w:bottom w:w="20" w:type="dxa"/>
              <w:right w:w="50" w:type="dxa"/>
            </w:tcMar>
          </w:tcPr>
          <w:p w14:paraId="5352A9FF" w14:textId="77777777" w:rsidR="00292F36" w:rsidRDefault="00000000">
            <w:r>
              <w:rPr>
                <w:sz w:val="18"/>
              </w:rPr>
              <w:t>&lt;0.001</w:t>
            </w:r>
          </w:p>
        </w:tc>
      </w:tr>
      <w:tr w:rsidR="00292F36" w14:paraId="39DE4EC8" w14:textId="77777777">
        <w:tc>
          <w:tcPr>
            <w:tcW w:w="1872" w:type="dxa"/>
            <w:tcMar>
              <w:top w:w="20" w:type="dxa"/>
              <w:left w:w="50" w:type="dxa"/>
              <w:bottom w:w="20" w:type="dxa"/>
              <w:right w:w="50" w:type="dxa"/>
            </w:tcMar>
          </w:tcPr>
          <w:p w14:paraId="19618A62" w14:textId="77777777" w:rsidR="00292F36" w:rsidRDefault="00000000">
            <w:r>
              <w:rPr>
                <w:sz w:val="18"/>
              </w:rPr>
              <w:t>total_Iron</w:t>
            </w:r>
          </w:p>
        </w:tc>
        <w:tc>
          <w:tcPr>
            <w:tcW w:w="1872" w:type="dxa"/>
            <w:tcMar>
              <w:top w:w="20" w:type="dxa"/>
              <w:left w:w="50" w:type="dxa"/>
              <w:bottom w:w="20" w:type="dxa"/>
              <w:right w:w="50" w:type="dxa"/>
            </w:tcMar>
          </w:tcPr>
          <w:p w14:paraId="4E06A2AC" w14:textId="77777777" w:rsidR="00292F36" w:rsidRDefault="00000000">
            <w:r>
              <w:rPr>
                <w:sz w:val="18"/>
              </w:rPr>
              <w:t>Year_c:Region:Fished</w:t>
            </w:r>
          </w:p>
        </w:tc>
        <w:tc>
          <w:tcPr>
            <w:tcW w:w="1872" w:type="dxa"/>
            <w:tcMar>
              <w:top w:w="20" w:type="dxa"/>
              <w:left w:w="50" w:type="dxa"/>
              <w:bottom w:w="20" w:type="dxa"/>
              <w:right w:w="50" w:type="dxa"/>
            </w:tcMar>
          </w:tcPr>
          <w:p w14:paraId="6F9B8EDA" w14:textId="77777777" w:rsidR="00292F36" w:rsidRDefault="00000000">
            <w:r>
              <w:rPr>
                <w:sz w:val="18"/>
              </w:rPr>
              <w:t>1.378</w:t>
            </w:r>
          </w:p>
        </w:tc>
        <w:tc>
          <w:tcPr>
            <w:tcW w:w="1872" w:type="dxa"/>
            <w:tcMar>
              <w:top w:w="20" w:type="dxa"/>
              <w:left w:w="50" w:type="dxa"/>
              <w:bottom w:w="20" w:type="dxa"/>
              <w:right w:w="50" w:type="dxa"/>
            </w:tcMar>
          </w:tcPr>
          <w:p w14:paraId="3DC43064" w14:textId="77777777" w:rsidR="00292F36" w:rsidRDefault="00000000">
            <w:r>
              <w:rPr>
                <w:sz w:val="18"/>
              </w:rPr>
              <w:t>5</w:t>
            </w:r>
          </w:p>
        </w:tc>
        <w:tc>
          <w:tcPr>
            <w:tcW w:w="1872" w:type="dxa"/>
            <w:tcMar>
              <w:top w:w="20" w:type="dxa"/>
              <w:left w:w="50" w:type="dxa"/>
              <w:bottom w:w="20" w:type="dxa"/>
              <w:right w:w="50" w:type="dxa"/>
            </w:tcMar>
          </w:tcPr>
          <w:p w14:paraId="2A813516" w14:textId="77777777" w:rsidR="00292F36" w:rsidRDefault="00000000">
            <w:r>
              <w:rPr>
                <w:sz w:val="18"/>
              </w:rPr>
              <w:t>0.927</w:t>
            </w:r>
          </w:p>
        </w:tc>
      </w:tr>
      <w:tr w:rsidR="00292F36" w14:paraId="59BC3177" w14:textId="77777777">
        <w:tc>
          <w:tcPr>
            <w:tcW w:w="1872" w:type="dxa"/>
            <w:tcMar>
              <w:top w:w="20" w:type="dxa"/>
              <w:left w:w="50" w:type="dxa"/>
              <w:bottom w:w="20" w:type="dxa"/>
              <w:right w:w="50" w:type="dxa"/>
            </w:tcMar>
          </w:tcPr>
          <w:p w14:paraId="20811491" w14:textId="77777777" w:rsidR="00292F36" w:rsidRDefault="00000000">
            <w:r>
              <w:rPr>
                <w:sz w:val="18"/>
              </w:rPr>
              <w:t>total_Omega3</w:t>
            </w:r>
          </w:p>
        </w:tc>
        <w:tc>
          <w:tcPr>
            <w:tcW w:w="1872" w:type="dxa"/>
            <w:tcMar>
              <w:top w:w="20" w:type="dxa"/>
              <w:left w:w="50" w:type="dxa"/>
              <w:bottom w:w="20" w:type="dxa"/>
              <w:right w:w="50" w:type="dxa"/>
            </w:tcMar>
          </w:tcPr>
          <w:p w14:paraId="12FEC436" w14:textId="77777777" w:rsidR="00292F36" w:rsidRDefault="00000000">
            <w:r>
              <w:rPr>
                <w:sz w:val="18"/>
              </w:rPr>
              <w:t>Region</w:t>
            </w:r>
          </w:p>
        </w:tc>
        <w:tc>
          <w:tcPr>
            <w:tcW w:w="1872" w:type="dxa"/>
            <w:tcMar>
              <w:top w:w="20" w:type="dxa"/>
              <w:left w:w="50" w:type="dxa"/>
              <w:bottom w:w="20" w:type="dxa"/>
              <w:right w:w="50" w:type="dxa"/>
            </w:tcMar>
          </w:tcPr>
          <w:p w14:paraId="52BA14AC" w14:textId="77777777" w:rsidR="00292F36" w:rsidRDefault="00000000">
            <w:r>
              <w:rPr>
                <w:sz w:val="18"/>
              </w:rPr>
              <w:t>10.689</w:t>
            </w:r>
          </w:p>
        </w:tc>
        <w:tc>
          <w:tcPr>
            <w:tcW w:w="1872" w:type="dxa"/>
            <w:tcMar>
              <w:top w:w="20" w:type="dxa"/>
              <w:left w:w="50" w:type="dxa"/>
              <w:bottom w:w="20" w:type="dxa"/>
              <w:right w:w="50" w:type="dxa"/>
            </w:tcMar>
          </w:tcPr>
          <w:p w14:paraId="47B7E825" w14:textId="77777777" w:rsidR="00292F36" w:rsidRDefault="00000000">
            <w:r>
              <w:rPr>
                <w:sz w:val="18"/>
              </w:rPr>
              <w:t>5</w:t>
            </w:r>
          </w:p>
        </w:tc>
        <w:tc>
          <w:tcPr>
            <w:tcW w:w="1872" w:type="dxa"/>
            <w:tcMar>
              <w:top w:w="20" w:type="dxa"/>
              <w:left w:w="50" w:type="dxa"/>
              <w:bottom w:w="20" w:type="dxa"/>
              <w:right w:w="50" w:type="dxa"/>
            </w:tcMar>
          </w:tcPr>
          <w:p w14:paraId="7551AF3A" w14:textId="77777777" w:rsidR="00292F36" w:rsidRDefault="00000000">
            <w:r>
              <w:rPr>
                <w:sz w:val="18"/>
              </w:rPr>
              <w:t>0.058</w:t>
            </w:r>
          </w:p>
        </w:tc>
      </w:tr>
      <w:tr w:rsidR="00292F36" w14:paraId="67FD7612" w14:textId="77777777">
        <w:tc>
          <w:tcPr>
            <w:tcW w:w="1872" w:type="dxa"/>
            <w:tcMar>
              <w:top w:w="20" w:type="dxa"/>
              <w:left w:w="50" w:type="dxa"/>
              <w:bottom w:w="20" w:type="dxa"/>
              <w:right w:w="50" w:type="dxa"/>
            </w:tcMar>
          </w:tcPr>
          <w:p w14:paraId="23C28390" w14:textId="77777777" w:rsidR="00292F36" w:rsidRDefault="00000000">
            <w:r>
              <w:rPr>
                <w:sz w:val="18"/>
              </w:rPr>
              <w:t>total_Omega3</w:t>
            </w:r>
          </w:p>
        </w:tc>
        <w:tc>
          <w:tcPr>
            <w:tcW w:w="1872" w:type="dxa"/>
            <w:tcMar>
              <w:top w:w="20" w:type="dxa"/>
              <w:left w:w="50" w:type="dxa"/>
              <w:bottom w:w="20" w:type="dxa"/>
              <w:right w:w="50" w:type="dxa"/>
            </w:tcMar>
          </w:tcPr>
          <w:p w14:paraId="783E0346" w14:textId="77777777" w:rsidR="00292F36" w:rsidRDefault="00000000">
            <w:r>
              <w:rPr>
                <w:sz w:val="18"/>
              </w:rPr>
              <w:t>Fished</w:t>
            </w:r>
          </w:p>
        </w:tc>
        <w:tc>
          <w:tcPr>
            <w:tcW w:w="1872" w:type="dxa"/>
            <w:tcMar>
              <w:top w:w="20" w:type="dxa"/>
              <w:left w:w="50" w:type="dxa"/>
              <w:bottom w:w="20" w:type="dxa"/>
              <w:right w:w="50" w:type="dxa"/>
            </w:tcMar>
          </w:tcPr>
          <w:p w14:paraId="7E109E12" w14:textId="77777777" w:rsidR="00292F36" w:rsidRDefault="00000000">
            <w:r>
              <w:rPr>
                <w:sz w:val="18"/>
              </w:rPr>
              <w:t>8.37</w:t>
            </w:r>
          </w:p>
        </w:tc>
        <w:tc>
          <w:tcPr>
            <w:tcW w:w="1872" w:type="dxa"/>
            <w:tcMar>
              <w:top w:w="20" w:type="dxa"/>
              <w:left w:w="50" w:type="dxa"/>
              <w:bottom w:w="20" w:type="dxa"/>
              <w:right w:w="50" w:type="dxa"/>
            </w:tcMar>
          </w:tcPr>
          <w:p w14:paraId="5E8D0C4D" w14:textId="77777777" w:rsidR="00292F36" w:rsidRDefault="00000000">
            <w:r>
              <w:rPr>
                <w:sz w:val="18"/>
              </w:rPr>
              <w:t>1</w:t>
            </w:r>
          </w:p>
        </w:tc>
        <w:tc>
          <w:tcPr>
            <w:tcW w:w="1872" w:type="dxa"/>
            <w:tcMar>
              <w:top w:w="20" w:type="dxa"/>
              <w:left w:w="50" w:type="dxa"/>
              <w:bottom w:w="20" w:type="dxa"/>
              <w:right w:w="50" w:type="dxa"/>
            </w:tcMar>
          </w:tcPr>
          <w:p w14:paraId="641DD83D" w14:textId="77777777" w:rsidR="00292F36" w:rsidRDefault="00000000">
            <w:r>
              <w:rPr>
                <w:sz w:val="18"/>
              </w:rPr>
              <w:t>0.004</w:t>
            </w:r>
          </w:p>
        </w:tc>
      </w:tr>
      <w:tr w:rsidR="00292F36" w14:paraId="2BC0CCA8" w14:textId="77777777">
        <w:tc>
          <w:tcPr>
            <w:tcW w:w="1872" w:type="dxa"/>
            <w:tcMar>
              <w:top w:w="20" w:type="dxa"/>
              <w:left w:w="50" w:type="dxa"/>
              <w:bottom w:w="20" w:type="dxa"/>
              <w:right w:w="50" w:type="dxa"/>
            </w:tcMar>
          </w:tcPr>
          <w:p w14:paraId="01A78F8C" w14:textId="77777777" w:rsidR="00292F36" w:rsidRDefault="00000000">
            <w:r>
              <w:rPr>
                <w:sz w:val="18"/>
              </w:rPr>
              <w:t>total_Omega3</w:t>
            </w:r>
          </w:p>
        </w:tc>
        <w:tc>
          <w:tcPr>
            <w:tcW w:w="1872" w:type="dxa"/>
            <w:tcMar>
              <w:top w:w="20" w:type="dxa"/>
              <w:left w:w="50" w:type="dxa"/>
              <w:bottom w:w="20" w:type="dxa"/>
              <w:right w:w="50" w:type="dxa"/>
            </w:tcMar>
          </w:tcPr>
          <w:p w14:paraId="143A9CC4" w14:textId="77777777" w:rsidR="00292F36" w:rsidRDefault="00000000">
            <w:r>
              <w:rPr>
                <w:sz w:val="18"/>
              </w:rPr>
              <w:t>Year_c:Region</w:t>
            </w:r>
          </w:p>
        </w:tc>
        <w:tc>
          <w:tcPr>
            <w:tcW w:w="1872" w:type="dxa"/>
            <w:tcMar>
              <w:top w:w="20" w:type="dxa"/>
              <w:left w:w="50" w:type="dxa"/>
              <w:bottom w:w="20" w:type="dxa"/>
              <w:right w:w="50" w:type="dxa"/>
            </w:tcMar>
          </w:tcPr>
          <w:p w14:paraId="279CD9CE" w14:textId="77777777" w:rsidR="00292F36" w:rsidRDefault="00000000">
            <w:r>
              <w:rPr>
                <w:sz w:val="18"/>
              </w:rPr>
              <w:t>16.618</w:t>
            </w:r>
          </w:p>
        </w:tc>
        <w:tc>
          <w:tcPr>
            <w:tcW w:w="1872" w:type="dxa"/>
            <w:tcMar>
              <w:top w:w="20" w:type="dxa"/>
              <w:left w:w="50" w:type="dxa"/>
              <w:bottom w:w="20" w:type="dxa"/>
              <w:right w:w="50" w:type="dxa"/>
            </w:tcMar>
          </w:tcPr>
          <w:p w14:paraId="475C8791" w14:textId="77777777" w:rsidR="00292F36" w:rsidRDefault="00000000">
            <w:r>
              <w:rPr>
                <w:sz w:val="18"/>
              </w:rPr>
              <w:t>5</w:t>
            </w:r>
          </w:p>
        </w:tc>
        <w:tc>
          <w:tcPr>
            <w:tcW w:w="1872" w:type="dxa"/>
            <w:tcMar>
              <w:top w:w="20" w:type="dxa"/>
              <w:left w:w="50" w:type="dxa"/>
              <w:bottom w:w="20" w:type="dxa"/>
              <w:right w:w="50" w:type="dxa"/>
            </w:tcMar>
          </w:tcPr>
          <w:p w14:paraId="43C9B20F" w14:textId="77777777" w:rsidR="00292F36" w:rsidRDefault="00000000">
            <w:r>
              <w:rPr>
                <w:sz w:val="18"/>
              </w:rPr>
              <w:t>0.005</w:t>
            </w:r>
          </w:p>
        </w:tc>
      </w:tr>
      <w:tr w:rsidR="00292F36" w14:paraId="052C77AD" w14:textId="77777777">
        <w:tc>
          <w:tcPr>
            <w:tcW w:w="1872" w:type="dxa"/>
            <w:tcMar>
              <w:top w:w="20" w:type="dxa"/>
              <w:left w:w="50" w:type="dxa"/>
              <w:bottom w:w="20" w:type="dxa"/>
              <w:right w:w="50" w:type="dxa"/>
            </w:tcMar>
          </w:tcPr>
          <w:p w14:paraId="1E780F64" w14:textId="77777777" w:rsidR="00292F36" w:rsidRDefault="00000000">
            <w:r>
              <w:rPr>
                <w:sz w:val="18"/>
              </w:rPr>
              <w:t>total_Omega3</w:t>
            </w:r>
          </w:p>
        </w:tc>
        <w:tc>
          <w:tcPr>
            <w:tcW w:w="1872" w:type="dxa"/>
            <w:tcMar>
              <w:top w:w="20" w:type="dxa"/>
              <w:left w:w="50" w:type="dxa"/>
              <w:bottom w:w="20" w:type="dxa"/>
              <w:right w:w="50" w:type="dxa"/>
            </w:tcMar>
          </w:tcPr>
          <w:p w14:paraId="7EF3384E" w14:textId="77777777" w:rsidR="00292F36" w:rsidRDefault="00000000">
            <w:r>
              <w:rPr>
                <w:sz w:val="18"/>
              </w:rPr>
              <w:t>Year_c:Fished</w:t>
            </w:r>
          </w:p>
        </w:tc>
        <w:tc>
          <w:tcPr>
            <w:tcW w:w="1872" w:type="dxa"/>
            <w:tcMar>
              <w:top w:w="20" w:type="dxa"/>
              <w:left w:w="50" w:type="dxa"/>
              <w:bottom w:w="20" w:type="dxa"/>
              <w:right w:w="50" w:type="dxa"/>
            </w:tcMar>
          </w:tcPr>
          <w:p w14:paraId="53C40564" w14:textId="77777777" w:rsidR="00292F36" w:rsidRDefault="00000000">
            <w:r>
              <w:rPr>
                <w:sz w:val="18"/>
              </w:rPr>
              <w:t>1.102</w:t>
            </w:r>
          </w:p>
        </w:tc>
        <w:tc>
          <w:tcPr>
            <w:tcW w:w="1872" w:type="dxa"/>
            <w:tcMar>
              <w:top w:w="20" w:type="dxa"/>
              <w:left w:w="50" w:type="dxa"/>
              <w:bottom w:w="20" w:type="dxa"/>
              <w:right w:w="50" w:type="dxa"/>
            </w:tcMar>
          </w:tcPr>
          <w:p w14:paraId="220FAD50" w14:textId="77777777" w:rsidR="00292F36" w:rsidRDefault="00000000">
            <w:r>
              <w:rPr>
                <w:sz w:val="18"/>
              </w:rPr>
              <w:t>1</w:t>
            </w:r>
          </w:p>
        </w:tc>
        <w:tc>
          <w:tcPr>
            <w:tcW w:w="1872" w:type="dxa"/>
            <w:tcMar>
              <w:top w:w="20" w:type="dxa"/>
              <w:left w:w="50" w:type="dxa"/>
              <w:bottom w:w="20" w:type="dxa"/>
              <w:right w:w="50" w:type="dxa"/>
            </w:tcMar>
          </w:tcPr>
          <w:p w14:paraId="4E78A3B0" w14:textId="77777777" w:rsidR="00292F36" w:rsidRDefault="00000000">
            <w:r>
              <w:rPr>
                <w:sz w:val="18"/>
              </w:rPr>
              <w:t>0.294</w:t>
            </w:r>
          </w:p>
        </w:tc>
      </w:tr>
      <w:tr w:rsidR="00292F36" w14:paraId="2FA3C9E4" w14:textId="77777777">
        <w:tc>
          <w:tcPr>
            <w:tcW w:w="1872" w:type="dxa"/>
            <w:tcMar>
              <w:top w:w="20" w:type="dxa"/>
              <w:left w:w="50" w:type="dxa"/>
              <w:bottom w:w="20" w:type="dxa"/>
              <w:right w:w="50" w:type="dxa"/>
            </w:tcMar>
          </w:tcPr>
          <w:p w14:paraId="15F7C812" w14:textId="77777777" w:rsidR="00292F36" w:rsidRDefault="00000000">
            <w:r>
              <w:rPr>
                <w:sz w:val="18"/>
              </w:rPr>
              <w:t>total_Omega3</w:t>
            </w:r>
          </w:p>
        </w:tc>
        <w:tc>
          <w:tcPr>
            <w:tcW w:w="1872" w:type="dxa"/>
            <w:tcMar>
              <w:top w:w="20" w:type="dxa"/>
              <w:left w:w="50" w:type="dxa"/>
              <w:bottom w:w="20" w:type="dxa"/>
              <w:right w:w="50" w:type="dxa"/>
            </w:tcMar>
          </w:tcPr>
          <w:p w14:paraId="5DC3120F" w14:textId="77777777" w:rsidR="00292F36" w:rsidRDefault="00000000">
            <w:r>
              <w:rPr>
                <w:sz w:val="18"/>
              </w:rPr>
              <w:t>Region:Fished</w:t>
            </w:r>
          </w:p>
        </w:tc>
        <w:tc>
          <w:tcPr>
            <w:tcW w:w="1872" w:type="dxa"/>
            <w:tcMar>
              <w:top w:w="20" w:type="dxa"/>
              <w:left w:w="50" w:type="dxa"/>
              <w:bottom w:w="20" w:type="dxa"/>
              <w:right w:w="50" w:type="dxa"/>
            </w:tcMar>
          </w:tcPr>
          <w:p w14:paraId="1F98BA25" w14:textId="77777777" w:rsidR="00292F36" w:rsidRDefault="00000000">
            <w:r>
              <w:rPr>
                <w:sz w:val="18"/>
              </w:rPr>
              <w:t>13.281</w:t>
            </w:r>
          </w:p>
        </w:tc>
        <w:tc>
          <w:tcPr>
            <w:tcW w:w="1872" w:type="dxa"/>
            <w:tcMar>
              <w:top w:w="20" w:type="dxa"/>
              <w:left w:w="50" w:type="dxa"/>
              <w:bottom w:w="20" w:type="dxa"/>
              <w:right w:w="50" w:type="dxa"/>
            </w:tcMar>
          </w:tcPr>
          <w:p w14:paraId="4129D81C" w14:textId="77777777" w:rsidR="00292F36" w:rsidRDefault="00000000">
            <w:r>
              <w:rPr>
                <w:sz w:val="18"/>
              </w:rPr>
              <w:t>5</w:t>
            </w:r>
          </w:p>
        </w:tc>
        <w:tc>
          <w:tcPr>
            <w:tcW w:w="1872" w:type="dxa"/>
            <w:tcMar>
              <w:top w:w="20" w:type="dxa"/>
              <w:left w:w="50" w:type="dxa"/>
              <w:bottom w:w="20" w:type="dxa"/>
              <w:right w:w="50" w:type="dxa"/>
            </w:tcMar>
          </w:tcPr>
          <w:p w14:paraId="7D548CA0" w14:textId="77777777" w:rsidR="00292F36" w:rsidRDefault="00000000">
            <w:r>
              <w:rPr>
                <w:sz w:val="18"/>
              </w:rPr>
              <w:t>0.021</w:t>
            </w:r>
          </w:p>
        </w:tc>
      </w:tr>
      <w:tr w:rsidR="00292F36" w14:paraId="338CDFCB" w14:textId="77777777">
        <w:tc>
          <w:tcPr>
            <w:tcW w:w="1872" w:type="dxa"/>
            <w:tcMar>
              <w:top w:w="20" w:type="dxa"/>
              <w:left w:w="50" w:type="dxa"/>
              <w:bottom w:w="20" w:type="dxa"/>
              <w:right w:w="50" w:type="dxa"/>
            </w:tcMar>
          </w:tcPr>
          <w:p w14:paraId="3984FBBB" w14:textId="77777777" w:rsidR="00292F36" w:rsidRDefault="00000000">
            <w:r>
              <w:rPr>
                <w:sz w:val="18"/>
              </w:rPr>
              <w:t>total_Omega3</w:t>
            </w:r>
          </w:p>
        </w:tc>
        <w:tc>
          <w:tcPr>
            <w:tcW w:w="1872" w:type="dxa"/>
            <w:tcMar>
              <w:top w:w="20" w:type="dxa"/>
              <w:left w:w="50" w:type="dxa"/>
              <w:bottom w:w="20" w:type="dxa"/>
              <w:right w:w="50" w:type="dxa"/>
            </w:tcMar>
          </w:tcPr>
          <w:p w14:paraId="3DBA0ED9" w14:textId="77777777" w:rsidR="00292F36" w:rsidRDefault="00000000">
            <w:r>
              <w:rPr>
                <w:sz w:val="18"/>
              </w:rPr>
              <w:t>Year_c:Region:Fished</w:t>
            </w:r>
          </w:p>
        </w:tc>
        <w:tc>
          <w:tcPr>
            <w:tcW w:w="1872" w:type="dxa"/>
            <w:tcMar>
              <w:top w:w="20" w:type="dxa"/>
              <w:left w:w="50" w:type="dxa"/>
              <w:bottom w:w="20" w:type="dxa"/>
              <w:right w:w="50" w:type="dxa"/>
            </w:tcMar>
          </w:tcPr>
          <w:p w14:paraId="25D87379" w14:textId="77777777" w:rsidR="00292F36" w:rsidRDefault="00000000">
            <w:r>
              <w:rPr>
                <w:sz w:val="18"/>
              </w:rPr>
              <w:t>2.792</w:t>
            </w:r>
          </w:p>
        </w:tc>
        <w:tc>
          <w:tcPr>
            <w:tcW w:w="1872" w:type="dxa"/>
            <w:tcMar>
              <w:top w:w="20" w:type="dxa"/>
              <w:left w:w="50" w:type="dxa"/>
              <w:bottom w:w="20" w:type="dxa"/>
              <w:right w:w="50" w:type="dxa"/>
            </w:tcMar>
          </w:tcPr>
          <w:p w14:paraId="7BD2BE39" w14:textId="77777777" w:rsidR="00292F36" w:rsidRDefault="00000000">
            <w:r>
              <w:rPr>
                <w:sz w:val="18"/>
              </w:rPr>
              <w:t>5</w:t>
            </w:r>
          </w:p>
        </w:tc>
        <w:tc>
          <w:tcPr>
            <w:tcW w:w="1872" w:type="dxa"/>
            <w:tcMar>
              <w:top w:w="20" w:type="dxa"/>
              <w:left w:w="50" w:type="dxa"/>
              <w:bottom w:w="20" w:type="dxa"/>
              <w:right w:w="50" w:type="dxa"/>
            </w:tcMar>
          </w:tcPr>
          <w:p w14:paraId="5ED885AB" w14:textId="77777777" w:rsidR="00292F36" w:rsidRDefault="00000000">
            <w:r>
              <w:rPr>
                <w:sz w:val="18"/>
              </w:rPr>
              <w:t>0.732</w:t>
            </w:r>
          </w:p>
        </w:tc>
      </w:tr>
      <w:tr w:rsidR="00292F36" w14:paraId="3BD16535" w14:textId="77777777">
        <w:tc>
          <w:tcPr>
            <w:tcW w:w="1872" w:type="dxa"/>
            <w:tcMar>
              <w:top w:w="20" w:type="dxa"/>
              <w:left w:w="50" w:type="dxa"/>
              <w:bottom w:w="20" w:type="dxa"/>
              <w:right w:w="50" w:type="dxa"/>
            </w:tcMar>
          </w:tcPr>
          <w:p w14:paraId="3E722D16" w14:textId="77777777" w:rsidR="00292F36" w:rsidRDefault="00000000">
            <w:r>
              <w:rPr>
                <w:sz w:val="18"/>
              </w:rPr>
              <w:t>total_Selenium</w:t>
            </w:r>
          </w:p>
        </w:tc>
        <w:tc>
          <w:tcPr>
            <w:tcW w:w="1872" w:type="dxa"/>
            <w:tcMar>
              <w:top w:w="20" w:type="dxa"/>
              <w:left w:w="50" w:type="dxa"/>
              <w:bottom w:w="20" w:type="dxa"/>
              <w:right w:w="50" w:type="dxa"/>
            </w:tcMar>
          </w:tcPr>
          <w:p w14:paraId="3D3883A1" w14:textId="77777777" w:rsidR="00292F36" w:rsidRDefault="00000000">
            <w:r>
              <w:rPr>
                <w:sz w:val="18"/>
              </w:rPr>
              <w:t>Region</w:t>
            </w:r>
          </w:p>
        </w:tc>
        <w:tc>
          <w:tcPr>
            <w:tcW w:w="1872" w:type="dxa"/>
            <w:tcMar>
              <w:top w:w="20" w:type="dxa"/>
              <w:left w:w="50" w:type="dxa"/>
              <w:bottom w:w="20" w:type="dxa"/>
              <w:right w:w="50" w:type="dxa"/>
            </w:tcMar>
          </w:tcPr>
          <w:p w14:paraId="3C1E7AC6" w14:textId="77777777" w:rsidR="00292F36" w:rsidRDefault="00000000">
            <w:r>
              <w:rPr>
                <w:sz w:val="18"/>
              </w:rPr>
              <w:t>12.912</w:t>
            </w:r>
          </w:p>
        </w:tc>
        <w:tc>
          <w:tcPr>
            <w:tcW w:w="1872" w:type="dxa"/>
            <w:tcMar>
              <w:top w:w="20" w:type="dxa"/>
              <w:left w:w="50" w:type="dxa"/>
              <w:bottom w:w="20" w:type="dxa"/>
              <w:right w:w="50" w:type="dxa"/>
            </w:tcMar>
          </w:tcPr>
          <w:p w14:paraId="7858DC1D" w14:textId="77777777" w:rsidR="00292F36" w:rsidRDefault="00000000">
            <w:r>
              <w:rPr>
                <w:sz w:val="18"/>
              </w:rPr>
              <w:t>5</w:t>
            </w:r>
          </w:p>
        </w:tc>
        <w:tc>
          <w:tcPr>
            <w:tcW w:w="1872" w:type="dxa"/>
            <w:tcMar>
              <w:top w:w="20" w:type="dxa"/>
              <w:left w:w="50" w:type="dxa"/>
              <w:bottom w:w="20" w:type="dxa"/>
              <w:right w:w="50" w:type="dxa"/>
            </w:tcMar>
          </w:tcPr>
          <w:p w14:paraId="04012ABE" w14:textId="77777777" w:rsidR="00292F36" w:rsidRDefault="00000000">
            <w:r>
              <w:rPr>
                <w:sz w:val="18"/>
              </w:rPr>
              <w:t>0.024</w:t>
            </w:r>
          </w:p>
        </w:tc>
      </w:tr>
      <w:tr w:rsidR="00292F36" w14:paraId="691479AF" w14:textId="77777777">
        <w:tc>
          <w:tcPr>
            <w:tcW w:w="1872" w:type="dxa"/>
            <w:tcMar>
              <w:top w:w="20" w:type="dxa"/>
              <w:left w:w="50" w:type="dxa"/>
              <w:bottom w:w="20" w:type="dxa"/>
              <w:right w:w="50" w:type="dxa"/>
            </w:tcMar>
          </w:tcPr>
          <w:p w14:paraId="6B248635" w14:textId="77777777" w:rsidR="00292F36" w:rsidRDefault="00000000">
            <w:r>
              <w:rPr>
                <w:sz w:val="18"/>
              </w:rPr>
              <w:t>total_Selenium</w:t>
            </w:r>
          </w:p>
        </w:tc>
        <w:tc>
          <w:tcPr>
            <w:tcW w:w="1872" w:type="dxa"/>
            <w:tcMar>
              <w:top w:w="20" w:type="dxa"/>
              <w:left w:w="50" w:type="dxa"/>
              <w:bottom w:w="20" w:type="dxa"/>
              <w:right w:w="50" w:type="dxa"/>
            </w:tcMar>
          </w:tcPr>
          <w:p w14:paraId="733D84EE" w14:textId="77777777" w:rsidR="00292F36" w:rsidRDefault="00000000">
            <w:r>
              <w:rPr>
                <w:sz w:val="18"/>
              </w:rPr>
              <w:t>Fished</w:t>
            </w:r>
          </w:p>
        </w:tc>
        <w:tc>
          <w:tcPr>
            <w:tcW w:w="1872" w:type="dxa"/>
            <w:tcMar>
              <w:top w:w="20" w:type="dxa"/>
              <w:left w:w="50" w:type="dxa"/>
              <w:bottom w:w="20" w:type="dxa"/>
              <w:right w:w="50" w:type="dxa"/>
            </w:tcMar>
          </w:tcPr>
          <w:p w14:paraId="1A218B09" w14:textId="77777777" w:rsidR="00292F36" w:rsidRDefault="00000000">
            <w:r>
              <w:rPr>
                <w:sz w:val="18"/>
              </w:rPr>
              <w:t>6.987</w:t>
            </w:r>
          </w:p>
        </w:tc>
        <w:tc>
          <w:tcPr>
            <w:tcW w:w="1872" w:type="dxa"/>
            <w:tcMar>
              <w:top w:w="20" w:type="dxa"/>
              <w:left w:w="50" w:type="dxa"/>
              <w:bottom w:w="20" w:type="dxa"/>
              <w:right w:w="50" w:type="dxa"/>
            </w:tcMar>
          </w:tcPr>
          <w:p w14:paraId="13DF9364" w14:textId="77777777" w:rsidR="00292F36" w:rsidRDefault="00000000">
            <w:r>
              <w:rPr>
                <w:sz w:val="18"/>
              </w:rPr>
              <w:t>1</w:t>
            </w:r>
          </w:p>
        </w:tc>
        <w:tc>
          <w:tcPr>
            <w:tcW w:w="1872" w:type="dxa"/>
            <w:tcMar>
              <w:top w:w="20" w:type="dxa"/>
              <w:left w:w="50" w:type="dxa"/>
              <w:bottom w:w="20" w:type="dxa"/>
              <w:right w:w="50" w:type="dxa"/>
            </w:tcMar>
          </w:tcPr>
          <w:p w14:paraId="032622DF" w14:textId="77777777" w:rsidR="00292F36" w:rsidRDefault="00000000">
            <w:r>
              <w:rPr>
                <w:sz w:val="18"/>
              </w:rPr>
              <w:t>0.008</w:t>
            </w:r>
          </w:p>
        </w:tc>
      </w:tr>
      <w:tr w:rsidR="00292F36" w14:paraId="69D7A534" w14:textId="77777777">
        <w:tc>
          <w:tcPr>
            <w:tcW w:w="1872" w:type="dxa"/>
            <w:tcMar>
              <w:top w:w="20" w:type="dxa"/>
              <w:left w:w="50" w:type="dxa"/>
              <w:bottom w:w="20" w:type="dxa"/>
              <w:right w:w="50" w:type="dxa"/>
            </w:tcMar>
          </w:tcPr>
          <w:p w14:paraId="518D2304" w14:textId="77777777" w:rsidR="00292F36" w:rsidRDefault="00000000">
            <w:r>
              <w:rPr>
                <w:sz w:val="18"/>
              </w:rPr>
              <w:t>total_Selenium</w:t>
            </w:r>
          </w:p>
        </w:tc>
        <w:tc>
          <w:tcPr>
            <w:tcW w:w="1872" w:type="dxa"/>
            <w:tcMar>
              <w:top w:w="20" w:type="dxa"/>
              <w:left w:w="50" w:type="dxa"/>
              <w:bottom w:w="20" w:type="dxa"/>
              <w:right w:w="50" w:type="dxa"/>
            </w:tcMar>
          </w:tcPr>
          <w:p w14:paraId="2E852546" w14:textId="77777777" w:rsidR="00292F36" w:rsidRDefault="00000000">
            <w:r>
              <w:rPr>
                <w:sz w:val="18"/>
              </w:rPr>
              <w:t>Year_c:Region</w:t>
            </w:r>
          </w:p>
        </w:tc>
        <w:tc>
          <w:tcPr>
            <w:tcW w:w="1872" w:type="dxa"/>
            <w:tcMar>
              <w:top w:w="20" w:type="dxa"/>
              <w:left w:w="50" w:type="dxa"/>
              <w:bottom w:w="20" w:type="dxa"/>
              <w:right w:w="50" w:type="dxa"/>
            </w:tcMar>
          </w:tcPr>
          <w:p w14:paraId="44F3B995" w14:textId="77777777" w:rsidR="00292F36" w:rsidRDefault="00000000">
            <w:r>
              <w:rPr>
                <w:sz w:val="18"/>
              </w:rPr>
              <w:t>18.754</w:t>
            </w:r>
          </w:p>
        </w:tc>
        <w:tc>
          <w:tcPr>
            <w:tcW w:w="1872" w:type="dxa"/>
            <w:tcMar>
              <w:top w:w="20" w:type="dxa"/>
              <w:left w:w="50" w:type="dxa"/>
              <w:bottom w:w="20" w:type="dxa"/>
              <w:right w:w="50" w:type="dxa"/>
            </w:tcMar>
          </w:tcPr>
          <w:p w14:paraId="55236A16" w14:textId="77777777" w:rsidR="00292F36" w:rsidRDefault="00000000">
            <w:r>
              <w:rPr>
                <w:sz w:val="18"/>
              </w:rPr>
              <w:t>5</w:t>
            </w:r>
          </w:p>
        </w:tc>
        <w:tc>
          <w:tcPr>
            <w:tcW w:w="1872" w:type="dxa"/>
            <w:tcMar>
              <w:top w:w="20" w:type="dxa"/>
              <w:left w:w="50" w:type="dxa"/>
              <w:bottom w:w="20" w:type="dxa"/>
              <w:right w:w="50" w:type="dxa"/>
            </w:tcMar>
          </w:tcPr>
          <w:p w14:paraId="4AA9A97B" w14:textId="77777777" w:rsidR="00292F36" w:rsidRDefault="00000000">
            <w:r>
              <w:rPr>
                <w:sz w:val="18"/>
              </w:rPr>
              <w:t>0.002</w:t>
            </w:r>
          </w:p>
        </w:tc>
      </w:tr>
      <w:tr w:rsidR="00292F36" w14:paraId="3DC4F314" w14:textId="77777777">
        <w:tc>
          <w:tcPr>
            <w:tcW w:w="1872" w:type="dxa"/>
            <w:tcMar>
              <w:top w:w="20" w:type="dxa"/>
              <w:left w:w="50" w:type="dxa"/>
              <w:bottom w:w="20" w:type="dxa"/>
              <w:right w:w="50" w:type="dxa"/>
            </w:tcMar>
          </w:tcPr>
          <w:p w14:paraId="10E9ADB6" w14:textId="77777777" w:rsidR="00292F36" w:rsidRDefault="00000000">
            <w:r>
              <w:rPr>
                <w:sz w:val="18"/>
              </w:rPr>
              <w:t>total_Selenium</w:t>
            </w:r>
          </w:p>
        </w:tc>
        <w:tc>
          <w:tcPr>
            <w:tcW w:w="1872" w:type="dxa"/>
            <w:tcMar>
              <w:top w:w="20" w:type="dxa"/>
              <w:left w:w="50" w:type="dxa"/>
              <w:bottom w:w="20" w:type="dxa"/>
              <w:right w:w="50" w:type="dxa"/>
            </w:tcMar>
          </w:tcPr>
          <w:p w14:paraId="6FB9CF38" w14:textId="77777777" w:rsidR="00292F36" w:rsidRDefault="00000000">
            <w:r>
              <w:rPr>
                <w:sz w:val="18"/>
              </w:rPr>
              <w:t>Year_c:Fished</w:t>
            </w:r>
          </w:p>
        </w:tc>
        <w:tc>
          <w:tcPr>
            <w:tcW w:w="1872" w:type="dxa"/>
            <w:tcMar>
              <w:top w:w="20" w:type="dxa"/>
              <w:left w:w="50" w:type="dxa"/>
              <w:bottom w:w="20" w:type="dxa"/>
              <w:right w:w="50" w:type="dxa"/>
            </w:tcMar>
          </w:tcPr>
          <w:p w14:paraId="464F88B6" w14:textId="77777777" w:rsidR="00292F36" w:rsidRDefault="00000000">
            <w:r>
              <w:rPr>
                <w:sz w:val="18"/>
              </w:rPr>
              <w:t>0.547</w:t>
            </w:r>
          </w:p>
        </w:tc>
        <w:tc>
          <w:tcPr>
            <w:tcW w:w="1872" w:type="dxa"/>
            <w:tcMar>
              <w:top w:w="20" w:type="dxa"/>
              <w:left w:w="50" w:type="dxa"/>
              <w:bottom w:w="20" w:type="dxa"/>
              <w:right w:w="50" w:type="dxa"/>
            </w:tcMar>
          </w:tcPr>
          <w:p w14:paraId="743C8136" w14:textId="77777777" w:rsidR="00292F36" w:rsidRDefault="00000000">
            <w:r>
              <w:rPr>
                <w:sz w:val="18"/>
              </w:rPr>
              <w:t>1</w:t>
            </w:r>
          </w:p>
        </w:tc>
        <w:tc>
          <w:tcPr>
            <w:tcW w:w="1872" w:type="dxa"/>
            <w:tcMar>
              <w:top w:w="20" w:type="dxa"/>
              <w:left w:w="50" w:type="dxa"/>
              <w:bottom w:w="20" w:type="dxa"/>
              <w:right w:w="50" w:type="dxa"/>
            </w:tcMar>
          </w:tcPr>
          <w:p w14:paraId="5035DF50" w14:textId="77777777" w:rsidR="00292F36" w:rsidRDefault="00000000">
            <w:r>
              <w:rPr>
                <w:sz w:val="18"/>
              </w:rPr>
              <w:t>0.459</w:t>
            </w:r>
          </w:p>
        </w:tc>
      </w:tr>
      <w:tr w:rsidR="00292F36" w14:paraId="795733B3" w14:textId="77777777">
        <w:tc>
          <w:tcPr>
            <w:tcW w:w="1872" w:type="dxa"/>
            <w:tcMar>
              <w:top w:w="20" w:type="dxa"/>
              <w:left w:w="50" w:type="dxa"/>
              <w:bottom w:w="20" w:type="dxa"/>
              <w:right w:w="50" w:type="dxa"/>
            </w:tcMar>
          </w:tcPr>
          <w:p w14:paraId="47AE1923" w14:textId="77777777" w:rsidR="00292F36" w:rsidRDefault="00000000">
            <w:r>
              <w:rPr>
                <w:sz w:val="18"/>
              </w:rPr>
              <w:t>total_Selenium</w:t>
            </w:r>
          </w:p>
        </w:tc>
        <w:tc>
          <w:tcPr>
            <w:tcW w:w="1872" w:type="dxa"/>
            <w:tcMar>
              <w:top w:w="20" w:type="dxa"/>
              <w:left w:w="50" w:type="dxa"/>
              <w:bottom w:w="20" w:type="dxa"/>
              <w:right w:w="50" w:type="dxa"/>
            </w:tcMar>
          </w:tcPr>
          <w:p w14:paraId="7D072981" w14:textId="77777777" w:rsidR="00292F36" w:rsidRDefault="00000000">
            <w:r>
              <w:rPr>
                <w:sz w:val="18"/>
              </w:rPr>
              <w:t>Region:Fished</w:t>
            </w:r>
          </w:p>
        </w:tc>
        <w:tc>
          <w:tcPr>
            <w:tcW w:w="1872" w:type="dxa"/>
            <w:tcMar>
              <w:top w:w="20" w:type="dxa"/>
              <w:left w:w="50" w:type="dxa"/>
              <w:bottom w:w="20" w:type="dxa"/>
              <w:right w:w="50" w:type="dxa"/>
            </w:tcMar>
          </w:tcPr>
          <w:p w14:paraId="16D0393F" w14:textId="77777777" w:rsidR="00292F36" w:rsidRDefault="00000000">
            <w:r>
              <w:rPr>
                <w:sz w:val="18"/>
              </w:rPr>
              <w:t>15.193</w:t>
            </w:r>
          </w:p>
        </w:tc>
        <w:tc>
          <w:tcPr>
            <w:tcW w:w="1872" w:type="dxa"/>
            <w:tcMar>
              <w:top w:w="20" w:type="dxa"/>
              <w:left w:w="50" w:type="dxa"/>
              <w:bottom w:w="20" w:type="dxa"/>
              <w:right w:w="50" w:type="dxa"/>
            </w:tcMar>
          </w:tcPr>
          <w:p w14:paraId="4D30D145" w14:textId="77777777" w:rsidR="00292F36" w:rsidRDefault="00000000">
            <w:r>
              <w:rPr>
                <w:sz w:val="18"/>
              </w:rPr>
              <w:t>5</w:t>
            </w:r>
          </w:p>
        </w:tc>
        <w:tc>
          <w:tcPr>
            <w:tcW w:w="1872" w:type="dxa"/>
            <w:tcMar>
              <w:top w:w="20" w:type="dxa"/>
              <w:left w:w="50" w:type="dxa"/>
              <w:bottom w:w="20" w:type="dxa"/>
              <w:right w:w="50" w:type="dxa"/>
            </w:tcMar>
          </w:tcPr>
          <w:p w14:paraId="64D9246C" w14:textId="77777777" w:rsidR="00292F36" w:rsidRDefault="00000000">
            <w:r>
              <w:rPr>
                <w:sz w:val="18"/>
              </w:rPr>
              <w:t>0.010</w:t>
            </w:r>
          </w:p>
        </w:tc>
      </w:tr>
      <w:tr w:rsidR="00292F36" w14:paraId="3E4E14BF" w14:textId="77777777">
        <w:tc>
          <w:tcPr>
            <w:tcW w:w="1872" w:type="dxa"/>
            <w:tcMar>
              <w:top w:w="20" w:type="dxa"/>
              <w:left w:w="50" w:type="dxa"/>
              <w:bottom w:w="20" w:type="dxa"/>
              <w:right w:w="50" w:type="dxa"/>
            </w:tcMar>
          </w:tcPr>
          <w:p w14:paraId="21674C85" w14:textId="77777777" w:rsidR="00292F36" w:rsidRDefault="00000000">
            <w:r>
              <w:rPr>
                <w:sz w:val="18"/>
              </w:rPr>
              <w:t>total_Selenium</w:t>
            </w:r>
          </w:p>
        </w:tc>
        <w:tc>
          <w:tcPr>
            <w:tcW w:w="1872" w:type="dxa"/>
            <w:tcMar>
              <w:top w:w="20" w:type="dxa"/>
              <w:left w:w="50" w:type="dxa"/>
              <w:bottom w:w="20" w:type="dxa"/>
              <w:right w:w="50" w:type="dxa"/>
            </w:tcMar>
          </w:tcPr>
          <w:p w14:paraId="12EF52C6" w14:textId="77777777" w:rsidR="00292F36" w:rsidRDefault="00000000">
            <w:r>
              <w:rPr>
                <w:sz w:val="18"/>
              </w:rPr>
              <w:t>Year_c:Region:Fished</w:t>
            </w:r>
          </w:p>
        </w:tc>
        <w:tc>
          <w:tcPr>
            <w:tcW w:w="1872" w:type="dxa"/>
            <w:tcMar>
              <w:top w:w="20" w:type="dxa"/>
              <w:left w:w="50" w:type="dxa"/>
              <w:bottom w:w="20" w:type="dxa"/>
              <w:right w:w="50" w:type="dxa"/>
            </w:tcMar>
          </w:tcPr>
          <w:p w14:paraId="02474236" w14:textId="77777777" w:rsidR="00292F36" w:rsidRDefault="00000000">
            <w:r>
              <w:rPr>
                <w:sz w:val="18"/>
              </w:rPr>
              <w:t>1.351</w:t>
            </w:r>
          </w:p>
        </w:tc>
        <w:tc>
          <w:tcPr>
            <w:tcW w:w="1872" w:type="dxa"/>
            <w:tcMar>
              <w:top w:w="20" w:type="dxa"/>
              <w:left w:w="50" w:type="dxa"/>
              <w:bottom w:w="20" w:type="dxa"/>
              <w:right w:w="50" w:type="dxa"/>
            </w:tcMar>
          </w:tcPr>
          <w:p w14:paraId="02C3C1A6" w14:textId="77777777" w:rsidR="00292F36" w:rsidRDefault="00000000">
            <w:r>
              <w:rPr>
                <w:sz w:val="18"/>
              </w:rPr>
              <w:t>5</w:t>
            </w:r>
          </w:p>
        </w:tc>
        <w:tc>
          <w:tcPr>
            <w:tcW w:w="1872" w:type="dxa"/>
            <w:tcMar>
              <w:top w:w="20" w:type="dxa"/>
              <w:left w:w="50" w:type="dxa"/>
              <w:bottom w:w="20" w:type="dxa"/>
              <w:right w:w="50" w:type="dxa"/>
            </w:tcMar>
          </w:tcPr>
          <w:p w14:paraId="2AE8C158" w14:textId="77777777" w:rsidR="00292F36" w:rsidRDefault="00000000">
            <w:r>
              <w:rPr>
                <w:sz w:val="18"/>
              </w:rPr>
              <w:t>0.930</w:t>
            </w:r>
          </w:p>
        </w:tc>
      </w:tr>
      <w:tr w:rsidR="00292F36" w14:paraId="5ABAA4C1" w14:textId="77777777">
        <w:tc>
          <w:tcPr>
            <w:tcW w:w="1872" w:type="dxa"/>
            <w:tcMar>
              <w:top w:w="20" w:type="dxa"/>
              <w:left w:w="50" w:type="dxa"/>
              <w:bottom w:w="20" w:type="dxa"/>
              <w:right w:w="50" w:type="dxa"/>
            </w:tcMar>
          </w:tcPr>
          <w:p w14:paraId="547EB608" w14:textId="77777777" w:rsidR="00292F36" w:rsidRDefault="00000000">
            <w:r>
              <w:rPr>
                <w:sz w:val="18"/>
              </w:rPr>
              <w:t>total_VitaminA</w:t>
            </w:r>
          </w:p>
        </w:tc>
        <w:tc>
          <w:tcPr>
            <w:tcW w:w="1872" w:type="dxa"/>
            <w:tcMar>
              <w:top w:w="20" w:type="dxa"/>
              <w:left w:w="50" w:type="dxa"/>
              <w:bottom w:w="20" w:type="dxa"/>
              <w:right w:w="50" w:type="dxa"/>
            </w:tcMar>
          </w:tcPr>
          <w:p w14:paraId="1C1A3829" w14:textId="77777777" w:rsidR="00292F36" w:rsidRDefault="00000000">
            <w:r>
              <w:rPr>
                <w:sz w:val="18"/>
              </w:rPr>
              <w:t>Region</w:t>
            </w:r>
          </w:p>
        </w:tc>
        <w:tc>
          <w:tcPr>
            <w:tcW w:w="1872" w:type="dxa"/>
            <w:tcMar>
              <w:top w:w="20" w:type="dxa"/>
              <w:left w:w="50" w:type="dxa"/>
              <w:bottom w:w="20" w:type="dxa"/>
              <w:right w:w="50" w:type="dxa"/>
            </w:tcMar>
          </w:tcPr>
          <w:p w14:paraId="34E93BE9" w14:textId="77777777" w:rsidR="00292F36" w:rsidRDefault="00000000">
            <w:r>
              <w:rPr>
                <w:sz w:val="18"/>
              </w:rPr>
              <w:t>22.1</w:t>
            </w:r>
          </w:p>
        </w:tc>
        <w:tc>
          <w:tcPr>
            <w:tcW w:w="1872" w:type="dxa"/>
            <w:tcMar>
              <w:top w:w="20" w:type="dxa"/>
              <w:left w:w="50" w:type="dxa"/>
              <w:bottom w:w="20" w:type="dxa"/>
              <w:right w:w="50" w:type="dxa"/>
            </w:tcMar>
          </w:tcPr>
          <w:p w14:paraId="72AC2A44" w14:textId="77777777" w:rsidR="00292F36" w:rsidRDefault="00000000">
            <w:r>
              <w:rPr>
                <w:sz w:val="18"/>
              </w:rPr>
              <w:t>5</w:t>
            </w:r>
          </w:p>
        </w:tc>
        <w:tc>
          <w:tcPr>
            <w:tcW w:w="1872" w:type="dxa"/>
            <w:tcMar>
              <w:top w:w="20" w:type="dxa"/>
              <w:left w:w="50" w:type="dxa"/>
              <w:bottom w:w="20" w:type="dxa"/>
              <w:right w:w="50" w:type="dxa"/>
            </w:tcMar>
          </w:tcPr>
          <w:p w14:paraId="51DE5DA0" w14:textId="77777777" w:rsidR="00292F36" w:rsidRDefault="00000000">
            <w:r>
              <w:rPr>
                <w:sz w:val="18"/>
              </w:rPr>
              <w:t>&lt;0.001</w:t>
            </w:r>
          </w:p>
        </w:tc>
      </w:tr>
      <w:tr w:rsidR="00292F36" w14:paraId="08561C6F" w14:textId="77777777">
        <w:tc>
          <w:tcPr>
            <w:tcW w:w="1872" w:type="dxa"/>
            <w:tcMar>
              <w:top w:w="20" w:type="dxa"/>
              <w:left w:w="50" w:type="dxa"/>
              <w:bottom w:w="20" w:type="dxa"/>
              <w:right w:w="50" w:type="dxa"/>
            </w:tcMar>
          </w:tcPr>
          <w:p w14:paraId="454F73F4" w14:textId="77777777" w:rsidR="00292F36" w:rsidRDefault="00000000">
            <w:r>
              <w:rPr>
                <w:sz w:val="18"/>
              </w:rPr>
              <w:t>total_VitaminA</w:t>
            </w:r>
          </w:p>
        </w:tc>
        <w:tc>
          <w:tcPr>
            <w:tcW w:w="1872" w:type="dxa"/>
            <w:tcMar>
              <w:top w:w="20" w:type="dxa"/>
              <w:left w:w="50" w:type="dxa"/>
              <w:bottom w:w="20" w:type="dxa"/>
              <w:right w:w="50" w:type="dxa"/>
            </w:tcMar>
          </w:tcPr>
          <w:p w14:paraId="14202A70" w14:textId="77777777" w:rsidR="00292F36" w:rsidRDefault="00000000">
            <w:r>
              <w:rPr>
                <w:sz w:val="18"/>
              </w:rPr>
              <w:t>Fished</w:t>
            </w:r>
          </w:p>
        </w:tc>
        <w:tc>
          <w:tcPr>
            <w:tcW w:w="1872" w:type="dxa"/>
            <w:tcMar>
              <w:top w:w="20" w:type="dxa"/>
              <w:left w:w="50" w:type="dxa"/>
              <w:bottom w:w="20" w:type="dxa"/>
              <w:right w:w="50" w:type="dxa"/>
            </w:tcMar>
          </w:tcPr>
          <w:p w14:paraId="3108D983" w14:textId="77777777" w:rsidR="00292F36" w:rsidRDefault="00000000">
            <w:r>
              <w:rPr>
                <w:sz w:val="18"/>
              </w:rPr>
              <w:t>5.44</w:t>
            </w:r>
          </w:p>
        </w:tc>
        <w:tc>
          <w:tcPr>
            <w:tcW w:w="1872" w:type="dxa"/>
            <w:tcMar>
              <w:top w:w="20" w:type="dxa"/>
              <w:left w:w="50" w:type="dxa"/>
              <w:bottom w:w="20" w:type="dxa"/>
              <w:right w:w="50" w:type="dxa"/>
            </w:tcMar>
          </w:tcPr>
          <w:p w14:paraId="3B8D53BA" w14:textId="77777777" w:rsidR="00292F36" w:rsidRDefault="00000000">
            <w:r>
              <w:rPr>
                <w:sz w:val="18"/>
              </w:rPr>
              <w:t>1</w:t>
            </w:r>
          </w:p>
        </w:tc>
        <w:tc>
          <w:tcPr>
            <w:tcW w:w="1872" w:type="dxa"/>
            <w:tcMar>
              <w:top w:w="20" w:type="dxa"/>
              <w:left w:w="50" w:type="dxa"/>
              <w:bottom w:w="20" w:type="dxa"/>
              <w:right w:w="50" w:type="dxa"/>
            </w:tcMar>
          </w:tcPr>
          <w:p w14:paraId="37D1D7F1" w14:textId="77777777" w:rsidR="00292F36" w:rsidRDefault="00000000">
            <w:r>
              <w:rPr>
                <w:sz w:val="18"/>
              </w:rPr>
              <w:t>0.020</w:t>
            </w:r>
          </w:p>
        </w:tc>
      </w:tr>
      <w:tr w:rsidR="00292F36" w14:paraId="15FCA8B6" w14:textId="77777777">
        <w:tc>
          <w:tcPr>
            <w:tcW w:w="1872" w:type="dxa"/>
            <w:tcMar>
              <w:top w:w="20" w:type="dxa"/>
              <w:left w:w="50" w:type="dxa"/>
              <w:bottom w:w="20" w:type="dxa"/>
              <w:right w:w="50" w:type="dxa"/>
            </w:tcMar>
          </w:tcPr>
          <w:p w14:paraId="6A8D86AB" w14:textId="77777777" w:rsidR="00292F36" w:rsidRDefault="00000000">
            <w:r>
              <w:rPr>
                <w:sz w:val="18"/>
              </w:rPr>
              <w:t>total_VitaminA</w:t>
            </w:r>
          </w:p>
        </w:tc>
        <w:tc>
          <w:tcPr>
            <w:tcW w:w="1872" w:type="dxa"/>
            <w:tcMar>
              <w:top w:w="20" w:type="dxa"/>
              <w:left w:w="50" w:type="dxa"/>
              <w:bottom w:w="20" w:type="dxa"/>
              <w:right w:w="50" w:type="dxa"/>
            </w:tcMar>
          </w:tcPr>
          <w:p w14:paraId="52743EBD" w14:textId="77777777" w:rsidR="00292F36" w:rsidRDefault="00000000">
            <w:r>
              <w:rPr>
                <w:sz w:val="18"/>
              </w:rPr>
              <w:t>Year_c:Region</w:t>
            </w:r>
          </w:p>
        </w:tc>
        <w:tc>
          <w:tcPr>
            <w:tcW w:w="1872" w:type="dxa"/>
            <w:tcMar>
              <w:top w:w="20" w:type="dxa"/>
              <w:left w:w="50" w:type="dxa"/>
              <w:bottom w:w="20" w:type="dxa"/>
              <w:right w:w="50" w:type="dxa"/>
            </w:tcMar>
          </w:tcPr>
          <w:p w14:paraId="5097B2B9" w14:textId="77777777" w:rsidR="00292F36" w:rsidRDefault="00000000">
            <w:r>
              <w:rPr>
                <w:sz w:val="18"/>
              </w:rPr>
              <w:t>15.848</w:t>
            </w:r>
          </w:p>
        </w:tc>
        <w:tc>
          <w:tcPr>
            <w:tcW w:w="1872" w:type="dxa"/>
            <w:tcMar>
              <w:top w:w="20" w:type="dxa"/>
              <w:left w:w="50" w:type="dxa"/>
              <w:bottom w:w="20" w:type="dxa"/>
              <w:right w:w="50" w:type="dxa"/>
            </w:tcMar>
          </w:tcPr>
          <w:p w14:paraId="66B049C8" w14:textId="77777777" w:rsidR="00292F36" w:rsidRDefault="00000000">
            <w:r>
              <w:rPr>
                <w:sz w:val="18"/>
              </w:rPr>
              <w:t>5</w:t>
            </w:r>
          </w:p>
        </w:tc>
        <w:tc>
          <w:tcPr>
            <w:tcW w:w="1872" w:type="dxa"/>
            <w:tcMar>
              <w:top w:w="20" w:type="dxa"/>
              <w:left w:w="50" w:type="dxa"/>
              <w:bottom w:w="20" w:type="dxa"/>
              <w:right w:w="50" w:type="dxa"/>
            </w:tcMar>
          </w:tcPr>
          <w:p w14:paraId="140B710C" w14:textId="77777777" w:rsidR="00292F36" w:rsidRDefault="00000000">
            <w:r>
              <w:rPr>
                <w:sz w:val="18"/>
              </w:rPr>
              <w:t>0.007</w:t>
            </w:r>
          </w:p>
        </w:tc>
      </w:tr>
      <w:tr w:rsidR="00292F36" w14:paraId="1142C27A" w14:textId="77777777">
        <w:tc>
          <w:tcPr>
            <w:tcW w:w="1872" w:type="dxa"/>
            <w:tcMar>
              <w:top w:w="20" w:type="dxa"/>
              <w:left w:w="50" w:type="dxa"/>
              <w:bottom w:w="20" w:type="dxa"/>
              <w:right w:w="50" w:type="dxa"/>
            </w:tcMar>
          </w:tcPr>
          <w:p w14:paraId="18E10F4F" w14:textId="77777777" w:rsidR="00292F36" w:rsidRDefault="00000000">
            <w:r>
              <w:rPr>
                <w:sz w:val="18"/>
              </w:rPr>
              <w:t>total_VitaminA</w:t>
            </w:r>
          </w:p>
        </w:tc>
        <w:tc>
          <w:tcPr>
            <w:tcW w:w="1872" w:type="dxa"/>
            <w:tcMar>
              <w:top w:w="20" w:type="dxa"/>
              <w:left w:w="50" w:type="dxa"/>
              <w:bottom w:w="20" w:type="dxa"/>
              <w:right w:w="50" w:type="dxa"/>
            </w:tcMar>
          </w:tcPr>
          <w:p w14:paraId="0D14FE3A" w14:textId="77777777" w:rsidR="00292F36" w:rsidRDefault="00000000">
            <w:r>
              <w:rPr>
                <w:sz w:val="18"/>
              </w:rPr>
              <w:t>Year_c:Fished</w:t>
            </w:r>
          </w:p>
        </w:tc>
        <w:tc>
          <w:tcPr>
            <w:tcW w:w="1872" w:type="dxa"/>
            <w:tcMar>
              <w:top w:w="20" w:type="dxa"/>
              <w:left w:w="50" w:type="dxa"/>
              <w:bottom w:w="20" w:type="dxa"/>
              <w:right w:w="50" w:type="dxa"/>
            </w:tcMar>
          </w:tcPr>
          <w:p w14:paraId="7969B735" w14:textId="77777777" w:rsidR="00292F36" w:rsidRDefault="00000000">
            <w:r>
              <w:rPr>
                <w:sz w:val="18"/>
              </w:rPr>
              <w:t>0.058</w:t>
            </w:r>
          </w:p>
        </w:tc>
        <w:tc>
          <w:tcPr>
            <w:tcW w:w="1872" w:type="dxa"/>
            <w:tcMar>
              <w:top w:w="20" w:type="dxa"/>
              <w:left w:w="50" w:type="dxa"/>
              <w:bottom w:w="20" w:type="dxa"/>
              <w:right w:w="50" w:type="dxa"/>
            </w:tcMar>
          </w:tcPr>
          <w:p w14:paraId="67A658AC" w14:textId="77777777" w:rsidR="00292F36" w:rsidRDefault="00000000">
            <w:r>
              <w:rPr>
                <w:sz w:val="18"/>
              </w:rPr>
              <w:t>1</w:t>
            </w:r>
          </w:p>
        </w:tc>
        <w:tc>
          <w:tcPr>
            <w:tcW w:w="1872" w:type="dxa"/>
            <w:tcMar>
              <w:top w:w="20" w:type="dxa"/>
              <w:left w:w="50" w:type="dxa"/>
              <w:bottom w:w="20" w:type="dxa"/>
              <w:right w:w="50" w:type="dxa"/>
            </w:tcMar>
          </w:tcPr>
          <w:p w14:paraId="73A4B864" w14:textId="77777777" w:rsidR="00292F36" w:rsidRDefault="00000000">
            <w:r>
              <w:rPr>
                <w:sz w:val="18"/>
              </w:rPr>
              <w:t>0.810</w:t>
            </w:r>
          </w:p>
        </w:tc>
      </w:tr>
      <w:tr w:rsidR="00292F36" w14:paraId="14276461" w14:textId="77777777">
        <w:tc>
          <w:tcPr>
            <w:tcW w:w="1872" w:type="dxa"/>
            <w:tcMar>
              <w:top w:w="20" w:type="dxa"/>
              <w:left w:w="50" w:type="dxa"/>
              <w:bottom w:w="20" w:type="dxa"/>
              <w:right w:w="50" w:type="dxa"/>
            </w:tcMar>
          </w:tcPr>
          <w:p w14:paraId="492B763F" w14:textId="77777777" w:rsidR="00292F36" w:rsidRDefault="00000000">
            <w:r>
              <w:rPr>
                <w:sz w:val="18"/>
              </w:rPr>
              <w:t>total_VitaminA</w:t>
            </w:r>
          </w:p>
        </w:tc>
        <w:tc>
          <w:tcPr>
            <w:tcW w:w="1872" w:type="dxa"/>
            <w:tcMar>
              <w:top w:w="20" w:type="dxa"/>
              <w:left w:w="50" w:type="dxa"/>
              <w:bottom w:w="20" w:type="dxa"/>
              <w:right w:w="50" w:type="dxa"/>
            </w:tcMar>
          </w:tcPr>
          <w:p w14:paraId="23642402" w14:textId="77777777" w:rsidR="00292F36" w:rsidRDefault="00000000">
            <w:r>
              <w:rPr>
                <w:sz w:val="18"/>
              </w:rPr>
              <w:t>Region:Fished</w:t>
            </w:r>
          </w:p>
        </w:tc>
        <w:tc>
          <w:tcPr>
            <w:tcW w:w="1872" w:type="dxa"/>
            <w:tcMar>
              <w:top w:w="20" w:type="dxa"/>
              <w:left w:w="50" w:type="dxa"/>
              <w:bottom w:w="20" w:type="dxa"/>
              <w:right w:w="50" w:type="dxa"/>
            </w:tcMar>
          </w:tcPr>
          <w:p w14:paraId="53C62164" w14:textId="77777777" w:rsidR="00292F36" w:rsidRDefault="00000000">
            <w:r>
              <w:rPr>
                <w:sz w:val="18"/>
              </w:rPr>
              <w:t>18.293</w:t>
            </w:r>
          </w:p>
        </w:tc>
        <w:tc>
          <w:tcPr>
            <w:tcW w:w="1872" w:type="dxa"/>
            <w:tcMar>
              <w:top w:w="20" w:type="dxa"/>
              <w:left w:w="50" w:type="dxa"/>
              <w:bottom w:w="20" w:type="dxa"/>
              <w:right w:w="50" w:type="dxa"/>
            </w:tcMar>
          </w:tcPr>
          <w:p w14:paraId="72FBC9CC" w14:textId="77777777" w:rsidR="00292F36" w:rsidRDefault="00000000">
            <w:r>
              <w:rPr>
                <w:sz w:val="18"/>
              </w:rPr>
              <w:t>5</w:t>
            </w:r>
          </w:p>
        </w:tc>
        <w:tc>
          <w:tcPr>
            <w:tcW w:w="1872" w:type="dxa"/>
            <w:tcMar>
              <w:top w:w="20" w:type="dxa"/>
              <w:left w:w="50" w:type="dxa"/>
              <w:bottom w:w="20" w:type="dxa"/>
              <w:right w:w="50" w:type="dxa"/>
            </w:tcMar>
          </w:tcPr>
          <w:p w14:paraId="40799A75" w14:textId="77777777" w:rsidR="00292F36" w:rsidRDefault="00000000">
            <w:r>
              <w:rPr>
                <w:sz w:val="18"/>
              </w:rPr>
              <w:t>0.003</w:t>
            </w:r>
          </w:p>
        </w:tc>
      </w:tr>
      <w:tr w:rsidR="00292F36" w14:paraId="6D4265E4" w14:textId="77777777">
        <w:tc>
          <w:tcPr>
            <w:tcW w:w="1872" w:type="dxa"/>
            <w:tcMar>
              <w:top w:w="20" w:type="dxa"/>
              <w:left w:w="50" w:type="dxa"/>
              <w:bottom w:w="20" w:type="dxa"/>
              <w:right w:w="50" w:type="dxa"/>
            </w:tcMar>
          </w:tcPr>
          <w:p w14:paraId="4642A9F7" w14:textId="77777777" w:rsidR="00292F36" w:rsidRDefault="00000000">
            <w:r>
              <w:rPr>
                <w:sz w:val="18"/>
              </w:rPr>
              <w:t>total_VitaminA</w:t>
            </w:r>
          </w:p>
        </w:tc>
        <w:tc>
          <w:tcPr>
            <w:tcW w:w="1872" w:type="dxa"/>
            <w:tcMar>
              <w:top w:w="20" w:type="dxa"/>
              <w:left w:w="50" w:type="dxa"/>
              <w:bottom w:w="20" w:type="dxa"/>
              <w:right w:w="50" w:type="dxa"/>
            </w:tcMar>
          </w:tcPr>
          <w:p w14:paraId="067F4293" w14:textId="77777777" w:rsidR="00292F36" w:rsidRDefault="00000000">
            <w:r>
              <w:rPr>
                <w:sz w:val="18"/>
              </w:rPr>
              <w:t>Year_c:Region:Fished</w:t>
            </w:r>
          </w:p>
        </w:tc>
        <w:tc>
          <w:tcPr>
            <w:tcW w:w="1872" w:type="dxa"/>
            <w:tcMar>
              <w:top w:w="20" w:type="dxa"/>
              <w:left w:w="50" w:type="dxa"/>
              <w:bottom w:w="20" w:type="dxa"/>
              <w:right w:w="50" w:type="dxa"/>
            </w:tcMar>
          </w:tcPr>
          <w:p w14:paraId="5B29ACB6" w14:textId="77777777" w:rsidR="00292F36" w:rsidRDefault="00000000">
            <w:r>
              <w:rPr>
                <w:sz w:val="18"/>
              </w:rPr>
              <w:t>3.127</w:t>
            </w:r>
          </w:p>
        </w:tc>
        <w:tc>
          <w:tcPr>
            <w:tcW w:w="1872" w:type="dxa"/>
            <w:tcMar>
              <w:top w:w="20" w:type="dxa"/>
              <w:left w:w="50" w:type="dxa"/>
              <w:bottom w:w="20" w:type="dxa"/>
              <w:right w:w="50" w:type="dxa"/>
            </w:tcMar>
          </w:tcPr>
          <w:p w14:paraId="68D39B81" w14:textId="77777777" w:rsidR="00292F36" w:rsidRDefault="00000000">
            <w:r>
              <w:rPr>
                <w:sz w:val="18"/>
              </w:rPr>
              <w:t>5</w:t>
            </w:r>
          </w:p>
        </w:tc>
        <w:tc>
          <w:tcPr>
            <w:tcW w:w="1872" w:type="dxa"/>
            <w:tcMar>
              <w:top w:w="20" w:type="dxa"/>
              <w:left w:w="50" w:type="dxa"/>
              <w:bottom w:w="20" w:type="dxa"/>
              <w:right w:w="50" w:type="dxa"/>
            </w:tcMar>
          </w:tcPr>
          <w:p w14:paraId="19019874" w14:textId="77777777" w:rsidR="00292F36" w:rsidRDefault="00000000">
            <w:r>
              <w:rPr>
                <w:sz w:val="18"/>
              </w:rPr>
              <w:t>0.680</w:t>
            </w:r>
          </w:p>
        </w:tc>
      </w:tr>
      <w:tr w:rsidR="00292F36" w14:paraId="37B62EB8" w14:textId="77777777">
        <w:tc>
          <w:tcPr>
            <w:tcW w:w="1872" w:type="dxa"/>
            <w:tcMar>
              <w:top w:w="20" w:type="dxa"/>
              <w:left w:w="50" w:type="dxa"/>
              <w:bottom w:w="20" w:type="dxa"/>
              <w:right w:w="50" w:type="dxa"/>
            </w:tcMar>
          </w:tcPr>
          <w:p w14:paraId="274BCE2C" w14:textId="77777777" w:rsidR="00292F36" w:rsidRDefault="00000000">
            <w:r>
              <w:rPr>
                <w:sz w:val="18"/>
              </w:rPr>
              <w:t>total_Zinc</w:t>
            </w:r>
          </w:p>
        </w:tc>
        <w:tc>
          <w:tcPr>
            <w:tcW w:w="1872" w:type="dxa"/>
            <w:tcMar>
              <w:top w:w="20" w:type="dxa"/>
              <w:left w:w="50" w:type="dxa"/>
              <w:bottom w:w="20" w:type="dxa"/>
              <w:right w:w="50" w:type="dxa"/>
            </w:tcMar>
          </w:tcPr>
          <w:p w14:paraId="22312881" w14:textId="77777777" w:rsidR="00292F36" w:rsidRDefault="00000000">
            <w:r>
              <w:rPr>
                <w:sz w:val="18"/>
              </w:rPr>
              <w:t>Region</w:t>
            </w:r>
          </w:p>
        </w:tc>
        <w:tc>
          <w:tcPr>
            <w:tcW w:w="1872" w:type="dxa"/>
            <w:tcMar>
              <w:top w:w="20" w:type="dxa"/>
              <w:left w:w="50" w:type="dxa"/>
              <w:bottom w:w="20" w:type="dxa"/>
              <w:right w:w="50" w:type="dxa"/>
            </w:tcMar>
          </w:tcPr>
          <w:p w14:paraId="52EBB162" w14:textId="77777777" w:rsidR="00292F36" w:rsidRDefault="00000000">
            <w:r>
              <w:rPr>
                <w:sz w:val="18"/>
              </w:rPr>
              <w:t>16.337</w:t>
            </w:r>
          </w:p>
        </w:tc>
        <w:tc>
          <w:tcPr>
            <w:tcW w:w="1872" w:type="dxa"/>
            <w:tcMar>
              <w:top w:w="20" w:type="dxa"/>
              <w:left w:w="50" w:type="dxa"/>
              <w:bottom w:w="20" w:type="dxa"/>
              <w:right w:w="50" w:type="dxa"/>
            </w:tcMar>
          </w:tcPr>
          <w:p w14:paraId="3700D23F" w14:textId="77777777" w:rsidR="00292F36" w:rsidRDefault="00000000">
            <w:r>
              <w:rPr>
                <w:sz w:val="18"/>
              </w:rPr>
              <w:t>5</w:t>
            </w:r>
          </w:p>
        </w:tc>
        <w:tc>
          <w:tcPr>
            <w:tcW w:w="1872" w:type="dxa"/>
            <w:tcMar>
              <w:top w:w="20" w:type="dxa"/>
              <w:left w:w="50" w:type="dxa"/>
              <w:bottom w:w="20" w:type="dxa"/>
              <w:right w:w="50" w:type="dxa"/>
            </w:tcMar>
          </w:tcPr>
          <w:p w14:paraId="358E85F7" w14:textId="77777777" w:rsidR="00292F36" w:rsidRDefault="00000000">
            <w:r>
              <w:rPr>
                <w:sz w:val="18"/>
              </w:rPr>
              <w:t>0.006</w:t>
            </w:r>
          </w:p>
        </w:tc>
      </w:tr>
      <w:tr w:rsidR="00292F36" w14:paraId="2277CBD1" w14:textId="77777777">
        <w:tc>
          <w:tcPr>
            <w:tcW w:w="1872" w:type="dxa"/>
            <w:tcMar>
              <w:top w:w="20" w:type="dxa"/>
              <w:left w:w="50" w:type="dxa"/>
              <w:bottom w:w="20" w:type="dxa"/>
              <w:right w:w="50" w:type="dxa"/>
            </w:tcMar>
          </w:tcPr>
          <w:p w14:paraId="632B2873" w14:textId="77777777" w:rsidR="00292F36" w:rsidRDefault="00000000">
            <w:r>
              <w:rPr>
                <w:sz w:val="18"/>
              </w:rPr>
              <w:t>total_Zinc</w:t>
            </w:r>
          </w:p>
        </w:tc>
        <w:tc>
          <w:tcPr>
            <w:tcW w:w="1872" w:type="dxa"/>
            <w:tcMar>
              <w:top w:w="20" w:type="dxa"/>
              <w:left w:w="50" w:type="dxa"/>
              <w:bottom w:w="20" w:type="dxa"/>
              <w:right w:w="50" w:type="dxa"/>
            </w:tcMar>
          </w:tcPr>
          <w:p w14:paraId="09BBBB4B" w14:textId="77777777" w:rsidR="00292F36" w:rsidRDefault="00000000">
            <w:r>
              <w:rPr>
                <w:sz w:val="18"/>
              </w:rPr>
              <w:t>Fished</w:t>
            </w:r>
          </w:p>
        </w:tc>
        <w:tc>
          <w:tcPr>
            <w:tcW w:w="1872" w:type="dxa"/>
            <w:tcMar>
              <w:top w:w="20" w:type="dxa"/>
              <w:left w:w="50" w:type="dxa"/>
              <w:bottom w:w="20" w:type="dxa"/>
              <w:right w:w="50" w:type="dxa"/>
            </w:tcMar>
          </w:tcPr>
          <w:p w14:paraId="020CD4DD" w14:textId="77777777" w:rsidR="00292F36" w:rsidRDefault="00000000">
            <w:r>
              <w:rPr>
                <w:sz w:val="18"/>
              </w:rPr>
              <w:t>3.225</w:t>
            </w:r>
          </w:p>
        </w:tc>
        <w:tc>
          <w:tcPr>
            <w:tcW w:w="1872" w:type="dxa"/>
            <w:tcMar>
              <w:top w:w="20" w:type="dxa"/>
              <w:left w:w="50" w:type="dxa"/>
              <w:bottom w:w="20" w:type="dxa"/>
              <w:right w:w="50" w:type="dxa"/>
            </w:tcMar>
          </w:tcPr>
          <w:p w14:paraId="414EC0A2" w14:textId="77777777" w:rsidR="00292F36" w:rsidRDefault="00000000">
            <w:r>
              <w:rPr>
                <w:sz w:val="18"/>
              </w:rPr>
              <w:t>1</w:t>
            </w:r>
          </w:p>
        </w:tc>
        <w:tc>
          <w:tcPr>
            <w:tcW w:w="1872" w:type="dxa"/>
            <w:tcMar>
              <w:top w:w="20" w:type="dxa"/>
              <w:left w:w="50" w:type="dxa"/>
              <w:bottom w:w="20" w:type="dxa"/>
              <w:right w:w="50" w:type="dxa"/>
            </w:tcMar>
          </w:tcPr>
          <w:p w14:paraId="0540CFFD" w14:textId="77777777" w:rsidR="00292F36" w:rsidRDefault="00000000">
            <w:r>
              <w:rPr>
                <w:sz w:val="18"/>
              </w:rPr>
              <w:t>0.073</w:t>
            </w:r>
          </w:p>
        </w:tc>
      </w:tr>
      <w:tr w:rsidR="00292F36" w14:paraId="249A7262" w14:textId="77777777">
        <w:tc>
          <w:tcPr>
            <w:tcW w:w="1872" w:type="dxa"/>
            <w:tcMar>
              <w:top w:w="20" w:type="dxa"/>
              <w:left w:w="50" w:type="dxa"/>
              <w:bottom w:w="20" w:type="dxa"/>
              <w:right w:w="50" w:type="dxa"/>
            </w:tcMar>
          </w:tcPr>
          <w:p w14:paraId="68D2DF86" w14:textId="77777777" w:rsidR="00292F36" w:rsidRDefault="00000000">
            <w:r>
              <w:rPr>
                <w:sz w:val="18"/>
              </w:rPr>
              <w:t>total_Zinc</w:t>
            </w:r>
          </w:p>
        </w:tc>
        <w:tc>
          <w:tcPr>
            <w:tcW w:w="1872" w:type="dxa"/>
            <w:tcMar>
              <w:top w:w="20" w:type="dxa"/>
              <w:left w:w="50" w:type="dxa"/>
              <w:bottom w:w="20" w:type="dxa"/>
              <w:right w:w="50" w:type="dxa"/>
            </w:tcMar>
          </w:tcPr>
          <w:p w14:paraId="7CD60645" w14:textId="77777777" w:rsidR="00292F36" w:rsidRDefault="00000000">
            <w:r>
              <w:rPr>
                <w:sz w:val="18"/>
              </w:rPr>
              <w:t>Year_c:Region</w:t>
            </w:r>
          </w:p>
        </w:tc>
        <w:tc>
          <w:tcPr>
            <w:tcW w:w="1872" w:type="dxa"/>
            <w:tcMar>
              <w:top w:w="20" w:type="dxa"/>
              <w:left w:w="50" w:type="dxa"/>
              <w:bottom w:w="20" w:type="dxa"/>
              <w:right w:w="50" w:type="dxa"/>
            </w:tcMar>
          </w:tcPr>
          <w:p w14:paraId="39BB892A" w14:textId="77777777" w:rsidR="00292F36" w:rsidRDefault="00000000">
            <w:r>
              <w:rPr>
                <w:sz w:val="18"/>
              </w:rPr>
              <w:t>19.092</w:t>
            </w:r>
          </w:p>
        </w:tc>
        <w:tc>
          <w:tcPr>
            <w:tcW w:w="1872" w:type="dxa"/>
            <w:tcMar>
              <w:top w:w="20" w:type="dxa"/>
              <w:left w:w="50" w:type="dxa"/>
              <w:bottom w:w="20" w:type="dxa"/>
              <w:right w:w="50" w:type="dxa"/>
            </w:tcMar>
          </w:tcPr>
          <w:p w14:paraId="6A89F316" w14:textId="77777777" w:rsidR="00292F36" w:rsidRDefault="00000000">
            <w:r>
              <w:rPr>
                <w:sz w:val="18"/>
              </w:rPr>
              <w:t>5</w:t>
            </w:r>
          </w:p>
        </w:tc>
        <w:tc>
          <w:tcPr>
            <w:tcW w:w="1872" w:type="dxa"/>
            <w:tcMar>
              <w:top w:w="20" w:type="dxa"/>
              <w:left w:w="50" w:type="dxa"/>
              <w:bottom w:w="20" w:type="dxa"/>
              <w:right w:w="50" w:type="dxa"/>
            </w:tcMar>
          </w:tcPr>
          <w:p w14:paraId="493F833C" w14:textId="77777777" w:rsidR="00292F36" w:rsidRDefault="00000000">
            <w:r>
              <w:rPr>
                <w:sz w:val="18"/>
              </w:rPr>
              <w:t>0.002</w:t>
            </w:r>
          </w:p>
        </w:tc>
      </w:tr>
      <w:tr w:rsidR="00292F36" w14:paraId="2188CDE3" w14:textId="77777777">
        <w:tc>
          <w:tcPr>
            <w:tcW w:w="1872" w:type="dxa"/>
            <w:tcMar>
              <w:top w:w="20" w:type="dxa"/>
              <w:left w:w="50" w:type="dxa"/>
              <w:bottom w:w="20" w:type="dxa"/>
              <w:right w:w="50" w:type="dxa"/>
            </w:tcMar>
          </w:tcPr>
          <w:p w14:paraId="5422EE6B" w14:textId="77777777" w:rsidR="00292F36" w:rsidRDefault="00000000">
            <w:r>
              <w:rPr>
                <w:sz w:val="18"/>
              </w:rPr>
              <w:t>total_Zinc</w:t>
            </w:r>
          </w:p>
        </w:tc>
        <w:tc>
          <w:tcPr>
            <w:tcW w:w="1872" w:type="dxa"/>
            <w:tcMar>
              <w:top w:w="20" w:type="dxa"/>
              <w:left w:w="50" w:type="dxa"/>
              <w:bottom w:w="20" w:type="dxa"/>
              <w:right w:w="50" w:type="dxa"/>
            </w:tcMar>
          </w:tcPr>
          <w:p w14:paraId="5B217063" w14:textId="77777777" w:rsidR="00292F36" w:rsidRDefault="00000000">
            <w:r>
              <w:rPr>
                <w:sz w:val="18"/>
              </w:rPr>
              <w:t>Year_c:Fished</w:t>
            </w:r>
          </w:p>
        </w:tc>
        <w:tc>
          <w:tcPr>
            <w:tcW w:w="1872" w:type="dxa"/>
            <w:tcMar>
              <w:top w:w="20" w:type="dxa"/>
              <w:left w:w="50" w:type="dxa"/>
              <w:bottom w:w="20" w:type="dxa"/>
              <w:right w:w="50" w:type="dxa"/>
            </w:tcMar>
          </w:tcPr>
          <w:p w14:paraId="2CE166EC" w14:textId="77777777" w:rsidR="00292F36" w:rsidRDefault="00000000">
            <w:r>
              <w:rPr>
                <w:sz w:val="18"/>
              </w:rPr>
              <w:t>0.192</w:t>
            </w:r>
          </w:p>
        </w:tc>
        <w:tc>
          <w:tcPr>
            <w:tcW w:w="1872" w:type="dxa"/>
            <w:tcMar>
              <w:top w:w="20" w:type="dxa"/>
              <w:left w:w="50" w:type="dxa"/>
              <w:bottom w:w="20" w:type="dxa"/>
              <w:right w:w="50" w:type="dxa"/>
            </w:tcMar>
          </w:tcPr>
          <w:p w14:paraId="5E364738" w14:textId="77777777" w:rsidR="00292F36" w:rsidRDefault="00000000">
            <w:r>
              <w:rPr>
                <w:sz w:val="18"/>
              </w:rPr>
              <w:t>1</w:t>
            </w:r>
          </w:p>
        </w:tc>
        <w:tc>
          <w:tcPr>
            <w:tcW w:w="1872" w:type="dxa"/>
            <w:tcMar>
              <w:top w:w="20" w:type="dxa"/>
              <w:left w:w="50" w:type="dxa"/>
              <w:bottom w:w="20" w:type="dxa"/>
              <w:right w:w="50" w:type="dxa"/>
            </w:tcMar>
          </w:tcPr>
          <w:p w14:paraId="6357273A" w14:textId="77777777" w:rsidR="00292F36" w:rsidRDefault="00000000">
            <w:r>
              <w:rPr>
                <w:sz w:val="18"/>
              </w:rPr>
              <w:t>0.661</w:t>
            </w:r>
          </w:p>
        </w:tc>
      </w:tr>
      <w:tr w:rsidR="00292F36" w14:paraId="0DF74D6E" w14:textId="77777777">
        <w:tc>
          <w:tcPr>
            <w:tcW w:w="1872" w:type="dxa"/>
            <w:tcMar>
              <w:top w:w="20" w:type="dxa"/>
              <w:left w:w="50" w:type="dxa"/>
              <w:bottom w:w="20" w:type="dxa"/>
              <w:right w:w="50" w:type="dxa"/>
            </w:tcMar>
          </w:tcPr>
          <w:p w14:paraId="184F53EF" w14:textId="77777777" w:rsidR="00292F36" w:rsidRDefault="00000000">
            <w:r>
              <w:rPr>
                <w:sz w:val="18"/>
              </w:rPr>
              <w:t>total_Zinc</w:t>
            </w:r>
          </w:p>
        </w:tc>
        <w:tc>
          <w:tcPr>
            <w:tcW w:w="1872" w:type="dxa"/>
            <w:tcMar>
              <w:top w:w="20" w:type="dxa"/>
              <w:left w:w="50" w:type="dxa"/>
              <w:bottom w:w="20" w:type="dxa"/>
              <w:right w:w="50" w:type="dxa"/>
            </w:tcMar>
          </w:tcPr>
          <w:p w14:paraId="3653C2D4" w14:textId="77777777" w:rsidR="00292F36" w:rsidRDefault="00000000">
            <w:r>
              <w:rPr>
                <w:sz w:val="18"/>
              </w:rPr>
              <w:t>Region:Fished</w:t>
            </w:r>
          </w:p>
        </w:tc>
        <w:tc>
          <w:tcPr>
            <w:tcW w:w="1872" w:type="dxa"/>
            <w:tcMar>
              <w:top w:w="20" w:type="dxa"/>
              <w:left w:w="50" w:type="dxa"/>
              <w:bottom w:w="20" w:type="dxa"/>
              <w:right w:w="50" w:type="dxa"/>
            </w:tcMar>
          </w:tcPr>
          <w:p w14:paraId="46661209" w14:textId="77777777" w:rsidR="00292F36" w:rsidRDefault="00000000">
            <w:r>
              <w:rPr>
                <w:sz w:val="18"/>
              </w:rPr>
              <w:t>18.214</w:t>
            </w:r>
          </w:p>
        </w:tc>
        <w:tc>
          <w:tcPr>
            <w:tcW w:w="1872" w:type="dxa"/>
            <w:tcMar>
              <w:top w:w="20" w:type="dxa"/>
              <w:left w:w="50" w:type="dxa"/>
              <w:bottom w:w="20" w:type="dxa"/>
              <w:right w:w="50" w:type="dxa"/>
            </w:tcMar>
          </w:tcPr>
          <w:p w14:paraId="54CEC700" w14:textId="77777777" w:rsidR="00292F36" w:rsidRDefault="00000000">
            <w:r>
              <w:rPr>
                <w:sz w:val="18"/>
              </w:rPr>
              <w:t>5</w:t>
            </w:r>
          </w:p>
        </w:tc>
        <w:tc>
          <w:tcPr>
            <w:tcW w:w="1872" w:type="dxa"/>
            <w:tcMar>
              <w:top w:w="20" w:type="dxa"/>
              <w:left w:w="50" w:type="dxa"/>
              <w:bottom w:w="20" w:type="dxa"/>
              <w:right w:w="50" w:type="dxa"/>
            </w:tcMar>
          </w:tcPr>
          <w:p w14:paraId="1BB51BC6" w14:textId="77777777" w:rsidR="00292F36" w:rsidRDefault="00000000">
            <w:r>
              <w:rPr>
                <w:sz w:val="18"/>
              </w:rPr>
              <w:t>0.003</w:t>
            </w:r>
          </w:p>
        </w:tc>
      </w:tr>
      <w:tr w:rsidR="00292F36" w14:paraId="6641D058" w14:textId="77777777">
        <w:tc>
          <w:tcPr>
            <w:tcW w:w="1872" w:type="dxa"/>
            <w:tcMar>
              <w:top w:w="20" w:type="dxa"/>
              <w:left w:w="50" w:type="dxa"/>
              <w:bottom w:w="20" w:type="dxa"/>
              <w:right w:w="50" w:type="dxa"/>
            </w:tcMar>
          </w:tcPr>
          <w:p w14:paraId="636227E9" w14:textId="77777777" w:rsidR="00292F36" w:rsidRDefault="00000000">
            <w:r>
              <w:rPr>
                <w:sz w:val="18"/>
              </w:rPr>
              <w:t>total_Zinc</w:t>
            </w:r>
          </w:p>
        </w:tc>
        <w:tc>
          <w:tcPr>
            <w:tcW w:w="1872" w:type="dxa"/>
            <w:tcMar>
              <w:top w:w="20" w:type="dxa"/>
              <w:left w:w="50" w:type="dxa"/>
              <w:bottom w:w="20" w:type="dxa"/>
              <w:right w:w="50" w:type="dxa"/>
            </w:tcMar>
          </w:tcPr>
          <w:p w14:paraId="47A20344" w14:textId="77777777" w:rsidR="00292F36" w:rsidRDefault="00000000">
            <w:r>
              <w:rPr>
                <w:sz w:val="18"/>
              </w:rPr>
              <w:t>Year_c:Region:Fished</w:t>
            </w:r>
          </w:p>
        </w:tc>
        <w:tc>
          <w:tcPr>
            <w:tcW w:w="1872" w:type="dxa"/>
            <w:tcMar>
              <w:top w:w="20" w:type="dxa"/>
              <w:left w:w="50" w:type="dxa"/>
              <w:bottom w:w="20" w:type="dxa"/>
              <w:right w:w="50" w:type="dxa"/>
            </w:tcMar>
          </w:tcPr>
          <w:p w14:paraId="2D641794" w14:textId="77777777" w:rsidR="00292F36" w:rsidRDefault="00000000">
            <w:r>
              <w:rPr>
                <w:sz w:val="18"/>
              </w:rPr>
              <w:t>1.898</w:t>
            </w:r>
          </w:p>
        </w:tc>
        <w:tc>
          <w:tcPr>
            <w:tcW w:w="1872" w:type="dxa"/>
            <w:tcMar>
              <w:top w:w="20" w:type="dxa"/>
              <w:left w:w="50" w:type="dxa"/>
              <w:bottom w:w="20" w:type="dxa"/>
              <w:right w:w="50" w:type="dxa"/>
            </w:tcMar>
          </w:tcPr>
          <w:p w14:paraId="73E9545E" w14:textId="77777777" w:rsidR="00292F36" w:rsidRDefault="00000000">
            <w:r>
              <w:rPr>
                <w:sz w:val="18"/>
              </w:rPr>
              <w:t>5</w:t>
            </w:r>
          </w:p>
        </w:tc>
        <w:tc>
          <w:tcPr>
            <w:tcW w:w="1872" w:type="dxa"/>
            <w:tcMar>
              <w:top w:w="20" w:type="dxa"/>
              <w:left w:w="50" w:type="dxa"/>
              <w:bottom w:w="20" w:type="dxa"/>
              <w:right w:w="50" w:type="dxa"/>
            </w:tcMar>
          </w:tcPr>
          <w:p w14:paraId="59567E8D" w14:textId="77777777" w:rsidR="00292F36" w:rsidRDefault="00000000">
            <w:r>
              <w:rPr>
                <w:sz w:val="18"/>
              </w:rPr>
              <w:t>0.863</w:t>
            </w:r>
          </w:p>
        </w:tc>
      </w:tr>
    </w:tbl>
    <w:p w14:paraId="05E2BA1B" w14:textId="77777777" w:rsidR="00292F36" w:rsidRDefault="00292F36">
      <w:pPr>
        <w:sectPr w:rsidR="00292F36">
          <w:pgSz w:w="12240" w:h="15840"/>
          <w:pgMar w:top="1152" w:right="1440" w:bottom="1152" w:left="1440" w:header="720" w:footer="720" w:gutter="0"/>
          <w:cols w:space="720"/>
          <w:docGrid w:linePitch="360"/>
        </w:sectPr>
      </w:pPr>
    </w:p>
    <w:p w14:paraId="660A5421" w14:textId="77777777" w:rsidR="00292F36" w:rsidRDefault="00000000">
      <w:pPr>
        <w:spacing w:after="40"/>
      </w:pPr>
      <w:r>
        <w:rPr>
          <w:b/>
          <w:sz w:val="22"/>
        </w:rPr>
        <w:lastRenderedPageBreak/>
        <w:t>Table S14 | Environmental and benthic drivers of reef fish community responses derived from generalized linear mixed models (GLMMs).</w:t>
      </w:r>
    </w:p>
    <w:p w14:paraId="354A6A47" w14:textId="77777777" w:rsidR="00292F36" w:rsidRDefault="00000000">
      <w:pPr>
        <w:spacing w:after="160"/>
      </w:pPr>
      <w:r>
        <w:rPr>
          <w:sz w:val="18"/>
        </w:rPr>
        <w:t>Standardized effect sizes (estimate ± 95% confidence interval) of environmental and benthic predictors on reef fish community metrics, including standing biomass, secondary productivity, biomass turnover, and micronutrient supply. Predictor estimates were derived from generalized linear mixed models and included depth, sea surface temperature (SST), chlorophyll-a concentration, and the first two principal component axes (PC1 and PC2) summarizing benthic community structure from the combined algae and invertebrate assemblage matrix. Reported values include standardized effect estimates, standard errors (SE), 95% confidence intervals, p-values, and significance levels. Positive coefficients indicate positive associations between predictors and response variables, whereas negative coefficients indicate inverse relationships.</w:t>
      </w:r>
    </w:p>
    <w:tbl>
      <w:tblPr>
        <w:tblStyle w:val="TableGrid"/>
        <w:tblW w:w="0" w:type="auto"/>
        <w:tblLayout w:type="fixed"/>
        <w:tblLook w:val="04A0" w:firstRow="1" w:lastRow="0" w:firstColumn="1" w:lastColumn="0" w:noHBand="0" w:noVBand="1"/>
      </w:tblPr>
      <w:tblGrid>
        <w:gridCol w:w="1170"/>
        <w:gridCol w:w="1170"/>
        <w:gridCol w:w="1170"/>
        <w:gridCol w:w="1170"/>
        <w:gridCol w:w="1170"/>
        <w:gridCol w:w="1170"/>
        <w:gridCol w:w="1170"/>
        <w:gridCol w:w="1170"/>
      </w:tblGrid>
      <w:tr w:rsidR="00292F36" w14:paraId="18A05F5E" w14:textId="77777777">
        <w:trPr>
          <w:tblHeader/>
        </w:trPr>
        <w:tc>
          <w:tcPr>
            <w:tcW w:w="1170" w:type="dxa"/>
            <w:shd w:val="clear" w:color="auto" w:fill="D9E2F3"/>
            <w:tcMar>
              <w:top w:w="20" w:type="dxa"/>
              <w:left w:w="50" w:type="dxa"/>
              <w:bottom w:w="20" w:type="dxa"/>
              <w:right w:w="50" w:type="dxa"/>
            </w:tcMar>
          </w:tcPr>
          <w:p w14:paraId="02DBFC0A" w14:textId="77777777" w:rsidR="00292F36" w:rsidRDefault="00000000">
            <w:r>
              <w:rPr>
                <w:b/>
                <w:sz w:val="16"/>
              </w:rPr>
              <w:t>Response</w:t>
            </w:r>
          </w:p>
        </w:tc>
        <w:tc>
          <w:tcPr>
            <w:tcW w:w="1170" w:type="dxa"/>
            <w:shd w:val="clear" w:color="auto" w:fill="D9E2F3"/>
            <w:tcMar>
              <w:top w:w="20" w:type="dxa"/>
              <w:left w:w="50" w:type="dxa"/>
              <w:bottom w:w="20" w:type="dxa"/>
              <w:right w:w="50" w:type="dxa"/>
            </w:tcMar>
          </w:tcPr>
          <w:p w14:paraId="4C60C1BB" w14:textId="77777777" w:rsidR="00292F36" w:rsidRDefault="00000000">
            <w:r>
              <w:rPr>
                <w:b/>
                <w:sz w:val="16"/>
              </w:rPr>
              <w:t>Predictor</w:t>
            </w:r>
          </w:p>
        </w:tc>
        <w:tc>
          <w:tcPr>
            <w:tcW w:w="1170" w:type="dxa"/>
            <w:shd w:val="clear" w:color="auto" w:fill="D9E2F3"/>
            <w:tcMar>
              <w:top w:w="20" w:type="dxa"/>
              <w:left w:w="50" w:type="dxa"/>
              <w:bottom w:w="20" w:type="dxa"/>
              <w:right w:w="50" w:type="dxa"/>
            </w:tcMar>
          </w:tcPr>
          <w:p w14:paraId="36F50252" w14:textId="77777777" w:rsidR="00292F36" w:rsidRDefault="00000000">
            <w:r>
              <w:rPr>
                <w:b/>
                <w:sz w:val="16"/>
              </w:rPr>
              <w:t>estimate</w:t>
            </w:r>
          </w:p>
        </w:tc>
        <w:tc>
          <w:tcPr>
            <w:tcW w:w="1170" w:type="dxa"/>
            <w:shd w:val="clear" w:color="auto" w:fill="D9E2F3"/>
            <w:tcMar>
              <w:top w:w="20" w:type="dxa"/>
              <w:left w:w="50" w:type="dxa"/>
              <w:bottom w:w="20" w:type="dxa"/>
              <w:right w:w="50" w:type="dxa"/>
            </w:tcMar>
          </w:tcPr>
          <w:p w14:paraId="7066D708" w14:textId="77777777" w:rsidR="00292F36" w:rsidRDefault="00000000">
            <w:r>
              <w:rPr>
                <w:b/>
                <w:sz w:val="16"/>
              </w:rPr>
              <w:t>se</w:t>
            </w:r>
          </w:p>
        </w:tc>
        <w:tc>
          <w:tcPr>
            <w:tcW w:w="1170" w:type="dxa"/>
            <w:shd w:val="clear" w:color="auto" w:fill="D9E2F3"/>
            <w:tcMar>
              <w:top w:w="20" w:type="dxa"/>
              <w:left w:w="50" w:type="dxa"/>
              <w:bottom w:w="20" w:type="dxa"/>
              <w:right w:w="50" w:type="dxa"/>
            </w:tcMar>
          </w:tcPr>
          <w:p w14:paraId="3454468B" w14:textId="77777777" w:rsidR="00292F36" w:rsidRDefault="00000000">
            <w:r>
              <w:rPr>
                <w:b/>
                <w:sz w:val="16"/>
              </w:rPr>
              <w:t>CI_low</w:t>
            </w:r>
          </w:p>
        </w:tc>
        <w:tc>
          <w:tcPr>
            <w:tcW w:w="1170" w:type="dxa"/>
            <w:shd w:val="clear" w:color="auto" w:fill="D9E2F3"/>
            <w:tcMar>
              <w:top w:w="20" w:type="dxa"/>
              <w:left w:w="50" w:type="dxa"/>
              <w:bottom w:w="20" w:type="dxa"/>
              <w:right w:w="50" w:type="dxa"/>
            </w:tcMar>
          </w:tcPr>
          <w:p w14:paraId="202306E8" w14:textId="77777777" w:rsidR="00292F36" w:rsidRDefault="00000000">
            <w:r>
              <w:rPr>
                <w:b/>
                <w:sz w:val="16"/>
              </w:rPr>
              <w:t>CI_high</w:t>
            </w:r>
          </w:p>
        </w:tc>
        <w:tc>
          <w:tcPr>
            <w:tcW w:w="1170" w:type="dxa"/>
            <w:shd w:val="clear" w:color="auto" w:fill="D9E2F3"/>
            <w:tcMar>
              <w:top w:w="20" w:type="dxa"/>
              <w:left w:w="50" w:type="dxa"/>
              <w:bottom w:w="20" w:type="dxa"/>
              <w:right w:w="50" w:type="dxa"/>
            </w:tcMar>
          </w:tcPr>
          <w:p w14:paraId="7ACCC5E6" w14:textId="77777777" w:rsidR="00292F36" w:rsidRDefault="00000000">
            <w:r>
              <w:rPr>
                <w:b/>
                <w:sz w:val="16"/>
              </w:rPr>
              <w:t>p</w:t>
            </w:r>
          </w:p>
        </w:tc>
        <w:tc>
          <w:tcPr>
            <w:tcW w:w="1170" w:type="dxa"/>
            <w:shd w:val="clear" w:color="auto" w:fill="D9E2F3"/>
            <w:tcMar>
              <w:top w:w="20" w:type="dxa"/>
              <w:left w:w="50" w:type="dxa"/>
              <w:bottom w:w="20" w:type="dxa"/>
              <w:right w:w="50" w:type="dxa"/>
            </w:tcMar>
          </w:tcPr>
          <w:p w14:paraId="1CD0FDAC" w14:textId="77777777" w:rsidR="00292F36" w:rsidRDefault="00000000">
            <w:r>
              <w:rPr>
                <w:b/>
                <w:sz w:val="16"/>
              </w:rPr>
              <w:t>sig</w:t>
            </w:r>
          </w:p>
        </w:tc>
      </w:tr>
      <w:tr w:rsidR="00292F36" w14:paraId="750C5FF8" w14:textId="77777777">
        <w:tc>
          <w:tcPr>
            <w:tcW w:w="1170" w:type="dxa"/>
            <w:tcMar>
              <w:top w:w="20" w:type="dxa"/>
              <w:left w:w="50" w:type="dxa"/>
              <w:bottom w:w="20" w:type="dxa"/>
              <w:right w:w="50" w:type="dxa"/>
            </w:tcMar>
          </w:tcPr>
          <w:p w14:paraId="5B774F3F" w14:textId="77777777" w:rsidR="00292F36" w:rsidRDefault="00000000">
            <w:r>
              <w:rPr>
                <w:sz w:val="16"/>
              </w:rPr>
              <w:t>Biomass</w:t>
            </w:r>
          </w:p>
        </w:tc>
        <w:tc>
          <w:tcPr>
            <w:tcW w:w="1170" w:type="dxa"/>
            <w:tcMar>
              <w:top w:w="20" w:type="dxa"/>
              <w:left w:w="50" w:type="dxa"/>
              <w:bottom w:w="20" w:type="dxa"/>
              <w:right w:w="50" w:type="dxa"/>
            </w:tcMar>
          </w:tcPr>
          <w:p w14:paraId="0B280346" w14:textId="77777777" w:rsidR="00292F36" w:rsidRDefault="00000000">
            <w:r>
              <w:rPr>
                <w:sz w:val="16"/>
              </w:rPr>
              <w:t>Depth</w:t>
            </w:r>
          </w:p>
        </w:tc>
        <w:tc>
          <w:tcPr>
            <w:tcW w:w="1170" w:type="dxa"/>
            <w:tcMar>
              <w:top w:w="20" w:type="dxa"/>
              <w:left w:w="50" w:type="dxa"/>
              <w:bottom w:w="20" w:type="dxa"/>
              <w:right w:w="50" w:type="dxa"/>
            </w:tcMar>
          </w:tcPr>
          <w:p w14:paraId="191250AD" w14:textId="77777777" w:rsidR="00292F36" w:rsidRDefault="00000000">
            <w:r>
              <w:rPr>
                <w:sz w:val="16"/>
              </w:rPr>
              <w:t>-0.08</w:t>
            </w:r>
          </w:p>
        </w:tc>
        <w:tc>
          <w:tcPr>
            <w:tcW w:w="1170" w:type="dxa"/>
            <w:tcMar>
              <w:top w:w="20" w:type="dxa"/>
              <w:left w:w="50" w:type="dxa"/>
              <w:bottom w:w="20" w:type="dxa"/>
              <w:right w:w="50" w:type="dxa"/>
            </w:tcMar>
          </w:tcPr>
          <w:p w14:paraId="6EADB1D2" w14:textId="77777777" w:rsidR="00292F36" w:rsidRDefault="00000000">
            <w:r>
              <w:rPr>
                <w:sz w:val="16"/>
              </w:rPr>
              <w:t>0.0872</w:t>
            </w:r>
          </w:p>
        </w:tc>
        <w:tc>
          <w:tcPr>
            <w:tcW w:w="1170" w:type="dxa"/>
            <w:tcMar>
              <w:top w:w="20" w:type="dxa"/>
              <w:left w:w="50" w:type="dxa"/>
              <w:bottom w:w="20" w:type="dxa"/>
              <w:right w:w="50" w:type="dxa"/>
            </w:tcMar>
          </w:tcPr>
          <w:p w14:paraId="188BAF3E" w14:textId="77777777" w:rsidR="00292F36" w:rsidRDefault="00000000">
            <w:r>
              <w:rPr>
                <w:sz w:val="16"/>
              </w:rPr>
              <w:t>-0.2509</w:t>
            </w:r>
          </w:p>
        </w:tc>
        <w:tc>
          <w:tcPr>
            <w:tcW w:w="1170" w:type="dxa"/>
            <w:tcMar>
              <w:top w:w="20" w:type="dxa"/>
              <w:left w:w="50" w:type="dxa"/>
              <w:bottom w:w="20" w:type="dxa"/>
              <w:right w:w="50" w:type="dxa"/>
            </w:tcMar>
          </w:tcPr>
          <w:p w14:paraId="41CE8ADB" w14:textId="77777777" w:rsidR="00292F36" w:rsidRDefault="00000000">
            <w:r>
              <w:rPr>
                <w:sz w:val="16"/>
              </w:rPr>
              <w:t>0.0909</w:t>
            </w:r>
          </w:p>
        </w:tc>
        <w:tc>
          <w:tcPr>
            <w:tcW w:w="1170" w:type="dxa"/>
            <w:tcMar>
              <w:top w:w="20" w:type="dxa"/>
              <w:left w:w="50" w:type="dxa"/>
              <w:bottom w:w="20" w:type="dxa"/>
              <w:right w:w="50" w:type="dxa"/>
            </w:tcMar>
          </w:tcPr>
          <w:p w14:paraId="2BB1C947" w14:textId="77777777" w:rsidR="00292F36" w:rsidRDefault="00000000">
            <w:r>
              <w:rPr>
                <w:sz w:val="16"/>
              </w:rPr>
              <w:t>0.359</w:t>
            </w:r>
          </w:p>
        </w:tc>
        <w:tc>
          <w:tcPr>
            <w:tcW w:w="1170" w:type="dxa"/>
            <w:tcMar>
              <w:top w:w="20" w:type="dxa"/>
              <w:left w:w="50" w:type="dxa"/>
              <w:bottom w:w="20" w:type="dxa"/>
              <w:right w:w="50" w:type="dxa"/>
            </w:tcMar>
          </w:tcPr>
          <w:p w14:paraId="5E837AD7" w14:textId="77777777" w:rsidR="00292F36" w:rsidRDefault="00292F36"/>
        </w:tc>
      </w:tr>
      <w:tr w:rsidR="00292F36" w14:paraId="2D0EC998" w14:textId="77777777">
        <w:tc>
          <w:tcPr>
            <w:tcW w:w="1170" w:type="dxa"/>
            <w:tcMar>
              <w:top w:w="20" w:type="dxa"/>
              <w:left w:w="50" w:type="dxa"/>
              <w:bottom w:w="20" w:type="dxa"/>
              <w:right w:w="50" w:type="dxa"/>
            </w:tcMar>
          </w:tcPr>
          <w:p w14:paraId="76CAB370" w14:textId="77777777" w:rsidR="00292F36" w:rsidRDefault="00000000">
            <w:r>
              <w:rPr>
                <w:sz w:val="16"/>
              </w:rPr>
              <w:t>Biomass</w:t>
            </w:r>
          </w:p>
        </w:tc>
        <w:tc>
          <w:tcPr>
            <w:tcW w:w="1170" w:type="dxa"/>
            <w:tcMar>
              <w:top w:w="20" w:type="dxa"/>
              <w:left w:w="50" w:type="dxa"/>
              <w:bottom w:w="20" w:type="dxa"/>
              <w:right w:w="50" w:type="dxa"/>
            </w:tcMar>
          </w:tcPr>
          <w:p w14:paraId="5952C3C0" w14:textId="77777777" w:rsidR="00292F36" w:rsidRDefault="00000000">
            <w:r>
              <w:rPr>
                <w:sz w:val="16"/>
              </w:rPr>
              <w:t>SST</w:t>
            </w:r>
          </w:p>
        </w:tc>
        <w:tc>
          <w:tcPr>
            <w:tcW w:w="1170" w:type="dxa"/>
            <w:tcMar>
              <w:top w:w="20" w:type="dxa"/>
              <w:left w:w="50" w:type="dxa"/>
              <w:bottom w:w="20" w:type="dxa"/>
              <w:right w:w="50" w:type="dxa"/>
            </w:tcMar>
          </w:tcPr>
          <w:p w14:paraId="572C8486" w14:textId="77777777" w:rsidR="00292F36" w:rsidRDefault="00000000">
            <w:r>
              <w:rPr>
                <w:sz w:val="16"/>
              </w:rPr>
              <w:t>0.2904</w:t>
            </w:r>
          </w:p>
        </w:tc>
        <w:tc>
          <w:tcPr>
            <w:tcW w:w="1170" w:type="dxa"/>
            <w:tcMar>
              <w:top w:w="20" w:type="dxa"/>
              <w:left w:w="50" w:type="dxa"/>
              <w:bottom w:w="20" w:type="dxa"/>
              <w:right w:w="50" w:type="dxa"/>
            </w:tcMar>
          </w:tcPr>
          <w:p w14:paraId="61E4F879" w14:textId="77777777" w:rsidR="00292F36" w:rsidRDefault="00000000">
            <w:r>
              <w:rPr>
                <w:sz w:val="16"/>
              </w:rPr>
              <w:t>0.0641</w:t>
            </w:r>
          </w:p>
        </w:tc>
        <w:tc>
          <w:tcPr>
            <w:tcW w:w="1170" w:type="dxa"/>
            <w:tcMar>
              <w:top w:w="20" w:type="dxa"/>
              <w:left w:w="50" w:type="dxa"/>
              <w:bottom w:w="20" w:type="dxa"/>
              <w:right w:w="50" w:type="dxa"/>
            </w:tcMar>
          </w:tcPr>
          <w:p w14:paraId="281D1419" w14:textId="77777777" w:rsidR="00292F36" w:rsidRDefault="00000000">
            <w:r>
              <w:rPr>
                <w:sz w:val="16"/>
              </w:rPr>
              <w:t>0.1648</w:t>
            </w:r>
          </w:p>
        </w:tc>
        <w:tc>
          <w:tcPr>
            <w:tcW w:w="1170" w:type="dxa"/>
            <w:tcMar>
              <w:top w:w="20" w:type="dxa"/>
              <w:left w:w="50" w:type="dxa"/>
              <w:bottom w:w="20" w:type="dxa"/>
              <w:right w:w="50" w:type="dxa"/>
            </w:tcMar>
          </w:tcPr>
          <w:p w14:paraId="7E98CA43" w14:textId="77777777" w:rsidR="00292F36" w:rsidRDefault="00000000">
            <w:r>
              <w:rPr>
                <w:sz w:val="16"/>
              </w:rPr>
              <w:t>0.416</w:t>
            </w:r>
          </w:p>
        </w:tc>
        <w:tc>
          <w:tcPr>
            <w:tcW w:w="1170" w:type="dxa"/>
            <w:tcMar>
              <w:top w:w="20" w:type="dxa"/>
              <w:left w:w="50" w:type="dxa"/>
              <w:bottom w:w="20" w:type="dxa"/>
              <w:right w:w="50" w:type="dxa"/>
            </w:tcMar>
          </w:tcPr>
          <w:p w14:paraId="46945B9C" w14:textId="77777777" w:rsidR="00292F36" w:rsidRDefault="00000000">
            <w:r>
              <w:rPr>
                <w:sz w:val="16"/>
              </w:rPr>
              <w:t>5.83e-06</w:t>
            </w:r>
          </w:p>
        </w:tc>
        <w:tc>
          <w:tcPr>
            <w:tcW w:w="1170" w:type="dxa"/>
            <w:tcMar>
              <w:top w:w="20" w:type="dxa"/>
              <w:left w:w="50" w:type="dxa"/>
              <w:bottom w:w="20" w:type="dxa"/>
              <w:right w:w="50" w:type="dxa"/>
            </w:tcMar>
          </w:tcPr>
          <w:p w14:paraId="448B3F78" w14:textId="77777777" w:rsidR="00292F36" w:rsidRDefault="00000000">
            <w:r>
              <w:rPr>
                <w:sz w:val="16"/>
              </w:rPr>
              <w:t>***</w:t>
            </w:r>
          </w:p>
        </w:tc>
      </w:tr>
      <w:tr w:rsidR="00292F36" w14:paraId="3ED976A7" w14:textId="77777777">
        <w:tc>
          <w:tcPr>
            <w:tcW w:w="1170" w:type="dxa"/>
            <w:tcMar>
              <w:top w:w="20" w:type="dxa"/>
              <w:left w:w="50" w:type="dxa"/>
              <w:bottom w:w="20" w:type="dxa"/>
              <w:right w:w="50" w:type="dxa"/>
            </w:tcMar>
          </w:tcPr>
          <w:p w14:paraId="2B588E62" w14:textId="77777777" w:rsidR="00292F36" w:rsidRDefault="00000000">
            <w:r>
              <w:rPr>
                <w:sz w:val="16"/>
              </w:rPr>
              <w:t>Biomass</w:t>
            </w:r>
          </w:p>
        </w:tc>
        <w:tc>
          <w:tcPr>
            <w:tcW w:w="1170" w:type="dxa"/>
            <w:tcMar>
              <w:top w:w="20" w:type="dxa"/>
              <w:left w:w="50" w:type="dxa"/>
              <w:bottom w:w="20" w:type="dxa"/>
              <w:right w:w="50" w:type="dxa"/>
            </w:tcMar>
          </w:tcPr>
          <w:p w14:paraId="7F5B07FC" w14:textId="77777777" w:rsidR="00292F36" w:rsidRDefault="00000000">
            <w:r>
              <w:rPr>
                <w:sz w:val="16"/>
              </w:rPr>
              <w:t>Chl-a</w:t>
            </w:r>
          </w:p>
        </w:tc>
        <w:tc>
          <w:tcPr>
            <w:tcW w:w="1170" w:type="dxa"/>
            <w:tcMar>
              <w:top w:w="20" w:type="dxa"/>
              <w:left w:w="50" w:type="dxa"/>
              <w:bottom w:w="20" w:type="dxa"/>
              <w:right w:w="50" w:type="dxa"/>
            </w:tcMar>
          </w:tcPr>
          <w:p w14:paraId="624E4C33" w14:textId="77777777" w:rsidR="00292F36" w:rsidRDefault="00000000">
            <w:r>
              <w:rPr>
                <w:sz w:val="16"/>
              </w:rPr>
              <w:t>-1.1609</w:t>
            </w:r>
          </w:p>
        </w:tc>
        <w:tc>
          <w:tcPr>
            <w:tcW w:w="1170" w:type="dxa"/>
            <w:tcMar>
              <w:top w:w="20" w:type="dxa"/>
              <w:left w:w="50" w:type="dxa"/>
              <w:bottom w:w="20" w:type="dxa"/>
              <w:right w:w="50" w:type="dxa"/>
            </w:tcMar>
          </w:tcPr>
          <w:p w14:paraId="70CE31E4" w14:textId="77777777" w:rsidR="00292F36" w:rsidRDefault="00000000">
            <w:r>
              <w:rPr>
                <w:sz w:val="16"/>
              </w:rPr>
              <w:t>0.2648</w:t>
            </w:r>
          </w:p>
        </w:tc>
        <w:tc>
          <w:tcPr>
            <w:tcW w:w="1170" w:type="dxa"/>
            <w:tcMar>
              <w:top w:w="20" w:type="dxa"/>
              <w:left w:w="50" w:type="dxa"/>
              <w:bottom w:w="20" w:type="dxa"/>
              <w:right w:w="50" w:type="dxa"/>
            </w:tcMar>
          </w:tcPr>
          <w:p w14:paraId="315CF137" w14:textId="77777777" w:rsidR="00292F36" w:rsidRDefault="00000000">
            <w:r>
              <w:rPr>
                <w:sz w:val="16"/>
              </w:rPr>
              <w:t>-1.6799</w:t>
            </w:r>
          </w:p>
        </w:tc>
        <w:tc>
          <w:tcPr>
            <w:tcW w:w="1170" w:type="dxa"/>
            <w:tcMar>
              <w:top w:w="20" w:type="dxa"/>
              <w:left w:w="50" w:type="dxa"/>
              <w:bottom w:w="20" w:type="dxa"/>
              <w:right w:w="50" w:type="dxa"/>
            </w:tcMar>
          </w:tcPr>
          <w:p w14:paraId="559E8859" w14:textId="77777777" w:rsidR="00292F36" w:rsidRDefault="00000000">
            <w:r>
              <w:rPr>
                <w:sz w:val="16"/>
              </w:rPr>
              <w:t>-0.6419</w:t>
            </w:r>
          </w:p>
        </w:tc>
        <w:tc>
          <w:tcPr>
            <w:tcW w:w="1170" w:type="dxa"/>
            <w:tcMar>
              <w:top w:w="20" w:type="dxa"/>
              <w:left w:w="50" w:type="dxa"/>
              <w:bottom w:w="20" w:type="dxa"/>
              <w:right w:w="50" w:type="dxa"/>
            </w:tcMar>
          </w:tcPr>
          <w:p w14:paraId="3DE18F1B" w14:textId="77777777" w:rsidR="00292F36" w:rsidRDefault="00000000">
            <w:r>
              <w:rPr>
                <w:sz w:val="16"/>
              </w:rPr>
              <w:t>1.16e-05</w:t>
            </w:r>
          </w:p>
        </w:tc>
        <w:tc>
          <w:tcPr>
            <w:tcW w:w="1170" w:type="dxa"/>
            <w:tcMar>
              <w:top w:w="20" w:type="dxa"/>
              <w:left w:w="50" w:type="dxa"/>
              <w:bottom w:w="20" w:type="dxa"/>
              <w:right w:w="50" w:type="dxa"/>
            </w:tcMar>
          </w:tcPr>
          <w:p w14:paraId="113BD14F" w14:textId="77777777" w:rsidR="00292F36" w:rsidRDefault="00000000">
            <w:r>
              <w:rPr>
                <w:sz w:val="16"/>
              </w:rPr>
              <w:t>***</w:t>
            </w:r>
          </w:p>
        </w:tc>
      </w:tr>
      <w:tr w:rsidR="00292F36" w14:paraId="7A9EEC99" w14:textId="77777777">
        <w:tc>
          <w:tcPr>
            <w:tcW w:w="1170" w:type="dxa"/>
            <w:tcMar>
              <w:top w:w="20" w:type="dxa"/>
              <w:left w:w="50" w:type="dxa"/>
              <w:bottom w:w="20" w:type="dxa"/>
              <w:right w:w="50" w:type="dxa"/>
            </w:tcMar>
          </w:tcPr>
          <w:p w14:paraId="37A9ABED" w14:textId="77777777" w:rsidR="00292F36" w:rsidRDefault="00000000">
            <w:r>
              <w:rPr>
                <w:sz w:val="16"/>
              </w:rPr>
              <w:t>Biomass</w:t>
            </w:r>
          </w:p>
        </w:tc>
        <w:tc>
          <w:tcPr>
            <w:tcW w:w="1170" w:type="dxa"/>
            <w:tcMar>
              <w:top w:w="20" w:type="dxa"/>
              <w:left w:w="50" w:type="dxa"/>
              <w:bottom w:w="20" w:type="dxa"/>
              <w:right w:w="50" w:type="dxa"/>
            </w:tcMar>
          </w:tcPr>
          <w:p w14:paraId="033572FA" w14:textId="77777777" w:rsidR="00292F36" w:rsidRDefault="00000000">
            <w:r>
              <w:rPr>
                <w:sz w:val="16"/>
              </w:rPr>
              <w:t>Benthic PC1</w:t>
            </w:r>
          </w:p>
        </w:tc>
        <w:tc>
          <w:tcPr>
            <w:tcW w:w="1170" w:type="dxa"/>
            <w:tcMar>
              <w:top w:w="20" w:type="dxa"/>
              <w:left w:w="50" w:type="dxa"/>
              <w:bottom w:w="20" w:type="dxa"/>
              <w:right w:w="50" w:type="dxa"/>
            </w:tcMar>
          </w:tcPr>
          <w:p w14:paraId="34888610" w14:textId="77777777" w:rsidR="00292F36" w:rsidRDefault="00000000">
            <w:r>
              <w:rPr>
                <w:sz w:val="16"/>
              </w:rPr>
              <w:t>0.4201</w:t>
            </w:r>
          </w:p>
        </w:tc>
        <w:tc>
          <w:tcPr>
            <w:tcW w:w="1170" w:type="dxa"/>
            <w:tcMar>
              <w:top w:w="20" w:type="dxa"/>
              <w:left w:w="50" w:type="dxa"/>
              <w:bottom w:w="20" w:type="dxa"/>
              <w:right w:w="50" w:type="dxa"/>
            </w:tcMar>
          </w:tcPr>
          <w:p w14:paraId="748BD1DA" w14:textId="77777777" w:rsidR="00292F36" w:rsidRDefault="00000000">
            <w:r>
              <w:rPr>
                <w:sz w:val="16"/>
              </w:rPr>
              <w:t>0.1046</w:t>
            </w:r>
          </w:p>
        </w:tc>
        <w:tc>
          <w:tcPr>
            <w:tcW w:w="1170" w:type="dxa"/>
            <w:tcMar>
              <w:top w:w="20" w:type="dxa"/>
              <w:left w:w="50" w:type="dxa"/>
              <w:bottom w:w="20" w:type="dxa"/>
              <w:right w:w="50" w:type="dxa"/>
            </w:tcMar>
          </w:tcPr>
          <w:p w14:paraId="32FE9853" w14:textId="77777777" w:rsidR="00292F36" w:rsidRDefault="00000000">
            <w:r>
              <w:rPr>
                <w:sz w:val="16"/>
              </w:rPr>
              <w:t>0.2151</w:t>
            </w:r>
          </w:p>
        </w:tc>
        <w:tc>
          <w:tcPr>
            <w:tcW w:w="1170" w:type="dxa"/>
            <w:tcMar>
              <w:top w:w="20" w:type="dxa"/>
              <w:left w:w="50" w:type="dxa"/>
              <w:bottom w:w="20" w:type="dxa"/>
              <w:right w:w="50" w:type="dxa"/>
            </w:tcMar>
          </w:tcPr>
          <w:p w14:paraId="6C2672DA" w14:textId="77777777" w:rsidR="00292F36" w:rsidRDefault="00000000">
            <w:r>
              <w:rPr>
                <w:sz w:val="16"/>
              </w:rPr>
              <w:t>0.6251</w:t>
            </w:r>
          </w:p>
        </w:tc>
        <w:tc>
          <w:tcPr>
            <w:tcW w:w="1170" w:type="dxa"/>
            <w:tcMar>
              <w:top w:w="20" w:type="dxa"/>
              <w:left w:w="50" w:type="dxa"/>
              <w:bottom w:w="20" w:type="dxa"/>
              <w:right w:w="50" w:type="dxa"/>
            </w:tcMar>
          </w:tcPr>
          <w:p w14:paraId="1A111912" w14:textId="77777777" w:rsidR="00292F36" w:rsidRDefault="00000000">
            <w:r>
              <w:rPr>
                <w:sz w:val="16"/>
              </w:rPr>
              <w:t>5.9e-05</w:t>
            </w:r>
          </w:p>
        </w:tc>
        <w:tc>
          <w:tcPr>
            <w:tcW w:w="1170" w:type="dxa"/>
            <w:tcMar>
              <w:top w:w="20" w:type="dxa"/>
              <w:left w:w="50" w:type="dxa"/>
              <w:bottom w:w="20" w:type="dxa"/>
              <w:right w:w="50" w:type="dxa"/>
            </w:tcMar>
          </w:tcPr>
          <w:p w14:paraId="1CFB9564" w14:textId="77777777" w:rsidR="00292F36" w:rsidRDefault="00000000">
            <w:r>
              <w:rPr>
                <w:sz w:val="16"/>
              </w:rPr>
              <w:t>***</w:t>
            </w:r>
          </w:p>
        </w:tc>
      </w:tr>
      <w:tr w:rsidR="00292F36" w14:paraId="0D979A91" w14:textId="77777777">
        <w:tc>
          <w:tcPr>
            <w:tcW w:w="1170" w:type="dxa"/>
            <w:tcMar>
              <w:top w:w="20" w:type="dxa"/>
              <w:left w:w="50" w:type="dxa"/>
              <w:bottom w:w="20" w:type="dxa"/>
              <w:right w:w="50" w:type="dxa"/>
            </w:tcMar>
          </w:tcPr>
          <w:p w14:paraId="3DE7B087" w14:textId="77777777" w:rsidR="00292F36" w:rsidRDefault="00000000">
            <w:r>
              <w:rPr>
                <w:sz w:val="16"/>
              </w:rPr>
              <w:t>Biomass</w:t>
            </w:r>
          </w:p>
        </w:tc>
        <w:tc>
          <w:tcPr>
            <w:tcW w:w="1170" w:type="dxa"/>
            <w:tcMar>
              <w:top w:w="20" w:type="dxa"/>
              <w:left w:w="50" w:type="dxa"/>
              <w:bottom w:w="20" w:type="dxa"/>
              <w:right w:w="50" w:type="dxa"/>
            </w:tcMar>
          </w:tcPr>
          <w:p w14:paraId="7C6C0A20" w14:textId="77777777" w:rsidR="00292F36" w:rsidRDefault="00000000">
            <w:r>
              <w:rPr>
                <w:sz w:val="16"/>
              </w:rPr>
              <w:t>Benthic PC2</w:t>
            </w:r>
          </w:p>
        </w:tc>
        <w:tc>
          <w:tcPr>
            <w:tcW w:w="1170" w:type="dxa"/>
            <w:tcMar>
              <w:top w:w="20" w:type="dxa"/>
              <w:left w:w="50" w:type="dxa"/>
              <w:bottom w:w="20" w:type="dxa"/>
              <w:right w:w="50" w:type="dxa"/>
            </w:tcMar>
          </w:tcPr>
          <w:p w14:paraId="57CD5AB8" w14:textId="77777777" w:rsidR="00292F36" w:rsidRDefault="00000000">
            <w:r>
              <w:rPr>
                <w:sz w:val="16"/>
              </w:rPr>
              <w:t>0.0962</w:t>
            </w:r>
          </w:p>
        </w:tc>
        <w:tc>
          <w:tcPr>
            <w:tcW w:w="1170" w:type="dxa"/>
            <w:tcMar>
              <w:top w:w="20" w:type="dxa"/>
              <w:left w:w="50" w:type="dxa"/>
              <w:bottom w:w="20" w:type="dxa"/>
              <w:right w:w="50" w:type="dxa"/>
            </w:tcMar>
          </w:tcPr>
          <w:p w14:paraId="7C1E30AA" w14:textId="77777777" w:rsidR="00292F36" w:rsidRDefault="00000000">
            <w:r>
              <w:rPr>
                <w:sz w:val="16"/>
              </w:rPr>
              <w:t>0.0946</w:t>
            </w:r>
          </w:p>
        </w:tc>
        <w:tc>
          <w:tcPr>
            <w:tcW w:w="1170" w:type="dxa"/>
            <w:tcMar>
              <w:top w:w="20" w:type="dxa"/>
              <w:left w:w="50" w:type="dxa"/>
              <w:bottom w:w="20" w:type="dxa"/>
              <w:right w:w="50" w:type="dxa"/>
            </w:tcMar>
          </w:tcPr>
          <w:p w14:paraId="2D3DD236" w14:textId="77777777" w:rsidR="00292F36" w:rsidRDefault="00000000">
            <w:r>
              <w:rPr>
                <w:sz w:val="16"/>
              </w:rPr>
              <w:t>-0.0892</w:t>
            </w:r>
          </w:p>
        </w:tc>
        <w:tc>
          <w:tcPr>
            <w:tcW w:w="1170" w:type="dxa"/>
            <w:tcMar>
              <w:top w:w="20" w:type="dxa"/>
              <w:left w:w="50" w:type="dxa"/>
              <w:bottom w:w="20" w:type="dxa"/>
              <w:right w:w="50" w:type="dxa"/>
            </w:tcMar>
          </w:tcPr>
          <w:p w14:paraId="37B61D09" w14:textId="77777777" w:rsidR="00292F36" w:rsidRDefault="00000000">
            <w:r>
              <w:rPr>
                <w:sz w:val="16"/>
              </w:rPr>
              <w:t>0.2816</w:t>
            </w:r>
          </w:p>
        </w:tc>
        <w:tc>
          <w:tcPr>
            <w:tcW w:w="1170" w:type="dxa"/>
            <w:tcMar>
              <w:top w:w="20" w:type="dxa"/>
              <w:left w:w="50" w:type="dxa"/>
              <w:bottom w:w="20" w:type="dxa"/>
              <w:right w:w="50" w:type="dxa"/>
            </w:tcMar>
          </w:tcPr>
          <w:p w14:paraId="6084BDAE" w14:textId="77777777" w:rsidR="00292F36" w:rsidRDefault="00000000">
            <w:r>
              <w:rPr>
                <w:sz w:val="16"/>
              </w:rPr>
              <w:t>0.309</w:t>
            </w:r>
          </w:p>
        </w:tc>
        <w:tc>
          <w:tcPr>
            <w:tcW w:w="1170" w:type="dxa"/>
            <w:tcMar>
              <w:top w:w="20" w:type="dxa"/>
              <w:left w:w="50" w:type="dxa"/>
              <w:bottom w:w="20" w:type="dxa"/>
              <w:right w:w="50" w:type="dxa"/>
            </w:tcMar>
          </w:tcPr>
          <w:p w14:paraId="5F6DAD20" w14:textId="77777777" w:rsidR="00292F36" w:rsidRDefault="00292F36"/>
        </w:tc>
      </w:tr>
      <w:tr w:rsidR="00292F36" w14:paraId="12834310" w14:textId="77777777">
        <w:tc>
          <w:tcPr>
            <w:tcW w:w="1170" w:type="dxa"/>
            <w:tcMar>
              <w:top w:w="20" w:type="dxa"/>
              <w:left w:w="50" w:type="dxa"/>
              <w:bottom w:w="20" w:type="dxa"/>
              <w:right w:w="50" w:type="dxa"/>
            </w:tcMar>
          </w:tcPr>
          <w:p w14:paraId="0C115C69" w14:textId="77777777" w:rsidR="00292F36" w:rsidRDefault="00000000">
            <w:r>
              <w:rPr>
                <w:sz w:val="16"/>
              </w:rPr>
              <w:t>Productivity</w:t>
            </w:r>
          </w:p>
        </w:tc>
        <w:tc>
          <w:tcPr>
            <w:tcW w:w="1170" w:type="dxa"/>
            <w:tcMar>
              <w:top w:w="20" w:type="dxa"/>
              <w:left w:w="50" w:type="dxa"/>
              <w:bottom w:w="20" w:type="dxa"/>
              <w:right w:w="50" w:type="dxa"/>
            </w:tcMar>
          </w:tcPr>
          <w:p w14:paraId="1112D04F" w14:textId="77777777" w:rsidR="00292F36" w:rsidRDefault="00000000">
            <w:r>
              <w:rPr>
                <w:sz w:val="16"/>
              </w:rPr>
              <w:t>Depth</w:t>
            </w:r>
          </w:p>
        </w:tc>
        <w:tc>
          <w:tcPr>
            <w:tcW w:w="1170" w:type="dxa"/>
            <w:tcMar>
              <w:top w:w="20" w:type="dxa"/>
              <w:left w:w="50" w:type="dxa"/>
              <w:bottom w:w="20" w:type="dxa"/>
              <w:right w:w="50" w:type="dxa"/>
            </w:tcMar>
          </w:tcPr>
          <w:p w14:paraId="19CE27F7" w14:textId="77777777" w:rsidR="00292F36" w:rsidRDefault="00000000">
            <w:r>
              <w:rPr>
                <w:sz w:val="16"/>
              </w:rPr>
              <w:t>-0.0846</w:t>
            </w:r>
          </w:p>
        </w:tc>
        <w:tc>
          <w:tcPr>
            <w:tcW w:w="1170" w:type="dxa"/>
            <w:tcMar>
              <w:top w:w="20" w:type="dxa"/>
              <w:left w:w="50" w:type="dxa"/>
              <w:bottom w:w="20" w:type="dxa"/>
              <w:right w:w="50" w:type="dxa"/>
            </w:tcMar>
          </w:tcPr>
          <w:p w14:paraId="14DFEA3A" w14:textId="77777777" w:rsidR="00292F36" w:rsidRDefault="00000000">
            <w:r>
              <w:rPr>
                <w:sz w:val="16"/>
              </w:rPr>
              <w:t>0.0801</w:t>
            </w:r>
          </w:p>
        </w:tc>
        <w:tc>
          <w:tcPr>
            <w:tcW w:w="1170" w:type="dxa"/>
            <w:tcMar>
              <w:top w:w="20" w:type="dxa"/>
              <w:left w:w="50" w:type="dxa"/>
              <w:bottom w:w="20" w:type="dxa"/>
              <w:right w:w="50" w:type="dxa"/>
            </w:tcMar>
          </w:tcPr>
          <w:p w14:paraId="6D296F16" w14:textId="77777777" w:rsidR="00292F36" w:rsidRDefault="00000000">
            <w:r>
              <w:rPr>
                <w:sz w:val="16"/>
              </w:rPr>
              <w:t>-0.2416</w:t>
            </w:r>
          </w:p>
        </w:tc>
        <w:tc>
          <w:tcPr>
            <w:tcW w:w="1170" w:type="dxa"/>
            <w:tcMar>
              <w:top w:w="20" w:type="dxa"/>
              <w:left w:w="50" w:type="dxa"/>
              <w:bottom w:w="20" w:type="dxa"/>
              <w:right w:w="50" w:type="dxa"/>
            </w:tcMar>
          </w:tcPr>
          <w:p w14:paraId="69978BC9" w14:textId="77777777" w:rsidR="00292F36" w:rsidRDefault="00000000">
            <w:r>
              <w:rPr>
                <w:sz w:val="16"/>
              </w:rPr>
              <w:t>0.0724</w:t>
            </w:r>
          </w:p>
        </w:tc>
        <w:tc>
          <w:tcPr>
            <w:tcW w:w="1170" w:type="dxa"/>
            <w:tcMar>
              <w:top w:w="20" w:type="dxa"/>
              <w:left w:w="50" w:type="dxa"/>
              <w:bottom w:w="20" w:type="dxa"/>
              <w:right w:w="50" w:type="dxa"/>
            </w:tcMar>
          </w:tcPr>
          <w:p w14:paraId="75DA9454" w14:textId="77777777" w:rsidR="00292F36" w:rsidRDefault="00000000">
            <w:r>
              <w:rPr>
                <w:sz w:val="16"/>
              </w:rPr>
              <w:t>0.291</w:t>
            </w:r>
          </w:p>
        </w:tc>
        <w:tc>
          <w:tcPr>
            <w:tcW w:w="1170" w:type="dxa"/>
            <w:tcMar>
              <w:top w:w="20" w:type="dxa"/>
              <w:left w:w="50" w:type="dxa"/>
              <w:bottom w:w="20" w:type="dxa"/>
              <w:right w:w="50" w:type="dxa"/>
            </w:tcMar>
          </w:tcPr>
          <w:p w14:paraId="5D795373" w14:textId="77777777" w:rsidR="00292F36" w:rsidRDefault="00292F36"/>
        </w:tc>
      </w:tr>
      <w:tr w:rsidR="00292F36" w14:paraId="6F516EB5" w14:textId="77777777">
        <w:tc>
          <w:tcPr>
            <w:tcW w:w="1170" w:type="dxa"/>
            <w:tcMar>
              <w:top w:w="20" w:type="dxa"/>
              <w:left w:w="50" w:type="dxa"/>
              <w:bottom w:w="20" w:type="dxa"/>
              <w:right w:w="50" w:type="dxa"/>
            </w:tcMar>
          </w:tcPr>
          <w:p w14:paraId="50B07FF3" w14:textId="77777777" w:rsidR="00292F36" w:rsidRDefault="00000000">
            <w:r>
              <w:rPr>
                <w:sz w:val="16"/>
              </w:rPr>
              <w:t>Productivity</w:t>
            </w:r>
          </w:p>
        </w:tc>
        <w:tc>
          <w:tcPr>
            <w:tcW w:w="1170" w:type="dxa"/>
            <w:tcMar>
              <w:top w:w="20" w:type="dxa"/>
              <w:left w:w="50" w:type="dxa"/>
              <w:bottom w:w="20" w:type="dxa"/>
              <w:right w:w="50" w:type="dxa"/>
            </w:tcMar>
          </w:tcPr>
          <w:p w14:paraId="1E295D87" w14:textId="77777777" w:rsidR="00292F36" w:rsidRDefault="00000000">
            <w:r>
              <w:rPr>
                <w:sz w:val="16"/>
              </w:rPr>
              <w:t>SST</w:t>
            </w:r>
          </w:p>
        </w:tc>
        <w:tc>
          <w:tcPr>
            <w:tcW w:w="1170" w:type="dxa"/>
            <w:tcMar>
              <w:top w:w="20" w:type="dxa"/>
              <w:left w:w="50" w:type="dxa"/>
              <w:bottom w:w="20" w:type="dxa"/>
              <w:right w:w="50" w:type="dxa"/>
            </w:tcMar>
          </w:tcPr>
          <w:p w14:paraId="33F5CC20" w14:textId="77777777" w:rsidR="00292F36" w:rsidRDefault="00000000">
            <w:r>
              <w:rPr>
                <w:sz w:val="16"/>
              </w:rPr>
              <w:t>0.1342</w:t>
            </w:r>
          </w:p>
        </w:tc>
        <w:tc>
          <w:tcPr>
            <w:tcW w:w="1170" w:type="dxa"/>
            <w:tcMar>
              <w:top w:w="20" w:type="dxa"/>
              <w:left w:w="50" w:type="dxa"/>
              <w:bottom w:w="20" w:type="dxa"/>
              <w:right w:w="50" w:type="dxa"/>
            </w:tcMar>
          </w:tcPr>
          <w:p w14:paraId="77A4B76C" w14:textId="77777777" w:rsidR="00292F36" w:rsidRDefault="00000000">
            <w:r>
              <w:rPr>
                <w:sz w:val="16"/>
              </w:rPr>
              <w:t>0.0608</w:t>
            </w:r>
          </w:p>
        </w:tc>
        <w:tc>
          <w:tcPr>
            <w:tcW w:w="1170" w:type="dxa"/>
            <w:tcMar>
              <w:top w:w="20" w:type="dxa"/>
              <w:left w:w="50" w:type="dxa"/>
              <w:bottom w:w="20" w:type="dxa"/>
              <w:right w:w="50" w:type="dxa"/>
            </w:tcMar>
          </w:tcPr>
          <w:p w14:paraId="051D953C" w14:textId="77777777" w:rsidR="00292F36" w:rsidRDefault="00000000">
            <w:r>
              <w:rPr>
                <w:sz w:val="16"/>
              </w:rPr>
              <w:t>0.015</w:t>
            </w:r>
          </w:p>
        </w:tc>
        <w:tc>
          <w:tcPr>
            <w:tcW w:w="1170" w:type="dxa"/>
            <w:tcMar>
              <w:top w:w="20" w:type="dxa"/>
              <w:left w:w="50" w:type="dxa"/>
              <w:bottom w:w="20" w:type="dxa"/>
              <w:right w:w="50" w:type="dxa"/>
            </w:tcMar>
          </w:tcPr>
          <w:p w14:paraId="5AF2E0F5" w14:textId="77777777" w:rsidR="00292F36" w:rsidRDefault="00000000">
            <w:r>
              <w:rPr>
                <w:sz w:val="16"/>
              </w:rPr>
              <w:t>0.2534</w:t>
            </w:r>
          </w:p>
        </w:tc>
        <w:tc>
          <w:tcPr>
            <w:tcW w:w="1170" w:type="dxa"/>
            <w:tcMar>
              <w:top w:w="20" w:type="dxa"/>
              <w:left w:w="50" w:type="dxa"/>
              <w:bottom w:w="20" w:type="dxa"/>
              <w:right w:w="50" w:type="dxa"/>
            </w:tcMar>
          </w:tcPr>
          <w:p w14:paraId="32ACFFC1" w14:textId="77777777" w:rsidR="00292F36" w:rsidRDefault="00000000">
            <w:r>
              <w:rPr>
                <w:sz w:val="16"/>
              </w:rPr>
              <w:t>0.0274</w:t>
            </w:r>
          </w:p>
        </w:tc>
        <w:tc>
          <w:tcPr>
            <w:tcW w:w="1170" w:type="dxa"/>
            <w:tcMar>
              <w:top w:w="20" w:type="dxa"/>
              <w:left w:w="50" w:type="dxa"/>
              <w:bottom w:w="20" w:type="dxa"/>
              <w:right w:w="50" w:type="dxa"/>
            </w:tcMar>
          </w:tcPr>
          <w:p w14:paraId="31DC6668" w14:textId="77777777" w:rsidR="00292F36" w:rsidRDefault="00000000">
            <w:r>
              <w:rPr>
                <w:sz w:val="16"/>
              </w:rPr>
              <w:t>*</w:t>
            </w:r>
          </w:p>
        </w:tc>
      </w:tr>
      <w:tr w:rsidR="00292F36" w14:paraId="50F6641D" w14:textId="77777777">
        <w:tc>
          <w:tcPr>
            <w:tcW w:w="1170" w:type="dxa"/>
            <w:tcMar>
              <w:top w:w="20" w:type="dxa"/>
              <w:left w:w="50" w:type="dxa"/>
              <w:bottom w:w="20" w:type="dxa"/>
              <w:right w:w="50" w:type="dxa"/>
            </w:tcMar>
          </w:tcPr>
          <w:p w14:paraId="2211082C" w14:textId="77777777" w:rsidR="00292F36" w:rsidRDefault="00000000">
            <w:r>
              <w:rPr>
                <w:sz w:val="16"/>
              </w:rPr>
              <w:t>Productivity</w:t>
            </w:r>
          </w:p>
        </w:tc>
        <w:tc>
          <w:tcPr>
            <w:tcW w:w="1170" w:type="dxa"/>
            <w:tcMar>
              <w:top w:w="20" w:type="dxa"/>
              <w:left w:w="50" w:type="dxa"/>
              <w:bottom w:w="20" w:type="dxa"/>
              <w:right w:w="50" w:type="dxa"/>
            </w:tcMar>
          </w:tcPr>
          <w:p w14:paraId="0273418D" w14:textId="77777777" w:rsidR="00292F36" w:rsidRDefault="00000000">
            <w:r>
              <w:rPr>
                <w:sz w:val="16"/>
              </w:rPr>
              <w:t>Chl-a</w:t>
            </w:r>
          </w:p>
        </w:tc>
        <w:tc>
          <w:tcPr>
            <w:tcW w:w="1170" w:type="dxa"/>
            <w:tcMar>
              <w:top w:w="20" w:type="dxa"/>
              <w:left w:w="50" w:type="dxa"/>
              <w:bottom w:w="20" w:type="dxa"/>
              <w:right w:w="50" w:type="dxa"/>
            </w:tcMar>
          </w:tcPr>
          <w:p w14:paraId="1AA66F3A" w14:textId="77777777" w:rsidR="00292F36" w:rsidRDefault="00000000">
            <w:r>
              <w:rPr>
                <w:sz w:val="16"/>
              </w:rPr>
              <w:t>-0.5116</w:t>
            </w:r>
          </w:p>
        </w:tc>
        <w:tc>
          <w:tcPr>
            <w:tcW w:w="1170" w:type="dxa"/>
            <w:tcMar>
              <w:top w:w="20" w:type="dxa"/>
              <w:left w:w="50" w:type="dxa"/>
              <w:bottom w:w="20" w:type="dxa"/>
              <w:right w:w="50" w:type="dxa"/>
            </w:tcMar>
          </w:tcPr>
          <w:p w14:paraId="7E05D5F7" w14:textId="77777777" w:rsidR="00292F36" w:rsidRDefault="00000000">
            <w:r>
              <w:rPr>
                <w:sz w:val="16"/>
              </w:rPr>
              <w:t>0.2621</w:t>
            </w:r>
          </w:p>
        </w:tc>
        <w:tc>
          <w:tcPr>
            <w:tcW w:w="1170" w:type="dxa"/>
            <w:tcMar>
              <w:top w:w="20" w:type="dxa"/>
              <w:left w:w="50" w:type="dxa"/>
              <w:bottom w:w="20" w:type="dxa"/>
              <w:right w:w="50" w:type="dxa"/>
            </w:tcMar>
          </w:tcPr>
          <w:p w14:paraId="40EE6A07" w14:textId="77777777" w:rsidR="00292F36" w:rsidRDefault="00000000">
            <w:r>
              <w:rPr>
                <w:sz w:val="16"/>
              </w:rPr>
              <w:t>-1.0253</w:t>
            </w:r>
          </w:p>
        </w:tc>
        <w:tc>
          <w:tcPr>
            <w:tcW w:w="1170" w:type="dxa"/>
            <w:tcMar>
              <w:top w:w="20" w:type="dxa"/>
              <w:left w:w="50" w:type="dxa"/>
              <w:bottom w:w="20" w:type="dxa"/>
              <w:right w:w="50" w:type="dxa"/>
            </w:tcMar>
          </w:tcPr>
          <w:p w14:paraId="15666DC8" w14:textId="77777777" w:rsidR="00292F36" w:rsidRDefault="00000000">
            <w:r>
              <w:rPr>
                <w:sz w:val="16"/>
              </w:rPr>
              <w:t>0.0021</w:t>
            </w:r>
          </w:p>
        </w:tc>
        <w:tc>
          <w:tcPr>
            <w:tcW w:w="1170" w:type="dxa"/>
            <w:tcMar>
              <w:top w:w="20" w:type="dxa"/>
              <w:left w:w="50" w:type="dxa"/>
              <w:bottom w:w="20" w:type="dxa"/>
              <w:right w:w="50" w:type="dxa"/>
            </w:tcMar>
          </w:tcPr>
          <w:p w14:paraId="158E3FF7" w14:textId="77777777" w:rsidR="00292F36" w:rsidRDefault="00000000">
            <w:r>
              <w:rPr>
                <w:sz w:val="16"/>
              </w:rPr>
              <w:t>0.0509</w:t>
            </w:r>
          </w:p>
        </w:tc>
        <w:tc>
          <w:tcPr>
            <w:tcW w:w="1170" w:type="dxa"/>
            <w:tcMar>
              <w:top w:w="20" w:type="dxa"/>
              <w:left w:w="50" w:type="dxa"/>
              <w:bottom w:w="20" w:type="dxa"/>
              <w:right w:w="50" w:type="dxa"/>
            </w:tcMar>
          </w:tcPr>
          <w:p w14:paraId="0D38A3F3" w14:textId="77777777" w:rsidR="00292F36" w:rsidRDefault="00000000">
            <w:r>
              <w:rPr>
                <w:sz w:val="16"/>
              </w:rPr>
              <w:t>.</w:t>
            </w:r>
          </w:p>
        </w:tc>
      </w:tr>
      <w:tr w:rsidR="00292F36" w14:paraId="5DC60C5F" w14:textId="77777777">
        <w:tc>
          <w:tcPr>
            <w:tcW w:w="1170" w:type="dxa"/>
            <w:tcMar>
              <w:top w:w="20" w:type="dxa"/>
              <w:left w:w="50" w:type="dxa"/>
              <w:bottom w:w="20" w:type="dxa"/>
              <w:right w:w="50" w:type="dxa"/>
            </w:tcMar>
          </w:tcPr>
          <w:p w14:paraId="176B8747" w14:textId="77777777" w:rsidR="00292F36" w:rsidRDefault="00000000">
            <w:r>
              <w:rPr>
                <w:sz w:val="16"/>
              </w:rPr>
              <w:t>Productivity</w:t>
            </w:r>
          </w:p>
        </w:tc>
        <w:tc>
          <w:tcPr>
            <w:tcW w:w="1170" w:type="dxa"/>
            <w:tcMar>
              <w:top w:w="20" w:type="dxa"/>
              <w:left w:w="50" w:type="dxa"/>
              <w:bottom w:w="20" w:type="dxa"/>
              <w:right w:w="50" w:type="dxa"/>
            </w:tcMar>
          </w:tcPr>
          <w:p w14:paraId="133160FF" w14:textId="77777777" w:rsidR="00292F36" w:rsidRDefault="00000000">
            <w:r>
              <w:rPr>
                <w:sz w:val="16"/>
              </w:rPr>
              <w:t>Benthic PC1</w:t>
            </w:r>
          </w:p>
        </w:tc>
        <w:tc>
          <w:tcPr>
            <w:tcW w:w="1170" w:type="dxa"/>
            <w:tcMar>
              <w:top w:w="20" w:type="dxa"/>
              <w:left w:w="50" w:type="dxa"/>
              <w:bottom w:w="20" w:type="dxa"/>
              <w:right w:w="50" w:type="dxa"/>
            </w:tcMar>
          </w:tcPr>
          <w:p w14:paraId="6862E4EF" w14:textId="77777777" w:rsidR="00292F36" w:rsidRDefault="00000000">
            <w:r>
              <w:rPr>
                <w:sz w:val="16"/>
              </w:rPr>
              <w:t>0.4014</w:t>
            </w:r>
          </w:p>
        </w:tc>
        <w:tc>
          <w:tcPr>
            <w:tcW w:w="1170" w:type="dxa"/>
            <w:tcMar>
              <w:top w:w="20" w:type="dxa"/>
              <w:left w:w="50" w:type="dxa"/>
              <w:bottom w:w="20" w:type="dxa"/>
              <w:right w:w="50" w:type="dxa"/>
            </w:tcMar>
          </w:tcPr>
          <w:p w14:paraId="34F59DE9" w14:textId="77777777" w:rsidR="00292F36" w:rsidRDefault="00000000">
            <w:r>
              <w:rPr>
                <w:sz w:val="16"/>
              </w:rPr>
              <w:t>0.0972</w:t>
            </w:r>
          </w:p>
        </w:tc>
        <w:tc>
          <w:tcPr>
            <w:tcW w:w="1170" w:type="dxa"/>
            <w:tcMar>
              <w:top w:w="20" w:type="dxa"/>
              <w:left w:w="50" w:type="dxa"/>
              <w:bottom w:w="20" w:type="dxa"/>
              <w:right w:w="50" w:type="dxa"/>
            </w:tcMar>
          </w:tcPr>
          <w:p w14:paraId="4DB7BB80" w14:textId="77777777" w:rsidR="00292F36" w:rsidRDefault="00000000">
            <w:r>
              <w:rPr>
                <w:sz w:val="16"/>
              </w:rPr>
              <w:t>0.2109</w:t>
            </w:r>
          </w:p>
        </w:tc>
        <w:tc>
          <w:tcPr>
            <w:tcW w:w="1170" w:type="dxa"/>
            <w:tcMar>
              <w:top w:w="20" w:type="dxa"/>
              <w:left w:w="50" w:type="dxa"/>
              <w:bottom w:w="20" w:type="dxa"/>
              <w:right w:w="50" w:type="dxa"/>
            </w:tcMar>
          </w:tcPr>
          <w:p w14:paraId="1CA0FEC2" w14:textId="77777777" w:rsidR="00292F36" w:rsidRDefault="00000000">
            <w:r>
              <w:rPr>
                <w:sz w:val="16"/>
              </w:rPr>
              <w:t>0.5919</w:t>
            </w:r>
          </w:p>
        </w:tc>
        <w:tc>
          <w:tcPr>
            <w:tcW w:w="1170" w:type="dxa"/>
            <w:tcMar>
              <w:top w:w="20" w:type="dxa"/>
              <w:left w:w="50" w:type="dxa"/>
              <w:bottom w:w="20" w:type="dxa"/>
              <w:right w:w="50" w:type="dxa"/>
            </w:tcMar>
          </w:tcPr>
          <w:p w14:paraId="675A2979" w14:textId="77777777" w:rsidR="00292F36" w:rsidRDefault="00000000">
            <w:r>
              <w:rPr>
                <w:sz w:val="16"/>
              </w:rPr>
              <w:t>3.66e-05</w:t>
            </w:r>
          </w:p>
        </w:tc>
        <w:tc>
          <w:tcPr>
            <w:tcW w:w="1170" w:type="dxa"/>
            <w:tcMar>
              <w:top w:w="20" w:type="dxa"/>
              <w:left w:w="50" w:type="dxa"/>
              <w:bottom w:w="20" w:type="dxa"/>
              <w:right w:w="50" w:type="dxa"/>
            </w:tcMar>
          </w:tcPr>
          <w:p w14:paraId="08F5EE5D" w14:textId="77777777" w:rsidR="00292F36" w:rsidRDefault="00000000">
            <w:r>
              <w:rPr>
                <w:sz w:val="16"/>
              </w:rPr>
              <w:t>***</w:t>
            </w:r>
          </w:p>
        </w:tc>
      </w:tr>
      <w:tr w:rsidR="00292F36" w14:paraId="11848ED7" w14:textId="77777777">
        <w:tc>
          <w:tcPr>
            <w:tcW w:w="1170" w:type="dxa"/>
            <w:tcMar>
              <w:top w:w="20" w:type="dxa"/>
              <w:left w:w="50" w:type="dxa"/>
              <w:bottom w:w="20" w:type="dxa"/>
              <w:right w:w="50" w:type="dxa"/>
            </w:tcMar>
          </w:tcPr>
          <w:p w14:paraId="11D58742" w14:textId="77777777" w:rsidR="00292F36" w:rsidRDefault="00000000">
            <w:r>
              <w:rPr>
                <w:sz w:val="16"/>
              </w:rPr>
              <w:t>Productivity</w:t>
            </w:r>
          </w:p>
        </w:tc>
        <w:tc>
          <w:tcPr>
            <w:tcW w:w="1170" w:type="dxa"/>
            <w:tcMar>
              <w:top w:w="20" w:type="dxa"/>
              <w:left w:w="50" w:type="dxa"/>
              <w:bottom w:w="20" w:type="dxa"/>
              <w:right w:w="50" w:type="dxa"/>
            </w:tcMar>
          </w:tcPr>
          <w:p w14:paraId="47B2B449" w14:textId="77777777" w:rsidR="00292F36" w:rsidRDefault="00000000">
            <w:r>
              <w:rPr>
                <w:sz w:val="16"/>
              </w:rPr>
              <w:t>Benthic PC2</w:t>
            </w:r>
          </w:p>
        </w:tc>
        <w:tc>
          <w:tcPr>
            <w:tcW w:w="1170" w:type="dxa"/>
            <w:tcMar>
              <w:top w:w="20" w:type="dxa"/>
              <w:left w:w="50" w:type="dxa"/>
              <w:bottom w:w="20" w:type="dxa"/>
              <w:right w:w="50" w:type="dxa"/>
            </w:tcMar>
          </w:tcPr>
          <w:p w14:paraId="2DBB2F09" w14:textId="77777777" w:rsidR="00292F36" w:rsidRDefault="00000000">
            <w:r>
              <w:rPr>
                <w:sz w:val="16"/>
              </w:rPr>
              <w:t>0.04</w:t>
            </w:r>
          </w:p>
        </w:tc>
        <w:tc>
          <w:tcPr>
            <w:tcW w:w="1170" w:type="dxa"/>
            <w:tcMar>
              <w:top w:w="20" w:type="dxa"/>
              <w:left w:w="50" w:type="dxa"/>
              <w:bottom w:w="20" w:type="dxa"/>
              <w:right w:w="50" w:type="dxa"/>
            </w:tcMar>
          </w:tcPr>
          <w:p w14:paraId="01082FEF" w14:textId="77777777" w:rsidR="00292F36" w:rsidRDefault="00000000">
            <w:r>
              <w:rPr>
                <w:sz w:val="16"/>
              </w:rPr>
              <w:t>0.0957</w:t>
            </w:r>
          </w:p>
        </w:tc>
        <w:tc>
          <w:tcPr>
            <w:tcW w:w="1170" w:type="dxa"/>
            <w:tcMar>
              <w:top w:w="20" w:type="dxa"/>
              <w:left w:w="50" w:type="dxa"/>
              <w:bottom w:w="20" w:type="dxa"/>
              <w:right w:w="50" w:type="dxa"/>
            </w:tcMar>
          </w:tcPr>
          <w:p w14:paraId="32239820" w14:textId="77777777" w:rsidR="00292F36" w:rsidRDefault="00000000">
            <w:r>
              <w:rPr>
                <w:sz w:val="16"/>
              </w:rPr>
              <w:t>-0.1476</w:t>
            </w:r>
          </w:p>
        </w:tc>
        <w:tc>
          <w:tcPr>
            <w:tcW w:w="1170" w:type="dxa"/>
            <w:tcMar>
              <w:top w:w="20" w:type="dxa"/>
              <w:left w:w="50" w:type="dxa"/>
              <w:bottom w:w="20" w:type="dxa"/>
              <w:right w:w="50" w:type="dxa"/>
            </w:tcMar>
          </w:tcPr>
          <w:p w14:paraId="1A8FD53A" w14:textId="77777777" w:rsidR="00292F36" w:rsidRDefault="00000000">
            <w:r>
              <w:rPr>
                <w:sz w:val="16"/>
              </w:rPr>
              <w:t>0.2276</w:t>
            </w:r>
          </w:p>
        </w:tc>
        <w:tc>
          <w:tcPr>
            <w:tcW w:w="1170" w:type="dxa"/>
            <w:tcMar>
              <w:top w:w="20" w:type="dxa"/>
              <w:left w:w="50" w:type="dxa"/>
              <w:bottom w:w="20" w:type="dxa"/>
              <w:right w:w="50" w:type="dxa"/>
            </w:tcMar>
          </w:tcPr>
          <w:p w14:paraId="1AF3C9A2" w14:textId="77777777" w:rsidR="00292F36" w:rsidRDefault="00000000">
            <w:r>
              <w:rPr>
                <w:sz w:val="16"/>
              </w:rPr>
              <w:t>0.676</w:t>
            </w:r>
          </w:p>
        </w:tc>
        <w:tc>
          <w:tcPr>
            <w:tcW w:w="1170" w:type="dxa"/>
            <w:tcMar>
              <w:top w:w="20" w:type="dxa"/>
              <w:left w:w="50" w:type="dxa"/>
              <w:bottom w:w="20" w:type="dxa"/>
              <w:right w:w="50" w:type="dxa"/>
            </w:tcMar>
          </w:tcPr>
          <w:p w14:paraId="158B067C" w14:textId="77777777" w:rsidR="00292F36" w:rsidRDefault="00292F36"/>
        </w:tc>
      </w:tr>
      <w:tr w:rsidR="00292F36" w14:paraId="0CBD95D5" w14:textId="77777777">
        <w:tc>
          <w:tcPr>
            <w:tcW w:w="1170" w:type="dxa"/>
            <w:tcMar>
              <w:top w:w="20" w:type="dxa"/>
              <w:left w:w="50" w:type="dxa"/>
              <w:bottom w:w="20" w:type="dxa"/>
              <w:right w:w="50" w:type="dxa"/>
            </w:tcMar>
          </w:tcPr>
          <w:p w14:paraId="25688A63" w14:textId="77777777" w:rsidR="00292F36" w:rsidRDefault="00000000">
            <w:r>
              <w:rPr>
                <w:sz w:val="16"/>
              </w:rPr>
              <w:t>Turnover</w:t>
            </w:r>
          </w:p>
        </w:tc>
        <w:tc>
          <w:tcPr>
            <w:tcW w:w="1170" w:type="dxa"/>
            <w:tcMar>
              <w:top w:w="20" w:type="dxa"/>
              <w:left w:w="50" w:type="dxa"/>
              <w:bottom w:w="20" w:type="dxa"/>
              <w:right w:w="50" w:type="dxa"/>
            </w:tcMar>
          </w:tcPr>
          <w:p w14:paraId="3691C39B" w14:textId="77777777" w:rsidR="00292F36" w:rsidRDefault="00000000">
            <w:r>
              <w:rPr>
                <w:sz w:val="16"/>
              </w:rPr>
              <w:t>Depth</w:t>
            </w:r>
          </w:p>
        </w:tc>
        <w:tc>
          <w:tcPr>
            <w:tcW w:w="1170" w:type="dxa"/>
            <w:tcMar>
              <w:top w:w="20" w:type="dxa"/>
              <w:left w:w="50" w:type="dxa"/>
              <w:bottom w:w="20" w:type="dxa"/>
              <w:right w:w="50" w:type="dxa"/>
            </w:tcMar>
          </w:tcPr>
          <w:p w14:paraId="1109E605" w14:textId="77777777" w:rsidR="00292F36" w:rsidRDefault="00000000">
            <w:r>
              <w:rPr>
                <w:sz w:val="16"/>
              </w:rPr>
              <w:t>-0.1685</w:t>
            </w:r>
          </w:p>
        </w:tc>
        <w:tc>
          <w:tcPr>
            <w:tcW w:w="1170" w:type="dxa"/>
            <w:tcMar>
              <w:top w:w="20" w:type="dxa"/>
              <w:left w:w="50" w:type="dxa"/>
              <w:bottom w:w="20" w:type="dxa"/>
              <w:right w:w="50" w:type="dxa"/>
            </w:tcMar>
          </w:tcPr>
          <w:p w14:paraId="43C9FB5F" w14:textId="77777777" w:rsidR="00292F36" w:rsidRDefault="00000000">
            <w:r>
              <w:rPr>
                <w:sz w:val="16"/>
              </w:rPr>
              <w:t>0.0638</w:t>
            </w:r>
          </w:p>
        </w:tc>
        <w:tc>
          <w:tcPr>
            <w:tcW w:w="1170" w:type="dxa"/>
            <w:tcMar>
              <w:top w:w="20" w:type="dxa"/>
              <w:left w:w="50" w:type="dxa"/>
              <w:bottom w:w="20" w:type="dxa"/>
              <w:right w:w="50" w:type="dxa"/>
            </w:tcMar>
          </w:tcPr>
          <w:p w14:paraId="36BD5623" w14:textId="77777777" w:rsidR="00292F36" w:rsidRDefault="00000000">
            <w:r>
              <w:rPr>
                <w:sz w:val="16"/>
              </w:rPr>
              <w:t>-0.2935</w:t>
            </w:r>
          </w:p>
        </w:tc>
        <w:tc>
          <w:tcPr>
            <w:tcW w:w="1170" w:type="dxa"/>
            <w:tcMar>
              <w:top w:w="20" w:type="dxa"/>
              <w:left w:w="50" w:type="dxa"/>
              <w:bottom w:w="20" w:type="dxa"/>
              <w:right w:w="50" w:type="dxa"/>
            </w:tcMar>
          </w:tcPr>
          <w:p w14:paraId="189E4267" w14:textId="77777777" w:rsidR="00292F36" w:rsidRDefault="00000000">
            <w:r>
              <w:rPr>
                <w:sz w:val="16"/>
              </w:rPr>
              <w:t>-0.0435</w:t>
            </w:r>
          </w:p>
        </w:tc>
        <w:tc>
          <w:tcPr>
            <w:tcW w:w="1170" w:type="dxa"/>
            <w:tcMar>
              <w:top w:w="20" w:type="dxa"/>
              <w:left w:w="50" w:type="dxa"/>
              <w:bottom w:w="20" w:type="dxa"/>
              <w:right w:w="50" w:type="dxa"/>
            </w:tcMar>
          </w:tcPr>
          <w:p w14:paraId="0A661A0D" w14:textId="77777777" w:rsidR="00292F36" w:rsidRDefault="00000000">
            <w:r>
              <w:rPr>
                <w:sz w:val="16"/>
              </w:rPr>
              <w:t>0.00823</w:t>
            </w:r>
          </w:p>
        </w:tc>
        <w:tc>
          <w:tcPr>
            <w:tcW w:w="1170" w:type="dxa"/>
            <w:tcMar>
              <w:top w:w="20" w:type="dxa"/>
              <w:left w:w="50" w:type="dxa"/>
              <w:bottom w:w="20" w:type="dxa"/>
              <w:right w:w="50" w:type="dxa"/>
            </w:tcMar>
          </w:tcPr>
          <w:p w14:paraId="0A0213C8" w14:textId="77777777" w:rsidR="00292F36" w:rsidRDefault="00000000">
            <w:r>
              <w:rPr>
                <w:sz w:val="16"/>
              </w:rPr>
              <w:t>**</w:t>
            </w:r>
          </w:p>
        </w:tc>
      </w:tr>
      <w:tr w:rsidR="00292F36" w14:paraId="3EEA1D78" w14:textId="77777777">
        <w:tc>
          <w:tcPr>
            <w:tcW w:w="1170" w:type="dxa"/>
            <w:tcMar>
              <w:top w:w="20" w:type="dxa"/>
              <w:left w:w="50" w:type="dxa"/>
              <w:bottom w:w="20" w:type="dxa"/>
              <w:right w:w="50" w:type="dxa"/>
            </w:tcMar>
          </w:tcPr>
          <w:p w14:paraId="6029CC5E" w14:textId="77777777" w:rsidR="00292F36" w:rsidRDefault="00000000">
            <w:r>
              <w:rPr>
                <w:sz w:val="16"/>
              </w:rPr>
              <w:t>Turnover</w:t>
            </w:r>
          </w:p>
        </w:tc>
        <w:tc>
          <w:tcPr>
            <w:tcW w:w="1170" w:type="dxa"/>
            <w:tcMar>
              <w:top w:w="20" w:type="dxa"/>
              <w:left w:w="50" w:type="dxa"/>
              <w:bottom w:w="20" w:type="dxa"/>
              <w:right w:w="50" w:type="dxa"/>
            </w:tcMar>
          </w:tcPr>
          <w:p w14:paraId="3E9210A2" w14:textId="77777777" w:rsidR="00292F36" w:rsidRDefault="00000000">
            <w:r>
              <w:rPr>
                <w:sz w:val="16"/>
              </w:rPr>
              <w:t>SST</w:t>
            </w:r>
          </w:p>
        </w:tc>
        <w:tc>
          <w:tcPr>
            <w:tcW w:w="1170" w:type="dxa"/>
            <w:tcMar>
              <w:top w:w="20" w:type="dxa"/>
              <w:left w:w="50" w:type="dxa"/>
              <w:bottom w:w="20" w:type="dxa"/>
              <w:right w:w="50" w:type="dxa"/>
            </w:tcMar>
          </w:tcPr>
          <w:p w14:paraId="0494F291" w14:textId="77777777" w:rsidR="00292F36" w:rsidRDefault="00000000">
            <w:r>
              <w:rPr>
                <w:sz w:val="16"/>
              </w:rPr>
              <w:t>0.0258</w:t>
            </w:r>
          </w:p>
        </w:tc>
        <w:tc>
          <w:tcPr>
            <w:tcW w:w="1170" w:type="dxa"/>
            <w:tcMar>
              <w:top w:w="20" w:type="dxa"/>
              <w:left w:w="50" w:type="dxa"/>
              <w:bottom w:w="20" w:type="dxa"/>
              <w:right w:w="50" w:type="dxa"/>
            </w:tcMar>
          </w:tcPr>
          <w:p w14:paraId="612A64BD" w14:textId="77777777" w:rsidR="00292F36" w:rsidRDefault="00000000">
            <w:r>
              <w:rPr>
                <w:sz w:val="16"/>
              </w:rPr>
              <w:t>0.0657</w:t>
            </w:r>
          </w:p>
        </w:tc>
        <w:tc>
          <w:tcPr>
            <w:tcW w:w="1170" w:type="dxa"/>
            <w:tcMar>
              <w:top w:w="20" w:type="dxa"/>
              <w:left w:w="50" w:type="dxa"/>
              <w:bottom w:w="20" w:type="dxa"/>
              <w:right w:w="50" w:type="dxa"/>
            </w:tcMar>
          </w:tcPr>
          <w:p w14:paraId="32678C1D" w14:textId="77777777" w:rsidR="00292F36" w:rsidRDefault="00000000">
            <w:r>
              <w:rPr>
                <w:sz w:val="16"/>
              </w:rPr>
              <w:t>-0.103</w:t>
            </w:r>
          </w:p>
        </w:tc>
        <w:tc>
          <w:tcPr>
            <w:tcW w:w="1170" w:type="dxa"/>
            <w:tcMar>
              <w:top w:w="20" w:type="dxa"/>
              <w:left w:w="50" w:type="dxa"/>
              <w:bottom w:w="20" w:type="dxa"/>
              <w:right w:w="50" w:type="dxa"/>
            </w:tcMar>
          </w:tcPr>
          <w:p w14:paraId="49770C20" w14:textId="77777777" w:rsidR="00292F36" w:rsidRDefault="00000000">
            <w:r>
              <w:rPr>
                <w:sz w:val="16"/>
              </w:rPr>
              <w:t>0.1546</w:t>
            </w:r>
          </w:p>
        </w:tc>
        <w:tc>
          <w:tcPr>
            <w:tcW w:w="1170" w:type="dxa"/>
            <w:tcMar>
              <w:top w:w="20" w:type="dxa"/>
              <w:left w:w="50" w:type="dxa"/>
              <w:bottom w:w="20" w:type="dxa"/>
              <w:right w:w="50" w:type="dxa"/>
            </w:tcMar>
          </w:tcPr>
          <w:p w14:paraId="77190E6C" w14:textId="77777777" w:rsidR="00292F36" w:rsidRDefault="00000000">
            <w:r>
              <w:rPr>
                <w:sz w:val="16"/>
              </w:rPr>
              <w:t>0.695</w:t>
            </w:r>
          </w:p>
        </w:tc>
        <w:tc>
          <w:tcPr>
            <w:tcW w:w="1170" w:type="dxa"/>
            <w:tcMar>
              <w:top w:w="20" w:type="dxa"/>
              <w:left w:w="50" w:type="dxa"/>
              <w:bottom w:w="20" w:type="dxa"/>
              <w:right w:w="50" w:type="dxa"/>
            </w:tcMar>
          </w:tcPr>
          <w:p w14:paraId="174B4D88" w14:textId="77777777" w:rsidR="00292F36" w:rsidRDefault="00292F36"/>
        </w:tc>
      </w:tr>
      <w:tr w:rsidR="00292F36" w14:paraId="55716EE9" w14:textId="77777777">
        <w:tc>
          <w:tcPr>
            <w:tcW w:w="1170" w:type="dxa"/>
            <w:tcMar>
              <w:top w:w="20" w:type="dxa"/>
              <w:left w:w="50" w:type="dxa"/>
              <w:bottom w:w="20" w:type="dxa"/>
              <w:right w:w="50" w:type="dxa"/>
            </w:tcMar>
          </w:tcPr>
          <w:p w14:paraId="36794DE0" w14:textId="77777777" w:rsidR="00292F36" w:rsidRDefault="00000000">
            <w:r>
              <w:rPr>
                <w:sz w:val="16"/>
              </w:rPr>
              <w:t>Turnover</w:t>
            </w:r>
          </w:p>
        </w:tc>
        <w:tc>
          <w:tcPr>
            <w:tcW w:w="1170" w:type="dxa"/>
            <w:tcMar>
              <w:top w:w="20" w:type="dxa"/>
              <w:left w:w="50" w:type="dxa"/>
              <w:bottom w:w="20" w:type="dxa"/>
              <w:right w:w="50" w:type="dxa"/>
            </w:tcMar>
          </w:tcPr>
          <w:p w14:paraId="66AD5693" w14:textId="77777777" w:rsidR="00292F36" w:rsidRDefault="00000000">
            <w:r>
              <w:rPr>
                <w:sz w:val="16"/>
              </w:rPr>
              <w:t>Chl-a</w:t>
            </w:r>
          </w:p>
        </w:tc>
        <w:tc>
          <w:tcPr>
            <w:tcW w:w="1170" w:type="dxa"/>
            <w:tcMar>
              <w:top w:w="20" w:type="dxa"/>
              <w:left w:w="50" w:type="dxa"/>
              <w:bottom w:w="20" w:type="dxa"/>
              <w:right w:w="50" w:type="dxa"/>
            </w:tcMar>
          </w:tcPr>
          <w:p w14:paraId="22DF3B31" w14:textId="77777777" w:rsidR="00292F36" w:rsidRDefault="00000000">
            <w:r>
              <w:rPr>
                <w:sz w:val="16"/>
              </w:rPr>
              <w:t>-0.1031</w:t>
            </w:r>
          </w:p>
        </w:tc>
        <w:tc>
          <w:tcPr>
            <w:tcW w:w="1170" w:type="dxa"/>
            <w:tcMar>
              <w:top w:w="20" w:type="dxa"/>
              <w:left w:w="50" w:type="dxa"/>
              <w:bottom w:w="20" w:type="dxa"/>
              <w:right w:w="50" w:type="dxa"/>
            </w:tcMar>
          </w:tcPr>
          <w:p w14:paraId="68EE8EF4" w14:textId="77777777" w:rsidR="00292F36" w:rsidRDefault="00000000">
            <w:r>
              <w:rPr>
                <w:sz w:val="16"/>
              </w:rPr>
              <w:t>0.2642</w:t>
            </w:r>
          </w:p>
        </w:tc>
        <w:tc>
          <w:tcPr>
            <w:tcW w:w="1170" w:type="dxa"/>
            <w:tcMar>
              <w:top w:w="20" w:type="dxa"/>
              <w:left w:w="50" w:type="dxa"/>
              <w:bottom w:w="20" w:type="dxa"/>
              <w:right w:w="50" w:type="dxa"/>
            </w:tcMar>
          </w:tcPr>
          <w:p w14:paraId="22EF23C6" w14:textId="77777777" w:rsidR="00292F36" w:rsidRDefault="00000000">
            <w:r>
              <w:rPr>
                <w:sz w:val="16"/>
              </w:rPr>
              <w:t>-0.6209</w:t>
            </w:r>
          </w:p>
        </w:tc>
        <w:tc>
          <w:tcPr>
            <w:tcW w:w="1170" w:type="dxa"/>
            <w:tcMar>
              <w:top w:w="20" w:type="dxa"/>
              <w:left w:w="50" w:type="dxa"/>
              <w:bottom w:w="20" w:type="dxa"/>
              <w:right w:w="50" w:type="dxa"/>
            </w:tcMar>
          </w:tcPr>
          <w:p w14:paraId="4B3C2371" w14:textId="77777777" w:rsidR="00292F36" w:rsidRDefault="00000000">
            <w:r>
              <w:rPr>
                <w:sz w:val="16"/>
              </w:rPr>
              <w:t>0.4147</w:t>
            </w:r>
          </w:p>
        </w:tc>
        <w:tc>
          <w:tcPr>
            <w:tcW w:w="1170" w:type="dxa"/>
            <w:tcMar>
              <w:top w:w="20" w:type="dxa"/>
              <w:left w:w="50" w:type="dxa"/>
              <w:bottom w:w="20" w:type="dxa"/>
              <w:right w:w="50" w:type="dxa"/>
            </w:tcMar>
          </w:tcPr>
          <w:p w14:paraId="5D288EF3" w14:textId="77777777" w:rsidR="00292F36" w:rsidRDefault="00000000">
            <w:r>
              <w:rPr>
                <w:sz w:val="16"/>
              </w:rPr>
              <w:t>0.696</w:t>
            </w:r>
          </w:p>
        </w:tc>
        <w:tc>
          <w:tcPr>
            <w:tcW w:w="1170" w:type="dxa"/>
            <w:tcMar>
              <w:top w:w="20" w:type="dxa"/>
              <w:left w:w="50" w:type="dxa"/>
              <w:bottom w:w="20" w:type="dxa"/>
              <w:right w:w="50" w:type="dxa"/>
            </w:tcMar>
          </w:tcPr>
          <w:p w14:paraId="7800E581" w14:textId="77777777" w:rsidR="00292F36" w:rsidRDefault="00292F36"/>
        </w:tc>
      </w:tr>
      <w:tr w:rsidR="00292F36" w14:paraId="57F23507" w14:textId="77777777">
        <w:tc>
          <w:tcPr>
            <w:tcW w:w="1170" w:type="dxa"/>
            <w:tcMar>
              <w:top w:w="20" w:type="dxa"/>
              <w:left w:w="50" w:type="dxa"/>
              <w:bottom w:w="20" w:type="dxa"/>
              <w:right w:w="50" w:type="dxa"/>
            </w:tcMar>
          </w:tcPr>
          <w:p w14:paraId="7BB8D3CE" w14:textId="77777777" w:rsidR="00292F36" w:rsidRDefault="00000000">
            <w:r>
              <w:rPr>
                <w:sz w:val="16"/>
              </w:rPr>
              <w:t>Turnover</w:t>
            </w:r>
          </w:p>
        </w:tc>
        <w:tc>
          <w:tcPr>
            <w:tcW w:w="1170" w:type="dxa"/>
            <w:tcMar>
              <w:top w:w="20" w:type="dxa"/>
              <w:left w:w="50" w:type="dxa"/>
              <w:bottom w:w="20" w:type="dxa"/>
              <w:right w:w="50" w:type="dxa"/>
            </w:tcMar>
          </w:tcPr>
          <w:p w14:paraId="7CA28D01" w14:textId="77777777" w:rsidR="00292F36" w:rsidRDefault="00000000">
            <w:r>
              <w:rPr>
                <w:sz w:val="16"/>
              </w:rPr>
              <w:t>Benthic PC1</w:t>
            </w:r>
          </w:p>
        </w:tc>
        <w:tc>
          <w:tcPr>
            <w:tcW w:w="1170" w:type="dxa"/>
            <w:tcMar>
              <w:top w:w="20" w:type="dxa"/>
              <w:left w:w="50" w:type="dxa"/>
              <w:bottom w:w="20" w:type="dxa"/>
              <w:right w:w="50" w:type="dxa"/>
            </w:tcMar>
          </w:tcPr>
          <w:p w14:paraId="03085348" w14:textId="77777777" w:rsidR="00292F36" w:rsidRDefault="00000000">
            <w:r>
              <w:rPr>
                <w:sz w:val="16"/>
              </w:rPr>
              <w:t>0.0338</w:t>
            </w:r>
          </w:p>
        </w:tc>
        <w:tc>
          <w:tcPr>
            <w:tcW w:w="1170" w:type="dxa"/>
            <w:tcMar>
              <w:top w:w="20" w:type="dxa"/>
              <w:left w:w="50" w:type="dxa"/>
              <w:bottom w:w="20" w:type="dxa"/>
              <w:right w:w="50" w:type="dxa"/>
            </w:tcMar>
          </w:tcPr>
          <w:p w14:paraId="716FA4A1" w14:textId="77777777" w:rsidR="00292F36" w:rsidRDefault="00000000">
            <w:r>
              <w:rPr>
                <w:sz w:val="16"/>
              </w:rPr>
              <w:t>0.0954</w:t>
            </w:r>
          </w:p>
        </w:tc>
        <w:tc>
          <w:tcPr>
            <w:tcW w:w="1170" w:type="dxa"/>
            <w:tcMar>
              <w:top w:w="20" w:type="dxa"/>
              <w:left w:w="50" w:type="dxa"/>
              <w:bottom w:w="20" w:type="dxa"/>
              <w:right w:w="50" w:type="dxa"/>
            </w:tcMar>
          </w:tcPr>
          <w:p w14:paraId="630BAC86" w14:textId="77777777" w:rsidR="00292F36" w:rsidRDefault="00000000">
            <w:r>
              <w:rPr>
                <w:sz w:val="16"/>
              </w:rPr>
              <w:t>-0.1532</w:t>
            </w:r>
          </w:p>
        </w:tc>
        <w:tc>
          <w:tcPr>
            <w:tcW w:w="1170" w:type="dxa"/>
            <w:tcMar>
              <w:top w:w="20" w:type="dxa"/>
              <w:left w:w="50" w:type="dxa"/>
              <w:bottom w:w="20" w:type="dxa"/>
              <w:right w:w="50" w:type="dxa"/>
            </w:tcMar>
          </w:tcPr>
          <w:p w14:paraId="51E680FF" w14:textId="77777777" w:rsidR="00292F36" w:rsidRDefault="00000000">
            <w:r>
              <w:rPr>
                <w:sz w:val="16"/>
              </w:rPr>
              <w:t>0.2208</w:t>
            </w:r>
          </w:p>
        </w:tc>
        <w:tc>
          <w:tcPr>
            <w:tcW w:w="1170" w:type="dxa"/>
            <w:tcMar>
              <w:top w:w="20" w:type="dxa"/>
              <w:left w:w="50" w:type="dxa"/>
              <w:bottom w:w="20" w:type="dxa"/>
              <w:right w:w="50" w:type="dxa"/>
            </w:tcMar>
          </w:tcPr>
          <w:p w14:paraId="12EF9B32" w14:textId="77777777" w:rsidR="00292F36" w:rsidRDefault="00000000">
            <w:r>
              <w:rPr>
                <w:sz w:val="16"/>
              </w:rPr>
              <w:t>0.723</w:t>
            </w:r>
          </w:p>
        </w:tc>
        <w:tc>
          <w:tcPr>
            <w:tcW w:w="1170" w:type="dxa"/>
            <w:tcMar>
              <w:top w:w="20" w:type="dxa"/>
              <w:left w:w="50" w:type="dxa"/>
              <w:bottom w:w="20" w:type="dxa"/>
              <w:right w:w="50" w:type="dxa"/>
            </w:tcMar>
          </w:tcPr>
          <w:p w14:paraId="0D217781" w14:textId="77777777" w:rsidR="00292F36" w:rsidRDefault="00292F36"/>
        </w:tc>
      </w:tr>
      <w:tr w:rsidR="00292F36" w14:paraId="54A76300" w14:textId="77777777">
        <w:tc>
          <w:tcPr>
            <w:tcW w:w="1170" w:type="dxa"/>
            <w:tcMar>
              <w:top w:w="20" w:type="dxa"/>
              <w:left w:w="50" w:type="dxa"/>
              <w:bottom w:w="20" w:type="dxa"/>
              <w:right w:w="50" w:type="dxa"/>
            </w:tcMar>
          </w:tcPr>
          <w:p w14:paraId="01E92AFC" w14:textId="77777777" w:rsidR="00292F36" w:rsidRDefault="00000000">
            <w:r>
              <w:rPr>
                <w:sz w:val="16"/>
              </w:rPr>
              <w:t>Turnover</w:t>
            </w:r>
          </w:p>
        </w:tc>
        <w:tc>
          <w:tcPr>
            <w:tcW w:w="1170" w:type="dxa"/>
            <w:tcMar>
              <w:top w:w="20" w:type="dxa"/>
              <w:left w:w="50" w:type="dxa"/>
              <w:bottom w:w="20" w:type="dxa"/>
              <w:right w:w="50" w:type="dxa"/>
            </w:tcMar>
          </w:tcPr>
          <w:p w14:paraId="6922A610" w14:textId="77777777" w:rsidR="00292F36" w:rsidRDefault="00000000">
            <w:r>
              <w:rPr>
                <w:sz w:val="16"/>
              </w:rPr>
              <w:t>Benthic PC2</w:t>
            </w:r>
          </w:p>
        </w:tc>
        <w:tc>
          <w:tcPr>
            <w:tcW w:w="1170" w:type="dxa"/>
            <w:tcMar>
              <w:top w:w="20" w:type="dxa"/>
              <w:left w:w="50" w:type="dxa"/>
              <w:bottom w:w="20" w:type="dxa"/>
              <w:right w:w="50" w:type="dxa"/>
            </w:tcMar>
          </w:tcPr>
          <w:p w14:paraId="7149AD92" w14:textId="77777777" w:rsidR="00292F36" w:rsidRDefault="00000000">
            <w:r>
              <w:rPr>
                <w:sz w:val="16"/>
              </w:rPr>
              <w:t>0.0517</w:t>
            </w:r>
          </w:p>
        </w:tc>
        <w:tc>
          <w:tcPr>
            <w:tcW w:w="1170" w:type="dxa"/>
            <w:tcMar>
              <w:top w:w="20" w:type="dxa"/>
              <w:left w:w="50" w:type="dxa"/>
              <w:bottom w:w="20" w:type="dxa"/>
              <w:right w:w="50" w:type="dxa"/>
            </w:tcMar>
          </w:tcPr>
          <w:p w14:paraId="3294B140" w14:textId="77777777" w:rsidR="00292F36" w:rsidRDefault="00000000">
            <w:r>
              <w:rPr>
                <w:sz w:val="16"/>
              </w:rPr>
              <w:t>0.0933</w:t>
            </w:r>
          </w:p>
        </w:tc>
        <w:tc>
          <w:tcPr>
            <w:tcW w:w="1170" w:type="dxa"/>
            <w:tcMar>
              <w:top w:w="20" w:type="dxa"/>
              <w:left w:w="50" w:type="dxa"/>
              <w:bottom w:w="20" w:type="dxa"/>
              <w:right w:w="50" w:type="dxa"/>
            </w:tcMar>
          </w:tcPr>
          <w:p w14:paraId="0D60BDCB" w14:textId="77777777" w:rsidR="00292F36" w:rsidRDefault="00000000">
            <w:r>
              <w:rPr>
                <w:sz w:val="16"/>
              </w:rPr>
              <w:t>-0.1312</w:t>
            </w:r>
          </w:p>
        </w:tc>
        <w:tc>
          <w:tcPr>
            <w:tcW w:w="1170" w:type="dxa"/>
            <w:tcMar>
              <w:top w:w="20" w:type="dxa"/>
              <w:left w:w="50" w:type="dxa"/>
              <w:bottom w:w="20" w:type="dxa"/>
              <w:right w:w="50" w:type="dxa"/>
            </w:tcMar>
          </w:tcPr>
          <w:p w14:paraId="535DCA8B" w14:textId="77777777" w:rsidR="00292F36" w:rsidRDefault="00000000">
            <w:r>
              <w:rPr>
                <w:sz w:val="16"/>
              </w:rPr>
              <w:t>0.2346</w:t>
            </w:r>
          </w:p>
        </w:tc>
        <w:tc>
          <w:tcPr>
            <w:tcW w:w="1170" w:type="dxa"/>
            <w:tcMar>
              <w:top w:w="20" w:type="dxa"/>
              <w:left w:w="50" w:type="dxa"/>
              <w:bottom w:w="20" w:type="dxa"/>
              <w:right w:w="50" w:type="dxa"/>
            </w:tcMar>
          </w:tcPr>
          <w:p w14:paraId="5030205E" w14:textId="77777777" w:rsidR="00292F36" w:rsidRDefault="00000000">
            <w:r>
              <w:rPr>
                <w:sz w:val="16"/>
              </w:rPr>
              <w:t>0.58</w:t>
            </w:r>
          </w:p>
        </w:tc>
        <w:tc>
          <w:tcPr>
            <w:tcW w:w="1170" w:type="dxa"/>
            <w:tcMar>
              <w:top w:w="20" w:type="dxa"/>
              <w:left w:w="50" w:type="dxa"/>
              <w:bottom w:w="20" w:type="dxa"/>
              <w:right w:w="50" w:type="dxa"/>
            </w:tcMar>
          </w:tcPr>
          <w:p w14:paraId="6156A93D" w14:textId="77777777" w:rsidR="00292F36" w:rsidRDefault="00292F36"/>
        </w:tc>
      </w:tr>
      <w:tr w:rsidR="00292F36" w14:paraId="55E81591" w14:textId="77777777">
        <w:tc>
          <w:tcPr>
            <w:tcW w:w="1170" w:type="dxa"/>
            <w:tcMar>
              <w:top w:w="20" w:type="dxa"/>
              <w:left w:w="50" w:type="dxa"/>
              <w:bottom w:w="20" w:type="dxa"/>
              <w:right w:w="50" w:type="dxa"/>
            </w:tcMar>
          </w:tcPr>
          <w:p w14:paraId="348DC8AC" w14:textId="77777777" w:rsidR="00292F36" w:rsidRDefault="00000000">
            <w:r>
              <w:rPr>
                <w:sz w:val="16"/>
              </w:rPr>
              <w:t>Calcium</w:t>
            </w:r>
          </w:p>
        </w:tc>
        <w:tc>
          <w:tcPr>
            <w:tcW w:w="1170" w:type="dxa"/>
            <w:tcMar>
              <w:top w:w="20" w:type="dxa"/>
              <w:left w:w="50" w:type="dxa"/>
              <w:bottom w:w="20" w:type="dxa"/>
              <w:right w:w="50" w:type="dxa"/>
            </w:tcMar>
          </w:tcPr>
          <w:p w14:paraId="3E5847E0" w14:textId="77777777" w:rsidR="00292F36" w:rsidRDefault="00000000">
            <w:r>
              <w:rPr>
                <w:sz w:val="16"/>
              </w:rPr>
              <w:t>Depth</w:t>
            </w:r>
          </w:p>
        </w:tc>
        <w:tc>
          <w:tcPr>
            <w:tcW w:w="1170" w:type="dxa"/>
            <w:tcMar>
              <w:top w:w="20" w:type="dxa"/>
              <w:left w:w="50" w:type="dxa"/>
              <w:bottom w:w="20" w:type="dxa"/>
              <w:right w:w="50" w:type="dxa"/>
            </w:tcMar>
          </w:tcPr>
          <w:p w14:paraId="5BCA2A99" w14:textId="77777777" w:rsidR="00292F36" w:rsidRDefault="00000000">
            <w:r>
              <w:rPr>
                <w:sz w:val="16"/>
              </w:rPr>
              <w:t>-0.0601</w:t>
            </w:r>
          </w:p>
        </w:tc>
        <w:tc>
          <w:tcPr>
            <w:tcW w:w="1170" w:type="dxa"/>
            <w:tcMar>
              <w:top w:w="20" w:type="dxa"/>
              <w:left w:w="50" w:type="dxa"/>
              <w:bottom w:w="20" w:type="dxa"/>
              <w:right w:w="50" w:type="dxa"/>
            </w:tcMar>
          </w:tcPr>
          <w:p w14:paraId="75D121B2" w14:textId="77777777" w:rsidR="00292F36" w:rsidRDefault="00000000">
            <w:r>
              <w:rPr>
                <w:sz w:val="16"/>
              </w:rPr>
              <w:t>0.0842</w:t>
            </w:r>
          </w:p>
        </w:tc>
        <w:tc>
          <w:tcPr>
            <w:tcW w:w="1170" w:type="dxa"/>
            <w:tcMar>
              <w:top w:w="20" w:type="dxa"/>
              <w:left w:w="50" w:type="dxa"/>
              <w:bottom w:w="20" w:type="dxa"/>
              <w:right w:w="50" w:type="dxa"/>
            </w:tcMar>
          </w:tcPr>
          <w:p w14:paraId="73069C00" w14:textId="77777777" w:rsidR="00292F36" w:rsidRDefault="00000000">
            <w:r>
              <w:rPr>
                <w:sz w:val="16"/>
              </w:rPr>
              <w:t>-0.2251</w:t>
            </w:r>
          </w:p>
        </w:tc>
        <w:tc>
          <w:tcPr>
            <w:tcW w:w="1170" w:type="dxa"/>
            <w:tcMar>
              <w:top w:w="20" w:type="dxa"/>
              <w:left w:w="50" w:type="dxa"/>
              <w:bottom w:w="20" w:type="dxa"/>
              <w:right w:w="50" w:type="dxa"/>
            </w:tcMar>
          </w:tcPr>
          <w:p w14:paraId="5F9BB33E" w14:textId="77777777" w:rsidR="00292F36" w:rsidRDefault="00000000">
            <w:r>
              <w:rPr>
                <w:sz w:val="16"/>
              </w:rPr>
              <w:t>0.1049</w:t>
            </w:r>
          </w:p>
        </w:tc>
        <w:tc>
          <w:tcPr>
            <w:tcW w:w="1170" w:type="dxa"/>
            <w:tcMar>
              <w:top w:w="20" w:type="dxa"/>
              <w:left w:w="50" w:type="dxa"/>
              <w:bottom w:w="20" w:type="dxa"/>
              <w:right w:w="50" w:type="dxa"/>
            </w:tcMar>
          </w:tcPr>
          <w:p w14:paraId="73384C7A" w14:textId="77777777" w:rsidR="00292F36" w:rsidRDefault="00000000">
            <w:r>
              <w:rPr>
                <w:sz w:val="16"/>
              </w:rPr>
              <w:t>0.475</w:t>
            </w:r>
          </w:p>
        </w:tc>
        <w:tc>
          <w:tcPr>
            <w:tcW w:w="1170" w:type="dxa"/>
            <w:tcMar>
              <w:top w:w="20" w:type="dxa"/>
              <w:left w:w="50" w:type="dxa"/>
              <w:bottom w:w="20" w:type="dxa"/>
              <w:right w:w="50" w:type="dxa"/>
            </w:tcMar>
          </w:tcPr>
          <w:p w14:paraId="51DAE74B" w14:textId="77777777" w:rsidR="00292F36" w:rsidRDefault="00292F36"/>
        </w:tc>
      </w:tr>
      <w:tr w:rsidR="00292F36" w14:paraId="5A521506" w14:textId="77777777">
        <w:tc>
          <w:tcPr>
            <w:tcW w:w="1170" w:type="dxa"/>
            <w:tcMar>
              <w:top w:w="20" w:type="dxa"/>
              <w:left w:w="50" w:type="dxa"/>
              <w:bottom w:w="20" w:type="dxa"/>
              <w:right w:w="50" w:type="dxa"/>
            </w:tcMar>
          </w:tcPr>
          <w:p w14:paraId="4390360A" w14:textId="77777777" w:rsidR="00292F36" w:rsidRDefault="00000000">
            <w:r>
              <w:rPr>
                <w:sz w:val="16"/>
              </w:rPr>
              <w:t>Calcium</w:t>
            </w:r>
          </w:p>
        </w:tc>
        <w:tc>
          <w:tcPr>
            <w:tcW w:w="1170" w:type="dxa"/>
            <w:tcMar>
              <w:top w:w="20" w:type="dxa"/>
              <w:left w:w="50" w:type="dxa"/>
              <w:bottom w:w="20" w:type="dxa"/>
              <w:right w:w="50" w:type="dxa"/>
            </w:tcMar>
          </w:tcPr>
          <w:p w14:paraId="0E75F9B9" w14:textId="77777777" w:rsidR="00292F36" w:rsidRDefault="00000000">
            <w:r>
              <w:rPr>
                <w:sz w:val="16"/>
              </w:rPr>
              <w:t>SST</w:t>
            </w:r>
          </w:p>
        </w:tc>
        <w:tc>
          <w:tcPr>
            <w:tcW w:w="1170" w:type="dxa"/>
            <w:tcMar>
              <w:top w:w="20" w:type="dxa"/>
              <w:left w:w="50" w:type="dxa"/>
              <w:bottom w:w="20" w:type="dxa"/>
              <w:right w:w="50" w:type="dxa"/>
            </w:tcMar>
          </w:tcPr>
          <w:p w14:paraId="5EF9EABF" w14:textId="77777777" w:rsidR="00292F36" w:rsidRDefault="00000000">
            <w:r>
              <w:rPr>
                <w:sz w:val="16"/>
              </w:rPr>
              <w:t>0.2757</w:t>
            </w:r>
          </w:p>
        </w:tc>
        <w:tc>
          <w:tcPr>
            <w:tcW w:w="1170" w:type="dxa"/>
            <w:tcMar>
              <w:top w:w="20" w:type="dxa"/>
              <w:left w:w="50" w:type="dxa"/>
              <w:bottom w:w="20" w:type="dxa"/>
              <w:right w:w="50" w:type="dxa"/>
            </w:tcMar>
          </w:tcPr>
          <w:p w14:paraId="34AF9899" w14:textId="77777777" w:rsidR="00292F36" w:rsidRDefault="00000000">
            <w:r>
              <w:rPr>
                <w:sz w:val="16"/>
              </w:rPr>
              <w:t>0.0622</w:t>
            </w:r>
          </w:p>
        </w:tc>
        <w:tc>
          <w:tcPr>
            <w:tcW w:w="1170" w:type="dxa"/>
            <w:tcMar>
              <w:top w:w="20" w:type="dxa"/>
              <w:left w:w="50" w:type="dxa"/>
              <w:bottom w:w="20" w:type="dxa"/>
              <w:right w:w="50" w:type="dxa"/>
            </w:tcMar>
          </w:tcPr>
          <w:p w14:paraId="4F7DFF0C" w14:textId="77777777" w:rsidR="00292F36" w:rsidRDefault="00000000">
            <w:r>
              <w:rPr>
                <w:sz w:val="16"/>
              </w:rPr>
              <w:t>0.1538</w:t>
            </w:r>
          </w:p>
        </w:tc>
        <w:tc>
          <w:tcPr>
            <w:tcW w:w="1170" w:type="dxa"/>
            <w:tcMar>
              <w:top w:w="20" w:type="dxa"/>
              <w:left w:w="50" w:type="dxa"/>
              <w:bottom w:w="20" w:type="dxa"/>
              <w:right w:w="50" w:type="dxa"/>
            </w:tcMar>
          </w:tcPr>
          <w:p w14:paraId="2FAE448E" w14:textId="77777777" w:rsidR="00292F36" w:rsidRDefault="00000000">
            <w:r>
              <w:rPr>
                <w:sz w:val="16"/>
              </w:rPr>
              <w:t>0.3976</w:t>
            </w:r>
          </w:p>
        </w:tc>
        <w:tc>
          <w:tcPr>
            <w:tcW w:w="1170" w:type="dxa"/>
            <w:tcMar>
              <w:top w:w="20" w:type="dxa"/>
              <w:left w:w="50" w:type="dxa"/>
              <w:bottom w:w="20" w:type="dxa"/>
              <w:right w:w="50" w:type="dxa"/>
            </w:tcMar>
          </w:tcPr>
          <w:p w14:paraId="4B88C338" w14:textId="77777777" w:rsidR="00292F36" w:rsidRDefault="00000000">
            <w:r>
              <w:rPr>
                <w:sz w:val="16"/>
              </w:rPr>
              <w:t>9.34e-06</w:t>
            </w:r>
          </w:p>
        </w:tc>
        <w:tc>
          <w:tcPr>
            <w:tcW w:w="1170" w:type="dxa"/>
            <w:tcMar>
              <w:top w:w="20" w:type="dxa"/>
              <w:left w:w="50" w:type="dxa"/>
              <w:bottom w:w="20" w:type="dxa"/>
              <w:right w:w="50" w:type="dxa"/>
            </w:tcMar>
          </w:tcPr>
          <w:p w14:paraId="58B607B2" w14:textId="77777777" w:rsidR="00292F36" w:rsidRDefault="00000000">
            <w:r>
              <w:rPr>
                <w:sz w:val="16"/>
              </w:rPr>
              <w:t>***</w:t>
            </w:r>
          </w:p>
        </w:tc>
      </w:tr>
      <w:tr w:rsidR="00292F36" w14:paraId="323B0302" w14:textId="77777777">
        <w:tc>
          <w:tcPr>
            <w:tcW w:w="1170" w:type="dxa"/>
            <w:tcMar>
              <w:top w:w="20" w:type="dxa"/>
              <w:left w:w="50" w:type="dxa"/>
              <w:bottom w:w="20" w:type="dxa"/>
              <w:right w:w="50" w:type="dxa"/>
            </w:tcMar>
          </w:tcPr>
          <w:p w14:paraId="19FD6D76" w14:textId="77777777" w:rsidR="00292F36" w:rsidRDefault="00000000">
            <w:r>
              <w:rPr>
                <w:sz w:val="16"/>
              </w:rPr>
              <w:t>Calcium</w:t>
            </w:r>
          </w:p>
        </w:tc>
        <w:tc>
          <w:tcPr>
            <w:tcW w:w="1170" w:type="dxa"/>
            <w:tcMar>
              <w:top w:w="20" w:type="dxa"/>
              <w:left w:w="50" w:type="dxa"/>
              <w:bottom w:w="20" w:type="dxa"/>
              <w:right w:w="50" w:type="dxa"/>
            </w:tcMar>
          </w:tcPr>
          <w:p w14:paraId="2A5CF906" w14:textId="77777777" w:rsidR="00292F36" w:rsidRDefault="00000000">
            <w:r>
              <w:rPr>
                <w:sz w:val="16"/>
              </w:rPr>
              <w:t>Chl-a</w:t>
            </w:r>
          </w:p>
        </w:tc>
        <w:tc>
          <w:tcPr>
            <w:tcW w:w="1170" w:type="dxa"/>
            <w:tcMar>
              <w:top w:w="20" w:type="dxa"/>
              <w:left w:w="50" w:type="dxa"/>
              <w:bottom w:w="20" w:type="dxa"/>
              <w:right w:w="50" w:type="dxa"/>
            </w:tcMar>
          </w:tcPr>
          <w:p w14:paraId="4BCA14A6" w14:textId="77777777" w:rsidR="00292F36" w:rsidRDefault="00000000">
            <w:r>
              <w:rPr>
                <w:sz w:val="16"/>
              </w:rPr>
              <w:t>-0.9146</w:t>
            </w:r>
          </w:p>
        </w:tc>
        <w:tc>
          <w:tcPr>
            <w:tcW w:w="1170" w:type="dxa"/>
            <w:tcMar>
              <w:top w:w="20" w:type="dxa"/>
              <w:left w:w="50" w:type="dxa"/>
              <w:bottom w:w="20" w:type="dxa"/>
              <w:right w:w="50" w:type="dxa"/>
            </w:tcMar>
          </w:tcPr>
          <w:p w14:paraId="22870A5C" w14:textId="77777777" w:rsidR="00292F36" w:rsidRDefault="00000000">
            <w:r>
              <w:rPr>
                <w:sz w:val="16"/>
              </w:rPr>
              <w:t>0.2592</w:t>
            </w:r>
          </w:p>
        </w:tc>
        <w:tc>
          <w:tcPr>
            <w:tcW w:w="1170" w:type="dxa"/>
            <w:tcMar>
              <w:top w:w="20" w:type="dxa"/>
              <w:left w:w="50" w:type="dxa"/>
              <w:bottom w:w="20" w:type="dxa"/>
              <w:right w:w="50" w:type="dxa"/>
            </w:tcMar>
          </w:tcPr>
          <w:p w14:paraId="31A52E09" w14:textId="77777777" w:rsidR="00292F36" w:rsidRDefault="00000000">
            <w:r>
              <w:rPr>
                <w:sz w:val="16"/>
              </w:rPr>
              <w:t>-1.4226</w:t>
            </w:r>
          </w:p>
        </w:tc>
        <w:tc>
          <w:tcPr>
            <w:tcW w:w="1170" w:type="dxa"/>
            <w:tcMar>
              <w:top w:w="20" w:type="dxa"/>
              <w:left w:w="50" w:type="dxa"/>
              <w:bottom w:w="20" w:type="dxa"/>
              <w:right w:w="50" w:type="dxa"/>
            </w:tcMar>
          </w:tcPr>
          <w:p w14:paraId="28E3D51B" w14:textId="77777777" w:rsidR="00292F36" w:rsidRDefault="00000000">
            <w:r>
              <w:rPr>
                <w:sz w:val="16"/>
              </w:rPr>
              <w:t>-0.4066</w:t>
            </w:r>
          </w:p>
        </w:tc>
        <w:tc>
          <w:tcPr>
            <w:tcW w:w="1170" w:type="dxa"/>
            <w:tcMar>
              <w:top w:w="20" w:type="dxa"/>
              <w:left w:w="50" w:type="dxa"/>
              <w:bottom w:w="20" w:type="dxa"/>
              <w:right w:w="50" w:type="dxa"/>
            </w:tcMar>
          </w:tcPr>
          <w:p w14:paraId="47732B60" w14:textId="77777777" w:rsidR="00292F36" w:rsidRDefault="00000000">
            <w:r>
              <w:rPr>
                <w:sz w:val="16"/>
              </w:rPr>
              <w:t>0.000419</w:t>
            </w:r>
          </w:p>
        </w:tc>
        <w:tc>
          <w:tcPr>
            <w:tcW w:w="1170" w:type="dxa"/>
            <w:tcMar>
              <w:top w:w="20" w:type="dxa"/>
              <w:left w:w="50" w:type="dxa"/>
              <w:bottom w:w="20" w:type="dxa"/>
              <w:right w:w="50" w:type="dxa"/>
            </w:tcMar>
          </w:tcPr>
          <w:p w14:paraId="2853CF0E" w14:textId="77777777" w:rsidR="00292F36" w:rsidRDefault="00000000">
            <w:r>
              <w:rPr>
                <w:sz w:val="16"/>
              </w:rPr>
              <w:t>***</w:t>
            </w:r>
          </w:p>
        </w:tc>
      </w:tr>
      <w:tr w:rsidR="00292F36" w14:paraId="539FC5C0" w14:textId="77777777">
        <w:tc>
          <w:tcPr>
            <w:tcW w:w="1170" w:type="dxa"/>
            <w:tcMar>
              <w:top w:w="20" w:type="dxa"/>
              <w:left w:w="50" w:type="dxa"/>
              <w:bottom w:w="20" w:type="dxa"/>
              <w:right w:w="50" w:type="dxa"/>
            </w:tcMar>
          </w:tcPr>
          <w:p w14:paraId="1CEF430A" w14:textId="77777777" w:rsidR="00292F36" w:rsidRDefault="00000000">
            <w:r>
              <w:rPr>
                <w:sz w:val="16"/>
              </w:rPr>
              <w:t>Calcium</w:t>
            </w:r>
          </w:p>
        </w:tc>
        <w:tc>
          <w:tcPr>
            <w:tcW w:w="1170" w:type="dxa"/>
            <w:tcMar>
              <w:top w:w="20" w:type="dxa"/>
              <w:left w:w="50" w:type="dxa"/>
              <w:bottom w:w="20" w:type="dxa"/>
              <w:right w:w="50" w:type="dxa"/>
            </w:tcMar>
          </w:tcPr>
          <w:p w14:paraId="21EB8BE9" w14:textId="77777777" w:rsidR="00292F36" w:rsidRDefault="00000000">
            <w:r>
              <w:rPr>
                <w:sz w:val="16"/>
              </w:rPr>
              <w:t>Benthic PC1</w:t>
            </w:r>
          </w:p>
        </w:tc>
        <w:tc>
          <w:tcPr>
            <w:tcW w:w="1170" w:type="dxa"/>
            <w:tcMar>
              <w:top w:w="20" w:type="dxa"/>
              <w:left w:w="50" w:type="dxa"/>
              <w:bottom w:w="20" w:type="dxa"/>
              <w:right w:w="50" w:type="dxa"/>
            </w:tcMar>
          </w:tcPr>
          <w:p w14:paraId="646322BD" w14:textId="77777777" w:rsidR="00292F36" w:rsidRDefault="00000000">
            <w:r>
              <w:rPr>
                <w:sz w:val="16"/>
              </w:rPr>
              <w:t>0.3757</w:t>
            </w:r>
          </w:p>
        </w:tc>
        <w:tc>
          <w:tcPr>
            <w:tcW w:w="1170" w:type="dxa"/>
            <w:tcMar>
              <w:top w:w="20" w:type="dxa"/>
              <w:left w:w="50" w:type="dxa"/>
              <w:bottom w:w="20" w:type="dxa"/>
              <w:right w:w="50" w:type="dxa"/>
            </w:tcMar>
          </w:tcPr>
          <w:p w14:paraId="4A38963C" w14:textId="77777777" w:rsidR="00292F36" w:rsidRDefault="00000000">
            <w:r>
              <w:rPr>
                <w:sz w:val="16"/>
              </w:rPr>
              <w:t>0.0996</w:t>
            </w:r>
          </w:p>
        </w:tc>
        <w:tc>
          <w:tcPr>
            <w:tcW w:w="1170" w:type="dxa"/>
            <w:tcMar>
              <w:top w:w="20" w:type="dxa"/>
              <w:left w:w="50" w:type="dxa"/>
              <w:bottom w:w="20" w:type="dxa"/>
              <w:right w:w="50" w:type="dxa"/>
            </w:tcMar>
          </w:tcPr>
          <w:p w14:paraId="77E85303" w14:textId="77777777" w:rsidR="00292F36" w:rsidRDefault="00000000">
            <w:r>
              <w:rPr>
                <w:sz w:val="16"/>
              </w:rPr>
              <w:t>0.1805</w:t>
            </w:r>
          </w:p>
        </w:tc>
        <w:tc>
          <w:tcPr>
            <w:tcW w:w="1170" w:type="dxa"/>
            <w:tcMar>
              <w:top w:w="20" w:type="dxa"/>
              <w:left w:w="50" w:type="dxa"/>
              <w:bottom w:w="20" w:type="dxa"/>
              <w:right w:w="50" w:type="dxa"/>
            </w:tcMar>
          </w:tcPr>
          <w:p w14:paraId="26C5846A" w14:textId="77777777" w:rsidR="00292F36" w:rsidRDefault="00000000">
            <w:r>
              <w:rPr>
                <w:sz w:val="16"/>
              </w:rPr>
              <w:t>0.5709</w:t>
            </w:r>
          </w:p>
        </w:tc>
        <w:tc>
          <w:tcPr>
            <w:tcW w:w="1170" w:type="dxa"/>
            <w:tcMar>
              <w:top w:w="20" w:type="dxa"/>
              <w:left w:w="50" w:type="dxa"/>
              <w:bottom w:w="20" w:type="dxa"/>
              <w:right w:w="50" w:type="dxa"/>
            </w:tcMar>
          </w:tcPr>
          <w:p w14:paraId="0275A6C3" w14:textId="77777777" w:rsidR="00292F36" w:rsidRDefault="00000000">
            <w:r>
              <w:rPr>
                <w:sz w:val="16"/>
              </w:rPr>
              <w:t>0.000163</w:t>
            </w:r>
          </w:p>
        </w:tc>
        <w:tc>
          <w:tcPr>
            <w:tcW w:w="1170" w:type="dxa"/>
            <w:tcMar>
              <w:top w:w="20" w:type="dxa"/>
              <w:left w:w="50" w:type="dxa"/>
              <w:bottom w:w="20" w:type="dxa"/>
              <w:right w:w="50" w:type="dxa"/>
            </w:tcMar>
          </w:tcPr>
          <w:p w14:paraId="768B288E" w14:textId="77777777" w:rsidR="00292F36" w:rsidRDefault="00000000">
            <w:r>
              <w:rPr>
                <w:sz w:val="16"/>
              </w:rPr>
              <w:t>***</w:t>
            </w:r>
          </w:p>
        </w:tc>
      </w:tr>
      <w:tr w:rsidR="00292F36" w14:paraId="1B5BA23E" w14:textId="77777777">
        <w:tc>
          <w:tcPr>
            <w:tcW w:w="1170" w:type="dxa"/>
            <w:tcMar>
              <w:top w:w="20" w:type="dxa"/>
              <w:left w:w="50" w:type="dxa"/>
              <w:bottom w:w="20" w:type="dxa"/>
              <w:right w:w="50" w:type="dxa"/>
            </w:tcMar>
          </w:tcPr>
          <w:p w14:paraId="33723263" w14:textId="77777777" w:rsidR="00292F36" w:rsidRDefault="00000000">
            <w:r>
              <w:rPr>
                <w:sz w:val="16"/>
              </w:rPr>
              <w:t>Calcium</w:t>
            </w:r>
          </w:p>
        </w:tc>
        <w:tc>
          <w:tcPr>
            <w:tcW w:w="1170" w:type="dxa"/>
            <w:tcMar>
              <w:top w:w="20" w:type="dxa"/>
              <w:left w:w="50" w:type="dxa"/>
              <w:bottom w:w="20" w:type="dxa"/>
              <w:right w:w="50" w:type="dxa"/>
            </w:tcMar>
          </w:tcPr>
          <w:p w14:paraId="3F03DF6D" w14:textId="77777777" w:rsidR="00292F36" w:rsidRDefault="00000000">
            <w:r>
              <w:rPr>
                <w:sz w:val="16"/>
              </w:rPr>
              <w:t>Benthic PC2</w:t>
            </w:r>
          </w:p>
        </w:tc>
        <w:tc>
          <w:tcPr>
            <w:tcW w:w="1170" w:type="dxa"/>
            <w:tcMar>
              <w:top w:w="20" w:type="dxa"/>
              <w:left w:w="50" w:type="dxa"/>
              <w:bottom w:w="20" w:type="dxa"/>
              <w:right w:w="50" w:type="dxa"/>
            </w:tcMar>
          </w:tcPr>
          <w:p w14:paraId="129F1BD0" w14:textId="77777777" w:rsidR="00292F36" w:rsidRDefault="00000000">
            <w:r>
              <w:rPr>
                <w:sz w:val="16"/>
              </w:rPr>
              <w:t>0.0399</w:t>
            </w:r>
          </w:p>
        </w:tc>
        <w:tc>
          <w:tcPr>
            <w:tcW w:w="1170" w:type="dxa"/>
            <w:tcMar>
              <w:top w:w="20" w:type="dxa"/>
              <w:left w:w="50" w:type="dxa"/>
              <w:bottom w:w="20" w:type="dxa"/>
              <w:right w:w="50" w:type="dxa"/>
            </w:tcMar>
          </w:tcPr>
          <w:p w14:paraId="7CFAAB6A" w14:textId="77777777" w:rsidR="00292F36" w:rsidRDefault="00000000">
            <w:r>
              <w:rPr>
                <w:sz w:val="16"/>
              </w:rPr>
              <w:t>0.0927</w:t>
            </w:r>
          </w:p>
        </w:tc>
        <w:tc>
          <w:tcPr>
            <w:tcW w:w="1170" w:type="dxa"/>
            <w:tcMar>
              <w:top w:w="20" w:type="dxa"/>
              <w:left w:w="50" w:type="dxa"/>
              <w:bottom w:w="20" w:type="dxa"/>
              <w:right w:w="50" w:type="dxa"/>
            </w:tcMar>
          </w:tcPr>
          <w:p w14:paraId="378EEBD5" w14:textId="77777777" w:rsidR="00292F36" w:rsidRDefault="00000000">
            <w:r>
              <w:rPr>
                <w:sz w:val="16"/>
              </w:rPr>
              <w:t>-0.1418</w:t>
            </w:r>
          </w:p>
        </w:tc>
        <w:tc>
          <w:tcPr>
            <w:tcW w:w="1170" w:type="dxa"/>
            <w:tcMar>
              <w:top w:w="20" w:type="dxa"/>
              <w:left w:w="50" w:type="dxa"/>
              <w:bottom w:w="20" w:type="dxa"/>
              <w:right w:w="50" w:type="dxa"/>
            </w:tcMar>
          </w:tcPr>
          <w:p w14:paraId="00FA1AA2" w14:textId="77777777" w:rsidR="00292F36" w:rsidRDefault="00000000">
            <w:r>
              <w:rPr>
                <w:sz w:val="16"/>
              </w:rPr>
              <w:t>0.2216</w:t>
            </w:r>
          </w:p>
        </w:tc>
        <w:tc>
          <w:tcPr>
            <w:tcW w:w="1170" w:type="dxa"/>
            <w:tcMar>
              <w:top w:w="20" w:type="dxa"/>
              <w:left w:w="50" w:type="dxa"/>
              <w:bottom w:w="20" w:type="dxa"/>
              <w:right w:w="50" w:type="dxa"/>
            </w:tcMar>
          </w:tcPr>
          <w:p w14:paraId="15DC5A92" w14:textId="77777777" w:rsidR="00292F36" w:rsidRDefault="00000000">
            <w:r>
              <w:rPr>
                <w:sz w:val="16"/>
              </w:rPr>
              <w:t>0.667</w:t>
            </w:r>
          </w:p>
        </w:tc>
        <w:tc>
          <w:tcPr>
            <w:tcW w:w="1170" w:type="dxa"/>
            <w:tcMar>
              <w:top w:w="20" w:type="dxa"/>
              <w:left w:w="50" w:type="dxa"/>
              <w:bottom w:w="20" w:type="dxa"/>
              <w:right w:w="50" w:type="dxa"/>
            </w:tcMar>
          </w:tcPr>
          <w:p w14:paraId="418B62D7" w14:textId="77777777" w:rsidR="00292F36" w:rsidRDefault="00292F36"/>
        </w:tc>
      </w:tr>
      <w:tr w:rsidR="00292F36" w14:paraId="5B5D7D2C" w14:textId="77777777">
        <w:tc>
          <w:tcPr>
            <w:tcW w:w="1170" w:type="dxa"/>
            <w:tcMar>
              <w:top w:w="20" w:type="dxa"/>
              <w:left w:w="50" w:type="dxa"/>
              <w:bottom w:w="20" w:type="dxa"/>
              <w:right w:w="50" w:type="dxa"/>
            </w:tcMar>
          </w:tcPr>
          <w:p w14:paraId="256BF55F" w14:textId="77777777" w:rsidR="00292F36" w:rsidRDefault="00000000">
            <w:r>
              <w:rPr>
                <w:sz w:val="16"/>
              </w:rPr>
              <w:t>Iron</w:t>
            </w:r>
          </w:p>
        </w:tc>
        <w:tc>
          <w:tcPr>
            <w:tcW w:w="1170" w:type="dxa"/>
            <w:tcMar>
              <w:top w:w="20" w:type="dxa"/>
              <w:left w:w="50" w:type="dxa"/>
              <w:bottom w:w="20" w:type="dxa"/>
              <w:right w:w="50" w:type="dxa"/>
            </w:tcMar>
          </w:tcPr>
          <w:p w14:paraId="39B116FA" w14:textId="77777777" w:rsidR="00292F36" w:rsidRDefault="00000000">
            <w:r>
              <w:rPr>
                <w:sz w:val="16"/>
              </w:rPr>
              <w:t>Depth</w:t>
            </w:r>
          </w:p>
        </w:tc>
        <w:tc>
          <w:tcPr>
            <w:tcW w:w="1170" w:type="dxa"/>
            <w:tcMar>
              <w:top w:w="20" w:type="dxa"/>
              <w:left w:w="50" w:type="dxa"/>
              <w:bottom w:w="20" w:type="dxa"/>
              <w:right w:w="50" w:type="dxa"/>
            </w:tcMar>
          </w:tcPr>
          <w:p w14:paraId="59CB4A03" w14:textId="77777777" w:rsidR="00292F36" w:rsidRDefault="00000000">
            <w:r>
              <w:rPr>
                <w:sz w:val="16"/>
              </w:rPr>
              <w:t>-0.0658</w:t>
            </w:r>
          </w:p>
        </w:tc>
        <w:tc>
          <w:tcPr>
            <w:tcW w:w="1170" w:type="dxa"/>
            <w:tcMar>
              <w:top w:w="20" w:type="dxa"/>
              <w:left w:w="50" w:type="dxa"/>
              <w:bottom w:w="20" w:type="dxa"/>
              <w:right w:w="50" w:type="dxa"/>
            </w:tcMar>
          </w:tcPr>
          <w:p w14:paraId="66E34315" w14:textId="77777777" w:rsidR="00292F36" w:rsidRDefault="00000000">
            <w:r>
              <w:rPr>
                <w:sz w:val="16"/>
              </w:rPr>
              <w:t>0.0852</w:t>
            </w:r>
          </w:p>
        </w:tc>
        <w:tc>
          <w:tcPr>
            <w:tcW w:w="1170" w:type="dxa"/>
            <w:tcMar>
              <w:top w:w="20" w:type="dxa"/>
              <w:left w:w="50" w:type="dxa"/>
              <w:bottom w:w="20" w:type="dxa"/>
              <w:right w:w="50" w:type="dxa"/>
            </w:tcMar>
          </w:tcPr>
          <w:p w14:paraId="37916F58" w14:textId="77777777" w:rsidR="00292F36" w:rsidRDefault="00000000">
            <w:r>
              <w:rPr>
                <w:sz w:val="16"/>
              </w:rPr>
              <w:t>-0.2328</w:t>
            </w:r>
          </w:p>
        </w:tc>
        <w:tc>
          <w:tcPr>
            <w:tcW w:w="1170" w:type="dxa"/>
            <w:tcMar>
              <w:top w:w="20" w:type="dxa"/>
              <w:left w:w="50" w:type="dxa"/>
              <w:bottom w:w="20" w:type="dxa"/>
              <w:right w:w="50" w:type="dxa"/>
            </w:tcMar>
          </w:tcPr>
          <w:p w14:paraId="61696054" w14:textId="77777777" w:rsidR="00292F36" w:rsidRDefault="00000000">
            <w:r>
              <w:rPr>
                <w:sz w:val="16"/>
              </w:rPr>
              <w:t>0.1012</w:t>
            </w:r>
          </w:p>
        </w:tc>
        <w:tc>
          <w:tcPr>
            <w:tcW w:w="1170" w:type="dxa"/>
            <w:tcMar>
              <w:top w:w="20" w:type="dxa"/>
              <w:left w:w="50" w:type="dxa"/>
              <w:bottom w:w="20" w:type="dxa"/>
              <w:right w:w="50" w:type="dxa"/>
            </w:tcMar>
          </w:tcPr>
          <w:p w14:paraId="22A15CCB" w14:textId="77777777" w:rsidR="00292F36" w:rsidRDefault="00000000">
            <w:r>
              <w:rPr>
                <w:sz w:val="16"/>
              </w:rPr>
              <w:t>0.44</w:t>
            </w:r>
          </w:p>
        </w:tc>
        <w:tc>
          <w:tcPr>
            <w:tcW w:w="1170" w:type="dxa"/>
            <w:tcMar>
              <w:top w:w="20" w:type="dxa"/>
              <w:left w:w="50" w:type="dxa"/>
              <w:bottom w:w="20" w:type="dxa"/>
              <w:right w:w="50" w:type="dxa"/>
            </w:tcMar>
          </w:tcPr>
          <w:p w14:paraId="2371AF44" w14:textId="77777777" w:rsidR="00292F36" w:rsidRDefault="00292F36"/>
        </w:tc>
      </w:tr>
      <w:tr w:rsidR="00292F36" w14:paraId="3DAEBC2C" w14:textId="77777777">
        <w:tc>
          <w:tcPr>
            <w:tcW w:w="1170" w:type="dxa"/>
            <w:tcMar>
              <w:top w:w="20" w:type="dxa"/>
              <w:left w:w="50" w:type="dxa"/>
              <w:bottom w:w="20" w:type="dxa"/>
              <w:right w:w="50" w:type="dxa"/>
            </w:tcMar>
          </w:tcPr>
          <w:p w14:paraId="2C97E70A" w14:textId="77777777" w:rsidR="00292F36" w:rsidRDefault="00000000">
            <w:r>
              <w:rPr>
                <w:sz w:val="16"/>
              </w:rPr>
              <w:t>Iron</w:t>
            </w:r>
          </w:p>
        </w:tc>
        <w:tc>
          <w:tcPr>
            <w:tcW w:w="1170" w:type="dxa"/>
            <w:tcMar>
              <w:top w:w="20" w:type="dxa"/>
              <w:left w:w="50" w:type="dxa"/>
              <w:bottom w:w="20" w:type="dxa"/>
              <w:right w:w="50" w:type="dxa"/>
            </w:tcMar>
          </w:tcPr>
          <w:p w14:paraId="5A872D3E" w14:textId="77777777" w:rsidR="00292F36" w:rsidRDefault="00000000">
            <w:r>
              <w:rPr>
                <w:sz w:val="16"/>
              </w:rPr>
              <w:t>SST</w:t>
            </w:r>
          </w:p>
        </w:tc>
        <w:tc>
          <w:tcPr>
            <w:tcW w:w="1170" w:type="dxa"/>
            <w:tcMar>
              <w:top w:w="20" w:type="dxa"/>
              <w:left w:w="50" w:type="dxa"/>
              <w:bottom w:w="20" w:type="dxa"/>
              <w:right w:w="50" w:type="dxa"/>
            </w:tcMar>
          </w:tcPr>
          <w:p w14:paraId="0EDF8FB9" w14:textId="77777777" w:rsidR="00292F36" w:rsidRDefault="00000000">
            <w:r>
              <w:rPr>
                <w:sz w:val="16"/>
              </w:rPr>
              <w:t>0.2954</w:t>
            </w:r>
          </w:p>
        </w:tc>
        <w:tc>
          <w:tcPr>
            <w:tcW w:w="1170" w:type="dxa"/>
            <w:tcMar>
              <w:top w:w="20" w:type="dxa"/>
              <w:left w:w="50" w:type="dxa"/>
              <w:bottom w:w="20" w:type="dxa"/>
              <w:right w:w="50" w:type="dxa"/>
            </w:tcMar>
          </w:tcPr>
          <w:p w14:paraId="31996AC6" w14:textId="77777777" w:rsidR="00292F36" w:rsidRDefault="00000000">
            <w:r>
              <w:rPr>
                <w:sz w:val="16"/>
              </w:rPr>
              <w:t>0.0627</w:t>
            </w:r>
          </w:p>
        </w:tc>
        <w:tc>
          <w:tcPr>
            <w:tcW w:w="1170" w:type="dxa"/>
            <w:tcMar>
              <w:top w:w="20" w:type="dxa"/>
              <w:left w:w="50" w:type="dxa"/>
              <w:bottom w:w="20" w:type="dxa"/>
              <w:right w:w="50" w:type="dxa"/>
            </w:tcMar>
          </w:tcPr>
          <w:p w14:paraId="65A1FB1B" w14:textId="77777777" w:rsidR="00292F36" w:rsidRDefault="00000000">
            <w:r>
              <w:rPr>
                <w:sz w:val="16"/>
              </w:rPr>
              <w:t>0.1725</w:t>
            </w:r>
          </w:p>
        </w:tc>
        <w:tc>
          <w:tcPr>
            <w:tcW w:w="1170" w:type="dxa"/>
            <w:tcMar>
              <w:top w:w="20" w:type="dxa"/>
              <w:left w:w="50" w:type="dxa"/>
              <w:bottom w:w="20" w:type="dxa"/>
              <w:right w:w="50" w:type="dxa"/>
            </w:tcMar>
          </w:tcPr>
          <w:p w14:paraId="122B1819" w14:textId="77777777" w:rsidR="00292F36" w:rsidRDefault="00000000">
            <w:r>
              <w:rPr>
                <w:sz w:val="16"/>
              </w:rPr>
              <w:t>0.4183</w:t>
            </w:r>
          </w:p>
        </w:tc>
        <w:tc>
          <w:tcPr>
            <w:tcW w:w="1170" w:type="dxa"/>
            <w:tcMar>
              <w:top w:w="20" w:type="dxa"/>
              <w:left w:w="50" w:type="dxa"/>
              <w:bottom w:w="20" w:type="dxa"/>
              <w:right w:w="50" w:type="dxa"/>
            </w:tcMar>
          </w:tcPr>
          <w:p w14:paraId="1A483008" w14:textId="77777777" w:rsidR="00292F36" w:rsidRDefault="00000000">
            <w:r>
              <w:rPr>
                <w:sz w:val="16"/>
              </w:rPr>
              <w:t>2.46e-06</w:t>
            </w:r>
          </w:p>
        </w:tc>
        <w:tc>
          <w:tcPr>
            <w:tcW w:w="1170" w:type="dxa"/>
            <w:tcMar>
              <w:top w:w="20" w:type="dxa"/>
              <w:left w:w="50" w:type="dxa"/>
              <w:bottom w:w="20" w:type="dxa"/>
              <w:right w:w="50" w:type="dxa"/>
            </w:tcMar>
          </w:tcPr>
          <w:p w14:paraId="5E67582E" w14:textId="77777777" w:rsidR="00292F36" w:rsidRDefault="00000000">
            <w:r>
              <w:rPr>
                <w:sz w:val="16"/>
              </w:rPr>
              <w:t>***</w:t>
            </w:r>
          </w:p>
        </w:tc>
      </w:tr>
      <w:tr w:rsidR="00292F36" w14:paraId="3105172E" w14:textId="77777777">
        <w:tc>
          <w:tcPr>
            <w:tcW w:w="1170" w:type="dxa"/>
            <w:tcMar>
              <w:top w:w="20" w:type="dxa"/>
              <w:left w:w="50" w:type="dxa"/>
              <w:bottom w:w="20" w:type="dxa"/>
              <w:right w:w="50" w:type="dxa"/>
            </w:tcMar>
          </w:tcPr>
          <w:p w14:paraId="7375A731" w14:textId="77777777" w:rsidR="00292F36" w:rsidRDefault="00000000">
            <w:r>
              <w:rPr>
                <w:sz w:val="16"/>
              </w:rPr>
              <w:t>Iron</w:t>
            </w:r>
          </w:p>
        </w:tc>
        <w:tc>
          <w:tcPr>
            <w:tcW w:w="1170" w:type="dxa"/>
            <w:tcMar>
              <w:top w:w="20" w:type="dxa"/>
              <w:left w:w="50" w:type="dxa"/>
              <w:bottom w:w="20" w:type="dxa"/>
              <w:right w:w="50" w:type="dxa"/>
            </w:tcMar>
          </w:tcPr>
          <w:p w14:paraId="039C0062" w14:textId="77777777" w:rsidR="00292F36" w:rsidRDefault="00000000">
            <w:r>
              <w:rPr>
                <w:sz w:val="16"/>
              </w:rPr>
              <w:t>Chl-a</w:t>
            </w:r>
          </w:p>
        </w:tc>
        <w:tc>
          <w:tcPr>
            <w:tcW w:w="1170" w:type="dxa"/>
            <w:tcMar>
              <w:top w:w="20" w:type="dxa"/>
              <w:left w:w="50" w:type="dxa"/>
              <w:bottom w:w="20" w:type="dxa"/>
              <w:right w:w="50" w:type="dxa"/>
            </w:tcMar>
          </w:tcPr>
          <w:p w14:paraId="12C77391" w14:textId="77777777" w:rsidR="00292F36" w:rsidRDefault="00000000">
            <w:r>
              <w:rPr>
                <w:sz w:val="16"/>
              </w:rPr>
              <w:t>-1.0801</w:t>
            </w:r>
          </w:p>
        </w:tc>
        <w:tc>
          <w:tcPr>
            <w:tcW w:w="1170" w:type="dxa"/>
            <w:tcMar>
              <w:top w:w="20" w:type="dxa"/>
              <w:left w:w="50" w:type="dxa"/>
              <w:bottom w:w="20" w:type="dxa"/>
              <w:right w:w="50" w:type="dxa"/>
            </w:tcMar>
          </w:tcPr>
          <w:p w14:paraId="08A92B7D" w14:textId="77777777" w:rsidR="00292F36" w:rsidRDefault="00000000">
            <w:r>
              <w:rPr>
                <w:sz w:val="16"/>
              </w:rPr>
              <w:t>0.2603</w:t>
            </w:r>
          </w:p>
        </w:tc>
        <w:tc>
          <w:tcPr>
            <w:tcW w:w="1170" w:type="dxa"/>
            <w:tcMar>
              <w:top w:w="20" w:type="dxa"/>
              <w:left w:w="50" w:type="dxa"/>
              <w:bottom w:w="20" w:type="dxa"/>
              <w:right w:w="50" w:type="dxa"/>
            </w:tcMar>
          </w:tcPr>
          <w:p w14:paraId="5CF61B85" w14:textId="77777777" w:rsidR="00292F36" w:rsidRDefault="00000000">
            <w:r>
              <w:rPr>
                <w:sz w:val="16"/>
              </w:rPr>
              <w:t>-1.5903</w:t>
            </w:r>
          </w:p>
        </w:tc>
        <w:tc>
          <w:tcPr>
            <w:tcW w:w="1170" w:type="dxa"/>
            <w:tcMar>
              <w:top w:w="20" w:type="dxa"/>
              <w:left w:w="50" w:type="dxa"/>
              <w:bottom w:w="20" w:type="dxa"/>
              <w:right w:w="50" w:type="dxa"/>
            </w:tcMar>
          </w:tcPr>
          <w:p w14:paraId="688AB799" w14:textId="77777777" w:rsidR="00292F36" w:rsidRDefault="00000000">
            <w:r>
              <w:rPr>
                <w:sz w:val="16"/>
              </w:rPr>
              <w:t>-0.5699</w:t>
            </w:r>
          </w:p>
        </w:tc>
        <w:tc>
          <w:tcPr>
            <w:tcW w:w="1170" w:type="dxa"/>
            <w:tcMar>
              <w:top w:w="20" w:type="dxa"/>
              <w:left w:w="50" w:type="dxa"/>
              <w:bottom w:w="20" w:type="dxa"/>
              <w:right w:w="50" w:type="dxa"/>
            </w:tcMar>
          </w:tcPr>
          <w:p w14:paraId="2CB25335" w14:textId="77777777" w:rsidR="00292F36" w:rsidRDefault="00000000">
            <w:r>
              <w:rPr>
                <w:sz w:val="16"/>
              </w:rPr>
              <w:t>3.34e-05</w:t>
            </w:r>
          </w:p>
        </w:tc>
        <w:tc>
          <w:tcPr>
            <w:tcW w:w="1170" w:type="dxa"/>
            <w:tcMar>
              <w:top w:w="20" w:type="dxa"/>
              <w:left w:w="50" w:type="dxa"/>
              <w:bottom w:w="20" w:type="dxa"/>
              <w:right w:w="50" w:type="dxa"/>
            </w:tcMar>
          </w:tcPr>
          <w:p w14:paraId="502EDDF0" w14:textId="77777777" w:rsidR="00292F36" w:rsidRDefault="00000000">
            <w:r>
              <w:rPr>
                <w:sz w:val="16"/>
              </w:rPr>
              <w:t>***</w:t>
            </w:r>
          </w:p>
        </w:tc>
      </w:tr>
      <w:tr w:rsidR="00292F36" w14:paraId="04FCD81B" w14:textId="77777777">
        <w:tc>
          <w:tcPr>
            <w:tcW w:w="1170" w:type="dxa"/>
            <w:tcMar>
              <w:top w:w="20" w:type="dxa"/>
              <w:left w:w="50" w:type="dxa"/>
              <w:bottom w:w="20" w:type="dxa"/>
              <w:right w:w="50" w:type="dxa"/>
            </w:tcMar>
          </w:tcPr>
          <w:p w14:paraId="2B571521" w14:textId="77777777" w:rsidR="00292F36" w:rsidRDefault="00000000">
            <w:r>
              <w:rPr>
                <w:sz w:val="16"/>
              </w:rPr>
              <w:t>Iron</w:t>
            </w:r>
          </w:p>
        </w:tc>
        <w:tc>
          <w:tcPr>
            <w:tcW w:w="1170" w:type="dxa"/>
            <w:tcMar>
              <w:top w:w="20" w:type="dxa"/>
              <w:left w:w="50" w:type="dxa"/>
              <w:bottom w:w="20" w:type="dxa"/>
              <w:right w:w="50" w:type="dxa"/>
            </w:tcMar>
          </w:tcPr>
          <w:p w14:paraId="46D26F86" w14:textId="77777777" w:rsidR="00292F36" w:rsidRDefault="00000000">
            <w:r>
              <w:rPr>
                <w:sz w:val="16"/>
              </w:rPr>
              <w:t>Benthic PC1</w:t>
            </w:r>
          </w:p>
        </w:tc>
        <w:tc>
          <w:tcPr>
            <w:tcW w:w="1170" w:type="dxa"/>
            <w:tcMar>
              <w:top w:w="20" w:type="dxa"/>
              <w:left w:w="50" w:type="dxa"/>
              <w:bottom w:w="20" w:type="dxa"/>
              <w:right w:w="50" w:type="dxa"/>
            </w:tcMar>
          </w:tcPr>
          <w:p w14:paraId="120D4E09" w14:textId="77777777" w:rsidR="00292F36" w:rsidRDefault="00000000">
            <w:r>
              <w:rPr>
                <w:sz w:val="16"/>
              </w:rPr>
              <w:t>0.4026</w:t>
            </w:r>
          </w:p>
        </w:tc>
        <w:tc>
          <w:tcPr>
            <w:tcW w:w="1170" w:type="dxa"/>
            <w:tcMar>
              <w:top w:w="20" w:type="dxa"/>
              <w:left w:w="50" w:type="dxa"/>
              <w:bottom w:w="20" w:type="dxa"/>
              <w:right w:w="50" w:type="dxa"/>
            </w:tcMar>
          </w:tcPr>
          <w:p w14:paraId="23776765" w14:textId="77777777" w:rsidR="00292F36" w:rsidRDefault="00000000">
            <w:r>
              <w:rPr>
                <w:sz w:val="16"/>
              </w:rPr>
              <w:t>0.1003</w:t>
            </w:r>
          </w:p>
        </w:tc>
        <w:tc>
          <w:tcPr>
            <w:tcW w:w="1170" w:type="dxa"/>
            <w:tcMar>
              <w:top w:w="20" w:type="dxa"/>
              <w:left w:w="50" w:type="dxa"/>
              <w:bottom w:w="20" w:type="dxa"/>
              <w:right w:w="50" w:type="dxa"/>
            </w:tcMar>
          </w:tcPr>
          <w:p w14:paraId="36C6430B" w14:textId="77777777" w:rsidR="00292F36" w:rsidRDefault="00000000">
            <w:r>
              <w:rPr>
                <w:sz w:val="16"/>
              </w:rPr>
              <w:t>0.206</w:t>
            </w:r>
          </w:p>
        </w:tc>
        <w:tc>
          <w:tcPr>
            <w:tcW w:w="1170" w:type="dxa"/>
            <w:tcMar>
              <w:top w:w="20" w:type="dxa"/>
              <w:left w:w="50" w:type="dxa"/>
              <w:bottom w:w="20" w:type="dxa"/>
              <w:right w:w="50" w:type="dxa"/>
            </w:tcMar>
          </w:tcPr>
          <w:p w14:paraId="6F06BD0F" w14:textId="77777777" w:rsidR="00292F36" w:rsidRDefault="00000000">
            <w:r>
              <w:rPr>
                <w:sz w:val="16"/>
              </w:rPr>
              <w:t>0.5992</w:t>
            </w:r>
          </w:p>
        </w:tc>
        <w:tc>
          <w:tcPr>
            <w:tcW w:w="1170" w:type="dxa"/>
            <w:tcMar>
              <w:top w:w="20" w:type="dxa"/>
              <w:left w:w="50" w:type="dxa"/>
              <w:bottom w:w="20" w:type="dxa"/>
              <w:right w:w="50" w:type="dxa"/>
            </w:tcMar>
          </w:tcPr>
          <w:p w14:paraId="708FCDE6" w14:textId="77777777" w:rsidR="00292F36" w:rsidRDefault="00000000">
            <w:r>
              <w:rPr>
                <w:sz w:val="16"/>
              </w:rPr>
              <w:t>6e-05</w:t>
            </w:r>
          </w:p>
        </w:tc>
        <w:tc>
          <w:tcPr>
            <w:tcW w:w="1170" w:type="dxa"/>
            <w:tcMar>
              <w:top w:w="20" w:type="dxa"/>
              <w:left w:w="50" w:type="dxa"/>
              <w:bottom w:w="20" w:type="dxa"/>
              <w:right w:w="50" w:type="dxa"/>
            </w:tcMar>
          </w:tcPr>
          <w:p w14:paraId="57DAEE82" w14:textId="77777777" w:rsidR="00292F36" w:rsidRDefault="00000000">
            <w:r>
              <w:rPr>
                <w:sz w:val="16"/>
              </w:rPr>
              <w:t>***</w:t>
            </w:r>
          </w:p>
        </w:tc>
      </w:tr>
      <w:tr w:rsidR="00292F36" w14:paraId="63609F0E" w14:textId="77777777">
        <w:tc>
          <w:tcPr>
            <w:tcW w:w="1170" w:type="dxa"/>
            <w:tcMar>
              <w:top w:w="20" w:type="dxa"/>
              <w:left w:w="50" w:type="dxa"/>
              <w:bottom w:w="20" w:type="dxa"/>
              <w:right w:w="50" w:type="dxa"/>
            </w:tcMar>
          </w:tcPr>
          <w:p w14:paraId="72FB4658" w14:textId="77777777" w:rsidR="00292F36" w:rsidRDefault="00000000">
            <w:r>
              <w:rPr>
                <w:sz w:val="16"/>
              </w:rPr>
              <w:t>Iron</w:t>
            </w:r>
          </w:p>
        </w:tc>
        <w:tc>
          <w:tcPr>
            <w:tcW w:w="1170" w:type="dxa"/>
            <w:tcMar>
              <w:top w:w="20" w:type="dxa"/>
              <w:left w:w="50" w:type="dxa"/>
              <w:bottom w:w="20" w:type="dxa"/>
              <w:right w:w="50" w:type="dxa"/>
            </w:tcMar>
          </w:tcPr>
          <w:p w14:paraId="2CC68333" w14:textId="77777777" w:rsidR="00292F36" w:rsidRDefault="00000000">
            <w:r>
              <w:rPr>
                <w:sz w:val="16"/>
              </w:rPr>
              <w:t>Benthic PC2</w:t>
            </w:r>
          </w:p>
        </w:tc>
        <w:tc>
          <w:tcPr>
            <w:tcW w:w="1170" w:type="dxa"/>
            <w:tcMar>
              <w:top w:w="20" w:type="dxa"/>
              <w:left w:w="50" w:type="dxa"/>
              <w:bottom w:w="20" w:type="dxa"/>
              <w:right w:w="50" w:type="dxa"/>
            </w:tcMar>
          </w:tcPr>
          <w:p w14:paraId="56A3FE4A" w14:textId="77777777" w:rsidR="00292F36" w:rsidRDefault="00000000">
            <w:r>
              <w:rPr>
                <w:sz w:val="16"/>
              </w:rPr>
              <w:t>0.0688</w:t>
            </w:r>
          </w:p>
        </w:tc>
        <w:tc>
          <w:tcPr>
            <w:tcW w:w="1170" w:type="dxa"/>
            <w:tcMar>
              <w:top w:w="20" w:type="dxa"/>
              <w:left w:w="50" w:type="dxa"/>
              <w:bottom w:w="20" w:type="dxa"/>
              <w:right w:w="50" w:type="dxa"/>
            </w:tcMar>
          </w:tcPr>
          <w:p w14:paraId="6C5F30A6" w14:textId="77777777" w:rsidR="00292F36" w:rsidRDefault="00000000">
            <w:r>
              <w:rPr>
                <w:sz w:val="16"/>
              </w:rPr>
              <w:t>0.0928</w:t>
            </w:r>
          </w:p>
        </w:tc>
        <w:tc>
          <w:tcPr>
            <w:tcW w:w="1170" w:type="dxa"/>
            <w:tcMar>
              <w:top w:w="20" w:type="dxa"/>
              <w:left w:w="50" w:type="dxa"/>
              <w:bottom w:w="20" w:type="dxa"/>
              <w:right w:w="50" w:type="dxa"/>
            </w:tcMar>
          </w:tcPr>
          <w:p w14:paraId="1ADA535B" w14:textId="77777777" w:rsidR="00292F36" w:rsidRDefault="00000000">
            <w:r>
              <w:rPr>
                <w:sz w:val="16"/>
              </w:rPr>
              <w:t>-0.1131</w:t>
            </w:r>
          </w:p>
        </w:tc>
        <w:tc>
          <w:tcPr>
            <w:tcW w:w="1170" w:type="dxa"/>
            <w:tcMar>
              <w:top w:w="20" w:type="dxa"/>
              <w:left w:w="50" w:type="dxa"/>
              <w:bottom w:w="20" w:type="dxa"/>
              <w:right w:w="50" w:type="dxa"/>
            </w:tcMar>
          </w:tcPr>
          <w:p w14:paraId="44BC980F" w14:textId="77777777" w:rsidR="00292F36" w:rsidRDefault="00000000">
            <w:r>
              <w:rPr>
                <w:sz w:val="16"/>
              </w:rPr>
              <w:t>0.2507</w:t>
            </w:r>
          </w:p>
        </w:tc>
        <w:tc>
          <w:tcPr>
            <w:tcW w:w="1170" w:type="dxa"/>
            <w:tcMar>
              <w:top w:w="20" w:type="dxa"/>
              <w:left w:w="50" w:type="dxa"/>
              <w:bottom w:w="20" w:type="dxa"/>
              <w:right w:w="50" w:type="dxa"/>
            </w:tcMar>
          </w:tcPr>
          <w:p w14:paraId="122254AA" w14:textId="77777777" w:rsidR="00292F36" w:rsidRDefault="00000000">
            <w:r>
              <w:rPr>
                <w:sz w:val="16"/>
              </w:rPr>
              <w:t>0.459</w:t>
            </w:r>
          </w:p>
        </w:tc>
        <w:tc>
          <w:tcPr>
            <w:tcW w:w="1170" w:type="dxa"/>
            <w:tcMar>
              <w:top w:w="20" w:type="dxa"/>
              <w:left w:w="50" w:type="dxa"/>
              <w:bottom w:w="20" w:type="dxa"/>
              <w:right w:w="50" w:type="dxa"/>
            </w:tcMar>
          </w:tcPr>
          <w:p w14:paraId="4A16AFBC" w14:textId="77777777" w:rsidR="00292F36" w:rsidRDefault="00292F36"/>
        </w:tc>
      </w:tr>
      <w:tr w:rsidR="00292F36" w14:paraId="59CAFC52" w14:textId="77777777">
        <w:tc>
          <w:tcPr>
            <w:tcW w:w="1170" w:type="dxa"/>
            <w:tcMar>
              <w:top w:w="20" w:type="dxa"/>
              <w:left w:w="50" w:type="dxa"/>
              <w:bottom w:w="20" w:type="dxa"/>
              <w:right w:w="50" w:type="dxa"/>
            </w:tcMar>
          </w:tcPr>
          <w:p w14:paraId="0CC2BB2C" w14:textId="77777777" w:rsidR="00292F36" w:rsidRDefault="00000000">
            <w:r>
              <w:rPr>
                <w:sz w:val="16"/>
              </w:rPr>
              <w:t>Zinc</w:t>
            </w:r>
          </w:p>
        </w:tc>
        <w:tc>
          <w:tcPr>
            <w:tcW w:w="1170" w:type="dxa"/>
            <w:tcMar>
              <w:top w:w="20" w:type="dxa"/>
              <w:left w:w="50" w:type="dxa"/>
              <w:bottom w:w="20" w:type="dxa"/>
              <w:right w:w="50" w:type="dxa"/>
            </w:tcMar>
          </w:tcPr>
          <w:p w14:paraId="25934DB8" w14:textId="77777777" w:rsidR="00292F36" w:rsidRDefault="00000000">
            <w:r>
              <w:rPr>
                <w:sz w:val="16"/>
              </w:rPr>
              <w:t>Depth</w:t>
            </w:r>
          </w:p>
        </w:tc>
        <w:tc>
          <w:tcPr>
            <w:tcW w:w="1170" w:type="dxa"/>
            <w:tcMar>
              <w:top w:w="20" w:type="dxa"/>
              <w:left w:w="50" w:type="dxa"/>
              <w:bottom w:w="20" w:type="dxa"/>
              <w:right w:w="50" w:type="dxa"/>
            </w:tcMar>
          </w:tcPr>
          <w:p w14:paraId="1F19514E" w14:textId="77777777" w:rsidR="00292F36" w:rsidRDefault="00000000">
            <w:r>
              <w:rPr>
                <w:sz w:val="16"/>
              </w:rPr>
              <w:t>-0.0393</w:t>
            </w:r>
          </w:p>
        </w:tc>
        <w:tc>
          <w:tcPr>
            <w:tcW w:w="1170" w:type="dxa"/>
            <w:tcMar>
              <w:top w:w="20" w:type="dxa"/>
              <w:left w:w="50" w:type="dxa"/>
              <w:bottom w:w="20" w:type="dxa"/>
              <w:right w:w="50" w:type="dxa"/>
            </w:tcMar>
          </w:tcPr>
          <w:p w14:paraId="2950DF6D" w14:textId="77777777" w:rsidR="00292F36" w:rsidRDefault="00000000">
            <w:r>
              <w:rPr>
                <w:sz w:val="16"/>
              </w:rPr>
              <w:t>0.0854</w:t>
            </w:r>
          </w:p>
        </w:tc>
        <w:tc>
          <w:tcPr>
            <w:tcW w:w="1170" w:type="dxa"/>
            <w:tcMar>
              <w:top w:w="20" w:type="dxa"/>
              <w:left w:w="50" w:type="dxa"/>
              <w:bottom w:w="20" w:type="dxa"/>
              <w:right w:w="50" w:type="dxa"/>
            </w:tcMar>
          </w:tcPr>
          <w:p w14:paraId="1E981405" w14:textId="77777777" w:rsidR="00292F36" w:rsidRDefault="00000000">
            <w:r>
              <w:rPr>
                <w:sz w:val="16"/>
              </w:rPr>
              <w:t>-0.2067</w:t>
            </w:r>
          </w:p>
        </w:tc>
        <w:tc>
          <w:tcPr>
            <w:tcW w:w="1170" w:type="dxa"/>
            <w:tcMar>
              <w:top w:w="20" w:type="dxa"/>
              <w:left w:w="50" w:type="dxa"/>
              <w:bottom w:w="20" w:type="dxa"/>
              <w:right w:w="50" w:type="dxa"/>
            </w:tcMar>
          </w:tcPr>
          <w:p w14:paraId="4B44B8DE" w14:textId="77777777" w:rsidR="00292F36" w:rsidRDefault="00000000">
            <w:r>
              <w:rPr>
                <w:sz w:val="16"/>
              </w:rPr>
              <w:t>0.1281</w:t>
            </w:r>
          </w:p>
        </w:tc>
        <w:tc>
          <w:tcPr>
            <w:tcW w:w="1170" w:type="dxa"/>
            <w:tcMar>
              <w:top w:w="20" w:type="dxa"/>
              <w:left w:w="50" w:type="dxa"/>
              <w:bottom w:w="20" w:type="dxa"/>
              <w:right w:w="50" w:type="dxa"/>
            </w:tcMar>
          </w:tcPr>
          <w:p w14:paraId="2674E734" w14:textId="77777777" w:rsidR="00292F36" w:rsidRDefault="00000000">
            <w:r>
              <w:rPr>
                <w:sz w:val="16"/>
              </w:rPr>
              <w:t>0.645</w:t>
            </w:r>
          </w:p>
        </w:tc>
        <w:tc>
          <w:tcPr>
            <w:tcW w:w="1170" w:type="dxa"/>
            <w:tcMar>
              <w:top w:w="20" w:type="dxa"/>
              <w:left w:w="50" w:type="dxa"/>
              <w:bottom w:w="20" w:type="dxa"/>
              <w:right w:w="50" w:type="dxa"/>
            </w:tcMar>
          </w:tcPr>
          <w:p w14:paraId="6DD68576" w14:textId="77777777" w:rsidR="00292F36" w:rsidRDefault="00292F36"/>
        </w:tc>
      </w:tr>
      <w:tr w:rsidR="00292F36" w14:paraId="35FD11DC" w14:textId="77777777">
        <w:tc>
          <w:tcPr>
            <w:tcW w:w="1170" w:type="dxa"/>
            <w:tcMar>
              <w:top w:w="20" w:type="dxa"/>
              <w:left w:w="50" w:type="dxa"/>
              <w:bottom w:w="20" w:type="dxa"/>
              <w:right w:w="50" w:type="dxa"/>
            </w:tcMar>
          </w:tcPr>
          <w:p w14:paraId="5B3ECAC0" w14:textId="77777777" w:rsidR="00292F36" w:rsidRDefault="00000000">
            <w:r>
              <w:rPr>
                <w:sz w:val="16"/>
              </w:rPr>
              <w:t>Zinc</w:t>
            </w:r>
          </w:p>
        </w:tc>
        <w:tc>
          <w:tcPr>
            <w:tcW w:w="1170" w:type="dxa"/>
            <w:tcMar>
              <w:top w:w="20" w:type="dxa"/>
              <w:left w:w="50" w:type="dxa"/>
              <w:bottom w:w="20" w:type="dxa"/>
              <w:right w:w="50" w:type="dxa"/>
            </w:tcMar>
          </w:tcPr>
          <w:p w14:paraId="12F51659" w14:textId="77777777" w:rsidR="00292F36" w:rsidRDefault="00000000">
            <w:r>
              <w:rPr>
                <w:sz w:val="16"/>
              </w:rPr>
              <w:t>SST</w:t>
            </w:r>
          </w:p>
        </w:tc>
        <w:tc>
          <w:tcPr>
            <w:tcW w:w="1170" w:type="dxa"/>
            <w:tcMar>
              <w:top w:w="20" w:type="dxa"/>
              <w:left w:w="50" w:type="dxa"/>
              <w:bottom w:w="20" w:type="dxa"/>
              <w:right w:w="50" w:type="dxa"/>
            </w:tcMar>
          </w:tcPr>
          <w:p w14:paraId="5F670BB4" w14:textId="77777777" w:rsidR="00292F36" w:rsidRDefault="00000000">
            <w:r>
              <w:rPr>
                <w:sz w:val="16"/>
              </w:rPr>
              <w:t>0.3069</w:t>
            </w:r>
          </w:p>
        </w:tc>
        <w:tc>
          <w:tcPr>
            <w:tcW w:w="1170" w:type="dxa"/>
            <w:tcMar>
              <w:top w:w="20" w:type="dxa"/>
              <w:left w:w="50" w:type="dxa"/>
              <w:bottom w:w="20" w:type="dxa"/>
              <w:right w:w="50" w:type="dxa"/>
            </w:tcMar>
          </w:tcPr>
          <w:p w14:paraId="0F38DB26" w14:textId="77777777" w:rsidR="00292F36" w:rsidRDefault="00000000">
            <w:r>
              <w:rPr>
                <w:sz w:val="16"/>
              </w:rPr>
              <w:t>0.0627</w:t>
            </w:r>
          </w:p>
        </w:tc>
        <w:tc>
          <w:tcPr>
            <w:tcW w:w="1170" w:type="dxa"/>
            <w:tcMar>
              <w:top w:w="20" w:type="dxa"/>
              <w:left w:w="50" w:type="dxa"/>
              <w:bottom w:w="20" w:type="dxa"/>
              <w:right w:w="50" w:type="dxa"/>
            </w:tcMar>
          </w:tcPr>
          <w:p w14:paraId="133C03B8" w14:textId="77777777" w:rsidR="00292F36" w:rsidRDefault="00000000">
            <w:r>
              <w:rPr>
                <w:sz w:val="16"/>
              </w:rPr>
              <w:t>0.184</w:t>
            </w:r>
          </w:p>
        </w:tc>
        <w:tc>
          <w:tcPr>
            <w:tcW w:w="1170" w:type="dxa"/>
            <w:tcMar>
              <w:top w:w="20" w:type="dxa"/>
              <w:left w:w="50" w:type="dxa"/>
              <w:bottom w:w="20" w:type="dxa"/>
              <w:right w:w="50" w:type="dxa"/>
            </w:tcMar>
          </w:tcPr>
          <w:p w14:paraId="00676531" w14:textId="77777777" w:rsidR="00292F36" w:rsidRDefault="00000000">
            <w:r>
              <w:rPr>
                <w:sz w:val="16"/>
              </w:rPr>
              <w:t>0.4298</w:t>
            </w:r>
          </w:p>
        </w:tc>
        <w:tc>
          <w:tcPr>
            <w:tcW w:w="1170" w:type="dxa"/>
            <w:tcMar>
              <w:top w:w="20" w:type="dxa"/>
              <w:left w:w="50" w:type="dxa"/>
              <w:bottom w:w="20" w:type="dxa"/>
              <w:right w:w="50" w:type="dxa"/>
            </w:tcMar>
          </w:tcPr>
          <w:p w14:paraId="19A1B6E2" w14:textId="77777777" w:rsidR="00292F36" w:rsidRDefault="00000000">
            <w:r>
              <w:rPr>
                <w:sz w:val="16"/>
              </w:rPr>
              <w:t>9.73e-07</w:t>
            </w:r>
          </w:p>
        </w:tc>
        <w:tc>
          <w:tcPr>
            <w:tcW w:w="1170" w:type="dxa"/>
            <w:tcMar>
              <w:top w:w="20" w:type="dxa"/>
              <w:left w:w="50" w:type="dxa"/>
              <w:bottom w:w="20" w:type="dxa"/>
              <w:right w:w="50" w:type="dxa"/>
            </w:tcMar>
          </w:tcPr>
          <w:p w14:paraId="6BF1CAC6" w14:textId="77777777" w:rsidR="00292F36" w:rsidRDefault="00000000">
            <w:r>
              <w:rPr>
                <w:sz w:val="16"/>
              </w:rPr>
              <w:t>***</w:t>
            </w:r>
          </w:p>
        </w:tc>
      </w:tr>
      <w:tr w:rsidR="00292F36" w14:paraId="7016A160" w14:textId="77777777">
        <w:tc>
          <w:tcPr>
            <w:tcW w:w="1170" w:type="dxa"/>
            <w:tcMar>
              <w:top w:w="20" w:type="dxa"/>
              <w:left w:w="50" w:type="dxa"/>
              <w:bottom w:w="20" w:type="dxa"/>
              <w:right w:w="50" w:type="dxa"/>
            </w:tcMar>
          </w:tcPr>
          <w:p w14:paraId="48A3019C" w14:textId="77777777" w:rsidR="00292F36" w:rsidRDefault="00000000">
            <w:r>
              <w:rPr>
                <w:sz w:val="16"/>
              </w:rPr>
              <w:t>Zinc</w:t>
            </w:r>
          </w:p>
        </w:tc>
        <w:tc>
          <w:tcPr>
            <w:tcW w:w="1170" w:type="dxa"/>
            <w:tcMar>
              <w:top w:w="20" w:type="dxa"/>
              <w:left w:w="50" w:type="dxa"/>
              <w:bottom w:w="20" w:type="dxa"/>
              <w:right w:w="50" w:type="dxa"/>
            </w:tcMar>
          </w:tcPr>
          <w:p w14:paraId="30818B99" w14:textId="77777777" w:rsidR="00292F36" w:rsidRDefault="00000000">
            <w:r>
              <w:rPr>
                <w:sz w:val="16"/>
              </w:rPr>
              <w:t>Chl-a</w:t>
            </w:r>
          </w:p>
        </w:tc>
        <w:tc>
          <w:tcPr>
            <w:tcW w:w="1170" w:type="dxa"/>
            <w:tcMar>
              <w:top w:w="20" w:type="dxa"/>
              <w:left w:w="50" w:type="dxa"/>
              <w:bottom w:w="20" w:type="dxa"/>
              <w:right w:w="50" w:type="dxa"/>
            </w:tcMar>
          </w:tcPr>
          <w:p w14:paraId="74D542D2" w14:textId="77777777" w:rsidR="00292F36" w:rsidRDefault="00000000">
            <w:r>
              <w:rPr>
                <w:sz w:val="16"/>
              </w:rPr>
              <w:t>-1.1018</w:t>
            </w:r>
          </w:p>
        </w:tc>
        <w:tc>
          <w:tcPr>
            <w:tcW w:w="1170" w:type="dxa"/>
            <w:tcMar>
              <w:top w:w="20" w:type="dxa"/>
              <w:left w:w="50" w:type="dxa"/>
              <w:bottom w:w="20" w:type="dxa"/>
              <w:right w:w="50" w:type="dxa"/>
            </w:tcMar>
          </w:tcPr>
          <w:p w14:paraId="3471751D" w14:textId="77777777" w:rsidR="00292F36" w:rsidRDefault="00000000">
            <w:r>
              <w:rPr>
                <w:sz w:val="16"/>
              </w:rPr>
              <w:t>0.2603</w:t>
            </w:r>
          </w:p>
        </w:tc>
        <w:tc>
          <w:tcPr>
            <w:tcW w:w="1170" w:type="dxa"/>
            <w:tcMar>
              <w:top w:w="20" w:type="dxa"/>
              <w:left w:w="50" w:type="dxa"/>
              <w:bottom w:w="20" w:type="dxa"/>
              <w:right w:w="50" w:type="dxa"/>
            </w:tcMar>
          </w:tcPr>
          <w:p w14:paraId="7FA6B8EA" w14:textId="77777777" w:rsidR="00292F36" w:rsidRDefault="00000000">
            <w:r>
              <w:rPr>
                <w:sz w:val="16"/>
              </w:rPr>
              <w:t>-1.612</w:t>
            </w:r>
          </w:p>
        </w:tc>
        <w:tc>
          <w:tcPr>
            <w:tcW w:w="1170" w:type="dxa"/>
            <w:tcMar>
              <w:top w:w="20" w:type="dxa"/>
              <w:left w:w="50" w:type="dxa"/>
              <w:bottom w:w="20" w:type="dxa"/>
              <w:right w:w="50" w:type="dxa"/>
            </w:tcMar>
          </w:tcPr>
          <w:p w14:paraId="3A10F1FA" w14:textId="77777777" w:rsidR="00292F36" w:rsidRDefault="00000000">
            <w:r>
              <w:rPr>
                <w:sz w:val="16"/>
              </w:rPr>
              <w:t>-0.5916</w:t>
            </w:r>
          </w:p>
        </w:tc>
        <w:tc>
          <w:tcPr>
            <w:tcW w:w="1170" w:type="dxa"/>
            <w:tcMar>
              <w:top w:w="20" w:type="dxa"/>
              <w:left w:w="50" w:type="dxa"/>
              <w:bottom w:w="20" w:type="dxa"/>
              <w:right w:w="50" w:type="dxa"/>
            </w:tcMar>
          </w:tcPr>
          <w:p w14:paraId="371FDF29" w14:textId="77777777" w:rsidR="00292F36" w:rsidRDefault="00000000">
            <w:r>
              <w:rPr>
                <w:sz w:val="16"/>
              </w:rPr>
              <w:t>2.32e-05</w:t>
            </w:r>
          </w:p>
        </w:tc>
        <w:tc>
          <w:tcPr>
            <w:tcW w:w="1170" w:type="dxa"/>
            <w:tcMar>
              <w:top w:w="20" w:type="dxa"/>
              <w:left w:w="50" w:type="dxa"/>
              <w:bottom w:w="20" w:type="dxa"/>
              <w:right w:w="50" w:type="dxa"/>
            </w:tcMar>
          </w:tcPr>
          <w:p w14:paraId="5CC0EB7A" w14:textId="77777777" w:rsidR="00292F36" w:rsidRDefault="00000000">
            <w:r>
              <w:rPr>
                <w:sz w:val="16"/>
              </w:rPr>
              <w:t>***</w:t>
            </w:r>
          </w:p>
        </w:tc>
      </w:tr>
      <w:tr w:rsidR="00292F36" w14:paraId="7BC69C02" w14:textId="77777777">
        <w:tc>
          <w:tcPr>
            <w:tcW w:w="1170" w:type="dxa"/>
            <w:tcMar>
              <w:top w:w="20" w:type="dxa"/>
              <w:left w:w="50" w:type="dxa"/>
              <w:bottom w:w="20" w:type="dxa"/>
              <w:right w:w="50" w:type="dxa"/>
            </w:tcMar>
          </w:tcPr>
          <w:p w14:paraId="2F39DBF5" w14:textId="77777777" w:rsidR="00292F36" w:rsidRDefault="00000000">
            <w:r>
              <w:rPr>
                <w:sz w:val="16"/>
              </w:rPr>
              <w:t>Zinc</w:t>
            </w:r>
          </w:p>
        </w:tc>
        <w:tc>
          <w:tcPr>
            <w:tcW w:w="1170" w:type="dxa"/>
            <w:tcMar>
              <w:top w:w="20" w:type="dxa"/>
              <w:left w:w="50" w:type="dxa"/>
              <w:bottom w:w="20" w:type="dxa"/>
              <w:right w:w="50" w:type="dxa"/>
            </w:tcMar>
          </w:tcPr>
          <w:p w14:paraId="59B8180D" w14:textId="77777777" w:rsidR="00292F36" w:rsidRDefault="00000000">
            <w:r>
              <w:rPr>
                <w:sz w:val="16"/>
              </w:rPr>
              <w:t>Benthic PC1</w:t>
            </w:r>
          </w:p>
        </w:tc>
        <w:tc>
          <w:tcPr>
            <w:tcW w:w="1170" w:type="dxa"/>
            <w:tcMar>
              <w:top w:w="20" w:type="dxa"/>
              <w:left w:w="50" w:type="dxa"/>
              <w:bottom w:w="20" w:type="dxa"/>
              <w:right w:w="50" w:type="dxa"/>
            </w:tcMar>
          </w:tcPr>
          <w:p w14:paraId="067F8098" w14:textId="77777777" w:rsidR="00292F36" w:rsidRDefault="00000000">
            <w:r>
              <w:rPr>
                <w:sz w:val="16"/>
              </w:rPr>
              <w:t>0.4125</w:t>
            </w:r>
          </w:p>
        </w:tc>
        <w:tc>
          <w:tcPr>
            <w:tcW w:w="1170" w:type="dxa"/>
            <w:tcMar>
              <w:top w:w="20" w:type="dxa"/>
              <w:left w:w="50" w:type="dxa"/>
              <w:bottom w:w="20" w:type="dxa"/>
              <w:right w:w="50" w:type="dxa"/>
            </w:tcMar>
          </w:tcPr>
          <w:p w14:paraId="647500D6" w14:textId="77777777" w:rsidR="00292F36" w:rsidRDefault="00000000">
            <w:r>
              <w:rPr>
                <w:sz w:val="16"/>
              </w:rPr>
              <w:t>0.1009</w:t>
            </w:r>
          </w:p>
        </w:tc>
        <w:tc>
          <w:tcPr>
            <w:tcW w:w="1170" w:type="dxa"/>
            <w:tcMar>
              <w:top w:w="20" w:type="dxa"/>
              <w:left w:w="50" w:type="dxa"/>
              <w:bottom w:w="20" w:type="dxa"/>
              <w:right w:w="50" w:type="dxa"/>
            </w:tcMar>
          </w:tcPr>
          <w:p w14:paraId="77AE05BA" w14:textId="77777777" w:rsidR="00292F36" w:rsidRDefault="00000000">
            <w:r>
              <w:rPr>
                <w:sz w:val="16"/>
              </w:rPr>
              <w:t>0.2147</w:t>
            </w:r>
          </w:p>
        </w:tc>
        <w:tc>
          <w:tcPr>
            <w:tcW w:w="1170" w:type="dxa"/>
            <w:tcMar>
              <w:top w:w="20" w:type="dxa"/>
              <w:left w:w="50" w:type="dxa"/>
              <w:bottom w:w="20" w:type="dxa"/>
              <w:right w:w="50" w:type="dxa"/>
            </w:tcMar>
          </w:tcPr>
          <w:p w14:paraId="6A1EB7AA" w14:textId="77777777" w:rsidR="00292F36" w:rsidRDefault="00000000">
            <w:r>
              <w:rPr>
                <w:sz w:val="16"/>
              </w:rPr>
              <w:t>0.6103</w:t>
            </w:r>
          </w:p>
        </w:tc>
        <w:tc>
          <w:tcPr>
            <w:tcW w:w="1170" w:type="dxa"/>
            <w:tcMar>
              <w:top w:w="20" w:type="dxa"/>
              <w:left w:w="50" w:type="dxa"/>
              <w:bottom w:w="20" w:type="dxa"/>
              <w:right w:w="50" w:type="dxa"/>
            </w:tcMar>
          </w:tcPr>
          <w:p w14:paraId="3778E1C8" w14:textId="77777777" w:rsidR="00292F36" w:rsidRDefault="00000000">
            <w:r>
              <w:rPr>
                <w:sz w:val="16"/>
              </w:rPr>
              <w:t>4.33e-05</w:t>
            </w:r>
          </w:p>
        </w:tc>
        <w:tc>
          <w:tcPr>
            <w:tcW w:w="1170" w:type="dxa"/>
            <w:tcMar>
              <w:top w:w="20" w:type="dxa"/>
              <w:left w:w="50" w:type="dxa"/>
              <w:bottom w:w="20" w:type="dxa"/>
              <w:right w:w="50" w:type="dxa"/>
            </w:tcMar>
          </w:tcPr>
          <w:p w14:paraId="337A7426" w14:textId="77777777" w:rsidR="00292F36" w:rsidRDefault="00000000">
            <w:r>
              <w:rPr>
                <w:sz w:val="16"/>
              </w:rPr>
              <w:t>***</w:t>
            </w:r>
          </w:p>
        </w:tc>
      </w:tr>
      <w:tr w:rsidR="00292F36" w14:paraId="684FCBAF" w14:textId="77777777">
        <w:tc>
          <w:tcPr>
            <w:tcW w:w="1170" w:type="dxa"/>
            <w:tcMar>
              <w:top w:w="20" w:type="dxa"/>
              <w:left w:w="50" w:type="dxa"/>
              <w:bottom w:w="20" w:type="dxa"/>
              <w:right w:w="50" w:type="dxa"/>
            </w:tcMar>
          </w:tcPr>
          <w:p w14:paraId="0D5C0080" w14:textId="77777777" w:rsidR="00292F36" w:rsidRDefault="00000000">
            <w:r>
              <w:rPr>
                <w:sz w:val="16"/>
              </w:rPr>
              <w:t>Zinc</w:t>
            </w:r>
          </w:p>
        </w:tc>
        <w:tc>
          <w:tcPr>
            <w:tcW w:w="1170" w:type="dxa"/>
            <w:tcMar>
              <w:top w:w="20" w:type="dxa"/>
              <w:left w:w="50" w:type="dxa"/>
              <w:bottom w:w="20" w:type="dxa"/>
              <w:right w:w="50" w:type="dxa"/>
            </w:tcMar>
          </w:tcPr>
          <w:p w14:paraId="1D8BE713" w14:textId="77777777" w:rsidR="00292F36" w:rsidRDefault="00000000">
            <w:r>
              <w:rPr>
                <w:sz w:val="16"/>
              </w:rPr>
              <w:t>Benthic PC2</w:t>
            </w:r>
          </w:p>
        </w:tc>
        <w:tc>
          <w:tcPr>
            <w:tcW w:w="1170" w:type="dxa"/>
            <w:tcMar>
              <w:top w:w="20" w:type="dxa"/>
              <w:left w:w="50" w:type="dxa"/>
              <w:bottom w:w="20" w:type="dxa"/>
              <w:right w:w="50" w:type="dxa"/>
            </w:tcMar>
          </w:tcPr>
          <w:p w14:paraId="1B2C7CB3" w14:textId="77777777" w:rsidR="00292F36" w:rsidRDefault="00000000">
            <w:r>
              <w:rPr>
                <w:sz w:val="16"/>
              </w:rPr>
              <w:t>0.1243</w:t>
            </w:r>
          </w:p>
        </w:tc>
        <w:tc>
          <w:tcPr>
            <w:tcW w:w="1170" w:type="dxa"/>
            <w:tcMar>
              <w:top w:w="20" w:type="dxa"/>
              <w:left w:w="50" w:type="dxa"/>
              <w:bottom w:w="20" w:type="dxa"/>
              <w:right w:w="50" w:type="dxa"/>
            </w:tcMar>
          </w:tcPr>
          <w:p w14:paraId="14B8ACBB" w14:textId="77777777" w:rsidR="00292F36" w:rsidRDefault="00000000">
            <w:r>
              <w:rPr>
                <w:sz w:val="16"/>
              </w:rPr>
              <w:t>0.0928</w:t>
            </w:r>
          </w:p>
        </w:tc>
        <w:tc>
          <w:tcPr>
            <w:tcW w:w="1170" w:type="dxa"/>
            <w:tcMar>
              <w:top w:w="20" w:type="dxa"/>
              <w:left w:w="50" w:type="dxa"/>
              <w:bottom w:w="20" w:type="dxa"/>
              <w:right w:w="50" w:type="dxa"/>
            </w:tcMar>
          </w:tcPr>
          <w:p w14:paraId="0BC74346" w14:textId="77777777" w:rsidR="00292F36" w:rsidRDefault="00000000">
            <w:r>
              <w:rPr>
                <w:sz w:val="16"/>
              </w:rPr>
              <w:t>-0.0576</w:t>
            </w:r>
          </w:p>
        </w:tc>
        <w:tc>
          <w:tcPr>
            <w:tcW w:w="1170" w:type="dxa"/>
            <w:tcMar>
              <w:top w:w="20" w:type="dxa"/>
              <w:left w:w="50" w:type="dxa"/>
              <w:bottom w:w="20" w:type="dxa"/>
              <w:right w:w="50" w:type="dxa"/>
            </w:tcMar>
          </w:tcPr>
          <w:p w14:paraId="766C96E3" w14:textId="77777777" w:rsidR="00292F36" w:rsidRDefault="00000000">
            <w:r>
              <w:rPr>
                <w:sz w:val="16"/>
              </w:rPr>
              <w:t>0.3062</w:t>
            </w:r>
          </w:p>
        </w:tc>
        <w:tc>
          <w:tcPr>
            <w:tcW w:w="1170" w:type="dxa"/>
            <w:tcMar>
              <w:top w:w="20" w:type="dxa"/>
              <w:left w:w="50" w:type="dxa"/>
              <w:bottom w:w="20" w:type="dxa"/>
              <w:right w:w="50" w:type="dxa"/>
            </w:tcMar>
          </w:tcPr>
          <w:p w14:paraId="3EE58717" w14:textId="77777777" w:rsidR="00292F36" w:rsidRDefault="00000000">
            <w:r>
              <w:rPr>
                <w:sz w:val="16"/>
              </w:rPr>
              <w:t>0.181</w:t>
            </w:r>
          </w:p>
        </w:tc>
        <w:tc>
          <w:tcPr>
            <w:tcW w:w="1170" w:type="dxa"/>
            <w:tcMar>
              <w:top w:w="20" w:type="dxa"/>
              <w:left w:w="50" w:type="dxa"/>
              <w:bottom w:w="20" w:type="dxa"/>
              <w:right w:w="50" w:type="dxa"/>
            </w:tcMar>
          </w:tcPr>
          <w:p w14:paraId="067C442B" w14:textId="77777777" w:rsidR="00292F36" w:rsidRDefault="00292F36"/>
        </w:tc>
      </w:tr>
      <w:tr w:rsidR="00292F36" w14:paraId="2B2534C9" w14:textId="77777777">
        <w:tc>
          <w:tcPr>
            <w:tcW w:w="1170" w:type="dxa"/>
            <w:tcMar>
              <w:top w:w="20" w:type="dxa"/>
              <w:left w:w="50" w:type="dxa"/>
              <w:bottom w:w="20" w:type="dxa"/>
              <w:right w:w="50" w:type="dxa"/>
            </w:tcMar>
          </w:tcPr>
          <w:p w14:paraId="5845DCE7" w14:textId="77777777" w:rsidR="00292F36" w:rsidRDefault="00000000">
            <w:r>
              <w:rPr>
                <w:sz w:val="16"/>
              </w:rPr>
              <w:t>Vitamin A</w:t>
            </w:r>
          </w:p>
        </w:tc>
        <w:tc>
          <w:tcPr>
            <w:tcW w:w="1170" w:type="dxa"/>
            <w:tcMar>
              <w:top w:w="20" w:type="dxa"/>
              <w:left w:w="50" w:type="dxa"/>
              <w:bottom w:w="20" w:type="dxa"/>
              <w:right w:w="50" w:type="dxa"/>
            </w:tcMar>
          </w:tcPr>
          <w:p w14:paraId="0B386C14" w14:textId="77777777" w:rsidR="00292F36" w:rsidRDefault="00000000">
            <w:r>
              <w:rPr>
                <w:sz w:val="16"/>
              </w:rPr>
              <w:t>Depth</w:t>
            </w:r>
          </w:p>
        </w:tc>
        <w:tc>
          <w:tcPr>
            <w:tcW w:w="1170" w:type="dxa"/>
            <w:tcMar>
              <w:top w:w="20" w:type="dxa"/>
              <w:left w:w="50" w:type="dxa"/>
              <w:bottom w:w="20" w:type="dxa"/>
              <w:right w:w="50" w:type="dxa"/>
            </w:tcMar>
          </w:tcPr>
          <w:p w14:paraId="0E96ECCC" w14:textId="77777777" w:rsidR="00292F36" w:rsidRDefault="00000000">
            <w:r>
              <w:rPr>
                <w:sz w:val="16"/>
              </w:rPr>
              <w:t>-0.0116</w:t>
            </w:r>
          </w:p>
        </w:tc>
        <w:tc>
          <w:tcPr>
            <w:tcW w:w="1170" w:type="dxa"/>
            <w:tcMar>
              <w:top w:w="20" w:type="dxa"/>
              <w:left w:w="50" w:type="dxa"/>
              <w:bottom w:w="20" w:type="dxa"/>
              <w:right w:w="50" w:type="dxa"/>
            </w:tcMar>
          </w:tcPr>
          <w:p w14:paraId="4F07040F" w14:textId="77777777" w:rsidR="00292F36" w:rsidRDefault="00000000">
            <w:r>
              <w:rPr>
                <w:sz w:val="16"/>
              </w:rPr>
              <w:t>0.0892</w:t>
            </w:r>
          </w:p>
        </w:tc>
        <w:tc>
          <w:tcPr>
            <w:tcW w:w="1170" w:type="dxa"/>
            <w:tcMar>
              <w:top w:w="20" w:type="dxa"/>
              <w:left w:w="50" w:type="dxa"/>
              <w:bottom w:w="20" w:type="dxa"/>
              <w:right w:w="50" w:type="dxa"/>
            </w:tcMar>
          </w:tcPr>
          <w:p w14:paraId="5B3384E5" w14:textId="77777777" w:rsidR="00292F36" w:rsidRDefault="00000000">
            <w:r>
              <w:rPr>
                <w:sz w:val="16"/>
              </w:rPr>
              <w:t>-0.1864</w:t>
            </w:r>
          </w:p>
        </w:tc>
        <w:tc>
          <w:tcPr>
            <w:tcW w:w="1170" w:type="dxa"/>
            <w:tcMar>
              <w:top w:w="20" w:type="dxa"/>
              <w:left w:w="50" w:type="dxa"/>
              <w:bottom w:w="20" w:type="dxa"/>
              <w:right w:w="50" w:type="dxa"/>
            </w:tcMar>
          </w:tcPr>
          <w:p w14:paraId="627E300A" w14:textId="77777777" w:rsidR="00292F36" w:rsidRDefault="00000000">
            <w:r>
              <w:rPr>
                <w:sz w:val="16"/>
              </w:rPr>
              <w:t>0.1632</w:t>
            </w:r>
          </w:p>
        </w:tc>
        <w:tc>
          <w:tcPr>
            <w:tcW w:w="1170" w:type="dxa"/>
            <w:tcMar>
              <w:top w:w="20" w:type="dxa"/>
              <w:left w:w="50" w:type="dxa"/>
              <w:bottom w:w="20" w:type="dxa"/>
              <w:right w:w="50" w:type="dxa"/>
            </w:tcMar>
          </w:tcPr>
          <w:p w14:paraId="1E05CA39" w14:textId="77777777" w:rsidR="00292F36" w:rsidRDefault="00000000">
            <w:r>
              <w:rPr>
                <w:sz w:val="16"/>
              </w:rPr>
              <w:t>0.896</w:t>
            </w:r>
          </w:p>
        </w:tc>
        <w:tc>
          <w:tcPr>
            <w:tcW w:w="1170" w:type="dxa"/>
            <w:tcMar>
              <w:top w:w="20" w:type="dxa"/>
              <w:left w:w="50" w:type="dxa"/>
              <w:bottom w:w="20" w:type="dxa"/>
              <w:right w:w="50" w:type="dxa"/>
            </w:tcMar>
          </w:tcPr>
          <w:p w14:paraId="5F2BB756" w14:textId="77777777" w:rsidR="00292F36" w:rsidRDefault="00292F36"/>
        </w:tc>
      </w:tr>
      <w:tr w:rsidR="00292F36" w14:paraId="54770A03" w14:textId="77777777">
        <w:tc>
          <w:tcPr>
            <w:tcW w:w="1170" w:type="dxa"/>
            <w:tcMar>
              <w:top w:w="20" w:type="dxa"/>
              <w:left w:w="50" w:type="dxa"/>
              <w:bottom w:w="20" w:type="dxa"/>
              <w:right w:w="50" w:type="dxa"/>
            </w:tcMar>
          </w:tcPr>
          <w:p w14:paraId="4D66D4FE" w14:textId="77777777" w:rsidR="00292F36" w:rsidRDefault="00000000">
            <w:r>
              <w:rPr>
                <w:sz w:val="16"/>
              </w:rPr>
              <w:t>Vitamin A</w:t>
            </w:r>
          </w:p>
        </w:tc>
        <w:tc>
          <w:tcPr>
            <w:tcW w:w="1170" w:type="dxa"/>
            <w:tcMar>
              <w:top w:w="20" w:type="dxa"/>
              <w:left w:w="50" w:type="dxa"/>
              <w:bottom w:w="20" w:type="dxa"/>
              <w:right w:w="50" w:type="dxa"/>
            </w:tcMar>
          </w:tcPr>
          <w:p w14:paraId="7D05E32B" w14:textId="77777777" w:rsidR="00292F36" w:rsidRDefault="00000000">
            <w:r>
              <w:rPr>
                <w:sz w:val="16"/>
              </w:rPr>
              <w:t>SST</w:t>
            </w:r>
          </w:p>
        </w:tc>
        <w:tc>
          <w:tcPr>
            <w:tcW w:w="1170" w:type="dxa"/>
            <w:tcMar>
              <w:top w:w="20" w:type="dxa"/>
              <w:left w:w="50" w:type="dxa"/>
              <w:bottom w:w="20" w:type="dxa"/>
              <w:right w:w="50" w:type="dxa"/>
            </w:tcMar>
          </w:tcPr>
          <w:p w14:paraId="65E8F316" w14:textId="77777777" w:rsidR="00292F36" w:rsidRDefault="00000000">
            <w:r>
              <w:rPr>
                <w:sz w:val="16"/>
              </w:rPr>
              <w:t>0.2953</w:t>
            </w:r>
          </w:p>
        </w:tc>
        <w:tc>
          <w:tcPr>
            <w:tcW w:w="1170" w:type="dxa"/>
            <w:tcMar>
              <w:top w:w="20" w:type="dxa"/>
              <w:left w:w="50" w:type="dxa"/>
              <w:bottom w:w="20" w:type="dxa"/>
              <w:right w:w="50" w:type="dxa"/>
            </w:tcMar>
          </w:tcPr>
          <w:p w14:paraId="34C2869C" w14:textId="77777777" w:rsidR="00292F36" w:rsidRDefault="00000000">
            <w:r>
              <w:rPr>
                <w:sz w:val="16"/>
              </w:rPr>
              <w:t>0.0647</w:t>
            </w:r>
          </w:p>
        </w:tc>
        <w:tc>
          <w:tcPr>
            <w:tcW w:w="1170" w:type="dxa"/>
            <w:tcMar>
              <w:top w:w="20" w:type="dxa"/>
              <w:left w:w="50" w:type="dxa"/>
              <w:bottom w:w="20" w:type="dxa"/>
              <w:right w:w="50" w:type="dxa"/>
            </w:tcMar>
          </w:tcPr>
          <w:p w14:paraId="25B2CC91" w14:textId="77777777" w:rsidR="00292F36" w:rsidRDefault="00000000">
            <w:r>
              <w:rPr>
                <w:sz w:val="16"/>
              </w:rPr>
              <w:t>0.1685</w:t>
            </w:r>
          </w:p>
        </w:tc>
        <w:tc>
          <w:tcPr>
            <w:tcW w:w="1170" w:type="dxa"/>
            <w:tcMar>
              <w:top w:w="20" w:type="dxa"/>
              <w:left w:w="50" w:type="dxa"/>
              <w:bottom w:w="20" w:type="dxa"/>
              <w:right w:w="50" w:type="dxa"/>
            </w:tcMar>
          </w:tcPr>
          <w:p w14:paraId="575E8B80" w14:textId="77777777" w:rsidR="00292F36" w:rsidRDefault="00000000">
            <w:r>
              <w:rPr>
                <w:sz w:val="16"/>
              </w:rPr>
              <w:t>0.4221</w:t>
            </w:r>
          </w:p>
        </w:tc>
        <w:tc>
          <w:tcPr>
            <w:tcW w:w="1170" w:type="dxa"/>
            <w:tcMar>
              <w:top w:w="20" w:type="dxa"/>
              <w:left w:w="50" w:type="dxa"/>
              <w:bottom w:w="20" w:type="dxa"/>
              <w:right w:w="50" w:type="dxa"/>
            </w:tcMar>
          </w:tcPr>
          <w:p w14:paraId="611A8983" w14:textId="77777777" w:rsidR="00292F36" w:rsidRDefault="00000000">
            <w:r>
              <w:rPr>
                <w:sz w:val="16"/>
              </w:rPr>
              <w:t>4.94e-06</w:t>
            </w:r>
          </w:p>
        </w:tc>
        <w:tc>
          <w:tcPr>
            <w:tcW w:w="1170" w:type="dxa"/>
            <w:tcMar>
              <w:top w:w="20" w:type="dxa"/>
              <w:left w:w="50" w:type="dxa"/>
              <w:bottom w:w="20" w:type="dxa"/>
              <w:right w:w="50" w:type="dxa"/>
            </w:tcMar>
          </w:tcPr>
          <w:p w14:paraId="521A4287" w14:textId="77777777" w:rsidR="00292F36" w:rsidRDefault="00000000">
            <w:r>
              <w:rPr>
                <w:sz w:val="16"/>
              </w:rPr>
              <w:t>***</w:t>
            </w:r>
          </w:p>
        </w:tc>
      </w:tr>
      <w:tr w:rsidR="00292F36" w14:paraId="217DDE21" w14:textId="77777777">
        <w:tc>
          <w:tcPr>
            <w:tcW w:w="1170" w:type="dxa"/>
            <w:tcMar>
              <w:top w:w="20" w:type="dxa"/>
              <w:left w:w="50" w:type="dxa"/>
              <w:bottom w:w="20" w:type="dxa"/>
              <w:right w:w="50" w:type="dxa"/>
            </w:tcMar>
          </w:tcPr>
          <w:p w14:paraId="75C7EE2D" w14:textId="77777777" w:rsidR="00292F36" w:rsidRDefault="00000000">
            <w:r>
              <w:rPr>
                <w:sz w:val="16"/>
              </w:rPr>
              <w:t>Vitamin A</w:t>
            </w:r>
          </w:p>
        </w:tc>
        <w:tc>
          <w:tcPr>
            <w:tcW w:w="1170" w:type="dxa"/>
            <w:tcMar>
              <w:top w:w="20" w:type="dxa"/>
              <w:left w:w="50" w:type="dxa"/>
              <w:bottom w:w="20" w:type="dxa"/>
              <w:right w:w="50" w:type="dxa"/>
            </w:tcMar>
          </w:tcPr>
          <w:p w14:paraId="1209336E" w14:textId="77777777" w:rsidR="00292F36" w:rsidRDefault="00000000">
            <w:r>
              <w:rPr>
                <w:sz w:val="16"/>
              </w:rPr>
              <w:t>Chl-a</w:t>
            </w:r>
          </w:p>
        </w:tc>
        <w:tc>
          <w:tcPr>
            <w:tcW w:w="1170" w:type="dxa"/>
            <w:tcMar>
              <w:top w:w="20" w:type="dxa"/>
              <w:left w:w="50" w:type="dxa"/>
              <w:bottom w:w="20" w:type="dxa"/>
              <w:right w:w="50" w:type="dxa"/>
            </w:tcMar>
          </w:tcPr>
          <w:p w14:paraId="0606B8D7" w14:textId="77777777" w:rsidR="00292F36" w:rsidRDefault="00000000">
            <w:r>
              <w:rPr>
                <w:sz w:val="16"/>
              </w:rPr>
              <w:t>-1.0713</w:t>
            </w:r>
          </w:p>
        </w:tc>
        <w:tc>
          <w:tcPr>
            <w:tcW w:w="1170" w:type="dxa"/>
            <w:tcMar>
              <w:top w:w="20" w:type="dxa"/>
              <w:left w:w="50" w:type="dxa"/>
              <w:bottom w:w="20" w:type="dxa"/>
              <w:right w:w="50" w:type="dxa"/>
            </w:tcMar>
          </w:tcPr>
          <w:p w14:paraId="4AEDB438" w14:textId="77777777" w:rsidR="00292F36" w:rsidRDefault="00000000">
            <w:r>
              <w:rPr>
                <w:sz w:val="16"/>
              </w:rPr>
              <w:t>0.2658</w:t>
            </w:r>
          </w:p>
        </w:tc>
        <w:tc>
          <w:tcPr>
            <w:tcW w:w="1170" w:type="dxa"/>
            <w:tcMar>
              <w:top w:w="20" w:type="dxa"/>
              <w:left w:w="50" w:type="dxa"/>
              <w:bottom w:w="20" w:type="dxa"/>
              <w:right w:w="50" w:type="dxa"/>
            </w:tcMar>
          </w:tcPr>
          <w:p w14:paraId="1C27B751" w14:textId="77777777" w:rsidR="00292F36" w:rsidRDefault="00000000">
            <w:r>
              <w:rPr>
                <w:sz w:val="16"/>
              </w:rPr>
              <w:t>-1.5923</w:t>
            </w:r>
          </w:p>
        </w:tc>
        <w:tc>
          <w:tcPr>
            <w:tcW w:w="1170" w:type="dxa"/>
            <w:tcMar>
              <w:top w:w="20" w:type="dxa"/>
              <w:left w:w="50" w:type="dxa"/>
              <w:bottom w:w="20" w:type="dxa"/>
              <w:right w:w="50" w:type="dxa"/>
            </w:tcMar>
          </w:tcPr>
          <w:p w14:paraId="3AB05247" w14:textId="77777777" w:rsidR="00292F36" w:rsidRDefault="00000000">
            <w:r>
              <w:rPr>
                <w:sz w:val="16"/>
              </w:rPr>
              <w:t>-0.5503</w:t>
            </w:r>
          </w:p>
        </w:tc>
        <w:tc>
          <w:tcPr>
            <w:tcW w:w="1170" w:type="dxa"/>
            <w:tcMar>
              <w:top w:w="20" w:type="dxa"/>
              <w:left w:w="50" w:type="dxa"/>
              <w:bottom w:w="20" w:type="dxa"/>
              <w:right w:w="50" w:type="dxa"/>
            </w:tcMar>
          </w:tcPr>
          <w:p w14:paraId="19513BF2" w14:textId="77777777" w:rsidR="00292F36" w:rsidRDefault="00000000">
            <w:r>
              <w:rPr>
                <w:sz w:val="16"/>
              </w:rPr>
              <w:t>5.56e-05</w:t>
            </w:r>
          </w:p>
        </w:tc>
        <w:tc>
          <w:tcPr>
            <w:tcW w:w="1170" w:type="dxa"/>
            <w:tcMar>
              <w:top w:w="20" w:type="dxa"/>
              <w:left w:w="50" w:type="dxa"/>
              <w:bottom w:w="20" w:type="dxa"/>
              <w:right w:w="50" w:type="dxa"/>
            </w:tcMar>
          </w:tcPr>
          <w:p w14:paraId="5C7577B2" w14:textId="77777777" w:rsidR="00292F36" w:rsidRDefault="00000000">
            <w:r>
              <w:rPr>
                <w:sz w:val="16"/>
              </w:rPr>
              <w:t>***</w:t>
            </w:r>
          </w:p>
        </w:tc>
      </w:tr>
      <w:tr w:rsidR="00292F36" w14:paraId="4C580085" w14:textId="77777777">
        <w:tc>
          <w:tcPr>
            <w:tcW w:w="1170" w:type="dxa"/>
            <w:tcMar>
              <w:top w:w="20" w:type="dxa"/>
              <w:left w:w="50" w:type="dxa"/>
              <w:bottom w:w="20" w:type="dxa"/>
              <w:right w:w="50" w:type="dxa"/>
            </w:tcMar>
          </w:tcPr>
          <w:p w14:paraId="74BF5221" w14:textId="77777777" w:rsidR="00292F36" w:rsidRDefault="00000000">
            <w:r>
              <w:rPr>
                <w:sz w:val="16"/>
              </w:rPr>
              <w:t>Vitamin A</w:t>
            </w:r>
          </w:p>
        </w:tc>
        <w:tc>
          <w:tcPr>
            <w:tcW w:w="1170" w:type="dxa"/>
            <w:tcMar>
              <w:top w:w="20" w:type="dxa"/>
              <w:left w:w="50" w:type="dxa"/>
              <w:bottom w:w="20" w:type="dxa"/>
              <w:right w:w="50" w:type="dxa"/>
            </w:tcMar>
          </w:tcPr>
          <w:p w14:paraId="6ABEBA64" w14:textId="77777777" w:rsidR="00292F36" w:rsidRDefault="00000000">
            <w:r>
              <w:rPr>
                <w:sz w:val="16"/>
              </w:rPr>
              <w:t>Benthic PC1</w:t>
            </w:r>
          </w:p>
        </w:tc>
        <w:tc>
          <w:tcPr>
            <w:tcW w:w="1170" w:type="dxa"/>
            <w:tcMar>
              <w:top w:w="20" w:type="dxa"/>
              <w:left w:w="50" w:type="dxa"/>
              <w:bottom w:w="20" w:type="dxa"/>
              <w:right w:w="50" w:type="dxa"/>
            </w:tcMar>
          </w:tcPr>
          <w:p w14:paraId="320178A7" w14:textId="77777777" w:rsidR="00292F36" w:rsidRDefault="00000000">
            <w:r>
              <w:rPr>
                <w:sz w:val="16"/>
              </w:rPr>
              <w:t>0.4121</w:t>
            </w:r>
          </w:p>
        </w:tc>
        <w:tc>
          <w:tcPr>
            <w:tcW w:w="1170" w:type="dxa"/>
            <w:tcMar>
              <w:top w:w="20" w:type="dxa"/>
              <w:left w:w="50" w:type="dxa"/>
              <w:bottom w:w="20" w:type="dxa"/>
              <w:right w:w="50" w:type="dxa"/>
            </w:tcMar>
          </w:tcPr>
          <w:p w14:paraId="7D7E6ED6" w14:textId="77777777" w:rsidR="00292F36" w:rsidRDefault="00000000">
            <w:r>
              <w:rPr>
                <w:sz w:val="16"/>
              </w:rPr>
              <w:t>0.1045</w:t>
            </w:r>
          </w:p>
        </w:tc>
        <w:tc>
          <w:tcPr>
            <w:tcW w:w="1170" w:type="dxa"/>
            <w:tcMar>
              <w:top w:w="20" w:type="dxa"/>
              <w:left w:w="50" w:type="dxa"/>
              <w:bottom w:w="20" w:type="dxa"/>
              <w:right w:w="50" w:type="dxa"/>
            </w:tcMar>
          </w:tcPr>
          <w:p w14:paraId="766F1594" w14:textId="77777777" w:rsidR="00292F36" w:rsidRDefault="00000000">
            <w:r>
              <w:rPr>
                <w:sz w:val="16"/>
              </w:rPr>
              <w:t>0.2073</w:t>
            </w:r>
          </w:p>
        </w:tc>
        <w:tc>
          <w:tcPr>
            <w:tcW w:w="1170" w:type="dxa"/>
            <w:tcMar>
              <w:top w:w="20" w:type="dxa"/>
              <w:left w:w="50" w:type="dxa"/>
              <w:bottom w:w="20" w:type="dxa"/>
              <w:right w:w="50" w:type="dxa"/>
            </w:tcMar>
          </w:tcPr>
          <w:p w14:paraId="1E9BC920" w14:textId="77777777" w:rsidR="00292F36" w:rsidRDefault="00000000">
            <w:r>
              <w:rPr>
                <w:sz w:val="16"/>
              </w:rPr>
              <w:t>0.6169</w:t>
            </w:r>
          </w:p>
        </w:tc>
        <w:tc>
          <w:tcPr>
            <w:tcW w:w="1170" w:type="dxa"/>
            <w:tcMar>
              <w:top w:w="20" w:type="dxa"/>
              <w:left w:w="50" w:type="dxa"/>
              <w:bottom w:w="20" w:type="dxa"/>
              <w:right w:w="50" w:type="dxa"/>
            </w:tcMar>
          </w:tcPr>
          <w:p w14:paraId="597F9BED" w14:textId="77777777" w:rsidR="00292F36" w:rsidRDefault="00000000">
            <w:r>
              <w:rPr>
                <w:sz w:val="16"/>
              </w:rPr>
              <w:t>8.06e-05</w:t>
            </w:r>
          </w:p>
        </w:tc>
        <w:tc>
          <w:tcPr>
            <w:tcW w:w="1170" w:type="dxa"/>
            <w:tcMar>
              <w:top w:w="20" w:type="dxa"/>
              <w:left w:w="50" w:type="dxa"/>
              <w:bottom w:w="20" w:type="dxa"/>
              <w:right w:w="50" w:type="dxa"/>
            </w:tcMar>
          </w:tcPr>
          <w:p w14:paraId="0F8DC1FF" w14:textId="77777777" w:rsidR="00292F36" w:rsidRDefault="00000000">
            <w:r>
              <w:rPr>
                <w:sz w:val="16"/>
              </w:rPr>
              <w:t>***</w:t>
            </w:r>
          </w:p>
        </w:tc>
      </w:tr>
      <w:tr w:rsidR="00292F36" w14:paraId="6D0A25E3" w14:textId="77777777">
        <w:tc>
          <w:tcPr>
            <w:tcW w:w="1170" w:type="dxa"/>
            <w:tcMar>
              <w:top w:w="20" w:type="dxa"/>
              <w:left w:w="50" w:type="dxa"/>
              <w:bottom w:w="20" w:type="dxa"/>
              <w:right w:w="50" w:type="dxa"/>
            </w:tcMar>
          </w:tcPr>
          <w:p w14:paraId="6718C096" w14:textId="77777777" w:rsidR="00292F36" w:rsidRDefault="00000000">
            <w:r>
              <w:rPr>
                <w:sz w:val="16"/>
              </w:rPr>
              <w:t>Vitamin A</w:t>
            </w:r>
          </w:p>
        </w:tc>
        <w:tc>
          <w:tcPr>
            <w:tcW w:w="1170" w:type="dxa"/>
            <w:tcMar>
              <w:top w:w="20" w:type="dxa"/>
              <w:left w:w="50" w:type="dxa"/>
              <w:bottom w:w="20" w:type="dxa"/>
              <w:right w:w="50" w:type="dxa"/>
            </w:tcMar>
          </w:tcPr>
          <w:p w14:paraId="3BA12544" w14:textId="77777777" w:rsidR="00292F36" w:rsidRDefault="00000000">
            <w:r>
              <w:rPr>
                <w:sz w:val="16"/>
              </w:rPr>
              <w:t>Benthic PC2</w:t>
            </w:r>
          </w:p>
        </w:tc>
        <w:tc>
          <w:tcPr>
            <w:tcW w:w="1170" w:type="dxa"/>
            <w:tcMar>
              <w:top w:w="20" w:type="dxa"/>
              <w:left w:w="50" w:type="dxa"/>
              <w:bottom w:w="20" w:type="dxa"/>
              <w:right w:w="50" w:type="dxa"/>
            </w:tcMar>
          </w:tcPr>
          <w:p w14:paraId="301F7553" w14:textId="77777777" w:rsidR="00292F36" w:rsidRDefault="00000000">
            <w:r>
              <w:rPr>
                <w:sz w:val="16"/>
              </w:rPr>
              <w:t>0.2068</w:t>
            </w:r>
          </w:p>
        </w:tc>
        <w:tc>
          <w:tcPr>
            <w:tcW w:w="1170" w:type="dxa"/>
            <w:tcMar>
              <w:top w:w="20" w:type="dxa"/>
              <w:left w:w="50" w:type="dxa"/>
              <w:bottom w:w="20" w:type="dxa"/>
              <w:right w:w="50" w:type="dxa"/>
            </w:tcMar>
          </w:tcPr>
          <w:p w14:paraId="41E4BFE7" w14:textId="77777777" w:rsidR="00292F36" w:rsidRDefault="00000000">
            <w:r>
              <w:rPr>
                <w:sz w:val="16"/>
              </w:rPr>
              <w:t>0.0977</w:t>
            </w:r>
          </w:p>
        </w:tc>
        <w:tc>
          <w:tcPr>
            <w:tcW w:w="1170" w:type="dxa"/>
            <w:tcMar>
              <w:top w:w="20" w:type="dxa"/>
              <w:left w:w="50" w:type="dxa"/>
              <w:bottom w:w="20" w:type="dxa"/>
              <w:right w:w="50" w:type="dxa"/>
            </w:tcMar>
          </w:tcPr>
          <w:p w14:paraId="7FA2D715" w14:textId="77777777" w:rsidR="00292F36" w:rsidRDefault="00000000">
            <w:r>
              <w:rPr>
                <w:sz w:val="16"/>
              </w:rPr>
              <w:t>0.0153</w:t>
            </w:r>
          </w:p>
        </w:tc>
        <w:tc>
          <w:tcPr>
            <w:tcW w:w="1170" w:type="dxa"/>
            <w:tcMar>
              <w:top w:w="20" w:type="dxa"/>
              <w:left w:w="50" w:type="dxa"/>
              <w:bottom w:w="20" w:type="dxa"/>
              <w:right w:w="50" w:type="dxa"/>
            </w:tcMar>
          </w:tcPr>
          <w:p w14:paraId="25223C7D" w14:textId="77777777" w:rsidR="00292F36" w:rsidRDefault="00000000">
            <w:r>
              <w:rPr>
                <w:sz w:val="16"/>
              </w:rPr>
              <w:t>0.3983</w:t>
            </w:r>
          </w:p>
        </w:tc>
        <w:tc>
          <w:tcPr>
            <w:tcW w:w="1170" w:type="dxa"/>
            <w:tcMar>
              <w:top w:w="20" w:type="dxa"/>
              <w:left w:w="50" w:type="dxa"/>
              <w:bottom w:w="20" w:type="dxa"/>
              <w:right w:w="50" w:type="dxa"/>
            </w:tcMar>
          </w:tcPr>
          <w:p w14:paraId="2D7744A1" w14:textId="77777777" w:rsidR="00292F36" w:rsidRDefault="00000000">
            <w:r>
              <w:rPr>
                <w:sz w:val="16"/>
              </w:rPr>
              <w:t>0.0344</w:t>
            </w:r>
          </w:p>
        </w:tc>
        <w:tc>
          <w:tcPr>
            <w:tcW w:w="1170" w:type="dxa"/>
            <w:tcMar>
              <w:top w:w="20" w:type="dxa"/>
              <w:left w:w="50" w:type="dxa"/>
              <w:bottom w:w="20" w:type="dxa"/>
              <w:right w:w="50" w:type="dxa"/>
            </w:tcMar>
          </w:tcPr>
          <w:p w14:paraId="53909753" w14:textId="77777777" w:rsidR="00292F36" w:rsidRDefault="00000000">
            <w:r>
              <w:rPr>
                <w:sz w:val="16"/>
              </w:rPr>
              <w:t>*</w:t>
            </w:r>
          </w:p>
        </w:tc>
      </w:tr>
      <w:tr w:rsidR="00292F36" w14:paraId="0DADF1FB" w14:textId="77777777">
        <w:tc>
          <w:tcPr>
            <w:tcW w:w="1170" w:type="dxa"/>
            <w:tcMar>
              <w:top w:w="20" w:type="dxa"/>
              <w:left w:w="50" w:type="dxa"/>
              <w:bottom w:w="20" w:type="dxa"/>
              <w:right w:w="50" w:type="dxa"/>
            </w:tcMar>
          </w:tcPr>
          <w:p w14:paraId="395C7465" w14:textId="77777777" w:rsidR="00292F36" w:rsidRDefault="00000000">
            <w:r>
              <w:rPr>
                <w:sz w:val="16"/>
              </w:rPr>
              <w:t>Selenium</w:t>
            </w:r>
          </w:p>
        </w:tc>
        <w:tc>
          <w:tcPr>
            <w:tcW w:w="1170" w:type="dxa"/>
            <w:tcMar>
              <w:top w:w="20" w:type="dxa"/>
              <w:left w:w="50" w:type="dxa"/>
              <w:bottom w:w="20" w:type="dxa"/>
              <w:right w:w="50" w:type="dxa"/>
            </w:tcMar>
          </w:tcPr>
          <w:p w14:paraId="2AEA14FE" w14:textId="77777777" w:rsidR="00292F36" w:rsidRDefault="00000000">
            <w:r>
              <w:rPr>
                <w:sz w:val="16"/>
              </w:rPr>
              <w:t>Depth</w:t>
            </w:r>
          </w:p>
        </w:tc>
        <w:tc>
          <w:tcPr>
            <w:tcW w:w="1170" w:type="dxa"/>
            <w:tcMar>
              <w:top w:w="20" w:type="dxa"/>
              <w:left w:w="50" w:type="dxa"/>
              <w:bottom w:w="20" w:type="dxa"/>
              <w:right w:w="50" w:type="dxa"/>
            </w:tcMar>
          </w:tcPr>
          <w:p w14:paraId="713426FE" w14:textId="77777777" w:rsidR="00292F36" w:rsidRDefault="00000000">
            <w:r>
              <w:rPr>
                <w:sz w:val="16"/>
              </w:rPr>
              <w:t>-0.0932</w:t>
            </w:r>
          </w:p>
        </w:tc>
        <w:tc>
          <w:tcPr>
            <w:tcW w:w="1170" w:type="dxa"/>
            <w:tcMar>
              <w:top w:w="20" w:type="dxa"/>
              <w:left w:w="50" w:type="dxa"/>
              <w:bottom w:w="20" w:type="dxa"/>
              <w:right w:w="50" w:type="dxa"/>
            </w:tcMar>
          </w:tcPr>
          <w:p w14:paraId="78C8CC7D" w14:textId="77777777" w:rsidR="00292F36" w:rsidRDefault="00000000">
            <w:r>
              <w:rPr>
                <w:sz w:val="16"/>
              </w:rPr>
              <w:t>0.0894</w:t>
            </w:r>
          </w:p>
        </w:tc>
        <w:tc>
          <w:tcPr>
            <w:tcW w:w="1170" w:type="dxa"/>
            <w:tcMar>
              <w:top w:w="20" w:type="dxa"/>
              <w:left w:w="50" w:type="dxa"/>
              <w:bottom w:w="20" w:type="dxa"/>
              <w:right w:w="50" w:type="dxa"/>
            </w:tcMar>
          </w:tcPr>
          <w:p w14:paraId="4A59DF1B" w14:textId="77777777" w:rsidR="00292F36" w:rsidRDefault="00000000">
            <w:r>
              <w:rPr>
                <w:sz w:val="16"/>
              </w:rPr>
              <w:t>-0.2684</w:t>
            </w:r>
          </w:p>
        </w:tc>
        <w:tc>
          <w:tcPr>
            <w:tcW w:w="1170" w:type="dxa"/>
            <w:tcMar>
              <w:top w:w="20" w:type="dxa"/>
              <w:left w:w="50" w:type="dxa"/>
              <w:bottom w:w="20" w:type="dxa"/>
              <w:right w:w="50" w:type="dxa"/>
            </w:tcMar>
          </w:tcPr>
          <w:p w14:paraId="74D0E6D9" w14:textId="77777777" w:rsidR="00292F36" w:rsidRDefault="00000000">
            <w:r>
              <w:rPr>
                <w:sz w:val="16"/>
              </w:rPr>
              <w:t>0.082</w:t>
            </w:r>
          </w:p>
        </w:tc>
        <w:tc>
          <w:tcPr>
            <w:tcW w:w="1170" w:type="dxa"/>
            <w:tcMar>
              <w:top w:w="20" w:type="dxa"/>
              <w:left w:w="50" w:type="dxa"/>
              <w:bottom w:w="20" w:type="dxa"/>
              <w:right w:w="50" w:type="dxa"/>
            </w:tcMar>
          </w:tcPr>
          <w:p w14:paraId="0D34FD15" w14:textId="77777777" w:rsidR="00292F36" w:rsidRDefault="00000000">
            <w:r>
              <w:rPr>
                <w:sz w:val="16"/>
              </w:rPr>
              <w:t>0.297</w:t>
            </w:r>
          </w:p>
        </w:tc>
        <w:tc>
          <w:tcPr>
            <w:tcW w:w="1170" w:type="dxa"/>
            <w:tcMar>
              <w:top w:w="20" w:type="dxa"/>
              <w:left w:w="50" w:type="dxa"/>
              <w:bottom w:w="20" w:type="dxa"/>
              <w:right w:w="50" w:type="dxa"/>
            </w:tcMar>
          </w:tcPr>
          <w:p w14:paraId="44DDD7D5" w14:textId="77777777" w:rsidR="00292F36" w:rsidRDefault="00292F36"/>
        </w:tc>
      </w:tr>
      <w:tr w:rsidR="00292F36" w14:paraId="5F1176F7" w14:textId="77777777">
        <w:tc>
          <w:tcPr>
            <w:tcW w:w="1170" w:type="dxa"/>
            <w:tcMar>
              <w:top w:w="20" w:type="dxa"/>
              <w:left w:w="50" w:type="dxa"/>
              <w:bottom w:w="20" w:type="dxa"/>
              <w:right w:w="50" w:type="dxa"/>
            </w:tcMar>
          </w:tcPr>
          <w:p w14:paraId="6528D75D" w14:textId="77777777" w:rsidR="00292F36" w:rsidRDefault="00000000">
            <w:r>
              <w:rPr>
                <w:sz w:val="16"/>
              </w:rPr>
              <w:t>Selenium</w:t>
            </w:r>
          </w:p>
        </w:tc>
        <w:tc>
          <w:tcPr>
            <w:tcW w:w="1170" w:type="dxa"/>
            <w:tcMar>
              <w:top w:w="20" w:type="dxa"/>
              <w:left w:w="50" w:type="dxa"/>
              <w:bottom w:w="20" w:type="dxa"/>
              <w:right w:w="50" w:type="dxa"/>
            </w:tcMar>
          </w:tcPr>
          <w:p w14:paraId="6ADAF8ED" w14:textId="77777777" w:rsidR="00292F36" w:rsidRDefault="00000000">
            <w:r>
              <w:rPr>
                <w:sz w:val="16"/>
              </w:rPr>
              <w:t>SST</w:t>
            </w:r>
          </w:p>
        </w:tc>
        <w:tc>
          <w:tcPr>
            <w:tcW w:w="1170" w:type="dxa"/>
            <w:tcMar>
              <w:top w:w="20" w:type="dxa"/>
              <w:left w:w="50" w:type="dxa"/>
              <w:bottom w:w="20" w:type="dxa"/>
              <w:right w:w="50" w:type="dxa"/>
            </w:tcMar>
          </w:tcPr>
          <w:p w14:paraId="6D8C9CBF" w14:textId="77777777" w:rsidR="00292F36" w:rsidRDefault="00000000">
            <w:r>
              <w:rPr>
                <w:sz w:val="16"/>
              </w:rPr>
              <w:t>0.3004</w:t>
            </w:r>
          </w:p>
        </w:tc>
        <w:tc>
          <w:tcPr>
            <w:tcW w:w="1170" w:type="dxa"/>
            <w:tcMar>
              <w:top w:w="20" w:type="dxa"/>
              <w:left w:w="50" w:type="dxa"/>
              <w:bottom w:w="20" w:type="dxa"/>
              <w:right w:w="50" w:type="dxa"/>
            </w:tcMar>
          </w:tcPr>
          <w:p w14:paraId="466646F2" w14:textId="77777777" w:rsidR="00292F36" w:rsidRDefault="00000000">
            <w:r>
              <w:rPr>
                <w:sz w:val="16"/>
              </w:rPr>
              <w:t>0.0649</w:t>
            </w:r>
          </w:p>
        </w:tc>
        <w:tc>
          <w:tcPr>
            <w:tcW w:w="1170" w:type="dxa"/>
            <w:tcMar>
              <w:top w:w="20" w:type="dxa"/>
              <w:left w:w="50" w:type="dxa"/>
              <w:bottom w:w="20" w:type="dxa"/>
              <w:right w:w="50" w:type="dxa"/>
            </w:tcMar>
          </w:tcPr>
          <w:p w14:paraId="5CBC799E" w14:textId="77777777" w:rsidR="00292F36" w:rsidRDefault="00000000">
            <w:r>
              <w:rPr>
                <w:sz w:val="16"/>
              </w:rPr>
              <w:t>0.1732</w:t>
            </w:r>
          </w:p>
        </w:tc>
        <w:tc>
          <w:tcPr>
            <w:tcW w:w="1170" w:type="dxa"/>
            <w:tcMar>
              <w:top w:w="20" w:type="dxa"/>
              <w:left w:w="50" w:type="dxa"/>
              <w:bottom w:w="20" w:type="dxa"/>
              <w:right w:w="50" w:type="dxa"/>
            </w:tcMar>
          </w:tcPr>
          <w:p w14:paraId="45929C15" w14:textId="77777777" w:rsidR="00292F36" w:rsidRDefault="00000000">
            <w:r>
              <w:rPr>
                <w:sz w:val="16"/>
              </w:rPr>
              <w:t>0.4276</w:t>
            </w:r>
          </w:p>
        </w:tc>
        <w:tc>
          <w:tcPr>
            <w:tcW w:w="1170" w:type="dxa"/>
            <w:tcMar>
              <w:top w:w="20" w:type="dxa"/>
              <w:left w:w="50" w:type="dxa"/>
              <w:bottom w:w="20" w:type="dxa"/>
              <w:right w:w="50" w:type="dxa"/>
            </w:tcMar>
          </w:tcPr>
          <w:p w14:paraId="247AAADF" w14:textId="77777777" w:rsidR="00292F36" w:rsidRDefault="00000000">
            <w:r>
              <w:rPr>
                <w:sz w:val="16"/>
              </w:rPr>
              <w:t>3.62e-06</w:t>
            </w:r>
          </w:p>
        </w:tc>
        <w:tc>
          <w:tcPr>
            <w:tcW w:w="1170" w:type="dxa"/>
            <w:tcMar>
              <w:top w:w="20" w:type="dxa"/>
              <w:left w:w="50" w:type="dxa"/>
              <w:bottom w:w="20" w:type="dxa"/>
              <w:right w:w="50" w:type="dxa"/>
            </w:tcMar>
          </w:tcPr>
          <w:p w14:paraId="10F9ED4E" w14:textId="77777777" w:rsidR="00292F36" w:rsidRDefault="00000000">
            <w:r>
              <w:rPr>
                <w:sz w:val="16"/>
              </w:rPr>
              <w:t>***</w:t>
            </w:r>
          </w:p>
        </w:tc>
      </w:tr>
      <w:tr w:rsidR="00292F36" w14:paraId="5E5C5086" w14:textId="77777777">
        <w:tc>
          <w:tcPr>
            <w:tcW w:w="1170" w:type="dxa"/>
            <w:tcMar>
              <w:top w:w="20" w:type="dxa"/>
              <w:left w:w="50" w:type="dxa"/>
              <w:bottom w:w="20" w:type="dxa"/>
              <w:right w:w="50" w:type="dxa"/>
            </w:tcMar>
          </w:tcPr>
          <w:p w14:paraId="3C0DD353" w14:textId="77777777" w:rsidR="00292F36" w:rsidRDefault="00000000">
            <w:r>
              <w:rPr>
                <w:sz w:val="16"/>
              </w:rPr>
              <w:t>Selenium</w:t>
            </w:r>
          </w:p>
        </w:tc>
        <w:tc>
          <w:tcPr>
            <w:tcW w:w="1170" w:type="dxa"/>
            <w:tcMar>
              <w:top w:w="20" w:type="dxa"/>
              <w:left w:w="50" w:type="dxa"/>
              <w:bottom w:w="20" w:type="dxa"/>
              <w:right w:w="50" w:type="dxa"/>
            </w:tcMar>
          </w:tcPr>
          <w:p w14:paraId="7970D8B6" w14:textId="77777777" w:rsidR="00292F36" w:rsidRDefault="00000000">
            <w:r>
              <w:rPr>
                <w:sz w:val="16"/>
              </w:rPr>
              <w:t>Chl-a</w:t>
            </w:r>
          </w:p>
        </w:tc>
        <w:tc>
          <w:tcPr>
            <w:tcW w:w="1170" w:type="dxa"/>
            <w:tcMar>
              <w:top w:w="20" w:type="dxa"/>
              <w:left w:w="50" w:type="dxa"/>
              <w:bottom w:w="20" w:type="dxa"/>
              <w:right w:w="50" w:type="dxa"/>
            </w:tcMar>
          </w:tcPr>
          <w:p w14:paraId="7936BBD8" w14:textId="77777777" w:rsidR="00292F36" w:rsidRDefault="00000000">
            <w:r>
              <w:rPr>
                <w:sz w:val="16"/>
              </w:rPr>
              <w:t>-1.1246</w:t>
            </w:r>
          </w:p>
        </w:tc>
        <w:tc>
          <w:tcPr>
            <w:tcW w:w="1170" w:type="dxa"/>
            <w:tcMar>
              <w:top w:w="20" w:type="dxa"/>
              <w:left w:w="50" w:type="dxa"/>
              <w:bottom w:w="20" w:type="dxa"/>
              <w:right w:w="50" w:type="dxa"/>
            </w:tcMar>
          </w:tcPr>
          <w:p w14:paraId="43D145BB" w14:textId="77777777" w:rsidR="00292F36" w:rsidRDefault="00000000">
            <w:r>
              <w:rPr>
                <w:sz w:val="16"/>
              </w:rPr>
              <w:t>0.2688</w:t>
            </w:r>
          </w:p>
        </w:tc>
        <w:tc>
          <w:tcPr>
            <w:tcW w:w="1170" w:type="dxa"/>
            <w:tcMar>
              <w:top w:w="20" w:type="dxa"/>
              <w:left w:w="50" w:type="dxa"/>
              <w:bottom w:w="20" w:type="dxa"/>
              <w:right w:w="50" w:type="dxa"/>
            </w:tcMar>
          </w:tcPr>
          <w:p w14:paraId="4E6CDEF0" w14:textId="77777777" w:rsidR="00292F36" w:rsidRDefault="00000000">
            <w:r>
              <w:rPr>
                <w:sz w:val="16"/>
              </w:rPr>
              <w:t>-1.6514</w:t>
            </w:r>
          </w:p>
        </w:tc>
        <w:tc>
          <w:tcPr>
            <w:tcW w:w="1170" w:type="dxa"/>
            <w:tcMar>
              <w:top w:w="20" w:type="dxa"/>
              <w:left w:w="50" w:type="dxa"/>
              <w:bottom w:w="20" w:type="dxa"/>
              <w:right w:w="50" w:type="dxa"/>
            </w:tcMar>
          </w:tcPr>
          <w:p w14:paraId="41B18C62" w14:textId="77777777" w:rsidR="00292F36" w:rsidRDefault="00000000">
            <w:r>
              <w:rPr>
                <w:sz w:val="16"/>
              </w:rPr>
              <w:t>-0.5978</w:t>
            </w:r>
          </w:p>
        </w:tc>
        <w:tc>
          <w:tcPr>
            <w:tcW w:w="1170" w:type="dxa"/>
            <w:tcMar>
              <w:top w:w="20" w:type="dxa"/>
              <w:left w:w="50" w:type="dxa"/>
              <w:bottom w:w="20" w:type="dxa"/>
              <w:right w:w="50" w:type="dxa"/>
            </w:tcMar>
          </w:tcPr>
          <w:p w14:paraId="5363545B" w14:textId="77777777" w:rsidR="00292F36" w:rsidRDefault="00000000">
            <w:r>
              <w:rPr>
                <w:sz w:val="16"/>
              </w:rPr>
              <w:t>2.86e-05</w:t>
            </w:r>
          </w:p>
        </w:tc>
        <w:tc>
          <w:tcPr>
            <w:tcW w:w="1170" w:type="dxa"/>
            <w:tcMar>
              <w:top w:w="20" w:type="dxa"/>
              <w:left w:w="50" w:type="dxa"/>
              <w:bottom w:w="20" w:type="dxa"/>
              <w:right w:w="50" w:type="dxa"/>
            </w:tcMar>
          </w:tcPr>
          <w:p w14:paraId="24A80F36" w14:textId="77777777" w:rsidR="00292F36" w:rsidRDefault="00000000">
            <w:r>
              <w:rPr>
                <w:sz w:val="16"/>
              </w:rPr>
              <w:t>***</w:t>
            </w:r>
          </w:p>
        </w:tc>
      </w:tr>
      <w:tr w:rsidR="00292F36" w14:paraId="10456359" w14:textId="77777777">
        <w:tc>
          <w:tcPr>
            <w:tcW w:w="1170" w:type="dxa"/>
            <w:tcMar>
              <w:top w:w="20" w:type="dxa"/>
              <w:left w:w="50" w:type="dxa"/>
              <w:bottom w:w="20" w:type="dxa"/>
              <w:right w:w="50" w:type="dxa"/>
            </w:tcMar>
          </w:tcPr>
          <w:p w14:paraId="168A1094" w14:textId="77777777" w:rsidR="00292F36" w:rsidRDefault="00000000">
            <w:r>
              <w:rPr>
                <w:sz w:val="16"/>
              </w:rPr>
              <w:t>Selenium</w:t>
            </w:r>
          </w:p>
        </w:tc>
        <w:tc>
          <w:tcPr>
            <w:tcW w:w="1170" w:type="dxa"/>
            <w:tcMar>
              <w:top w:w="20" w:type="dxa"/>
              <w:left w:w="50" w:type="dxa"/>
              <w:bottom w:w="20" w:type="dxa"/>
              <w:right w:w="50" w:type="dxa"/>
            </w:tcMar>
          </w:tcPr>
          <w:p w14:paraId="49AAC6D2" w14:textId="77777777" w:rsidR="00292F36" w:rsidRDefault="00000000">
            <w:r>
              <w:rPr>
                <w:sz w:val="16"/>
              </w:rPr>
              <w:t>Benthic PC1</w:t>
            </w:r>
          </w:p>
        </w:tc>
        <w:tc>
          <w:tcPr>
            <w:tcW w:w="1170" w:type="dxa"/>
            <w:tcMar>
              <w:top w:w="20" w:type="dxa"/>
              <w:left w:w="50" w:type="dxa"/>
              <w:bottom w:w="20" w:type="dxa"/>
              <w:right w:w="50" w:type="dxa"/>
            </w:tcMar>
          </w:tcPr>
          <w:p w14:paraId="379A43F3" w14:textId="77777777" w:rsidR="00292F36" w:rsidRDefault="00000000">
            <w:r>
              <w:rPr>
                <w:sz w:val="16"/>
              </w:rPr>
              <w:t>0.4266</w:t>
            </w:r>
          </w:p>
        </w:tc>
        <w:tc>
          <w:tcPr>
            <w:tcW w:w="1170" w:type="dxa"/>
            <w:tcMar>
              <w:top w:w="20" w:type="dxa"/>
              <w:left w:w="50" w:type="dxa"/>
              <w:bottom w:w="20" w:type="dxa"/>
              <w:right w:w="50" w:type="dxa"/>
            </w:tcMar>
          </w:tcPr>
          <w:p w14:paraId="342D9D11" w14:textId="77777777" w:rsidR="00292F36" w:rsidRDefault="00000000">
            <w:r>
              <w:rPr>
                <w:sz w:val="16"/>
              </w:rPr>
              <w:t>0.1056</w:t>
            </w:r>
          </w:p>
        </w:tc>
        <w:tc>
          <w:tcPr>
            <w:tcW w:w="1170" w:type="dxa"/>
            <w:tcMar>
              <w:top w:w="20" w:type="dxa"/>
              <w:left w:w="50" w:type="dxa"/>
              <w:bottom w:w="20" w:type="dxa"/>
              <w:right w:w="50" w:type="dxa"/>
            </w:tcMar>
          </w:tcPr>
          <w:p w14:paraId="54EF5C35" w14:textId="77777777" w:rsidR="00292F36" w:rsidRDefault="00000000">
            <w:r>
              <w:rPr>
                <w:sz w:val="16"/>
              </w:rPr>
              <w:t>0.2196</w:t>
            </w:r>
          </w:p>
        </w:tc>
        <w:tc>
          <w:tcPr>
            <w:tcW w:w="1170" w:type="dxa"/>
            <w:tcMar>
              <w:top w:w="20" w:type="dxa"/>
              <w:left w:w="50" w:type="dxa"/>
              <w:bottom w:w="20" w:type="dxa"/>
              <w:right w:w="50" w:type="dxa"/>
            </w:tcMar>
          </w:tcPr>
          <w:p w14:paraId="7DB13E95" w14:textId="77777777" w:rsidR="00292F36" w:rsidRDefault="00000000">
            <w:r>
              <w:rPr>
                <w:sz w:val="16"/>
              </w:rPr>
              <w:t>0.6336</w:t>
            </w:r>
          </w:p>
        </w:tc>
        <w:tc>
          <w:tcPr>
            <w:tcW w:w="1170" w:type="dxa"/>
            <w:tcMar>
              <w:top w:w="20" w:type="dxa"/>
              <w:left w:w="50" w:type="dxa"/>
              <w:bottom w:w="20" w:type="dxa"/>
              <w:right w:w="50" w:type="dxa"/>
            </w:tcMar>
          </w:tcPr>
          <w:p w14:paraId="13BAD876" w14:textId="77777777" w:rsidR="00292F36" w:rsidRDefault="00000000">
            <w:r>
              <w:rPr>
                <w:sz w:val="16"/>
              </w:rPr>
              <w:t>5.32e-05</w:t>
            </w:r>
          </w:p>
        </w:tc>
        <w:tc>
          <w:tcPr>
            <w:tcW w:w="1170" w:type="dxa"/>
            <w:tcMar>
              <w:top w:w="20" w:type="dxa"/>
              <w:left w:w="50" w:type="dxa"/>
              <w:bottom w:w="20" w:type="dxa"/>
              <w:right w:w="50" w:type="dxa"/>
            </w:tcMar>
          </w:tcPr>
          <w:p w14:paraId="020EE3CA" w14:textId="77777777" w:rsidR="00292F36" w:rsidRDefault="00000000">
            <w:r>
              <w:rPr>
                <w:sz w:val="16"/>
              </w:rPr>
              <w:t>***</w:t>
            </w:r>
          </w:p>
        </w:tc>
      </w:tr>
      <w:tr w:rsidR="00292F36" w14:paraId="294E8F19" w14:textId="77777777">
        <w:tc>
          <w:tcPr>
            <w:tcW w:w="1170" w:type="dxa"/>
            <w:tcMar>
              <w:top w:w="20" w:type="dxa"/>
              <w:left w:w="50" w:type="dxa"/>
              <w:bottom w:w="20" w:type="dxa"/>
              <w:right w:w="50" w:type="dxa"/>
            </w:tcMar>
          </w:tcPr>
          <w:p w14:paraId="51011231" w14:textId="77777777" w:rsidR="00292F36" w:rsidRDefault="00000000">
            <w:r>
              <w:rPr>
                <w:sz w:val="16"/>
              </w:rPr>
              <w:t>Selenium</w:t>
            </w:r>
          </w:p>
        </w:tc>
        <w:tc>
          <w:tcPr>
            <w:tcW w:w="1170" w:type="dxa"/>
            <w:tcMar>
              <w:top w:w="20" w:type="dxa"/>
              <w:left w:w="50" w:type="dxa"/>
              <w:bottom w:w="20" w:type="dxa"/>
              <w:right w:w="50" w:type="dxa"/>
            </w:tcMar>
          </w:tcPr>
          <w:p w14:paraId="3123CFDF" w14:textId="77777777" w:rsidR="00292F36" w:rsidRDefault="00000000">
            <w:r>
              <w:rPr>
                <w:sz w:val="16"/>
              </w:rPr>
              <w:t>Benthic PC2</w:t>
            </w:r>
          </w:p>
        </w:tc>
        <w:tc>
          <w:tcPr>
            <w:tcW w:w="1170" w:type="dxa"/>
            <w:tcMar>
              <w:top w:w="20" w:type="dxa"/>
              <w:left w:w="50" w:type="dxa"/>
              <w:bottom w:w="20" w:type="dxa"/>
              <w:right w:w="50" w:type="dxa"/>
            </w:tcMar>
          </w:tcPr>
          <w:p w14:paraId="45EA7155" w14:textId="77777777" w:rsidR="00292F36" w:rsidRDefault="00000000">
            <w:r>
              <w:rPr>
                <w:sz w:val="16"/>
              </w:rPr>
              <w:t>0.0436</w:t>
            </w:r>
          </w:p>
        </w:tc>
        <w:tc>
          <w:tcPr>
            <w:tcW w:w="1170" w:type="dxa"/>
            <w:tcMar>
              <w:top w:w="20" w:type="dxa"/>
              <w:left w:w="50" w:type="dxa"/>
              <w:bottom w:w="20" w:type="dxa"/>
              <w:right w:w="50" w:type="dxa"/>
            </w:tcMar>
          </w:tcPr>
          <w:p w14:paraId="4E0AA31E" w14:textId="77777777" w:rsidR="00292F36" w:rsidRDefault="00000000">
            <w:r>
              <w:rPr>
                <w:sz w:val="16"/>
              </w:rPr>
              <w:t>0.0972</w:t>
            </w:r>
          </w:p>
        </w:tc>
        <w:tc>
          <w:tcPr>
            <w:tcW w:w="1170" w:type="dxa"/>
            <w:tcMar>
              <w:top w:w="20" w:type="dxa"/>
              <w:left w:w="50" w:type="dxa"/>
              <w:bottom w:w="20" w:type="dxa"/>
              <w:right w:w="50" w:type="dxa"/>
            </w:tcMar>
          </w:tcPr>
          <w:p w14:paraId="09209C8E" w14:textId="77777777" w:rsidR="00292F36" w:rsidRDefault="00000000">
            <w:r>
              <w:rPr>
                <w:sz w:val="16"/>
              </w:rPr>
              <w:t>-0.1469</w:t>
            </w:r>
          </w:p>
        </w:tc>
        <w:tc>
          <w:tcPr>
            <w:tcW w:w="1170" w:type="dxa"/>
            <w:tcMar>
              <w:top w:w="20" w:type="dxa"/>
              <w:left w:w="50" w:type="dxa"/>
              <w:bottom w:w="20" w:type="dxa"/>
              <w:right w:w="50" w:type="dxa"/>
            </w:tcMar>
          </w:tcPr>
          <w:p w14:paraId="4322A138" w14:textId="77777777" w:rsidR="00292F36" w:rsidRDefault="00000000">
            <w:r>
              <w:rPr>
                <w:sz w:val="16"/>
              </w:rPr>
              <w:t>0.2341</w:t>
            </w:r>
          </w:p>
        </w:tc>
        <w:tc>
          <w:tcPr>
            <w:tcW w:w="1170" w:type="dxa"/>
            <w:tcMar>
              <w:top w:w="20" w:type="dxa"/>
              <w:left w:w="50" w:type="dxa"/>
              <w:bottom w:w="20" w:type="dxa"/>
              <w:right w:w="50" w:type="dxa"/>
            </w:tcMar>
          </w:tcPr>
          <w:p w14:paraId="228FAC93" w14:textId="77777777" w:rsidR="00292F36" w:rsidRDefault="00000000">
            <w:r>
              <w:rPr>
                <w:sz w:val="16"/>
              </w:rPr>
              <w:t>0.654</w:t>
            </w:r>
          </w:p>
        </w:tc>
        <w:tc>
          <w:tcPr>
            <w:tcW w:w="1170" w:type="dxa"/>
            <w:tcMar>
              <w:top w:w="20" w:type="dxa"/>
              <w:left w:w="50" w:type="dxa"/>
              <w:bottom w:w="20" w:type="dxa"/>
              <w:right w:w="50" w:type="dxa"/>
            </w:tcMar>
          </w:tcPr>
          <w:p w14:paraId="7CDC44F6" w14:textId="77777777" w:rsidR="00292F36" w:rsidRDefault="00292F36"/>
        </w:tc>
      </w:tr>
      <w:tr w:rsidR="00292F36" w14:paraId="515ABD47" w14:textId="77777777">
        <w:tc>
          <w:tcPr>
            <w:tcW w:w="1170" w:type="dxa"/>
            <w:tcMar>
              <w:top w:w="20" w:type="dxa"/>
              <w:left w:w="50" w:type="dxa"/>
              <w:bottom w:w="20" w:type="dxa"/>
              <w:right w:w="50" w:type="dxa"/>
            </w:tcMar>
          </w:tcPr>
          <w:p w14:paraId="45D483FB" w14:textId="77777777" w:rsidR="00292F36" w:rsidRDefault="00000000">
            <w:r>
              <w:rPr>
                <w:sz w:val="16"/>
              </w:rPr>
              <w:lastRenderedPageBreak/>
              <w:t>Omega-3</w:t>
            </w:r>
          </w:p>
        </w:tc>
        <w:tc>
          <w:tcPr>
            <w:tcW w:w="1170" w:type="dxa"/>
            <w:tcMar>
              <w:top w:w="20" w:type="dxa"/>
              <w:left w:w="50" w:type="dxa"/>
              <w:bottom w:w="20" w:type="dxa"/>
              <w:right w:w="50" w:type="dxa"/>
            </w:tcMar>
          </w:tcPr>
          <w:p w14:paraId="04D7FC1E" w14:textId="77777777" w:rsidR="00292F36" w:rsidRDefault="00000000">
            <w:r>
              <w:rPr>
                <w:sz w:val="16"/>
              </w:rPr>
              <w:t>Depth</w:t>
            </w:r>
          </w:p>
        </w:tc>
        <w:tc>
          <w:tcPr>
            <w:tcW w:w="1170" w:type="dxa"/>
            <w:tcMar>
              <w:top w:w="20" w:type="dxa"/>
              <w:left w:w="50" w:type="dxa"/>
              <w:bottom w:w="20" w:type="dxa"/>
              <w:right w:w="50" w:type="dxa"/>
            </w:tcMar>
          </w:tcPr>
          <w:p w14:paraId="6CEFCCC2" w14:textId="77777777" w:rsidR="00292F36" w:rsidRDefault="00000000">
            <w:r>
              <w:rPr>
                <w:sz w:val="16"/>
              </w:rPr>
              <w:t>-0.056</w:t>
            </w:r>
          </w:p>
        </w:tc>
        <w:tc>
          <w:tcPr>
            <w:tcW w:w="1170" w:type="dxa"/>
            <w:tcMar>
              <w:top w:w="20" w:type="dxa"/>
              <w:left w:w="50" w:type="dxa"/>
              <w:bottom w:w="20" w:type="dxa"/>
              <w:right w:w="50" w:type="dxa"/>
            </w:tcMar>
          </w:tcPr>
          <w:p w14:paraId="468F21B7" w14:textId="77777777" w:rsidR="00292F36" w:rsidRDefault="00000000">
            <w:r>
              <w:rPr>
                <w:sz w:val="16"/>
              </w:rPr>
              <w:t>0.0873</w:t>
            </w:r>
          </w:p>
        </w:tc>
        <w:tc>
          <w:tcPr>
            <w:tcW w:w="1170" w:type="dxa"/>
            <w:tcMar>
              <w:top w:w="20" w:type="dxa"/>
              <w:left w:w="50" w:type="dxa"/>
              <w:bottom w:w="20" w:type="dxa"/>
              <w:right w:w="50" w:type="dxa"/>
            </w:tcMar>
          </w:tcPr>
          <w:p w14:paraId="7C0D5141" w14:textId="77777777" w:rsidR="00292F36" w:rsidRDefault="00000000">
            <w:r>
              <w:rPr>
                <w:sz w:val="16"/>
              </w:rPr>
              <w:t>-0.2271</w:t>
            </w:r>
          </w:p>
        </w:tc>
        <w:tc>
          <w:tcPr>
            <w:tcW w:w="1170" w:type="dxa"/>
            <w:tcMar>
              <w:top w:w="20" w:type="dxa"/>
              <w:left w:w="50" w:type="dxa"/>
              <w:bottom w:w="20" w:type="dxa"/>
              <w:right w:w="50" w:type="dxa"/>
            </w:tcMar>
          </w:tcPr>
          <w:p w14:paraId="25F31A69" w14:textId="77777777" w:rsidR="00292F36" w:rsidRDefault="00000000">
            <w:r>
              <w:rPr>
                <w:sz w:val="16"/>
              </w:rPr>
              <w:t>0.1151</w:t>
            </w:r>
          </w:p>
        </w:tc>
        <w:tc>
          <w:tcPr>
            <w:tcW w:w="1170" w:type="dxa"/>
            <w:tcMar>
              <w:top w:w="20" w:type="dxa"/>
              <w:left w:w="50" w:type="dxa"/>
              <w:bottom w:w="20" w:type="dxa"/>
              <w:right w:w="50" w:type="dxa"/>
            </w:tcMar>
          </w:tcPr>
          <w:p w14:paraId="7A48E1EB" w14:textId="77777777" w:rsidR="00292F36" w:rsidRDefault="00000000">
            <w:r>
              <w:rPr>
                <w:sz w:val="16"/>
              </w:rPr>
              <w:t>0.521</w:t>
            </w:r>
          </w:p>
        </w:tc>
        <w:tc>
          <w:tcPr>
            <w:tcW w:w="1170" w:type="dxa"/>
            <w:tcMar>
              <w:top w:w="20" w:type="dxa"/>
              <w:left w:w="50" w:type="dxa"/>
              <w:bottom w:w="20" w:type="dxa"/>
              <w:right w:w="50" w:type="dxa"/>
            </w:tcMar>
          </w:tcPr>
          <w:p w14:paraId="590FE1EA" w14:textId="77777777" w:rsidR="00292F36" w:rsidRDefault="00292F36"/>
        </w:tc>
      </w:tr>
      <w:tr w:rsidR="00292F36" w14:paraId="3B4D68F8" w14:textId="77777777">
        <w:tc>
          <w:tcPr>
            <w:tcW w:w="1170" w:type="dxa"/>
            <w:tcMar>
              <w:top w:w="20" w:type="dxa"/>
              <w:left w:w="50" w:type="dxa"/>
              <w:bottom w:w="20" w:type="dxa"/>
              <w:right w:w="50" w:type="dxa"/>
            </w:tcMar>
          </w:tcPr>
          <w:p w14:paraId="211C1C85" w14:textId="77777777" w:rsidR="00292F36" w:rsidRDefault="00000000">
            <w:r>
              <w:rPr>
                <w:sz w:val="16"/>
              </w:rPr>
              <w:t>Omega-3</w:t>
            </w:r>
          </w:p>
        </w:tc>
        <w:tc>
          <w:tcPr>
            <w:tcW w:w="1170" w:type="dxa"/>
            <w:tcMar>
              <w:top w:w="20" w:type="dxa"/>
              <w:left w:w="50" w:type="dxa"/>
              <w:bottom w:w="20" w:type="dxa"/>
              <w:right w:w="50" w:type="dxa"/>
            </w:tcMar>
          </w:tcPr>
          <w:p w14:paraId="4E7ED7FB" w14:textId="77777777" w:rsidR="00292F36" w:rsidRDefault="00000000">
            <w:r>
              <w:rPr>
                <w:sz w:val="16"/>
              </w:rPr>
              <w:t>SST</w:t>
            </w:r>
          </w:p>
        </w:tc>
        <w:tc>
          <w:tcPr>
            <w:tcW w:w="1170" w:type="dxa"/>
            <w:tcMar>
              <w:top w:w="20" w:type="dxa"/>
              <w:left w:w="50" w:type="dxa"/>
              <w:bottom w:w="20" w:type="dxa"/>
              <w:right w:w="50" w:type="dxa"/>
            </w:tcMar>
          </w:tcPr>
          <w:p w14:paraId="7330A4D4" w14:textId="77777777" w:rsidR="00292F36" w:rsidRDefault="00000000">
            <w:r>
              <w:rPr>
                <w:sz w:val="16"/>
              </w:rPr>
              <w:t>0.2929</w:t>
            </w:r>
          </w:p>
        </w:tc>
        <w:tc>
          <w:tcPr>
            <w:tcW w:w="1170" w:type="dxa"/>
            <w:tcMar>
              <w:top w:w="20" w:type="dxa"/>
              <w:left w:w="50" w:type="dxa"/>
              <w:bottom w:w="20" w:type="dxa"/>
              <w:right w:w="50" w:type="dxa"/>
            </w:tcMar>
          </w:tcPr>
          <w:p w14:paraId="2C304164" w14:textId="77777777" w:rsidR="00292F36" w:rsidRDefault="00000000">
            <w:r>
              <w:rPr>
                <w:sz w:val="16"/>
              </w:rPr>
              <w:t>0.0635</w:t>
            </w:r>
          </w:p>
        </w:tc>
        <w:tc>
          <w:tcPr>
            <w:tcW w:w="1170" w:type="dxa"/>
            <w:tcMar>
              <w:top w:w="20" w:type="dxa"/>
              <w:left w:w="50" w:type="dxa"/>
              <w:bottom w:w="20" w:type="dxa"/>
              <w:right w:w="50" w:type="dxa"/>
            </w:tcMar>
          </w:tcPr>
          <w:p w14:paraId="52497437" w14:textId="77777777" w:rsidR="00292F36" w:rsidRDefault="00000000">
            <w:r>
              <w:rPr>
                <w:sz w:val="16"/>
              </w:rPr>
              <w:t>0.1684</w:t>
            </w:r>
          </w:p>
        </w:tc>
        <w:tc>
          <w:tcPr>
            <w:tcW w:w="1170" w:type="dxa"/>
            <w:tcMar>
              <w:top w:w="20" w:type="dxa"/>
              <w:left w:w="50" w:type="dxa"/>
              <w:bottom w:w="20" w:type="dxa"/>
              <w:right w:w="50" w:type="dxa"/>
            </w:tcMar>
          </w:tcPr>
          <w:p w14:paraId="66FC487B" w14:textId="77777777" w:rsidR="00292F36" w:rsidRDefault="00000000">
            <w:r>
              <w:rPr>
                <w:sz w:val="16"/>
              </w:rPr>
              <w:t>0.4174</w:t>
            </w:r>
          </w:p>
        </w:tc>
        <w:tc>
          <w:tcPr>
            <w:tcW w:w="1170" w:type="dxa"/>
            <w:tcMar>
              <w:top w:w="20" w:type="dxa"/>
              <w:left w:w="50" w:type="dxa"/>
              <w:bottom w:w="20" w:type="dxa"/>
              <w:right w:w="50" w:type="dxa"/>
            </w:tcMar>
          </w:tcPr>
          <w:p w14:paraId="7775831A" w14:textId="77777777" w:rsidR="00292F36" w:rsidRDefault="00000000">
            <w:r>
              <w:rPr>
                <w:sz w:val="16"/>
              </w:rPr>
              <w:t>3.97e-06</w:t>
            </w:r>
          </w:p>
        </w:tc>
        <w:tc>
          <w:tcPr>
            <w:tcW w:w="1170" w:type="dxa"/>
            <w:tcMar>
              <w:top w:w="20" w:type="dxa"/>
              <w:left w:w="50" w:type="dxa"/>
              <w:bottom w:w="20" w:type="dxa"/>
              <w:right w:w="50" w:type="dxa"/>
            </w:tcMar>
          </w:tcPr>
          <w:p w14:paraId="72337647" w14:textId="77777777" w:rsidR="00292F36" w:rsidRDefault="00000000">
            <w:r>
              <w:rPr>
                <w:sz w:val="16"/>
              </w:rPr>
              <w:t>***</w:t>
            </w:r>
          </w:p>
        </w:tc>
      </w:tr>
      <w:tr w:rsidR="00292F36" w14:paraId="53F35533" w14:textId="77777777">
        <w:tc>
          <w:tcPr>
            <w:tcW w:w="1170" w:type="dxa"/>
            <w:tcMar>
              <w:top w:w="20" w:type="dxa"/>
              <w:left w:w="50" w:type="dxa"/>
              <w:bottom w:w="20" w:type="dxa"/>
              <w:right w:w="50" w:type="dxa"/>
            </w:tcMar>
          </w:tcPr>
          <w:p w14:paraId="23C0D095" w14:textId="77777777" w:rsidR="00292F36" w:rsidRDefault="00000000">
            <w:r>
              <w:rPr>
                <w:sz w:val="16"/>
              </w:rPr>
              <w:t>Omega-3</w:t>
            </w:r>
          </w:p>
        </w:tc>
        <w:tc>
          <w:tcPr>
            <w:tcW w:w="1170" w:type="dxa"/>
            <w:tcMar>
              <w:top w:w="20" w:type="dxa"/>
              <w:left w:w="50" w:type="dxa"/>
              <w:bottom w:w="20" w:type="dxa"/>
              <w:right w:w="50" w:type="dxa"/>
            </w:tcMar>
          </w:tcPr>
          <w:p w14:paraId="370E997B" w14:textId="77777777" w:rsidR="00292F36" w:rsidRDefault="00000000">
            <w:r>
              <w:rPr>
                <w:sz w:val="16"/>
              </w:rPr>
              <w:t>Chl-a</w:t>
            </w:r>
          </w:p>
        </w:tc>
        <w:tc>
          <w:tcPr>
            <w:tcW w:w="1170" w:type="dxa"/>
            <w:tcMar>
              <w:top w:w="20" w:type="dxa"/>
              <w:left w:w="50" w:type="dxa"/>
              <w:bottom w:w="20" w:type="dxa"/>
              <w:right w:w="50" w:type="dxa"/>
            </w:tcMar>
          </w:tcPr>
          <w:p w14:paraId="4622C3BF" w14:textId="77777777" w:rsidR="00292F36" w:rsidRDefault="00000000">
            <w:r>
              <w:rPr>
                <w:sz w:val="16"/>
              </w:rPr>
              <w:t>-0.944</w:t>
            </w:r>
          </w:p>
        </w:tc>
        <w:tc>
          <w:tcPr>
            <w:tcW w:w="1170" w:type="dxa"/>
            <w:tcMar>
              <w:top w:w="20" w:type="dxa"/>
              <w:left w:w="50" w:type="dxa"/>
              <w:bottom w:w="20" w:type="dxa"/>
              <w:right w:w="50" w:type="dxa"/>
            </w:tcMar>
          </w:tcPr>
          <w:p w14:paraId="3EBC5BD7" w14:textId="77777777" w:rsidR="00292F36" w:rsidRDefault="00000000">
            <w:r>
              <w:rPr>
                <w:sz w:val="16"/>
              </w:rPr>
              <w:t>0.2598</w:t>
            </w:r>
          </w:p>
        </w:tc>
        <w:tc>
          <w:tcPr>
            <w:tcW w:w="1170" w:type="dxa"/>
            <w:tcMar>
              <w:top w:w="20" w:type="dxa"/>
              <w:left w:w="50" w:type="dxa"/>
              <w:bottom w:w="20" w:type="dxa"/>
              <w:right w:w="50" w:type="dxa"/>
            </w:tcMar>
          </w:tcPr>
          <w:p w14:paraId="5B1C1EB2" w14:textId="77777777" w:rsidR="00292F36" w:rsidRDefault="00000000">
            <w:r>
              <w:rPr>
                <w:sz w:val="16"/>
              </w:rPr>
              <w:t>-1.4532</w:t>
            </w:r>
          </w:p>
        </w:tc>
        <w:tc>
          <w:tcPr>
            <w:tcW w:w="1170" w:type="dxa"/>
            <w:tcMar>
              <w:top w:w="20" w:type="dxa"/>
              <w:left w:w="50" w:type="dxa"/>
              <w:bottom w:w="20" w:type="dxa"/>
              <w:right w:w="50" w:type="dxa"/>
            </w:tcMar>
          </w:tcPr>
          <w:p w14:paraId="60D27977" w14:textId="77777777" w:rsidR="00292F36" w:rsidRDefault="00000000">
            <w:r>
              <w:rPr>
                <w:sz w:val="16"/>
              </w:rPr>
              <w:t>-0.4348</w:t>
            </w:r>
          </w:p>
        </w:tc>
        <w:tc>
          <w:tcPr>
            <w:tcW w:w="1170" w:type="dxa"/>
            <w:tcMar>
              <w:top w:w="20" w:type="dxa"/>
              <w:left w:w="50" w:type="dxa"/>
              <w:bottom w:w="20" w:type="dxa"/>
              <w:right w:w="50" w:type="dxa"/>
            </w:tcMar>
          </w:tcPr>
          <w:p w14:paraId="058AAC2A" w14:textId="77777777" w:rsidR="00292F36" w:rsidRDefault="00000000">
            <w:r>
              <w:rPr>
                <w:sz w:val="16"/>
              </w:rPr>
              <w:t>0.000279</w:t>
            </w:r>
          </w:p>
        </w:tc>
        <w:tc>
          <w:tcPr>
            <w:tcW w:w="1170" w:type="dxa"/>
            <w:tcMar>
              <w:top w:w="20" w:type="dxa"/>
              <w:left w:w="50" w:type="dxa"/>
              <w:bottom w:w="20" w:type="dxa"/>
              <w:right w:w="50" w:type="dxa"/>
            </w:tcMar>
          </w:tcPr>
          <w:p w14:paraId="33FB8A3F" w14:textId="77777777" w:rsidR="00292F36" w:rsidRDefault="00000000">
            <w:r>
              <w:rPr>
                <w:sz w:val="16"/>
              </w:rPr>
              <w:t>***</w:t>
            </w:r>
          </w:p>
        </w:tc>
      </w:tr>
      <w:tr w:rsidR="00292F36" w14:paraId="610EE596" w14:textId="77777777">
        <w:tc>
          <w:tcPr>
            <w:tcW w:w="1170" w:type="dxa"/>
            <w:tcMar>
              <w:top w:w="20" w:type="dxa"/>
              <w:left w:w="50" w:type="dxa"/>
              <w:bottom w:w="20" w:type="dxa"/>
              <w:right w:w="50" w:type="dxa"/>
            </w:tcMar>
          </w:tcPr>
          <w:p w14:paraId="391855DA" w14:textId="77777777" w:rsidR="00292F36" w:rsidRDefault="00000000">
            <w:r>
              <w:rPr>
                <w:sz w:val="16"/>
              </w:rPr>
              <w:t>Omega-3</w:t>
            </w:r>
          </w:p>
        </w:tc>
        <w:tc>
          <w:tcPr>
            <w:tcW w:w="1170" w:type="dxa"/>
            <w:tcMar>
              <w:top w:w="20" w:type="dxa"/>
              <w:left w:w="50" w:type="dxa"/>
              <w:bottom w:w="20" w:type="dxa"/>
              <w:right w:w="50" w:type="dxa"/>
            </w:tcMar>
          </w:tcPr>
          <w:p w14:paraId="75A25B3E" w14:textId="77777777" w:rsidR="00292F36" w:rsidRDefault="00000000">
            <w:r>
              <w:rPr>
                <w:sz w:val="16"/>
              </w:rPr>
              <w:t>Benthic PC1</w:t>
            </w:r>
          </w:p>
        </w:tc>
        <w:tc>
          <w:tcPr>
            <w:tcW w:w="1170" w:type="dxa"/>
            <w:tcMar>
              <w:top w:w="20" w:type="dxa"/>
              <w:left w:w="50" w:type="dxa"/>
              <w:bottom w:w="20" w:type="dxa"/>
              <w:right w:w="50" w:type="dxa"/>
            </w:tcMar>
          </w:tcPr>
          <w:p w14:paraId="70934B90" w14:textId="77777777" w:rsidR="00292F36" w:rsidRDefault="00000000">
            <w:r>
              <w:rPr>
                <w:sz w:val="16"/>
              </w:rPr>
              <w:t>0.4359</w:t>
            </w:r>
          </w:p>
        </w:tc>
        <w:tc>
          <w:tcPr>
            <w:tcW w:w="1170" w:type="dxa"/>
            <w:tcMar>
              <w:top w:w="20" w:type="dxa"/>
              <w:left w:w="50" w:type="dxa"/>
              <w:bottom w:w="20" w:type="dxa"/>
              <w:right w:w="50" w:type="dxa"/>
            </w:tcMar>
          </w:tcPr>
          <w:p w14:paraId="5DC6BEAF" w14:textId="77777777" w:rsidR="00292F36" w:rsidRDefault="00000000">
            <w:r>
              <w:rPr>
                <w:sz w:val="16"/>
              </w:rPr>
              <w:t>0.1038</w:t>
            </w:r>
          </w:p>
        </w:tc>
        <w:tc>
          <w:tcPr>
            <w:tcW w:w="1170" w:type="dxa"/>
            <w:tcMar>
              <w:top w:w="20" w:type="dxa"/>
              <w:left w:w="50" w:type="dxa"/>
              <w:bottom w:w="20" w:type="dxa"/>
              <w:right w:w="50" w:type="dxa"/>
            </w:tcMar>
          </w:tcPr>
          <w:p w14:paraId="2C8E24A7" w14:textId="77777777" w:rsidR="00292F36" w:rsidRDefault="00000000">
            <w:r>
              <w:rPr>
                <w:sz w:val="16"/>
              </w:rPr>
              <w:t>0.2325</w:t>
            </w:r>
          </w:p>
        </w:tc>
        <w:tc>
          <w:tcPr>
            <w:tcW w:w="1170" w:type="dxa"/>
            <w:tcMar>
              <w:top w:w="20" w:type="dxa"/>
              <w:left w:w="50" w:type="dxa"/>
              <w:bottom w:w="20" w:type="dxa"/>
              <w:right w:w="50" w:type="dxa"/>
            </w:tcMar>
          </w:tcPr>
          <w:p w14:paraId="6420F5C7" w14:textId="77777777" w:rsidR="00292F36" w:rsidRDefault="00000000">
            <w:r>
              <w:rPr>
                <w:sz w:val="16"/>
              </w:rPr>
              <w:t>0.6393</w:t>
            </w:r>
          </w:p>
        </w:tc>
        <w:tc>
          <w:tcPr>
            <w:tcW w:w="1170" w:type="dxa"/>
            <w:tcMar>
              <w:top w:w="20" w:type="dxa"/>
              <w:left w:w="50" w:type="dxa"/>
              <w:bottom w:w="20" w:type="dxa"/>
              <w:right w:w="50" w:type="dxa"/>
            </w:tcMar>
          </w:tcPr>
          <w:p w14:paraId="5F81CEB3" w14:textId="77777777" w:rsidR="00292F36" w:rsidRDefault="00000000">
            <w:r>
              <w:rPr>
                <w:sz w:val="16"/>
              </w:rPr>
              <w:t>2.68e-05</w:t>
            </w:r>
          </w:p>
        </w:tc>
        <w:tc>
          <w:tcPr>
            <w:tcW w:w="1170" w:type="dxa"/>
            <w:tcMar>
              <w:top w:w="20" w:type="dxa"/>
              <w:left w:w="50" w:type="dxa"/>
              <w:bottom w:w="20" w:type="dxa"/>
              <w:right w:w="50" w:type="dxa"/>
            </w:tcMar>
          </w:tcPr>
          <w:p w14:paraId="11E38917" w14:textId="77777777" w:rsidR="00292F36" w:rsidRDefault="00000000">
            <w:r>
              <w:rPr>
                <w:sz w:val="16"/>
              </w:rPr>
              <w:t>***</w:t>
            </w:r>
          </w:p>
        </w:tc>
      </w:tr>
      <w:tr w:rsidR="00292F36" w14:paraId="43A28D7A" w14:textId="77777777">
        <w:tc>
          <w:tcPr>
            <w:tcW w:w="1170" w:type="dxa"/>
            <w:tcMar>
              <w:top w:w="20" w:type="dxa"/>
              <w:left w:w="50" w:type="dxa"/>
              <w:bottom w:w="20" w:type="dxa"/>
              <w:right w:w="50" w:type="dxa"/>
            </w:tcMar>
          </w:tcPr>
          <w:p w14:paraId="138A881B" w14:textId="77777777" w:rsidR="00292F36" w:rsidRDefault="00000000">
            <w:r>
              <w:rPr>
                <w:sz w:val="16"/>
              </w:rPr>
              <w:t>Omega-3</w:t>
            </w:r>
          </w:p>
        </w:tc>
        <w:tc>
          <w:tcPr>
            <w:tcW w:w="1170" w:type="dxa"/>
            <w:tcMar>
              <w:top w:w="20" w:type="dxa"/>
              <w:left w:w="50" w:type="dxa"/>
              <w:bottom w:w="20" w:type="dxa"/>
              <w:right w:w="50" w:type="dxa"/>
            </w:tcMar>
          </w:tcPr>
          <w:p w14:paraId="44943AC4" w14:textId="77777777" w:rsidR="00292F36" w:rsidRDefault="00000000">
            <w:r>
              <w:rPr>
                <w:sz w:val="16"/>
              </w:rPr>
              <w:t>Benthic PC2</w:t>
            </w:r>
          </w:p>
        </w:tc>
        <w:tc>
          <w:tcPr>
            <w:tcW w:w="1170" w:type="dxa"/>
            <w:tcMar>
              <w:top w:w="20" w:type="dxa"/>
              <w:left w:w="50" w:type="dxa"/>
              <w:bottom w:w="20" w:type="dxa"/>
              <w:right w:w="50" w:type="dxa"/>
            </w:tcMar>
          </w:tcPr>
          <w:p w14:paraId="059F4B92" w14:textId="77777777" w:rsidR="00292F36" w:rsidRDefault="00000000">
            <w:r>
              <w:rPr>
                <w:sz w:val="16"/>
              </w:rPr>
              <w:t>0.085</w:t>
            </w:r>
          </w:p>
        </w:tc>
        <w:tc>
          <w:tcPr>
            <w:tcW w:w="1170" w:type="dxa"/>
            <w:tcMar>
              <w:top w:w="20" w:type="dxa"/>
              <w:left w:w="50" w:type="dxa"/>
              <w:bottom w:w="20" w:type="dxa"/>
              <w:right w:w="50" w:type="dxa"/>
            </w:tcMar>
          </w:tcPr>
          <w:p w14:paraId="4B22D5C3" w14:textId="77777777" w:rsidR="00292F36" w:rsidRDefault="00000000">
            <w:r>
              <w:rPr>
                <w:sz w:val="16"/>
              </w:rPr>
              <w:t>0.0948</w:t>
            </w:r>
          </w:p>
        </w:tc>
        <w:tc>
          <w:tcPr>
            <w:tcW w:w="1170" w:type="dxa"/>
            <w:tcMar>
              <w:top w:w="20" w:type="dxa"/>
              <w:left w:w="50" w:type="dxa"/>
              <w:bottom w:w="20" w:type="dxa"/>
              <w:right w:w="50" w:type="dxa"/>
            </w:tcMar>
          </w:tcPr>
          <w:p w14:paraId="126F7CC0" w14:textId="77777777" w:rsidR="00292F36" w:rsidRDefault="00000000">
            <w:r>
              <w:rPr>
                <w:sz w:val="16"/>
              </w:rPr>
              <w:t>-0.1008</w:t>
            </w:r>
          </w:p>
        </w:tc>
        <w:tc>
          <w:tcPr>
            <w:tcW w:w="1170" w:type="dxa"/>
            <w:tcMar>
              <w:top w:w="20" w:type="dxa"/>
              <w:left w:w="50" w:type="dxa"/>
              <w:bottom w:w="20" w:type="dxa"/>
              <w:right w:w="50" w:type="dxa"/>
            </w:tcMar>
          </w:tcPr>
          <w:p w14:paraId="5A117C3C" w14:textId="77777777" w:rsidR="00292F36" w:rsidRDefault="00000000">
            <w:r>
              <w:rPr>
                <w:sz w:val="16"/>
              </w:rPr>
              <w:t>0.2708</w:t>
            </w:r>
          </w:p>
        </w:tc>
        <w:tc>
          <w:tcPr>
            <w:tcW w:w="1170" w:type="dxa"/>
            <w:tcMar>
              <w:top w:w="20" w:type="dxa"/>
              <w:left w:w="50" w:type="dxa"/>
              <w:bottom w:w="20" w:type="dxa"/>
              <w:right w:w="50" w:type="dxa"/>
            </w:tcMar>
          </w:tcPr>
          <w:p w14:paraId="6BD7E342" w14:textId="77777777" w:rsidR="00292F36" w:rsidRDefault="00000000">
            <w:r>
              <w:rPr>
                <w:sz w:val="16"/>
              </w:rPr>
              <w:t>0.37</w:t>
            </w:r>
          </w:p>
        </w:tc>
        <w:tc>
          <w:tcPr>
            <w:tcW w:w="1170" w:type="dxa"/>
            <w:tcMar>
              <w:top w:w="20" w:type="dxa"/>
              <w:left w:w="50" w:type="dxa"/>
              <w:bottom w:w="20" w:type="dxa"/>
              <w:right w:w="50" w:type="dxa"/>
            </w:tcMar>
          </w:tcPr>
          <w:p w14:paraId="54365688" w14:textId="77777777" w:rsidR="00292F36" w:rsidRDefault="00292F36"/>
        </w:tc>
      </w:tr>
    </w:tbl>
    <w:p w14:paraId="4E1A54A4" w14:textId="77777777" w:rsidR="00292F36" w:rsidRDefault="00292F36">
      <w:pPr>
        <w:sectPr w:rsidR="00292F36">
          <w:pgSz w:w="12240" w:h="15840"/>
          <w:pgMar w:top="1152" w:right="1440" w:bottom="1152" w:left="1440" w:header="720" w:footer="720" w:gutter="0"/>
          <w:cols w:space="720"/>
          <w:docGrid w:linePitch="360"/>
        </w:sectPr>
      </w:pPr>
    </w:p>
    <w:p w14:paraId="632DF0D1" w14:textId="77777777" w:rsidR="00292F36" w:rsidRDefault="00000000">
      <w:pPr>
        <w:spacing w:after="40"/>
      </w:pPr>
      <w:r>
        <w:rPr>
          <w:b/>
          <w:sz w:val="22"/>
        </w:rPr>
        <w:lastRenderedPageBreak/>
        <w:t>Table S15 | NMDS ordination scores, environmental variables, and benthic community composition for transects included in multivariate analyses.</w:t>
      </w:r>
    </w:p>
    <w:p w14:paraId="747C6893" w14:textId="77777777" w:rsidR="00292F36" w:rsidRDefault="00000000">
      <w:pPr>
        <w:spacing w:after="160"/>
      </w:pPr>
      <w:r>
        <w:rPr>
          <w:sz w:val="18"/>
        </w:rPr>
        <w:t>Table containing non-metric multidimensional scaling (NMDS) site scores (NMDS1 and NMDS2), associated environmental variables (depth, sea surface temperature, and chlorophyll-a concentration), regional and temporal metadata, and the relative abundances of algal and invertebrate functional groups for all transects included in the multivariate analyses. Relative abundance data were used to construct the Bray–Curtis dissimilarity matrix underlying the NMDS ordination and PERMANOVA analyses presented in Fig. S4. Each row represents a single transect observation.</w:t>
      </w:r>
    </w:p>
    <w:tbl>
      <w:tblPr>
        <w:tblStyle w:val="TableGrid"/>
        <w:tblW w:w="0" w:type="auto"/>
        <w:tblLayout w:type="fixed"/>
        <w:tblLook w:val="04A0" w:firstRow="1" w:lastRow="0" w:firstColumn="1" w:lastColumn="0" w:noHBand="0" w:noVBand="1"/>
      </w:tblPr>
      <w:tblGrid>
        <w:gridCol w:w="564"/>
        <w:gridCol w:w="564"/>
        <w:gridCol w:w="564"/>
        <w:gridCol w:w="564"/>
        <w:gridCol w:w="564"/>
        <w:gridCol w:w="564"/>
        <w:gridCol w:w="564"/>
        <w:gridCol w:w="564"/>
        <w:gridCol w:w="564"/>
        <w:gridCol w:w="564"/>
        <w:gridCol w:w="564"/>
        <w:gridCol w:w="564"/>
        <w:gridCol w:w="564"/>
        <w:gridCol w:w="564"/>
        <w:gridCol w:w="564"/>
        <w:gridCol w:w="564"/>
        <w:gridCol w:w="564"/>
        <w:gridCol w:w="564"/>
        <w:gridCol w:w="564"/>
        <w:gridCol w:w="564"/>
        <w:gridCol w:w="564"/>
        <w:gridCol w:w="564"/>
        <w:gridCol w:w="564"/>
        <w:gridCol w:w="564"/>
        <w:gridCol w:w="564"/>
      </w:tblGrid>
      <w:tr w:rsidR="00292F36" w14:paraId="7B80FF7D" w14:textId="77777777">
        <w:trPr>
          <w:tblHeader/>
        </w:trPr>
        <w:tc>
          <w:tcPr>
            <w:tcW w:w="564" w:type="dxa"/>
            <w:shd w:val="clear" w:color="auto" w:fill="D9E2F3"/>
            <w:tcMar>
              <w:top w:w="20" w:type="dxa"/>
              <w:left w:w="50" w:type="dxa"/>
              <w:bottom w:w="20" w:type="dxa"/>
              <w:right w:w="50" w:type="dxa"/>
            </w:tcMar>
          </w:tcPr>
          <w:p w14:paraId="63C4C9C2" w14:textId="77777777" w:rsidR="00292F36" w:rsidRDefault="00000000">
            <w:proofErr w:type="spellStart"/>
            <w:r>
              <w:rPr>
                <w:b/>
                <w:sz w:val="12"/>
              </w:rPr>
              <w:t>Transect_ID</w:t>
            </w:r>
            <w:proofErr w:type="spellEnd"/>
          </w:p>
        </w:tc>
        <w:tc>
          <w:tcPr>
            <w:tcW w:w="564" w:type="dxa"/>
            <w:shd w:val="clear" w:color="auto" w:fill="D9E2F3"/>
            <w:tcMar>
              <w:top w:w="20" w:type="dxa"/>
              <w:left w:w="50" w:type="dxa"/>
              <w:bottom w:w="20" w:type="dxa"/>
              <w:right w:w="50" w:type="dxa"/>
            </w:tcMar>
          </w:tcPr>
          <w:p w14:paraId="0F7D0925" w14:textId="77777777" w:rsidR="00292F36" w:rsidRDefault="00000000">
            <w:r>
              <w:rPr>
                <w:b/>
                <w:sz w:val="12"/>
              </w:rPr>
              <w:t>NMDS1</w:t>
            </w:r>
          </w:p>
        </w:tc>
        <w:tc>
          <w:tcPr>
            <w:tcW w:w="564" w:type="dxa"/>
            <w:shd w:val="clear" w:color="auto" w:fill="D9E2F3"/>
            <w:tcMar>
              <w:top w:w="20" w:type="dxa"/>
              <w:left w:w="50" w:type="dxa"/>
              <w:bottom w:w="20" w:type="dxa"/>
              <w:right w:w="50" w:type="dxa"/>
            </w:tcMar>
          </w:tcPr>
          <w:p w14:paraId="4AD498F9" w14:textId="77777777" w:rsidR="00292F36" w:rsidRDefault="00000000">
            <w:r>
              <w:rPr>
                <w:b/>
                <w:sz w:val="12"/>
              </w:rPr>
              <w:t>NMDS2</w:t>
            </w:r>
          </w:p>
        </w:tc>
        <w:tc>
          <w:tcPr>
            <w:tcW w:w="564" w:type="dxa"/>
            <w:shd w:val="clear" w:color="auto" w:fill="D9E2F3"/>
            <w:tcMar>
              <w:top w:w="20" w:type="dxa"/>
              <w:left w:w="50" w:type="dxa"/>
              <w:bottom w:w="20" w:type="dxa"/>
              <w:right w:w="50" w:type="dxa"/>
            </w:tcMar>
          </w:tcPr>
          <w:p w14:paraId="58FD5BB3" w14:textId="77777777" w:rsidR="00292F36" w:rsidRDefault="00000000">
            <w:r>
              <w:rPr>
                <w:b/>
                <w:sz w:val="12"/>
              </w:rPr>
              <w:t>Year</w:t>
            </w:r>
          </w:p>
        </w:tc>
        <w:tc>
          <w:tcPr>
            <w:tcW w:w="564" w:type="dxa"/>
            <w:shd w:val="clear" w:color="auto" w:fill="D9E2F3"/>
            <w:tcMar>
              <w:top w:w="20" w:type="dxa"/>
              <w:left w:w="50" w:type="dxa"/>
              <w:bottom w:w="20" w:type="dxa"/>
              <w:right w:w="50" w:type="dxa"/>
            </w:tcMar>
          </w:tcPr>
          <w:p w14:paraId="0AB3DAAA" w14:textId="77777777" w:rsidR="00292F36" w:rsidRDefault="00000000">
            <w:r>
              <w:rPr>
                <w:b/>
                <w:sz w:val="12"/>
              </w:rPr>
              <w:t>Region</w:t>
            </w:r>
          </w:p>
        </w:tc>
        <w:tc>
          <w:tcPr>
            <w:tcW w:w="564" w:type="dxa"/>
            <w:shd w:val="clear" w:color="auto" w:fill="D9E2F3"/>
            <w:tcMar>
              <w:top w:w="20" w:type="dxa"/>
              <w:left w:w="50" w:type="dxa"/>
              <w:bottom w:w="20" w:type="dxa"/>
              <w:right w:w="50" w:type="dxa"/>
            </w:tcMar>
          </w:tcPr>
          <w:p w14:paraId="30D8702B" w14:textId="77777777" w:rsidR="00292F36" w:rsidRDefault="00000000">
            <w:r>
              <w:rPr>
                <w:b/>
                <w:sz w:val="12"/>
              </w:rPr>
              <w:t>Section</w:t>
            </w:r>
          </w:p>
        </w:tc>
        <w:tc>
          <w:tcPr>
            <w:tcW w:w="564" w:type="dxa"/>
            <w:shd w:val="clear" w:color="auto" w:fill="D9E2F3"/>
            <w:tcMar>
              <w:top w:w="20" w:type="dxa"/>
              <w:left w:w="50" w:type="dxa"/>
              <w:bottom w:w="20" w:type="dxa"/>
              <w:right w:w="50" w:type="dxa"/>
            </w:tcMar>
          </w:tcPr>
          <w:p w14:paraId="7A53F53D" w14:textId="77777777" w:rsidR="00292F36" w:rsidRDefault="00000000">
            <w:r>
              <w:rPr>
                <w:b/>
                <w:sz w:val="12"/>
              </w:rPr>
              <w:t>Site</w:t>
            </w:r>
          </w:p>
        </w:tc>
        <w:tc>
          <w:tcPr>
            <w:tcW w:w="564" w:type="dxa"/>
            <w:shd w:val="clear" w:color="auto" w:fill="D9E2F3"/>
            <w:tcMar>
              <w:top w:w="20" w:type="dxa"/>
              <w:left w:w="50" w:type="dxa"/>
              <w:bottom w:w="20" w:type="dxa"/>
              <w:right w:w="50" w:type="dxa"/>
            </w:tcMar>
          </w:tcPr>
          <w:p w14:paraId="01F41A47" w14:textId="77777777" w:rsidR="00292F36" w:rsidRDefault="00000000">
            <w:r>
              <w:rPr>
                <w:b/>
                <w:sz w:val="12"/>
              </w:rPr>
              <w:t>Sub_site</w:t>
            </w:r>
          </w:p>
        </w:tc>
        <w:tc>
          <w:tcPr>
            <w:tcW w:w="564" w:type="dxa"/>
            <w:shd w:val="clear" w:color="auto" w:fill="D9E2F3"/>
            <w:tcMar>
              <w:top w:w="20" w:type="dxa"/>
              <w:left w:w="50" w:type="dxa"/>
              <w:bottom w:w="20" w:type="dxa"/>
              <w:right w:w="50" w:type="dxa"/>
            </w:tcMar>
          </w:tcPr>
          <w:p w14:paraId="0CA0C5AD" w14:textId="77777777" w:rsidR="00292F36" w:rsidRDefault="00000000">
            <w:r>
              <w:rPr>
                <w:b/>
                <w:sz w:val="12"/>
              </w:rPr>
              <w:t>Depth_m</w:t>
            </w:r>
          </w:p>
        </w:tc>
        <w:tc>
          <w:tcPr>
            <w:tcW w:w="564" w:type="dxa"/>
            <w:shd w:val="clear" w:color="auto" w:fill="D9E2F3"/>
            <w:tcMar>
              <w:top w:w="20" w:type="dxa"/>
              <w:left w:w="50" w:type="dxa"/>
              <w:bottom w:w="20" w:type="dxa"/>
              <w:right w:w="50" w:type="dxa"/>
            </w:tcMar>
          </w:tcPr>
          <w:p w14:paraId="0ECC33F4" w14:textId="77777777" w:rsidR="00292F36" w:rsidRDefault="00000000">
            <w:r>
              <w:rPr>
                <w:b/>
                <w:sz w:val="12"/>
              </w:rPr>
              <w:t>SST_temp</w:t>
            </w:r>
          </w:p>
        </w:tc>
        <w:tc>
          <w:tcPr>
            <w:tcW w:w="564" w:type="dxa"/>
            <w:shd w:val="clear" w:color="auto" w:fill="D9E2F3"/>
            <w:tcMar>
              <w:top w:w="20" w:type="dxa"/>
              <w:left w:w="50" w:type="dxa"/>
              <w:bottom w:w="20" w:type="dxa"/>
              <w:right w:w="50" w:type="dxa"/>
            </w:tcMar>
          </w:tcPr>
          <w:p w14:paraId="4AF1C14B" w14:textId="77777777" w:rsidR="00292F36" w:rsidRDefault="00000000">
            <w:r>
              <w:rPr>
                <w:b/>
                <w:sz w:val="12"/>
              </w:rPr>
              <w:t>chl_mean</w:t>
            </w:r>
          </w:p>
        </w:tc>
        <w:tc>
          <w:tcPr>
            <w:tcW w:w="564" w:type="dxa"/>
            <w:shd w:val="clear" w:color="auto" w:fill="D9E2F3"/>
            <w:tcMar>
              <w:top w:w="20" w:type="dxa"/>
              <w:left w:w="50" w:type="dxa"/>
              <w:bottom w:w="20" w:type="dxa"/>
              <w:right w:w="50" w:type="dxa"/>
            </w:tcMar>
          </w:tcPr>
          <w:p w14:paraId="3791248A" w14:textId="77777777" w:rsidR="00292F36" w:rsidRDefault="00000000">
            <w:r>
              <w:rPr>
                <w:b/>
                <w:sz w:val="12"/>
              </w:rPr>
              <w:t>alg_canopy_kelp</w:t>
            </w:r>
          </w:p>
        </w:tc>
        <w:tc>
          <w:tcPr>
            <w:tcW w:w="564" w:type="dxa"/>
            <w:shd w:val="clear" w:color="auto" w:fill="D9E2F3"/>
            <w:tcMar>
              <w:top w:w="20" w:type="dxa"/>
              <w:left w:w="50" w:type="dxa"/>
              <w:bottom w:w="20" w:type="dxa"/>
              <w:right w:w="50" w:type="dxa"/>
            </w:tcMar>
          </w:tcPr>
          <w:p w14:paraId="56338C89" w14:textId="77777777" w:rsidR="00292F36" w:rsidRDefault="00000000">
            <w:r>
              <w:rPr>
                <w:b/>
                <w:sz w:val="12"/>
              </w:rPr>
              <w:t>alg_subcanopy_kelp</w:t>
            </w:r>
          </w:p>
        </w:tc>
        <w:tc>
          <w:tcPr>
            <w:tcW w:w="564" w:type="dxa"/>
            <w:shd w:val="clear" w:color="auto" w:fill="D9E2F3"/>
            <w:tcMar>
              <w:top w:w="20" w:type="dxa"/>
              <w:left w:w="50" w:type="dxa"/>
              <w:bottom w:w="20" w:type="dxa"/>
              <w:right w:w="50" w:type="dxa"/>
            </w:tcMar>
          </w:tcPr>
          <w:p w14:paraId="12A34BC6" w14:textId="77777777" w:rsidR="00292F36" w:rsidRDefault="00000000">
            <w:r>
              <w:rPr>
                <w:b/>
                <w:sz w:val="12"/>
              </w:rPr>
              <w:t>alg_understory_kelp</w:t>
            </w:r>
          </w:p>
        </w:tc>
        <w:tc>
          <w:tcPr>
            <w:tcW w:w="564" w:type="dxa"/>
            <w:shd w:val="clear" w:color="auto" w:fill="D9E2F3"/>
            <w:tcMar>
              <w:top w:w="20" w:type="dxa"/>
              <w:left w:w="50" w:type="dxa"/>
              <w:bottom w:w="20" w:type="dxa"/>
              <w:right w:w="50" w:type="dxa"/>
            </w:tcMar>
          </w:tcPr>
          <w:p w14:paraId="1D9EA2E7" w14:textId="77777777" w:rsidR="00292F36" w:rsidRDefault="00000000">
            <w:r>
              <w:rPr>
                <w:b/>
                <w:sz w:val="12"/>
              </w:rPr>
              <w:t>alg_understory_brown</w:t>
            </w:r>
          </w:p>
        </w:tc>
        <w:tc>
          <w:tcPr>
            <w:tcW w:w="564" w:type="dxa"/>
            <w:shd w:val="clear" w:color="auto" w:fill="D9E2F3"/>
            <w:tcMar>
              <w:top w:w="20" w:type="dxa"/>
              <w:left w:w="50" w:type="dxa"/>
              <w:bottom w:w="20" w:type="dxa"/>
              <w:right w:w="50" w:type="dxa"/>
            </w:tcMar>
          </w:tcPr>
          <w:p w14:paraId="69DC45B1" w14:textId="77777777" w:rsidR="00292F36" w:rsidRDefault="00000000">
            <w:r>
              <w:rPr>
                <w:b/>
                <w:sz w:val="12"/>
              </w:rPr>
              <w:t>alg_encrusting_coralline</w:t>
            </w:r>
          </w:p>
        </w:tc>
        <w:tc>
          <w:tcPr>
            <w:tcW w:w="564" w:type="dxa"/>
            <w:shd w:val="clear" w:color="auto" w:fill="D9E2F3"/>
            <w:tcMar>
              <w:top w:w="20" w:type="dxa"/>
              <w:left w:w="50" w:type="dxa"/>
              <w:bottom w:w="20" w:type="dxa"/>
              <w:right w:w="50" w:type="dxa"/>
            </w:tcMar>
          </w:tcPr>
          <w:p w14:paraId="426A85F8" w14:textId="77777777" w:rsidR="00292F36" w:rsidRDefault="00000000">
            <w:r>
              <w:rPr>
                <w:b/>
                <w:sz w:val="12"/>
              </w:rPr>
              <w:t>alg_understory_red</w:t>
            </w:r>
          </w:p>
        </w:tc>
        <w:tc>
          <w:tcPr>
            <w:tcW w:w="564" w:type="dxa"/>
            <w:shd w:val="clear" w:color="auto" w:fill="D9E2F3"/>
            <w:tcMar>
              <w:top w:w="20" w:type="dxa"/>
              <w:left w:w="50" w:type="dxa"/>
              <w:bottom w:w="20" w:type="dxa"/>
              <w:right w:w="50" w:type="dxa"/>
            </w:tcMar>
          </w:tcPr>
          <w:p w14:paraId="0BA25FCD" w14:textId="77777777" w:rsidR="00292F36" w:rsidRDefault="00000000">
            <w:r>
              <w:rPr>
                <w:b/>
                <w:sz w:val="12"/>
              </w:rPr>
              <w:t>alg_understory_green</w:t>
            </w:r>
          </w:p>
        </w:tc>
        <w:tc>
          <w:tcPr>
            <w:tcW w:w="564" w:type="dxa"/>
            <w:shd w:val="clear" w:color="auto" w:fill="D9E2F3"/>
            <w:tcMar>
              <w:top w:w="20" w:type="dxa"/>
              <w:left w:w="50" w:type="dxa"/>
              <w:bottom w:w="20" w:type="dxa"/>
              <w:right w:w="50" w:type="dxa"/>
            </w:tcMar>
          </w:tcPr>
          <w:p w14:paraId="6F41F3BE" w14:textId="77777777" w:rsidR="00292F36" w:rsidRDefault="00000000">
            <w:r>
              <w:rPr>
                <w:b/>
                <w:sz w:val="12"/>
              </w:rPr>
              <w:t>alg_understory_coralline</w:t>
            </w:r>
          </w:p>
        </w:tc>
        <w:tc>
          <w:tcPr>
            <w:tcW w:w="564" w:type="dxa"/>
            <w:shd w:val="clear" w:color="auto" w:fill="D9E2F3"/>
            <w:tcMar>
              <w:top w:w="20" w:type="dxa"/>
              <w:left w:w="50" w:type="dxa"/>
              <w:bottom w:w="20" w:type="dxa"/>
              <w:right w:w="50" w:type="dxa"/>
            </w:tcMar>
          </w:tcPr>
          <w:p w14:paraId="5030A9AC" w14:textId="77777777" w:rsidR="00292F36" w:rsidRDefault="00000000">
            <w:r>
              <w:rPr>
                <w:b/>
                <w:sz w:val="12"/>
              </w:rPr>
              <w:t>inv_detritivore</w:t>
            </w:r>
          </w:p>
        </w:tc>
        <w:tc>
          <w:tcPr>
            <w:tcW w:w="564" w:type="dxa"/>
            <w:shd w:val="clear" w:color="auto" w:fill="D9E2F3"/>
            <w:tcMar>
              <w:top w:w="20" w:type="dxa"/>
              <w:left w:w="50" w:type="dxa"/>
              <w:bottom w:w="20" w:type="dxa"/>
              <w:right w:w="50" w:type="dxa"/>
            </w:tcMar>
          </w:tcPr>
          <w:p w14:paraId="75EA09AB" w14:textId="77777777" w:rsidR="00292F36" w:rsidRDefault="00000000">
            <w:r>
              <w:rPr>
                <w:b/>
                <w:sz w:val="12"/>
              </w:rPr>
              <w:t>inv_herbivore</w:t>
            </w:r>
          </w:p>
        </w:tc>
        <w:tc>
          <w:tcPr>
            <w:tcW w:w="564" w:type="dxa"/>
            <w:shd w:val="clear" w:color="auto" w:fill="D9E2F3"/>
            <w:tcMar>
              <w:top w:w="20" w:type="dxa"/>
              <w:left w:w="50" w:type="dxa"/>
              <w:bottom w:w="20" w:type="dxa"/>
              <w:right w:w="50" w:type="dxa"/>
            </w:tcMar>
          </w:tcPr>
          <w:p w14:paraId="2E81CB53" w14:textId="77777777" w:rsidR="00292F36" w:rsidRDefault="00000000">
            <w:r>
              <w:rPr>
                <w:b/>
                <w:sz w:val="12"/>
              </w:rPr>
              <w:t>inv_macroinvertivore</w:t>
            </w:r>
          </w:p>
        </w:tc>
        <w:tc>
          <w:tcPr>
            <w:tcW w:w="564" w:type="dxa"/>
            <w:shd w:val="clear" w:color="auto" w:fill="D9E2F3"/>
            <w:tcMar>
              <w:top w:w="20" w:type="dxa"/>
              <w:left w:w="50" w:type="dxa"/>
              <w:bottom w:w="20" w:type="dxa"/>
              <w:right w:w="50" w:type="dxa"/>
            </w:tcMar>
          </w:tcPr>
          <w:p w14:paraId="4461FFB3" w14:textId="77777777" w:rsidR="00292F36" w:rsidRDefault="00000000">
            <w:r>
              <w:rPr>
                <w:b/>
                <w:sz w:val="12"/>
              </w:rPr>
              <w:t>inv_microinvertivore</w:t>
            </w:r>
          </w:p>
        </w:tc>
        <w:tc>
          <w:tcPr>
            <w:tcW w:w="564" w:type="dxa"/>
            <w:shd w:val="clear" w:color="auto" w:fill="D9E2F3"/>
            <w:tcMar>
              <w:top w:w="20" w:type="dxa"/>
              <w:left w:w="50" w:type="dxa"/>
              <w:bottom w:w="20" w:type="dxa"/>
              <w:right w:w="50" w:type="dxa"/>
            </w:tcMar>
          </w:tcPr>
          <w:p w14:paraId="7E9B59FA" w14:textId="77777777" w:rsidR="00292F36" w:rsidRDefault="00000000">
            <w:r>
              <w:rPr>
                <w:b/>
                <w:sz w:val="12"/>
              </w:rPr>
              <w:t>inv_suspension_feeder</w:t>
            </w:r>
          </w:p>
        </w:tc>
        <w:tc>
          <w:tcPr>
            <w:tcW w:w="564" w:type="dxa"/>
            <w:shd w:val="clear" w:color="auto" w:fill="D9E2F3"/>
            <w:tcMar>
              <w:top w:w="20" w:type="dxa"/>
              <w:left w:w="50" w:type="dxa"/>
              <w:bottom w:w="20" w:type="dxa"/>
              <w:right w:w="50" w:type="dxa"/>
            </w:tcMar>
          </w:tcPr>
          <w:p w14:paraId="28D7D7DD" w14:textId="77777777" w:rsidR="00292F36" w:rsidRDefault="00000000">
            <w:r>
              <w:rPr>
                <w:b/>
                <w:sz w:val="12"/>
              </w:rPr>
              <w:t>inv_urchins</w:t>
            </w:r>
          </w:p>
        </w:tc>
      </w:tr>
      <w:tr w:rsidR="00292F36" w14:paraId="54991BBE" w14:textId="77777777">
        <w:tc>
          <w:tcPr>
            <w:tcW w:w="564" w:type="dxa"/>
            <w:tcMar>
              <w:top w:w="20" w:type="dxa"/>
              <w:left w:w="50" w:type="dxa"/>
              <w:bottom w:w="20" w:type="dxa"/>
              <w:right w:w="50" w:type="dxa"/>
            </w:tcMar>
          </w:tcPr>
          <w:p w14:paraId="1ED6662F" w14:textId="77777777" w:rsidR="00292F36" w:rsidRDefault="00000000">
            <w:r>
              <w:rPr>
                <w:sz w:val="12"/>
              </w:rPr>
              <w:t>2017_gavilanes_gavilanes_deep_1</w:t>
            </w:r>
          </w:p>
        </w:tc>
        <w:tc>
          <w:tcPr>
            <w:tcW w:w="564" w:type="dxa"/>
            <w:tcMar>
              <w:top w:w="20" w:type="dxa"/>
              <w:left w:w="50" w:type="dxa"/>
              <w:bottom w:w="20" w:type="dxa"/>
              <w:right w:w="50" w:type="dxa"/>
            </w:tcMar>
          </w:tcPr>
          <w:p w14:paraId="221AD1A6" w14:textId="77777777" w:rsidR="00292F36" w:rsidRDefault="00000000">
            <w:r>
              <w:rPr>
                <w:sz w:val="12"/>
              </w:rPr>
              <w:t>-0.6077206</w:t>
            </w:r>
          </w:p>
        </w:tc>
        <w:tc>
          <w:tcPr>
            <w:tcW w:w="564" w:type="dxa"/>
            <w:tcMar>
              <w:top w:w="20" w:type="dxa"/>
              <w:left w:w="50" w:type="dxa"/>
              <w:bottom w:w="20" w:type="dxa"/>
              <w:right w:w="50" w:type="dxa"/>
            </w:tcMar>
          </w:tcPr>
          <w:p w14:paraId="79E98619" w14:textId="77777777" w:rsidR="00292F36" w:rsidRDefault="00000000">
            <w:r>
              <w:rPr>
                <w:sz w:val="12"/>
              </w:rPr>
              <w:t>-0.4341047</w:t>
            </w:r>
          </w:p>
        </w:tc>
        <w:tc>
          <w:tcPr>
            <w:tcW w:w="564" w:type="dxa"/>
            <w:tcMar>
              <w:top w:w="20" w:type="dxa"/>
              <w:left w:w="50" w:type="dxa"/>
              <w:bottom w:w="20" w:type="dxa"/>
              <w:right w:w="50" w:type="dxa"/>
            </w:tcMar>
          </w:tcPr>
          <w:p w14:paraId="0ECA6126" w14:textId="77777777" w:rsidR="00292F36" w:rsidRDefault="00000000">
            <w:r>
              <w:rPr>
                <w:sz w:val="12"/>
              </w:rPr>
              <w:t>2017</w:t>
            </w:r>
          </w:p>
        </w:tc>
        <w:tc>
          <w:tcPr>
            <w:tcW w:w="564" w:type="dxa"/>
            <w:tcMar>
              <w:top w:w="20" w:type="dxa"/>
              <w:left w:w="50" w:type="dxa"/>
              <w:bottom w:w="20" w:type="dxa"/>
              <w:right w:w="50" w:type="dxa"/>
            </w:tcMar>
          </w:tcPr>
          <w:p w14:paraId="04FDB039" w14:textId="77777777" w:rsidR="00292F36" w:rsidRDefault="00000000">
            <w:r>
              <w:rPr>
                <w:sz w:val="12"/>
              </w:rPr>
              <w:t>punta_eugenia</w:t>
            </w:r>
          </w:p>
        </w:tc>
        <w:tc>
          <w:tcPr>
            <w:tcW w:w="564" w:type="dxa"/>
            <w:tcMar>
              <w:top w:w="20" w:type="dxa"/>
              <w:left w:w="50" w:type="dxa"/>
              <w:bottom w:w="20" w:type="dxa"/>
              <w:right w:w="50" w:type="dxa"/>
            </w:tcMar>
          </w:tcPr>
          <w:p w14:paraId="135E1DC7" w14:textId="77777777" w:rsidR="00292F36" w:rsidRDefault="00000000">
            <w:r>
              <w:rPr>
                <w:sz w:val="12"/>
              </w:rPr>
              <w:t>South</w:t>
            </w:r>
          </w:p>
        </w:tc>
        <w:tc>
          <w:tcPr>
            <w:tcW w:w="564" w:type="dxa"/>
            <w:tcMar>
              <w:top w:w="20" w:type="dxa"/>
              <w:left w:w="50" w:type="dxa"/>
              <w:bottom w:w="20" w:type="dxa"/>
              <w:right w:w="50" w:type="dxa"/>
            </w:tcMar>
          </w:tcPr>
          <w:p w14:paraId="1CA90F12" w14:textId="77777777" w:rsidR="00292F36" w:rsidRDefault="00000000">
            <w:r>
              <w:rPr>
                <w:sz w:val="12"/>
              </w:rPr>
              <w:t>gavilanes</w:t>
            </w:r>
          </w:p>
        </w:tc>
        <w:tc>
          <w:tcPr>
            <w:tcW w:w="564" w:type="dxa"/>
            <w:tcMar>
              <w:top w:w="20" w:type="dxa"/>
              <w:left w:w="50" w:type="dxa"/>
              <w:bottom w:w="20" w:type="dxa"/>
              <w:right w:w="50" w:type="dxa"/>
            </w:tcMar>
          </w:tcPr>
          <w:p w14:paraId="1CB3ECB9" w14:textId="77777777" w:rsidR="00292F36" w:rsidRDefault="00000000">
            <w:r>
              <w:rPr>
                <w:sz w:val="12"/>
              </w:rPr>
              <w:t>gavilanes_deep</w:t>
            </w:r>
          </w:p>
        </w:tc>
        <w:tc>
          <w:tcPr>
            <w:tcW w:w="564" w:type="dxa"/>
            <w:tcMar>
              <w:top w:w="20" w:type="dxa"/>
              <w:left w:w="50" w:type="dxa"/>
              <w:bottom w:w="20" w:type="dxa"/>
              <w:right w:w="50" w:type="dxa"/>
            </w:tcMar>
          </w:tcPr>
          <w:p w14:paraId="3D8D3E1D" w14:textId="77777777" w:rsidR="00292F36" w:rsidRDefault="00000000">
            <w:r>
              <w:rPr>
                <w:sz w:val="12"/>
              </w:rPr>
              <w:t>16</w:t>
            </w:r>
          </w:p>
        </w:tc>
        <w:tc>
          <w:tcPr>
            <w:tcW w:w="564" w:type="dxa"/>
            <w:tcMar>
              <w:top w:w="20" w:type="dxa"/>
              <w:left w:w="50" w:type="dxa"/>
              <w:bottom w:w="20" w:type="dxa"/>
              <w:right w:w="50" w:type="dxa"/>
            </w:tcMar>
          </w:tcPr>
          <w:p w14:paraId="6E94AE42" w14:textId="77777777" w:rsidR="00292F36" w:rsidRDefault="00000000">
            <w:r>
              <w:rPr>
                <w:sz w:val="12"/>
              </w:rPr>
              <w:t>22.8099995</w:t>
            </w:r>
          </w:p>
        </w:tc>
        <w:tc>
          <w:tcPr>
            <w:tcW w:w="564" w:type="dxa"/>
            <w:tcMar>
              <w:top w:w="20" w:type="dxa"/>
              <w:left w:w="50" w:type="dxa"/>
              <w:bottom w:w="20" w:type="dxa"/>
              <w:right w:w="50" w:type="dxa"/>
            </w:tcMar>
          </w:tcPr>
          <w:p w14:paraId="58EDFE01" w14:textId="77777777" w:rsidR="00292F36" w:rsidRDefault="00000000">
            <w:r>
              <w:rPr>
                <w:sz w:val="12"/>
              </w:rPr>
              <w:t>3.73338563</w:t>
            </w:r>
          </w:p>
        </w:tc>
        <w:tc>
          <w:tcPr>
            <w:tcW w:w="564" w:type="dxa"/>
            <w:tcMar>
              <w:top w:w="20" w:type="dxa"/>
              <w:left w:w="50" w:type="dxa"/>
              <w:bottom w:w="20" w:type="dxa"/>
              <w:right w:w="50" w:type="dxa"/>
            </w:tcMar>
          </w:tcPr>
          <w:p w14:paraId="3D365916" w14:textId="77777777" w:rsidR="00292F36" w:rsidRDefault="00000000">
            <w:r>
              <w:rPr>
                <w:sz w:val="12"/>
              </w:rPr>
              <w:t>0.87947269</w:t>
            </w:r>
          </w:p>
        </w:tc>
        <w:tc>
          <w:tcPr>
            <w:tcW w:w="564" w:type="dxa"/>
            <w:tcMar>
              <w:top w:w="20" w:type="dxa"/>
              <w:left w:w="50" w:type="dxa"/>
              <w:bottom w:w="20" w:type="dxa"/>
              <w:right w:w="50" w:type="dxa"/>
            </w:tcMar>
          </w:tcPr>
          <w:p w14:paraId="690469F8" w14:textId="77777777" w:rsidR="00292F36" w:rsidRDefault="00000000">
            <w:r>
              <w:rPr>
                <w:sz w:val="12"/>
              </w:rPr>
              <w:t>0.11864407</w:t>
            </w:r>
          </w:p>
        </w:tc>
        <w:tc>
          <w:tcPr>
            <w:tcW w:w="564" w:type="dxa"/>
            <w:tcMar>
              <w:top w:w="20" w:type="dxa"/>
              <w:left w:w="50" w:type="dxa"/>
              <w:bottom w:w="20" w:type="dxa"/>
              <w:right w:w="50" w:type="dxa"/>
            </w:tcMar>
          </w:tcPr>
          <w:p w14:paraId="69624C26" w14:textId="77777777" w:rsidR="00292F36" w:rsidRDefault="00000000">
            <w:r>
              <w:rPr>
                <w:sz w:val="12"/>
              </w:rPr>
              <w:t>0.00188324</w:t>
            </w:r>
          </w:p>
        </w:tc>
        <w:tc>
          <w:tcPr>
            <w:tcW w:w="564" w:type="dxa"/>
            <w:tcMar>
              <w:top w:w="20" w:type="dxa"/>
              <w:left w:w="50" w:type="dxa"/>
              <w:bottom w:w="20" w:type="dxa"/>
              <w:right w:w="50" w:type="dxa"/>
            </w:tcMar>
          </w:tcPr>
          <w:p w14:paraId="7B102DB6" w14:textId="77777777" w:rsidR="00292F36" w:rsidRDefault="00000000">
            <w:r>
              <w:rPr>
                <w:sz w:val="12"/>
              </w:rPr>
              <w:t>0</w:t>
            </w:r>
          </w:p>
        </w:tc>
        <w:tc>
          <w:tcPr>
            <w:tcW w:w="564" w:type="dxa"/>
            <w:tcMar>
              <w:top w:w="20" w:type="dxa"/>
              <w:left w:w="50" w:type="dxa"/>
              <w:bottom w:w="20" w:type="dxa"/>
              <w:right w:w="50" w:type="dxa"/>
            </w:tcMar>
          </w:tcPr>
          <w:p w14:paraId="36B68C24" w14:textId="77777777" w:rsidR="00292F36" w:rsidRDefault="00000000">
            <w:r>
              <w:rPr>
                <w:sz w:val="12"/>
              </w:rPr>
              <w:t>0</w:t>
            </w:r>
          </w:p>
        </w:tc>
        <w:tc>
          <w:tcPr>
            <w:tcW w:w="564" w:type="dxa"/>
            <w:tcMar>
              <w:top w:w="20" w:type="dxa"/>
              <w:left w:w="50" w:type="dxa"/>
              <w:bottom w:w="20" w:type="dxa"/>
              <w:right w:w="50" w:type="dxa"/>
            </w:tcMar>
          </w:tcPr>
          <w:p w14:paraId="142AFFA5" w14:textId="77777777" w:rsidR="00292F36" w:rsidRDefault="00000000">
            <w:r>
              <w:rPr>
                <w:sz w:val="12"/>
              </w:rPr>
              <w:t>0</w:t>
            </w:r>
          </w:p>
        </w:tc>
        <w:tc>
          <w:tcPr>
            <w:tcW w:w="564" w:type="dxa"/>
            <w:tcMar>
              <w:top w:w="20" w:type="dxa"/>
              <w:left w:w="50" w:type="dxa"/>
              <w:bottom w:w="20" w:type="dxa"/>
              <w:right w:w="50" w:type="dxa"/>
            </w:tcMar>
          </w:tcPr>
          <w:p w14:paraId="509E2A1E" w14:textId="77777777" w:rsidR="00292F36" w:rsidRDefault="00000000">
            <w:r>
              <w:rPr>
                <w:sz w:val="12"/>
              </w:rPr>
              <w:t>0</w:t>
            </w:r>
          </w:p>
        </w:tc>
        <w:tc>
          <w:tcPr>
            <w:tcW w:w="564" w:type="dxa"/>
            <w:tcMar>
              <w:top w:w="20" w:type="dxa"/>
              <w:left w:w="50" w:type="dxa"/>
              <w:bottom w:w="20" w:type="dxa"/>
              <w:right w:w="50" w:type="dxa"/>
            </w:tcMar>
          </w:tcPr>
          <w:p w14:paraId="5EC29E2F" w14:textId="77777777" w:rsidR="00292F36" w:rsidRDefault="00000000">
            <w:r>
              <w:rPr>
                <w:sz w:val="12"/>
              </w:rPr>
              <w:t>0</w:t>
            </w:r>
          </w:p>
        </w:tc>
        <w:tc>
          <w:tcPr>
            <w:tcW w:w="564" w:type="dxa"/>
            <w:tcMar>
              <w:top w:w="20" w:type="dxa"/>
              <w:left w:w="50" w:type="dxa"/>
              <w:bottom w:w="20" w:type="dxa"/>
              <w:right w:w="50" w:type="dxa"/>
            </w:tcMar>
          </w:tcPr>
          <w:p w14:paraId="6B3B5061" w14:textId="77777777" w:rsidR="00292F36" w:rsidRDefault="00000000">
            <w:r>
              <w:rPr>
                <w:sz w:val="12"/>
              </w:rPr>
              <w:t>0.01754386</w:t>
            </w:r>
          </w:p>
        </w:tc>
        <w:tc>
          <w:tcPr>
            <w:tcW w:w="564" w:type="dxa"/>
            <w:tcMar>
              <w:top w:w="20" w:type="dxa"/>
              <w:left w:w="50" w:type="dxa"/>
              <w:bottom w:w="20" w:type="dxa"/>
              <w:right w:w="50" w:type="dxa"/>
            </w:tcMar>
          </w:tcPr>
          <w:p w14:paraId="5D879B3D" w14:textId="77777777" w:rsidR="00292F36" w:rsidRDefault="00000000">
            <w:r>
              <w:rPr>
                <w:sz w:val="12"/>
              </w:rPr>
              <w:t>0.24561404</w:t>
            </w:r>
          </w:p>
        </w:tc>
        <w:tc>
          <w:tcPr>
            <w:tcW w:w="564" w:type="dxa"/>
            <w:tcMar>
              <w:top w:w="20" w:type="dxa"/>
              <w:left w:w="50" w:type="dxa"/>
              <w:bottom w:w="20" w:type="dxa"/>
              <w:right w:w="50" w:type="dxa"/>
            </w:tcMar>
          </w:tcPr>
          <w:p w14:paraId="365B52B2" w14:textId="77777777" w:rsidR="00292F36" w:rsidRDefault="00000000">
            <w:r>
              <w:rPr>
                <w:sz w:val="12"/>
              </w:rPr>
              <w:t>0.01315789</w:t>
            </w:r>
          </w:p>
        </w:tc>
        <w:tc>
          <w:tcPr>
            <w:tcW w:w="564" w:type="dxa"/>
            <w:tcMar>
              <w:top w:w="20" w:type="dxa"/>
              <w:left w:w="50" w:type="dxa"/>
              <w:bottom w:w="20" w:type="dxa"/>
              <w:right w:w="50" w:type="dxa"/>
            </w:tcMar>
          </w:tcPr>
          <w:p w14:paraId="688040D7" w14:textId="77777777" w:rsidR="00292F36" w:rsidRDefault="00000000">
            <w:r>
              <w:rPr>
                <w:sz w:val="12"/>
              </w:rPr>
              <w:t>0.02192982</w:t>
            </w:r>
          </w:p>
        </w:tc>
        <w:tc>
          <w:tcPr>
            <w:tcW w:w="564" w:type="dxa"/>
            <w:tcMar>
              <w:top w:w="20" w:type="dxa"/>
              <w:left w:w="50" w:type="dxa"/>
              <w:bottom w:w="20" w:type="dxa"/>
              <w:right w:w="50" w:type="dxa"/>
            </w:tcMar>
          </w:tcPr>
          <w:p w14:paraId="1B447191" w14:textId="77777777" w:rsidR="00292F36" w:rsidRDefault="00000000">
            <w:r>
              <w:rPr>
                <w:sz w:val="12"/>
              </w:rPr>
              <w:t>0.69736842</w:t>
            </w:r>
          </w:p>
        </w:tc>
        <w:tc>
          <w:tcPr>
            <w:tcW w:w="564" w:type="dxa"/>
            <w:tcMar>
              <w:top w:w="20" w:type="dxa"/>
              <w:left w:w="50" w:type="dxa"/>
              <w:bottom w:w="20" w:type="dxa"/>
              <w:right w:w="50" w:type="dxa"/>
            </w:tcMar>
          </w:tcPr>
          <w:p w14:paraId="2BC58C03" w14:textId="77777777" w:rsidR="00292F36" w:rsidRDefault="00000000">
            <w:r>
              <w:rPr>
                <w:sz w:val="12"/>
              </w:rPr>
              <w:t>0.00438596</w:t>
            </w:r>
          </w:p>
        </w:tc>
      </w:tr>
      <w:tr w:rsidR="00292F36" w14:paraId="4B11128C" w14:textId="77777777">
        <w:tc>
          <w:tcPr>
            <w:tcW w:w="564" w:type="dxa"/>
            <w:tcMar>
              <w:top w:w="20" w:type="dxa"/>
              <w:left w:w="50" w:type="dxa"/>
              <w:bottom w:w="20" w:type="dxa"/>
              <w:right w:w="50" w:type="dxa"/>
            </w:tcMar>
          </w:tcPr>
          <w:p w14:paraId="10CA1AE6" w14:textId="77777777" w:rsidR="00292F36" w:rsidRDefault="00000000">
            <w:r>
              <w:rPr>
                <w:sz w:val="12"/>
              </w:rPr>
              <w:t>2017_gavilanes_gavilanes_deep_2</w:t>
            </w:r>
          </w:p>
        </w:tc>
        <w:tc>
          <w:tcPr>
            <w:tcW w:w="564" w:type="dxa"/>
            <w:tcMar>
              <w:top w:w="20" w:type="dxa"/>
              <w:left w:w="50" w:type="dxa"/>
              <w:bottom w:w="20" w:type="dxa"/>
              <w:right w:w="50" w:type="dxa"/>
            </w:tcMar>
          </w:tcPr>
          <w:p w14:paraId="347698FC" w14:textId="77777777" w:rsidR="00292F36" w:rsidRDefault="00000000">
            <w:r>
              <w:rPr>
                <w:sz w:val="12"/>
              </w:rPr>
              <w:t>-0.5095827</w:t>
            </w:r>
          </w:p>
        </w:tc>
        <w:tc>
          <w:tcPr>
            <w:tcW w:w="564" w:type="dxa"/>
            <w:tcMar>
              <w:top w:w="20" w:type="dxa"/>
              <w:left w:w="50" w:type="dxa"/>
              <w:bottom w:w="20" w:type="dxa"/>
              <w:right w:w="50" w:type="dxa"/>
            </w:tcMar>
          </w:tcPr>
          <w:p w14:paraId="44D7D490" w14:textId="77777777" w:rsidR="00292F36" w:rsidRDefault="00000000">
            <w:r>
              <w:rPr>
                <w:sz w:val="12"/>
              </w:rPr>
              <w:t>-0.2953106</w:t>
            </w:r>
          </w:p>
        </w:tc>
        <w:tc>
          <w:tcPr>
            <w:tcW w:w="564" w:type="dxa"/>
            <w:tcMar>
              <w:top w:w="20" w:type="dxa"/>
              <w:left w:w="50" w:type="dxa"/>
              <w:bottom w:w="20" w:type="dxa"/>
              <w:right w:w="50" w:type="dxa"/>
            </w:tcMar>
          </w:tcPr>
          <w:p w14:paraId="27026A10" w14:textId="77777777" w:rsidR="00292F36" w:rsidRDefault="00000000">
            <w:r>
              <w:rPr>
                <w:sz w:val="12"/>
              </w:rPr>
              <w:t>2017</w:t>
            </w:r>
          </w:p>
        </w:tc>
        <w:tc>
          <w:tcPr>
            <w:tcW w:w="564" w:type="dxa"/>
            <w:tcMar>
              <w:top w:w="20" w:type="dxa"/>
              <w:left w:w="50" w:type="dxa"/>
              <w:bottom w:w="20" w:type="dxa"/>
              <w:right w:w="50" w:type="dxa"/>
            </w:tcMar>
          </w:tcPr>
          <w:p w14:paraId="22ABA1CF" w14:textId="77777777" w:rsidR="00292F36" w:rsidRDefault="00000000">
            <w:r>
              <w:rPr>
                <w:sz w:val="12"/>
              </w:rPr>
              <w:t>punta_eugenia</w:t>
            </w:r>
          </w:p>
        </w:tc>
        <w:tc>
          <w:tcPr>
            <w:tcW w:w="564" w:type="dxa"/>
            <w:tcMar>
              <w:top w:w="20" w:type="dxa"/>
              <w:left w:w="50" w:type="dxa"/>
              <w:bottom w:w="20" w:type="dxa"/>
              <w:right w:w="50" w:type="dxa"/>
            </w:tcMar>
          </w:tcPr>
          <w:p w14:paraId="2D6B4C4E" w14:textId="77777777" w:rsidR="00292F36" w:rsidRDefault="00000000">
            <w:r>
              <w:rPr>
                <w:sz w:val="12"/>
              </w:rPr>
              <w:t>South</w:t>
            </w:r>
          </w:p>
        </w:tc>
        <w:tc>
          <w:tcPr>
            <w:tcW w:w="564" w:type="dxa"/>
            <w:tcMar>
              <w:top w:w="20" w:type="dxa"/>
              <w:left w:w="50" w:type="dxa"/>
              <w:bottom w:w="20" w:type="dxa"/>
              <w:right w:w="50" w:type="dxa"/>
            </w:tcMar>
          </w:tcPr>
          <w:p w14:paraId="085B1878" w14:textId="77777777" w:rsidR="00292F36" w:rsidRDefault="00000000">
            <w:r>
              <w:rPr>
                <w:sz w:val="12"/>
              </w:rPr>
              <w:t>gavilanes</w:t>
            </w:r>
          </w:p>
        </w:tc>
        <w:tc>
          <w:tcPr>
            <w:tcW w:w="564" w:type="dxa"/>
            <w:tcMar>
              <w:top w:w="20" w:type="dxa"/>
              <w:left w:w="50" w:type="dxa"/>
              <w:bottom w:w="20" w:type="dxa"/>
              <w:right w:w="50" w:type="dxa"/>
            </w:tcMar>
          </w:tcPr>
          <w:p w14:paraId="29C655B0" w14:textId="77777777" w:rsidR="00292F36" w:rsidRDefault="00000000">
            <w:r>
              <w:rPr>
                <w:sz w:val="12"/>
              </w:rPr>
              <w:t>gavilanes_deep</w:t>
            </w:r>
          </w:p>
        </w:tc>
        <w:tc>
          <w:tcPr>
            <w:tcW w:w="564" w:type="dxa"/>
            <w:tcMar>
              <w:top w:w="20" w:type="dxa"/>
              <w:left w:w="50" w:type="dxa"/>
              <w:bottom w:w="20" w:type="dxa"/>
              <w:right w:w="50" w:type="dxa"/>
            </w:tcMar>
          </w:tcPr>
          <w:p w14:paraId="38D20D37" w14:textId="77777777" w:rsidR="00292F36" w:rsidRDefault="00000000">
            <w:r>
              <w:rPr>
                <w:sz w:val="12"/>
              </w:rPr>
              <w:t>16</w:t>
            </w:r>
          </w:p>
        </w:tc>
        <w:tc>
          <w:tcPr>
            <w:tcW w:w="564" w:type="dxa"/>
            <w:tcMar>
              <w:top w:w="20" w:type="dxa"/>
              <w:left w:w="50" w:type="dxa"/>
              <w:bottom w:w="20" w:type="dxa"/>
              <w:right w:w="50" w:type="dxa"/>
            </w:tcMar>
          </w:tcPr>
          <w:p w14:paraId="6D51CD5F" w14:textId="77777777" w:rsidR="00292F36" w:rsidRDefault="00000000">
            <w:r>
              <w:rPr>
                <w:sz w:val="12"/>
              </w:rPr>
              <w:t>22.8099995</w:t>
            </w:r>
          </w:p>
        </w:tc>
        <w:tc>
          <w:tcPr>
            <w:tcW w:w="564" w:type="dxa"/>
            <w:tcMar>
              <w:top w:w="20" w:type="dxa"/>
              <w:left w:w="50" w:type="dxa"/>
              <w:bottom w:w="20" w:type="dxa"/>
              <w:right w:w="50" w:type="dxa"/>
            </w:tcMar>
          </w:tcPr>
          <w:p w14:paraId="76409FE8" w14:textId="77777777" w:rsidR="00292F36" w:rsidRDefault="00000000">
            <w:r>
              <w:rPr>
                <w:sz w:val="12"/>
              </w:rPr>
              <w:t>3.73338563</w:t>
            </w:r>
          </w:p>
        </w:tc>
        <w:tc>
          <w:tcPr>
            <w:tcW w:w="564" w:type="dxa"/>
            <w:tcMar>
              <w:top w:w="20" w:type="dxa"/>
              <w:left w:w="50" w:type="dxa"/>
              <w:bottom w:w="20" w:type="dxa"/>
              <w:right w:w="50" w:type="dxa"/>
            </w:tcMar>
          </w:tcPr>
          <w:p w14:paraId="284384CA" w14:textId="77777777" w:rsidR="00292F36" w:rsidRDefault="00000000">
            <w:r>
              <w:rPr>
                <w:sz w:val="12"/>
              </w:rPr>
              <w:t>0.99646018</w:t>
            </w:r>
          </w:p>
        </w:tc>
        <w:tc>
          <w:tcPr>
            <w:tcW w:w="564" w:type="dxa"/>
            <w:tcMar>
              <w:top w:w="20" w:type="dxa"/>
              <w:left w:w="50" w:type="dxa"/>
              <w:bottom w:w="20" w:type="dxa"/>
              <w:right w:w="50" w:type="dxa"/>
            </w:tcMar>
          </w:tcPr>
          <w:p w14:paraId="4149F673" w14:textId="77777777" w:rsidR="00292F36" w:rsidRDefault="00000000">
            <w:r>
              <w:rPr>
                <w:sz w:val="12"/>
              </w:rPr>
              <w:t>0</w:t>
            </w:r>
          </w:p>
        </w:tc>
        <w:tc>
          <w:tcPr>
            <w:tcW w:w="564" w:type="dxa"/>
            <w:tcMar>
              <w:top w:w="20" w:type="dxa"/>
              <w:left w:w="50" w:type="dxa"/>
              <w:bottom w:w="20" w:type="dxa"/>
              <w:right w:w="50" w:type="dxa"/>
            </w:tcMar>
          </w:tcPr>
          <w:p w14:paraId="4D80750A" w14:textId="77777777" w:rsidR="00292F36" w:rsidRDefault="00000000">
            <w:r>
              <w:rPr>
                <w:sz w:val="12"/>
              </w:rPr>
              <w:t>0.00353982</w:t>
            </w:r>
          </w:p>
        </w:tc>
        <w:tc>
          <w:tcPr>
            <w:tcW w:w="564" w:type="dxa"/>
            <w:tcMar>
              <w:top w:w="20" w:type="dxa"/>
              <w:left w:w="50" w:type="dxa"/>
              <w:bottom w:w="20" w:type="dxa"/>
              <w:right w:w="50" w:type="dxa"/>
            </w:tcMar>
          </w:tcPr>
          <w:p w14:paraId="5416E39D" w14:textId="77777777" w:rsidR="00292F36" w:rsidRDefault="00000000">
            <w:r>
              <w:rPr>
                <w:sz w:val="12"/>
              </w:rPr>
              <w:t>0</w:t>
            </w:r>
          </w:p>
        </w:tc>
        <w:tc>
          <w:tcPr>
            <w:tcW w:w="564" w:type="dxa"/>
            <w:tcMar>
              <w:top w:w="20" w:type="dxa"/>
              <w:left w:w="50" w:type="dxa"/>
              <w:bottom w:w="20" w:type="dxa"/>
              <w:right w:w="50" w:type="dxa"/>
            </w:tcMar>
          </w:tcPr>
          <w:p w14:paraId="0D26D5DB" w14:textId="77777777" w:rsidR="00292F36" w:rsidRDefault="00000000">
            <w:r>
              <w:rPr>
                <w:sz w:val="12"/>
              </w:rPr>
              <w:t>0</w:t>
            </w:r>
          </w:p>
        </w:tc>
        <w:tc>
          <w:tcPr>
            <w:tcW w:w="564" w:type="dxa"/>
            <w:tcMar>
              <w:top w:w="20" w:type="dxa"/>
              <w:left w:w="50" w:type="dxa"/>
              <w:bottom w:w="20" w:type="dxa"/>
              <w:right w:w="50" w:type="dxa"/>
            </w:tcMar>
          </w:tcPr>
          <w:p w14:paraId="25E6E18A" w14:textId="77777777" w:rsidR="00292F36" w:rsidRDefault="00000000">
            <w:r>
              <w:rPr>
                <w:sz w:val="12"/>
              </w:rPr>
              <w:t>0</w:t>
            </w:r>
          </w:p>
        </w:tc>
        <w:tc>
          <w:tcPr>
            <w:tcW w:w="564" w:type="dxa"/>
            <w:tcMar>
              <w:top w:w="20" w:type="dxa"/>
              <w:left w:w="50" w:type="dxa"/>
              <w:bottom w:w="20" w:type="dxa"/>
              <w:right w:w="50" w:type="dxa"/>
            </w:tcMar>
          </w:tcPr>
          <w:p w14:paraId="256740B4" w14:textId="77777777" w:rsidR="00292F36" w:rsidRDefault="00000000">
            <w:r>
              <w:rPr>
                <w:sz w:val="12"/>
              </w:rPr>
              <w:t>0</w:t>
            </w:r>
          </w:p>
        </w:tc>
        <w:tc>
          <w:tcPr>
            <w:tcW w:w="564" w:type="dxa"/>
            <w:tcMar>
              <w:top w:w="20" w:type="dxa"/>
              <w:left w:w="50" w:type="dxa"/>
              <w:bottom w:w="20" w:type="dxa"/>
              <w:right w:w="50" w:type="dxa"/>
            </w:tcMar>
          </w:tcPr>
          <w:p w14:paraId="0529FD81" w14:textId="77777777" w:rsidR="00292F36" w:rsidRDefault="00000000">
            <w:r>
              <w:rPr>
                <w:sz w:val="12"/>
              </w:rPr>
              <w:t>0</w:t>
            </w:r>
          </w:p>
        </w:tc>
        <w:tc>
          <w:tcPr>
            <w:tcW w:w="564" w:type="dxa"/>
            <w:tcMar>
              <w:top w:w="20" w:type="dxa"/>
              <w:left w:w="50" w:type="dxa"/>
              <w:bottom w:w="20" w:type="dxa"/>
              <w:right w:w="50" w:type="dxa"/>
            </w:tcMar>
          </w:tcPr>
          <w:p w14:paraId="36EEF59C" w14:textId="77777777" w:rsidR="00292F36" w:rsidRDefault="00000000">
            <w:r>
              <w:rPr>
                <w:sz w:val="12"/>
              </w:rPr>
              <w:t>0.04571429</w:t>
            </w:r>
          </w:p>
        </w:tc>
        <w:tc>
          <w:tcPr>
            <w:tcW w:w="564" w:type="dxa"/>
            <w:tcMar>
              <w:top w:w="20" w:type="dxa"/>
              <w:left w:w="50" w:type="dxa"/>
              <w:bottom w:w="20" w:type="dxa"/>
              <w:right w:w="50" w:type="dxa"/>
            </w:tcMar>
          </w:tcPr>
          <w:p w14:paraId="085140E9" w14:textId="77777777" w:rsidR="00292F36" w:rsidRDefault="00000000">
            <w:r>
              <w:rPr>
                <w:sz w:val="12"/>
              </w:rPr>
              <w:t>0.57714286</w:t>
            </w:r>
          </w:p>
        </w:tc>
        <w:tc>
          <w:tcPr>
            <w:tcW w:w="564" w:type="dxa"/>
            <w:tcMar>
              <w:top w:w="20" w:type="dxa"/>
              <w:left w:w="50" w:type="dxa"/>
              <w:bottom w:w="20" w:type="dxa"/>
              <w:right w:w="50" w:type="dxa"/>
            </w:tcMar>
          </w:tcPr>
          <w:p w14:paraId="3033D8F4" w14:textId="77777777" w:rsidR="00292F36" w:rsidRDefault="00000000">
            <w:r>
              <w:rPr>
                <w:sz w:val="12"/>
              </w:rPr>
              <w:t>0.06285714</w:t>
            </w:r>
          </w:p>
        </w:tc>
        <w:tc>
          <w:tcPr>
            <w:tcW w:w="564" w:type="dxa"/>
            <w:tcMar>
              <w:top w:w="20" w:type="dxa"/>
              <w:left w:w="50" w:type="dxa"/>
              <w:bottom w:w="20" w:type="dxa"/>
              <w:right w:w="50" w:type="dxa"/>
            </w:tcMar>
          </w:tcPr>
          <w:p w14:paraId="5016C5DB" w14:textId="77777777" w:rsidR="00292F36" w:rsidRDefault="00000000">
            <w:r>
              <w:rPr>
                <w:sz w:val="12"/>
              </w:rPr>
              <w:t>0.01142857</w:t>
            </w:r>
          </w:p>
        </w:tc>
        <w:tc>
          <w:tcPr>
            <w:tcW w:w="564" w:type="dxa"/>
            <w:tcMar>
              <w:top w:w="20" w:type="dxa"/>
              <w:left w:w="50" w:type="dxa"/>
              <w:bottom w:w="20" w:type="dxa"/>
              <w:right w:w="50" w:type="dxa"/>
            </w:tcMar>
          </w:tcPr>
          <w:p w14:paraId="14B14BC3" w14:textId="77777777" w:rsidR="00292F36" w:rsidRDefault="00000000">
            <w:r>
              <w:rPr>
                <w:sz w:val="12"/>
              </w:rPr>
              <w:t>0.30285714</w:t>
            </w:r>
          </w:p>
        </w:tc>
        <w:tc>
          <w:tcPr>
            <w:tcW w:w="564" w:type="dxa"/>
            <w:tcMar>
              <w:top w:w="20" w:type="dxa"/>
              <w:left w:w="50" w:type="dxa"/>
              <w:bottom w:w="20" w:type="dxa"/>
              <w:right w:w="50" w:type="dxa"/>
            </w:tcMar>
          </w:tcPr>
          <w:p w14:paraId="70B42C36" w14:textId="77777777" w:rsidR="00292F36" w:rsidRDefault="00000000">
            <w:r>
              <w:rPr>
                <w:sz w:val="12"/>
              </w:rPr>
              <w:t>0</w:t>
            </w:r>
          </w:p>
        </w:tc>
      </w:tr>
      <w:tr w:rsidR="00292F36" w14:paraId="52D8B4BF" w14:textId="77777777">
        <w:tc>
          <w:tcPr>
            <w:tcW w:w="564" w:type="dxa"/>
            <w:tcMar>
              <w:top w:w="20" w:type="dxa"/>
              <w:left w:w="50" w:type="dxa"/>
              <w:bottom w:w="20" w:type="dxa"/>
              <w:right w:w="50" w:type="dxa"/>
            </w:tcMar>
          </w:tcPr>
          <w:p w14:paraId="69015328" w14:textId="77777777" w:rsidR="00292F36" w:rsidRDefault="00000000">
            <w:r>
              <w:rPr>
                <w:sz w:val="12"/>
              </w:rPr>
              <w:t>2017_gavilanes_gavilanes_mid_1</w:t>
            </w:r>
          </w:p>
        </w:tc>
        <w:tc>
          <w:tcPr>
            <w:tcW w:w="564" w:type="dxa"/>
            <w:tcMar>
              <w:top w:w="20" w:type="dxa"/>
              <w:left w:w="50" w:type="dxa"/>
              <w:bottom w:w="20" w:type="dxa"/>
              <w:right w:w="50" w:type="dxa"/>
            </w:tcMar>
          </w:tcPr>
          <w:p w14:paraId="72E01E9D" w14:textId="77777777" w:rsidR="00292F36" w:rsidRDefault="00000000">
            <w:r>
              <w:rPr>
                <w:sz w:val="12"/>
              </w:rPr>
              <w:t>-0.4756283</w:t>
            </w:r>
          </w:p>
        </w:tc>
        <w:tc>
          <w:tcPr>
            <w:tcW w:w="564" w:type="dxa"/>
            <w:tcMar>
              <w:top w:w="20" w:type="dxa"/>
              <w:left w:w="50" w:type="dxa"/>
              <w:bottom w:w="20" w:type="dxa"/>
              <w:right w:w="50" w:type="dxa"/>
            </w:tcMar>
          </w:tcPr>
          <w:p w14:paraId="1B035B42" w14:textId="77777777" w:rsidR="00292F36" w:rsidRDefault="00000000">
            <w:r>
              <w:rPr>
                <w:sz w:val="12"/>
              </w:rPr>
              <w:t>-0.4217661</w:t>
            </w:r>
          </w:p>
        </w:tc>
        <w:tc>
          <w:tcPr>
            <w:tcW w:w="564" w:type="dxa"/>
            <w:tcMar>
              <w:top w:w="20" w:type="dxa"/>
              <w:left w:w="50" w:type="dxa"/>
              <w:bottom w:w="20" w:type="dxa"/>
              <w:right w:w="50" w:type="dxa"/>
            </w:tcMar>
          </w:tcPr>
          <w:p w14:paraId="6AD0ADF1" w14:textId="77777777" w:rsidR="00292F36" w:rsidRDefault="00000000">
            <w:r>
              <w:rPr>
                <w:sz w:val="12"/>
              </w:rPr>
              <w:t>2017</w:t>
            </w:r>
          </w:p>
        </w:tc>
        <w:tc>
          <w:tcPr>
            <w:tcW w:w="564" w:type="dxa"/>
            <w:tcMar>
              <w:top w:w="20" w:type="dxa"/>
              <w:left w:w="50" w:type="dxa"/>
              <w:bottom w:w="20" w:type="dxa"/>
              <w:right w:w="50" w:type="dxa"/>
            </w:tcMar>
          </w:tcPr>
          <w:p w14:paraId="62ADF4E1" w14:textId="77777777" w:rsidR="00292F36" w:rsidRDefault="00000000">
            <w:r>
              <w:rPr>
                <w:sz w:val="12"/>
              </w:rPr>
              <w:t>punta_eugenia</w:t>
            </w:r>
          </w:p>
        </w:tc>
        <w:tc>
          <w:tcPr>
            <w:tcW w:w="564" w:type="dxa"/>
            <w:tcMar>
              <w:top w:w="20" w:type="dxa"/>
              <w:left w:w="50" w:type="dxa"/>
              <w:bottom w:w="20" w:type="dxa"/>
              <w:right w:w="50" w:type="dxa"/>
            </w:tcMar>
          </w:tcPr>
          <w:p w14:paraId="46983F05" w14:textId="77777777" w:rsidR="00292F36" w:rsidRDefault="00000000">
            <w:r>
              <w:rPr>
                <w:sz w:val="12"/>
              </w:rPr>
              <w:t>South</w:t>
            </w:r>
          </w:p>
        </w:tc>
        <w:tc>
          <w:tcPr>
            <w:tcW w:w="564" w:type="dxa"/>
            <w:tcMar>
              <w:top w:w="20" w:type="dxa"/>
              <w:left w:w="50" w:type="dxa"/>
              <w:bottom w:w="20" w:type="dxa"/>
              <w:right w:w="50" w:type="dxa"/>
            </w:tcMar>
          </w:tcPr>
          <w:p w14:paraId="59B67024" w14:textId="77777777" w:rsidR="00292F36" w:rsidRDefault="00000000">
            <w:r>
              <w:rPr>
                <w:sz w:val="12"/>
              </w:rPr>
              <w:t>gavilanes</w:t>
            </w:r>
          </w:p>
        </w:tc>
        <w:tc>
          <w:tcPr>
            <w:tcW w:w="564" w:type="dxa"/>
            <w:tcMar>
              <w:top w:w="20" w:type="dxa"/>
              <w:left w:w="50" w:type="dxa"/>
              <w:bottom w:w="20" w:type="dxa"/>
              <w:right w:w="50" w:type="dxa"/>
            </w:tcMar>
          </w:tcPr>
          <w:p w14:paraId="46F9004D" w14:textId="77777777" w:rsidR="00292F36" w:rsidRDefault="00000000">
            <w:r>
              <w:rPr>
                <w:sz w:val="12"/>
              </w:rPr>
              <w:t>gavilanes_mid</w:t>
            </w:r>
          </w:p>
        </w:tc>
        <w:tc>
          <w:tcPr>
            <w:tcW w:w="564" w:type="dxa"/>
            <w:tcMar>
              <w:top w:w="20" w:type="dxa"/>
              <w:left w:w="50" w:type="dxa"/>
              <w:bottom w:w="20" w:type="dxa"/>
              <w:right w:w="50" w:type="dxa"/>
            </w:tcMar>
          </w:tcPr>
          <w:p w14:paraId="598D610A" w14:textId="77777777" w:rsidR="00292F36" w:rsidRDefault="00000000">
            <w:r>
              <w:rPr>
                <w:sz w:val="12"/>
              </w:rPr>
              <w:t>9</w:t>
            </w:r>
          </w:p>
        </w:tc>
        <w:tc>
          <w:tcPr>
            <w:tcW w:w="564" w:type="dxa"/>
            <w:tcMar>
              <w:top w:w="20" w:type="dxa"/>
              <w:left w:w="50" w:type="dxa"/>
              <w:bottom w:w="20" w:type="dxa"/>
              <w:right w:w="50" w:type="dxa"/>
            </w:tcMar>
          </w:tcPr>
          <w:p w14:paraId="1FD09906" w14:textId="77777777" w:rsidR="00292F36" w:rsidRDefault="00000000">
            <w:r>
              <w:rPr>
                <w:sz w:val="12"/>
              </w:rPr>
              <w:t>20.6200008</w:t>
            </w:r>
          </w:p>
        </w:tc>
        <w:tc>
          <w:tcPr>
            <w:tcW w:w="564" w:type="dxa"/>
            <w:tcMar>
              <w:top w:w="20" w:type="dxa"/>
              <w:left w:w="50" w:type="dxa"/>
              <w:bottom w:w="20" w:type="dxa"/>
              <w:right w:w="50" w:type="dxa"/>
            </w:tcMar>
          </w:tcPr>
          <w:p w14:paraId="208B2D3C" w14:textId="77777777" w:rsidR="00292F36" w:rsidRDefault="00000000">
            <w:r>
              <w:rPr>
                <w:sz w:val="12"/>
              </w:rPr>
              <w:t>3.73338563</w:t>
            </w:r>
          </w:p>
        </w:tc>
        <w:tc>
          <w:tcPr>
            <w:tcW w:w="564" w:type="dxa"/>
            <w:tcMar>
              <w:top w:w="20" w:type="dxa"/>
              <w:left w:w="50" w:type="dxa"/>
              <w:bottom w:w="20" w:type="dxa"/>
              <w:right w:w="50" w:type="dxa"/>
            </w:tcMar>
          </w:tcPr>
          <w:p w14:paraId="1653172A" w14:textId="77777777" w:rsidR="00292F36" w:rsidRDefault="00000000">
            <w:r>
              <w:rPr>
                <w:sz w:val="12"/>
              </w:rPr>
              <w:t>0.85178876</w:t>
            </w:r>
          </w:p>
        </w:tc>
        <w:tc>
          <w:tcPr>
            <w:tcW w:w="564" w:type="dxa"/>
            <w:tcMar>
              <w:top w:w="20" w:type="dxa"/>
              <w:left w:w="50" w:type="dxa"/>
              <w:bottom w:w="20" w:type="dxa"/>
              <w:right w:w="50" w:type="dxa"/>
            </w:tcMar>
          </w:tcPr>
          <w:p w14:paraId="0CAC5ADC" w14:textId="77777777" w:rsidR="00292F36" w:rsidRDefault="00000000">
            <w:r>
              <w:rPr>
                <w:sz w:val="12"/>
              </w:rPr>
              <w:t>0.14821124</w:t>
            </w:r>
          </w:p>
        </w:tc>
        <w:tc>
          <w:tcPr>
            <w:tcW w:w="564" w:type="dxa"/>
            <w:tcMar>
              <w:top w:w="20" w:type="dxa"/>
              <w:left w:w="50" w:type="dxa"/>
              <w:bottom w:w="20" w:type="dxa"/>
              <w:right w:w="50" w:type="dxa"/>
            </w:tcMar>
          </w:tcPr>
          <w:p w14:paraId="4B267107" w14:textId="77777777" w:rsidR="00292F36" w:rsidRDefault="00000000">
            <w:r>
              <w:rPr>
                <w:sz w:val="12"/>
              </w:rPr>
              <w:t>0</w:t>
            </w:r>
          </w:p>
        </w:tc>
        <w:tc>
          <w:tcPr>
            <w:tcW w:w="564" w:type="dxa"/>
            <w:tcMar>
              <w:top w:w="20" w:type="dxa"/>
              <w:left w:w="50" w:type="dxa"/>
              <w:bottom w:w="20" w:type="dxa"/>
              <w:right w:w="50" w:type="dxa"/>
            </w:tcMar>
          </w:tcPr>
          <w:p w14:paraId="1CCB01D8" w14:textId="77777777" w:rsidR="00292F36" w:rsidRDefault="00000000">
            <w:r>
              <w:rPr>
                <w:sz w:val="12"/>
              </w:rPr>
              <w:t>0</w:t>
            </w:r>
          </w:p>
        </w:tc>
        <w:tc>
          <w:tcPr>
            <w:tcW w:w="564" w:type="dxa"/>
            <w:tcMar>
              <w:top w:w="20" w:type="dxa"/>
              <w:left w:w="50" w:type="dxa"/>
              <w:bottom w:w="20" w:type="dxa"/>
              <w:right w:w="50" w:type="dxa"/>
            </w:tcMar>
          </w:tcPr>
          <w:p w14:paraId="33128F51" w14:textId="77777777" w:rsidR="00292F36" w:rsidRDefault="00000000">
            <w:r>
              <w:rPr>
                <w:sz w:val="12"/>
              </w:rPr>
              <w:t>0</w:t>
            </w:r>
          </w:p>
        </w:tc>
        <w:tc>
          <w:tcPr>
            <w:tcW w:w="564" w:type="dxa"/>
            <w:tcMar>
              <w:top w:w="20" w:type="dxa"/>
              <w:left w:w="50" w:type="dxa"/>
              <w:bottom w:w="20" w:type="dxa"/>
              <w:right w:w="50" w:type="dxa"/>
            </w:tcMar>
          </w:tcPr>
          <w:p w14:paraId="6A10D3B7" w14:textId="77777777" w:rsidR="00292F36" w:rsidRDefault="00000000">
            <w:r>
              <w:rPr>
                <w:sz w:val="12"/>
              </w:rPr>
              <w:t>0</w:t>
            </w:r>
          </w:p>
        </w:tc>
        <w:tc>
          <w:tcPr>
            <w:tcW w:w="564" w:type="dxa"/>
            <w:tcMar>
              <w:top w:w="20" w:type="dxa"/>
              <w:left w:w="50" w:type="dxa"/>
              <w:bottom w:w="20" w:type="dxa"/>
              <w:right w:w="50" w:type="dxa"/>
            </w:tcMar>
          </w:tcPr>
          <w:p w14:paraId="229703A6" w14:textId="77777777" w:rsidR="00292F36" w:rsidRDefault="00000000">
            <w:r>
              <w:rPr>
                <w:sz w:val="12"/>
              </w:rPr>
              <w:t>0</w:t>
            </w:r>
          </w:p>
        </w:tc>
        <w:tc>
          <w:tcPr>
            <w:tcW w:w="564" w:type="dxa"/>
            <w:tcMar>
              <w:top w:w="20" w:type="dxa"/>
              <w:left w:w="50" w:type="dxa"/>
              <w:bottom w:w="20" w:type="dxa"/>
              <w:right w:w="50" w:type="dxa"/>
            </w:tcMar>
          </w:tcPr>
          <w:p w14:paraId="1673CDED" w14:textId="77777777" w:rsidR="00292F36" w:rsidRDefault="00000000">
            <w:r>
              <w:rPr>
                <w:sz w:val="12"/>
              </w:rPr>
              <w:t>0</w:t>
            </w:r>
          </w:p>
        </w:tc>
        <w:tc>
          <w:tcPr>
            <w:tcW w:w="564" w:type="dxa"/>
            <w:tcMar>
              <w:top w:w="20" w:type="dxa"/>
              <w:left w:w="50" w:type="dxa"/>
              <w:bottom w:w="20" w:type="dxa"/>
              <w:right w:w="50" w:type="dxa"/>
            </w:tcMar>
          </w:tcPr>
          <w:p w14:paraId="73AFAFAC" w14:textId="77777777" w:rsidR="00292F36" w:rsidRDefault="00000000">
            <w:r>
              <w:rPr>
                <w:sz w:val="12"/>
              </w:rPr>
              <w:t>0.01075269</w:t>
            </w:r>
          </w:p>
        </w:tc>
        <w:tc>
          <w:tcPr>
            <w:tcW w:w="564" w:type="dxa"/>
            <w:tcMar>
              <w:top w:w="20" w:type="dxa"/>
              <w:left w:w="50" w:type="dxa"/>
              <w:bottom w:w="20" w:type="dxa"/>
              <w:right w:w="50" w:type="dxa"/>
            </w:tcMar>
          </w:tcPr>
          <w:p w14:paraId="35F34AA1" w14:textId="77777777" w:rsidR="00292F36" w:rsidRDefault="00000000">
            <w:r>
              <w:rPr>
                <w:sz w:val="12"/>
              </w:rPr>
              <w:t>0.38709677</w:t>
            </w:r>
          </w:p>
        </w:tc>
        <w:tc>
          <w:tcPr>
            <w:tcW w:w="564" w:type="dxa"/>
            <w:tcMar>
              <w:top w:w="20" w:type="dxa"/>
              <w:left w:w="50" w:type="dxa"/>
              <w:bottom w:w="20" w:type="dxa"/>
              <w:right w:w="50" w:type="dxa"/>
            </w:tcMar>
          </w:tcPr>
          <w:p w14:paraId="5182C09A" w14:textId="77777777" w:rsidR="00292F36" w:rsidRDefault="00000000">
            <w:r>
              <w:rPr>
                <w:sz w:val="12"/>
              </w:rPr>
              <w:t>0.02150538</w:t>
            </w:r>
          </w:p>
        </w:tc>
        <w:tc>
          <w:tcPr>
            <w:tcW w:w="564" w:type="dxa"/>
            <w:tcMar>
              <w:top w:w="20" w:type="dxa"/>
              <w:left w:w="50" w:type="dxa"/>
              <w:bottom w:w="20" w:type="dxa"/>
              <w:right w:w="50" w:type="dxa"/>
            </w:tcMar>
          </w:tcPr>
          <w:p w14:paraId="2023C40A" w14:textId="77777777" w:rsidR="00292F36" w:rsidRDefault="00000000">
            <w:r>
              <w:rPr>
                <w:sz w:val="12"/>
              </w:rPr>
              <w:t>0</w:t>
            </w:r>
          </w:p>
        </w:tc>
        <w:tc>
          <w:tcPr>
            <w:tcW w:w="564" w:type="dxa"/>
            <w:tcMar>
              <w:top w:w="20" w:type="dxa"/>
              <w:left w:w="50" w:type="dxa"/>
              <w:bottom w:w="20" w:type="dxa"/>
              <w:right w:w="50" w:type="dxa"/>
            </w:tcMar>
          </w:tcPr>
          <w:p w14:paraId="17248349" w14:textId="77777777" w:rsidR="00292F36" w:rsidRDefault="00000000">
            <w:r>
              <w:rPr>
                <w:sz w:val="12"/>
              </w:rPr>
              <w:t>0.58064516</w:t>
            </w:r>
          </w:p>
        </w:tc>
        <w:tc>
          <w:tcPr>
            <w:tcW w:w="564" w:type="dxa"/>
            <w:tcMar>
              <w:top w:w="20" w:type="dxa"/>
              <w:left w:w="50" w:type="dxa"/>
              <w:bottom w:w="20" w:type="dxa"/>
              <w:right w:w="50" w:type="dxa"/>
            </w:tcMar>
          </w:tcPr>
          <w:p w14:paraId="6ECD3E37" w14:textId="77777777" w:rsidR="00292F36" w:rsidRDefault="00000000">
            <w:r>
              <w:rPr>
                <w:sz w:val="12"/>
              </w:rPr>
              <w:t>0</w:t>
            </w:r>
          </w:p>
        </w:tc>
      </w:tr>
      <w:tr w:rsidR="00292F36" w14:paraId="517BFA63" w14:textId="77777777">
        <w:tc>
          <w:tcPr>
            <w:tcW w:w="564" w:type="dxa"/>
            <w:tcMar>
              <w:top w:w="20" w:type="dxa"/>
              <w:left w:w="50" w:type="dxa"/>
              <w:bottom w:w="20" w:type="dxa"/>
              <w:right w:w="50" w:type="dxa"/>
            </w:tcMar>
          </w:tcPr>
          <w:p w14:paraId="5E9AEB76" w14:textId="77777777" w:rsidR="00292F36" w:rsidRDefault="00000000">
            <w:r>
              <w:rPr>
                <w:sz w:val="12"/>
              </w:rPr>
              <w:t>2017_gavilanes_gavilanes_mid_2</w:t>
            </w:r>
          </w:p>
        </w:tc>
        <w:tc>
          <w:tcPr>
            <w:tcW w:w="564" w:type="dxa"/>
            <w:tcMar>
              <w:top w:w="20" w:type="dxa"/>
              <w:left w:w="50" w:type="dxa"/>
              <w:bottom w:w="20" w:type="dxa"/>
              <w:right w:w="50" w:type="dxa"/>
            </w:tcMar>
          </w:tcPr>
          <w:p w14:paraId="7847F32B" w14:textId="77777777" w:rsidR="00292F36" w:rsidRDefault="00000000">
            <w:r>
              <w:rPr>
                <w:sz w:val="12"/>
              </w:rPr>
              <w:t>-0.4550031</w:t>
            </w:r>
          </w:p>
        </w:tc>
        <w:tc>
          <w:tcPr>
            <w:tcW w:w="564" w:type="dxa"/>
            <w:tcMar>
              <w:top w:w="20" w:type="dxa"/>
              <w:left w:w="50" w:type="dxa"/>
              <w:bottom w:w="20" w:type="dxa"/>
              <w:right w:w="50" w:type="dxa"/>
            </w:tcMar>
          </w:tcPr>
          <w:p w14:paraId="7B48A8A3" w14:textId="77777777" w:rsidR="00292F36" w:rsidRDefault="00000000">
            <w:r>
              <w:rPr>
                <w:sz w:val="12"/>
              </w:rPr>
              <w:t>-0.3973303</w:t>
            </w:r>
          </w:p>
        </w:tc>
        <w:tc>
          <w:tcPr>
            <w:tcW w:w="564" w:type="dxa"/>
            <w:tcMar>
              <w:top w:w="20" w:type="dxa"/>
              <w:left w:w="50" w:type="dxa"/>
              <w:bottom w:w="20" w:type="dxa"/>
              <w:right w:w="50" w:type="dxa"/>
            </w:tcMar>
          </w:tcPr>
          <w:p w14:paraId="2D7A6456" w14:textId="77777777" w:rsidR="00292F36" w:rsidRDefault="00000000">
            <w:r>
              <w:rPr>
                <w:sz w:val="12"/>
              </w:rPr>
              <w:t>2017</w:t>
            </w:r>
          </w:p>
        </w:tc>
        <w:tc>
          <w:tcPr>
            <w:tcW w:w="564" w:type="dxa"/>
            <w:tcMar>
              <w:top w:w="20" w:type="dxa"/>
              <w:left w:w="50" w:type="dxa"/>
              <w:bottom w:w="20" w:type="dxa"/>
              <w:right w:w="50" w:type="dxa"/>
            </w:tcMar>
          </w:tcPr>
          <w:p w14:paraId="4B67F91B" w14:textId="77777777" w:rsidR="00292F36" w:rsidRDefault="00000000">
            <w:r>
              <w:rPr>
                <w:sz w:val="12"/>
              </w:rPr>
              <w:t>punta_eugenia</w:t>
            </w:r>
          </w:p>
        </w:tc>
        <w:tc>
          <w:tcPr>
            <w:tcW w:w="564" w:type="dxa"/>
            <w:tcMar>
              <w:top w:w="20" w:type="dxa"/>
              <w:left w:w="50" w:type="dxa"/>
              <w:bottom w:w="20" w:type="dxa"/>
              <w:right w:w="50" w:type="dxa"/>
            </w:tcMar>
          </w:tcPr>
          <w:p w14:paraId="6ECC4DAF" w14:textId="77777777" w:rsidR="00292F36" w:rsidRDefault="00000000">
            <w:r>
              <w:rPr>
                <w:sz w:val="12"/>
              </w:rPr>
              <w:t>South</w:t>
            </w:r>
          </w:p>
        </w:tc>
        <w:tc>
          <w:tcPr>
            <w:tcW w:w="564" w:type="dxa"/>
            <w:tcMar>
              <w:top w:w="20" w:type="dxa"/>
              <w:left w:w="50" w:type="dxa"/>
              <w:bottom w:w="20" w:type="dxa"/>
              <w:right w:w="50" w:type="dxa"/>
            </w:tcMar>
          </w:tcPr>
          <w:p w14:paraId="2ECD1A5A" w14:textId="77777777" w:rsidR="00292F36" w:rsidRDefault="00000000">
            <w:r>
              <w:rPr>
                <w:sz w:val="12"/>
              </w:rPr>
              <w:t>gavilanes</w:t>
            </w:r>
          </w:p>
        </w:tc>
        <w:tc>
          <w:tcPr>
            <w:tcW w:w="564" w:type="dxa"/>
            <w:tcMar>
              <w:top w:w="20" w:type="dxa"/>
              <w:left w:w="50" w:type="dxa"/>
              <w:bottom w:w="20" w:type="dxa"/>
              <w:right w:w="50" w:type="dxa"/>
            </w:tcMar>
          </w:tcPr>
          <w:p w14:paraId="0D78B834" w14:textId="77777777" w:rsidR="00292F36" w:rsidRDefault="00000000">
            <w:r>
              <w:rPr>
                <w:sz w:val="12"/>
              </w:rPr>
              <w:t>gavilanes_mid</w:t>
            </w:r>
          </w:p>
        </w:tc>
        <w:tc>
          <w:tcPr>
            <w:tcW w:w="564" w:type="dxa"/>
            <w:tcMar>
              <w:top w:w="20" w:type="dxa"/>
              <w:left w:w="50" w:type="dxa"/>
              <w:bottom w:w="20" w:type="dxa"/>
              <w:right w:w="50" w:type="dxa"/>
            </w:tcMar>
          </w:tcPr>
          <w:p w14:paraId="6B3F5DA2" w14:textId="77777777" w:rsidR="00292F36" w:rsidRDefault="00000000">
            <w:r>
              <w:rPr>
                <w:sz w:val="12"/>
              </w:rPr>
              <w:t>9</w:t>
            </w:r>
          </w:p>
        </w:tc>
        <w:tc>
          <w:tcPr>
            <w:tcW w:w="564" w:type="dxa"/>
            <w:tcMar>
              <w:top w:w="20" w:type="dxa"/>
              <w:left w:w="50" w:type="dxa"/>
              <w:bottom w:w="20" w:type="dxa"/>
              <w:right w:w="50" w:type="dxa"/>
            </w:tcMar>
          </w:tcPr>
          <w:p w14:paraId="78F7F946" w14:textId="77777777" w:rsidR="00292F36" w:rsidRDefault="00000000">
            <w:r>
              <w:rPr>
                <w:sz w:val="12"/>
              </w:rPr>
              <w:t>20.6200008</w:t>
            </w:r>
          </w:p>
        </w:tc>
        <w:tc>
          <w:tcPr>
            <w:tcW w:w="564" w:type="dxa"/>
            <w:tcMar>
              <w:top w:w="20" w:type="dxa"/>
              <w:left w:w="50" w:type="dxa"/>
              <w:bottom w:w="20" w:type="dxa"/>
              <w:right w:w="50" w:type="dxa"/>
            </w:tcMar>
          </w:tcPr>
          <w:p w14:paraId="5C22E225" w14:textId="77777777" w:rsidR="00292F36" w:rsidRDefault="00000000">
            <w:r>
              <w:rPr>
                <w:sz w:val="12"/>
              </w:rPr>
              <w:t>3.73338563</w:t>
            </w:r>
          </w:p>
        </w:tc>
        <w:tc>
          <w:tcPr>
            <w:tcW w:w="564" w:type="dxa"/>
            <w:tcMar>
              <w:top w:w="20" w:type="dxa"/>
              <w:left w:w="50" w:type="dxa"/>
              <w:bottom w:w="20" w:type="dxa"/>
              <w:right w:w="50" w:type="dxa"/>
            </w:tcMar>
          </w:tcPr>
          <w:p w14:paraId="414A9F0D" w14:textId="77777777" w:rsidR="00292F36" w:rsidRDefault="00000000">
            <w:r>
              <w:rPr>
                <w:sz w:val="12"/>
              </w:rPr>
              <w:t>0.82415254</w:t>
            </w:r>
          </w:p>
        </w:tc>
        <w:tc>
          <w:tcPr>
            <w:tcW w:w="564" w:type="dxa"/>
            <w:tcMar>
              <w:top w:w="20" w:type="dxa"/>
              <w:left w:w="50" w:type="dxa"/>
              <w:bottom w:w="20" w:type="dxa"/>
              <w:right w:w="50" w:type="dxa"/>
            </w:tcMar>
          </w:tcPr>
          <w:p w14:paraId="66C487FE" w14:textId="77777777" w:rsidR="00292F36" w:rsidRDefault="00000000">
            <w:r>
              <w:rPr>
                <w:sz w:val="12"/>
              </w:rPr>
              <w:t>0.09745763</w:t>
            </w:r>
          </w:p>
        </w:tc>
        <w:tc>
          <w:tcPr>
            <w:tcW w:w="564" w:type="dxa"/>
            <w:tcMar>
              <w:top w:w="20" w:type="dxa"/>
              <w:left w:w="50" w:type="dxa"/>
              <w:bottom w:w="20" w:type="dxa"/>
              <w:right w:w="50" w:type="dxa"/>
            </w:tcMar>
          </w:tcPr>
          <w:p w14:paraId="1CA2060C" w14:textId="77777777" w:rsidR="00292F36" w:rsidRDefault="00000000">
            <w:r>
              <w:rPr>
                <w:sz w:val="12"/>
              </w:rPr>
              <w:t>0.04025424</w:t>
            </w:r>
          </w:p>
        </w:tc>
        <w:tc>
          <w:tcPr>
            <w:tcW w:w="564" w:type="dxa"/>
            <w:tcMar>
              <w:top w:w="20" w:type="dxa"/>
              <w:left w:w="50" w:type="dxa"/>
              <w:bottom w:w="20" w:type="dxa"/>
              <w:right w:w="50" w:type="dxa"/>
            </w:tcMar>
          </w:tcPr>
          <w:p w14:paraId="0ECECDFC" w14:textId="77777777" w:rsidR="00292F36" w:rsidRDefault="00000000">
            <w:r>
              <w:rPr>
                <w:sz w:val="12"/>
              </w:rPr>
              <w:t>0.03813559</w:t>
            </w:r>
          </w:p>
        </w:tc>
        <w:tc>
          <w:tcPr>
            <w:tcW w:w="564" w:type="dxa"/>
            <w:tcMar>
              <w:top w:w="20" w:type="dxa"/>
              <w:left w:w="50" w:type="dxa"/>
              <w:bottom w:w="20" w:type="dxa"/>
              <w:right w:w="50" w:type="dxa"/>
            </w:tcMar>
          </w:tcPr>
          <w:p w14:paraId="2EC0E4EF" w14:textId="77777777" w:rsidR="00292F36" w:rsidRDefault="00000000">
            <w:r>
              <w:rPr>
                <w:sz w:val="12"/>
              </w:rPr>
              <w:t>0</w:t>
            </w:r>
          </w:p>
        </w:tc>
        <w:tc>
          <w:tcPr>
            <w:tcW w:w="564" w:type="dxa"/>
            <w:tcMar>
              <w:top w:w="20" w:type="dxa"/>
              <w:left w:w="50" w:type="dxa"/>
              <w:bottom w:w="20" w:type="dxa"/>
              <w:right w:w="50" w:type="dxa"/>
            </w:tcMar>
          </w:tcPr>
          <w:p w14:paraId="391B7AFE" w14:textId="77777777" w:rsidR="00292F36" w:rsidRDefault="00000000">
            <w:r>
              <w:rPr>
                <w:sz w:val="12"/>
              </w:rPr>
              <w:t>0</w:t>
            </w:r>
          </w:p>
        </w:tc>
        <w:tc>
          <w:tcPr>
            <w:tcW w:w="564" w:type="dxa"/>
            <w:tcMar>
              <w:top w:w="20" w:type="dxa"/>
              <w:left w:w="50" w:type="dxa"/>
              <w:bottom w:w="20" w:type="dxa"/>
              <w:right w:w="50" w:type="dxa"/>
            </w:tcMar>
          </w:tcPr>
          <w:p w14:paraId="6E4A37C4" w14:textId="77777777" w:rsidR="00292F36" w:rsidRDefault="00000000">
            <w:r>
              <w:rPr>
                <w:sz w:val="12"/>
              </w:rPr>
              <w:t>0</w:t>
            </w:r>
          </w:p>
        </w:tc>
        <w:tc>
          <w:tcPr>
            <w:tcW w:w="564" w:type="dxa"/>
            <w:tcMar>
              <w:top w:w="20" w:type="dxa"/>
              <w:left w:w="50" w:type="dxa"/>
              <w:bottom w:w="20" w:type="dxa"/>
              <w:right w:w="50" w:type="dxa"/>
            </w:tcMar>
          </w:tcPr>
          <w:p w14:paraId="304A3DB6" w14:textId="77777777" w:rsidR="00292F36" w:rsidRDefault="00000000">
            <w:r>
              <w:rPr>
                <w:sz w:val="12"/>
              </w:rPr>
              <w:t>0</w:t>
            </w:r>
          </w:p>
        </w:tc>
        <w:tc>
          <w:tcPr>
            <w:tcW w:w="564" w:type="dxa"/>
            <w:tcMar>
              <w:top w:w="20" w:type="dxa"/>
              <w:left w:w="50" w:type="dxa"/>
              <w:bottom w:w="20" w:type="dxa"/>
              <w:right w:w="50" w:type="dxa"/>
            </w:tcMar>
          </w:tcPr>
          <w:p w14:paraId="2B2E2AFD" w14:textId="77777777" w:rsidR="00292F36" w:rsidRDefault="00000000">
            <w:r>
              <w:rPr>
                <w:sz w:val="12"/>
              </w:rPr>
              <w:t>0</w:t>
            </w:r>
          </w:p>
        </w:tc>
        <w:tc>
          <w:tcPr>
            <w:tcW w:w="564" w:type="dxa"/>
            <w:tcMar>
              <w:top w:w="20" w:type="dxa"/>
              <w:left w:w="50" w:type="dxa"/>
              <w:bottom w:w="20" w:type="dxa"/>
              <w:right w:w="50" w:type="dxa"/>
            </w:tcMar>
          </w:tcPr>
          <w:p w14:paraId="2533E468" w14:textId="77777777" w:rsidR="00292F36" w:rsidRDefault="00000000">
            <w:r>
              <w:rPr>
                <w:sz w:val="12"/>
              </w:rPr>
              <w:t>0.44230769</w:t>
            </w:r>
          </w:p>
        </w:tc>
        <w:tc>
          <w:tcPr>
            <w:tcW w:w="564" w:type="dxa"/>
            <w:tcMar>
              <w:top w:w="20" w:type="dxa"/>
              <w:left w:w="50" w:type="dxa"/>
              <w:bottom w:w="20" w:type="dxa"/>
              <w:right w:w="50" w:type="dxa"/>
            </w:tcMar>
          </w:tcPr>
          <w:p w14:paraId="52CE41F9" w14:textId="77777777" w:rsidR="00292F36" w:rsidRDefault="00000000">
            <w:r>
              <w:rPr>
                <w:sz w:val="12"/>
              </w:rPr>
              <w:t>0</w:t>
            </w:r>
          </w:p>
        </w:tc>
        <w:tc>
          <w:tcPr>
            <w:tcW w:w="564" w:type="dxa"/>
            <w:tcMar>
              <w:top w:w="20" w:type="dxa"/>
              <w:left w:w="50" w:type="dxa"/>
              <w:bottom w:w="20" w:type="dxa"/>
              <w:right w:w="50" w:type="dxa"/>
            </w:tcMar>
          </w:tcPr>
          <w:p w14:paraId="4DC5BF47" w14:textId="77777777" w:rsidR="00292F36" w:rsidRDefault="00000000">
            <w:r>
              <w:rPr>
                <w:sz w:val="12"/>
              </w:rPr>
              <w:t>0.01923077</w:t>
            </w:r>
          </w:p>
        </w:tc>
        <w:tc>
          <w:tcPr>
            <w:tcW w:w="564" w:type="dxa"/>
            <w:tcMar>
              <w:top w:w="20" w:type="dxa"/>
              <w:left w:w="50" w:type="dxa"/>
              <w:bottom w:w="20" w:type="dxa"/>
              <w:right w:w="50" w:type="dxa"/>
            </w:tcMar>
          </w:tcPr>
          <w:p w14:paraId="3647EE1F" w14:textId="77777777" w:rsidR="00292F36" w:rsidRDefault="00000000">
            <w:r>
              <w:rPr>
                <w:sz w:val="12"/>
              </w:rPr>
              <w:t>0.53846154</w:t>
            </w:r>
          </w:p>
        </w:tc>
        <w:tc>
          <w:tcPr>
            <w:tcW w:w="564" w:type="dxa"/>
            <w:tcMar>
              <w:top w:w="20" w:type="dxa"/>
              <w:left w:w="50" w:type="dxa"/>
              <w:bottom w:w="20" w:type="dxa"/>
              <w:right w:w="50" w:type="dxa"/>
            </w:tcMar>
          </w:tcPr>
          <w:p w14:paraId="0086E140" w14:textId="77777777" w:rsidR="00292F36" w:rsidRDefault="00000000">
            <w:r>
              <w:rPr>
                <w:sz w:val="12"/>
              </w:rPr>
              <w:t>0</w:t>
            </w:r>
          </w:p>
        </w:tc>
      </w:tr>
      <w:tr w:rsidR="00292F36" w14:paraId="54B63FAC" w14:textId="77777777">
        <w:tc>
          <w:tcPr>
            <w:tcW w:w="564" w:type="dxa"/>
            <w:tcMar>
              <w:top w:w="20" w:type="dxa"/>
              <w:left w:w="50" w:type="dxa"/>
              <w:bottom w:w="20" w:type="dxa"/>
              <w:right w:w="50" w:type="dxa"/>
            </w:tcMar>
          </w:tcPr>
          <w:p w14:paraId="1C419344" w14:textId="77777777" w:rsidR="00292F36" w:rsidRDefault="00000000">
            <w:r>
              <w:rPr>
                <w:sz w:val="12"/>
              </w:rPr>
              <w:t>2017_gavilanes_gavilanes_shallow_1</w:t>
            </w:r>
          </w:p>
        </w:tc>
        <w:tc>
          <w:tcPr>
            <w:tcW w:w="564" w:type="dxa"/>
            <w:tcMar>
              <w:top w:w="20" w:type="dxa"/>
              <w:left w:w="50" w:type="dxa"/>
              <w:bottom w:w="20" w:type="dxa"/>
              <w:right w:w="50" w:type="dxa"/>
            </w:tcMar>
          </w:tcPr>
          <w:p w14:paraId="1ABB5AD7" w14:textId="77777777" w:rsidR="00292F36" w:rsidRDefault="00000000">
            <w:r>
              <w:rPr>
                <w:sz w:val="12"/>
              </w:rPr>
              <w:t>-0.4676743</w:t>
            </w:r>
          </w:p>
        </w:tc>
        <w:tc>
          <w:tcPr>
            <w:tcW w:w="564" w:type="dxa"/>
            <w:tcMar>
              <w:top w:w="20" w:type="dxa"/>
              <w:left w:w="50" w:type="dxa"/>
              <w:bottom w:w="20" w:type="dxa"/>
              <w:right w:w="50" w:type="dxa"/>
            </w:tcMar>
          </w:tcPr>
          <w:p w14:paraId="2098BA5B" w14:textId="77777777" w:rsidR="00292F36" w:rsidRDefault="00000000">
            <w:r>
              <w:rPr>
                <w:sz w:val="12"/>
              </w:rPr>
              <w:t>-0.3465792</w:t>
            </w:r>
          </w:p>
        </w:tc>
        <w:tc>
          <w:tcPr>
            <w:tcW w:w="564" w:type="dxa"/>
            <w:tcMar>
              <w:top w:w="20" w:type="dxa"/>
              <w:left w:w="50" w:type="dxa"/>
              <w:bottom w:w="20" w:type="dxa"/>
              <w:right w:w="50" w:type="dxa"/>
            </w:tcMar>
          </w:tcPr>
          <w:p w14:paraId="1E31FD24" w14:textId="77777777" w:rsidR="00292F36" w:rsidRDefault="00000000">
            <w:r>
              <w:rPr>
                <w:sz w:val="12"/>
              </w:rPr>
              <w:t>2017</w:t>
            </w:r>
          </w:p>
        </w:tc>
        <w:tc>
          <w:tcPr>
            <w:tcW w:w="564" w:type="dxa"/>
            <w:tcMar>
              <w:top w:w="20" w:type="dxa"/>
              <w:left w:w="50" w:type="dxa"/>
              <w:bottom w:w="20" w:type="dxa"/>
              <w:right w:w="50" w:type="dxa"/>
            </w:tcMar>
          </w:tcPr>
          <w:p w14:paraId="7EC91DE0" w14:textId="77777777" w:rsidR="00292F36" w:rsidRDefault="00000000">
            <w:r>
              <w:rPr>
                <w:sz w:val="12"/>
              </w:rPr>
              <w:t>punta_eugenia</w:t>
            </w:r>
          </w:p>
        </w:tc>
        <w:tc>
          <w:tcPr>
            <w:tcW w:w="564" w:type="dxa"/>
            <w:tcMar>
              <w:top w:w="20" w:type="dxa"/>
              <w:left w:w="50" w:type="dxa"/>
              <w:bottom w:w="20" w:type="dxa"/>
              <w:right w:w="50" w:type="dxa"/>
            </w:tcMar>
          </w:tcPr>
          <w:p w14:paraId="048C0560" w14:textId="77777777" w:rsidR="00292F36" w:rsidRDefault="00000000">
            <w:r>
              <w:rPr>
                <w:sz w:val="12"/>
              </w:rPr>
              <w:t>South</w:t>
            </w:r>
          </w:p>
        </w:tc>
        <w:tc>
          <w:tcPr>
            <w:tcW w:w="564" w:type="dxa"/>
            <w:tcMar>
              <w:top w:w="20" w:type="dxa"/>
              <w:left w:w="50" w:type="dxa"/>
              <w:bottom w:w="20" w:type="dxa"/>
              <w:right w:w="50" w:type="dxa"/>
            </w:tcMar>
          </w:tcPr>
          <w:p w14:paraId="0AB6F60A" w14:textId="77777777" w:rsidR="00292F36" w:rsidRDefault="00000000">
            <w:r>
              <w:rPr>
                <w:sz w:val="12"/>
              </w:rPr>
              <w:t>gavilanes</w:t>
            </w:r>
          </w:p>
        </w:tc>
        <w:tc>
          <w:tcPr>
            <w:tcW w:w="564" w:type="dxa"/>
            <w:tcMar>
              <w:top w:w="20" w:type="dxa"/>
              <w:left w:w="50" w:type="dxa"/>
              <w:bottom w:w="20" w:type="dxa"/>
              <w:right w:w="50" w:type="dxa"/>
            </w:tcMar>
          </w:tcPr>
          <w:p w14:paraId="2809A005" w14:textId="77777777" w:rsidR="00292F36" w:rsidRDefault="00000000">
            <w:r>
              <w:rPr>
                <w:sz w:val="12"/>
              </w:rPr>
              <w:t>gavilanes_shallow</w:t>
            </w:r>
          </w:p>
        </w:tc>
        <w:tc>
          <w:tcPr>
            <w:tcW w:w="564" w:type="dxa"/>
            <w:tcMar>
              <w:top w:w="20" w:type="dxa"/>
              <w:left w:w="50" w:type="dxa"/>
              <w:bottom w:w="20" w:type="dxa"/>
              <w:right w:w="50" w:type="dxa"/>
            </w:tcMar>
          </w:tcPr>
          <w:p w14:paraId="144CB71C" w14:textId="77777777" w:rsidR="00292F36" w:rsidRDefault="00000000">
            <w:r>
              <w:rPr>
                <w:sz w:val="12"/>
              </w:rPr>
              <w:t>8</w:t>
            </w:r>
          </w:p>
        </w:tc>
        <w:tc>
          <w:tcPr>
            <w:tcW w:w="564" w:type="dxa"/>
            <w:tcMar>
              <w:top w:w="20" w:type="dxa"/>
              <w:left w:w="50" w:type="dxa"/>
              <w:bottom w:w="20" w:type="dxa"/>
              <w:right w:w="50" w:type="dxa"/>
            </w:tcMar>
          </w:tcPr>
          <w:p w14:paraId="5E197819" w14:textId="77777777" w:rsidR="00292F36" w:rsidRDefault="00000000">
            <w:r>
              <w:rPr>
                <w:sz w:val="12"/>
              </w:rPr>
              <w:t>22.8099995</w:t>
            </w:r>
          </w:p>
        </w:tc>
        <w:tc>
          <w:tcPr>
            <w:tcW w:w="564" w:type="dxa"/>
            <w:tcMar>
              <w:top w:w="20" w:type="dxa"/>
              <w:left w:w="50" w:type="dxa"/>
              <w:bottom w:w="20" w:type="dxa"/>
              <w:right w:w="50" w:type="dxa"/>
            </w:tcMar>
          </w:tcPr>
          <w:p w14:paraId="12214980" w14:textId="77777777" w:rsidR="00292F36" w:rsidRDefault="00000000">
            <w:r>
              <w:rPr>
                <w:sz w:val="12"/>
              </w:rPr>
              <w:t>3.73338563</w:t>
            </w:r>
          </w:p>
        </w:tc>
        <w:tc>
          <w:tcPr>
            <w:tcW w:w="564" w:type="dxa"/>
            <w:tcMar>
              <w:top w:w="20" w:type="dxa"/>
              <w:left w:w="50" w:type="dxa"/>
              <w:bottom w:w="20" w:type="dxa"/>
              <w:right w:w="50" w:type="dxa"/>
            </w:tcMar>
          </w:tcPr>
          <w:p w14:paraId="220D74FD" w14:textId="77777777" w:rsidR="00292F36" w:rsidRDefault="00000000">
            <w:r>
              <w:rPr>
                <w:sz w:val="12"/>
              </w:rPr>
              <w:t>0.87402934</w:t>
            </w:r>
          </w:p>
        </w:tc>
        <w:tc>
          <w:tcPr>
            <w:tcW w:w="564" w:type="dxa"/>
            <w:tcMar>
              <w:top w:w="20" w:type="dxa"/>
              <w:left w:w="50" w:type="dxa"/>
              <w:bottom w:w="20" w:type="dxa"/>
              <w:right w:w="50" w:type="dxa"/>
            </w:tcMar>
          </w:tcPr>
          <w:p w14:paraId="794DDE4E" w14:textId="77777777" w:rsidR="00292F36" w:rsidRDefault="00000000">
            <w:r>
              <w:rPr>
                <w:sz w:val="12"/>
              </w:rPr>
              <w:t>0.10181191</w:t>
            </w:r>
          </w:p>
        </w:tc>
        <w:tc>
          <w:tcPr>
            <w:tcW w:w="564" w:type="dxa"/>
            <w:tcMar>
              <w:top w:w="20" w:type="dxa"/>
              <w:left w:w="50" w:type="dxa"/>
              <w:bottom w:w="20" w:type="dxa"/>
              <w:right w:w="50" w:type="dxa"/>
            </w:tcMar>
          </w:tcPr>
          <w:p w14:paraId="3B5652B8" w14:textId="77777777" w:rsidR="00292F36" w:rsidRDefault="00000000">
            <w:r>
              <w:rPr>
                <w:sz w:val="12"/>
              </w:rPr>
              <w:t>0.01207938</w:t>
            </w:r>
          </w:p>
        </w:tc>
        <w:tc>
          <w:tcPr>
            <w:tcW w:w="564" w:type="dxa"/>
            <w:tcMar>
              <w:top w:w="20" w:type="dxa"/>
              <w:left w:w="50" w:type="dxa"/>
              <w:bottom w:w="20" w:type="dxa"/>
              <w:right w:w="50" w:type="dxa"/>
            </w:tcMar>
          </w:tcPr>
          <w:p w14:paraId="79B02466" w14:textId="77777777" w:rsidR="00292F36" w:rsidRDefault="00000000">
            <w:r>
              <w:rPr>
                <w:sz w:val="12"/>
              </w:rPr>
              <w:t>0.01207938</w:t>
            </w:r>
          </w:p>
        </w:tc>
        <w:tc>
          <w:tcPr>
            <w:tcW w:w="564" w:type="dxa"/>
            <w:tcMar>
              <w:top w:w="20" w:type="dxa"/>
              <w:left w:w="50" w:type="dxa"/>
              <w:bottom w:w="20" w:type="dxa"/>
              <w:right w:w="50" w:type="dxa"/>
            </w:tcMar>
          </w:tcPr>
          <w:p w14:paraId="757148CC" w14:textId="77777777" w:rsidR="00292F36" w:rsidRDefault="00000000">
            <w:r>
              <w:rPr>
                <w:sz w:val="12"/>
              </w:rPr>
              <w:t>0</w:t>
            </w:r>
          </w:p>
        </w:tc>
        <w:tc>
          <w:tcPr>
            <w:tcW w:w="564" w:type="dxa"/>
            <w:tcMar>
              <w:top w:w="20" w:type="dxa"/>
              <w:left w:w="50" w:type="dxa"/>
              <w:bottom w:w="20" w:type="dxa"/>
              <w:right w:w="50" w:type="dxa"/>
            </w:tcMar>
          </w:tcPr>
          <w:p w14:paraId="1602C1F5" w14:textId="77777777" w:rsidR="00292F36" w:rsidRDefault="00000000">
            <w:r>
              <w:rPr>
                <w:sz w:val="12"/>
              </w:rPr>
              <w:t>0</w:t>
            </w:r>
          </w:p>
        </w:tc>
        <w:tc>
          <w:tcPr>
            <w:tcW w:w="564" w:type="dxa"/>
            <w:tcMar>
              <w:top w:w="20" w:type="dxa"/>
              <w:left w:w="50" w:type="dxa"/>
              <w:bottom w:w="20" w:type="dxa"/>
              <w:right w:w="50" w:type="dxa"/>
            </w:tcMar>
          </w:tcPr>
          <w:p w14:paraId="02D7939F" w14:textId="77777777" w:rsidR="00292F36" w:rsidRDefault="00000000">
            <w:r>
              <w:rPr>
                <w:sz w:val="12"/>
              </w:rPr>
              <w:t>0</w:t>
            </w:r>
          </w:p>
        </w:tc>
        <w:tc>
          <w:tcPr>
            <w:tcW w:w="564" w:type="dxa"/>
            <w:tcMar>
              <w:top w:w="20" w:type="dxa"/>
              <w:left w:w="50" w:type="dxa"/>
              <w:bottom w:w="20" w:type="dxa"/>
              <w:right w:w="50" w:type="dxa"/>
            </w:tcMar>
          </w:tcPr>
          <w:p w14:paraId="2346F668" w14:textId="77777777" w:rsidR="00292F36" w:rsidRDefault="00000000">
            <w:r>
              <w:rPr>
                <w:sz w:val="12"/>
              </w:rPr>
              <w:t>0</w:t>
            </w:r>
          </w:p>
        </w:tc>
        <w:tc>
          <w:tcPr>
            <w:tcW w:w="564" w:type="dxa"/>
            <w:tcMar>
              <w:top w:w="20" w:type="dxa"/>
              <w:left w:w="50" w:type="dxa"/>
              <w:bottom w:w="20" w:type="dxa"/>
              <w:right w:w="50" w:type="dxa"/>
            </w:tcMar>
          </w:tcPr>
          <w:p w14:paraId="7467BDBC" w14:textId="77777777" w:rsidR="00292F36" w:rsidRDefault="00000000">
            <w:r>
              <w:rPr>
                <w:sz w:val="12"/>
              </w:rPr>
              <w:t>0</w:t>
            </w:r>
          </w:p>
        </w:tc>
        <w:tc>
          <w:tcPr>
            <w:tcW w:w="564" w:type="dxa"/>
            <w:tcMar>
              <w:top w:w="20" w:type="dxa"/>
              <w:left w:w="50" w:type="dxa"/>
              <w:bottom w:w="20" w:type="dxa"/>
              <w:right w:w="50" w:type="dxa"/>
            </w:tcMar>
          </w:tcPr>
          <w:p w14:paraId="4AE6D0DA" w14:textId="77777777" w:rsidR="00292F36" w:rsidRDefault="00000000">
            <w:r>
              <w:rPr>
                <w:sz w:val="12"/>
              </w:rPr>
              <w:t>0.45</w:t>
            </w:r>
          </w:p>
        </w:tc>
        <w:tc>
          <w:tcPr>
            <w:tcW w:w="564" w:type="dxa"/>
            <w:tcMar>
              <w:top w:w="20" w:type="dxa"/>
              <w:left w:w="50" w:type="dxa"/>
              <w:bottom w:w="20" w:type="dxa"/>
              <w:right w:w="50" w:type="dxa"/>
            </w:tcMar>
          </w:tcPr>
          <w:p w14:paraId="13E72945" w14:textId="77777777" w:rsidR="00292F36" w:rsidRDefault="00000000">
            <w:r>
              <w:rPr>
                <w:sz w:val="12"/>
              </w:rPr>
              <w:t>0.05</w:t>
            </w:r>
          </w:p>
        </w:tc>
        <w:tc>
          <w:tcPr>
            <w:tcW w:w="564" w:type="dxa"/>
            <w:tcMar>
              <w:top w:w="20" w:type="dxa"/>
              <w:left w:w="50" w:type="dxa"/>
              <w:bottom w:w="20" w:type="dxa"/>
              <w:right w:w="50" w:type="dxa"/>
            </w:tcMar>
          </w:tcPr>
          <w:p w14:paraId="2626E906" w14:textId="77777777" w:rsidR="00292F36" w:rsidRDefault="00000000">
            <w:r>
              <w:rPr>
                <w:sz w:val="12"/>
              </w:rPr>
              <w:t>0.01666667</w:t>
            </w:r>
          </w:p>
        </w:tc>
        <w:tc>
          <w:tcPr>
            <w:tcW w:w="564" w:type="dxa"/>
            <w:tcMar>
              <w:top w:w="20" w:type="dxa"/>
              <w:left w:w="50" w:type="dxa"/>
              <w:bottom w:w="20" w:type="dxa"/>
              <w:right w:w="50" w:type="dxa"/>
            </w:tcMar>
          </w:tcPr>
          <w:p w14:paraId="3DC6646B" w14:textId="77777777" w:rsidR="00292F36" w:rsidRDefault="00000000">
            <w:r>
              <w:rPr>
                <w:sz w:val="12"/>
              </w:rPr>
              <w:t>0.48333333</w:t>
            </w:r>
          </w:p>
        </w:tc>
        <w:tc>
          <w:tcPr>
            <w:tcW w:w="564" w:type="dxa"/>
            <w:tcMar>
              <w:top w:w="20" w:type="dxa"/>
              <w:left w:w="50" w:type="dxa"/>
              <w:bottom w:w="20" w:type="dxa"/>
              <w:right w:w="50" w:type="dxa"/>
            </w:tcMar>
          </w:tcPr>
          <w:p w14:paraId="7F074385" w14:textId="77777777" w:rsidR="00292F36" w:rsidRDefault="00000000">
            <w:r>
              <w:rPr>
                <w:sz w:val="12"/>
              </w:rPr>
              <w:t>0</w:t>
            </w:r>
          </w:p>
        </w:tc>
      </w:tr>
      <w:tr w:rsidR="00292F36" w14:paraId="5828D7BE" w14:textId="77777777">
        <w:tc>
          <w:tcPr>
            <w:tcW w:w="564" w:type="dxa"/>
            <w:tcMar>
              <w:top w:w="20" w:type="dxa"/>
              <w:left w:w="50" w:type="dxa"/>
              <w:bottom w:w="20" w:type="dxa"/>
              <w:right w:w="50" w:type="dxa"/>
            </w:tcMar>
          </w:tcPr>
          <w:p w14:paraId="6EB59B26" w14:textId="77777777" w:rsidR="00292F36" w:rsidRDefault="00000000">
            <w:r>
              <w:rPr>
                <w:sz w:val="12"/>
              </w:rPr>
              <w:t>2017_gavilanes_gavilanes_shallow_2</w:t>
            </w:r>
          </w:p>
        </w:tc>
        <w:tc>
          <w:tcPr>
            <w:tcW w:w="564" w:type="dxa"/>
            <w:tcMar>
              <w:top w:w="20" w:type="dxa"/>
              <w:left w:w="50" w:type="dxa"/>
              <w:bottom w:w="20" w:type="dxa"/>
              <w:right w:w="50" w:type="dxa"/>
            </w:tcMar>
          </w:tcPr>
          <w:p w14:paraId="480DEFB3" w14:textId="77777777" w:rsidR="00292F36" w:rsidRDefault="00000000">
            <w:r>
              <w:rPr>
                <w:sz w:val="12"/>
              </w:rPr>
              <w:t>-0.4390194</w:t>
            </w:r>
          </w:p>
        </w:tc>
        <w:tc>
          <w:tcPr>
            <w:tcW w:w="564" w:type="dxa"/>
            <w:tcMar>
              <w:top w:w="20" w:type="dxa"/>
              <w:left w:w="50" w:type="dxa"/>
              <w:bottom w:w="20" w:type="dxa"/>
              <w:right w:w="50" w:type="dxa"/>
            </w:tcMar>
          </w:tcPr>
          <w:p w14:paraId="59B17945" w14:textId="77777777" w:rsidR="00292F36" w:rsidRDefault="00000000">
            <w:r>
              <w:rPr>
                <w:sz w:val="12"/>
              </w:rPr>
              <w:t>-0.3416554</w:t>
            </w:r>
          </w:p>
        </w:tc>
        <w:tc>
          <w:tcPr>
            <w:tcW w:w="564" w:type="dxa"/>
            <w:tcMar>
              <w:top w:w="20" w:type="dxa"/>
              <w:left w:w="50" w:type="dxa"/>
              <w:bottom w:w="20" w:type="dxa"/>
              <w:right w:w="50" w:type="dxa"/>
            </w:tcMar>
          </w:tcPr>
          <w:p w14:paraId="088644B4" w14:textId="77777777" w:rsidR="00292F36" w:rsidRDefault="00000000">
            <w:r>
              <w:rPr>
                <w:sz w:val="12"/>
              </w:rPr>
              <w:t>2017</w:t>
            </w:r>
          </w:p>
        </w:tc>
        <w:tc>
          <w:tcPr>
            <w:tcW w:w="564" w:type="dxa"/>
            <w:tcMar>
              <w:top w:w="20" w:type="dxa"/>
              <w:left w:w="50" w:type="dxa"/>
              <w:bottom w:w="20" w:type="dxa"/>
              <w:right w:w="50" w:type="dxa"/>
            </w:tcMar>
          </w:tcPr>
          <w:p w14:paraId="220671CD" w14:textId="77777777" w:rsidR="00292F36" w:rsidRDefault="00000000">
            <w:r>
              <w:rPr>
                <w:sz w:val="12"/>
              </w:rPr>
              <w:t>punta_eugenia</w:t>
            </w:r>
          </w:p>
        </w:tc>
        <w:tc>
          <w:tcPr>
            <w:tcW w:w="564" w:type="dxa"/>
            <w:tcMar>
              <w:top w:w="20" w:type="dxa"/>
              <w:left w:w="50" w:type="dxa"/>
              <w:bottom w:w="20" w:type="dxa"/>
              <w:right w:w="50" w:type="dxa"/>
            </w:tcMar>
          </w:tcPr>
          <w:p w14:paraId="6C489917" w14:textId="77777777" w:rsidR="00292F36" w:rsidRDefault="00000000">
            <w:r>
              <w:rPr>
                <w:sz w:val="12"/>
              </w:rPr>
              <w:t>South</w:t>
            </w:r>
          </w:p>
        </w:tc>
        <w:tc>
          <w:tcPr>
            <w:tcW w:w="564" w:type="dxa"/>
            <w:tcMar>
              <w:top w:w="20" w:type="dxa"/>
              <w:left w:w="50" w:type="dxa"/>
              <w:bottom w:w="20" w:type="dxa"/>
              <w:right w:w="50" w:type="dxa"/>
            </w:tcMar>
          </w:tcPr>
          <w:p w14:paraId="3825FC78" w14:textId="77777777" w:rsidR="00292F36" w:rsidRDefault="00000000">
            <w:r>
              <w:rPr>
                <w:sz w:val="12"/>
              </w:rPr>
              <w:t>gavilanes</w:t>
            </w:r>
          </w:p>
        </w:tc>
        <w:tc>
          <w:tcPr>
            <w:tcW w:w="564" w:type="dxa"/>
            <w:tcMar>
              <w:top w:w="20" w:type="dxa"/>
              <w:left w:w="50" w:type="dxa"/>
              <w:bottom w:w="20" w:type="dxa"/>
              <w:right w:w="50" w:type="dxa"/>
            </w:tcMar>
          </w:tcPr>
          <w:p w14:paraId="24535DD7" w14:textId="77777777" w:rsidR="00292F36" w:rsidRDefault="00000000">
            <w:r>
              <w:rPr>
                <w:sz w:val="12"/>
              </w:rPr>
              <w:t>gavilanes_shallow</w:t>
            </w:r>
          </w:p>
        </w:tc>
        <w:tc>
          <w:tcPr>
            <w:tcW w:w="564" w:type="dxa"/>
            <w:tcMar>
              <w:top w:w="20" w:type="dxa"/>
              <w:left w:w="50" w:type="dxa"/>
              <w:bottom w:w="20" w:type="dxa"/>
              <w:right w:w="50" w:type="dxa"/>
            </w:tcMar>
          </w:tcPr>
          <w:p w14:paraId="2D43B735" w14:textId="77777777" w:rsidR="00292F36" w:rsidRDefault="00000000">
            <w:r>
              <w:rPr>
                <w:sz w:val="12"/>
              </w:rPr>
              <w:t>8</w:t>
            </w:r>
          </w:p>
        </w:tc>
        <w:tc>
          <w:tcPr>
            <w:tcW w:w="564" w:type="dxa"/>
            <w:tcMar>
              <w:top w:w="20" w:type="dxa"/>
              <w:left w:w="50" w:type="dxa"/>
              <w:bottom w:w="20" w:type="dxa"/>
              <w:right w:w="50" w:type="dxa"/>
            </w:tcMar>
          </w:tcPr>
          <w:p w14:paraId="19D82547" w14:textId="77777777" w:rsidR="00292F36" w:rsidRDefault="00000000">
            <w:r>
              <w:rPr>
                <w:sz w:val="12"/>
              </w:rPr>
              <w:t>22.8099995</w:t>
            </w:r>
          </w:p>
        </w:tc>
        <w:tc>
          <w:tcPr>
            <w:tcW w:w="564" w:type="dxa"/>
            <w:tcMar>
              <w:top w:w="20" w:type="dxa"/>
              <w:left w:w="50" w:type="dxa"/>
              <w:bottom w:w="20" w:type="dxa"/>
              <w:right w:w="50" w:type="dxa"/>
            </w:tcMar>
          </w:tcPr>
          <w:p w14:paraId="141AD10A" w14:textId="77777777" w:rsidR="00292F36" w:rsidRDefault="00000000">
            <w:r>
              <w:rPr>
                <w:sz w:val="12"/>
              </w:rPr>
              <w:t>3.73338563</w:t>
            </w:r>
          </w:p>
        </w:tc>
        <w:tc>
          <w:tcPr>
            <w:tcW w:w="564" w:type="dxa"/>
            <w:tcMar>
              <w:top w:w="20" w:type="dxa"/>
              <w:left w:w="50" w:type="dxa"/>
              <w:bottom w:w="20" w:type="dxa"/>
              <w:right w:w="50" w:type="dxa"/>
            </w:tcMar>
          </w:tcPr>
          <w:p w14:paraId="63D2219B" w14:textId="77777777" w:rsidR="00292F36" w:rsidRDefault="00000000">
            <w:r>
              <w:rPr>
                <w:sz w:val="12"/>
              </w:rPr>
              <w:t>0.88785047</w:t>
            </w:r>
          </w:p>
        </w:tc>
        <w:tc>
          <w:tcPr>
            <w:tcW w:w="564" w:type="dxa"/>
            <w:tcMar>
              <w:top w:w="20" w:type="dxa"/>
              <w:left w:w="50" w:type="dxa"/>
              <w:bottom w:w="20" w:type="dxa"/>
              <w:right w:w="50" w:type="dxa"/>
            </w:tcMar>
          </w:tcPr>
          <w:p w14:paraId="0F602143" w14:textId="77777777" w:rsidR="00292F36" w:rsidRDefault="00000000">
            <w:r>
              <w:rPr>
                <w:sz w:val="12"/>
              </w:rPr>
              <w:t>0.09212283</w:t>
            </w:r>
          </w:p>
        </w:tc>
        <w:tc>
          <w:tcPr>
            <w:tcW w:w="564" w:type="dxa"/>
            <w:tcMar>
              <w:top w:w="20" w:type="dxa"/>
              <w:left w:w="50" w:type="dxa"/>
              <w:bottom w:w="20" w:type="dxa"/>
              <w:right w:w="50" w:type="dxa"/>
            </w:tcMar>
          </w:tcPr>
          <w:p w14:paraId="75E8B4AB" w14:textId="77777777" w:rsidR="00292F36" w:rsidRDefault="00000000">
            <w:r>
              <w:rPr>
                <w:sz w:val="12"/>
              </w:rPr>
              <w:t>0.00534045</w:t>
            </w:r>
          </w:p>
        </w:tc>
        <w:tc>
          <w:tcPr>
            <w:tcW w:w="564" w:type="dxa"/>
            <w:tcMar>
              <w:top w:w="20" w:type="dxa"/>
              <w:left w:w="50" w:type="dxa"/>
              <w:bottom w:w="20" w:type="dxa"/>
              <w:right w:w="50" w:type="dxa"/>
            </w:tcMar>
          </w:tcPr>
          <w:p w14:paraId="7B680033" w14:textId="77777777" w:rsidR="00292F36" w:rsidRDefault="00000000">
            <w:r>
              <w:rPr>
                <w:sz w:val="12"/>
              </w:rPr>
              <w:t>0.01468625</w:t>
            </w:r>
          </w:p>
        </w:tc>
        <w:tc>
          <w:tcPr>
            <w:tcW w:w="564" w:type="dxa"/>
            <w:tcMar>
              <w:top w:w="20" w:type="dxa"/>
              <w:left w:w="50" w:type="dxa"/>
              <w:bottom w:w="20" w:type="dxa"/>
              <w:right w:w="50" w:type="dxa"/>
            </w:tcMar>
          </w:tcPr>
          <w:p w14:paraId="5FDC9CEF" w14:textId="77777777" w:rsidR="00292F36" w:rsidRDefault="00000000">
            <w:r>
              <w:rPr>
                <w:sz w:val="12"/>
              </w:rPr>
              <w:t>0</w:t>
            </w:r>
          </w:p>
        </w:tc>
        <w:tc>
          <w:tcPr>
            <w:tcW w:w="564" w:type="dxa"/>
            <w:tcMar>
              <w:top w:w="20" w:type="dxa"/>
              <w:left w:w="50" w:type="dxa"/>
              <w:bottom w:w="20" w:type="dxa"/>
              <w:right w:w="50" w:type="dxa"/>
            </w:tcMar>
          </w:tcPr>
          <w:p w14:paraId="2D7D7922" w14:textId="77777777" w:rsidR="00292F36" w:rsidRDefault="00000000">
            <w:r>
              <w:rPr>
                <w:sz w:val="12"/>
              </w:rPr>
              <w:t>0</w:t>
            </w:r>
          </w:p>
        </w:tc>
        <w:tc>
          <w:tcPr>
            <w:tcW w:w="564" w:type="dxa"/>
            <w:tcMar>
              <w:top w:w="20" w:type="dxa"/>
              <w:left w:w="50" w:type="dxa"/>
              <w:bottom w:w="20" w:type="dxa"/>
              <w:right w:w="50" w:type="dxa"/>
            </w:tcMar>
          </w:tcPr>
          <w:p w14:paraId="419CCDF1" w14:textId="77777777" w:rsidR="00292F36" w:rsidRDefault="00000000">
            <w:r>
              <w:rPr>
                <w:sz w:val="12"/>
              </w:rPr>
              <w:t>0</w:t>
            </w:r>
          </w:p>
        </w:tc>
        <w:tc>
          <w:tcPr>
            <w:tcW w:w="564" w:type="dxa"/>
            <w:tcMar>
              <w:top w:w="20" w:type="dxa"/>
              <w:left w:w="50" w:type="dxa"/>
              <w:bottom w:w="20" w:type="dxa"/>
              <w:right w:w="50" w:type="dxa"/>
            </w:tcMar>
          </w:tcPr>
          <w:p w14:paraId="3795600E" w14:textId="77777777" w:rsidR="00292F36" w:rsidRDefault="00000000">
            <w:r>
              <w:rPr>
                <w:sz w:val="12"/>
              </w:rPr>
              <w:t>0</w:t>
            </w:r>
          </w:p>
        </w:tc>
        <w:tc>
          <w:tcPr>
            <w:tcW w:w="564" w:type="dxa"/>
            <w:tcMar>
              <w:top w:w="20" w:type="dxa"/>
              <w:left w:w="50" w:type="dxa"/>
              <w:bottom w:w="20" w:type="dxa"/>
              <w:right w:w="50" w:type="dxa"/>
            </w:tcMar>
          </w:tcPr>
          <w:p w14:paraId="7892DA31" w14:textId="77777777" w:rsidR="00292F36" w:rsidRDefault="00000000">
            <w:r>
              <w:rPr>
                <w:sz w:val="12"/>
              </w:rPr>
              <w:t>0</w:t>
            </w:r>
          </w:p>
        </w:tc>
        <w:tc>
          <w:tcPr>
            <w:tcW w:w="564" w:type="dxa"/>
            <w:tcMar>
              <w:top w:w="20" w:type="dxa"/>
              <w:left w:w="50" w:type="dxa"/>
              <w:bottom w:w="20" w:type="dxa"/>
              <w:right w:w="50" w:type="dxa"/>
            </w:tcMar>
          </w:tcPr>
          <w:p w14:paraId="34C9733A" w14:textId="77777777" w:rsidR="00292F36" w:rsidRDefault="00000000">
            <w:r>
              <w:rPr>
                <w:sz w:val="12"/>
              </w:rPr>
              <w:t>0.56756757</w:t>
            </w:r>
          </w:p>
        </w:tc>
        <w:tc>
          <w:tcPr>
            <w:tcW w:w="564" w:type="dxa"/>
            <w:tcMar>
              <w:top w:w="20" w:type="dxa"/>
              <w:left w:w="50" w:type="dxa"/>
              <w:bottom w:w="20" w:type="dxa"/>
              <w:right w:w="50" w:type="dxa"/>
            </w:tcMar>
          </w:tcPr>
          <w:p w14:paraId="2F56416D" w14:textId="77777777" w:rsidR="00292F36" w:rsidRDefault="00000000">
            <w:r>
              <w:rPr>
                <w:sz w:val="12"/>
              </w:rPr>
              <w:t>0</w:t>
            </w:r>
          </w:p>
        </w:tc>
        <w:tc>
          <w:tcPr>
            <w:tcW w:w="564" w:type="dxa"/>
            <w:tcMar>
              <w:top w:w="20" w:type="dxa"/>
              <w:left w:w="50" w:type="dxa"/>
              <w:bottom w:w="20" w:type="dxa"/>
              <w:right w:w="50" w:type="dxa"/>
            </w:tcMar>
          </w:tcPr>
          <w:p w14:paraId="1B18C5C5" w14:textId="77777777" w:rsidR="00292F36" w:rsidRDefault="00000000">
            <w:r>
              <w:rPr>
                <w:sz w:val="12"/>
              </w:rPr>
              <w:t>0.02702703</w:t>
            </w:r>
          </w:p>
        </w:tc>
        <w:tc>
          <w:tcPr>
            <w:tcW w:w="564" w:type="dxa"/>
            <w:tcMar>
              <w:top w:w="20" w:type="dxa"/>
              <w:left w:w="50" w:type="dxa"/>
              <w:bottom w:w="20" w:type="dxa"/>
              <w:right w:w="50" w:type="dxa"/>
            </w:tcMar>
          </w:tcPr>
          <w:p w14:paraId="2067E1DF" w14:textId="77777777" w:rsidR="00292F36" w:rsidRDefault="00000000">
            <w:r>
              <w:rPr>
                <w:sz w:val="12"/>
              </w:rPr>
              <w:t>0.40540541</w:t>
            </w:r>
          </w:p>
        </w:tc>
        <w:tc>
          <w:tcPr>
            <w:tcW w:w="564" w:type="dxa"/>
            <w:tcMar>
              <w:top w:w="20" w:type="dxa"/>
              <w:left w:w="50" w:type="dxa"/>
              <w:bottom w:w="20" w:type="dxa"/>
              <w:right w:w="50" w:type="dxa"/>
            </w:tcMar>
          </w:tcPr>
          <w:p w14:paraId="4C50F08B" w14:textId="77777777" w:rsidR="00292F36" w:rsidRDefault="00000000">
            <w:r>
              <w:rPr>
                <w:sz w:val="12"/>
              </w:rPr>
              <w:t>0</w:t>
            </w:r>
          </w:p>
        </w:tc>
      </w:tr>
      <w:tr w:rsidR="00292F36" w14:paraId="49BBD9C4" w14:textId="77777777">
        <w:tc>
          <w:tcPr>
            <w:tcW w:w="564" w:type="dxa"/>
            <w:tcMar>
              <w:top w:w="20" w:type="dxa"/>
              <w:left w:w="50" w:type="dxa"/>
              <w:bottom w:w="20" w:type="dxa"/>
              <w:right w:w="50" w:type="dxa"/>
            </w:tcMar>
          </w:tcPr>
          <w:p w14:paraId="31E9664C" w14:textId="77777777" w:rsidR="00292F36" w:rsidRDefault="00000000">
            <w:r>
              <w:rPr>
                <w:sz w:val="12"/>
              </w:rPr>
              <w:t>2017_isla_san_jeronimo_isla_san_jeronimo_sport_fish_deep_1</w:t>
            </w:r>
          </w:p>
        </w:tc>
        <w:tc>
          <w:tcPr>
            <w:tcW w:w="564" w:type="dxa"/>
            <w:tcMar>
              <w:top w:w="20" w:type="dxa"/>
              <w:left w:w="50" w:type="dxa"/>
              <w:bottom w:w="20" w:type="dxa"/>
              <w:right w:w="50" w:type="dxa"/>
            </w:tcMar>
          </w:tcPr>
          <w:p w14:paraId="62063604" w14:textId="77777777" w:rsidR="00292F36" w:rsidRDefault="00000000">
            <w:r>
              <w:rPr>
                <w:sz w:val="12"/>
              </w:rPr>
              <w:t>0.17551529</w:t>
            </w:r>
          </w:p>
        </w:tc>
        <w:tc>
          <w:tcPr>
            <w:tcW w:w="564" w:type="dxa"/>
            <w:tcMar>
              <w:top w:w="20" w:type="dxa"/>
              <w:left w:w="50" w:type="dxa"/>
              <w:bottom w:w="20" w:type="dxa"/>
              <w:right w:w="50" w:type="dxa"/>
            </w:tcMar>
          </w:tcPr>
          <w:p w14:paraId="23533170" w14:textId="77777777" w:rsidR="00292F36" w:rsidRDefault="00000000">
            <w:r>
              <w:rPr>
                <w:sz w:val="12"/>
              </w:rPr>
              <w:t>-0.3904191</w:t>
            </w:r>
          </w:p>
        </w:tc>
        <w:tc>
          <w:tcPr>
            <w:tcW w:w="564" w:type="dxa"/>
            <w:tcMar>
              <w:top w:w="20" w:type="dxa"/>
              <w:left w:w="50" w:type="dxa"/>
              <w:bottom w:w="20" w:type="dxa"/>
              <w:right w:w="50" w:type="dxa"/>
            </w:tcMar>
          </w:tcPr>
          <w:p w14:paraId="499C6470" w14:textId="77777777" w:rsidR="00292F36" w:rsidRDefault="00000000">
            <w:r>
              <w:rPr>
                <w:sz w:val="12"/>
              </w:rPr>
              <w:t>2017</w:t>
            </w:r>
          </w:p>
        </w:tc>
        <w:tc>
          <w:tcPr>
            <w:tcW w:w="564" w:type="dxa"/>
            <w:tcMar>
              <w:top w:w="20" w:type="dxa"/>
              <w:left w:w="50" w:type="dxa"/>
              <w:bottom w:w="20" w:type="dxa"/>
              <w:right w:w="50" w:type="dxa"/>
            </w:tcMar>
          </w:tcPr>
          <w:p w14:paraId="0FC5F2DC" w14:textId="77777777" w:rsidR="00292F36" w:rsidRDefault="00000000">
            <w:r>
              <w:rPr>
                <w:sz w:val="12"/>
              </w:rPr>
              <w:t>el_rosario</w:t>
            </w:r>
          </w:p>
        </w:tc>
        <w:tc>
          <w:tcPr>
            <w:tcW w:w="564" w:type="dxa"/>
            <w:tcMar>
              <w:top w:w="20" w:type="dxa"/>
              <w:left w:w="50" w:type="dxa"/>
              <w:bottom w:w="20" w:type="dxa"/>
              <w:right w:w="50" w:type="dxa"/>
            </w:tcMar>
          </w:tcPr>
          <w:p w14:paraId="3802910D" w14:textId="77777777" w:rsidR="00292F36" w:rsidRDefault="00000000">
            <w:r>
              <w:rPr>
                <w:sz w:val="12"/>
              </w:rPr>
              <w:t>Middle</w:t>
            </w:r>
          </w:p>
        </w:tc>
        <w:tc>
          <w:tcPr>
            <w:tcW w:w="564" w:type="dxa"/>
            <w:tcMar>
              <w:top w:w="20" w:type="dxa"/>
              <w:left w:w="50" w:type="dxa"/>
              <w:bottom w:w="20" w:type="dxa"/>
              <w:right w:w="50" w:type="dxa"/>
            </w:tcMar>
          </w:tcPr>
          <w:p w14:paraId="5583833A" w14:textId="77777777" w:rsidR="00292F36" w:rsidRDefault="00000000">
            <w:r>
              <w:rPr>
                <w:sz w:val="12"/>
              </w:rPr>
              <w:t>isla_san_jeronimo</w:t>
            </w:r>
          </w:p>
        </w:tc>
        <w:tc>
          <w:tcPr>
            <w:tcW w:w="564" w:type="dxa"/>
            <w:tcMar>
              <w:top w:w="20" w:type="dxa"/>
              <w:left w:w="50" w:type="dxa"/>
              <w:bottom w:w="20" w:type="dxa"/>
              <w:right w:w="50" w:type="dxa"/>
            </w:tcMar>
          </w:tcPr>
          <w:p w14:paraId="314E2A4D" w14:textId="77777777" w:rsidR="00292F36" w:rsidRDefault="00000000">
            <w:r>
              <w:rPr>
                <w:sz w:val="12"/>
              </w:rPr>
              <w:t>isla_san_jeronimo_sport_fish_deep</w:t>
            </w:r>
          </w:p>
        </w:tc>
        <w:tc>
          <w:tcPr>
            <w:tcW w:w="564" w:type="dxa"/>
            <w:tcMar>
              <w:top w:w="20" w:type="dxa"/>
              <w:left w:w="50" w:type="dxa"/>
              <w:bottom w:w="20" w:type="dxa"/>
              <w:right w:w="50" w:type="dxa"/>
            </w:tcMar>
          </w:tcPr>
          <w:p w14:paraId="1EB9AAD6" w14:textId="77777777" w:rsidR="00292F36" w:rsidRDefault="00000000">
            <w:r>
              <w:rPr>
                <w:sz w:val="12"/>
              </w:rPr>
              <w:t>11.5</w:t>
            </w:r>
          </w:p>
        </w:tc>
        <w:tc>
          <w:tcPr>
            <w:tcW w:w="564" w:type="dxa"/>
            <w:tcMar>
              <w:top w:w="20" w:type="dxa"/>
              <w:left w:w="50" w:type="dxa"/>
              <w:bottom w:w="20" w:type="dxa"/>
              <w:right w:w="50" w:type="dxa"/>
            </w:tcMar>
          </w:tcPr>
          <w:p w14:paraId="53DB8592" w14:textId="77777777" w:rsidR="00292F36" w:rsidRDefault="00000000">
            <w:r>
              <w:rPr>
                <w:sz w:val="12"/>
              </w:rPr>
              <w:t>17.4650002</w:t>
            </w:r>
          </w:p>
        </w:tc>
        <w:tc>
          <w:tcPr>
            <w:tcW w:w="564" w:type="dxa"/>
            <w:tcMar>
              <w:top w:w="20" w:type="dxa"/>
              <w:left w:w="50" w:type="dxa"/>
              <w:bottom w:w="20" w:type="dxa"/>
              <w:right w:w="50" w:type="dxa"/>
            </w:tcMar>
          </w:tcPr>
          <w:p w14:paraId="27A003DD" w14:textId="77777777" w:rsidR="00292F36" w:rsidRDefault="00000000">
            <w:r>
              <w:rPr>
                <w:sz w:val="12"/>
              </w:rPr>
              <w:t>1.58513244</w:t>
            </w:r>
          </w:p>
        </w:tc>
        <w:tc>
          <w:tcPr>
            <w:tcW w:w="564" w:type="dxa"/>
            <w:tcMar>
              <w:top w:w="20" w:type="dxa"/>
              <w:left w:w="50" w:type="dxa"/>
              <w:bottom w:w="20" w:type="dxa"/>
              <w:right w:w="50" w:type="dxa"/>
            </w:tcMar>
          </w:tcPr>
          <w:p w14:paraId="40C0F640" w14:textId="77777777" w:rsidR="00292F36" w:rsidRDefault="00000000">
            <w:r>
              <w:rPr>
                <w:sz w:val="12"/>
              </w:rPr>
              <w:t>0.30864198</w:t>
            </w:r>
          </w:p>
        </w:tc>
        <w:tc>
          <w:tcPr>
            <w:tcW w:w="564" w:type="dxa"/>
            <w:tcMar>
              <w:top w:w="20" w:type="dxa"/>
              <w:left w:w="50" w:type="dxa"/>
              <w:bottom w:w="20" w:type="dxa"/>
              <w:right w:w="50" w:type="dxa"/>
            </w:tcMar>
          </w:tcPr>
          <w:p w14:paraId="45B3BB3C" w14:textId="77777777" w:rsidR="00292F36" w:rsidRDefault="00000000">
            <w:r>
              <w:rPr>
                <w:sz w:val="12"/>
              </w:rPr>
              <w:t>0.61728395</w:t>
            </w:r>
          </w:p>
        </w:tc>
        <w:tc>
          <w:tcPr>
            <w:tcW w:w="564" w:type="dxa"/>
            <w:tcMar>
              <w:top w:w="20" w:type="dxa"/>
              <w:left w:w="50" w:type="dxa"/>
              <w:bottom w:w="20" w:type="dxa"/>
              <w:right w:w="50" w:type="dxa"/>
            </w:tcMar>
          </w:tcPr>
          <w:p w14:paraId="1B22B94D" w14:textId="77777777" w:rsidR="00292F36" w:rsidRDefault="00000000">
            <w:r>
              <w:rPr>
                <w:sz w:val="12"/>
              </w:rPr>
              <w:t>0.07407407</w:t>
            </w:r>
          </w:p>
        </w:tc>
        <w:tc>
          <w:tcPr>
            <w:tcW w:w="564" w:type="dxa"/>
            <w:tcMar>
              <w:top w:w="20" w:type="dxa"/>
              <w:left w:w="50" w:type="dxa"/>
              <w:bottom w:w="20" w:type="dxa"/>
              <w:right w:w="50" w:type="dxa"/>
            </w:tcMar>
          </w:tcPr>
          <w:p w14:paraId="1E2B83E9" w14:textId="77777777" w:rsidR="00292F36" w:rsidRDefault="00000000">
            <w:r>
              <w:rPr>
                <w:sz w:val="12"/>
              </w:rPr>
              <w:t>0</w:t>
            </w:r>
          </w:p>
        </w:tc>
        <w:tc>
          <w:tcPr>
            <w:tcW w:w="564" w:type="dxa"/>
            <w:tcMar>
              <w:top w:w="20" w:type="dxa"/>
              <w:left w:w="50" w:type="dxa"/>
              <w:bottom w:w="20" w:type="dxa"/>
              <w:right w:w="50" w:type="dxa"/>
            </w:tcMar>
          </w:tcPr>
          <w:p w14:paraId="06703952" w14:textId="77777777" w:rsidR="00292F36" w:rsidRDefault="00000000">
            <w:r>
              <w:rPr>
                <w:sz w:val="12"/>
              </w:rPr>
              <w:t>0</w:t>
            </w:r>
          </w:p>
        </w:tc>
        <w:tc>
          <w:tcPr>
            <w:tcW w:w="564" w:type="dxa"/>
            <w:tcMar>
              <w:top w:w="20" w:type="dxa"/>
              <w:left w:w="50" w:type="dxa"/>
              <w:bottom w:w="20" w:type="dxa"/>
              <w:right w:w="50" w:type="dxa"/>
            </w:tcMar>
          </w:tcPr>
          <w:p w14:paraId="1A53B0B2" w14:textId="77777777" w:rsidR="00292F36" w:rsidRDefault="00000000">
            <w:r>
              <w:rPr>
                <w:sz w:val="12"/>
              </w:rPr>
              <w:t>0</w:t>
            </w:r>
          </w:p>
        </w:tc>
        <w:tc>
          <w:tcPr>
            <w:tcW w:w="564" w:type="dxa"/>
            <w:tcMar>
              <w:top w:w="20" w:type="dxa"/>
              <w:left w:w="50" w:type="dxa"/>
              <w:bottom w:w="20" w:type="dxa"/>
              <w:right w:w="50" w:type="dxa"/>
            </w:tcMar>
          </w:tcPr>
          <w:p w14:paraId="17AE4F18" w14:textId="77777777" w:rsidR="00292F36" w:rsidRDefault="00000000">
            <w:r>
              <w:rPr>
                <w:sz w:val="12"/>
              </w:rPr>
              <w:t>0</w:t>
            </w:r>
          </w:p>
        </w:tc>
        <w:tc>
          <w:tcPr>
            <w:tcW w:w="564" w:type="dxa"/>
            <w:tcMar>
              <w:top w:w="20" w:type="dxa"/>
              <w:left w:w="50" w:type="dxa"/>
              <w:bottom w:w="20" w:type="dxa"/>
              <w:right w:w="50" w:type="dxa"/>
            </w:tcMar>
          </w:tcPr>
          <w:p w14:paraId="151D0890" w14:textId="77777777" w:rsidR="00292F36" w:rsidRDefault="00000000">
            <w:r>
              <w:rPr>
                <w:sz w:val="12"/>
              </w:rPr>
              <w:t>0</w:t>
            </w:r>
          </w:p>
        </w:tc>
        <w:tc>
          <w:tcPr>
            <w:tcW w:w="564" w:type="dxa"/>
            <w:tcMar>
              <w:top w:w="20" w:type="dxa"/>
              <w:left w:w="50" w:type="dxa"/>
              <w:bottom w:w="20" w:type="dxa"/>
              <w:right w:w="50" w:type="dxa"/>
            </w:tcMar>
          </w:tcPr>
          <w:p w14:paraId="15DE42AC" w14:textId="77777777" w:rsidR="00292F36" w:rsidRDefault="00000000">
            <w:r>
              <w:rPr>
                <w:sz w:val="12"/>
              </w:rPr>
              <w:t>0.00833333</w:t>
            </w:r>
          </w:p>
        </w:tc>
        <w:tc>
          <w:tcPr>
            <w:tcW w:w="564" w:type="dxa"/>
            <w:tcMar>
              <w:top w:w="20" w:type="dxa"/>
              <w:left w:w="50" w:type="dxa"/>
              <w:bottom w:w="20" w:type="dxa"/>
              <w:right w:w="50" w:type="dxa"/>
            </w:tcMar>
          </w:tcPr>
          <w:p w14:paraId="0AB08978" w14:textId="77777777" w:rsidR="00292F36" w:rsidRDefault="00000000">
            <w:r>
              <w:rPr>
                <w:sz w:val="12"/>
              </w:rPr>
              <w:t>0.73333333</w:t>
            </w:r>
          </w:p>
        </w:tc>
        <w:tc>
          <w:tcPr>
            <w:tcW w:w="564" w:type="dxa"/>
            <w:tcMar>
              <w:top w:w="20" w:type="dxa"/>
              <w:left w:w="50" w:type="dxa"/>
              <w:bottom w:w="20" w:type="dxa"/>
              <w:right w:w="50" w:type="dxa"/>
            </w:tcMar>
          </w:tcPr>
          <w:p w14:paraId="319670EC" w14:textId="77777777" w:rsidR="00292F36" w:rsidRDefault="00000000">
            <w:r>
              <w:rPr>
                <w:sz w:val="12"/>
              </w:rPr>
              <w:t>0.00833333</w:t>
            </w:r>
          </w:p>
        </w:tc>
        <w:tc>
          <w:tcPr>
            <w:tcW w:w="564" w:type="dxa"/>
            <w:tcMar>
              <w:top w:w="20" w:type="dxa"/>
              <w:left w:w="50" w:type="dxa"/>
              <w:bottom w:w="20" w:type="dxa"/>
              <w:right w:w="50" w:type="dxa"/>
            </w:tcMar>
          </w:tcPr>
          <w:p w14:paraId="7376EDA4" w14:textId="77777777" w:rsidR="00292F36" w:rsidRDefault="00000000">
            <w:r>
              <w:rPr>
                <w:sz w:val="12"/>
              </w:rPr>
              <w:t>0</w:t>
            </w:r>
          </w:p>
        </w:tc>
        <w:tc>
          <w:tcPr>
            <w:tcW w:w="564" w:type="dxa"/>
            <w:tcMar>
              <w:top w:w="20" w:type="dxa"/>
              <w:left w:w="50" w:type="dxa"/>
              <w:bottom w:w="20" w:type="dxa"/>
              <w:right w:w="50" w:type="dxa"/>
            </w:tcMar>
          </w:tcPr>
          <w:p w14:paraId="3487999A" w14:textId="77777777" w:rsidR="00292F36" w:rsidRDefault="00000000">
            <w:r>
              <w:rPr>
                <w:sz w:val="12"/>
              </w:rPr>
              <w:t>0.25</w:t>
            </w:r>
          </w:p>
        </w:tc>
        <w:tc>
          <w:tcPr>
            <w:tcW w:w="564" w:type="dxa"/>
            <w:tcMar>
              <w:top w:w="20" w:type="dxa"/>
              <w:left w:w="50" w:type="dxa"/>
              <w:bottom w:w="20" w:type="dxa"/>
              <w:right w:w="50" w:type="dxa"/>
            </w:tcMar>
          </w:tcPr>
          <w:p w14:paraId="511C6782" w14:textId="77777777" w:rsidR="00292F36" w:rsidRDefault="00000000">
            <w:r>
              <w:rPr>
                <w:sz w:val="12"/>
              </w:rPr>
              <w:t>0</w:t>
            </w:r>
          </w:p>
        </w:tc>
      </w:tr>
      <w:tr w:rsidR="00292F36" w14:paraId="7D2F8F96" w14:textId="77777777">
        <w:tc>
          <w:tcPr>
            <w:tcW w:w="564" w:type="dxa"/>
            <w:tcMar>
              <w:top w:w="20" w:type="dxa"/>
              <w:left w:w="50" w:type="dxa"/>
              <w:bottom w:w="20" w:type="dxa"/>
              <w:right w:w="50" w:type="dxa"/>
            </w:tcMar>
          </w:tcPr>
          <w:p w14:paraId="469E117D" w14:textId="77777777" w:rsidR="00292F36" w:rsidRDefault="00000000">
            <w:r>
              <w:rPr>
                <w:sz w:val="12"/>
              </w:rPr>
              <w:t>2017_isla_san_jeronimo_isla_san_jeronimo_sport_fish_deep_2</w:t>
            </w:r>
          </w:p>
        </w:tc>
        <w:tc>
          <w:tcPr>
            <w:tcW w:w="564" w:type="dxa"/>
            <w:tcMar>
              <w:top w:w="20" w:type="dxa"/>
              <w:left w:w="50" w:type="dxa"/>
              <w:bottom w:w="20" w:type="dxa"/>
              <w:right w:w="50" w:type="dxa"/>
            </w:tcMar>
          </w:tcPr>
          <w:p w14:paraId="3911C7B8" w14:textId="77777777" w:rsidR="00292F36" w:rsidRDefault="00000000">
            <w:r>
              <w:rPr>
                <w:sz w:val="12"/>
              </w:rPr>
              <w:t>0.02863768</w:t>
            </w:r>
          </w:p>
        </w:tc>
        <w:tc>
          <w:tcPr>
            <w:tcW w:w="564" w:type="dxa"/>
            <w:tcMar>
              <w:top w:w="20" w:type="dxa"/>
              <w:left w:w="50" w:type="dxa"/>
              <w:bottom w:w="20" w:type="dxa"/>
              <w:right w:w="50" w:type="dxa"/>
            </w:tcMar>
          </w:tcPr>
          <w:p w14:paraId="7A27B97A" w14:textId="77777777" w:rsidR="00292F36" w:rsidRDefault="00000000">
            <w:r>
              <w:rPr>
                <w:sz w:val="12"/>
              </w:rPr>
              <w:t>-0.3177636</w:t>
            </w:r>
          </w:p>
        </w:tc>
        <w:tc>
          <w:tcPr>
            <w:tcW w:w="564" w:type="dxa"/>
            <w:tcMar>
              <w:top w:w="20" w:type="dxa"/>
              <w:left w:w="50" w:type="dxa"/>
              <w:bottom w:w="20" w:type="dxa"/>
              <w:right w:w="50" w:type="dxa"/>
            </w:tcMar>
          </w:tcPr>
          <w:p w14:paraId="61038324" w14:textId="77777777" w:rsidR="00292F36" w:rsidRDefault="00000000">
            <w:r>
              <w:rPr>
                <w:sz w:val="12"/>
              </w:rPr>
              <w:t>2017</w:t>
            </w:r>
          </w:p>
        </w:tc>
        <w:tc>
          <w:tcPr>
            <w:tcW w:w="564" w:type="dxa"/>
            <w:tcMar>
              <w:top w:w="20" w:type="dxa"/>
              <w:left w:w="50" w:type="dxa"/>
              <w:bottom w:w="20" w:type="dxa"/>
              <w:right w:w="50" w:type="dxa"/>
            </w:tcMar>
          </w:tcPr>
          <w:p w14:paraId="5ECAE5A7" w14:textId="77777777" w:rsidR="00292F36" w:rsidRDefault="00000000">
            <w:r>
              <w:rPr>
                <w:sz w:val="12"/>
              </w:rPr>
              <w:t>el_rosario</w:t>
            </w:r>
          </w:p>
        </w:tc>
        <w:tc>
          <w:tcPr>
            <w:tcW w:w="564" w:type="dxa"/>
            <w:tcMar>
              <w:top w:w="20" w:type="dxa"/>
              <w:left w:w="50" w:type="dxa"/>
              <w:bottom w:w="20" w:type="dxa"/>
              <w:right w:w="50" w:type="dxa"/>
            </w:tcMar>
          </w:tcPr>
          <w:p w14:paraId="28D90EE3" w14:textId="77777777" w:rsidR="00292F36" w:rsidRDefault="00000000">
            <w:r>
              <w:rPr>
                <w:sz w:val="12"/>
              </w:rPr>
              <w:t>Middle</w:t>
            </w:r>
          </w:p>
        </w:tc>
        <w:tc>
          <w:tcPr>
            <w:tcW w:w="564" w:type="dxa"/>
            <w:tcMar>
              <w:top w:w="20" w:type="dxa"/>
              <w:left w:w="50" w:type="dxa"/>
              <w:bottom w:w="20" w:type="dxa"/>
              <w:right w:w="50" w:type="dxa"/>
            </w:tcMar>
          </w:tcPr>
          <w:p w14:paraId="2A1CDE6D" w14:textId="77777777" w:rsidR="00292F36" w:rsidRDefault="00000000">
            <w:r>
              <w:rPr>
                <w:sz w:val="12"/>
              </w:rPr>
              <w:t>isla_san_jeronimo</w:t>
            </w:r>
          </w:p>
        </w:tc>
        <w:tc>
          <w:tcPr>
            <w:tcW w:w="564" w:type="dxa"/>
            <w:tcMar>
              <w:top w:w="20" w:type="dxa"/>
              <w:left w:w="50" w:type="dxa"/>
              <w:bottom w:w="20" w:type="dxa"/>
              <w:right w:w="50" w:type="dxa"/>
            </w:tcMar>
          </w:tcPr>
          <w:p w14:paraId="308DCBC6" w14:textId="77777777" w:rsidR="00292F36" w:rsidRDefault="00000000">
            <w:r>
              <w:rPr>
                <w:sz w:val="12"/>
              </w:rPr>
              <w:t>isla_san_jeronimo_sport_fish_deep</w:t>
            </w:r>
          </w:p>
        </w:tc>
        <w:tc>
          <w:tcPr>
            <w:tcW w:w="564" w:type="dxa"/>
            <w:tcMar>
              <w:top w:w="20" w:type="dxa"/>
              <w:left w:w="50" w:type="dxa"/>
              <w:bottom w:w="20" w:type="dxa"/>
              <w:right w:w="50" w:type="dxa"/>
            </w:tcMar>
          </w:tcPr>
          <w:p w14:paraId="4ACF2C0B" w14:textId="77777777" w:rsidR="00292F36" w:rsidRDefault="00000000">
            <w:r>
              <w:rPr>
                <w:sz w:val="12"/>
              </w:rPr>
              <w:t>12.8</w:t>
            </w:r>
          </w:p>
        </w:tc>
        <w:tc>
          <w:tcPr>
            <w:tcW w:w="564" w:type="dxa"/>
            <w:tcMar>
              <w:top w:w="20" w:type="dxa"/>
              <w:left w:w="50" w:type="dxa"/>
              <w:bottom w:w="20" w:type="dxa"/>
              <w:right w:w="50" w:type="dxa"/>
            </w:tcMar>
          </w:tcPr>
          <w:p w14:paraId="08D975EB" w14:textId="77777777" w:rsidR="00292F36" w:rsidRDefault="00000000">
            <w:r>
              <w:rPr>
                <w:sz w:val="12"/>
              </w:rPr>
              <w:t>18.9500008</w:t>
            </w:r>
          </w:p>
        </w:tc>
        <w:tc>
          <w:tcPr>
            <w:tcW w:w="564" w:type="dxa"/>
            <w:tcMar>
              <w:top w:w="20" w:type="dxa"/>
              <w:left w:w="50" w:type="dxa"/>
              <w:bottom w:w="20" w:type="dxa"/>
              <w:right w:w="50" w:type="dxa"/>
            </w:tcMar>
          </w:tcPr>
          <w:p w14:paraId="198D7CA2" w14:textId="77777777" w:rsidR="00292F36" w:rsidRDefault="00000000">
            <w:r>
              <w:rPr>
                <w:sz w:val="12"/>
              </w:rPr>
              <w:t>1.58513244</w:t>
            </w:r>
          </w:p>
        </w:tc>
        <w:tc>
          <w:tcPr>
            <w:tcW w:w="564" w:type="dxa"/>
            <w:tcMar>
              <w:top w:w="20" w:type="dxa"/>
              <w:left w:w="50" w:type="dxa"/>
              <w:bottom w:w="20" w:type="dxa"/>
              <w:right w:w="50" w:type="dxa"/>
            </w:tcMar>
          </w:tcPr>
          <w:p w14:paraId="63F31888" w14:textId="77777777" w:rsidR="00292F36" w:rsidRDefault="00000000">
            <w:r>
              <w:rPr>
                <w:sz w:val="12"/>
              </w:rPr>
              <w:t>0.4587156</w:t>
            </w:r>
          </w:p>
        </w:tc>
        <w:tc>
          <w:tcPr>
            <w:tcW w:w="564" w:type="dxa"/>
            <w:tcMar>
              <w:top w:w="20" w:type="dxa"/>
              <w:left w:w="50" w:type="dxa"/>
              <w:bottom w:w="20" w:type="dxa"/>
              <w:right w:w="50" w:type="dxa"/>
            </w:tcMar>
          </w:tcPr>
          <w:p w14:paraId="000116C4" w14:textId="77777777" w:rsidR="00292F36" w:rsidRDefault="00000000">
            <w:r>
              <w:rPr>
                <w:sz w:val="12"/>
              </w:rPr>
              <w:t>0.41284404</w:t>
            </w:r>
          </w:p>
        </w:tc>
        <w:tc>
          <w:tcPr>
            <w:tcW w:w="564" w:type="dxa"/>
            <w:tcMar>
              <w:top w:w="20" w:type="dxa"/>
              <w:left w:w="50" w:type="dxa"/>
              <w:bottom w:w="20" w:type="dxa"/>
              <w:right w:w="50" w:type="dxa"/>
            </w:tcMar>
          </w:tcPr>
          <w:p w14:paraId="44D30C42" w14:textId="77777777" w:rsidR="00292F36" w:rsidRDefault="00000000">
            <w:r>
              <w:rPr>
                <w:sz w:val="12"/>
              </w:rPr>
              <w:t>0.12844037</w:t>
            </w:r>
          </w:p>
        </w:tc>
        <w:tc>
          <w:tcPr>
            <w:tcW w:w="564" w:type="dxa"/>
            <w:tcMar>
              <w:top w:w="20" w:type="dxa"/>
              <w:left w:w="50" w:type="dxa"/>
              <w:bottom w:w="20" w:type="dxa"/>
              <w:right w:w="50" w:type="dxa"/>
            </w:tcMar>
          </w:tcPr>
          <w:p w14:paraId="6F8A1C83" w14:textId="77777777" w:rsidR="00292F36" w:rsidRDefault="00000000">
            <w:r>
              <w:rPr>
                <w:sz w:val="12"/>
              </w:rPr>
              <w:t>0</w:t>
            </w:r>
          </w:p>
        </w:tc>
        <w:tc>
          <w:tcPr>
            <w:tcW w:w="564" w:type="dxa"/>
            <w:tcMar>
              <w:top w:w="20" w:type="dxa"/>
              <w:left w:w="50" w:type="dxa"/>
              <w:bottom w:w="20" w:type="dxa"/>
              <w:right w:w="50" w:type="dxa"/>
            </w:tcMar>
          </w:tcPr>
          <w:p w14:paraId="2074C1CE" w14:textId="77777777" w:rsidR="00292F36" w:rsidRDefault="00000000">
            <w:r>
              <w:rPr>
                <w:sz w:val="12"/>
              </w:rPr>
              <w:t>0</w:t>
            </w:r>
          </w:p>
        </w:tc>
        <w:tc>
          <w:tcPr>
            <w:tcW w:w="564" w:type="dxa"/>
            <w:tcMar>
              <w:top w:w="20" w:type="dxa"/>
              <w:left w:w="50" w:type="dxa"/>
              <w:bottom w:w="20" w:type="dxa"/>
              <w:right w:w="50" w:type="dxa"/>
            </w:tcMar>
          </w:tcPr>
          <w:p w14:paraId="3A3BCB30" w14:textId="77777777" w:rsidR="00292F36" w:rsidRDefault="00000000">
            <w:r>
              <w:rPr>
                <w:sz w:val="12"/>
              </w:rPr>
              <w:t>0</w:t>
            </w:r>
          </w:p>
        </w:tc>
        <w:tc>
          <w:tcPr>
            <w:tcW w:w="564" w:type="dxa"/>
            <w:tcMar>
              <w:top w:w="20" w:type="dxa"/>
              <w:left w:w="50" w:type="dxa"/>
              <w:bottom w:w="20" w:type="dxa"/>
              <w:right w:w="50" w:type="dxa"/>
            </w:tcMar>
          </w:tcPr>
          <w:p w14:paraId="22EEB1A1" w14:textId="77777777" w:rsidR="00292F36" w:rsidRDefault="00000000">
            <w:r>
              <w:rPr>
                <w:sz w:val="12"/>
              </w:rPr>
              <w:t>0</w:t>
            </w:r>
          </w:p>
        </w:tc>
        <w:tc>
          <w:tcPr>
            <w:tcW w:w="564" w:type="dxa"/>
            <w:tcMar>
              <w:top w:w="20" w:type="dxa"/>
              <w:left w:w="50" w:type="dxa"/>
              <w:bottom w:w="20" w:type="dxa"/>
              <w:right w:w="50" w:type="dxa"/>
            </w:tcMar>
          </w:tcPr>
          <w:p w14:paraId="3A212204" w14:textId="77777777" w:rsidR="00292F36" w:rsidRDefault="00000000">
            <w:r>
              <w:rPr>
                <w:sz w:val="12"/>
              </w:rPr>
              <w:t>0</w:t>
            </w:r>
          </w:p>
        </w:tc>
        <w:tc>
          <w:tcPr>
            <w:tcW w:w="564" w:type="dxa"/>
            <w:tcMar>
              <w:top w:w="20" w:type="dxa"/>
              <w:left w:w="50" w:type="dxa"/>
              <w:bottom w:w="20" w:type="dxa"/>
              <w:right w:w="50" w:type="dxa"/>
            </w:tcMar>
          </w:tcPr>
          <w:p w14:paraId="2422B398" w14:textId="77777777" w:rsidR="00292F36" w:rsidRDefault="00000000">
            <w:r>
              <w:rPr>
                <w:sz w:val="12"/>
              </w:rPr>
              <w:t>0</w:t>
            </w:r>
          </w:p>
        </w:tc>
        <w:tc>
          <w:tcPr>
            <w:tcW w:w="564" w:type="dxa"/>
            <w:tcMar>
              <w:top w:w="20" w:type="dxa"/>
              <w:left w:w="50" w:type="dxa"/>
              <w:bottom w:w="20" w:type="dxa"/>
              <w:right w:w="50" w:type="dxa"/>
            </w:tcMar>
          </w:tcPr>
          <w:p w14:paraId="62509446" w14:textId="77777777" w:rsidR="00292F36" w:rsidRDefault="00000000">
            <w:r>
              <w:rPr>
                <w:sz w:val="12"/>
              </w:rPr>
              <w:t>0.81111111</w:t>
            </w:r>
          </w:p>
        </w:tc>
        <w:tc>
          <w:tcPr>
            <w:tcW w:w="564" w:type="dxa"/>
            <w:tcMar>
              <w:top w:w="20" w:type="dxa"/>
              <w:left w:w="50" w:type="dxa"/>
              <w:bottom w:w="20" w:type="dxa"/>
              <w:right w:w="50" w:type="dxa"/>
            </w:tcMar>
          </w:tcPr>
          <w:p w14:paraId="48553B43" w14:textId="77777777" w:rsidR="00292F36" w:rsidRDefault="00000000">
            <w:r>
              <w:rPr>
                <w:sz w:val="12"/>
              </w:rPr>
              <w:t>0</w:t>
            </w:r>
          </w:p>
        </w:tc>
        <w:tc>
          <w:tcPr>
            <w:tcW w:w="564" w:type="dxa"/>
            <w:tcMar>
              <w:top w:w="20" w:type="dxa"/>
              <w:left w:w="50" w:type="dxa"/>
              <w:bottom w:w="20" w:type="dxa"/>
              <w:right w:w="50" w:type="dxa"/>
            </w:tcMar>
          </w:tcPr>
          <w:p w14:paraId="08CF6085" w14:textId="77777777" w:rsidR="00292F36" w:rsidRDefault="00000000">
            <w:r>
              <w:rPr>
                <w:sz w:val="12"/>
              </w:rPr>
              <w:t>0</w:t>
            </w:r>
          </w:p>
        </w:tc>
        <w:tc>
          <w:tcPr>
            <w:tcW w:w="564" w:type="dxa"/>
            <w:tcMar>
              <w:top w:w="20" w:type="dxa"/>
              <w:left w:w="50" w:type="dxa"/>
              <w:bottom w:w="20" w:type="dxa"/>
              <w:right w:w="50" w:type="dxa"/>
            </w:tcMar>
          </w:tcPr>
          <w:p w14:paraId="16B6865E" w14:textId="77777777" w:rsidR="00292F36" w:rsidRDefault="00000000">
            <w:r>
              <w:rPr>
                <w:sz w:val="12"/>
              </w:rPr>
              <w:t>0.17777778</w:t>
            </w:r>
          </w:p>
        </w:tc>
        <w:tc>
          <w:tcPr>
            <w:tcW w:w="564" w:type="dxa"/>
            <w:tcMar>
              <w:top w:w="20" w:type="dxa"/>
              <w:left w:w="50" w:type="dxa"/>
              <w:bottom w:w="20" w:type="dxa"/>
              <w:right w:w="50" w:type="dxa"/>
            </w:tcMar>
          </w:tcPr>
          <w:p w14:paraId="734D7287" w14:textId="77777777" w:rsidR="00292F36" w:rsidRDefault="00000000">
            <w:r>
              <w:rPr>
                <w:sz w:val="12"/>
              </w:rPr>
              <w:t>0.01111111</w:t>
            </w:r>
          </w:p>
        </w:tc>
      </w:tr>
      <w:tr w:rsidR="00292F36" w14:paraId="3BC11E24" w14:textId="77777777">
        <w:tc>
          <w:tcPr>
            <w:tcW w:w="564" w:type="dxa"/>
            <w:tcMar>
              <w:top w:w="20" w:type="dxa"/>
              <w:left w:w="50" w:type="dxa"/>
              <w:bottom w:w="20" w:type="dxa"/>
              <w:right w:w="50" w:type="dxa"/>
            </w:tcMar>
          </w:tcPr>
          <w:p w14:paraId="24A478F0" w14:textId="77777777" w:rsidR="00292F36" w:rsidRDefault="00000000">
            <w:r>
              <w:rPr>
                <w:sz w:val="12"/>
              </w:rPr>
              <w:t>2017_isla_san_jeronimo_isla_san_jeronimo_sport_fish_mid_1</w:t>
            </w:r>
          </w:p>
        </w:tc>
        <w:tc>
          <w:tcPr>
            <w:tcW w:w="564" w:type="dxa"/>
            <w:tcMar>
              <w:top w:w="20" w:type="dxa"/>
              <w:left w:w="50" w:type="dxa"/>
              <w:bottom w:w="20" w:type="dxa"/>
              <w:right w:w="50" w:type="dxa"/>
            </w:tcMar>
          </w:tcPr>
          <w:p w14:paraId="54C04403" w14:textId="77777777" w:rsidR="00292F36" w:rsidRDefault="00000000">
            <w:r>
              <w:rPr>
                <w:sz w:val="12"/>
              </w:rPr>
              <w:t>-0.4631918</w:t>
            </w:r>
          </w:p>
        </w:tc>
        <w:tc>
          <w:tcPr>
            <w:tcW w:w="564" w:type="dxa"/>
            <w:tcMar>
              <w:top w:w="20" w:type="dxa"/>
              <w:left w:w="50" w:type="dxa"/>
              <w:bottom w:w="20" w:type="dxa"/>
              <w:right w:w="50" w:type="dxa"/>
            </w:tcMar>
          </w:tcPr>
          <w:p w14:paraId="6EFE0319" w14:textId="77777777" w:rsidR="00292F36" w:rsidRDefault="00000000">
            <w:r>
              <w:rPr>
                <w:sz w:val="12"/>
              </w:rPr>
              <w:t>-0.5300784</w:t>
            </w:r>
          </w:p>
        </w:tc>
        <w:tc>
          <w:tcPr>
            <w:tcW w:w="564" w:type="dxa"/>
            <w:tcMar>
              <w:top w:w="20" w:type="dxa"/>
              <w:left w:w="50" w:type="dxa"/>
              <w:bottom w:w="20" w:type="dxa"/>
              <w:right w:w="50" w:type="dxa"/>
            </w:tcMar>
          </w:tcPr>
          <w:p w14:paraId="21C9D862" w14:textId="77777777" w:rsidR="00292F36" w:rsidRDefault="00000000">
            <w:r>
              <w:rPr>
                <w:sz w:val="12"/>
              </w:rPr>
              <w:t>2017</w:t>
            </w:r>
          </w:p>
        </w:tc>
        <w:tc>
          <w:tcPr>
            <w:tcW w:w="564" w:type="dxa"/>
            <w:tcMar>
              <w:top w:w="20" w:type="dxa"/>
              <w:left w:w="50" w:type="dxa"/>
              <w:bottom w:w="20" w:type="dxa"/>
              <w:right w:w="50" w:type="dxa"/>
            </w:tcMar>
          </w:tcPr>
          <w:p w14:paraId="577EFCA5" w14:textId="77777777" w:rsidR="00292F36" w:rsidRDefault="00000000">
            <w:r>
              <w:rPr>
                <w:sz w:val="12"/>
              </w:rPr>
              <w:t>el_rosario</w:t>
            </w:r>
          </w:p>
        </w:tc>
        <w:tc>
          <w:tcPr>
            <w:tcW w:w="564" w:type="dxa"/>
            <w:tcMar>
              <w:top w:w="20" w:type="dxa"/>
              <w:left w:w="50" w:type="dxa"/>
              <w:bottom w:w="20" w:type="dxa"/>
              <w:right w:w="50" w:type="dxa"/>
            </w:tcMar>
          </w:tcPr>
          <w:p w14:paraId="3DAF2600" w14:textId="77777777" w:rsidR="00292F36" w:rsidRDefault="00000000">
            <w:r>
              <w:rPr>
                <w:sz w:val="12"/>
              </w:rPr>
              <w:t>Middle</w:t>
            </w:r>
          </w:p>
        </w:tc>
        <w:tc>
          <w:tcPr>
            <w:tcW w:w="564" w:type="dxa"/>
            <w:tcMar>
              <w:top w:w="20" w:type="dxa"/>
              <w:left w:w="50" w:type="dxa"/>
              <w:bottom w:w="20" w:type="dxa"/>
              <w:right w:w="50" w:type="dxa"/>
            </w:tcMar>
          </w:tcPr>
          <w:p w14:paraId="0351A299" w14:textId="77777777" w:rsidR="00292F36" w:rsidRDefault="00000000">
            <w:r>
              <w:rPr>
                <w:sz w:val="12"/>
              </w:rPr>
              <w:t>isla_san_jeronimo</w:t>
            </w:r>
          </w:p>
        </w:tc>
        <w:tc>
          <w:tcPr>
            <w:tcW w:w="564" w:type="dxa"/>
            <w:tcMar>
              <w:top w:w="20" w:type="dxa"/>
              <w:left w:w="50" w:type="dxa"/>
              <w:bottom w:w="20" w:type="dxa"/>
              <w:right w:w="50" w:type="dxa"/>
            </w:tcMar>
          </w:tcPr>
          <w:p w14:paraId="6DD77DD4" w14:textId="77777777" w:rsidR="00292F36" w:rsidRDefault="00000000">
            <w:r>
              <w:rPr>
                <w:sz w:val="12"/>
              </w:rPr>
              <w:t>isla_san_jeronimo_sport_fish_mid</w:t>
            </w:r>
          </w:p>
        </w:tc>
        <w:tc>
          <w:tcPr>
            <w:tcW w:w="564" w:type="dxa"/>
            <w:tcMar>
              <w:top w:w="20" w:type="dxa"/>
              <w:left w:w="50" w:type="dxa"/>
              <w:bottom w:w="20" w:type="dxa"/>
              <w:right w:w="50" w:type="dxa"/>
            </w:tcMar>
          </w:tcPr>
          <w:p w14:paraId="7F031B56" w14:textId="77777777" w:rsidR="00292F36" w:rsidRDefault="00000000">
            <w:r>
              <w:rPr>
                <w:sz w:val="12"/>
              </w:rPr>
              <w:t>10.3</w:t>
            </w:r>
          </w:p>
        </w:tc>
        <w:tc>
          <w:tcPr>
            <w:tcW w:w="564" w:type="dxa"/>
            <w:tcMar>
              <w:top w:w="20" w:type="dxa"/>
              <w:left w:w="50" w:type="dxa"/>
              <w:bottom w:w="20" w:type="dxa"/>
              <w:right w:w="50" w:type="dxa"/>
            </w:tcMar>
          </w:tcPr>
          <w:p w14:paraId="353CA39C" w14:textId="77777777" w:rsidR="00292F36" w:rsidRDefault="00000000">
            <w:r>
              <w:rPr>
                <w:sz w:val="12"/>
              </w:rPr>
              <w:t>18.9500008</w:t>
            </w:r>
          </w:p>
        </w:tc>
        <w:tc>
          <w:tcPr>
            <w:tcW w:w="564" w:type="dxa"/>
            <w:tcMar>
              <w:top w:w="20" w:type="dxa"/>
              <w:left w:w="50" w:type="dxa"/>
              <w:bottom w:w="20" w:type="dxa"/>
              <w:right w:w="50" w:type="dxa"/>
            </w:tcMar>
          </w:tcPr>
          <w:p w14:paraId="725D6AC4" w14:textId="77777777" w:rsidR="00292F36" w:rsidRDefault="00000000">
            <w:r>
              <w:rPr>
                <w:sz w:val="12"/>
              </w:rPr>
              <w:t>1.85958014</w:t>
            </w:r>
          </w:p>
        </w:tc>
        <w:tc>
          <w:tcPr>
            <w:tcW w:w="564" w:type="dxa"/>
            <w:tcMar>
              <w:top w:w="20" w:type="dxa"/>
              <w:left w:w="50" w:type="dxa"/>
              <w:bottom w:w="20" w:type="dxa"/>
              <w:right w:w="50" w:type="dxa"/>
            </w:tcMar>
          </w:tcPr>
          <w:p w14:paraId="04D5CBE8" w14:textId="77777777" w:rsidR="00292F36" w:rsidRDefault="00000000">
            <w:r>
              <w:rPr>
                <w:sz w:val="12"/>
              </w:rPr>
              <w:t>0.74881517</w:t>
            </w:r>
          </w:p>
        </w:tc>
        <w:tc>
          <w:tcPr>
            <w:tcW w:w="564" w:type="dxa"/>
            <w:tcMar>
              <w:top w:w="20" w:type="dxa"/>
              <w:left w:w="50" w:type="dxa"/>
              <w:bottom w:w="20" w:type="dxa"/>
              <w:right w:w="50" w:type="dxa"/>
            </w:tcMar>
          </w:tcPr>
          <w:p w14:paraId="18FC2993" w14:textId="77777777" w:rsidR="00292F36" w:rsidRDefault="00000000">
            <w:r>
              <w:rPr>
                <w:sz w:val="12"/>
              </w:rPr>
              <w:t>0.21327014</w:t>
            </w:r>
          </w:p>
        </w:tc>
        <w:tc>
          <w:tcPr>
            <w:tcW w:w="564" w:type="dxa"/>
            <w:tcMar>
              <w:top w:w="20" w:type="dxa"/>
              <w:left w:w="50" w:type="dxa"/>
              <w:bottom w:w="20" w:type="dxa"/>
              <w:right w:w="50" w:type="dxa"/>
            </w:tcMar>
          </w:tcPr>
          <w:p w14:paraId="1CD398EA" w14:textId="77777777" w:rsidR="00292F36" w:rsidRDefault="00000000">
            <w:r>
              <w:rPr>
                <w:sz w:val="12"/>
              </w:rPr>
              <w:t>0.03791469</w:t>
            </w:r>
          </w:p>
        </w:tc>
        <w:tc>
          <w:tcPr>
            <w:tcW w:w="564" w:type="dxa"/>
            <w:tcMar>
              <w:top w:w="20" w:type="dxa"/>
              <w:left w:w="50" w:type="dxa"/>
              <w:bottom w:w="20" w:type="dxa"/>
              <w:right w:w="50" w:type="dxa"/>
            </w:tcMar>
          </w:tcPr>
          <w:p w14:paraId="7C9DF86F" w14:textId="77777777" w:rsidR="00292F36" w:rsidRDefault="00000000">
            <w:r>
              <w:rPr>
                <w:sz w:val="12"/>
              </w:rPr>
              <w:t>0</w:t>
            </w:r>
          </w:p>
        </w:tc>
        <w:tc>
          <w:tcPr>
            <w:tcW w:w="564" w:type="dxa"/>
            <w:tcMar>
              <w:top w:w="20" w:type="dxa"/>
              <w:left w:w="50" w:type="dxa"/>
              <w:bottom w:w="20" w:type="dxa"/>
              <w:right w:w="50" w:type="dxa"/>
            </w:tcMar>
          </w:tcPr>
          <w:p w14:paraId="5350B9B4" w14:textId="77777777" w:rsidR="00292F36" w:rsidRDefault="00000000">
            <w:r>
              <w:rPr>
                <w:sz w:val="12"/>
              </w:rPr>
              <w:t>0</w:t>
            </w:r>
          </w:p>
        </w:tc>
        <w:tc>
          <w:tcPr>
            <w:tcW w:w="564" w:type="dxa"/>
            <w:tcMar>
              <w:top w:w="20" w:type="dxa"/>
              <w:left w:w="50" w:type="dxa"/>
              <w:bottom w:w="20" w:type="dxa"/>
              <w:right w:w="50" w:type="dxa"/>
            </w:tcMar>
          </w:tcPr>
          <w:p w14:paraId="5AF10023" w14:textId="77777777" w:rsidR="00292F36" w:rsidRDefault="00000000">
            <w:r>
              <w:rPr>
                <w:sz w:val="12"/>
              </w:rPr>
              <w:t>0</w:t>
            </w:r>
          </w:p>
        </w:tc>
        <w:tc>
          <w:tcPr>
            <w:tcW w:w="564" w:type="dxa"/>
            <w:tcMar>
              <w:top w:w="20" w:type="dxa"/>
              <w:left w:w="50" w:type="dxa"/>
              <w:bottom w:w="20" w:type="dxa"/>
              <w:right w:w="50" w:type="dxa"/>
            </w:tcMar>
          </w:tcPr>
          <w:p w14:paraId="6A9F1F12" w14:textId="77777777" w:rsidR="00292F36" w:rsidRDefault="00000000">
            <w:r>
              <w:rPr>
                <w:sz w:val="12"/>
              </w:rPr>
              <w:t>0</w:t>
            </w:r>
          </w:p>
        </w:tc>
        <w:tc>
          <w:tcPr>
            <w:tcW w:w="564" w:type="dxa"/>
            <w:tcMar>
              <w:top w:w="20" w:type="dxa"/>
              <w:left w:w="50" w:type="dxa"/>
              <w:bottom w:w="20" w:type="dxa"/>
              <w:right w:w="50" w:type="dxa"/>
            </w:tcMar>
          </w:tcPr>
          <w:p w14:paraId="7577E601" w14:textId="77777777" w:rsidR="00292F36" w:rsidRDefault="00000000">
            <w:r>
              <w:rPr>
                <w:sz w:val="12"/>
              </w:rPr>
              <w:t>0</w:t>
            </w:r>
          </w:p>
        </w:tc>
        <w:tc>
          <w:tcPr>
            <w:tcW w:w="564" w:type="dxa"/>
            <w:tcMar>
              <w:top w:w="20" w:type="dxa"/>
              <w:left w:w="50" w:type="dxa"/>
              <w:bottom w:w="20" w:type="dxa"/>
              <w:right w:w="50" w:type="dxa"/>
            </w:tcMar>
          </w:tcPr>
          <w:p w14:paraId="13BFA6DB" w14:textId="77777777" w:rsidR="00292F36" w:rsidRDefault="00000000">
            <w:r>
              <w:rPr>
                <w:sz w:val="12"/>
              </w:rPr>
              <w:t>0.04347826</w:t>
            </w:r>
          </w:p>
        </w:tc>
        <w:tc>
          <w:tcPr>
            <w:tcW w:w="564" w:type="dxa"/>
            <w:tcMar>
              <w:top w:w="20" w:type="dxa"/>
              <w:left w:w="50" w:type="dxa"/>
              <w:bottom w:w="20" w:type="dxa"/>
              <w:right w:w="50" w:type="dxa"/>
            </w:tcMar>
          </w:tcPr>
          <w:p w14:paraId="3A70E804" w14:textId="77777777" w:rsidR="00292F36" w:rsidRDefault="00000000">
            <w:r>
              <w:rPr>
                <w:sz w:val="12"/>
              </w:rPr>
              <w:t>0.26086957</w:t>
            </w:r>
          </w:p>
        </w:tc>
        <w:tc>
          <w:tcPr>
            <w:tcW w:w="564" w:type="dxa"/>
            <w:tcMar>
              <w:top w:w="20" w:type="dxa"/>
              <w:left w:w="50" w:type="dxa"/>
              <w:bottom w:w="20" w:type="dxa"/>
              <w:right w:w="50" w:type="dxa"/>
            </w:tcMar>
          </w:tcPr>
          <w:p w14:paraId="1881ADBC" w14:textId="77777777" w:rsidR="00292F36" w:rsidRDefault="00000000">
            <w:r>
              <w:rPr>
                <w:sz w:val="12"/>
              </w:rPr>
              <w:t>0</w:t>
            </w:r>
          </w:p>
        </w:tc>
        <w:tc>
          <w:tcPr>
            <w:tcW w:w="564" w:type="dxa"/>
            <w:tcMar>
              <w:top w:w="20" w:type="dxa"/>
              <w:left w:w="50" w:type="dxa"/>
              <w:bottom w:w="20" w:type="dxa"/>
              <w:right w:w="50" w:type="dxa"/>
            </w:tcMar>
          </w:tcPr>
          <w:p w14:paraId="41F2B553" w14:textId="77777777" w:rsidR="00292F36" w:rsidRDefault="00000000">
            <w:r>
              <w:rPr>
                <w:sz w:val="12"/>
              </w:rPr>
              <w:t>0</w:t>
            </w:r>
          </w:p>
        </w:tc>
        <w:tc>
          <w:tcPr>
            <w:tcW w:w="564" w:type="dxa"/>
            <w:tcMar>
              <w:top w:w="20" w:type="dxa"/>
              <w:left w:w="50" w:type="dxa"/>
              <w:bottom w:w="20" w:type="dxa"/>
              <w:right w:w="50" w:type="dxa"/>
            </w:tcMar>
          </w:tcPr>
          <w:p w14:paraId="17231B8E" w14:textId="77777777" w:rsidR="00292F36" w:rsidRDefault="00000000">
            <w:r>
              <w:rPr>
                <w:sz w:val="12"/>
              </w:rPr>
              <w:t>0.69565217</w:t>
            </w:r>
          </w:p>
        </w:tc>
        <w:tc>
          <w:tcPr>
            <w:tcW w:w="564" w:type="dxa"/>
            <w:tcMar>
              <w:top w:w="20" w:type="dxa"/>
              <w:left w:w="50" w:type="dxa"/>
              <w:bottom w:w="20" w:type="dxa"/>
              <w:right w:w="50" w:type="dxa"/>
            </w:tcMar>
          </w:tcPr>
          <w:p w14:paraId="38E4C75D" w14:textId="77777777" w:rsidR="00292F36" w:rsidRDefault="00000000">
            <w:r>
              <w:rPr>
                <w:sz w:val="12"/>
              </w:rPr>
              <w:t>0</w:t>
            </w:r>
          </w:p>
        </w:tc>
      </w:tr>
      <w:tr w:rsidR="00292F36" w14:paraId="614EC596" w14:textId="77777777">
        <w:tc>
          <w:tcPr>
            <w:tcW w:w="564" w:type="dxa"/>
            <w:tcMar>
              <w:top w:w="20" w:type="dxa"/>
              <w:left w:w="50" w:type="dxa"/>
              <w:bottom w:w="20" w:type="dxa"/>
              <w:right w:w="50" w:type="dxa"/>
            </w:tcMar>
          </w:tcPr>
          <w:p w14:paraId="7AAE1F5F" w14:textId="77777777" w:rsidR="00292F36" w:rsidRDefault="00000000">
            <w:r>
              <w:rPr>
                <w:sz w:val="12"/>
              </w:rPr>
              <w:t>2017_isla_san_jeronimo_is</w:t>
            </w:r>
            <w:r>
              <w:rPr>
                <w:sz w:val="12"/>
              </w:rPr>
              <w:lastRenderedPageBreak/>
              <w:t>la_san_jeronimo_sport_fish_mid_2</w:t>
            </w:r>
          </w:p>
        </w:tc>
        <w:tc>
          <w:tcPr>
            <w:tcW w:w="564" w:type="dxa"/>
            <w:tcMar>
              <w:top w:w="20" w:type="dxa"/>
              <w:left w:w="50" w:type="dxa"/>
              <w:bottom w:w="20" w:type="dxa"/>
              <w:right w:w="50" w:type="dxa"/>
            </w:tcMar>
          </w:tcPr>
          <w:p w14:paraId="04F6669E" w14:textId="77777777" w:rsidR="00292F36" w:rsidRDefault="00000000">
            <w:r>
              <w:rPr>
                <w:sz w:val="12"/>
              </w:rPr>
              <w:lastRenderedPageBreak/>
              <w:t>0.16030588</w:t>
            </w:r>
          </w:p>
        </w:tc>
        <w:tc>
          <w:tcPr>
            <w:tcW w:w="564" w:type="dxa"/>
            <w:tcMar>
              <w:top w:w="20" w:type="dxa"/>
              <w:left w:w="50" w:type="dxa"/>
              <w:bottom w:w="20" w:type="dxa"/>
              <w:right w:w="50" w:type="dxa"/>
            </w:tcMar>
          </w:tcPr>
          <w:p w14:paraId="7BCB6C79" w14:textId="77777777" w:rsidR="00292F36" w:rsidRDefault="00000000">
            <w:r>
              <w:rPr>
                <w:sz w:val="12"/>
              </w:rPr>
              <w:t>-0.6237834</w:t>
            </w:r>
          </w:p>
        </w:tc>
        <w:tc>
          <w:tcPr>
            <w:tcW w:w="564" w:type="dxa"/>
            <w:tcMar>
              <w:top w:w="20" w:type="dxa"/>
              <w:left w:w="50" w:type="dxa"/>
              <w:bottom w:w="20" w:type="dxa"/>
              <w:right w:w="50" w:type="dxa"/>
            </w:tcMar>
          </w:tcPr>
          <w:p w14:paraId="460D5D2F" w14:textId="77777777" w:rsidR="00292F36" w:rsidRDefault="00000000">
            <w:r>
              <w:rPr>
                <w:sz w:val="12"/>
              </w:rPr>
              <w:t>2017</w:t>
            </w:r>
          </w:p>
        </w:tc>
        <w:tc>
          <w:tcPr>
            <w:tcW w:w="564" w:type="dxa"/>
            <w:tcMar>
              <w:top w:w="20" w:type="dxa"/>
              <w:left w:w="50" w:type="dxa"/>
              <w:bottom w:w="20" w:type="dxa"/>
              <w:right w:w="50" w:type="dxa"/>
            </w:tcMar>
          </w:tcPr>
          <w:p w14:paraId="09BCBE40" w14:textId="77777777" w:rsidR="00292F36" w:rsidRDefault="00000000">
            <w:r>
              <w:rPr>
                <w:sz w:val="12"/>
              </w:rPr>
              <w:t>el_rosario</w:t>
            </w:r>
          </w:p>
        </w:tc>
        <w:tc>
          <w:tcPr>
            <w:tcW w:w="564" w:type="dxa"/>
            <w:tcMar>
              <w:top w:w="20" w:type="dxa"/>
              <w:left w:w="50" w:type="dxa"/>
              <w:bottom w:w="20" w:type="dxa"/>
              <w:right w:w="50" w:type="dxa"/>
            </w:tcMar>
          </w:tcPr>
          <w:p w14:paraId="28DB5F7D" w14:textId="77777777" w:rsidR="00292F36" w:rsidRDefault="00000000">
            <w:r>
              <w:rPr>
                <w:sz w:val="12"/>
              </w:rPr>
              <w:t>Middle</w:t>
            </w:r>
          </w:p>
        </w:tc>
        <w:tc>
          <w:tcPr>
            <w:tcW w:w="564" w:type="dxa"/>
            <w:tcMar>
              <w:top w:w="20" w:type="dxa"/>
              <w:left w:w="50" w:type="dxa"/>
              <w:bottom w:w="20" w:type="dxa"/>
              <w:right w:w="50" w:type="dxa"/>
            </w:tcMar>
          </w:tcPr>
          <w:p w14:paraId="02EB07C5" w14:textId="77777777" w:rsidR="00292F36" w:rsidRDefault="00000000">
            <w:r>
              <w:rPr>
                <w:sz w:val="12"/>
              </w:rPr>
              <w:t>isla_san_jeronimo</w:t>
            </w:r>
          </w:p>
        </w:tc>
        <w:tc>
          <w:tcPr>
            <w:tcW w:w="564" w:type="dxa"/>
            <w:tcMar>
              <w:top w:w="20" w:type="dxa"/>
              <w:left w:w="50" w:type="dxa"/>
              <w:bottom w:w="20" w:type="dxa"/>
              <w:right w:w="50" w:type="dxa"/>
            </w:tcMar>
          </w:tcPr>
          <w:p w14:paraId="0D95BD60" w14:textId="77777777" w:rsidR="00292F36" w:rsidRDefault="00000000">
            <w:r>
              <w:rPr>
                <w:sz w:val="12"/>
              </w:rPr>
              <w:t>isla_san_jeronimo_sport_fi</w:t>
            </w:r>
            <w:r>
              <w:rPr>
                <w:sz w:val="12"/>
              </w:rPr>
              <w:lastRenderedPageBreak/>
              <w:t>sh_mid</w:t>
            </w:r>
          </w:p>
        </w:tc>
        <w:tc>
          <w:tcPr>
            <w:tcW w:w="564" w:type="dxa"/>
            <w:tcMar>
              <w:top w:w="20" w:type="dxa"/>
              <w:left w:w="50" w:type="dxa"/>
              <w:bottom w:w="20" w:type="dxa"/>
              <w:right w:w="50" w:type="dxa"/>
            </w:tcMar>
          </w:tcPr>
          <w:p w14:paraId="448ED72E" w14:textId="77777777" w:rsidR="00292F36" w:rsidRDefault="00000000">
            <w:r>
              <w:rPr>
                <w:sz w:val="12"/>
              </w:rPr>
              <w:lastRenderedPageBreak/>
              <w:t>8</w:t>
            </w:r>
          </w:p>
        </w:tc>
        <w:tc>
          <w:tcPr>
            <w:tcW w:w="564" w:type="dxa"/>
            <w:tcMar>
              <w:top w:w="20" w:type="dxa"/>
              <w:left w:w="50" w:type="dxa"/>
              <w:bottom w:w="20" w:type="dxa"/>
              <w:right w:w="50" w:type="dxa"/>
            </w:tcMar>
          </w:tcPr>
          <w:p w14:paraId="36E1DF3F" w14:textId="77777777" w:rsidR="00292F36" w:rsidRDefault="00000000">
            <w:r>
              <w:rPr>
                <w:sz w:val="12"/>
              </w:rPr>
              <w:t>18.9500008</w:t>
            </w:r>
          </w:p>
        </w:tc>
        <w:tc>
          <w:tcPr>
            <w:tcW w:w="564" w:type="dxa"/>
            <w:tcMar>
              <w:top w:w="20" w:type="dxa"/>
              <w:left w:w="50" w:type="dxa"/>
              <w:bottom w:w="20" w:type="dxa"/>
              <w:right w:w="50" w:type="dxa"/>
            </w:tcMar>
          </w:tcPr>
          <w:p w14:paraId="123E3E12" w14:textId="77777777" w:rsidR="00292F36" w:rsidRDefault="00000000">
            <w:r>
              <w:rPr>
                <w:sz w:val="12"/>
              </w:rPr>
              <w:t>1.85958014</w:t>
            </w:r>
          </w:p>
        </w:tc>
        <w:tc>
          <w:tcPr>
            <w:tcW w:w="564" w:type="dxa"/>
            <w:tcMar>
              <w:top w:w="20" w:type="dxa"/>
              <w:left w:w="50" w:type="dxa"/>
              <w:bottom w:w="20" w:type="dxa"/>
              <w:right w:w="50" w:type="dxa"/>
            </w:tcMar>
          </w:tcPr>
          <w:p w14:paraId="78DFE545" w14:textId="77777777" w:rsidR="00292F36" w:rsidRDefault="00000000">
            <w:r>
              <w:rPr>
                <w:sz w:val="12"/>
              </w:rPr>
              <w:t>0.26923077</w:t>
            </w:r>
          </w:p>
        </w:tc>
        <w:tc>
          <w:tcPr>
            <w:tcW w:w="564" w:type="dxa"/>
            <w:tcMar>
              <w:top w:w="20" w:type="dxa"/>
              <w:left w:w="50" w:type="dxa"/>
              <w:bottom w:w="20" w:type="dxa"/>
              <w:right w:w="50" w:type="dxa"/>
            </w:tcMar>
          </w:tcPr>
          <w:p w14:paraId="406B72C4" w14:textId="77777777" w:rsidR="00292F36" w:rsidRDefault="00000000">
            <w:r>
              <w:rPr>
                <w:sz w:val="12"/>
              </w:rPr>
              <w:t>0.71153846</w:t>
            </w:r>
          </w:p>
        </w:tc>
        <w:tc>
          <w:tcPr>
            <w:tcW w:w="564" w:type="dxa"/>
            <w:tcMar>
              <w:top w:w="20" w:type="dxa"/>
              <w:left w:w="50" w:type="dxa"/>
              <w:bottom w:w="20" w:type="dxa"/>
              <w:right w:w="50" w:type="dxa"/>
            </w:tcMar>
          </w:tcPr>
          <w:p w14:paraId="751E95DA" w14:textId="77777777" w:rsidR="00292F36" w:rsidRDefault="00000000">
            <w:r>
              <w:rPr>
                <w:sz w:val="12"/>
              </w:rPr>
              <w:t>0.01923077</w:t>
            </w:r>
          </w:p>
        </w:tc>
        <w:tc>
          <w:tcPr>
            <w:tcW w:w="564" w:type="dxa"/>
            <w:tcMar>
              <w:top w:w="20" w:type="dxa"/>
              <w:left w:w="50" w:type="dxa"/>
              <w:bottom w:w="20" w:type="dxa"/>
              <w:right w:w="50" w:type="dxa"/>
            </w:tcMar>
          </w:tcPr>
          <w:p w14:paraId="3167C56E" w14:textId="77777777" w:rsidR="00292F36" w:rsidRDefault="00000000">
            <w:r>
              <w:rPr>
                <w:sz w:val="12"/>
              </w:rPr>
              <w:t>0</w:t>
            </w:r>
          </w:p>
        </w:tc>
        <w:tc>
          <w:tcPr>
            <w:tcW w:w="564" w:type="dxa"/>
            <w:tcMar>
              <w:top w:w="20" w:type="dxa"/>
              <w:left w:w="50" w:type="dxa"/>
              <w:bottom w:w="20" w:type="dxa"/>
              <w:right w:w="50" w:type="dxa"/>
            </w:tcMar>
          </w:tcPr>
          <w:p w14:paraId="750DE2C0" w14:textId="77777777" w:rsidR="00292F36" w:rsidRDefault="00000000">
            <w:r>
              <w:rPr>
                <w:sz w:val="12"/>
              </w:rPr>
              <w:t>0</w:t>
            </w:r>
          </w:p>
        </w:tc>
        <w:tc>
          <w:tcPr>
            <w:tcW w:w="564" w:type="dxa"/>
            <w:tcMar>
              <w:top w:w="20" w:type="dxa"/>
              <w:left w:w="50" w:type="dxa"/>
              <w:bottom w:w="20" w:type="dxa"/>
              <w:right w:w="50" w:type="dxa"/>
            </w:tcMar>
          </w:tcPr>
          <w:p w14:paraId="30C0DF21" w14:textId="77777777" w:rsidR="00292F36" w:rsidRDefault="00000000">
            <w:r>
              <w:rPr>
                <w:sz w:val="12"/>
              </w:rPr>
              <w:t>0</w:t>
            </w:r>
          </w:p>
        </w:tc>
        <w:tc>
          <w:tcPr>
            <w:tcW w:w="564" w:type="dxa"/>
            <w:tcMar>
              <w:top w:w="20" w:type="dxa"/>
              <w:left w:w="50" w:type="dxa"/>
              <w:bottom w:w="20" w:type="dxa"/>
              <w:right w:w="50" w:type="dxa"/>
            </w:tcMar>
          </w:tcPr>
          <w:p w14:paraId="723CC6BB" w14:textId="77777777" w:rsidR="00292F36" w:rsidRDefault="00000000">
            <w:r>
              <w:rPr>
                <w:sz w:val="12"/>
              </w:rPr>
              <w:t>0</w:t>
            </w:r>
          </w:p>
        </w:tc>
        <w:tc>
          <w:tcPr>
            <w:tcW w:w="564" w:type="dxa"/>
            <w:tcMar>
              <w:top w:w="20" w:type="dxa"/>
              <w:left w:w="50" w:type="dxa"/>
              <w:bottom w:w="20" w:type="dxa"/>
              <w:right w:w="50" w:type="dxa"/>
            </w:tcMar>
          </w:tcPr>
          <w:p w14:paraId="20A0FAA8" w14:textId="77777777" w:rsidR="00292F36" w:rsidRDefault="00000000">
            <w:r>
              <w:rPr>
                <w:sz w:val="12"/>
              </w:rPr>
              <w:t>0</w:t>
            </w:r>
          </w:p>
        </w:tc>
        <w:tc>
          <w:tcPr>
            <w:tcW w:w="564" w:type="dxa"/>
            <w:tcMar>
              <w:top w:w="20" w:type="dxa"/>
              <w:left w:w="50" w:type="dxa"/>
              <w:bottom w:w="20" w:type="dxa"/>
              <w:right w:w="50" w:type="dxa"/>
            </w:tcMar>
          </w:tcPr>
          <w:p w14:paraId="5ABCC922" w14:textId="77777777" w:rsidR="00292F36" w:rsidRDefault="00000000">
            <w:r>
              <w:rPr>
                <w:sz w:val="12"/>
              </w:rPr>
              <w:t>0</w:t>
            </w:r>
          </w:p>
        </w:tc>
        <w:tc>
          <w:tcPr>
            <w:tcW w:w="564" w:type="dxa"/>
            <w:tcMar>
              <w:top w:w="20" w:type="dxa"/>
              <w:left w:w="50" w:type="dxa"/>
              <w:bottom w:w="20" w:type="dxa"/>
              <w:right w:w="50" w:type="dxa"/>
            </w:tcMar>
          </w:tcPr>
          <w:p w14:paraId="177D0FD8" w14:textId="77777777" w:rsidR="00292F36" w:rsidRDefault="00000000">
            <w:r>
              <w:rPr>
                <w:sz w:val="12"/>
              </w:rPr>
              <w:t>0.37288136</w:t>
            </w:r>
          </w:p>
        </w:tc>
        <w:tc>
          <w:tcPr>
            <w:tcW w:w="564" w:type="dxa"/>
            <w:tcMar>
              <w:top w:w="20" w:type="dxa"/>
              <w:left w:w="50" w:type="dxa"/>
              <w:bottom w:w="20" w:type="dxa"/>
              <w:right w:w="50" w:type="dxa"/>
            </w:tcMar>
          </w:tcPr>
          <w:p w14:paraId="33D599ED" w14:textId="77777777" w:rsidR="00292F36" w:rsidRDefault="00000000">
            <w:r>
              <w:rPr>
                <w:sz w:val="12"/>
              </w:rPr>
              <w:t>0</w:t>
            </w:r>
          </w:p>
        </w:tc>
        <w:tc>
          <w:tcPr>
            <w:tcW w:w="564" w:type="dxa"/>
            <w:tcMar>
              <w:top w:w="20" w:type="dxa"/>
              <w:left w:w="50" w:type="dxa"/>
              <w:bottom w:w="20" w:type="dxa"/>
              <w:right w:w="50" w:type="dxa"/>
            </w:tcMar>
          </w:tcPr>
          <w:p w14:paraId="247EE560" w14:textId="77777777" w:rsidR="00292F36" w:rsidRDefault="00000000">
            <w:r>
              <w:rPr>
                <w:sz w:val="12"/>
              </w:rPr>
              <w:t>0</w:t>
            </w:r>
          </w:p>
        </w:tc>
        <w:tc>
          <w:tcPr>
            <w:tcW w:w="564" w:type="dxa"/>
            <w:tcMar>
              <w:top w:w="20" w:type="dxa"/>
              <w:left w:w="50" w:type="dxa"/>
              <w:bottom w:w="20" w:type="dxa"/>
              <w:right w:w="50" w:type="dxa"/>
            </w:tcMar>
          </w:tcPr>
          <w:p w14:paraId="33326A45" w14:textId="77777777" w:rsidR="00292F36" w:rsidRDefault="00000000">
            <w:r>
              <w:rPr>
                <w:sz w:val="12"/>
              </w:rPr>
              <w:t>0.62711864</w:t>
            </w:r>
          </w:p>
        </w:tc>
        <w:tc>
          <w:tcPr>
            <w:tcW w:w="564" w:type="dxa"/>
            <w:tcMar>
              <w:top w:w="20" w:type="dxa"/>
              <w:left w:w="50" w:type="dxa"/>
              <w:bottom w:w="20" w:type="dxa"/>
              <w:right w:w="50" w:type="dxa"/>
            </w:tcMar>
          </w:tcPr>
          <w:p w14:paraId="30239D1A" w14:textId="77777777" w:rsidR="00292F36" w:rsidRDefault="00000000">
            <w:r>
              <w:rPr>
                <w:sz w:val="12"/>
              </w:rPr>
              <w:t>0</w:t>
            </w:r>
          </w:p>
        </w:tc>
      </w:tr>
      <w:tr w:rsidR="00292F36" w14:paraId="579C6DAF" w14:textId="77777777">
        <w:tc>
          <w:tcPr>
            <w:tcW w:w="564" w:type="dxa"/>
            <w:tcMar>
              <w:top w:w="20" w:type="dxa"/>
              <w:left w:w="50" w:type="dxa"/>
              <w:bottom w:w="20" w:type="dxa"/>
              <w:right w:w="50" w:type="dxa"/>
            </w:tcMar>
          </w:tcPr>
          <w:p w14:paraId="25FEEED9" w14:textId="77777777" w:rsidR="00292F36" w:rsidRDefault="00000000">
            <w:r>
              <w:rPr>
                <w:sz w:val="12"/>
              </w:rPr>
              <w:t>2017_isla_san_martin_isla_san_martin_exposed_north_1</w:t>
            </w:r>
          </w:p>
        </w:tc>
        <w:tc>
          <w:tcPr>
            <w:tcW w:w="564" w:type="dxa"/>
            <w:tcMar>
              <w:top w:w="20" w:type="dxa"/>
              <w:left w:w="50" w:type="dxa"/>
              <w:bottom w:w="20" w:type="dxa"/>
              <w:right w:w="50" w:type="dxa"/>
            </w:tcMar>
          </w:tcPr>
          <w:p w14:paraId="401DCF20" w14:textId="77777777" w:rsidR="00292F36" w:rsidRDefault="00000000">
            <w:r>
              <w:rPr>
                <w:sz w:val="12"/>
              </w:rPr>
              <w:t>0.29301774</w:t>
            </w:r>
          </w:p>
        </w:tc>
        <w:tc>
          <w:tcPr>
            <w:tcW w:w="564" w:type="dxa"/>
            <w:tcMar>
              <w:top w:w="20" w:type="dxa"/>
              <w:left w:w="50" w:type="dxa"/>
              <w:bottom w:w="20" w:type="dxa"/>
              <w:right w:w="50" w:type="dxa"/>
            </w:tcMar>
          </w:tcPr>
          <w:p w14:paraId="529FE5BA" w14:textId="77777777" w:rsidR="00292F36" w:rsidRDefault="00000000">
            <w:r>
              <w:rPr>
                <w:sz w:val="12"/>
              </w:rPr>
              <w:t>-0.1629757</w:t>
            </w:r>
          </w:p>
        </w:tc>
        <w:tc>
          <w:tcPr>
            <w:tcW w:w="564" w:type="dxa"/>
            <w:tcMar>
              <w:top w:w="20" w:type="dxa"/>
              <w:left w:w="50" w:type="dxa"/>
              <w:bottom w:w="20" w:type="dxa"/>
              <w:right w:w="50" w:type="dxa"/>
            </w:tcMar>
          </w:tcPr>
          <w:p w14:paraId="5B3CE803" w14:textId="77777777" w:rsidR="00292F36" w:rsidRDefault="00000000">
            <w:r>
              <w:rPr>
                <w:sz w:val="12"/>
              </w:rPr>
              <w:t>2017</w:t>
            </w:r>
          </w:p>
        </w:tc>
        <w:tc>
          <w:tcPr>
            <w:tcW w:w="564" w:type="dxa"/>
            <w:tcMar>
              <w:top w:w="20" w:type="dxa"/>
              <w:left w:w="50" w:type="dxa"/>
              <w:bottom w:w="20" w:type="dxa"/>
              <w:right w:w="50" w:type="dxa"/>
            </w:tcMar>
          </w:tcPr>
          <w:p w14:paraId="4A9D93F4" w14:textId="77777777" w:rsidR="00292F36" w:rsidRDefault="00000000">
            <w:r>
              <w:rPr>
                <w:sz w:val="12"/>
              </w:rPr>
              <w:t>san_quintin</w:t>
            </w:r>
          </w:p>
        </w:tc>
        <w:tc>
          <w:tcPr>
            <w:tcW w:w="564" w:type="dxa"/>
            <w:tcMar>
              <w:top w:w="20" w:type="dxa"/>
              <w:left w:w="50" w:type="dxa"/>
              <w:bottom w:w="20" w:type="dxa"/>
              <w:right w:w="50" w:type="dxa"/>
            </w:tcMar>
          </w:tcPr>
          <w:p w14:paraId="1A41E1D1" w14:textId="77777777" w:rsidR="00292F36" w:rsidRDefault="00000000">
            <w:r>
              <w:rPr>
                <w:sz w:val="12"/>
              </w:rPr>
              <w:t>Middle</w:t>
            </w:r>
          </w:p>
        </w:tc>
        <w:tc>
          <w:tcPr>
            <w:tcW w:w="564" w:type="dxa"/>
            <w:tcMar>
              <w:top w:w="20" w:type="dxa"/>
              <w:left w:w="50" w:type="dxa"/>
              <w:bottom w:w="20" w:type="dxa"/>
              <w:right w:w="50" w:type="dxa"/>
            </w:tcMar>
          </w:tcPr>
          <w:p w14:paraId="6C80D129" w14:textId="77777777" w:rsidR="00292F36" w:rsidRDefault="00000000">
            <w:r>
              <w:rPr>
                <w:sz w:val="12"/>
              </w:rPr>
              <w:t>isla_san_martin</w:t>
            </w:r>
          </w:p>
        </w:tc>
        <w:tc>
          <w:tcPr>
            <w:tcW w:w="564" w:type="dxa"/>
            <w:tcMar>
              <w:top w:w="20" w:type="dxa"/>
              <w:left w:w="50" w:type="dxa"/>
              <w:bottom w:w="20" w:type="dxa"/>
              <w:right w:w="50" w:type="dxa"/>
            </w:tcMar>
          </w:tcPr>
          <w:p w14:paraId="24E5019D" w14:textId="77777777" w:rsidR="00292F36" w:rsidRDefault="00000000">
            <w:r>
              <w:rPr>
                <w:sz w:val="12"/>
              </w:rPr>
              <w:t>isla_san_martin_exposed_north</w:t>
            </w:r>
          </w:p>
        </w:tc>
        <w:tc>
          <w:tcPr>
            <w:tcW w:w="564" w:type="dxa"/>
            <w:tcMar>
              <w:top w:w="20" w:type="dxa"/>
              <w:left w:w="50" w:type="dxa"/>
              <w:bottom w:w="20" w:type="dxa"/>
              <w:right w:w="50" w:type="dxa"/>
            </w:tcMar>
          </w:tcPr>
          <w:p w14:paraId="007BB749" w14:textId="77777777" w:rsidR="00292F36" w:rsidRDefault="00000000">
            <w:r>
              <w:rPr>
                <w:sz w:val="12"/>
              </w:rPr>
              <w:t>13</w:t>
            </w:r>
          </w:p>
        </w:tc>
        <w:tc>
          <w:tcPr>
            <w:tcW w:w="564" w:type="dxa"/>
            <w:tcMar>
              <w:top w:w="20" w:type="dxa"/>
              <w:left w:w="50" w:type="dxa"/>
              <w:bottom w:w="20" w:type="dxa"/>
              <w:right w:w="50" w:type="dxa"/>
            </w:tcMar>
          </w:tcPr>
          <w:p w14:paraId="2533176E" w14:textId="77777777" w:rsidR="00292F36" w:rsidRDefault="00000000">
            <w:r>
              <w:rPr>
                <w:sz w:val="12"/>
              </w:rPr>
              <w:t>16.6100006</w:t>
            </w:r>
          </w:p>
        </w:tc>
        <w:tc>
          <w:tcPr>
            <w:tcW w:w="564" w:type="dxa"/>
            <w:tcMar>
              <w:top w:w="20" w:type="dxa"/>
              <w:left w:w="50" w:type="dxa"/>
              <w:bottom w:w="20" w:type="dxa"/>
              <w:right w:w="50" w:type="dxa"/>
            </w:tcMar>
          </w:tcPr>
          <w:p w14:paraId="34169B5F" w14:textId="77777777" w:rsidR="00292F36" w:rsidRDefault="00000000">
            <w:r>
              <w:rPr>
                <w:sz w:val="12"/>
              </w:rPr>
              <w:t>0.68330271</w:t>
            </w:r>
          </w:p>
        </w:tc>
        <w:tc>
          <w:tcPr>
            <w:tcW w:w="564" w:type="dxa"/>
            <w:tcMar>
              <w:top w:w="20" w:type="dxa"/>
              <w:left w:w="50" w:type="dxa"/>
              <w:bottom w:w="20" w:type="dxa"/>
              <w:right w:w="50" w:type="dxa"/>
            </w:tcMar>
          </w:tcPr>
          <w:p w14:paraId="62536AA2" w14:textId="77777777" w:rsidR="00292F36" w:rsidRDefault="00000000">
            <w:r>
              <w:rPr>
                <w:sz w:val="12"/>
              </w:rPr>
              <w:t>0.25806452</w:t>
            </w:r>
          </w:p>
        </w:tc>
        <w:tc>
          <w:tcPr>
            <w:tcW w:w="564" w:type="dxa"/>
            <w:tcMar>
              <w:top w:w="20" w:type="dxa"/>
              <w:left w:w="50" w:type="dxa"/>
              <w:bottom w:w="20" w:type="dxa"/>
              <w:right w:w="50" w:type="dxa"/>
            </w:tcMar>
          </w:tcPr>
          <w:p w14:paraId="352EA640" w14:textId="77777777" w:rsidR="00292F36" w:rsidRDefault="00000000">
            <w:r>
              <w:rPr>
                <w:sz w:val="12"/>
              </w:rPr>
              <w:t>0.74193548</w:t>
            </w:r>
          </w:p>
        </w:tc>
        <w:tc>
          <w:tcPr>
            <w:tcW w:w="564" w:type="dxa"/>
            <w:tcMar>
              <w:top w:w="20" w:type="dxa"/>
              <w:left w:w="50" w:type="dxa"/>
              <w:bottom w:w="20" w:type="dxa"/>
              <w:right w:w="50" w:type="dxa"/>
            </w:tcMar>
          </w:tcPr>
          <w:p w14:paraId="59ACBBDE" w14:textId="77777777" w:rsidR="00292F36" w:rsidRDefault="00000000">
            <w:r>
              <w:rPr>
                <w:sz w:val="12"/>
              </w:rPr>
              <w:t>0</w:t>
            </w:r>
          </w:p>
        </w:tc>
        <w:tc>
          <w:tcPr>
            <w:tcW w:w="564" w:type="dxa"/>
            <w:tcMar>
              <w:top w:w="20" w:type="dxa"/>
              <w:left w:w="50" w:type="dxa"/>
              <w:bottom w:w="20" w:type="dxa"/>
              <w:right w:w="50" w:type="dxa"/>
            </w:tcMar>
          </w:tcPr>
          <w:p w14:paraId="52B00C96" w14:textId="77777777" w:rsidR="00292F36" w:rsidRDefault="00000000">
            <w:r>
              <w:rPr>
                <w:sz w:val="12"/>
              </w:rPr>
              <w:t>0</w:t>
            </w:r>
          </w:p>
        </w:tc>
        <w:tc>
          <w:tcPr>
            <w:tcW w:w="564" w:type="dxa"/>
            <w:tcMar>
              <w:top w:w="20" w:type="dxa"/>
              <w:left w:w="50" w:type="dxa"/>
              <w:bottom w:w="20" w:type="dxa"/>
              <w:right w:w="50" w:type="dxa"/>
            </w:tcMar>
          </w:tcPr>
          <w:p w14:paraId="46DFC7A2" w14:textId="77777777" w:rsidR="00292F36" w:rsidRDefault="00000000">
            <w:r>
              <w:rPr>
                <w:sz w:val="12"/>
              </w:rPr>
              <w:t>0</w:t>
            </w:r>
          </w:p>
        </w:tc>
        <w:tc>
          <w:tcPr>
            <w:tcW w:w="564" w:type="dxa"/>
            <w:tcMar>
              <w:top w:w="20" w:type="dxa"/>
              <w:left w:w="50" w:type="dxa"/>
              <w:bottom w:w="20" w:type="dxa"/>
              <w:right w:w="50" w:type="dxa"/>
            </w:tcMar>
          </w:tcPr>
          <w:p w14:paraId="11FA7655" w14:textId="77777777" w:rsidR="00292F36" w:rsidRDefault="00000000">
            <w:r>
              <w:rPr>
                <w:sz w:val="12"/>
              </w:rPr>
              <w:t>0</w:t>
            </w:r>
          </w:p>
        </w:tc>
        <w:tc>
          <w:tcPr>
            <w:tcW w:w="564" w:type="dxa"/>
            <w:tcMar>
              <w:top w:w="20" w:type="dxa"/>
              <w:left w:w="50" w:type="dxa"/>
              <w:bottom w:w="20" w:type="dxa"/>
              <w:right w:w="50" w:type="dxa"/>
            </w:tcMar>
          </w:tcPr>
          <w:p w14:paraId="509A649C" w14:textId="77777777" w:rsidR="00292F36" w:rsidRDefault="00000000">
            <w:r>
              <w:rPr>
                <w:sz w:val="12"/>
              </w:rPr>
              <w:t>0</w:t>
            </w:r>
          </w:p>
        </w:tc>
        <w:tc>
          <w:tcPr>
            <w:tcW w:w="564" w:type="dxa"/>
            <w:tcMar>
              <w:top w:w="20" w:type="dxa"/>
              <w:left w:w="50" w:type="dxa"/>
              <w:bottom w:w="20" w:type="dxa"/>
              <w:right w:w="50" w:type="dxa"/>
            </w:tcMar>
          </w:tcPr>
          <w:p w14:paraId="4E128452" w14:textId="77777777" w:rsidR="00292F36" w:rsidRDefault="00000000">
            <w:r>
              <w:rPr>
                <w:sz w:val="12"/>
              </w:rPr>
              <w:t>0</w:t>
            </w:r>
          </w:p>
        </w:tc>
        <w:tc>
          <w:tcPr>
            <w:tcW w:w="564" w:type="dxa"/>
            <w:tcMar>
              <w:top w:w="20" w:type="dxa"/>
              <w:left w:w="50" w:type="dxa"/>
              <w:bottom w:w="20" w:type="dxa"/>
              <w:right w:w="50" w:type="dxa"/>
            </w:tcMar>
          </w:tcPr>
          <w:p w14:paraId="376B1ADA" w14:textId="77777777" w:rsidR="00292F36" w:rsidRDefault="00000000">
            <w:r>
              <w:rPr>
                <w:sz w:val="12"/>
              </w:rPr>
              <w:t>0</w:t>
            </w:r>
          </w:p>
        </w:tc>
        <w:tc>
          <w:tcPr>
            <w:tcW w:w="564" w:type="dxa"/>
            <w:tcMar>
              <w:top w:w="20" w:type="dxa"/>
              <w:left w:w="50" w:type="dxa"/>
              <w:bottom w:w="20" w:type="dxa"/>
              <w:right w:w="50" w:type="dxa"/>
            </w:tcMar>
          </w:tcPr>
          <w:p w14:paraId="22F1E79A" w14:textId="77777777" w:rsidR="00292F36" w:rsidRDefault="00000000">
            <w:r>
              <w:rPr>
                <w:sz w:val="12"/>
              </w:rPr>
              <w:t>0.08823529</w:t>
            </w:r>
          </w:p>
        </w:tc>
        <w:tc>
          <w:tcPr>
            <w:tcW w:w="564" w:type="dxa"/>
            <w:tcMar>
              <w:top w:w="20" w:type="dxa"/>
              <w:left w:w="50" w:type="dxa"/>
              <w:bottom w:w="20" w:type="dxa"/>
              <w:right w:w="50" w:type="dxa"/>
            </w:tcMar>
          </w:tcPr>
          <w:p w14:paraId="354EC095" w14:textId="77777777" w:rsidR="00292F36" w:rsidRDefault="00000000">
            <w:r>
              <w:rPr>
                <w:sz w:val="12"/>
              </w:rPr>
              <w:t>0.32352941</w:t>
            </w:r>
          </w:p>
        </w:tc>
        <w:tc>
          <w:tcPr>
            <w:tcW w:w="564" w:type="dxa"/>
            <w:tcMar>
              <w:top w:w="20" w:type="dxa"/>
              <w:left w:w="50" w:type="dxa"/>
              <w:bottom w:w="20" w:type="dxa"/>
              <w:right w:w="50" w:type="dxa"/>
            </w:tcMar>
          </w:tcPr>
          <w:p w14:paraId="293EF277" w14:textId="77777777" w:rsidR="00292F36" w:rsidRDefault="00000000">
            <w:r>
              <w:rPr>
                <w:sz w:val="12"/>
              </w:rPr>
              <w:t>0.08823529</w:t>
            </w:r>
          </w:p>
        </w:tc>
        <w:tc>
          <w:tcPr>
            <w:tcW w:w="564" w:type="dxa"/>
            <w:tcMar>
              <w:top w:w="20" w:type="dxa"/>
              <w:left w:w="50" w:type="dxa"/>
              <w:bottom w:w="20" w:type="dxa"/>
              <w:right w:w="50" w:type="dxa"/>
            </w:tcMar>
          </w:tcPr>
          <w:p w14:paraId="6EE88D01" w14:textId="77777777" w:rsidR="00292F36" w:rsidRDefault="00000000">
            <w:r>
              <w:rPr>
                <w:sz w:val="12"/>
              </w:rPr>
              <w:t>0.08823529</w:t>
            </w:r>
          </w:p>
        </w:tc>
        <w:tc>
          <w:tcPr>
            <w:tcW w:w="564" w:type="dxa"/>
            <w:tcMar>
              <w:top w:w="20" w:type="dxa"/>
              <w:left w:w="50" w:type="dxa"/>
              <w:bottom w:w="20" w:type="dxa"/>
              <w:right w:w="50" w:type="dxa"/>
            </w:tcMar>
          </w:tcPr>
          <w:p w14:paraId="6A764E08" w14:textId="77777777" w:rsidR="00292F36" w:rsidRDefault="00000000">
            <w:r>
              <w:rPr>
                <w:sz w:val="12"/>
              </w:rPr>
              <w:t>0.41176471</w:t>
            </w:r>
          </w:p>
        </w:tc>
      </w:tr>
      <w:tr w:rsidR="00292F36" w14:paraId="70CAD712" w14:textId="77777777">
        <w:tc>
          <w:tcPr>
            <w:tcW w:w="564" w:type="dxa"/>
            <w:tcMar>
              <w:top w:w="20" w:type="dxa"/>
              <w:left w:w="50" w:type="dxa"/>
              <w:bottom w:w="20" w:type="dxa"/>
              <w:right w:w="50" w:type="dxa"/>
            </w:tcMar>
          </w:tcPr>
          <w:p w14:paraId="2728B82E" w14:textId="77777777" w:rsidR="00292F36" w:rsidRDefault="00000000">
            <w:r>
              <w:rPr>
                <w:sz w:val="12"/>
              </w:rPr>
              <w:t>2017_isla_san_martin_isla_san_martin_exposed_north_2</w:t>
            </w:r>
          </w:p>
        </w:tc>
        <w:tc>
          <w:tcPr>
            <w:tcW w:w="564" w:type="dxa"/>
            <w:tcMar>
              <w:top w:w="20" w:type="dxa"/>
              <w:left w:w="50" w:type="dxa"/>
              <w:bottom w:w="20" w:type="dxa"/>
              <w:right w:w="50" w:type="dxa"/>
            </w:tcMar>
          </w:tcPr>
          <w:p w14:paraId="602E7BE0" w14:textId="77777777" w:rsidR="00292F36" w:rsidRDefault="00000000">
            <w:r>
              <w:rPr>
                <w:sz w:val="12"/>
              </w:rPr>
              <w:t>0.35186471</w:t>
            </w:r>
          </w:p>
        </w:tc>
        <w:tc>
          <w:tcPr>
            <w:tcW w:w="564" w:type="dxa"/>
            <w:tcMar>
              <w:top w:w="20" w:type="dxa"/>
              <w:left w:w="50" w:type="dxa"/>
              <w:bottom w:w="20" w:type="dxa"/>
              <w:right w:w="50" w:type="dxa"/>
            </w:tcMar>
          </w:tcPr>
          <w:p w14:paraId="72531EEF" w14:textId="77777777" w:rsidR="00292F36" w:rsidRDefault="00000000">
            <w:r>
              <w:rPr>
                <w:sz w:val="12"/>
              </w:rPr>
              <w:t>-0.4572408</w:t>
            </w:r>
          </w:p>
        </w:tc>
        <w:tc>
          <w:tcPr>
            <w:tcW w:w="564" w:type="dxa"/>
            <w:tcMar>
              <w:top w:w="20" w:type="dxa"/>
              <w:left w:w="50" w:type="dxa"/>
              <w:bottom w:w="20" w:type="dxa"/>
              <w:right w:w="50" w:type="dxa"/>
            </w:tcMar>
          </w:tcPr>
          <w:p w14:paraId="79D69980" w14:textId="77777777" w:rsidR="00292F36" w:rsidRDefault="00000000">
            <w:r>
              <w:rPr>
                <w:sz w:val="12"/>
              </w:rPr>
              <w:t>2017</w:t>
            </w:r>
          </w:p>
        </w:tc>
        <w:tc>
          <w:tcPr>
            <w:tcW w:w="564" w:type="dxa"/>
            <w:tcMar>
              <w:top w:w="20" w:type="dxa"/>
              <w:left w:w="50" w:type="dxa"/>
              <w:bottom w:w="20" w:type="dxa"/>
              <w:right w:w="50" w:type="dxa"/>
            </w:tcMar>
          </w:tcPr>
          <w:p w14:paraId="38CBCC3F" w14:textId="77777777" w:rsidR="00292F36" w:rsidRDefault="00000000">
            <w:r>
              <w:rPr>
                <w:sz w:val="12"/>
              </w:rPr>
              <w:t>san_quintin</w:t>
            </w:r>
          </w:p>
        </w:tc>
        <w:tc>
          <w:tcPr>
            <w:tcW w:w="564" w:type="dxa"/>
            <w:tcMar>
              <w:top w:w="20" w:type="dxa"/>
              <w:left w:w="50" w:type="dxa"/>
              <w:bottom w:w="20" w:type="dxa"/>
              <w:right w:w="50" w:type="dxa"/>
            </w:tcMar>
          </w:tcPr>
          <w:p w14:paraId="7D675364" w14:textId="77777777" w:rsidR="00292F36" w:rsidRDefault="00000000">
            <w:r>
              <w:rPr>
                <w:sz w:val="12"/>
              </w:rPr>
              <w:t>Middle</w:t>
            </w:r>
          </w:p>
        </w:tc>
        <w:tc>
          <w:tcPr>
            <w:tcW w:w="564" w:type="dxa"/>
            <w:tcMar>
              <w:top w:w="20" w:type="dxa"/>
              <w:left w:w="50" w:type="dxa"/>
              <w:bottom w:w="20" w:type="dxa"/>
              <w:right w:w="50" w:type="dxa"/>
            </w:tcMar>
          </w:tcPr>
          <w:p w14:paraId="7FF7209B" w14:textId="77777777" w:rsidR="00292F36" w:rsidRDefault="00000000">
            <w:r>
              <w:rPr>
                <w:sz w:val="12"/>
              </w:rPr>
              <w:t>isla_san_martin</w:t>
            </w:r>
          </w:p>
        </w:tc>
        <w:tc>
          <w:tcPr>
            <w:tcW w:w="564" w:type="dxa"/>
            <w:tcMar>
              <w:top w:w="20" w:type="dxa"/>
              <w:left w:w="50" w:type="dxa"/>
              <w:bottom w:w="20" w:type="dxa"/>
              <w:right w:w="50" w:type="dxa"/>
            </w:tcMar>
          </w:tcPr>
          <w:p w14:paraId="46AACF1F" w14:textId="77777777" w:rsidR="00292F36" w:rsidRDefault="00000000">
            <w:r>
              <w:rPr>
                <w:sz w:val="12"/>
              </w:rPr>
              <w:t>isla_san_martin_exposed_north</w:t>
            </w:r>
          </w:p>
        </w:tc>
        <w:tc>
          <w:tcPr>
            <w:tcW w:w="564" w:type="dxa"/>
            <w:tcMar>
              <w:top w:w="20" w:type="dxa"/>
              <w:left w:w="50" w:type="dxa"/>
              <w:bottom w:w="20" w:type="dxa"/>
              <w:right w:w="50" w:type="dxa"/>
            </w:tcMar>
          </w:tcPr>
          <w:p w14:paraId="21D8B8FF" w14:textId="77777777" w:rsidR="00292F36" w:rsidRDefault="00000000">
            <w:r>
              <w:rPr>
                <w:sz w:val="12"/>
              </w:rPr>
              <w:t>13</w:t>
            </w:r>
          </w:p>
        </w:tc>
        <w:tc>
          <w:tcPr>
            <w:tcW w:w="564" w:type="dxa"/>
            <w:tcMar>
              <w:top w:w="20" w:type="dxa"/>
              <w:left w:w="50" w:type="dxa"/>
              <w:bottom w:w="20" w:type="dxa"/>
              <w:right w:w="50" w:type="dxa"/>
            </w:tcMar>
          </w:tcPr>
          <w:p w14:paraId="123DD539" w14:textId="77777777" w:rsidR="00292F36" w:rsidRDefault="00000000">
            <w:r>
              <w:rPr>
                <w:sz w:val="12"/>
              </w:rPr>
              <w:t>16.6100006</w:t>
            </w:r>
          </w:p>
        </w:tc>
        <w:tc>
          <w:tcPr>
            <w:tcW w:w="564" w:type="dxa"/>
            <w:tcMar>
              <w:top w:w="20" w:type="dxa"/>
              <w:left w:w="50" w:type="dxa"/>
              <w:bottom w:w="20" w:type="dxa"/>
              <w:right w:w="50" w:type="dxa"/>
            </w:tcMar>
          </w:tcPr>
          <w:p w14:paraId="6929A33A" w14:textId="77777777" w:rsidR="00292F36" w:rsidRDefault="00000000">
            <w:r>
              <w:rPr>
                <w:sz w:val="12"/>
              </w:rPr>
              <w:t>0.68330271</w:t>
            </w:r>
          </w:p>
        </w:tc>
        <w:tc>
          <w:tcPr>
            <w:tcW w:w="564" w:type="dxa"/>
            <w:tcMar>
              <w:top w:w="20" w:type="dxa"/>
              <w:left w:w="50" w:type="dxa"/>
              <w:bottom w:w="20" w:type="dxa"/>
              <w:right w:w="50" w:type="dxa"/>
            </w:tcMar>
          </w:tcPr>
          <w:p w14:paraId="7D67D8C2" w14:textId="77777777" w:rsidR="00292F36" w:rsidRDefault="00000000">
            <w:r>
              <w:rPr>
                <w:sz w:val="12"/>
              </w:rPr>
              <w:t>0.15929204</w:t>
            </w:r>
          </w:p>
        </w:tc>
        <w:tc>
          <w:tcPr>
            <w:tcW w:w="564" w:type="dxa"/>
            <w:tcMar>
              <w:top w:w="20" w:type="dxa"/>
              <w:left w:w="50" w:type="dxa"/>
              <w:bottom w:w="20" w:type="dxa"/>
              <w:right w:w="50" w:type="dxa"/>
            </w:tcMar>
          </w:tcPr>
          <w:p w14:paraId="13F391E0" w14:textId="77777777" w:rsidR="00292F36" w:rsidRDefault="00000000">
            <w:r>
              <w:rPr>
                <w:sz w:val="12"/>
              </w:rPr>
              <w:t>0.84070796</w:t>
            </w:r>
          </w:p>
        </w:tc>
        <w:tc>
          <w:tcPr>
            <w:tcW w:w="564" w:type="dxa"/>
            <w:tcMar>
              <w:top w:w="20" w:type="dxa"/>
              <w:left w:w="50" w:type="dxa"/>
              <w:bottom w:w="20" w:type="dxa"/>
              <w:right w:w="50" w:type="dxa"/>
            </w:tcMar>
          </w:tcPr>
          <w:p w14:paraId="022FFA8C" w14:textId="77777777" w:rsidR="00292F36" w:rsidRDefault="00000000">
            <w:r>
              <w:rPr>
                <w:sz w:val="12"/>
              </w:rPr>
              <w:t>0</w:t>
            </w:r>
          </w:p>
        </w:tc>
        <w:tc>
          <w:tcPr>
            <w:tcW w:w="564" w:type="dxa"/>
            <w:tcMar>
              <w:top w:w="20" w:type="dxa"/>
              <w:left w:w="50" w:type="dxa"/>
              <w:bottom w:w="20" w:type="dxa"/>
              <w:right w:w="50" w:type="dxa"/>
            </w:tcMar>
          </w:tcPr>
          <w:p w14:paraId="05AB7ADF" w14:textId="77777777" w:rsidR="00292F36" w:rsidRDefault="00000000">
            <w:r>
              <w:rPr>
                <w:sz w:val="12"/>
              </w:rPr>
              <w:t>0</w:t>
            </w:r>
          </w:p>
        </w:tc>
        <w:tc>
          <w:tcPr>
            <w:tcW w:w="564" w:type="dxa"/>
            <w:tcMar>
              <w:top w:w="20" w:type="dxa"/>
              <w:left w:w="50" w:type="dxa"/>
              <w:bottom w:w="20" w:type="dxa"/>
              <w:right w:w="50" w:type="dxa"/>
            </w:tcMar>
          </w:tcPr>
          <w:p w14:paraId="1E955E5C" w14:textId="77777777" w:rsidR="00292F36" w:rsidRDefault="00000000">
            <w:r>
              <w:rPr>
                <w:sz w:val="12"/>
              </w:rPr>
              <w:t>0</w:t>
            </w:r>
          </w:p>
        </w:tc>
        <w:tc>
          <w:tcPr>
            <w:tcW w:w="564" w:type="dxa"/>
            <w:tcMar>
              <w:top w:w="20" w:type="dxa"/>
              <w:left w:w="50" w:type="dxa"/>
              <w:bottom w:w="20" w:type="dxa"/>
              <w:right w:w="50" w:type="dxa"/>
            </w:tcMar>
          </w:tcPr>
          <w:p w14:paraId="6351B360" w14:textId="77777777" w:rsidR="00292F36" w:rsidRDefault="00000000">
            <w:r>
              <w:rPr>
                <w:sz w:val="12"/>
              </w:rPr>
              <w:t>0</w:t>
            </w:r>
          </w:p>
        </w:tc>
        <w:tc>
          <w:tcPr>
            <w:tcW w:w="564" w:type="dxa"/>
            <w:tcMar>
              <w:top w:w="20" w:type="dxa"/>
              <w:left w:w="50" w:type="dxa"/>
              <w:bottom w:w="20" w:type="dxa"/>
              <w:right w:w="50" w:type="dxa"/>
            </w:tcMar>
          </w:tcPr>
          <w:p w14:paraId="505B58C5" w14:textId="77777777" w:rsidR="00292F36" w:rsidRDefault="00000000">
            <w:r>
              <w:rPr>
                <w:sz w:val="12"/>
              </w:rPr>
              <w:t>0</w:t>
            </w:r>
          </w:p>
        </w:tc>
        <w:tc>
          <w:tcPr>
            <w:tcW w:w="564" w:type="dxa"/>
            <w:tcMar>
              <w:top w:w="20" w:type="dxa"/>
              <w:left w:w="50" w:type="dxa"/>
              <w:bottom w:w="20" w:type="dxa"/>
              <w:right w:w="50" w:type="dxa"/>
            </w:tcMar>
          </w:tcPr>
          <w:p w14:paraId="5B6950CF" w14:textId="77777777" w:rsidR="00292F36" w:rsidRDefault="00000000">
            <w:r>
              <w:rPr>
                <w:sz w:val="12"/>
              </w:rPr>
              <w:t>0</w:t>
            </w:r>
          </w:p>
        </w:tc>
        <w:tc>
          <w:tcPr>
            <w:tcW w:w="564" w:type="dxa"/>
            <w:tcMar>
              <w:top w:w="20" w:type="dxa"/>
              <w:left w:w="50" w:type="dxa"/>
              <w:bottom w:w="20" w:type="dxa"/>
              <w:right w:w="50" w:type="dxa"/>
            </w:tcMar>
          </w:tcPr>
          <w:p w14:paraId="724E0DD5" w14:textId="77777777" w:rsidR="00292F36" w:rsidRDefault="00000000">
            <w:r>
              <w:rPr>
                <w:sz w:val="12"/>
              </w:rPr>
              <w:t>0</w:t>
            </w:r>
          </w:p>
        </w:tc>
        <w:tc>
          <w:tcPr>
            <w:tcW w:w="564" w:type="dxa"/>
            <w:tcMar>
              <w:top w:w="20" w:type="dxa"/>
              <w:left w:w="50" w:type="dxa"/>
              <w:bottom w:w="20" w:type="dxa"/>
              <w:right w:w="50" w:type="dxa"/>
            </w:tcMar>
          </w:tcPr>
          <w:p w14:paraId="37758F27" w14:textId="77777777" w:rsidR="00292F36" w:rsidRDefault="00000000">
            <w:r>
              <w:rPr>
                <w:sz w:val="12"/>
              </w:rPr>
              <w:t>0.22222222</w:t>
            </w:r>
          </w:p>
        </w:tc>
        <w:tc>
          <w:tcPr>
            <w:tcW w:w="564" w:type="dxa"/>
            <w:tcMar>
              <w:top w:w="20" w:type="dxa"/>
              <w:left w:w="50" w:type="dxa"/>
              <w:bottom w:w="20" w:type="dxa"/>
              <w:right w:w="50" w:type="dxa"/>
            </w:tcMar>
          </w:tcPr>
          <w:p w14:paraId="34019EDD" w14:textId="77777777" w:rsidR="00292F36" w:rsidRDefault="00000000">
            <w:r>
              <w:rPr>
                <w:sz w:val="12"/>
              </w:rPr>
              <w:t>0.37037037</w:t>
            </w:r>
          </w:p>
        </w:tc>
        <w:tc>
          <w:tcPr>
            <w:tcW w:w="564" w:type="dxa"/>
            <w:tcMar>
              <w:top w:w="20" w:type="dxa"/>
              <w:left w:w="50" w:type="dxa"/>
              <w:bottom w:w="20" w:type="dxa"/>
              <w:right w:w="50" w:type="dxa"/>
            </w:tcMar>
          </w:tcPr>
          <w:p w14:paraId="3D385A01" w14:textId="77777777" w:rsidR="00292F36" w:rsidRDefault="00000000">
            <w:r>
              <w:rPr>
                <w:sz w:val="12"/>
              </w:rPr>
              <w:t>0</w:t>
            </w:r>
          </w:p>
        </w:tc>
        <w:tc>
          <w:tcPr>
            <w:tcW w:w="564" w:type="dxa"/>
            <w:tcMar>
              <w:top w:w="20" w:type="dxa"/>
              <w:left w:w="50" w:type="dxa"/>
              <w:bottom w:w="20" w:type="dxa"/>
              <w:right w:w="50" w:type="dxa"/>
            </w:tcMar>
          </w:tcPr>
          <w:p w14:paraId="35E1AA69" w14:textId="77777777" w:rsidR="00292F36" w:rsidRDefault="00000000">
            <w:r>
              <w:rPr>
                <w:sz w:val="12"/>
              </w:rPr>
              <w:t>0.18518519</w:t>
            </w:r>
          </w:p>
        </w:tc>
        <w:tc>
          <w:tcPr>
            <w:tcW w:w="564" w:type="dxa"/>
            <w:tcMar>
              <w:top w:w="20" w:type="dxa"/>
              <w:left w:w="50" w:type="dxa"/>
              <w:bottom w:w="20" w:type="dxa"/>
              <w:right w:w="50" w:type="dxa"/>
            </w:tcMar>
          </w:tcPr>
          <w:p w14:paraId="2D535404" w14:textId="77777777" w:rsidR="00292F36" w:rsidRDefault="00000000">
            <w:r>
              <w:rPr>
                <w:sz w:val="12"/>
              </w:rPr>
              <w:t>0.22222222</w:t>
            </w:r>
          </w:p>
        </w:tc>
      </w:tr>
      <w:tr w:rsidR="00292F36" w14:paraId="2E3D8D0A" w14:textId="77777777">
        <w:tc>
          <w:tcPr>
            <w:tcW w:w="564" w:type="dxa"/>
            <w:tcMar>
              <w:top w:w="20" w:type="dxa"/>
              <w:left w:w="50" w:type="dxa"/>
              <w:bottom w:w="20" w:type="dxa"/>
              <w:right w:w="50" w:type="dxa"/>
            </w:tcMar>
          </w:tcPr>
          <w:p w14:paraId="30A9C188" w14:textId="77777777" w:rsidR="00292F36" w:rsidRDefault="00000000">
            <w:r>
              <w:rPr>
                <w:sz w:val="12"/>
              </w:rPr>
              <w:t>2017_isla_san_martin_isla_san_martin_exposed_north_3</w:t>
            </w:r>
          </w:p>
        </w:tc>
        <w:tc>
          <w:tcPr>
            <w:tcW w:w="564" w:type="dxa"/>
            <w:tcMar>
              <w:top w:w="20" w:type="dxa"/>
              <w:left w:w="50" w:type="dxa"/>
              <w:bottom w:w="20" w:type="dxa"/>
              <w:right w:w="50" w:type="dxa"/>
            </w:tcMar>
          </w:tcPr>
          <w:p w14:paraId="7B7238C6" w14:textId="77777777" w:rsidR="00292F36" w:rsidRDefault="00000000">
            <w:r>
              <w:rPr>
                <w:sz w:val="12"/>
              </w:rPr>
              <w:t>0.62305942</w:t>
            </w:r>
          </w:p>
        </w:tc>
        <w:tc>
          <w:tcPr>
            <w:tcW w:w="564" w:type="dxa"/>
            <w:tcMar>
              <w:top w:w="20" w:type="dxa"/>
              <w:left w:w="50" w:type="dxa"/>
              <w:bottom w:w="20" w:type="dxa"/>
              <w:right w:w="50" w:type="dxa"/>
            </w:tcMar>
          </w:tcPr>
          <w:p w14:paraId="67F8F0E0" w14:textId="77777777" w:rsidR="00292F36" w:rsidRDefault="00000000">
            <w:r>
              <w:rPr>
                <w:sz w:val="12"/>
              </w:rPr>
              <w:t>-0.138956</w:t>
            </w:r>
          </w:p>
        </w:tc>
        <w:tc>
          <w:tcPr>
            <w:tcW w:w="564" w:type="dxa"/>
            <w:tcMar>
              <w:top w:w="20" w:type="dxa"/>
              <w:left w:w="50" w:type="dxa"/>
              <w:bottom w:w="20" w:type="dxa"/>
              <w:right w:w="50" w:type="dxa"/>
            </w:tcMar>
          </w:tcPr>
          <w:p w14:paraId="543D9F42" w14:textId="77777777" w:rsidR="00292F36" w:rsidRDefault="00000000">
            <w:r>
              <w:rPr>
                <w:sz w:val="12"/>
              </w:rPr>
              <w:t>2017</w:t>
            </w:r>
          </w:p>
        </w:tc>
        <w:tc>
          <w:tcPr>
            <w:tcW w:w="564" w:type="dxa"/>
            <w:tcMar>
              <w:top w:w="20" w:type="dxa"/>
              <w:left w:w="50" w:type="dxa"/>
              <w:bottom w:w="20" w:type="dxa"/>
              <w:right w:w="50" w:type="dxa"/>
            </w:tcMar>
          </w:tcPr>
          <w:p w14:paraId="5B1397AB" w14:textId="77777777" w:rsidR="00292F36" w:rsidRDefault="00000000">
            <w:r>
              <w:rPr>
                <w:sz w:val="12"/>
              </w:rPr>
              <w:t>san_quintin</w:t>
            </w:r>
          </w:p>
        </w:tc>
        <w:tc>
          <w:tcPr>
            <w:tcW w:w="564" w:type="dxa"/>
            <w:tcMar>
              <w:top w:w="20" w:type="dxa"/>
              <w:left w:w="50" w:type="dxa"/>
              <w:bottom w:w="20" w:type="dxa"/>
              <w:right w:w="50" w:type="dxa"/>
            </w:tcMar>
          </w:tcPr>
          <w:p w14:paraId="19AE5C28" w14:textId="77777777" w:rsidR="00292F36" w:rsidRDefault="00000000">
            <w:r>
              <w:rPr>
                <w:sz w:val="12"/>
              </w:rPr>
              <w:t>Middle</w:t>
            </w:r>
          </w:p>
        </w:tc>
        <w:tc>
          <w:tcPr>
            <w:tcW w:w="564" w:type="dxa"/>
            <w:tcMar>
              <w:top w:w="20" w:type="dxa"/>
              <w:left w:w="50" w:type="dxa"/>
              <w:bottom w:w="20" w:type="dxa"/>
              <w:right w:w="50" w:type="dxa"/>
            </w:tcMar>
          </w:tcPr>
          <w:p w14:paraId="5112269F" w14:textId="77777777" w:rsidR="00292F36" w:rsidRDefault="00000000">
            <w:r>
              <w:rPr>
                <w:sz w:val="12"/>
              </w:rPr>
              <w:t>isla_san_martin</w:t>
            </w:r>
          </w:p>
        </w:tc>
        <w:tc>
          <w:tcPr>
            <w:tcW w:w="564" w:type="dxa"/>
            <w:tcMar>
              <w:top w:w="20" w:type="dxa"/>
              <w:left w:w="50" w:type="dxa"/>
              <w:bottom w:w="20" w:type="dxa"/>
              <w:right w:w="50" w:type="dxa"/>
            </w:tcMar>
          </w:tcPr>
          <w:p w14:paraId="40609587" w14:textId="77777777" w:rsidR="00292F36" w:rsidRDefault="00000000">
            <w:r>
              <w:rPr>
                <w:sz w:val="12"/>
              </w:rPr>
              <w:t>isla_san_martin_exposed_north</w:t>
            </w:r>
          </w:p>
        </w:tc>
        <w:tc>
          <w:tcPr>
            <w:tcW w:w="564" w:type="dxa"/>
            <w:tcMar>
              <w:top w:w="20" w:type="dxa"/>
              <w:left w:w="50" w:type="dxa"/>
              <w:bottom w:w="20" w:type="dxa"/>
              <w:right w:w="50" w:type="dxa"/>
            </w:tcMar>
          </w:tcPr>
          <w:p w14:paraId="545527DF" w14:textId="77777777" w:rsidR="00292F36" w:rsidRDefault="00000000">
            <w:r>
              <w:rPr>
                <w:sz w:val="12"/>
              </w:rPr>
              <w:t>13</w:t>
            </w:r>
          </w:p>
        </w:tc>
        <w:tc>
          <w:tcPr>
            <w:tcW w:w="564" w:type="dxa"/>
            <w:tcMar>
              <w:top w:w="20" w:type="dxa"/>
              <w:left w:w="50" w:type="dxa"/>
              <w:bottom w:w="20" w:type="dxa"/>
              <w:right w:w="50" w:type="dxa"/>
            </w:tcMar>
          </w:tcPr>
          <w:p w14:paraId="61E768F5" w14:textId="77777777" w:rsidR="00292F36" w:rsidRDefault="00000000">
            <w:r>
              <w:rPr>
                <w:sz w:val="12"/>
              </w:rPr>
              <w:t>16.6100006</w:t>
            </w:r>
          </w:p>
        </w:tc>
        <w:tc>
          <w:tcPr>
            <w:tcW w:w="564" w:type="dxa"/>
            <w:tcMar>
              <w:top w:w="20" w:type="dxa"/>
              <w:left w:w="50" w:type="dxa"/>
              <w:bottom w:w="20" w:type="dxa"/>
              <w:right w:w="50" w:type="dxa"/>
            </w:tcMar>
          </w:tcPr>
          <w:p w14:paraId="05B25BC5" w14:textId="77777777" w:rsidR="00292F36" w:rsidRDefault="00000000">
            <w:r>
              <w:rPr>
                <w:sz w:val="12"/>
              </w:rPr>
              <w:t>0.68330271</w:t>
            </w:r>
          </w:p>
        </w:tc>
        <w:tc>
          <w:tcPr>
            <w:tcW w:w="564" w:type="dxa"/>
            <w:tcMar>
              <w:top w:w="20" w:type="dxa"/>
              <w:left w:w="50" w:type="dxa"/>
              <w:bottom w:w="20" w:type="dxa"/>
              <w:right w:w="50" w:type="dxa"/>
            </w:tcMar>
          </w:tcPr>
          <w:p w14:paraId="26774319" w14:textId="77777777" w:rsidR="00292F36" w:rsidRDefault="00000000">
            <w:r>
              <w:rPr>
                <w:sz w:val="12"/>
              </w:rPr>
              <w:t>0.1</w:t>
            </w:r>
          </w:p>
        </w:tc>
        <w:tc>
          <w:tcPr>
            <w:tcW w:w="564" w:type="dxa"/>
            <w:tcMar>
              <w:top w:w="20" w:type="dxa"/>
              <w:left w:w="50" w:type="dxa"/>
              <w:bottom w:w="20" w:type="dxa"/>
              <w:right w:w="50" w:type="dxa"/>
            </w:tcMar>
          </w:tcPr>
          <w:p w14:paraId="4855E834" w14:textId="77777777" w:rsidR="00292F36" w:rsidRDefault="00000000">
            <w:r>
              <w:rPr>
                <w:sz w:val="12"/>
              </w:rPr>
              <w:t>0.9</w:t>
            </w:r>
          </w:p>
        </w:tc>
        <w:tc>
          <w:tcPr>
            <w:tcW w:w="564" w:type="dxa"/>
            <w:tcMar>
              <w:top w:w="20" w:type="dxa"/>
              <w:left w:w="50" w:type="dxa"/>
              <w:bottom w:w="20" w:type="dxa"/>
              <w:right w:w="50" w:type="dxa"/>
            </w:tcMar>
          </w:tcPr>
          <w:p w14:paraId="22B9EFBB" w14:textId="77777777" w:rsidR="00292F36" w:rsidRDefault="00000000">
            <w:r>
              <w:rPr>
                <w:sz w:val="12"/>
              </w:rPr>
              <w:t>0</w:t>
            </w:r>
          </w:p>
        </w:tc>
        <w:tc>
          <w:tcPr>
            <w:tcW w:w="564" w:type="dxa"/>
            <w:tcMar>
              <w:top w:w="20" w:type="dxa"/>
              <w:left w:w="50" w:type="dxa"/>
              <w:bottom w:w="20" w:type="dxa"/>
              <w:right w:w="50" w:type="dxa"/>
            </w:tcMar>
          </w:tcPr>
          <w:p w14:paraId="522E8E6E" w14:textId="77777777" w:rsidR="00292F36" w:rsidRDefault="00000000">
            <w:r>
              <w:rPr>
                <w:sz w:val="12"/>
              </w:rPr>
              <w:t>0</w:t>
            </w:r>
          </w:p>
        </w:tc>
        <w:tc>
          <w:tcPr>
            <w:tcW w:w="564" w:type="dxa"/>
            <w:tcMar>
              <w:top w:w="20" w:type="dxa"/>
              <w:left w:w="50" w:type="dxa"/>
              <w:bottom w:w="20" w:type="dxa"/>
              <w:right w:w="50" w:type="dxa"/>
            </w:tcMar>
          </w:tcPr>
          <w:p w14:paraId="5F1B0653" w14:textId="77777777" w:rsidR="00292F36" w:rsidRDefault="00000000">
            <w:r>
              <w:rPr>
                <w:sz w:val="12"/>
              </w:rPr>
              <w:t>0</w:t>
            </w:r>
          </w:p>
        </w:tc>
        <w:tc>
          <w:tcPr>
            <w:tcW w:w="564" w:type="dxa"/>
            <w:tcMar>
              <w:top w:w="20" w:type="dxa"/>
              <w:left w:w="50" w:type="dxa"/>
              <w:bottom w:w="20" w:type="dxa"/>
              <w:right w:w="50" w:type="dxa"/>
            </w:tcMar>
          </w:tcPr>
          <w:p w14:paraId="2ACE7B5D" w14:textId="77777777" w:rsidR="00292F36" w:rsidRDefault="00000000">
            <w:r>
              <w:rPr>
                <w:sz w:val="12"/>
              </w:rPr>
              <w:t>0</w:t>
            </w:r>
          </w:p>
        </w:tc>
        <w:tc>
          <w:tcPr>
            <w:tcW w:w="564" w:type="dxa"/>
            <w:tcMar>
              <w:top w:w="20" w:type="dxa"/>
              <w:left w:w="50" w:type="dxa"/>
              <w:bottom w:w="20" w:type="dxa"/>
              <w:right w:w="50" w:type="dxa"/>
            </w:tcMar>
          </w:tcPr>
          <w:p w14:paraId="4E5F7720" w14:textId="77777777" w:rsidR="00292F36" w:rsidRDefault="00000000">
            <w:r>
              <w:rPr>
                <w:sz w:val="12"/>
              </w:rPr>
              <w:t>0</w:t>
            </w:r>
          </w:p>
        </w:tc>
        <w:tc>
          <w:tcPr>
            <w:tcW w:w="564" w:type="dxa"/>
            <w:tcMar>
              <w:top w:w="20" w:type="dxa"/>
              <w:left w:w="50" w:type="dxa"/>
              <w:bottom w:w="20" w:type="dxa"/>
              <w:right w:w="50" w:type="dxa"/>
            </w:tcMar>
          </w:tcPr>
          <w:p w14:paraId="3F69E662" w14:textId="77777777" w:rsidR="00292F36" w:rsidRDefault="00000000">
            <w:r>
              <w:rPr>
                <w:sz w:val="12"/>
              </w:rPr>
              <w:t>0</w:t>
            </w:r>
          </w:p>
        </w:tc>
        <w:tc>
          <w:tcPr>
            <w:tcW w:w="564" w:type="dxa"/>
            <w:tcMar>
              <w:top w:w="20" w:type="dxa"/>
              <w:left w:w="50" w:type="dxa"/>
              <w:bottom w:w="20" w:type="dxa"/>
              <w:right w:w="50" w:type="dxa"/>
            </w:tcMar>
          </w:tcPr>
          <w:p w14:paraId="5CB81CAF" w14:textId="77777777" w:rsidR="00292F36" w:rsidRDefault="00000000">
            <w:r>
              <w:rPr>
                <w:sz w:val="12"/>
              </w:rPr>
              <w:t>0</w:t>
            </w:r>
          </w:p>
        </w:tc>
        <w:tc>
          <w:tcPr>
            <w:tcW w:w="564" w:type="dxa"/>
            <w:tcMar>
              <w:top w:w="20" w:type="dxa"/>
              <w:left w:w="50" w:type="dxa"/>
              <w:bottom w:w="20" w:type="dxa"/>
              <w:right w:w="50" w:type="dxa"/>
            </w:tcMar>
          </w:tcPr>
          <w:p w14:paraId="1E3152AC" w14:textId="77777777" w:rsidR="00292F36" w:rsidRDefault="00000000">
            <w:r>
              <w:rPr>
                <w:sz w:val="12"/>
              </w:rPr>
              <w:t>0.1875</w:t>
            </w:r>
          </w:p>
        </w:tc>
        <w:tc>
          <w:tcPr>
            <w:tcW w:w="564" w:type="dxa"/>
            <w:tcMar>
              <w:top w:w="20" w:type="dxa"/>
              <w:left w:w="50" w:type="dxa"/>
              <w:bottom w:w="20" w:type="dxa"/>
              <w:right w:w="50" w:type="dxa"/>
            </w:tcMar>
          </w:tcPr>
          <w:p w14:paraId="653D55F1" w14:textId="77777777" w:rsidR="00292F36" w:rsidRDefault="00000000">
            <w:r>
              <w:rPr>
                <w:sz w:val="12"/>
              </w:rPr>
              <w:t>0.1875</w:t>
            </w:r>
          </w:p>
        </w:tc>
        <w:tc>
          <w:tcPr>
            <w:tcW w:w="564" w:type="dxa"/>
            <w:tcMar>
              <w:top w:w="20" w:type="dxa"/>
              <w:left w:w="50" w:type="dxa"/>
              <w:bottom w:w="20" w:type="dxa"/>
              <w:right w:w="50" w:type="dxa"/>
            </w:tcMar>
          </w:tcPr>
          <w:p w14:paraId="7D16E6FF" w14:textId="77777777" w:rsidR="00292F36" w:rsidRDefault="00000000">
            <w:r>
              <w:rPr>
                <w:sz w:val="12"/>
              </w:rPr>
              <w:t>0.0625</w:t>
            </w:r>
          </w:p>
        </w:tc>
        <w:tc>
          <w:tcPr>
            <w:tcW w:w="564" w:type="dxa"/>
            <w:tcMar>
              <w:top w:w="20" w:type="dxa"/>
              <w:left w:w="50" w:type="dxa"/>
              <w:bottom w:w="20" w:type="dxa"/>
              <w:right w:w="50" w:type="dxa"/>
            </w:tcMar>
          </w:tcPr>
          <w:p w14:paraId="72A8CCC7" w14:textId="77777777" w:rsidR="00292F36" w:rsidRDefault="00000000">
            <w:r>
              <w:rPr>
                <w:sz w:val="12"/>
              </w:rPr>
              <w:t>0</w:t>
            </w:r>
          </w:p>
        </w:tc>
        <w:tc>
          <w:tcPr>
            <w:tcW w:w="564" w:type="dxa"/>
            <w:tcMar>
              <w:top w:w="20" w:type="dxa"/>
              <w:left w:w="50" w:type="dxa"/>
              <w:bottom w:w="20" w:type="dxa"/>
              <w:right w:w="50" w:type="dxa"/>
            </w:tcMar>
          </w:tcPr>
          <w:p w14:paraId="50C4F025" w14:textId="77777777" w:rsidR="00292F36" w:rsidRDefault="00000000">
            <w:r>
              <w:rPr>
                <w:sz w:val="12"/>
              </w:rPr>
              <w:t>0.5625</w:t>
            </w:r>
          </w:p>
        </w:tc>
      </w:tr>
      <w:tr w:rsidR="00292F36" w14:paraId="7EDF1A7A" w14:textId="77777777">
        <w:tc>
          <w:tcPr>
            <w:tcW w:w="564" w:type="dxa"/>
            <w:tcMar>
              <w:top w:w="20" w:type="dxa"/>
              <w:left w:w="50" w:type="dxa"/>
              <w:bottom w:w="20" w:type="dxa"/>
              <w:right w:w="50" w:type="dxa"/>
            </w:tcMar>
          </w:tcPr>
          <w:p w14:paraId="0A588B0F" w14:textId="77777777" w:rsidR="00292F36" w:rsidRDefault="00000000">
            <w:r>
              <w:rPr>
                <w:sz w:val="12"/>
              </w:rPr>
              <w:t>2017_isla_san_martin_isla_san_martin_exposed_south_1</w:t>
            </w:r>
          </w:p>
        </w:tc>
        <w:tc>
          <w:tcPr>
            <w:tcW w:w="564" w:type="dxa"/>
            <w:tcMar>
              <w:top w:w="20" w:type="dxa"/>
              <w:left w:w="50" w:type="dxa"/>
              <w:bottom w:w="20" w:type="dxa"/>
              <w:right w:w="50" w:type="dxa"/>
            </w:tcMar>
          </w:tcPr>
          <w:p w14:paraId="01DB6A70" w14:textId="77777777" w:rsidR="00292F36" w:rsidRDefault="00000000">
            <w:r>
              <w:rPr>
                <w:sz w:val="12"/>
              </w:rPr>
              <w:t>-0.3988526</w:t>
            </w:r>
          </w:p>
        </w:tc>
        <w:tc>
          <w:tcPr>
            <w:tcW w:w="564" w:type="dxa"/>
            <w:tcMar>
              <w:top w:w="20" w:type="dxa"/>
              <w:left w:w="50" w:type="dxa"/>
              <w:bottom w:w="20" w:type="dxa"/>
              <w:right w:w="50" w:type="dxa"/>
            </w:tcMar>
          </w:tcPr>
          <w:p w14:paraId="598EEFB3" w14:textId="77777777" w:rsidR="00292F36" w:rsidRDefault="00000000">
            <w:r>
              <w:rPr>
                <w:sz w:val="12"/>
              </w:rPr>
              <w:t>0.02910963</w:t>
            </w:r>
          </w:p>
        </w:tc>
        <w:tc>
          <w:tcPr>
            <w:tcW w:w="564" w:type="dxa"/>
            <w:tcMar>
              <w:top w:w="20" w:type="dxa"/>
              <w:left w:w="50" w:type="dxa"/>
              <w:bottom w:w="20" w:type="dxa"/>
              <w:right w:w="50" w:type="dxa"/>
            </w:tcMar>
          </w:tcPr>
          <w:p w14:paraId="5B8E9BE4" w14:textId="77777777" w:rsidR="00292F36" w:rsidRDefault="00000000">
            <w:r>
              <w:rPr>
                <w:sz w:val="12"/>
              </w:rPr>
              <w:t>2017</w:t>
            </w:r>
          </w:p>
        </w:tc>
        <w:tc>
          <w:tcPr>
            <w:tcW w:w="564" w:type="dxa"/>
            <w:tcMar>
              <w:top w:w="20" w:type="dxa"/>
              <w:left w:w="50" w:type="dxa"/>
              <w:bottom w:w="20" w:type="dxa"/>
              <w:right w:w="50" w:type="dxa"/>
            </w:tcMar>
          </w:tcPr>
          <w:p w14:paraId="08FF5FF6" w14:textId="77777777" w:rsidR="00292F36" w:rsidRDefault="00000000">
            <w:r>
              <w:rPr>
                <w:sz w:val="12"/>
              </w:rPr>
              <w:t>san_quintin</w:t>
            </w:r>
          </w:p>
        </w:tc>
        <w:tc>
          <w:tcPr>
            <w:tcW w:w="564" w:type="dxa"/>
            <w:tcMar>
              <w:top w:w="20" w:type="dxa"/>
              <w:left w:w="50" w:type="dxa"/>
              <w:bottom w:w="20" w:type="dxa"/>
              <w:right w:w="50" w:type="dxa"/>
            </w:tcMar>
          </w:tcPr>
          <w:p w14:paraId="48110395" w14:textId="77777777" w:rsidR="00292F36" w:rsidRDefault="00000000">
            <w:r>
              <w:rPr>
                <w:sz w:val="12"/>
              </w:rPr>
              <w:t>Middle</w:t>
            </w:r>
          </w:p>
        </w:tc>
        <w:tc>
          <w:tcPr>
            <w:tcW w:w="564" w:type="dxa"/>
            <w:tcMar>
              <w:top w:w="20" w:type="dxa"/>
              <w:left w:w="50" w:type="dxa"/>
              <w:bottom w:w="20" w:type="dxa"/>
              <w:right w:w="50" w:type="dxa"/>
            </w:tcMar>
          </w:tcPr>
          <w:p w14:paraId="4FC35334" w14:textId="77777777" w:rsidR="00292F36" w:rsidRDefault="00000000">
            <w:r>
              <w:rPr>
                <w:sz w:val="12"/>
              </w:rPr>
              <w:t>isla_san_martin</w:t>
            </w:r>
          </w:p>
        </w:tc>
        <w:tc>
          <w:tcPr>
            <w:tcW w:w="564" w:type="dxa"/>
            <w:tcMar>
              <w:top w:w="20" w:type="dxa"/>
              <w:left w:w="50" w:type="dxa"/>
              <w:bottom w:w="20" w:type="dxa"/>
              <w:right w:w="50" w:type="dxa"/>
            </w:tcMar>
          </w:tcPr>
          <w:p w14:paraId="135BD732" w14:textId="77777777" w:rsidR="00292F36" w:rsidRDefault="00000000">
            <w:r>
              <w:rPr>
                <w:sz w:val="12"/>
              </w:rPr>
              <w:t>isla_san_martin_exposed_south</w:t>
            </w:r>
          </w:p>
        </w:tc>
        <w:tc>
          <w:tcPr>
            <w:tcW w:w="564" w:type="dxa"/>
            <w:tcMar>
              <w:top w:w="20" w:type="dxa"/>
              <w:left w:w="50" w:type="dxa"/>
              <w:bottom w:w="20" w:type="dxa"/>
              <w:right w:w="50" w:type="dxa"/>
            </w:tcMar>
          </w:tcPr>
          <w:p w14:paraId="455B62D2" w14:textId="77777777" w:rsidR="00292F36" w:rsidRDefault="00000000">
            <w:r>
              <w:rPr>
                <w:sz w:val="12"/>
              </w:rPr>
              <w:t>14</w:t>
            </w:r>
          </w:p>
        </w:tc>
        <w:tc>
          <w:tcPr>
            <w:tcW w:w="564" w:type="dxa"/>
            <w:tcMar>
              <w:top w:w="20" w:type="dxa"/>
              <w:left w:w="50" w:type="dxa"/>
              <w:bottom w:w="20" w:type="dxa"/>
              <w:right w:w="50" w:type="dxa"/>
            </w:tcMar>
          </w:tcPr>
          <w:p w14:paraId="5DEADAF8" w14:textId="77777777" w:rsidR="00292F36" w:rsidRDefault="00000000">
            <w:r>
              <w:rPr>
                <w:sz w:val="12"/>
              </w:rPr>
              <w:t>16.6100006</w:t>
            </w:r>
          </w:p>
        </w:tc>
        <w:tc>
          <w:tcPr>
            <w:tcW w:w="564" w:type="dxa"/>
            <w:tcMar>
              <w:top w:w="20" w:type="dxa"/>
              <w:left w:w="50" w:type="dxa"/>
              <w:bottom w:w="20" w:type="dxa"/>
              <w:right w:w="50" w:type="dxa"/>
            </w:tcMar>
          </w:tcPr>
          <w:p w14:paraId="15DF3D47" w14:textId="77777777" w:rsidR="00292F36" w:rsidRDefault="00000000">
            <w:r>
              <w:rPr>
                <w:sz w:val="12"/>
              </w:rPr>
              <w:t>0.68330271</w:t>
            </w:r>
          </w:p>
        </w:tc>
        <w:tc>
          <w:tcPr>
            <w:tcW w:w="564" w:type="dxa"/>
            <w:tcMar>
              <w:top w:w="20" w:type="dxa"/>
              <w:left w:w="50" w:type="dxa"/>
              <w:bottom w:w="20" w:type="dxa"/>
              <w:right w:w="50" w:type="dxa"/>
            </w:tcMar>
          </w:tcPr>
          <w:p w14:paraId="303E96D3" w14:textId="77777777" w:rsidR="00292F36" w:rsidRDefault="00000000">
            <w:r>
              <w:rPr>
                <w:sz w:val="12"/>
              </w:rPr>
              <w:t>0.80851064</w:t>
            </w:r>
          </w:p>
        </w:tc>
        <w:tc>
          <w:tcPr>
            <w:tcW w:w="564" w:type="dxa"/>
            <w:tcMar>
              <w:top w:w="20" w:type="dxa"/>
              <w:left w:w="50" w:type="dxa"/>
              <w:bottom w:w="20" w:type="dxa"/>
              <w:right w:w="50" w:type="dxa"/>
            </w:tcMar>
          </w:tcPr>
          <w:p w14:paraId="6C2CE1CF" w14:textId="77777777" w:rsidR="00292F36" w:rsidRDefault="00000000">
            <w:r>
              <w:rPr>
                <w:sz w:val="12"/>
              </w:rPr>
              <w:t>0.18297872</w:t>
            </w:r>
          </w:p>
        </w:tc>
        <w:tc>
          <w:tcPr>
            <w:tcW w:w="564" w:type="dxa"/>
            <w:tcMar>
              <w:top w:w="20" w:type="dxa"/>
              <w:left w:w="50" w:type="dxa"/>
              <w:bottom w:w="20" w:type="dxa"/>
              <w:right w:w="50" w:type="dxa"/>
            </w:tcMar>
          </w:tcPr>
          <w:p w14:paraId="10DFB524" w14:textId="77777777" w:rsidR="00292F36" w:rsidRDefault="00000000">
            <w:r>
              <w:rPr>
                <w:sz w:val="12"/>
              </w:rPr>
              <w:t>0.00851064</w:t>
            </w:r>
          </w:p>
        </w:tc>
        <w:tc>
          <w:tcPr>
            <w:tcW w:w="564" w:type="dxa"/>
            <w:tcMar>
              <w:top w:w="20" w:type="dxa"/>
              <w:left w:w="50" w:type="dxa"/>
              <w:bottom w:w="20" w:type="dxa"/>
              <w:right w:w="50" w:type="dxa"/>
            </w:tcMar>
          </w:tcPr>
          <w:p w14:paraId="7134F1FA" w14:textId="77777777" w:rsidR="00292F36" w:rsidRDefault="00000000">
            <w:r>
              <w:rPr>
                <w:sz w:val="12"/>
              </w:rPr>
              <w:t>0</w:t>
            </w:r>
          </w:p>
        </w:tc>
        <w:tc>
          <w:tcPr>
            <w:tcW w:w="564" w:type="dxa"/>
            <w:tcMar>
              <w:top w:w="20" w:type="dxa"/>
              <w:left w:w="50" w:type="dxa"/>
              <w:bottom w:w="20" w:type="dxa"/>
              <w:right w:w="50" w:type="dxa"/>
            </w:tcMar>
          </w:tcPr>
          <w:p w14:paraId="1734041A" w14:textId="77777777" w:rsidR="00292F36" w:rsidRDefault="00000000">
            <w:r>
              <w:rPr>
                <w:sz w:val="12"/>
              </w:rPr>
              <w:t>0</w:t>
            </w:r>
          </w:p>
        </w:tc>
        <w:tc>
          <w:tcPr>
            <w:tcW w:w="564" w:type="dxa"/>
            <w:tcMar>
              <w:top w:w="20" w:type="dxa"/>
              <w:left w:w="50" w:type="dxa"/>
              <w:bottom w:w="20" w:type="dxa"/>
              <w:right w:w="50" w:type="dxa"/>
            </w:tcMar>
          </w:tcPr>
          <w:p w14:paraId="418E0BB9" w14:textId="77777777" w:rsidR="00292F36" w:rsidRDefault="00000000">
            <w:r>
              <w:rPr>
                <w:sz w:val="12"/>
              </w:rPr>
              <w:t>0</w:t>
            </w:r>
          </w:p>
        </w:tc>
        <w:tc>
          <w:tcPr>
            <w:tcW w:w="564" w:type="dxa"/>
            <w:tcMar>
              <w:top w:w="20" w:type="dxa"/>
              <w:left w:w="50" w:type="dxa"/>
              <w:bottom w:w="20" w:type="dxa"/>
              <w:right w:w="50" w:type="dxa"/>
            </w:tcMar>
          </w:tcPr>
          <w:p w14:paraId="01648D7B" w14:textId="77777777" w:rsidR="00292F36" w:rsidRDefault="00000000">
            <w:r>
              <w:rPr>
                <w:sz w:val="12"/>
              </w:rPr>
              <w:t>0</w:t>
            </w:r>
          </w:p>
        </w:tc>
        <w:tc>
          <w:tcPr>
            <w:tcW w:w="564" w:type="dxa"/>
            <w:tcMar>
              <w:top w:w="20" w:type="dxa"/>
              <w:left w:w="50" w:type="dxa"/>
              <w:bottom w:w="20" w:type="dxa"/>
              <w:right w:w="50" w:type="dxa"/>
            </w:tcMar>
          </w:tcPr>
          <w:p w14:paraId="09944FEC" w14:textId="77777777" w:rsidR="00292F36" w:rsidRDefault="00000000">
            <w:r>
              <w:rPr>
                <w:sz w:val="12"/>
              </w:rPr>
              <w:t>0</w:t>
            </w:r>
          </w:p>
        </w:tc>
        <w:tc>
          <w:tcPr>
            <w:tcW w:w="564" w:type="dxa"/>
            <w:tcMar>
              <w:top w:w="20" w:type="dxa"/>
              <w:left w:w="50" w:type="dxa"/>
              <w:bottom w:w="20" w:type="dxa"/>
              <w:right w:w="50" w:type="dxa"/>
            </w:tcMar>
          </w:tcPr>
          <w:p w14:paraId="19CAD8F8" w14:textId="77777777" w:rsidR="00292F36" w:rsidRDefault="00000000">
            <w:r>
              <w:rPr>
                <w:sz w:val="12"/>
              </w:rPr>
              <w:t>0.04324324</w:t>
            </w:r>
          </w:p>
        </w:tc>
        <w:tc>
          <w:tcPr>
            <w:tcW w:w="564" w:type="dxa"/>
            <w:tcMar>
              <w:top w:w="20" w:type="dxa"/>
              <w:left w:w="50" w:type="dxa"/>
              <w:bottom w:w="20" w:type="dxa"/>
              <w:right w:w="50" w:type="dxa"/>
            </w:tcMar>
          </w:tcPr>
          <w:p w14:paraId="15F264F8" w14:textId="77777777" w:rsidR="00292F36" w:rsidRDefault="00000000">
            <w:r>
              <w:rPr>
                <w:sz w:val="12"/>
              </w:rPr>
              <w:t>0.34054054</w:t>
            </w:r>
          </w:p>
        </w:tc>
        <w:tc>
          <w:tcPr>
            <w:tcW w:w="564" w:type="dxa"/>
            <w:tcMar>
              <w:top w:w="20" w:type="dxa"/>
              <w:left w:w="50" w:type="dxa"/>
              <w:bottom w:w="20" w:type="dxa"/>
              <w:right w:w="50" w:type="dxa"/>
            </w:tcMar>
          </w:tcPr>
          <w:p w14:paraId="0F184923" w14:textId="77777777" w:rsidR="00292F36" w:rsidRDefault="00000000">
            <w:r>
              <w:rPr>
                <w:sz w:val="12"/>
              </w:rPr>
              <w:t>0.05405405</w:t>
            </w:r>
          </w:p>
        </w:tc>
        <w:tc>
          <w:tcPr>
            <w:tcW w:w="564" w:type="dxa"/>
            <w:tcMar>
              <w:top w:w="20" w:type="dxa"/>
              <w:left w:w="50" w:type="dxa"/>
              <w:bottom w:w="20" w:type="dxa"/>
              <w:right w:w="50" w:type="dxa"/>
            </w:tcMar>
          </w:tcPr>
          <w:p w14:paraId="31BA870A" w14:textId="77777777" w:rsidR="00292F36" w:rsidRDefault="00000000">
            <w:r>
              <w:rPr>
                <w:sz w:val="12"/>
              </w:rPr>
              <w:t>0</w:t>
            </w:r>
          </w:p>
        </w:tc>
        <w:tc>
          <w:tcPr>
            <w:tcW w:w="564" w:type="dxa"/>
            <w:tcMar>
              <w:top w:w="20" w:type="dxa"/>
              <w:left w:w="50" w:type="dxa"/>
              <w:bottom w:w="20" w:type="dxa"/>
              <w:right w:w="50" w:type="dxa"/>
            </w:tcMar>
          </w:tcPr>
          <w:p w14:paraId="5BDB591E" w14:textId="77777777" w:rsidR="00292F36" w:rsidRDefault="00000000">
            <w:r>
              <w:rPr>
                <w:sz w:val="12"/>
              </w:rPr>
              <w:t>0.15135135</w:t>
            </w:r>
          </w:p>
        </w:tc>
        <w:tc>
          <w:tcPr>
            <w:tcW w:w="564" w:type="dxa"/>
            <w:tcMar>
              <w:top w:w="20" w:type="dxa"/>
              <w:left w:w="50" w:type="dxa"/>
              <w:bottom w:w="20" w:type="dxa"/>
              <w:right w:w="50" w:type="dxa"/>
            </w:tcMar>
          </w:tcPr>
          <w:p w14:paraId="08F6CB3A" w14:textId="77777777" w:rsidR="00292F36" w:rsidRDefault="00000000">
            <w:r>
              <w:rPr>
                <w:sz w:val="12"/>
              </w:rPr>
              <w:t>0.41081081</w:t>
            </w:r>
          </w:p>
        </w:tc>
      </w:tr>
      <w:tr w:rsidR="00292F36" w14:paraId="62C28FB8" w14:textId="77777777">
        <w:tc>
          <w:tcPr>
            <w:tcW w:w="564" w:type="dxa"/>
            <w:tcMar>
              <w:top w:w="20" w:type="dxa"/>
              <w:left w:w="50" w:type="dxa"/>
              <w:bottom w:w="20" w:type="dxa"/>
              <w:right w:w="50" w:type="dxa"/>
            </w:tcMar>
          </w:tcPr>
          <w:p w14:paraId="5007B32E" w14:textId="77777777" w:rsidR="00292F36" w:rsidRDefault="00000000">
            <w:r>
              <w:rPr>
                <w:sz w:val="12"/>
              </w:rPr>
              <w:t>2017_isla_san_martin_isla_san_martin_exposed_south_2</w:t>
            </w:r>
          </w:p>
        </w:tc>
        <w:tc>
          <w:tcPr>
            <w:tcW w:w="564" w:type="dxa"/>
            <w:tcMar>
              <w:top w:w="20" w:type="dxa"/>
              <w:left w:w="50" w:type="dxa"/>
              <w:bottom w:w="20" w:type="dxa"/>
              <w:right w:w="50" w:type="dxa"/>
            </w:tcMar>
          </w:tcPr>
          <w:p w14:paraId="5271C519" w14:textId="77777777" w:rsidR="00292F36" w:rsidRDefault="00000000">
            <w:r>
              <w:rPr>
                <w:sz w:val="12"/>
              </w:rPr>
              <w:t>0.02227269</w:t>
            </w:r>
          </w:p>
        </w:tc>
        <w:tc>
          <w:tcPr>
            <w:tcW w:w="564" w:type="dxa"/>
            <w:tcMar>
              <w:top w:w="20" w:type="dxa"/>
              <w:left w:w="50" w:type="dxa"/>
              <w:bottom w:w="20" w:type="dxa"/>
              <w:right w:w="50" w:type="dxa"/>
            </w:tcMar>
          </w:tcPr>
          <w:p w14:paraId="71A344AB" w14:textId="77777777" w:rsidR="00292F36" w:rsidRDefault="00000000">
            <w:r>
              <w:rPr>
                <w:sz w:val="12"/>
              </w:rPr>
              <w:t>-0.4007906</w:t>
            </w:r>
          </w:p>
        </w:tc>
        <w:tc>
          <w:tcPr>
            <w:tcW w:w="564" w:type="dxa"/>
            <w:tcMar>
              <w:top w:w="20" w:type="dxa"/>
              <w:left w:w="50" w:type="dxa"/>
              <w:bottom w:w="20" w:type="dxa"/>
              <w:right w:w="50" w:type="dxa"/>
            </w:tcMar>
          </w:tcPr>
          <w:p w14:paraId="1F8E463D" w14:textId="77777777" w:rsidR="00292F36" w:rsidRDefault="00000000">
            <w:r>
              <w:rPr>
                <w:sz w:val="12"/>
              </w:rPr>
              <w:t>2017</w:t>
            </w:r>
          </w:p>
        </w:tc>
        <w:tc>
          <w:tcPr>
            <w:tcW w:w="564" w:type="dxa"/>
            <w:tcMar>
              <w:top w:w="20" w:type="dxa"/>
              <w:left w:w="50" w:type="dxa"/>
              <w:bottom w:w="20" w:type="dxa"/>
              <w:right w:w="50" w:type="dxa"/>
            </w:tcMar>
          </w:tcPr>
          <w:p w14:paraId="30295E37" w14:textId="77777777" w:rsidR="00292F36" w:rsidRDefault="00000000">
            <w:r>
              <w:rPr>
                <w:sz w:val="12"/>
              </w:rPr>
              <w:t>san_quintin</w:t>
            </w:r>
          </w:p>
        </w:tc>
        <w:tc>
          <w:tcPr>
            <w:tcW w:w="564" w:type="dxa"/>
            <w:tcMar>
              <w:top w:w="20" w:type="dxa"/>
              <w:left w:w="50" w:type="dxa"/>
              <w:bottom w:w="20" w:type="dxa"/>
              <w:right w:w="50" w:type="dxa"/>
            </w:tcMar>
          </w:tcPr>
          <w:p w14:paraId="3E102578" w14:textId="77777777" w:rsidR="00292F36" w:rsidRDefault="00000000">
            <w:r>
              <w:rPr>
                <w:sz w:val="12"/>
              </w:rPr>
              <w:t>Middle</w:t>
            </w:r>
          </w:p>
        </w:tc>
        <w:tc>
          <w:tcPr>
            <w:tcW w:w="564" w:type="dxa"/>
            <w:tcMar>
              <w:top w:w="20" w:type="dxa"/>
              <w:left w:w="50" w:type="dxa"/>
              <w:bottom w:w="20" w:type="dxa"/>
              <w:right w:w="50" w:type="dxa"/>
            </w:tcMar>
          </w:tcPr>
          <w:p w14:paraId="0C7A3CFF" w14:textId="77777777" w:rsidR="00292F36" w:rsidRDefault="00000000">
            <w:r>
              <w:rPr>
                <w:sz w:val="12"/>
              </w:rPr>
              <w:t>isla_san_martin</w:t>
            </w:r>
          </w:p>
        </w:tc>
        <w:tc>
          <w:tcPr>
            <w:tcW w:w="564" w:type="dxa"/>
            <w:tcMar>
              <w:top w:w="20" w:type="dxa"/>
              <w:left w:w="50" w:type="dxa"/>
              <w:bottom w:w="20" w:type="dxa"/>
              <w:right w:w="50" w:type="dxa"/>
            </w:tcMar>
          </w:tcPr>
          <w:p w14:paraId="4882B24A" w14:textId="77777777" w:rsidR="00292F36" w:rsidRDefault="00000000">
            <w:r>
              <w:rPr>
                <w:sz w:val="12"/>
              </w:rPr>
              <w:t>isla_san_martin_exposed_south</w:t>
            </w:r>
          </w:p>
        </w:tc>
        <w:tc>
          <w:tcPr>
            <w:tcW w:w="564" w:type="dxa"/>
            <w:tcMar>
              <w:top w:w="20" w:type="dxa"/>
              <w:left w:w="50" w:type="dxa"/>
              <w:bottom w:w="20" w:type="dxa"/>
              <w:right w:w="50" w:type="dxa"/>
            </w:tcMar>
          </w:tcPr>
          <w:p w14:paraId="58FEAECD" w14:textId="77777777" w:rsidR="00292F36" w:rsidRDefault="00000000">
            <w:r>
              <w:rPr>
                <w:sz w:val="12"/>
              </w:rPr>
              <w:t>13</w:t>
            </w:r>
          </w:p>
        </w:tc>
        <w:tc>
          <w:tcPr>
            <w:tcW w:w="564" w:type="dxa"/>
            <w:tcMar>
              <w:top w:w="20" w:type="dxa"/>
              <w:left w:w="50" w:type="dxa"/>
              <w:bottom w:w="20" w:type="dxa"/>
              <w:right w:w="50" w:type="dxa"/>
            </w:tcMar>
          </w:tcPr>
          <w:p w14:paraId="3D84DA38" w14:textId="77777777" w:rsidR="00292F36" w:rsidRDefault="00000000">
            <w:r>
              <w:rPr>
                <w:sz w:val="12"/>
              </w:rPr>
              <w:t>16.6100006</w:t>
            </w:r>
          </w:p>
        </w:tc>
        <w:tc>
          <w:tcPr>
            <w:tcW w:w="564" w:type="dxa"/>
            <w:tcMar>
              <w:top w:w="20" w:type="dxa"/>
              <w:left w:w="50" w:type="dxa"/>
              <w:bottom w:w="20" w:type="dxa"/>
              <w:right w:w="50" w:type="dxa"/>
            </w:tcMar>
          </w:tcPr>
          <w:p w14:paraId="2CB477D4" w14:textId="77777777" w:rsidR="00292F36" w:rsidRDefault="00000000">
            <w:r>
              <w:rPr>
                <w:sz w:val="12"/>
              </w:rPr>
              <w:t>0.68330271</w:t>
            </w:r>
          </w:p>
        </w:tc>
        <w:tc>
          <w:tcPr>
            <w:tcW w:w="564" w:type="dxa"/>
            <w:tcMar>
              <w:top w:w="20" w:type="dxa"/>
              <w:left w:w="50" w:type="dxa"/>
              <w:bottom w:w="20" w:type="dxa"/>
              <w:right w:w="50" w:type="dxa"/>
            </w:tcMar>
          </w:tcPr>
          <w:p w14:paraId="2265BF8F" w14:textId="77777777" w:rsidR="00292F36" w:rsidRDefault="00000000">
            <w:r>
              <w:rPr>
                <w:sz w:val="12"/>
              </w:rPr>
              <w:t>0.42676768</w:t>
            </w:r>
          </w:p>
        </w:tc>
        <w:tc>
          <w:tcPr>
            <w:tcW w:w="564" w:type="dxa"/>
            <w:tcMar>
              <w:top w:w="20" w:type="dxa"/>
              <w:left w:w="50" w:type="dxa"/>
              <w:bottom w:w="20" w:type="dxa"/>
              <w:right w:w="50" w:type="dxa"/>
            </w:tcMar>
          </w:tcPr>
          <w:p w14:paraId="347285A0" w14:textId="77777777" w:rsidR="00292F36" w:rsidRDefault="00000000">
            <w:r>
              <w:rPr>
                <w:sz w:val="12"/>
              </w:rPr>
              <w:t>0.55808081</w:t>
            </w:r>
          </w:p>
        </w:tc>
        <w:tc>
          <w:tcPr>
            <w:tcW w:w="564" w:type="dxa"/>
            <w:tcMar>
              <w:top w:w="20" w:type="dxa"/>
              <w:left w:w="50" w:type="dxa"/>
              <w:bottom w:w="20" w:type="dxa"/>
              <w:right w:w="50" w:type="dxa"/>
            </w:tcMar>
          </w:tcPr>
          <w:p w14:paraId="287D1934" w14:textId="77777777" w:rsidR="00292F36" w:rsidRDefault="00000000">
            <w:r>
              <w:rPr>
                <w:sz w:val="12"/>
              </w:rPr>
              <w:t>0.01515152</w:t>
            </w:r>
          </w:p>
        </w:tc>
        <w:tc>
          <w:tcPr>
            <w:tcW w:w="564" w:type="dxa"/>
            <w:tcMar>
              <w:top w:w="20" w:type="dxa"/>
              <w:left w:w="50" w:type="dxa"/>
              <w:bottom w:w="20" w:type="dxa"/>
              <w:right w:w="50" w:type="dxa"/>
            </w:tcMar>
          </w:tcPr>
          <w:p w14:paraId="623C9DB4" w14:textId="77777777" w:rsidR="00292F36" w:rsidRDefault="00000000">
            <w:r>
              <w:rPr>
                <w:sz w:val="12"/>
              </w:rPr>
              <w:t>0</w:t>
            </w:r>
          </w:p>
        </w:tc>
        <w:tc>
          <w:tcPr>
            <w:tcW w:w="564" w:type="dxa"/>
            <w:tcMar>
              <w:top w:w="20" w:type="dxa"/>
              <w:left w:w="50" w:type="dxa"/>
              <w:bottom w:w="20" w:type="dxa"/>
              <w:right w:w="50" w:type="dxa"/>
            </w:tcMar>
          </w:tcPr>
          <w:p w14:paraId="4A7AFCF9" w14:textId="77777777" w:rsidR="00292F36" w:rsidRDefault="00000000">
            <w:r>
              <w:rPr>
                <w:sz w:val="12"/>
              </w:rPr>
              <w:t>0</w:t>
            </w:r>
          </w:p>
        </w:tc>
        <w:tc>
          <w:tcPr>
            <w:tcW w:w="564" w:type="dxa"/>
            <w:tcMar>
              <w:top w:w="20" w:type="dxa"/>
              <w:left w:w="50" w:type="dxa"/>
              <w:bottom w:w="20" w:type="dxa"/>
              <w:right w:w="50" w:type="dxa"/>
            </w:tcMar>
          </w:tcPr>
          <w:p w14:paraId="6B47BC96" w14:textId="77777777" w:rsidR="00292F36" w:rsidRDefault="00000000">
            <w:r>
              <w:rPr>
                <w:sz w:val="12"/>
              </w:rPr>
              <w:t>0</w:t>
            </w:r>
          </w:p>
        </w:tc>
        <w:tc>
          <w:tcPr>
            <w:tcW w:w="564" w:type="dxa"/>
            <w:tcMar>
              <w:top w:w="20" w:type="dxa"/>
              <w:left w:w="50" w:type="dxa"/>
              <w:bottom w:w="20" w:type="dxa"/>
              <w:right w:w="50" w:type="dxa"/>
            </w:tcMar>
          </w:tcPr>
          <w:p w14:paraId="3A1AC86B" w14:textId="77777777" w:rsidR="00292F36" w:rsidRDefault="00000000">
            <w:r>
              <w:rPr>
                <w:sz w:val="12"/>
              </w:rPr>
              <w:t>0</w:t>
            </w:r>
          </w:p>
        </w:tc>
        <w:tc>
          <w:tcPr>
            <w:tcW w:w="564" w:type="dxa"/>
            <w:tcMar>
              <w:top w:w="20" w:type="dxa"/>
              <w:left w:w="50" w:type="dxa"/>
              <w:bottom w:w="20" w:type="dxa"/>
              <w:right w:w="50" w:type="dxa"/>
            </w:tcMar>
          </w:tcPr>
          <w:p w14:paraId="3087895D" w14:textId="77777777" w:rsidR="00292F36" w:rsidRDefault="00000000">
            <w:r>
              <w:rPr>
                <w:sz w:val="12"/>
              </w:rPr>
              <w:t>0</w:t>
            </w:r>
          </w:p>
        </w:tc>
        <w:tc>
          <w:tcPr>
            <w:tcW w:w="564" w:type="dxa"/>
            <w:tcMar>
              <w:top w:w="20" w:type="dxa"/>
              <w:left w:w="50" w:type="dxa"/>
              <w:bottom w:w="20" w:type="dxa"/>
              <w:right w:w="50" w:type="dxa"/>
            </w:tcMar>
          </w:tcPr>
          <w:p w14:paraId="5AAD7C1E" w14:textId="77777777" w:rsidR="00292F36" w:rsidRDefault="00000000">
            <w:r>
              <w:rPr>
                <w:sz w:val="12"/>
              </w:rPr>
              <w:t>0</w:t>
            </w:r>
          </w:p>
        </w:tc>
        <w:tc>
          <w:tcPr>
            <w:tcW w:w="564" w:type="dxa"/>
            <w:tcMar>
              <w:top w:w="20" w:type="dxa"/>
              <w:left w:w="50" w:type="dxa"/>
              <w:bottom w:w="20" w:type="dxa"/>
              <w:right w:w="50" w:type="dxa"/>
            </w:tcMar>
          </w:tcPr>
          <w:p w14:paraId="4C7F61BD" w14:textId="77777777" w:rsidR="00292F36" w:rsidRDefault="00000000">
            <w:r>
              <w:rPr>
                <w:sz w:val="12"/>
              </w:rPr>
              <w:t>0.30232558</w:t>
            </w:r>
          </w:p>
        </w:tc>
        <w:tc>
          <w:tcPr>
            <w:tcW w:w="564" w:type="dxa"/>
            <w:tcMar>
              <w:top w:w="20" w:type="dxa"/>
              <w:left w:w="50" w:type="dxa"/>
              <w:bottom w:w="20" w:type="dxa"/>
              <w:right w:w="50" w:type="dxa"/>
            </w:tcMar>
          </w:tcPr>
          <w:p w14:paraId="4DD57D81" w14:textId="77777777" w:rsidR="00292F36" w:rsidRDefault="00000000">
            <w:r>
              <w:rPr>
                <w:sz w:val="12"/>
              </w:rPr>
              <w:t>0</w:t>
            </w:r>
          </w:p>
        </w:tc>
        <w:tc>
          <w:tcPr>
            <w:tcW w:w="564" w:type="dxa"/>
            <w:tcMar>
              <w:top w:w="20" w:type="dxa"/>
              <w:left w:w="50" w:type="dxa"/>
              <w:bottom w:w="20" w:type="dxa"/>
              <w:right w:w="50" w:type="dxa"/>
            </w:tcMar>
          </w:tcPr>
          <w:p w14:paraId="123CA2A5" w14:textId="77777777" w:rsidR="00292F36" w:rsidRDefault="00000000">
            <w:r>
              <w:rPr>
                <w:sz w:val="12"/>
              </w:rPr>
              <w:t>0</w:t>
            </w:r>
          </w:p>
        </w:tc>
        <w:tc>
          <w:tcPr>
            <w:tcW w:w="564" w:type="dxa"/>
            <w:tcMar>
              <w:top w:w="20" w:type="dxa"/>
              <w:left w:w="50" w:type="dxa"/>
              <w:bottom w:w="20" w:type="dxa"/>
              <w:right w:w="50" w:type="dxa"/>
            </w:tcMar>
          </w:tcPr>
          <w:p w14:paraId="3B38532E" w14:textId="77777777" w:rsidR="00292F36" w:rsidRDefault="00000000">
            <w:r>
              <w:rPr>
                <w:sz w:val="12"/>
              </w:rPr>
              <w:t>0.44186047</w:t>
            </w:r>
          </w:p>
        </w:tc>
        <w:tc>
          <w:tcPr>
            <w:tcW w:w="564" w:type="dxa"/>
            <w:tcMar>
              <w:top w:w="20" w:type="dxa"/>
              <w:left w:w="50" w:type="dxa"/>
              <w:bottom w:w="20" w:type="dxa"/>
              <w:right w:w="50" w:type="dxa"/>
            </w:tcMar>
          </w:tcPr>
          <w:p w14:paraId="7ADBF13C" w14:textId="77777777" w:rsidR="00292F36" w:rsidRDefault="00000000">
            <w:r>
              <w:rPr>
                <w:sz w:val="12"/>
              </w:rPr>
              <w:t>0.25581395</w:t>
            </w:r>
          </w:p>
        </w:tc>
      </w:tr>
      <w:tr w:rsidR="00292F36" w14:paraId="69801B66" w14:textId="77777777">
        <w:tc>
          <w:tcPr>
            <w:tcW w:w="564" w:type="dxa"/>
            <w:tcMar>
              <w:top w:w="20" w:type="dxa"/>
              <w:left w:w="50" w:type="dxa"/>
              <w:bottom w:w="20" w:type="dxa"/>
              <w:right w:w="50" w:type="dxa"/>
            </w:tcMar>
          </w:tcPr>
          <w:p w14:paraId="5D106886" w14:textId="77777777" w:rsidR="00292F36" w:rsidRDefault="00000000">
            <w:r>
              <w:rPr>
                <w:sz w:val="12"/>
              </w:rPr>
              <w:t>2017_isla_san_martin_isla_san_martin_exposed_south_3</w:t>
            </w:r>
          </w:p>
        </w:tc>
        <w:tc>
          <w:tcPr>
            <w:tcW w:w="564" w:type="dxa"/>
            <w:tcMar>
              <w:top w:w="20" w:type="dxa"/>
              <w:left w:w="50" w:type="dxa"/>
              <w:bottom w:w="20" w:type="dxa"/>
              <w:right w:w="50" w:type="dxa"/>
            </w:tcMar>
          </w:tcPr>
          <w:p w14:paraId="5986BEFC" w14:textId="77777777" w:rsidR="00292F36" w:rsidRDefault="00000000">
            <w:r>
              <w:rPr>
                <w:sz w:val="12"/>
              </w:rPr>
              <w:t>-0.059086</w:t>
            </w:r>
          </w:p>
        </w:tc>
        <w:tc>
          <w:tcPr>
            <w:tcW w:w="564" w:type="dxa"/>
            <w:tcMar>
              <w:top w:w="20" w:type="dxa"/>
              <w:left w:w="50" w:type="dxa"/>
              <w:bottom w:w="20" w:type="dxa"/>
              <w:right w:w="50" w:type="dxa"/>
            </w:tcMar>
          </w:tcPr>
          <w:p w14:paraId="2159AF60" w14:textId="77777777" w:rsidR="00292F36" w:rsidRDefault="00000000">
            <w:r>
              <w:rPr>
                <w:sz w:val="12"/>
              </w:rPr>
              <w:t>-0.1647421</w:t>
            </w:r>
          </w:p>
        </w:tc>
        <w:tc>
          <w:tcPr>
            <w:tcW w:w="564" w:type="dxa"/>
            <w:tcMar>
              <w:top w:w="20" w:type="dxa"/>
              <w:left w:w="50" w:type="dxa"/>
              <w:bottom w:w="20" w:type="dxa"/>
              <w:right w:w="50" w:type="dxa"/>
            </w:tcMar>
          </w:tcPr>
          <w:p w14:paraId="08A9C9F3" w14:textId="77777777" w:rsidR="00292F36" w:rsidRDefault="00000000">
            <w:r>
              <w:rPr>
                <w:sz w:val="12"/>
              </w:rPr>
              <w:t>2017</w:t>
            </w:r>
          </w:p>
        </w:tc>
        <w:tc>
          <w:tcPr>
            <w:tcW w:w="564" w:type="dxa"/>
            <w:tcMar>
              <w:top w:w="20" w:type="dxa"/>
              <w:left w:w="50" w:type="dxa"/>
              <w:bottom w:w="20" w:type="dxa"/>
              <w:right w:w="50" w:type="dxa"/>
            </w:tcMar>
          </w:tcPr>
          <w:p w14:paraId="74B51B1C" w14:textId="77777777" w:rsidR="00292F36" w:rsidRDefault="00000000">
            <w:r>
              <w:rPr>
                <w:sz w:val="12"/>
              </w:rPr>
              <w:t>san_quintin</w:t>
            </w:r>
          </w:p>
        </w:tc>
        <w:tc>
          <w:tcPr>
            <w:tcW w:w="564" w:type="dxa"/>
            <w:tcMar>
              <w:top w:w="20" w:type="dxa"/>
              <w:left w:w="50" w:type="dxa"/>
              <w:bottom w:w="20" w:type="dxa"/>
              <w:right w:w="50" w:type="dxa"/>
            </w:tcMar>
          </w:tcPr>
          <w:p w14:paraId="62DDE4F9" w14:textId="77777777" w:rsidR="00292F36" w:rsidRDefault="00000000">
            <w:r>
              <w:rPr>
                <w:sz w:val="12"/>
              </w:rPr>
              <w:t>Middle</w:t>
            </w:r>
          </w:p>
        </w:tc>
        <w:tc>
          <w:tcPr>
            <w:tcW w:w="564" w:type="dxa"/>
            <w:tcMar>
              <w:top w:w="20" w:type="dxa"/>
              <w:left w:w="50" w:type="dxa"/>
              <w:bottom w:w="20" w:type="dxa"/>
              <w:right w:w="50" w:type="dxa"/>
            </w:tcMar>
          </w:tcPr>
          <w:p w14:paraId="75A6228F" w14:textId="77777777" w:rsidR="00292F36" w:rsidRDefault="00000000">
            <w:r>
              <w:rPr>
                <w:sz w:val="12"/>
              </w:rPr>
              <w:t>isla_san_martin</w:t>
            </w:r>
          </w:p>
        </w:tc>
        <w:tc>
          <w:tcPr>
            <w:tcW w:w="564" w:type="dxa"/>
            <w:tcMar>
              <w:top w:w="20" w:type="dxa"/>
              <w:left w:w="50" w:type="dxa"/>
              <w:bottom w:w="20" w:type="dxa"/>
              <w:right w:w="50" w:type="dxa"/>
            </w:tcMar>
          </w:tcPr>
          <w:p w14:paraId="0188BCB1" w14:textId="77777777" w:rsidR="00292F36" w:rsidRDefault="00000000">
            <w:r>
              <w:rPr>
                <w:sz w:val="12"/>
              </w:rPr>
              <w:t>isla_san_martin_exposed_south</w:t>
            </w:r>
          </w:p>
        </w:tc>
        <w:tc>
          <w:tcPr>
            <w:tcW w:w="564" w:type="dxa"/>
            <w:tcMar>
              <w:top w:w="20" w:type="dxa"/>
              <w:left w:w="50" w:type="dxa"/>
              <w:bottom w:w="20" w:type="dxa"/>
              <w:right w:w="50" w:type="dxa"/>
            </w:tcMar>
          </w:tcPr>
          <w:p w14:paraId="75BB85A0" w14:textId="77777777" w:rsidR="00292F36" w:rsidRDefault="00000000">
            <w:r>
              <w:rPr>
                <w:sz w:val="12"/>
              </w:rPr>
              <w:t>14</w:t>
            </w:r>
          </w:p>
        </w:tc>
        <w:tc>
          <w:tcPr>
            <w:tcW w:w="564" w:type="dxa"/>
            <w:tcMar>
              <w:top w:w="20" w:type="dxa"/>
              <w:left w:w="50" w:type="dxa"/>
              <w:bottom w:w="20" w:type="dxa"/>
              <w:right w:w="50" w:type="dxa"/>
            </w:tcMar>
          </w:tcPr>
          <w:p w14:paraId="3602353A" w14:textId="77777777" w:rsidR="00292F36" w:rsidRDefault="00000000">
            <w:r>
              <w:rPr>
                <w:sz w:val="12"/>
              </w:rPr>
              <w:t>16.6100006</w:t>
            </w:r>
          </w:p>
        </w:tc>
        <w:tc>
          <w:tcPr>
            <w:tcW w:w="564" w:type="dxa"/>
            <w:tcMar>
              <w:top w:w="20" w:type="dxa"/>
              <w:left w:w="50" w:type="dxa"/>
              <w:bottom w:w="20" w:type="dxa"/>
              <w:right w:w="50" w:type="dxa"/>
            </w:tcMar>
          </w:tcPr>
          <w:p w14:paraId="0DC0B8E2" w14:textId="77777777" w:rsidR="00292F36" w:rsidRDefault="00000000">
            <w:r>
              <w:rPr>
                <w:sz w:val="12"/>
              </w:rPr>
              <w:t>0.68330271</w:t>
            </w:r>
          </w:p>
        </w:tc>
        <w:tc>
          <w:tcPr>
            <w:tcW w:w="564" w:type="dxa"/>
            <w:tcMar>
              <w:top w:w="20" w:type="dxa"/>
              <w:left w:w="50" w:type="dxa"/>
              <w:bottom w:w="20" w:type="dxa"/>
              <w:right w:w="50" w:type="dxa"/>
            </w:tcMar>
          </w:tcPr>
          <w:p w14:paraId="35815C2B" w14:textId="77777777" w:rsidR="00292F36" w:rsidRDefault="00000000">
            <w:r>
              <w:rPr>
                <w:sz w:val="12"/>
              </w:rPr>
              <w:t>0.4637224</w:t>
            </w:r>
          </w:p>
        </w:tc>
        <w:tc>
          <w:tcPr>
            <w:tcW w:w="564" w:type="dxa"/>
            <w:tcMar>
              <w:top w:w="20" w:type="dxa"/>
              <w:left w:w="50" w:type="dxa"/>
              <w:bottom w:w="20" w:type="dxa"/>
              <w:right w:w="50" w:type="dxa"/>
            </w:tcMar>
          </w:tcPr>
          <w:p w14:paraId="3EB99B96" w14:textId="77777777" w:rsidR="00292F36" w:rsidRDefault="00000000">
            <w:r>
              <w:rPr>
                <w:sz w:val="12"/>
              </w:rPr>
              <w:t>0.3659306</w:t>
            </w:r>
          </w:p>
        </w:tc>
        <w:tc>
          <w:tcPr>
            <w:tcW w:w="564" w:type="dxa"/>
            <w:tcMar>
              <w:top w:w="20" w:type="dxa"/>
              <w:left w:w="50" w:type="dxa"/>
              <w:bottom w:w="20" w:type="dxa"/>
              <w:right w:w="50" w:type="dxa"/>
            </w:tcMar>
          </w:tcPr>
          <w:p w14:paraId="7192ABA5" w14:textId="77777777" w:rsidR="00292F36" w:rsidRDefault="00000000">
            <w:r>
              <w:rPr>
                <w:sz w:val="12"/>
              </w:rPr>
              <w:t>0.170347</w:t>
            </w:r>
          </w:p>
        </w:tc>
        <w:tc>
          <w:tcPr>
            <w:tcW w:w="564" w:type="dxa"/>
            <w:tcMar>
              <w:top w:w="20" w:type="dxa"/>
              <w:left w:w="50" w:type="dxa"/>
              <w:bottom w:w="20" w:type="dxa"/>
              <w:right w:w="50" w:type="dxa"/>
            </w:tcMar>
          </w:tcPr>
          <w:p w14:paraId="22CFD733" w14:textId="77777777" w:rsidR="00292F36" w:rsidRDefault="00000000">
            <w:r>
              <w:rPr>
                <w:sz w:val="12"/>
              </w:rPr>
              <w:t>0</w:t>
            </w:r>
          </w:p>
        </w:tc>
        <w:tc>
          <w:tcPr>
            <w:tcW w:w="564" w:type="dxa"/>
            <w:tcMar>
              <w:top w:w="20" w:type="dxa"/>
              <w:left w:w="50" w:type="dxa"/>
              <w:bottom w:w="20" w:type="dxa"/>
              <w:right w:w="50" w:type="dxa"/>
            </w:tcMar>
          </w:tcPr>
          <w:p w14:paraId="1A7F758E" w14:textId="77777777" w:rsidR="00292F36" w:rsidRDefault="00000000">
            <w:r>
              <w:rPr>
                <w:sz w:val="12"/>
              </w:rPr>
              <w:t>0</w:t>
            </w:r>
          </w:p>
        </w:tc>
        <w:tc>
          <w:tcPr>
            <w:tcW w:w="564" w:type="dxa"/>
            <w:tcMar>
              <w:top w:w="20" w:type="dxa"/>
              <w:left w:w="50" w:type="dxa"/>
              <w:bottom w:w="20" w:type="dxa"/>
              <w:right w:w="50" w:type="dxa"/>
            </w:tcMar>
          </w:tcPr>
          <w:p w14:paraId="26CD7AA4" w14:textId="77777777" w:rsidR="00292F36" w:rsidRDefault="00000000">
            <w:r>
              <w:rPr>
                <w:sz w:val="12"/>
              </w:rPr>
              <w:t>0</w:t>
            </w:r>
          </w:p>
        </w:tc>
        <w:tc>
          <w:tcPr>
            <w:tcW w:w="564" w:type="dxa"/>
            <w:tcMar>
              <w:top w:w="20" w:type="dxa"/>
              <w:left w:w="50" w:type="dxa"/>
              <w:bottom w:w="20" w:type="dxa"/>
              <w:right w:w="50" w:type="dxa"/>
            </w:tcMar>
          </w:tcPr>
          <w:p w14:paraId="33E6A5F1" w14:textId="77777777" w:rsidR="00292F36" w:rsidRDefault="00000000">
            <w:r>
              <w:rPr>
                <w:sz w:val="12"/>
              </w:rPr>
              <w:t>0</w:t>
            </w:r>
          </w:p>
        </w:tc>
        <w:tc>
          <w:tcPr>
            <w:tcW w:w="564" w:type="dxa"/>
            <w:tcMar>
              <w:top w:w="20" w:type="dxa"/>
              <w:left w:w="50" w:type="dxa"/>
              <w:bottom w:w="20" w:type="dxa"/>
              <w:right w:w="50" w:type="dxa"/>
            </w:tcMar>
          </w:tcPr>
          <w:p w14:paraId="3278E984" w14:textId="77777777" w:rsidR="00292F36" w:rsidRDefault="00000000">
            <w:r>
              <w:rPr>
                <w:sz w:val="12"/>
              </w:rPr>
              <w:t>0</w:t>
            </w:r>
          </w:p>
        </w:tc>
        <w:tc>
          <w:tcPr>
            <w:tcW w:w="564" w:type="dxa"/>
            <w:tcMar>
              <w:top w:w="20" w:type="dxa"/>
              <w:left w:w="50" w:type="dxa"/>
              <w:bottom w:w="20" w:type="dxa"/>
              <w:right w:w="50" w:type="dxa"/>
            </w:tcMar>
          </w:tcPr>
          <w:p w14:paraId="63A3340F" w14:textId="77777777" w:rsidR="00292F36" w:rsidRDefault="00000000">
            <w:r>
              <w:rPr>
                <w:sz w:val="12"/>
              </w:rPr>
              <w:t>0</w:t>
            </w:r>
          </w:p>
        </w:tc>
        <w:tc>
          <w:tcPr>
            <w:tcW w:w="564" w:type="dxa"/>
            <w:tcMar>
              <w:top w:w="20" w:type="dxa"/>
              <w:left w:w="50" w:type="dxa"/>
              <w:bottom w:w="20" w:type="dxa"/>
              <w:right w:w="50" w:type="dxa"/>
            </w:tcMar>
          </w:tcPr>
          <w:p w14:paraId="07110BC1" w14:textId="77777777" w:rsidR="00292F36" w:rsidRDefault="00000000">
            <w:r>
              <w:rPr>
                <w:sz w:val="12"/>
              </w:rPr>
              <w:t>0.34375</w:t>
            </w:r>
          </w:p>
        </w:tc>
        <w:tc>
          <w:tcPr>
            <w:tcW w:w="564" w:type="dxa"/>
            <w:tcMar>
              <w:top w:w="20" w:type="dxa"/>
              <w:left w:w="50" w:type="dxa"/>
              <w:bottom w:w="20" w:type="dxa"/>
              <w:right w:w="50" w:type="dxa"/>
            </w:tcMar>
          </w:tcPr>
          <w:p w14:paraId="33FC9899" w14:textId="77777777" w:rsidR="00292F36" w:rsidRDefault="00000000">
            <w:r>
              <w:rPr>
                <w:sz w:val="12"/>
              </w:rPr>
              <w:t>0.03125</w:t>
            </w:r>
          </w:p>
        </w:tc>
        <w:tc>
          <w:tcPr>
            <w:tcW w:w="564" w:type="dxa"/>
            <w:tcMar>
              <w:top w:w="20" w:type="dxa"/>
              <w:left w:w="50" w:type="dxa"/>
              <w:bottom w:w="20" w:type="dxa"/>
              <w:right w:w="50" w:type="dxa"/>
            </w:tcMar>
          </w:tcPr>
          <w:p w14:paraId="7C76E2DF" w14:textId="77777777" w:rsidR="00292F36" w:rsidRDefault="00000000">
            <w:r>
              <w:rPr>
                <w:sz w:val="12"/>
              </w:rPr>
              <w:t>0</w:t>
            </w:r>
          </w:p>
        </w:tc>
        <w:tc>
          <w:tcPr>
            <w:tcW w:w="564" w:type="dxa"/>
            <w:tcMar>
              <w:top w:w="20" w:type="dxa"/>
              <w:left w:w="50" w:type="dxa"/>
              <w:bottom w:w="20" w:type="dxa"/>
              <w:right w:w="50" w:type="dxa"/>
            </w:tcMar>
          </w:tcPr>
          <w:p w14:paraId="77EA752D" w14:textId="77777777" w:rsidR="00292F36" w:rsidRDefault="00000000">
            <w:r>
              <w:rPr>
                <w:sz w:val="12"/>
              </w:rPr>
              <w:t>0.375</w:t>
            </w:r>
          </w:p>
        </w:tc>
        <w:tc>
          <w:tcPr>
            <w:tcW w:w="564" w:type="dxa"/>
            <w:tcMar>
              <w:top w:w="20" w:type="dxa"/>
              <w:left w:w="50" w:type="dxa"/>
              <w:bottom w:w="20" w:type="dxa"/>
              <w:right w:w="50" w:type="dxa"/>
            </w:tcMar>
          </w:tcPr>
          <w:p w14:paraId="789E3C66" w14:textId="77777777" w:rsidR="00292F36" w:rsidRDefault="00000000">
            <w:r>
              <w:rPr>
                <w:sz w:val="12"/>
              </w:rPr>
              <w:t>0.25</w:t>
            </w:r>
          </w:p>
        </w:tc>
      </w:tr>
      <w:tr w:rsidR="00292F36" w14:paraId="351BA95A" w14:textId="77777777">
        <w:tc>
          <w:tcPr>
            <w:tcW w:w="564" w:type="dxa"/>
            <w:tcMar>
              <w:top w:w="20" w:type="dxa"/>
              <w:left w:w="50" w:type="dxa"/>
              <w:bottom w:w="20" w:type="dxa"/>
              <w:right w:w="50" w:type="dxa"/>
            </w:tcMar>
          </w:tcPr>
          <w:p w14:paraId="72A80C1E" w14:textId="77777777" w:rsidR="00292F36" w:rsidRDefault="00000000">
            <w:r>
              <w:rPr>
                <w:sz w:val="12"/>
              </w:rPr>
              <w:t>2017_isla_san_martin_isla_san_martin_protected_south_1</w:t>
            </w:r>
          </w:p>
        </w:tc>
        <w:tc>
          <w:tcPr>
            <w:tcW w:w="564" w:type="dxa"/>
            <w:tcMar>
              <w:top w:w="20" w:type="dxa"/>
              <w:left w:w="50" w:type="dxa"/>
              <w:bottom w:w="20" w:type="dxa"/>
              <w:right w:w="50" w:type="dxa"/>
            </w:tcMar>
          </w:tcPr>
          <w:p w14:paraId="33E5C29A" w14:textId="77777777" w:rsidR="00292F36" w:rsidRDefault="00000000">
            <w:r>
              <w:rPr>
                <w:sz w:val="12"/>
              </w:rPr>
              <w:t>-0.3962246</w:t>
            </w:r>
          </w:p>
        </w:tc>
        <w:tc>
          <w:tcPr>
            <w:tcW w:w="564" w:type="dxa"/>
            <w:tcMar>
              <w:top w:w="20" w:type="dxa"/>
              <w:left w:w="50" w:type="dxa"/>
              <w:bottom w:w="20" w:type="dxa"/>
              <w:right w:w="50" w:type="dxa"/>
            </w:tcMar>
          </w:tcPr>
          <w:p w14:paraId="10675069" w14:textId="77777777" w:rsidR="00292F36" w:rsidRDefault="00000000">
            <w:r>
              <w:rPr>
                <w:sz w:val="12"/>
              </w:rPr>
              <w:t>-0.0115135</w:t>
            </w:r>
          </w:p>
        </w:tc>
        <w:tc>
          <w:tcPr>
            <w:tcW w:w="564" w:type="dxa"/>
            <w:tcMar>
              <w:top w:w="20" w:type="dxa"/>
              <w:left w:w="50" w:type="dxa"/>
              <w:bottom w:w="20" w:type="dxa"/>
              <w:right w:w="50" w:type="dxa"/>
            </w:tcMar>
          </w:tcPr>
          <w:p w14:paraId="6684840A" w14:textId="77777777" w:rsidR="00292F36" w:rsidRDefault="00000000">
            <w:r>
              <w:rPr>
                <w:sz w:val="12"/>
              </w:rPr>
              <w:t>2017</w:t>
            </w:r>
          </w:p>
        </w:tc>
        <w:tc>
          <w:tcPr>
            <w:tcW w:w="564" w:type="dxa"/>
            <w:tcMar>
              <w:top w:w="20" w:type="dxa"/>
              <w:left w:w="50" w:type="dxa"/>
              <w:bottom w:w="20" w:type="dxa"/>
              <w:right w:w="50" w:type="dxa"/>
            </w:tcMar>
          </w:tcPr>
          <w:p w14:paraId="04CA60CF" w14:textId="77777777" w:rsidR="00292F36" w:rsidRDefault="00000000">
            <w:r>
              <w:rPr>
                <w:sz w:val="12"/>
              </w:rPr>
              <w:t>san_quintin</w:t>
            </w:r>
          </w:p>
        </w:tc>
        <w:tc>
          <w:tcPr>
            <w:tcW w:w="564" w:type="dxa"/>
            <w:tcMar>
              <w:top w:w="20" w:type="dxa"/>
              <w:left w:w="50" w:type="dxa"/>
              <w:bottom w:w="20" w:type="dxa"/>
              <w:right w:w="50" w:type="dxa"/>
            </w:tcMar>
          </w:tcPr>
          <w:p w14:paraId="62F08B43" w14:textId="77777777" w:rsidR="00292F36" w:rsidRDefault="00000000">
            <w:r>
              <w:rPr>
                <w:sz w:val="12"/>
              </w:rPr>
              <w:t>Middle</w:t>
            </w:r>
          </w:p>
        </w:tc>
        <w:tc>
          <w:tcPr>
            <w:tcW w:w="564" w:type="dxa"/>
            <w:tcMar>
              <w:top w:w="20" w:type="dxa"/>
              <w:left w:w="50" w:type="dxa"/>
              <w:bottom w:w="20" w:type="dxa"/>
              <w:right w:w="50" w:type="dxa"/>
            </w:tcMar>
          </w:tcPr>
          <w:p w14:paraId="411B6DAB" w14:textId="77777777" w:rsidR="00292F36" w:rsidRDefault="00000000">
            <w:r>
              <w:rPr>
                <w:sz w:val="12"/>
              </w:rPr>
              <w:t>isla_san_martin</w:t>
            </w:r>
          </w:p>
        </w:tc>
        <w:tc>
          <w:tcPr>
            <w:tcW w:w="564" w:type="dxa"/>
            <w:tcMar>
              <w:top w:w="20" w:type="dxa"/>
              <w:left w:w="50" w:type="dxa"/>
              <w:bottom w:w="20" w:type="dxa"/>
              <w:right w:w="50" w:type="dxa"/>
            </w:tcMar>
          </w:tcPr>
          <w:p w14:paraId="544B1B47" w14:textId="77777777" w:rsidR="00292F36" w:rsidRDefault="00000000">
            <w:r>
              <w:rPr>
                <w:sz w:val="12"/>
              </w:rPr>
              <w:t>isla_san_martin_protected_south</w:t>
            </w:r>
          </w:p>
        </w:tc>
        <w:tc>
          <w:tcPr>
            <w:tcW w:w="564" w:type="dxa"/>
            <w:tcMar>
              <w:top w:w="20" w:type="dxa"/>
              <w:left w:w="50" w:type="dxa"/>
              <w:bottom w:w="20" w:type="dxa"/>
              <w:right w:w="50" w:type="dxa"/>
            </w:tcMar>
          </w:tcPr>
          <w:p w14:paraId="60624AAF" w14:textId="77777777" w:rsidR="00292F36" w:rsidRDefault="00000000">
            <w:r>
              <w:rPr>
                <w:sz w:val="12"/>
              </w:rPr>
              <w:t>6</w:t>
            </w:r>
          </w:p>
        </w:tc>
        <w:tc>
          <w:tcPr>
            <w:tcW w:w="564" w:type="dxa"/>
            <w:tcMar>
              <w:top w:w="20" w:type="dxa"/>
              <w:left w:w="50" w:type="dxa"/>
              <w:bottom w:w="20" w:type="dxa"/>
              <w:right w:w="50" w:type="dxa"/>
            </w:tcMar>
          </w:tcPr>
          <w:p w14:paraId="35D7F7E3" w14:textId="77777777" w:rsidR="00292F36" w:rsidRDefault="00000000">
            <w:r>
              <w:rPr>
                <w:sz w:val="12"/>
              </w:rPr>
              <w:t>20.9200001</w:t>
            </w:r>
          </w:p>
        </w:tc>
        <w:tc>
          <w:tcPr>
            <w:tcW w:w="564" w:type="dxa"/>
            <w:tcMar>
              <w:top w:w="20" w:type="dxa"/>
              <w:left w:w="50" w:type="dxa"/>
              <w:bottom w:w="20" w:type="dxa"/>
              <w:right w:w="50" w:type="dxa"/>
            </w:tcMar>
          </w:tcPr>
          <w:p w14:paraId="394D90EA" w14:textId="77777777" w:rsidR="00292F36" w:rsidRDefault="00000000">
            <w:r>
              <w:rPr>
                <w:sz w:val="12"/>
              </w:rPr>
              <w:t>0.68330271</w:t>
            </w:r>
          </w:p>
        </w:tc>
        <w:tc>
          <w:tcPr>
            <w:tcW w:w="564" w:type="dxa"/>
            <w:tcMar>
              <w:top w:w="20" w:type="dxa"/>
              <w:left w:w="50" w:type="dxa"/>
              <w:bottom w:w="20" w:type="dxa"/>
              <w:right w:w="50" w:type="dxa"/>
            </w:tcMar>
          </w:tcPr>
          <w:p w14:paraId="6FBD257D" w14:textId="77777777" w:rsidR="00292F36" w:rsidRDefault="00000000">
            <w:r>
              <w:rPr>
                <w:sz w:val="12"/>
              </w:rPr>
              <w:t>0.73513514</w:t>
            </w:r>
          </w:p>
        </w:tc>
        <w:tc>
          <w:tcPr>
            <w:tcW w:w="564" w:type="dxa"/>
            <w:tcMar>
              <w:top w:w="20" w:type="dxa"/>
              <w:left w:w="50" w:type="dxa"/>
              <w:bottom w:w="20" w:type="dxa"/>
              <w:right w:w="50" w:type="dxa"/>
            </w:tcMar>
          </w:tcPr>
          <w:p w14:paraId="46542D5D" w14:textId="77777777" w:rsidR="00292F36" w:rsidRDefault="00000000">
            <w:r>
              <w:rPr>
                <w:sz w:val="12"/>
              </w:rPr>
              <w:t>0.26486486</w:t>
            </w:r>
          </w:p>
        </w:tc>
        <w:tc>
          <w:tcPr>
            <w:tcW w:w="564" w:type="dxa"/>
            <w:tcMar>
              <w:top w:w="20" w:type="dxa"/>
              <w:left w:w="50" w:type="dxa"/>
              <w:bottom w:w="20" w:type="dxa"/>
              <w:right w:w="50" w:type="dxa"/>
            </w:tcMar>
          </w:tcPr>
          <w:p w14:paraId="265D137E" w14:textId="77777777" w:rsidR="00292F36" w:rsidRDefault="00000000">
            <w:r>
              <w:rPr>
                <w:sz w:val="12"/>
              </w:rPr>
              <w:t>0</w:t>
            </w:r>
          </w:p>
        </w:tc>
        <w:tc>
          <w:tcPr>
            <w:tcW w:w="564" w:type="dxa"/>
            <w:tcMar>
              <w:top w:w="20" w:type="dxa"/>
              <w:left w:w="50" w:type="dxa"/>
              <w:bottom w:w="20" w:type="dxa"/>
              <w:right w:w="50" w:type="dxa"/>
            </w:tcMar>
          </w:tcPr>
          <w:p w14:paraId="5BC17FEB" w14:textId="77777777" w:rsidR="00292F36" w:rsidRDefault="00000000">
            <w:r>
              <w:rPr>
                <w:sz w:val="12"/>
              </w:rPr>
              <w:t>0</w:t>
            </w:r>
          </w:p>
        </w:tc>
        <w:tc>
          <w:tcPr>
            <w:tcW w:w="564" w:type="dxa"/>
            <w:tcMar>
              <w:top w:w="20" w:type="dxa"/>
              <w:left w:w="50" w:type="dxa"/>
              <w:bottom w:w="20" w:type="dxa"/>
              <w:right w:w="50" w:type="dxa"/>
            </w:tcMar>
          </w:tcPr>
          <w:p w14:paraId="29554E96" w14:textId="77777777" w:rsidR="00292F36" w:rsidRDefault="00000000">
            <w:r>
              <w:rPr>
                <w:sz w:val="12"/>
              </w:rPr>
              <w:t>0</w:t>
            </w:r>
          </w:p>
        </w:tc>
        <w:tc>
          <w:tcPr>
            <w:tcW w:w="564" w:type="dxa"/>
            <w:tcMar>
              <w:top w:w="20" w:type="dxa"/>
              <w:left w:w="50" w:type="dxa"/>
              <w:bottom w:w="20" w:type="dxa"/>
              <w:right w:w="50" w:type="dxa"/>
            </w:tcMar>
          </w:tcPr>
          <w:p w14:paraId="48B49FC4" w14:textId="77777777" w:rsidR="00292F36" w:rsidRDefault="00000000">
            <w:r>
              <w:rPr>
                <w:sz w:val="12"/>
              </w:rPr>
              <w:t>0</w:t>
            </w:r>
          </w:p>
        </w:tc>
        <w:tc>
          <w:tcPr>
            <w:tcW w:w="564" w:type="dxa"/>
            <w:tcMar>
              <w:top w:w="20" w:type="dxa"/>
              <w:left w:w="50" w:type="dxa"/>
              <w:bottom w:w="20" w:type="dxa"/>
              <w:right w:w="50" w:type="dxa"/>
            </w:tcMar>
          </w:tcPr>
          <w:p w14:paraId="546202C9" w14:textId="77777777" w:rsidR="00292F36" w:rsidRDefault="00000000">
            <w:r>
              <w:rPr>
                <w:sz w:val="12"/>
              </w:rPr>
              <w:t>0</w:t>
            </w:r>
          </w:p>
        </w:tc>
        <w:tc>
          <w:tcPr>
            <w:tcW w:w="564" w:type="dxa"/>
            <w:tcMar>
              <w:top w:w="20" w:type="dxa"/>
              <w:left w:w="50" w:type="dxa"/>
              <w:bottom w:w="20" w:type="dxa"/>
              <w:right w:w="50" w:type="dxa"/>
            </w:tcMar>
          </w:tcPr>
          <w:p w14:paraId="4F11B807" w14:textId="77777777" w:rsidR="00292F36" w:rsidRDefault="00000000">
            <w:r>
              <w:rPr>
                <w:sz w:val="12"/>
              </w:rPr>
              <w:t>0</w:t>
            </w:r>
          </w:p>
        </w:tc>
        <w:tc>
          <w:tcPr>
            <w:tcW w:w="564" w:type="dxa"/>
            <w:tcMar>
              <w:top w:w="20" w:type="dxa"/>
              <w:left w:w="50" w:type="dxa"/>
              <w:bottom w:w="20" w:type="dxa"/>
              <w:right w:w="50" w:type="dxa"/>
            </w:tcMar>
          </w:tcPr>
          <w:p w14:paraId="75CDCAAB" w14:textId="77777777" w:rsidR="00292F36" w:rsidRDefault="00000000">
            <w:r>
              <w:rPr>
                <w:sz w:val="12"/>
              </w:rPr>
              <w:t>0.0733945</w:t>
            </w:r>
          </w:p>
        </w:tc>
        <w:tc>
          <w:tcPr>
            <w:tcW w:w="564" w:type="dxa"/>
            <w:tcMar>
              <w:top w:w="20" w:type="dxa"/>
              <w:left w:w="50" w:type="dxa"/>
              <w:bottom w:w="20" w:type="dxa"/>
              <w:right w:w="50" w:type="dxa"/>
            </w:tcMar>
          </w:tcPr>
          <w:p w14:paraId="72E4F210" w14:textId="77777777" w:rsidR="00292F36" w:rsidRDefault="00000000">
            <w:r>
              <w:rPr>
                <w:sz w:val="12"/>
              </w:rPr>
              <w:t>0.30275229</w:t>
            </w:r>
          </w:p>
        </w:tc>
        <w:tc>
          <w:tcPr>
            <w:tcW w:w="564" w:type="dxa"/>
            <w:tcMar>
              <w:top w:w="20" w:type="dxa"/>
              <w:left w:w="50" w:type="dxa"/>
              <w:bottom w:w="20" w:type="dxa"/>
              <w:right w:w="50" w:type="dxa"/>
            </w:tcMar>
          </w:tcPr>
          <w:p w14:paraId="542737E3" w14:textId="77777777" w:rsidR="00292F36" w:rsidRDefault="00000000">
            <w:r>
              <w:rPr>
                <w:sz w:val="12"/>
              </w:rPr>
              <w:t>0.06422018</w:t>
            </w:r>
          </w:p>
        </w:tc>
        <w:tc>
          <w:tcPr>
            <w:tcW w:w="564" w:type="dxa"/>
            <w:tcMar>
              <w:top w:w="20" w:type="dxa"/>
              <w:left w:w="50" w:type="dxa"/>
              <w:bottom w:w="20" w:type="dxa"/>
              <w:right w:w="50" w:type="dxa"/>
            </w:tcMar>
          </w:tcPr>
          <w:p w14:paraId="7F97E4D7" w14:textId="77777777" w:rsidR="00292F36" w:rsidRDefault="00000000">
            <w:r>
              <w:rPr>
                <w:sz w:val="12"/>
              </w:rPr>
              <w:t>0.4587156</w:t>
            </w:r>
          </w:p>
        </w:tc>
        <w:tc>
          <w:tcPr>
            <w:tcW w:w="564" w:type="dxa"/>
            <w:tcMar>
              <w:top w:w="20" w:type="dxa"/>
              <w:left w:w="50" w:type="dxa"/>
              <w:bottom w:w="20" w:type="dxa"/>
              <w:right w:w="50" w:type="dxa"/>
            </w:tcMar>
          </w:tcPr>
          <w:p w14:paraId="01330319" w14:textId="77777777" w:rsidR="00292F36" w:rsidRDefault="00000000">
            <w:r>
              <w:rPr>
                <w:sz w:val="12"/>
              </w:rPr>
              <w:t>0.00917431</w:t>
            </w:r>
          </w:p>
        </w:tc>
        <w:tc>
          <w:tcPr>
            <w:tcW w:w="564" w:type="dxa"/>
            <w:tcMar>
              <w:top w:w="20" w:type="dxa"/>
              <w:left w:w="50" w:type="dxa"/>
              <w:bottom w:w="20" w:type="dxa"/>
              <w:right w:w="50" w:type="dxa"/>
            </w:tcMar>
          </w:tcPr>
          <w:p w14:paraId="1D0A7448" w14:textId="77777777" w:rsidR="00292F36" w:rsidRDefault="00000000">
            <w:r>
              <w:rPr>
                <w:sz w:val="12"/>
              </w:rPr>
              <w:t>0.09174312</w:t>
            </w:r>
          </w:p>
        </w:tc>
      </w:tr>
      <w:tr w:rsidR="00292F36" w14:paraId="7852DF4F" w14:textId="77777777">
        <w:tc>
          <w:tcPr>
            <w:tcW w:w="564" w:type="dxa"/>
            <w:tcMar>
              <w:top w:w="20" w:type="dxa"/>
              <w:left w:w="50" w:type="dxa"/>
              <w:bottom w:w="20" w:type="dxa"/>
              <w:right w:w="50" w:type="dxa"/>
            </w:tcMar>
          </w:tcPr>
          <w:p w14:paraId="013CB3B5" w14:textId="77777777" w:rsidR="00292F36" w:rsidRDefault="00000000">
            <w:r>
              <w:rPr>
                <w:sz w:val="12"/>
              </w:rPr>
              <w:t>2017_isla_todos_santos_isla_todos_santos_exposed_south_1</w:t>
            </w:r>
          </w:p>
        </w:tc>
        <w:tc>
          <w:tcPr>
            <w:tcW w:w="564" w:type="dxa"/>
            <w:tcMar>
              <w:top w:w="20" w:type="dxa"/>
              <w:left w:w="50" w:type="dxa"/>
              <w:bottom w:w="20" w:type="dxa"/>
              <w:right w:w="50" w:type="dxa"/>
            </w:tcMar>
          </w:tcPr>
          <w:p w14:paraId="10C6E5F6" w14:textId="77777777" w:rsidR="00292F36" w:rsidRDefault="00000000">
            <w:r>
              <w:rPr>
                <w:sz w:val="12"/>
              </w:rPr>
              <w:t>0.13837405</w:t>
            </w:r>
          </w:p>
        </w:tc>
        <w:tc>
          <w:tcPr>
            <w:tcW w:w="564" w:type="dxa"/>
            <w:tcMar>
              <w:top w:w="20" w:type="dxa"/>
              <w:left w:w="50" w:type="dxa"/>
              <w:bottom w:w="20" w:type="dxa"/>
              <w:right w:w="50" w:type="dxa"/>
            </w:tcMar>
          </w:tcPr>
          <w:p w14:paraId="3970B6DE" w14:textId="77777777" w:rsidR="00292F36" w:rsidRDefault="00000000">
            <w:r>
              <w:rPr>
                <w:sz w:val="12"/>
              </w:rPr>
              <w:t>0.84493194</w:t>
            </w:r>
          </w:p>
        </w:tc>
        <w:tc>
          <w:tcPr>
            <w:tcW w:w="564" w:type="dxa"/>
            <w:tcMar>
              <w:top w:w="20" w:type="dxa"/>
              <w:left w:w="50" w:type="dxa"/>
              <w:bottom w:w="20" w:type="dxa"/>
              <w:right w:w="50" w:type="dxa"/>
            </w:tcMar>
          </w:tcPr>
          <w:p w14:paraId="34243B97" w14:textId="77777777" w:rsidR="00292F36" w:rsidRDefault="00000000">
            <w:r>
              <w:rPr>
                <w:sz w:val="12"/>
              </w:rPr>
              <w:t>2017</w:t>
            </w:r>
          </w:p>
        </w:tc>
        <w:tc>
          <w:tcPr>
            <w:tcW w:w="564" w:type="dxa"/>
            <w:tcMar>
              <w:top w:w="20" w:type="dxa"/>
              <w:left w:w="50" w:type="dxa"/>
              <w:bottom w:w="20" w:type="dxa"/>
              <w:right w:w="50" w:type="dxa"/>
            </w:tcMar>
          </w:tcPr>
          <w:p w14:paraId="6D0EDAA2" w14:textId="77777777" w:rsidR="00292F36" w:rsidRDefault="00000000">
            <w:r>
              <w:rPr>
                <w:sz w:val="12"/>
              </w:rPr>
              <w:t>ensenada</w:t>
            </w:r>
          </w:p>
        </w:tc>
        <w:tc>
          <w:tcPr>
            <w:tcW w:w="564" w:type="dxa"/>
            <w:tcMar>
              <w:top w:w="20" w:type="dxa"/>
              <w:left w:w="50" w:type="dxa"/>
              <w:bottom w:w="20" w:type="dxa"/>
              <w:right w:w="50" w:type="dxa"/>
            </w:tcMar>
          </w:tcPr>
          <w:p w14:paraId="6DE65D54" w14:textId="77777777" w:rsidR="00292F36" w:rsidRDefault="00000000">
            <w:r>
              <w:rPr>
                <w:sz w:val="12"/>
              </w:rPr>
              <w:t>North</w:t>
            </w:r>
          </w:p>
        </w:tc>
        <w:tc>
          <w:tcPr>
            <w:tcW w:w="564" w:type="dxa"/>
            <w:tcMar>
              <w:top w:w="20" w:type="dxa"/>
              <w:left w:w="50" w:type="dxa"/>
              <w:bottom w:w="20" w:type="dxa"/>
              <w:right w:w="50" w:type="dxa"/>
            </w:tcMar>
          </w:tcPr>
          <w:p w14:paraId="39974FAF" w14:textId="77777777" w:rsidR="00292F36" w:rsidRDefault="00000000">
            <w:r>
              <w:rPr>
                <w:sz w:val="12"/>
              </w:rPr>
              <w:t>isla_todos_santos</w:t>
            </w:r>
          </w:p>
        </w:tc>
        <w:tc>
          <w:tcPr>
            <w:tcW w:w="564" w:type="dxa"/>
            <w:tcMar>
              <w:top w:w="20" w:type="dxa"/>
              <w:left w:w="50" w:type="dxa"/>
              <w:bottom w:w="20" w:type="dxa"/>
              <w:right w:w="50" w:type="dxa"/>
            </w:tcMar>
          </w:tcPr>
          <w:p w14:paraId="7CD8C343" w14:textId="77777777" w:rsidR="00292F36" w:rsidRDefault="00000000">
            <w:r>
              <w:rPr>
                <w:sz w:val="12"/>
              </w:rPr>
              <w:t>isla_todos_santos_exposed_south</w:t>
            </w:r>
          </w:p>
        </w:tc>
        <w:tc>
          <w:tcPr>
            <w:tcW w:w="564" w:type="dxa"/>
            <w:tcMar>
              <w:top w:w="20" w:type="dxa"/>
              <w:left w:w="50" w:type="dxa"/>
              <w:bottom w:w="20" w:type="dxa"/>
              <w:right w:w="50" w:type="dxa"/>
            </w:tcMar>
          </w:tcPr>
          <w:p w14:paraId="22C7E79D" w14:textId="77777777" w:rsidR="00292F36" w:rsidRDefault="00000000">
            <w:r>
              <w:rPr>
                <w:sz w:val="12"/>
              </w:rPr>
              <w:t>NA</w:t>
            </w:r>
          </w:p>
        </w:tc>
        <w:tc>
          <w:tcPr>
            <w:tcW w:w="564" w:type="dxa"/>
            <w:tcMar>
              <w:top w:w="20" w:type="dxa"/>
              <w:left w:w="50" w:type="dxa"/>
              <w:bottom w:w="20" w:type="dxa"/>
              <w:right w:w="50" w:type="dxa"/>
            </w:tcMar>
          </w:tcPr>
          <w:p w14:paraId="6A0D38B1" w14:textId="77777777" w:rsidR="00292F36" w:rsidRDefault="00000000">
            <w:r>
              <w:rPr>
                <w:sz w:val="12"/>
              </w:rPr>
              <w:t>21.0400009</w:t>
            </w:r>
          </w:p>
        </w:tc>
        <w:tc>
          <w:tcPr>
            <w:tcW w:w="564" w:type="dxa"/>
            <w:tcMar>
              <w:top w:w="20" w:type="dxa"/>
              <w:left w:w="50" w:type="dxa"/>
              <w:bottom w:w="20" w:type="dxa"/>
              <w:right w:w="50" w:type="dxa"/>
            </w:tcMar>
          </w:tcPr>
          <w:p w14:paraId="1844C328" w14:textId="77777777" w:rsidR="00292F36" w:rsidRDefault="00000000">
            <w:r>
              <w:rPr>
                <w:sz w:val="12"/>
              </w:rPr>
              <w:t>0.18806579</w:t>
            </w:r>
          </w:p>
        </w:tc>
        <w:tc>
          <w:tcPr>
            <w:tcW w:w="564" w:type="dxa"/>
            <w:tcMar>
              <w:top w:w="20" w:type="dxa"/>
              <w:left w:w="50" w:type="dxa"/>
              <w:bottom w:w="20" w:type="dxa"/>
              <w:right w:w="50" w:type="dxa"/>
            </w:tcMar>
          </w:tcPr>
          <w:p w14:paraId="20FF9BBE" w14:textId="77777777" w:rsidR="00292F36" w:rsidRDefault="00000000">
            <w:r>
              <w:rPr>
                <w:sz w:val="12"/>
              </w:rPr>
              <w:t>0</w:t>
            </w:r>
          </w:p>
        </w:tc>
        <w:tc>
          <w:tcPr>
            <w:tcW w:w="564" w:type="dxa"/>
            <w:tcMar>
              <w:top w:w="20" w:type="dxa"/>
              <w:left w:w="50" w:type="dxa"/>
              <w:bottom w:w="20" w:type="dxa"/>
              <w:right w:w="50" w:type="dxa"/>
            </w:tcMar>
          </w:tcPr>
          <w:p w14:paraId="09068312" w14:textId="77777777" w:rsidR="00292F36" w:rsidRDefault="00000000">
            <w:r>
              <w:rPr>
                <w:sz w:val="12"/>
              </w:rPr>
              <w:t>0.3627451</w:t>
            </w:r>
          </w:p>
        </w:tc>
        <w:tc>
          <w:tcPr>
            <w:tcW w:w="564" w:type="dxa"/>
            <w:tcMar>
              <w:top w:w="20" w:type="dxa"/>
              <w:left w:w="50" w:type="dxa"/>
              <w:bottom w:w="20" w:type="dxa"/>
              <w:right w:w="50" w:type="dxa"/>
            </w:tcMar>
          </w:tcPr>
          <w:p w14:paraId="59DF021C" w14:textId="77777777" w:rsidR="00292F36" w:rsidRDefault="00000000">
            <w:r>
              <w:rPr>
                <w:sz w:val="12"/>
              </w:rPr>
              <w:t>0.48039216</w:t>
            </w:r>
          </w:p>
        </w:tc>
        <w:tc>
          <w:tcPr>
            <w:tcW w:w="564" w:type="dxa"/>
            <w:tcMar>
              <w:top w:w="20" w:type="dxa"/>
              <w:left w:w="50" w:type="dxa"/>
              <w:bottom w:w="20" w:type="dxa"/>
              <w:right w:w="50" w:type="dxa"/>
            </w:tcMar>
          </w:tcPr>
          <w:p w14:paraId="5B60CB54" w14:textId="77777777" w:rsidR="00292F36" w:rsidRDefault="00000000">
            <w:r>
              <w:rPr>
                <w:sz w:val="12"/>
              </w:rPr>
              <w:t>0.15686275</w:t>
            </w:r>
          </w:p>
        </w:tc>
        <w:tc>
          <w:tcPr>
            <w:tcW w:w="564" w:type="dxa"/>
            <w:tcMar>
              <w:top w:w="20" w:type="dxa"/>
              <w:left w:w="50" w:type="dxa"/>
              <w:bottom w:w="20" w:type="dxa"/>
              <w:right w:w="50" w:type="dxa"/>
            </w:tcMar>
          </w:tcPr>
          <w:p w14:paraId="2B654995" w14:textId="77777777" w:rsidR="00292F36" w:rsidRDefault="00000000">
            <w:r>
              <w:rPr>
                <w:sz w:val="12"/>
              </w:rPr>
              <w:t>0</w:t>
            </w:r>
          </w:p>
        </w:tc>
        <w:tc>
          <w:tcPr>
            <w:tcW w:w="564" w:type="dxa"/>
            <w:tcMar>
              <w:top w:w="20" w:type="dxa"/>
              <w:left w:w="50" w:type="dxa"/>
              <w:bottom w:w="20" w:type="dxa"/>
              <w:right w:w="50" w:type="dxa"/>
            </w:tcMar>
          </w:tcPr>
          <w:p w14:paraId="67C49A77" w14:textId="77777777" w:rsidR="00292F36" w:rsidRDefault="00000000">
            <w:r>
              <w:rPr>
                <w:sz w:val="12"/>
              </w:rPr>
              <w:t>0</w:t>
            </w:r>
          </w:p>
        </w:tc>
        <w:tc>
          <w:tcPr>
            <w:tcW w:w="564" w:type="dxa"/>
            <w:tcMar>
              <w:top w:w="20" w:type="dxa"/>
              <w:left w:w="50" w:type="dxa"/>
              <w:bottom w:w="20" w:type="dxa"/>
              <w:right w:w="50" w:type="dxa"/>
            </w:tcMar>
          </w:tcPr>
          <w:p w14:paraId="7C66B00D" w14:textId="77777777" w:rsidR="00292F36" w:rsidRDefault="00000000">
            <w:r>
              <w:rPr>
                <w:sz w:val="12"/>
              </w:rPr>
              <w:t>0</w:t>
            </w:r>
          </w:p>
        </w:tc>
        <w:tc>
          <w:tcPr>
            <w:tcW w:w="564" w:type="dxa"/>
            <w:tcMar>
              <w:top w:w="20" w:type="dxa"/>
              <w:left w:w="50" w:type="dxa"/>
              <w:bottom w:w="20" w:type="dxa"/>
              <w:right w:w="50" w:type="dxa"/>
            </w:tcMar>
          </w:tcPr>
          <w:p w14:paraId="0A7CE759" w14:textId="77777777" w:rsidR="00292F36" w:rsidRDefault="00000000">
            <w:r>
              <w:rPr>
                <w:sz w:val="12"/>
              </w:rPr>
              <w:t>0</w:t>
            </w:r>
          </w:p>
        </w:tc>
        <w:tc>
          <w:tcPr>
            <w:tcW w:w="564" w:type="dxa"/>
            <w:tcMar>
              <w:top w:w="20" w:type="dxa"/>
              <w:left w:w="50" w:type="dxa"/>
              <w:bottom w:w="20" w:type="dxa"/>
              <w:right w:w="50" w:type="dxa"/>
            </w:tcMar>
          </w:tcPr>
          <w:p w14:paraId="74C40823" w14:textId="77777777" w:rsidR="00292F36" w:rsidRDefault="00000000">
            <w:r>
              <w:rPr>
                <w:sz w:val="12"/>
              </w:rPr>
              <w:t>0</w:t>
            </w:r>
          </w:p>
        </w:tc>
        <w:tc>
          <w:tcPr>
            <w:tcW w:w="564" w:type="dxa"/>
            <w:tcMar>
              <w:top w:w="20" w:type="dxa"/>
              <w:left w:w="50" w:type="dxa"/>
              <w:bottom w:w="20" w:type="dxa"/>
              <w:right w:w="50" w:type="dxa"/>
            </w:tcMar>
          </w:tcPr>
          <w:p w14:paraId="1F791982" w14:textId="77777777" w:rsidR="00292F36" w:rsidRDefault="00000000">
            <w:r>
              <w:rPr>
                <w:sz w:val="12"/>
              </w:rPr>
              <w:t>0.17391304</w:t>
            </w:r>
          </w:p>
        </w:tc>
        <w:tc>
          <w:tcPr>
            <w:tcW w:w="564" w:type="dxa"/>
            <w:tcMar>
              <w:top w:w="20" w:type="dxa"/>
              <w:left w:w="50" w:type="dxa"/>
              <w:bottom w:w="20" w:type="dxa"/>
              <w:right w:w="50" w:type="dxa"/>
            </w:tcMar>
          </w:tcPr>
          <w:p w14:paraId="03D44E32" w14:textId="77777777" w:rsidR="00292F36" w:rsidRDefault="00000000">
            <w:r>
              <w:rPr>
                <w:sz w:val="12"/>
              </w:rPr>
              <w:t>0.02173913</w:t>
            </w:r>
          </w:p>
        </w:tc>
        <w:tc>
          <w:tcPr>
            <w:tcW w:w="564" w:type="dxa"/>
            <w:tcMar>
              <w:top w:w="20" w:type="dxa"/>
              <w:left w:w="50" w:type="dxa"/>
              <w:bottom w:w="20" w:type="dxa"/>
              <w:right w:w="50" w:type="dxa"/>
            </w:tcMar>
          </w:tcPr>
          <w:p w14:paraId="02C88FF6" w14:textId="77777777" w:rsidR="00292F36" w:rsidRDefault="00000000">
            <w:r>
              <w:rPr>
                <w:sz w:val="12"/>
              </w:rPr>
              <w:t>0</w:t>
            </w:r>
          </w:p>
        </w:tc>
        <w:tc>
          <w:tcPr>
            <w:tcW w:w="564" w:type="dxa"/>
            <w:tcMar>
              <w:top w:w="20" w:type="dxa"/>
              <w:left w:w="50" w:type="dxa"/>
              <w:bottom w:w="20" w:type="dxa"/>
              <w:right w:w="50" w:type="dxa"/>
            </w:tcMar>
          </w:tcPr>
          <w:p w14:paraId="634781E5" w14:textId="77777777" w:rsidR="00292F36" w:rsidRDefault="00000000">
            <w:r>
              <w:rPr>
                <w:sz w:val="12"/>
              </w:rPr>
              <w:t>0</w:t>
            </w:r>
          </w:p>
        </w:tc>
        <w:tc>
          <w:tcPr>
            <w:tcW w:w="564" w:type="dxa"/>
            <w:tcMar>
              <w:top w:w="20" w:type="dxa"/>
              <w:left w:w="50" w:type="dxa"/>
              <w:bottom w:w="20" w:type="dxa"/>
              <w:right w:w="50" w:type="dxa"/>
            </w:tcMar>
          </w:tcPr>
          <w:p w14:paraId="494F0A81" w14:textId="77777777" w:rsidR="00292F36" w:rsidRDefault="00000000">
            <w:r>
              <w:rPr>
                <w:sz w:val="12"/>
              </w:rPr>
              <w:t>0.80434783</w:t>
            </w:r>
          </w:p>
        </w:tc>
      </w:tr>
      <w:tr w:rsidR="00292F36" w14:paraId="603C4816" w14:textId="77777777">
        <w:tc>
          <w:tcPr>
            <w:tcW w:w="564" w:type="dxa"/>
            <w:tcMar>
              <w:top w:w="20" w:type="dxa"/>
              <w:left w:w="50" w:type="dxa"/>
              <w:bottom w:w="20" w:type="dxa"/>
              <w:right w:w="50" w:type="dxa"/>
            </w:tcMar>
          </w:tcPr>
          <w:p w14:paraId="1E4DE1D9" w14:textId="77777777" w:rsidR="00292F36" w:rsidRDefault="00000000">
            <w:r>
              <w:rPr>
                <w:sz w:val="12"/>
              </w:rPr>
              <w:t>2017_isla</w:t>
            </w:r>
            <w:r>
              <w:rPr>
                <w:sz w:val="12"/>
              </w:rPr>
              <w:lastRenderedPageBreak/>
              <w:t>_todos_santos_isla_todos_santos_exposed_south_2</w:t>
            </w:r>
          </w:p>
        </w:tc>
        <w:tc>
          <w:tcPr>
            <w:tcW w:w="564" w:type="dxa"/>
            <w:tcMar>
              <w:top w:w="20" w:type="dxa"/>
              <w:left w:w="50" w:type="dxa"/>
              <w:bottom w:w="20" w:type="dxa"/>
              <w:right w:w="50" w:type="dxa"/>
            </w:tcMar>
          </w:tcPr>
          <w:p w14:paraId="2CDDF6F5" w14:textId="77777777" w:rsidR="00292F36" w:rsidRDefault="00000000">
            <w:r>
              <w:rPr>
                <w:sz w:val="12"/>
              </w:rPr>
              <w:lastRenderedPageBreak/>
              <w:t>-</w:t>
            </w:r>
            <w:r>
              <w:rPr>
                <w:sz w:val="12"/>
              </w:rPr>
              <w:lastRenderedPageBreak/>
              <w:t>0.4962032</w:t>
            </w:r>
          </w:p>
        </w:tc>
        <w:tc>
          <w:tcPr>
            <w:tcW w:w="564" w:type="dxa"/>
            <w:tcMar>
              <w:top w:w="20" w:type="dxa"/>
              <w:left w:w="50" w:type="dxa"/>
              <w:bottom w:w="20" w:type="dxa"/>
              <w:right w:w="50" w:type="dxa"/>
            </w:tcMar>
          </w:tcPr>
          <w:p w14:paraId="5A57E686" w14:textId="77777777" w:rsidR="00292F36" w:rsidRDefault="00000000">
            <w:r>
              <w:rPr>
                <w:sz w:val="12"/>
              </w:rPr>
              <w:lastRenderedPageBreak/>
              <w:t>0.292201</w:t>
            </w:r>
            <w:r>
              <w:rPr>
                <w:sz w:val="12"/>
              </w:rPr>
              <w:lastRenderedPageBreak/>
              <w:t>74</w:t>
            </w:r>
          </w:p>
        </w:tc>
        <w:tc>
          <w:tcPr>
            <w:tcW w:w="564" w:type="dxa"/>
            <w:tcMar>
              <w:top w:w="20" w:type="dxa"/>
              <w:left w:w="50" w:type="dxa"/>
              <w:bottom w:w="20" w:type="dxa"/>
              <w:right w:w="50" w:type="dxa"/>
            </w:tcMar>
          </w:tcPr>
          <w:p w14:paraId="7933947E" w14:textId="77777777" w:rsidR="00292F36" w:rsidRDefault="00000000">
            <w:r>
              <w:rPr>
                <w:sz w:val="12"/>
              </w:rPr>
              <w:lastRenderedPageBreak/>
              <w:t>2017</w:t>
            </w:r>
          </w:p>
        </w:tc>
        <w:tc>
          <w:tcPr>
            <w:tcW w:w="564" w:type="dxa"/>
            <w:tcMar>
              <w:top w:w="20" w:type="dxa"/>
              <w:left w:w="50" w:type="dxa"/>
              <w:bottom w:w="20" w:type="dxa"/>
              <w:right w:w="50" w:type="dxa"/>
            </w:tcMar>
          </w:tcPr>
          <w:p w14:paraId="4AD4A29B" w14:textId="77777777" w:rsidR="00292F36" w:rsidRDefault="00000000">
            <w:r>
              <w:rPr>
                <w:sz w:val="12"/>
              </w:rPr>
              <w:t>ensenad</w:t>
            </w:r>
            <w:r>
              <w:rPr>
                <w:sz w:val="12"/>
              </w:rPr>
              <w:lastRenderedPageBreak/>
              <w:t>a</w:t>
            </w:r>
          </w:p>
        </w:tc>
        <w:tc>
          <w:tcPr>
            <w:tcW w:w="564" w:type="dxa"/>
            <w:tcMar>
              <w:top w:w="20" w:type="dxa"/>
              <w:left w:w="50" w:type="dxa"/>
              <w:bottom w:w="20" w:type="dxa"/>
              <w:right w:w="50" w:type="dxa"/>
            </w:tcMar>
          </w:tcPr>
          <w:p w14:paraId="5A6EDF4F" w14:textId="77777777" w:rsidR="00292F36" w:rsidRDefault="00000000">
            <w:r>
              <w:rPr>
                <w:sz w:val="12"/>
              </w:rPr>
              <w:lastRenderedPageBreak/>
              <w:t>North</w:t>
            </w:r>
          </w:p>
        </w:tc>
        <w:tc>
          <w:tcPr>
            <w:tcW w:w="564" w:type="dxa"/>
            <w:tcMar>
              <w:top w:w="20" w:type="dxa"/>
              <w:left w:w="50" w:type="dxa"/>
              <w:bottom w:w="20" w:type="dxa"/>
              <w:right w:w="50" w:type="dxa"/>
            </w:tcMar>
          </w:tcPr>
          <w:p w14:paraId="6A79D315" w14:textId="77777777" w:rsidR="00292F36" w:rsidRDefault="00000000">
            <w:r>
              <w:rPr>
                <w:sz w:val="12"/>
              </w:rPr>
              <w:t>isla_todo</w:t>
            </w:r>
            <w:r>
              <w:rPr>
                <w:sz w:val="12"/>
              </w:rPr>
              <w:lastRenderedPageBreak/>
              <w:t>s_santos</w:t>
            </w:r>
          </w:p>
        </w:tc>
        <w:tc>
          <w:tcPr>
            <w:tcW w:w="564" w:type="dxa"/>
            <w:tcMar>
              <w:top w:w="20" w:type="dxa"/>
              <w:left w:w="50" w:type="dxa"/>
              <w:bottom w:w="20" w:type="dxa"/>
              <w:right w:w="50" w:type="dxa"/>
            </w:tcMar>
          </w:tcPr>
          <w:p w14:paraId="5EA3B05B" w14:textId="77777777" w:rsidR="00292F36" w:rsidRDefault="00000000">
            <w:r>
              <w:rPr>
                <w:sz w:val="12"/>
              </w:rPr>
              <w:lastRenderedPageBreak/>
              <w:t>isla_todo</w:t>
            </w:r>
            <w:r>
              <w:rPr>
                <w:sz w:val="12"/>
              </w:rPr>
              <w:lastRenderedPageBreak/>
              <w:t>s_santos_exposed_south</w:t>
            </w:r>
          </w:p>
        </w:tc>
        <w:tc>
          <w:tcPr>
            <w:tcW w:w="564" w:type="dxa"/>
            <w:tcMar>
              <w:top w:w="20" w:type="dxa"/>
              <w:left w:w="50" w:type="dxa"/>
              <w:bottom w:w="20" w:type="dxa"/>
              <w:right w:w="50" w:type="dxa"/>
            </w:tcMar>
          </w:tcPr>
          <w:p w14:paraId="48B18A32" w14:textId="77777777" w:rsidR="00292F36" w:rsidRDefault="00000000">
            <w:r>
              <w:rPr>
                <w:sz w:val="12"/>
              </w:rPr>
              <w:lastRenderedPageBreak/>
              <w:t>NA</w:t>
            </w:r>
          </w:p>
        </w:tc>
        <w:tc>
          <w:tcPr>
            <w:tcW w:w="564" w:type="dxa"/>
            <w:tcMar>
              <w:top w:w="20" w:type="dxa"/>
              <w:left w:w="50" w:type="dxa"/>
              <w:bottom w:w="20" w:type="dxa"/>
              <w:right w:w="50" w:type="dxa"/>
            </w:tcMar>
          </w:tcPr>
          <w:p w14:paraId="5E0F72A9" w14:textId="77777777" w:rsidR="00292F36" w:rsidRDefault="00000000">
            <w:r>
              <w:rPr>
                <w:sz w:val="12"/>
              </w:rPr>
              <w:t>21.04000</w:t>
            </w:r>
            <w:r>
              <w:rPr>
                <w:sz w:val="12"/>
              </w:rPr>
              <w:lastRenderedPageBreak/>
              <w:t>09</w:t>
            </w:r>
          </w:p>
        </w:tc>
        <w:tc>
          <w:tcPr>
            <w:tcW w:w="564" w:type="dxa"/>
            <w:tcMar>
              <w:top w:w="20" w:type="dxa"/>
              <w:left w:w="50" w:type="dxa"/>
              <w:bottom w:w="20" w:type="dxa"/>
              <w:right w:w="50" w:type="dxa"/>
            </w:tcMar>
          </w:tcPr>
          <w:p w14:paraId="11AE96B6" w14:textId="77777777" w:rsidR="00292F36" w:rsidRDefault="00000000">
            <w:r>
              <w:rPr>
                <w:sz w:val="12"/>
              </w:rPr>
              <w:lastRenderedPageBreak/>
              <w:t>0.188065</w:t>
            </w:r>
            <w:r>
              <w:rPr>
                <w:sz w:val="12"/>
              </w:rPr>
              <w:lastRenderedPageBreak/>
              <w:t>79</w:t>
            </w:r>
          </w:p>
        </w:tc>
        <w:tc>
          <w:tcPr>
            <w:tcW w:w="564" w:type="dxa"/>
            <w:tcMar>
              <w:top w:w="20" w:type="dxa"/>
              <w:left w:w="50" w:type="dxa"/>
              <w:bottom w:w="20" w:type="dxa"/>
              <w:right w:w="50" w:type="dxa"/>
            </w:tcMar>
          </w:tcPr>
          <w:p w14:paraId="71D88B5F" w14:textId="77777777" w:rsidR="00292F36" w:rsidRDefault="00000000">
            <w:r>
              <w:rPr>
                <w:sz w:val="12"/>
              </w:rPr>
              <w:lastRenderedPageBreak/>
              <w:t>0.721014</w:t>
            </w:r>
            <w:r>
              <w:rPr>
                <w:sz w:val="12"/>
              </w:rPr>
              <w:lastRenderedPageBreak/>
              <w:t>49</w:t>
            </w:r>
          </w:p>
        </w:tc>
        <w:tc>
          <w:tcPr>
            <w:tcW w:w="564" w:type="dxa"/>
            <w:tcMar>
              <w:top w:w="20" w:type="dxa"/>
              <w:left w:w="50" w:type="dxa"/>
              <w:bottom w:w="20" w:type="dxa"/>
              <w:right w:w="50" w:type="dxa"/>
            </w:tcMar>
          </w:tcPr>
          <w:p w14:paraId="1B67B1C0" w14:textId="77777777" w:rsidR="00292F36" w:rsidRDefault="00000000">
            <w:r>
              <w:rPr>
                <w:sz w:val="12"/>
              </w:rPr>
              <w:lastRenderedPageBreak/>
              <w:t>0.054347</w:t>
            </w:r>
            <w:r>
              <w:rPr>
                <w:sz w:val="12"/>
              </w:rPr>
              <w:lastRenderedPageBreak/>
              <w:t>83</w:t>
            </w:r>
          </w:p>
        </w:tc>
        <w:tc>
          <w:tcPr>
            <w:tcW w:w="564" w:type="dxa"/>
            <w:tcMar>
              <w:top w:w="20" w:type="dxa"/>
              <w:left w:w="50" w:type="dxa"/>
              <w:bottom w:w="20" w:type="dxa"/>
              <w:right w:w="50" w:type="dxa"/>
            </w:tcMar>
          </w:tcPr>
          <w:p w14:paraId="741ADE5A" w14:textId="77777777" w:rsidR="00292F36" w:rsidRDefault="00000000">
            <w:r>
              <w:rPr>
                <w:sz w:val="12"/>
              </w:rPr>
              <w:lastRenderedPageBreak/>
              <w:t>0.135869</w:t>
            </w:r>
            <w:r>
              <w:rPr>
                <w:sz w:val="12"/>
              </w:rPr>
              <w:lastRenderedPageBreak/>
              <w:t>57</w:t>
            </w:r>
          </w:p>
        </w:tc>
        <w:tc>
          <w:tcPr>
            <w:tcW w:w="564" w:type="dxa"/>
            <w:tcMar>
              <w:top w:w="20" w:type="dxa"/>
              <w:left w:w="50" w:type="dxa"/>
              <w:bottom w:w="20" w:type="dxa"/>
              <w:right w:w="50" w:type="dxa"/>
            </w:tcMar>
          </w:tcPr>
          <w:p w14:paraId="45D10719" w14:textId="77777777" w:rsidR="00292F36" w:rsidRDefault="00000000">
            <w:r>
              <w:rPr>
                <w:sz w:val="12"/>
              </w:rPr>
              <w:lastRenderedPageBreak/>
              <w:t>0.088768</w:t>
            </w:r>
            <w:r>
              <w:rPr>
                <w:sz w:val="12"/>
              </w:rPr>
              <w:lastRenderedPageBreak/>
              <w:t>12</w:t>
            </w:r>
          </w:p>
        </w:tc>
        <w:tc>
          <w:tcPr>
            <w:tcW w:w="564" w:type="dxa"/>
            <w:tcMar>
              <w:top w:w="20" w:type="dxa"/>
              <w:left w:w="50" w:type="dxa"/>
              <w:bottom w:w="20" w:type="dxa"/>
              <w:right w:w="50" w:type="dxa"/>
            </w:tcMar>
          </w:tcPr>
          <w:p w14:paraId="7F0A3334" w14:textId="77777777" w:rsidR="00292F36" w:rsidRDefault="00000000">
            <w:r>
              <w:rPr>
                <w:sz w:val="12"/>
              </w:rPr>
              <w:lastRenderedPageBreak/>
              <w:t>0</w:t>
            </w:r>
          </w:p>
        </w:tc>
        <w:tc>
          <w:tcPr>
            <w:tcW w:w="564" w:type="dxa"/>
            <w:tcMar>
              <w:top w:w="20" w:type="dxa"/>
              <w:left w:w="50" w:type="dxa"/>
              <w:bottom w:w="20" w:type="dxa"/>
              <w:right w:w="50" w:type="dxa"/>
            </w:tcMar>
          </w:tcPr>
          <w:p w14:paraId="455B4C06" w14:textId="77777777" w:rsidR="00292F36" w:rsidRDefault="00000000">
            <w:r>
              <w:rPr>
                <w:sz w:val="12"/>
              </w:rPr>
              <w:t>0</w:t>
            </w:r>
          </w:p>
        </w:tc>
        <w:tc>
          <w:tcPr>
            <w:tcW w:w="564" w:type="dxa"/>
            <w:tcMar>
              <w:top w:w="20" w:type="dxa"/>
              <w:left w:w="50" w:type="dxa"/>
              <w:bottom w:w="20" w:type="dxa"/>
              <w:right w:w="50" w:type="dxa"/>
            </w:tcMar>
          </w:tcPr>
          <w:p w14:paraId="5A805EDD" w14:textId="77777777" w:rsidR="00292F36" w:rsidRDefault="00000000">
            <w:r>
              <w:rPr>
                <w:sz w:val="12"/>
              </w:rPr>
              <w:t>0</w:t>
            </w:r>
          </w:p>
        </w:tc>
        <w:tc>
          <w:tcPr>
            <w:tcW w:w="564" w:type="dxa"/>
            <w:tcMar>
              <w:top w:w="20" w:type="dxa"/>
              <w:left w:w="50" w:type="dxa"/>
              <w:bottom w:w="20" w:type="dxa"/>
              <w:right w:w="50" w:type="dxa"/>
            </w:tcMar>
          </w:tcPr>
          <w:p w14:paraId="09C43894" w14:textId="77777777" w:rsidR="00292F36" w:rsidRDefault="00000000">
            <w:r>
              <w:rPr>
                <w:sz w:val="12"/>
              </w:rPr>
              <w:t>0</w:t>
            </w:r>
          </w:p>
        </w:tc>
        <w:tc>
          <w:tcPr>
            <w:tcW w:w="564" w:type="dxa"/>
            <w:tcMar>
              <w:top w:w="20" w:type="dxa"/>
              <w:left w:w="50" w:type="dxa"/>
              <w:bottom w:w="20" w:type="dxa"/>
              <w:right w:w="50" w:type="dxa"/>
            </w:tcMar>
          </w:tcPr>
          <w:p w14:paraId="47BB35A5" w14:textId="77777777" w:rsidR="00292F36" w:rsidRDefault="00000000">
            <w:r>
              <w:rPr>
                <w:sz w:val="12"/>
              </w:rPr>
              <w:t>0</w:t>
            </w:r>
          </w:p>
        </w:tc>
        <w:tc>
          <w:tcPr>
            <w:tcW w:w="564" w:type="dxa"/>
            <w:tcMar>
              <w:top w:w="20" w:type="dxa"/>
              <w:left w:w="50" w:type="dxa"/>
              <w:bottom w:w="20" w:type="dxa"/>
              <w:right w:w="50" w:type="dxa"/>
            </w:tcMar>
          </w:tcPr>
          <w:p w14:paraId="7405D766" w14:textId="77777777" w:rsidR="00292F36" w:rsidRDefault="00000000">
            <w:r>
              <w:rPr>
                <w:sz w:val="12"/>
              </w:rPr>
              <w:t>0.208333</w:t>
            </w:r>
            <w:r>
              <w:rPr>
                <w:sz w:val="12"/>
              </w:rPr>
              <w:lastRenderedPageBreak/>
              <w:t>33</w:t>
            </w:r>
          </w:p>
        </w:tc>
        <w:tc>
          <w:tcPr>
            <w:tcW w:w="564" w:type="dxa"/>
            <w:tcMar>
              <w:top w:w="20" w:type="dxa"/>
              <w:left w:w="50" w:type="dxa"/>
              <w:bottom w:w="20" w:type="dxa"/>
              <w:right w:w="50" w:type="dxa"/>
            </w:tcMar>
          </w:tcPr>
          <w:p w14:paraId="1F2569CE" w14:textId="77777777" w:rsidR="00292F36" w:rsidRDefault="00000000">
            <w:r>
              <w:rPr>
                <w:sz w:val="12"/>
              </w:rPr>
              <w:lastRenderedPageBreak/>
              <w:t>0</w:t>
            </w:r>
          </w:p>
        </w:tc>
        <w:tc>
          <w:tcPr>
            <w:tcW w:w="564" w:type="dxa"/>
            <w:tcMar>
              <w:top w:w="20" w:type="dxa"/>
              <w:left w:w="50" w:type="dxa"/>
              <w:bottom w:w="20" w:type="dxa"/>
              <w:right w:w="50" w:type="dxa"/>
            </w:tcMar>
          </w:tcPr>
          <w:p w14:paraId="7958C026" w14:textId="77777777" w:rsidR="00292F36" w:rsidRDefault="00000000">
            <w:r>
              <w:rPr>
                <w:sz w:val="12"/>
              </w:rPr>
              <w:t>0</w:t>
            </w:r>
          </w:p>
        </w:tc>
        <w:tc>
          <w:tcPr>
            <w:tcW w:w="564" w:type="dxa"/>
            <w:tcMar>
              <w:top w:w="20" w:type="dxa"/>
              <w:left w:w="50" w:type="dxa"/>
              <w:bottom w:w="20" w:type="dxa"/>
              <w:right w:w="50" w:type="dxa"/>
            </w:tcMar>
          </w:tcPr>
          <w:p w14:paraId="5CD07A79" w14:textId="77777777" w:rsidR="00292F36" w:rsidRDefault="00000000">
            <w:r>
              <w:rPr>
                <w:sz w:val="12"/>
              </w:rPr>
              <w:t>0.166666</w:t>
            </w:r>
            <w:r>
              <w:rPr>
                <w:sz w:val="12"/>
              </w:rPr>
              <w:lastRenderedPageBreak/>
              <w:t>67</w:t>
            </w:r>
          </w:p>
        </w:tc>
        <w:tc>
          <w:tcPr>
            <w:tcW w:w="564" w:type="dxa"/>
            <w:tcMar>
              <w:top w:w="20" w:type="dxa"/>
              <w:left w:w="50" w:type="dxa"/>
              <w:bottom w:w="20" w:type="dxa"/>
              <w:right w:w="50" w:type="dxa"/>
            </w:tcMar>
          </w:tcPr>
          <w:p w14:paraId="44F759C9" w14:textId="77777777" w:rsidR="00292F36" w:rsidRDefault="00000000">
            <w:r>
              <w:rPr>
                <w:sz w:val="12"/>
              </w:rPr>
              <w:lastRenderedPageBreak/>
              <w:t>0.625</w:t>
            </w:r>
          </w:p>
        </w:tc>
      </w:tr>
      <w:tr w:rsidR="00292F36" w14:paraId="5E4ACF18" w14:textId="77777777">
        <w:tc>
          <w:tcPr>
            <w:tcW w:w="564" w:type="dxa"/>
            <w:tcMar>
              <w:top w:w="20" w:type="dxa"/>
              <w:left w:w="50" w:type="dxa"/>
              <w:bottom w:w="20" w:type="dxa"/>
              <w:right w:w="50" w:type="dxa"/>
            </w:tcMar>
          </w:tcPr>
          <w:p w14:paraId="03A66C8E" w14:textId="77777777" w:rsidR="00292F36" w:rsidRDefault="00000000">
            <w:r>
              <w:rPr>
                <w:sz w:val="12"/>
              </w:rPr>
              <w:t>2017_isla_todos_santos_isla_todos_santos_protected_north_1</w:t>
            </w:r>
          </w:p>
        </w:tc>
        <w:tc>
          <w:tcPr>
            <w:tcW w:w="564" w:type="dxa"/>
            <w:tcMar>
              <w:top w:w="20" w:type="dxa"/>
              <w:left w:w="50" w:type="dxa"/>
              <w:bottom w:w="20" w:type="dxa"/>
              <w:right w:w="50" w:type="dxa"/>
            </w:tcMar>
          </w:tcPr>
          <w:p w14:paraId="229F4107" w14:textId="77777777" w:rsidR="00292F36" w:rsidRDefault="00000000">
            <w:r>
              <w:rPr>
                <w:sz w:val="12"/>
              </w:rPr>
              <w:t>0.96072963</w:t>
            </w:r>
          </w:p>
        </w:tc>
        <w:tc>
          <w:tcPr>
            <w:tcW w:w="564" w:type="dxa"/>
            <w:tcMar>
              <w:top w:w="20" w:type="dxa"/>
              <w:left w:w="50" w:type="dxa"/>
              <w:bottom w:w="20" w:type="dxa"/>
              <w:right w:w="50" w:type="dxa"/>
            </w:tcMar>
          </w:tcPr>
          <w:p w14:paraId="528E8148" w14:textId="77777777" w:rsidR="00292F36" w:rsidRDefault="00000000">
            <w:r>
              <w:rPr>
                <w:sz w:val="12"/>
              </w:rPr>
              <w:t>0.61304779</w:t>
            </w:r>
          </w:p>
        </w:tc>
        <w:tc>
          <w:tcPr>
            <w:tcW w:w="564" w:type="dxa"/>
            <w:tcMar>
              <w:top w:w="20" w:type="dxa"/>
              <w:left w:w="50" w:type="dxa"/>
              <w:bottom w:w="20" w:type="dxa"/>
              <w:right w:w="50" w:type="dxa"/>
            </w:tcMar>
          </w:tcPr>
          <w:p w14:paraId="40029BE5" w14:textId="77777777" w:rsidR="00292F36" w:rsidRDefault="00000000">
            <w:r>
              <w:rPr>
                <w:sz w:val="12"/>
              </w:rPr>
              <w:t>2017</w:t>
            </w:r>
          </w:p>
        </w:tc>
        <w:tc>
          <w:tcPr>
            <w:tcW w:w="564" w:type="dxa"/>
            <w:tcMar>
              <w:top w:w="20" w:type="dxa"/>
              <w:left w:w="50" w:type="dxa"/>
              <w:bottom w:w="20" w:type="dxa"/>
              <w:right w:w="50" w:type="dxa"/>
            </w:tcMar>
          </w:tcPr>
          <w:p w14:paraId="3F2379E2" w14:textId="77777777" w:rsidR="00292F36" w:rsidRDefault="00000000">
            <w:r>
              <w:rPr>
                <w:sz w:val="12"/>
              </w:rPr>
              <w:t>ensenada</w:t>
            </w:r>
          </w:p>
        </w:tc>
        <w:tc>
          <w:tcPr>
            <w:tcW w:w="564" w:type="dxa"/>
            <w:tcMar>
              <w:top w:w="20" w:type="dxa"/>
              <w:left w:w="50" w:type="dxa"/>
              <w:bottom w:w="20" w:type="dxa"/>
              <w:right w:w="50" w:type="dxa"/>
            </w:tcMar>
          </w:tcPr>
          <w:p w14:paraId="4F0796D6" w14:textId="77777777" w:rsidR="00292F36" w:rsidRDefault="00000000">
            <w:r>
              <w:rPr>
                <w:sz w:val="12"/>
              </w:rPr>
              <w:t>North</w:t>
            </w:r>
          </w:p>
        </w:tc>
        <w:tc>
          <w:tcPr>
            <w:tcW w:w="564" w:type="dxa"/>
            <w:tcMar>
              <w:top w:w="20" w:type="dxa"/>
              <w:left w:w="50" w:type="dxa"/>
              <w:bottom w:w="20" w:type="dxa"/>
              <w:right w:w="50" w:type="dxa"/>
            </w:tcMar>
          </w:tcPr>
          <w:p w14:paraId="7132715F" w14:textId="77777777" w:rsidR="00292F36" w:rsidRDefault="00000000">
            <w:r>
              <w:rPr>
                <w:sz w:val="12"/>
              </w:rPr>
              <w:t>isla_todos_santos</w:t>
            </w:r>
          </w:p>
        </w:tc>
        <w:tc>
          <w:tcPr>
            <w:tcW w:w="564" w:type="dxa"/>
            <w:tcMar>
              <w:top w:w="20" w:type="dxa"/>
              <w:left w:w="50" w:type="dxa"/>
              <w:bottom w:w="20" w:type="dxa"/>
              <w:right w:w="50" w:type="dxa"/>
            </w:tcMar>
          </w:tcPr>
          <w:p w14:paraId="37343D5A" w14:textId="77777777" w:rsidR="00292F36" w:rsidRDefault="00000000">
            <w:r>
              <w:rPr>
                <w:sz w:val="12"/>
              </w:rPr>
              <w:t>isla_todos_santos_protected_north</w:t>
            </w:r>
          </w:p>
        </w:tc>
        <w:tc>
          <w:tcPr>
            <w:tcW w:w="564" w:type="dxa"/>
            <w:tcMar>
              <w:top w:w="20" w:type="dxa"/>
              <w:left w:w="50" w:type="dxa"/>
              <w:bottom w:w="20" w:type="dxa"/>
              <w:right w:w="50" w:type="dxa"/>
            </w:tcMar>
          </w:tcPr>
          <w:p w14:paraId="6A22787D" w14:textId="77777777" w:rsidR="00292F36" w:rsidRDefault="00000000">
            <w:r>
              <w:rPr>
                <w:sz w:val="12"/>
              </w:rPr>
              <w:t>11</w:t>
            </w:r>
          </w:p>
        </w:tc>
        <w:tc>
          <w:tcPr>
            <w:tcW w:w="564" w:type="dxa"/>
            <w:tcMar>
              <w:top w:w="20" w:type="dxa"/>
              <w:left w:w="50" w:type="dxa"/>
              <w:bottom w:w="20" w:type="dxa"/>
              <w:right w:w="50" w:type="dxa"/>
            </w:tcMar>
          </w:tcPr>
          <w:p w14:paraId="47754899" w14:textId="77777777" w:rsidR="00292F36" w:rsidRDefault="00000000">
            <w:r>
              <w:rPr>
                <w:sz w:val="12"/>
              </w:rPr>
              <w:t>20.8600006</w:t>
            </w:r>
          </w:p>
        </w:tc>
        <w:tc>
          <w:tcPr>
            <w:tcW w:w="564" w:type="dxa"/>
            <w:tcMar>
              <w:top w:w="20" w:type="dxa"/>
              <w:left w:w="50" w:type="dxa"/>
              <w:bottom w:w="20" w:type="dxa"/>
              <w:right w:w="50" w:type="dxa"/>
            </w:tcMar>
          </w:tcPr>
          <w:p w14:paraId="796EF2B7" w14:textId="77777777" w:rsidR="00292F36" w:rsidRDefault="00000000">
            <w:r>
              <w:rPr>
                <w:sz w:val="12"/>
              </w:rPr>
              <w:t>0.18806579</w:t>
            </w:r>
          </w:p>
        </w:tc>
        <w:tc>
          <w:tcPr>
            <w:tcW w:w="564" w:type="dxa"/>
            <w:tcMar>
              <w:top w:w="20" w:type="dxa"/>
              <w:left w:w="50" w:type="dxa"/>
              <w:bottom w:w="20" w:type="dxa"/>
              <w:right w:w="50" w:type="dxa"/>
            </w:tcMar>
          </w:tcPr>
          <w:p w14:paraId="30624E38" w14:textId="77777777" w:rsidR="00292F36" w:rsidRDefault="00000000">
            <w:r>
              <w:rPr>
                <w:sz w:val="12"/>
              </w:rPr>
              <w:t>0</w:t>
            </w:r>
          </w:p>
        </w:tc>
        <w:tc>
          <w:tcPr>
            <w:tcW w:w="564" w:type="dxa"/>
            <w:tcMar>
              <w:top w:w="20" w:type="dxa"/>
              <w:left w:w="50" w:type="dxa"/>
              <w:bottom w:w="20" w:type="dxa"/>
              <w:right w:w="50" w:type="dxa"/>
            </w:tcMar>
          </w:tcPr>
          <w:p w14:paraId="465F77DC" w14:textId="77777777" w:rsidR="00292F36" w:rsidRDefault="00000000">
            <w:r>
              <w:rPr>
                <w:sz w:val="12"/>
              </w:rPr>
              <w:t>0.1779661</w:t>
            </w:r>
          </w:p>
        </w:tc>
        <w:tc>
          <w:tcPr>
            <w:tcW w:w="564" w:type="dxa"/>
            <w:tcMar>
              <w:top w:w="20" w:type="dxa"/>
              <w:left w:w="50" w:type="dxa"/>
              <w:bottom w:w="20" w:type="dxa"/>
              <w:right w:w="50" w:type="dxa"/>
            </w:tcMar>
          </w:tcPr>
          <w:p w14:paraId="578611A1" w14:textId="77777777" w:rsidR="00292F36" w:rsidRDefault="00000000">
            <w:r>
              <w:rPr>
                <w:sz w:val="12"/>
              </w:rPr>
              <w:t>0.72033898</w:t>
            </w:r>
          </w:p>
        </w:tc>
        <w:tc>
          <w:tcPr>
            <w:tcW w:w="564" w:type="dxa"/>
            <w:tcMar>
              <w:top w:w="20" w:type="dxa"/>
              <w:left w:w="50" w:type="dxa"/>
              <w:bottom w:w="20" w:type="dxa"/>
              <w:right w:w="50" w:type="dxa"/>
            </w:tcMar>
          </w:tcPr>
          <w:p w14:paraId="4D5F3E1B" w14:textId="77777777" w:rsidR="00292F36" w:rsidRDefault="00000000">
            <w:r>
              <w:rPr>
                <w:sz w:val="12"/>
              </w:rPr>
              <w:t>0.10169492</w:t>
            </w:r>
          </w:p>
        </w:tc>
        <w:tc>
          <w:tcPr>
            <w:tcW w:w="564" w:type="dxa"/>
            <w:tcMar>
              <w:top w:w="20" w:type="dxa"/>
              <w:left w:w="50" w:type="dxa"/>
              <w:bottom w:w="20" w:type="dxa"/>
              <w:right w:w="50" w:type="dxa"/>
            </w:tcMar>
          </w:tcPr>
          <w:p w14:paraId="59DE6BDF" w14:textId="77777777" w:rsidR="00292F36" w:rsidRDefault="00000000">
            <w:r>
              <w:rPr>
                <w:sz w:val="12"/>
              </w:rPr>
              <w:t>0</w:t>
            </w:r>
          </w:p>
        </w:tc>
        <w:tc>
          <w:tcPr>
            <w:tcW w:w="564" w:type="dxa"/>
            <w:tcMar>
              <w:top w:w="20" w:type="dxa"/>
              <w:left w:w="50" w:type="dxa"/>
              <w:bottom w:w="20" w:type="dxa"/>
              <w:right w:w="50" w:type="dxa"/>
            </w:tcMar>
          </w:tcPr>
          <w:p w14:paraId="44DD3097" w14:textId="77777777" w:rsidR="00292F36" w:rsidRDefault="00000000">
            <w:r>
              <w:rPr>
                <w:sz w:val="12"/>
              </w:rPr>
              <w:t>0</w:t>
            </w:r>
          </w:p>
        </w:tc>
        <w:tc>
          <w:tcPr>
            <w:tcW w:w="564" w:type="dxa"/>
            <w:tcMar>
              <w:top w:w="20" w:type="dxa"/>
              <w:left w:w="50" w:type="dxa"/>
              <w:bottom w:w="20" w:type="dxa"/>
              <w:right w:w="50" w:type="dxa"/>
            </w:tcMar>
          </w:tcPr>
          <w:p w14:paraId="749DDDE1" w14:textId="77777777" w:rsidR="00292F36" w:rsidRDefault="00000000">
            <w:r>
              <w:rPr>
                <w:sz w:val="12"/>
              </w:rPr>
              <w:t>0</w:t>
            </w:r>
          </w:p>
        </w:tc>
        <w:tc>
          <w:tcPr>
            <w:tcW w:w="564" w:type="dxa"/>
            <w:tcMar>
              <w:top w:w="20" w:type="dxa"/>
              <w:left w:w="50" w:type="dxa"/>
              <w:bottom w:w="20" w:type="dxa"/>
              <w:right w:w="50" w:type="dxa"/>
            </w:tcMar>
          </w:tcPr>
          <w:p w14:paraId="6755F673" w14:textId="77777777" w:rsidR="00292F36" w:rsidRDefault="00000000">
            <w:r>
              <w:rPr>
                <w:sz w:val="12"/>
              </w:rPr>
              <w:t>0</w:t>
            </w:r>
          </w:p>
        </w:tc>
        <w:tc>
          <w:tcPr>
            <w:tcW w:w="564" w:type="dxa"/>
            <w:tcMar>
              <w:top w:w="20" w:type="dxa"/>
              <w:left w:w="50" w:type="dxa"/>
              <w:bottom w:w="20" w:type="dxa"/>
              <w:right w:w="50" w:type="dxa"/>
            </w:tcMar>
          </w:tcPr>
          <w:p w14:paraId="67DC8167" w14:textId="77777777" w:rsidR="00292F36" w:rsidRDefault="00000000">
            <w:r>
              <w:rPr>
                <w:sz w:val="12"/>
              </w:rPr>
              <w:t>0.64748201</w:t>
            </w:r>
          </w:p>
        </w:tc>
        <w:tc>
          <w:tcPr>
            <w:tcW w:w="564" w:type="dxa"/>
            <w:tcMar>
              <w:top w:w="20" w:type="dxa"/>
              <w:left w:w="50" w:type="dxa"/>
              <w:bottom w:w="20" w:type="dxa"/>
              <w:right w:w="50" w:type="dxa"/>
            </w:tcMar>
          </w:tcPr>
          <w:p w14:paraId="115D2E47" w14:textId="77777777" w:rsidR="00292F36" w:rsidRDefault="00000000">
            <w:r>
              <w:rPr>
                <w:sz w:val="12"/>
              </w:rPr>
              <w:t>0.14388489</w:t>
            </w:r>
          </w:p>
        </w:tc>
        <w:tc>
          <w:tcPr>
            <w:tcW w:w="564" w:type="dxa"/>
            <w:tcMar>
              <w:top w:w="20" w:type="dxa"/>
              <w:left w:w="50" w:type="dxa"/>
              <w:bottom w:w="20" w:type="dxa"/>
              <w:right w:w="50" w:type="dxa"/>
            </w:tcMar>
          </w:tcPr>
          <w:p w14:paraId="3EC515D0" w14:textId="77777777" w:rsidR="00292F36" w:rsidRDefault="00000000">
            <w:r>
              <w:rPr>
                <w:sz w:val="12"/>
              </w:rPr>
              <w:t>0.00719424</w:t>
            </w:r>
          </w:p>
        </w:tc>
        <w:tc>
          <w:tcPr>
            <w:tcW w:w="564" w:type="dxa"/>
            <w:tcMar>
              <w:top w:w="20" w:type="dxa"/>
              <w:left w:w="50" w:type="dxa"/>
              <w:bottom w:w="20" w:type="dxa"/>
              <w:right w:w="50" w:type="dxa"/>
            </w:tcMar>
          </w:tcPr>
          <w:p w14:paraId="29E292FF" w14:textId="77777777" w:rsidR="00292F36" w:rsidRDefault="00000000">
            <w:r>
              <w:rPr>
                <w:sz w:val="12"/>
              </w:rPr>
              <w:t>0.10071942</w:t>
            </w:r>
          </w:p>
        </w:tc>
        <w:tc>
          <w:tcPr>
            <w:tcW w:w="564" w:type="dxa"/>
            <w:tcMar>
              <w:top w:w="20" w:type="dxa"/>
              <w:left w:w="50" w:type="dxa"/>
              <w:bottom w:w="20" w:type="dxa"/>
              <w:right w:w="50" w:type="dxa"/>
            </w:tcMar>
          </w:tcPr>
          <w:p w14:paraId="742E1095" w14:textId="77777777" w:rsidR="00292F36" w:rsidRDefault="00000000">
            <w:r>
              <w:rPr>
                <w:sz w:val="12"/>
              </w:rPr>
              <w:t>0.07913669</w:t>
            </w:r>
          </w:p>
        </w:tc>
        <w:tc>
          <w:tcPr>
            <w:tcW w:w="564" w:type="dxa"/>
            <w:tcMar>
              <w:top w:w="20" w:type="dxa"/>
              <w:left w:w="50" w:type="dxa"/>
              <w:bottom w:w="20" w:type="dxa"/>
              <w:right w:w="50" w:type="dxa"/>
            </w:tcMar>
          </w:tcPr>
          <w:p w14:paraId="263F1D11" w14:textId="77777777" w:rsidR="00292F36" w:rsidRDefault="00000000">
            <w:r>
              <w:rPr>
                <w:sz w:val="12"/>
              </w:rPr>
              <w:t>0.02158273</w:t>
            </w:r>
          </w:p>
        </w:tc>
      </w:tr>
      <w:tr w:rsidR="00292F36" w14:paraId="09BB7914" w14:textId="77777777">
        <w:tc>
          <w:tcPr>
            <w:tcW w:w="564" w:type="dxa"/>
            <w:tcMar>
              <w:top w:w="20" w:type="dxa"/>
              <w:left w:w="50" w:type="dxa"/>
              <w:bottom w:w="20" w:type="dxa"/>
              <w:right w:w="50" w:type="dxa"/>
            </w:tcMar>
          </w:tcPr>
          <w:p w14:paraId="76F7B537" w14:textId="77777777" w:rsidR="00292F36" w:rsidRDefault="00000000">
            <w:r>
              <w:rPr>
                <w:sz w:val="12"/>
              </w:rPr>
              <w:t>2017_piedra_blanca_piedra_blanca_deep_1</w:t>
            </w:r>
          </w:p>
        </w:tc>
        <w:tc>
          <w:tcPr>
            <w:tcW w:w="564" w:type="dxa"/>
            <w:tcMar>
              <w:top w:w="20" w:type="dxa"/>
              <w:left w:w="50" w:type="dxa"/>
              <w:bottom w:w="20" w:type="dxa"/>
              <w:right w:w="50" w:type="dxa"/>
            </w:tcMar>
          </w:tcPr>
          <w:p w14:paraId="17EFF598" w14:textId="77777777" w:rsidR="00292F36" w:rsidRDefault="00000000">
            <w:r>
              <w:rPr>
                <w:sz w:val="12"/>
              </w:rPr>
              <w:t>-0.7354828</w:t>
            </w:r>
          </w:p>
        </w:tc>
        <w:tc>
          <w:tcPr>
            <w:tcW w:w="564" w:type="dxa"/>
            <w:tcMar>
              <w:top w:w="20" w:type="dxa"/>
              <w:left w:w="50" w:type="dxa"/>
              <w:bottom w:w="20" w:type="dxa"/>
              <w:right w:w="50" w:type="dxa"/>
            </w:tcMar>
          </w:tcPr>
          <w:p w14:paraId="6BAD905F" w14:textId="77777777" w:rsidR="00292F36" w:rsidRDefault="00000000">
            <w:r>
              <w:rPr>
                <w:sz w:val="12"/>
              </w:rPr>
              <w:t>-0.4195516</w:t>
            </w:r>
          </w:p>
        </w:tc>
        <w:tc>
          <w:tcPr>
            <w:tcW w:w="564" w:type="dxa"/>
            <w:tcMar>
              <w:top w:w="20" w:type="dxa"/>
              <w:left w:w="50" w:type="dxa"/>
              <w:bottom w:w="20" w:type="dxa"/>
              <w:right w:w="50" w:type="dxa"/>
            </w:tcMar>
          </w:tcPr>
          <w:p w14:paraId="7C8889A3" w14:textId="77777777" w:rsidR="00292F36" w:rsidRDefault="00000000">
            <w:r>
              <w:rPr>
                <w:sz w:val="12"/>
              </w:rPr>
              <w:t>2017</w:t>
            </w:r>
          </w:p>
        </w:tc>
        <w:tc>
          <w:tcPr>
            <w:tcW w:w="564" w:type="dxa"/>
            <w:tcMar>
              <w:top w:w="20" w:type="dxa"/>
              <w:left w:w="50" w:type="dxa"/>
              <w:bottom w:w="20" w:type="dxa"/>
              <w:right w:w="50" w:type="dxa"/>
            </w:tcMar>
          </w:tcPr>
          <w:p w14:paraId="1D153F75" w14:textId="77777777" w:rsidR="00292F36" w:rsidRDefault="00000000">
            <w:r>
              <w:rPr>
                <w:sz w:val="12"/>
              </w:rPr>
              <w:t>punta_eugenia</w:t>
            </w:r>
          </w:p>
        </w:tc>
        <w:tc>
          <w:tcPr>
            <w:tcW w:w="564" w:type="dxa"/>
            <w:tcMar>
              <w:top w:w="20" w:type="dxa"/>
              <w:left w:w="50" w:type="dxa"/>
              <w:bottom w:w="20" w:type="dxa"/>
              <w:right w:w="50" w:type="dxa"/>
            </w:tcMar>
          </w:tcPr>
          <w:p w14:paraId="53302E1D" w14:textId="77777777" w:rsidR="00292F36" w:rsidRDefault="00000000">
            <w:r>
              <w:rPr>
                <w:sz w:val="12"/>
              </w:rPr>
              <w:t>South</w:t>
            </w:r>
          </w:p>
        </w:tc>
        <w:tc>
          <w:tcPr>
            <w:tcW w:w="564" w:type="dxa"/>
            <w:tcMar>
              <w:top w:w="20" w:type="dxa"/>
              <w:left w:w="50" w:type="dxa"/>
              <w:bottom w:w="20" w:type="dxa"/>
              <w:right w:w="50" w:type="dxa"/>
            </w:tcMar>
          </w:tcPr>
          <w:p w14:paraId="7A65FABA" w14:textId="77777777" w:rsidR="00292F36" w:rsidRDefault="00000000">
            <w:r>
              <w:rPr>
                <w:sz w:val="12"/>
              </w:rPr>
              <w:t>piedra_blanca</w:t>
            </w:r>
          </w:p>
        </w:tc>
        <w:tc>
          <w:tcPr>
            <w:tcW w:w="564" w:type="dxa"/>
            <w:tcMar>
              <w:top w:w="20" w:type="dxa"/>
              <w:left w:w="50" w:type="dxa"/>
              <w:bottom w:w="20" w:type="dxa"/>
              <w:right w:w="50" w:type="dxa"/>
            </w:tcMar>
          </w:tcPr>
          <w:p w14:paraId="3550BCDD" w14:textId="77777777" w:rsidR="00292F36" w:rsidRDefault="00000000">
            <w:r>
              <w:rPr>
                <w:sz w:val="12"/>
              </w:rPr>
              <w:t>piedra_blanca_deep</w:t>
            </w:r>
          </w:p>
        </w:tc>
        <w:tc>
          <w:tcPr>
            <w:tcW w:w="564" w:type="dxa"/>
            <w:tcMar>
              <w:top w:w="20" w:type="dxa"/>
              <w:left w:w="50" w:type="dxa"/>
              <w:bottom w:w="20" w:type="dxa"/>
              <w:right w:w="50" w:type="dxa"/>
            </w:tcMar>
          </w:tcPr>
          <w:p w14:paraId="756A3789" w14:textId="77777777" w:rsidR="00292F36" w:rsidRDefault="00000000">
            <w:r>
              <w:rPr>
                <w:sz w:val="12"/>
              </w:rPr>
              <w:t>13</w:t>
            </w:r>
          </w:p>
        </w:tc>
        <w:tc>
          <w:tcPr>
            <w:tcW w:w="564" w:type="dxa"/>
            <w:tcMar>
              <w:top w:w="20" w:type="dxa"/>
              <w:left w:w="50" w:type="dxa"/>
              <w:bottom w:w="20" w:type="dxa"/>
              <w:right w:w="50" w:type="dxa"/>
            </w:tcMar>
          </w:tcPr>
          <w:p w14:paraId="06E16707" w14:textId="77777777" w:rsidR="00292F36" w:rsidRDefault="00000000">
            <w:r>
              <w:rPr>
                <w:sz w:val="12"/>
              </w:rPr>
              <w:t>22.8099995</w:t>
            </w:r>
          </w:p>
        </w:tc>
        <w:tc>
          <w:tcPr>
            <w:tcW w:w="564" w:type="dxa"/>
            <w:tcMar>
              <w:top w:w="20" w:type="dxa"/>
              <w:left w:w="50" w:type="dxa"/>
              <w:bottom w:w="20" w:type="dxa"/>
              <w:right w:w="50" w:type="dxa"/>
            </w:tcMar>
          </w:tcPr>
          <w:p w14:paraId="103A2C5F" w14:textId="77777777" w:rsidR="00292F36" w:rsidRDefault="00000000">
            <w:r>
              <w:rPr>
                <w:sz w:val="12"/>
              </w:rPr>
              <w:t>3.63622623</w:t>
            </w:r>
          </w:p>
        </w:tc>
        <w:tc>
          <w:tcPr>
            <w:tcW w:w="564" w:type="dxa"/>
            <w:tcMar>
              <w:top w:w="20" w:type="dxa"/>
              <w:left w:w="50" w:type="dxa"/>
              <w:bottom w:w="20" w:type="dxa"/>
              <w:right w:w="50" w:type="dxa"/>
            </w:tcMar>
          </w:tcPr>
          <w:p w14:paraId="22C4EE2A" w14:textId="77777777" w:rsidR="00292F36" w:rsidRDefault="00000000">
            <w:r>
              <w:rPr>
                <w:sz w:val="12"/>
              </w:rPr>
              <w:t>0.92473118</w:t>
            </w:r>
          </w:p>
        </w:tc>
        <w:tc>
          <w:tcPr>
            <w:tcW w:w="564" w:type="dxa"/>
            <w:tcMar>
              <w:top w:w="20" w:type="dxa"/>
              <w:left w:w="50" w:type="dxa"/>
              <w:bottom w:w="20" w:type="dxa"/>
              <w:right w:w="50" w:type="dxa"/>
            </w:tcMar>
          </w:tcPr>
          <w:p w14:paraId="77F176D4" w14:textId="77777777" w:rsidR="00292F36" w:rsidRDefault="00000000">
            <w:r>
              <w:rPr>
                <w:sz w:val="12"/>
              </w:rPr>
              <w:t>0.06451613</w:t>
            </w:r>
          </w:p>
        </w:tc>
        <w:tc>
          <w:tcPr>
            <w:tcW w:w="564" w:type="dxa"/>
            <w:tcMar>
              <w:top w:w="20" w:type="dxa"/>
              <w:left w:w="50" w:type="dxa"/>
              <w:bottom w:w="20" w:type="dxa"/>
              <w:right w:w="50" w:type="dxa"/>
            </w:tcMar>
          </w:tcPr>
          <w:p w14:paraId="05689E5A" w14:textId="77777777" w:rsidR="00292F36" w:rsidRDefault="00000000">
            <w:r>
              <w:rPr>
                <w:sz w:val="12"/>
              </w:rPr>
              <w:t>0.01075269</w:t>
            </w:r>
          </w:p>
        </w:tc>
        <w:tc>
          <w:tcPr>
            <w:tcW w:w="564" w:type="dxa"/>
            <w:tcMar>
              <w:top w:w="20" w:type="dxa"/>
              <w:left w:w="50" w:type="dxa"/>
              <w:bottom w:w="20" w:type="dxa"/>
              <w:right w:w="50" w:type="dxa"/>
            </w:tcMar>
          </w:tcPr>
          <w:p w14:paraId="198F956D" w14:textId="77777777" w:rsidR="00292F36" w:rsidRDefault="00000000">
            <w:r>
              <w:rPr>
                <w:sz w:val="12"/>
              </w:rPr>
              <w:t>0</w:t>
            </w:r>
          </w:p>
        </w:tc>
        <w:tc>
          <w:tcPr>
            <w:tcW w:w="564" w:type="dxa"/>
            <w:tcMar>
              <w:top w:w="20" w:type="dxa"/>
              <w:left w:w="50" w:type="dxa"/>
              <w:bottom w:w="20" w:type="dxa"/>
              <w:right w:w="50" w:type="dxa"/>
            </w:tcMar>
          </w:tcPr>
          <w:p w14:paraId="346428F3" w14:textId="77777777" w:rsidR="00292F36" w:rsidRDefault="00000000">
            <w:r>
              <w:rPr>
                <w:sz w:val="12"/>
              </w:rPr>
              <w:t>0</w:t>
            </w:r>
          </w:p>
        </w:tc>
        <w:tc>
          <w:tcPr>
            <w:tcW w:w="564" w:type="dxa"/>
            <w:tcMar>
              <w:top w:w="20" w:type="dxa"/>
              <w:left w:w="50" w:type="dxa"/>
              <w:bottom w:w="20" w:type="dxa"/>
              <w:right w:w="50" w:type="dxa"/>
            </w:tcMar>
          </w:tcPr>
          <w:p w14:paraId="0183CE85" w14:textId="77777777" w:rsidR="00292F36" w:rsidRDefault="00000000">
            <w:r>
              <w:rPr>
                <w:sz w:val="12"/>
              </w:rPr>
              <w:t>0</w:t>
            </w:r>
          </w:p>
        </w:tc>
        <w:tc>
          <w:tcPr>
            <w:tcW w:w="564" w:type="dxa"/>
            <w:tcMar>
              <w:top w:w="20" w:type="dxa"/>
              <w:left w:w="50" w:type="dxa"/>
              <w:bottom w:w="20" w:type="dxa"/>
              <w:right w:w="50" w:type="dxa"/>
            </w:tcMar>
          </w:tcPr>
          <w:p w14:paraId="3896686F" w14:textId="77777777" w:rsidR="00292F36" w:rsidRDefault="00000000">
            <w:r>
              <w:rPr>
                <w:sz w:val="12"/>
              </w:rPr>
              <w:t>0</w:t>
            </w:r>
          </w:p>
        </w:tc>
        <w:tc>
          <w:tcPr>
            <w:tcW w:w="564" w:type="dxa"/>
            <w:tcMar>
              <w:top w:w="20" w:type="dxa"/>
              <w:left w:w="50" w:type="dxa"/>
              <w:bottom w:w="20" w:type="dxa"/>
              <w:right w:w="50" w:type="dxa"/>
            </w:tcMar>
          </w:tcPr>
          <w:p w14:paraId="7D3132ED" w14:textId="77777777" w:rsidR="00292F36" w:rsidRDefault="00000000">
            <w:r>
              <w:rPr>
                <w:sz w:val="12"/>
              </w:rPr>
              <w:t>0</w:t>
            </w:r>
          </w:p>
        </w:tc>
        <w:tc>
          <w:tcPr>
            <w:tcW w:w="564" w:type="dxa"/>
            <w:tcMar>
              <w:top w:w="20" w:type="dxa"/>
              <w:left w:w="50" w:type="dxa"/>
              <w:bottom w:w="20" w:type="dxa"/>
              <w:right w:w="50" w:type="dxa"/>
            </w:tcMar>
          </w:tcPr>
          <w:p w14:paraId="637BBA23" w14:textId="77777777" w:rsidR="00292F36" w:rsidRDefault="00000000">
            <w:r>
              <w:rPr>
                <w:sz w:val="12"/>
              </w:rPr>
              <w:t>0</w:t>
            </w:r>
          </w:p>
        </w:tc>
        <w:tc>
          <w:tcPr>
            <w:tcW w:w="564" w:type="dxa"/>
            <w:tcMar>
              <w:top w:w="20" w:type="dxa"/>
              <w:left w:w="50" w:type="dxa"/>
              <w:bottom w:w="20" w:type="dxa"/>
              <w:right w:w="50" w:type="dxa"/>
            </w:tcMar>
          </w:tcPr>
          <w:p w14:paraId="1CA0BD4A" w14:textId="77777777" w:rsidR="00292F36" w:rsidRDefault="00000000">
            <w:r>
              <w:rPr>
                <w:sz w:val="12"/>
              </w:rPr>
              <w:t>0.15555556</w:t>
            </w:r>
          </w:p>
        </w:tc>
        <w:tc>
          <w:tcPr>
            <w:tcW w:w="564" w:type="dxa"/>
            <w:tcMar>
              <w:top w:w="20" w:type="dxa"/>
              <w:left w:w="50" w:type="dxa"/>
              <w:bottom w:w="20" w:type="dxa"/>
              <w:right w:w="50" w:type="dxa"/>
            </w:tcMar>
          </w:tcPr>
          <w:p w14:paraId="5D8A7AED" w14:textId="77777777" w:rsidR="00292F36" w:rsidRDefault="00000000">
            <w:r>
              <w:rPr>
                <w:sz w:val="12"/>
              </w:rPr>
              <w:t>0.02222222</w:t>
            </w:r>
          </w:p>
        </w:tc>
        <w:tc>
          <w:tcPr>
            <w:tcW w:w="564" w:type="dxa"/>
            <w:tcMar>
              <w:top w:w="20" w:type="dxa"/>
              <w:left w:w="50" w:type="dxa"/>
              <w:bottom w:w="20" w:type="dxa"/>
              <w:right w:w="50" w:type="dxa"/>
            </w:tcMar>
          </w:tcPr>
          <w:p w14:paraId="249AB509" w14:textId="77777777" w:rsidR="00292F36" w:rsidRDefault="00000000">
            <w:r>
              <w:rPr>
                <w:sz w:val="12"/>
              </w:rPr>
              <w:t>0.04444444</w:t>
            </w:r>
          </w:p>
        </w:tc>
        <w:tc>
          <w:tcPr>
            <w:tcW w:w="564" w:type="dxa"/>
            <w:tcMar>
              <w:top w:w="20" w:type="dxa"/>
              <w:left w:w="50" w:type="dxa"/>
              <w:bottom w:w="20" w:type="dxa"/>
              <w:right w:w="50" w:type="dxa"/>
            </w:tcMar>
          </w:tcPr>
          <w:p w14:paraId="5E1FD310" w14:textId="77777777" w:rsidR="00292F36" w:rsidRDefault="00000000">
            <w:r>
              <w:rPr>
                <w:sz w:val="12"/>
              </w:rPr>
              <w:t>0.77777778</w:t>
            </w:r>
          </w:p>
        </w:tc>
        <w:tc>
          <w:tcPr>
            <w:tcW w:w="564" w:type="dxa"/>
            <w:tcMar>
              <w:top w:w="20" w:type="dxa"/>
              <w:left w:w="50" w:type="dxa"/>
              <w:bottom w:w="20" w:type="dxa"/>
              <w:right w:w="50" w:type="dxa"/>
            </w:tcMar>
          </w:tcPr>
          <w:p w14:paraId="05F100E1" w14:textId="77777777" w:rsidR="00292F36" w:rsidRDefault="00000000">
            <w:r>
              <w:rPr>
                <w:sz w:val="12"/>
              </w:rPr>
              <w:t>0</w:t>
            </w:r>
          </w:p>
        </w:tc>
      </w:tr>
      <w:tr w:rsidR="00292F36" w14:paraId="02278F47" w14:textId="77777777">
        <w:tc>
          <w:tcPr>
            <w:tcW w:w="564" w:type="dxa"/>
            <w:tcMar>
              <w:top w:w="20" w:type="dxa"/>
              <w:left w:w="50" w:type="dxa"/>
              <w:bottom w:w="20" w:type="dxa"/>
              <w:right w:w="50" w:type="dxa"/>
            </w:tcMar>
          </w:tcPr>
          <w:p w14:paraId="7820B6B9" w14:textId="77777777" w:rsidR="00292F36" w:rsidRDefault="00000000">
            <w:r>
              <w:rPr>
                <w:sz w:val="12"/>
              </w:rPr>
              <w:t>2017_piedra_blanca_piedra_blanca_deep_2</w:t>
            </w:r>
          </w:p>
        </w:tc>
        <w:tc>
          <w:tcPr>
            <w:tcW w:w="564" w:type="dxa"/>
            <w:tcMar>
              <w:top w:w="20" w:type="dxa"/>
              <w:left w:w="50" w:type="dxa"/>
              <w:bottom w:w="20" w:type="dxa"/>
              <w:right w:w="50" w:type="dxa"/>
            </w:tcMar>
          </w:tcPr>
          <w:p w14:paraId="1A0EDBD5" w14:textId="77777777" w:rsidR="00292F36" w:rsidRDefault="00000000">
            <w:r>
              <w:rPr>
                <w:sz w:val="12"/>
              </w:rPr>
              <w:t>-0.5842959</w:t>
            </w:r>
          </w:p>
        </w:tc>
        <w:tc>
          <w:tcPr>
            <w:tcW w:w="564" w:type="dxa"/>
            <w:tcMar>
              <w:top w:w="20" w:type="dxa"/>
              <w:left w:w="50" w:type="dxa"/>
              <w:bottom w:w="20" w:type="dxa"/>
              <w:right w:w="50" w:type="dxa"/>
            </w:tcMar>
          </w:tcPr>
          <w:p w14:paraId="47144130" w14:textId="77777777" w:rsidR="00292F36" w:rsidRDefault="00000000">
            <w:r>
              <w:rPr>
                <w:sz w:val="12"/>
              </w:rPr>
              <w:t>-0.3831047</w:t>
            </w:r>
          </w:p>
        </w:tc>
        <w:tc>
          <w:tcPr>
            <w:tcW w:w="564" w:type="dxa"/>
            <w:tcMar>
              <w:top w:w="20" w:type="dxa"/>
              <w:left w:w="50" w:type="dxa"/>
              <w:bottom w:w="20" w:type="dxa"/>
              <w:right w:w="50" w:type="dxa"/>
            </w:tcMar>
          </w:tcPr>
          <w:p w14:paraId="6F159ADD" w14:textId="77777777" w:rsidR="00292F36" w:rsidRDefault="00000000">
            <w:r>
              <w:rPr>
                <w:sz w:val="12"/>
              </w:rPr>
              <w:t>2017</w:t>
            </w:r>
          </w:p>
        </w:tc>
        <w:tc>
          <w:tcPr>
            <w:tcW w:w="564" w:type="dxa"/>
            <w:tcMar>
              <w:top w:w="20" w:type="dxa"/>
              <w:left w:w="50" w:type="dxa"/>
              <w:bottom w:w="20" w:type="dxa"/>
              <w:right w:w="50" w:type="dxa"/>
            </w:tcMar>
          </w:tcPr>
          <w:p w14:paraId="2AE2F49E" w14:textId="77777777" w:rsidR="00292F36" w:rsidRDefault="00000000">
            <w:r>
              <w:rPr>
                <w:sz w:val="12"/>
              </w:rPr>
              <w:t>punta_eugenia</w:t>
            </w:r>
          </w:p>
        </w:tc>
        <w:tc>
          <w:tcPr>
            <w:tcW w:w="564" w:type="dxa"/>
            <w:tcMar>
              <w:top w:w="20" w:type="dxa"/>
              <w:left w:w="50" w:type="dxa"/>
              <w:bottom w:w="20" w:type="dxa"/>
              <w:right w:w="50" w:type="dxa"/>
            </w:tcMar>
          </w:tcPr>
          <w:p w14:paraId="5FCF0D44" w14:textId="77777777" w:rsidR="00292F36" w:rsidRDefault="00000000">
            <w:r>
              <w:rPr>
                <w:sz w:val="12"/>
              </w:rPr>
              <w:t>South</w:t>
            </w:r>
          </w:p>
        </w:tc>
        <w:tc>
          <w:tcPr>
            <w:tcW w:w="564" w:type="dxa"/>
            <w:tcMar>
              <w:top w:w="20" w:type="dxa"/>
              <w:left w:w="50" w:type="dxa"/>
              <w:bottom w:w="20" w:type="dxa"/>
              <w:right w:w="50" w:type="dxa"/>
            </w:tcMar>
          </w:tcPr>
          <w:p w14:paraId="253CC890" w14:textId="77777777" w:rsidR="00292F36" w:rsidRDefault="00000000">
            <w:r>
              <w:rPr>
                <w:sz w:val="12"/>
              </w:rPr>
              <w:t>piedra_blanca</w:t>
            </w:r>
          </w:p>
        </w:tc>
        <w:tc>
          <w:tcPr>
            <w:tcW w:w="564" w:type="dxa"/>
            <w:tcMar>
              <w:top w:w="20" w:type="dxa"/>
              <w:left w:w="50" w:type="dxa"/>
              <w:bottom w:w="20" w:type="dxa"/>
              <w:right w:w="50" w:type="dxa"/>
            </w:tcMar>
          </w:tcPr>
          <w:p w14:paraId="27E71481" w14:textId="77777777" w:rsidR="00292F36" w:rsidRDefault="00000000">
            <w:r>
              <w:rPr>
                <w:sz w:val="12"/>
              </w:rPr>
              <w:t>piedra_blanca_deep</w:t>
            </w:r>
          </w:p>
        </w:tc>
        <w:tc>
          <w:tcPr>
            <w:tcW w:w="564" w:type="dxa"/>
            <w:tcMar>
              <w:top w:w="20" w:type="dxa"/>
              <w:left w:w="50" w:type="dxa"/>
              <w:bottom w:w="20" w:type="dxa"/>
              <w:right w:w="50" w:type="dxa"/>
            </w:tcMar>
          </w:tcPr>
          <w:p w14:paraId="670A6AAF" w14:textId="77777777" w:rsidR="00292F36" w:rsidRDefault="00000000">
            <w:r>
              <w:rPr>
                <w:sz w:val="12"/>
              </w:rPr>
              <w:t>13</w:t>
            </w:r>
          </w:p>
        </w:tc>
        <w:tc>
          <w:tcPr>
            <w:tcW w:w="564" w:type="dxa"/>
            <w:tcMar>
              <w:top w:w="20" w:type="dxa"/>
              <w:left w:w="50" w:type="dxa"/>
              <w:bottom w:w="20" w:type="dxa"/>
              <w:right w:w="50" w:type="dxa"/>
            </w:tcMar>
          </w:tcPr>
          <w:p w14:paraId="15ABA2E7" w14:textId="77777777" w:rsidR="00292F36" w:rsidRDefault="00000000">
            <w:r>
              <w:rPr>
                <w:sz w:val="12"/>
              </w:rPr>
              <w:t>22.8099995</w:t>
            </w:r>
          </w:p>
        </w:tc>
        <w:tc>
          <w:tcPr>
            <w:tcW w:w="564" w:type="dxa"/>
            <w:tcMar>
              <w:top w:w="20" w:type="dxa"/>
              <w:left w:w="50" w:type="dxa"/>
              <w:bottom w:w="20" w:type="dxa"/>
              <w:right w:w="50" w:type="dxa"/>
            </w:tcMar>
          </w:tcPr>
          <w:p w14:paraId="74953DE6" w14:textId="77777777" w:rsidR="00292F36" w:rsidRDefault="00000000">
            <w:r>
              <w:rPr>
                <w:sz w:val="12"/>
              </w:rPr>
              <w:t>3.63622623</w:t>
            </w:r>
          </w:p>
        </w:tc>
        <w:tc>
          <w:tcPr>
            <w:tcW w:w="564" w:type="dxa"/>
            <w:tcMar>
              <w:top w:w="20" w:type="dxa"/>
              <w:left w:w="50" w:type="dxa"/>
              <w:bottom w:w="20" w:type="dxa"/>
              <w:right w:w="50" w:type="dxa"/>
            </w:tcMar>
          </w:tcPr>
          <w:p w14:paraId="1C74936C" w14:textId="77777777" w:rsidR="00292F36" w:rsidRDefault="00000000">
            <w:r>
              <w:rPr>
                <w:sz w:val="12"/>
              </w:rPr>
              <w:t>0.98571429</w:t>
            </w:r>
          </w:p>
        </w:tc>
        <w:tc>
          <w:tcPr>
            <w:tcW w:w="564" w:type="dxa"/>
            <w:tcMar>
              <w:top w:w="20" w:type="dxa"/>
              <w:left w:w="50" w:type="dxa"/>
              <w:bottom w:w="20" w:type="dxa"/>
              <w:right w:w="50" w:type="dxa"/>
            </w:tcMar>
          </w:tcPr>
          <w:p w14:paraId="3F485B3E" w14:textId="77777777" w:rsidR="00292F36" w:rsidRDefault="00000000">
            <w:r>
              <w:rPr>
                <w:sz w:val="12"/>
              </w:rPr>
              <w:t>0.01428571</w:t>
            </w:r>
          </w:p>
        </w:tc>
        <w:tc>
          <w:tcPr>
            <w:tcW w:w="564" w:type="dxa"/>
            <w:tcMar>
              <w:top w:w="20" w:type="dxa"/>
              <w:left w:w="50" w:type="dxa"/>
              <w:bottom w:w="20" w:type="dxa"/>
              <w:right w:w="50" w:type="dxa"/>
            </w:tcMar>
          </w:tcPr>
          <w:p w14:paraId="55E13E87" w14:textId="77777777" w:rsidR="00292F36" w:rsidRDefault="00000000">
            <w:r>
              <w:rPr>
                <w:sz w:val="12"/>
              </w:rPr>
              <w:t>0</w:t>
            </w:r>
          </w:p>
        </w:tc>
        <w:tc>
          <w:tcPr>
            <w:tcW w:w="564" w:type="dxa"/>
            <w:tcMar>
              <w:top w:w="20" w:type="dxa"/>
              <w:left w:w="50" w:type="dxa"/>
              <w:bottom w:w="20" w:type="dxa"/>
              <w:right w:w="50" w:type="dxa"/>
            </w:tcMar>
          </w:tcPr>
          <w:p w14:paraId="3D289530" w14:textId="77777777" w:rsidR="00292F36" w:rsidRDefault="00000000">
            <w:r>
              <w:rPr>
                <w:sz w:val="12"/>
              </w:rPr>
              <w:t>0</w:t>
            </w:r>
          </w:p>
        </w:tc>
        <w:tc>
          <w:tcPr>
            <w:tcW w:w="564" w:type="dxa"/>
            <w:tcMar>
              <w:top w:w="20" w:type="dxa"/>
              <w:left w:w="50" w:type="dxa"/>
              <w:bottom w:w="20" w:type="dxa"/>
              <w:right w:w="50" w:type="dxa"/>
            </w:tcMar>
          </w:tcPr>
          <w:p w14:paraId="58F02B9A" w14:textId="77777777" w:rsidR="00292F36" w:rsidRDefault="00000000">
            <w:r>
              <w:rPr>
                <w:sz w:val="12"/>
              </w:rPr>
              <w:t>0</w:t>
            </w:r>
          </w:p>
        </w:tc>
        <w:tc>
          <w:tcPr>
            <w:tcW w:w="564" w:type="dxa"/>
            <w:tcMar>
              <w:top w:w="20" w:type="dxa"/>
              <w:left w:w="50" w:type="dxa"/>
              <w:bottom w:w="20" w:type="dxa"/>
              <w:right w:w="50" w:type="dxa"/>
            </w:tcMar>
          </w:tcPr>
          <w:p w14:paraId="10C592A2" w14:textId="77777777" w:rsidR="00292F36" w:rsidRDefault="00000000">
            <w:r>
              <w:rPr>
                <w:sz w:val="12"/>
              </w:rPr>
              <w:t>0</w:t>
            </w:r>
          </w:p>
        </w:tc>
        <w:tc>
          <w:tcPr>
            <w:tcW w:w="564" w:type="dxa"/>
            <w:tcMar>
              <w:top w:w="20" w:type="dxa"/>
              <w:left w:w="50" w:type="dxa"/>
              <w:bottom w:w="20" w:type="dxa"/>
              <w:right w:w="50" w:type="dxa"/>
            </w:tcMar>
          </w:tcPr>
          <w:p w14:paraId="0697029C" w14:textId="77777777" w:rsidR="00292F36" w:rsidRDefault="00000000">
            <w:r>
              <w:rPr>
                <w:sz w:val="12"/>
              </w:rPr>
              <w:t>0</w:t>
            </w:r>
          </w:p>
        </w:tc>
        <w:tc>
          <w:tcPr>
            <w:tcW w:w="564" w:type="dxa"/>
            <w:tcMar>
              <w:top w:w="20" w:type="dxa"/>
              <w:left w:w="50" w:type="dxa"/>
              <w:bottom w:w="20" w:type="dxa"/>
              <w:right w:w="50" w:type="dxa"/>
            </w:tcMar>
          </w:tcPr>
          <w:p w14:paraId="6A4BBF29" w14:textId="77777777" w:rsidR="00292F36" w:rsidRDefault="00000000">
            <w:r>
              <w:rPr>
                <w:sz w:val="12"/>
              </w:rPr>
              <w:t>0</w:t>
            </w:r>
          </w:p>
        </w:tc>
        <w:tc>
          <w:tcPr>
            <w:tcW w:w="564" w:type="dxa"/>
            <w:tcMar>
              <w:top w:w="20" w:type="dxa"/>
              <w:left w:w="50" w:type="dxa"/>
              <w:bottom w:w="20" w:type="dxa"/>
              <w:right w:w="50" w:type="dxa"/>
            </w:tcMar>
          </w:tcPr>
          <w:p w14:paraId="76F17357" w14:textId="77777777" w:rsidR="00292F36" w:rsidRDefault="00000000">
            <w:r>
              <w:rPr>
                <w:sz w:val="12"/>
              </w:rPr>
              <w:t>0</w:t>
            </w:r>
          </w:p>
        </w:tc>
        <w:tc>
          <w:tcPr>
            <w:tcW w:w="564" w:type="dxa"/>
            <w:tcMar>
              <w:top w:w="20" w:type="dxa"/>
              <w:left w:w="50" w:type="dxa"/>
              <w:bottom w:w="20" w:type="dxa"/>
              <w:right w:w="50" w:type="dxa"/>
            </w:tcMar>
          </w:tcPr>
          <w:p w14:paraId="27E2BC94" w14:textId="77777777" w:rsidR="00292F36" w:rsidRDefault="00000000">
            <w:r>
              <w:rPr>
                <w:sz w:val="12"/>
              </w:rPr>
              <w:t>0.43902439</w:t>
            </w:r>
          </w:p>
        </w:tc>
        <w:tc>
          <w:tcPr>
            <w:tcW w:w="564" w:type="dxa"/>
            <w:tcMar>
              <w:top w:w="20" w:type="dxa"/>
              <w:left w:w="50" w:type="dxa"/>
              <w:bottom w:w="20" w:type="dxa"/>
              <w:right w:w="50" w:type="dxa"/>
            </w:tcMar>
          </w:tcPr>
          <w:p w14:paraId="406949DD" w14:textId="77777777" w:rsidR="00292F36" w:rsidRDefault="00000000">
            <w:r>
              <w:rPr>
                <w:sz w:val="12"/>
              </w:rPr>
              <w:t>0</w:t>
            </w:r>
          </w:p>
        </w:tc>
        <w:tc>
          <w:tcPr>
            <w:tcW w:w="564" w:type="dxa"/>
            <w:tcMar>
              <w:top w:w="20" w:type="dxa"/>
              <w:left w:w="50" w:type="dxa"/>
              <w:bottom w:w="20" w:type="dxa"/>
              <w:right w:w="50" w:type="dxa"/>
            </w:tcMar>
          </w:tcPr>
          <w:p w14:paraId="224383CC" w14:textId="77777777" w:rsidR="00292F36" w:rsidRDefault="00000000">
            <w:r>
              <w:rPr>
                <w:sz w:val="12"/>
              </w:rPr>
              <w:t>0</w:t>
            </w:r>
          </w:p>
        </w:tc>
        <w:tc>
          <w:tcPr>
            <w:tcW w:w="564" w:type="dxa"/>
            <w:tcMar>
              <w:top w:w="20" w:type="dxa"/>
              <w:left w:w="50" w:type="dxa"/>
              <w:bottom w:w="20" w:type="dxa"/>
              <w:right w:w="50" w:type="dxa"/>
            </w:tcMar>
          </w:tcPr>
          <w:p w14:paraId="1323DACA" w14:textId="77777777" w:rsidR="00292F36" w:rsidRDefault="00000000">
            <w:r>
              <w:rPr>
                <w:sz w:val="12"/>
              </w:rPr>
              <w:t>0.56097561</w:t>
            </w:r>
          </w:p>
        </w:tc>
        <w:tc>
          <w:tcPr>
            <w:tcW w:w="564" w:type="dxa"/>
            <w:tcMar>
              <w:top w:w="20" w:type="dxa"/>
              <w:left w:w="50" w:type="dxa"/>
              <w:bottom w:w="20" w:type="dxa"/>
              <w:right w:w="50" w:type="dxa"/>
            </w:tcMar>
          </w:tcPr>
          <w:p w14:paraId="618D3B44" w14:textId="77777777" w:rsidR="00292F36" w:rsidRDefault="00000000">
            <w:r>
              <w:rPr>
                <w:sz w:val="12"/>
              </w:rPr>
              <w:t>0</w:t>
            </w:r>
          </w:p>
        </w:tc>
      </w:tr>
      <w:tr w:rsidR="00292F36" w14:paraId="25E39726" w14:textId="77777777">
        <w:tc>
          <w:tcPr>
            <w:tcW w:w="564" w:type="dxa"/>
            <w:tcMar>
              <w:top w:w="20" w:type="dxa"/>
              <w:left w:w="50" w:type="dxa"/>
              <w:bottom w:w="20" w:type="dxa"/>
              <w:right w:w="50" w:type="dxa"/>
            </w:tcMar>
          </w:tcPr>
          <w:p w14:paraId="42B035AA" w14:textId="77777777" w:rsidR="00292F36" w:rsidRDefault="00000000">
            <w:r>
              <w:rPr>
                <w:sz w:val="12"/>
              </w:rPr>
              <w:t>2017_piedra_blanca_piedra_blanca_mid_1</w:t>
            </w:r>
          </w:p>
        </w:tc>
        <w:tc>
          <w:tcPr>
            <w:tcW w:w="564" w:type="dxa"/>
            <w:tcMar>
              <w:top w:w="20" w:type="dxa"/>
              <w:left w:w="50" w:type="dxa"/>
              <w:bottom w:w="20" w:type="dxa"/>
              <w:right w:w="50" w:type="dxa"/>
            </w:tcMar>
          </w:tcPr>
          <w:p w14:paraId="7D078E4D" w14:textId="77777777" w:rsidR="00292F36" w:rsidRDefault="00000000">
            <w:r>
              <w:rPr>
                <w:sz w:val="12"/>
              </w:rPr>
              <w:t>-0.6631746</w:t>
            </w:r>
          </w:p>
        </w:tc>
        <w:tc>
          <w:tcPr>
            <w:tcW w:w="564" w:type="dxa"/>
            <w:tcMar>
              <w:top w:w="20" w:type="dxa"/>
              <w:left w:w="50" w:type="dxa"/>
              <w:bottom w:w="20" w:type="dxa"/>
              <w:right w:w="50" w:type="dxa"/>
            </w:tcMar>
          </w:tcPr>
          <w:p w14:paraId="25EB251F" w14:textId="77777777" w:rsidR="00292F36" w:rsidRDefault="00000000">
            <w:r>
              <w:rPr>
                <w:sz w:val="12"/>
              </w:rPr>
              <w:t>-0.3673487</w:t>
            </w:r>
          </w:p>
        </w:tc>
        <w:tc>
          <w:tcPr>
            <w:tcW w:w="564" w:type="dxa"/>
            <w:tcMar>
              <w:top w:w="20" w:type="dxa"/>
              <w:left w:w="50" w:type="dxa"/>
              <w:bottom w:w="20" w:type="dxa"/>
              <w:right w:w="50" w:type="dxa"/>
            </w:tcMar>
          </w:tcPr>
          <w:p w14:paraId="48FBE78F" w14:textId="77777777" w:rsidR="00292F36" w:rsidRDefault="00000000">
            <w:r>
              <w:rPr>
                <w:sz w:val="12"/>
              </w:rPr>
              <w:t>2017</w:t>
            </w:r>
          </w:p>
        </w:tc>
        <w:tc>
          <w:tcPr>
            <w:tcW w:w="564" w:type="dxa"/>
            <w:tcMar>
              <w:top w:w="20" w:type="dxa"/>
              <w:left w:w="50" w:type="dxa"/>
              <w:bottom w:w="20" w:type="dxa"/>
              <w:right w:w="50" w:type="dxa"/>
            </w:tcMar>
          </w:tcPr>
          <w:p w14:paraId="02EF35DD" w14:textId="77777777" w:rsidR="00292F36" w:rsidRDefault="00000000">
            <w:r>
              <w:rPr>
                <w:sz w:val="12"/>
              </w:rPr>
              <w:t>punta_eugenia</w:t>
            </w:r>
          </w:p>
        </w:tc>
        <w:tc>
          <w:tcPr>
            <w:tcW w:w="564" w:type="dxa"/>
            <w:tcMar>
              <w:top w:w="20" w:type="dxa"/>
              <w:left w:w="50" w:type="dxa"/>
              <w:bottom w:w="20" w:type="dxa"/>
              <w:right w:w="50" w:type="dxa"/>
            </w:tcMar>
          </w:tcPr>
          <w:p w14:paraId="2DF21BC1" w14:textId="77777777" w:rsidR="00292F36" w:rsidRDefault="00000000">
            <w:r>
              <w:rPr>
                <w:sz w:val="12"/>
              </w:rPr>
              <w:t>South</w:t>
            </w:r>
          </w:p>
        </w:tc>
        <w:tc>
          <w:tcPr>
            <w:tcW w:w="564" w:type="dxa"/>
            <w:tcMar>
              <w:top w:w="20" w:type="dxa"/>
              <w:left w:w="50" w:type="dxa"/>
              <w:bottom w:w="20" w:type="dxa"/>
              <w:right w:w="50" w:type="dxa"/>
            </w:tcMar>
          </w:tcPr>
          <w:p w14:paraId="3C1F84FF" w14:textId="77777777" w:rsidR="00292F36" w:rsidRDefault="00000000">
            <w:r>
              <w:rPr>
                <w:sz w:val="12"/>
              </w:rPr>
              <w:t>piedra_blanca</w:t>
            </w:r>
          </w:p>
        </w:tc>
        <w:tc>
          <w:tcPr>
            <w:tcW w:w="564" w:type="dxa"/>
            <w:tcMar>
              <w:top w:w="20" w:type="dxa"/>
              <w:left w:w="50" w:type="dxa"/>
              <w:bottom w:w="20" w:type="dxa"/>
              <w:right w:w="50" w:type="dxa"/>
            </w:tcMar>
          </w:tcPr>
          <w:p w14:paraId="203DF8DD" w14:textId="77777777" w:rsidR="00292F36" w:rsidRDefault="00000000">
            <w:r>
              <w:rPr>
                <w:sz w:val="12"/>
              </w:rPr>
              <w:t>piedra_blanca_mid</w:t>
            </w:r>
          </w:p>
        </w:tc>
        <w:tc>
          <w:tcPr>
            <w:tcW w:w="564" w:type="dxa"/>
            <w:tcMar>
              <w:top w:w="20" w:type="dxa"/>
              <w:left w:w="50" w:type="dxa"/>
              <w:bottom w:w="20" w:type="dxa"/>
              <w:right w:w="50" w:type="dxa"/>
            </w:tcMar>
          </w:tcPr>
          <w:p w14:paraId="0481020B" w14:textId="77777777" w:rsidR="00292F36" w:rsidRDefault="00000000">
            <w:r>
              <w:rPr>
                <w:sz w:val="12"/>
              </w:rPr>
              <w:t>10</w:t>
            </w:r>
          </w:p>
        </w:tc>
        <w:tc>
          <w:tcPr>
            <w:tcW w:w="564" w:type="dxa"/>
            <w:tcMar>
              <w:top w:w="20" w:type="dxa"/>
              <w:left w:w="50" w:type="dxa"/>
              <w:bottom w:w="20" w:type="dxa"/>
              <w:right w:w="50" w:type="dxa"/>
            </w:tcMar>
          </w:tcPr>
          <w:p w14:paraId="6438059C" w14:textId="77777777" w:rsidR="00292F36" w:rsidRDefault="00000000">
            <w:r>
              <w:rPr>
                <w:sz w:val="12"/>
              </w:rPr>
              <w:t>16.9300003</w:t>
            </w:r>
          </w:p>
        </w:tc>
        <w:tc>
          <w:tcPr>
            <w:tcW w:w="564" w:type="dxa"/>
            <w:tcMar>
              <w:top w:w="20" w:type="dxa"/>
              <w:left w:w="50" w:type="dxa"/>
              <w:bottom w:w="20" w:type="dxa"/>
              <w:right w:w="50" w:type="dxa"/>
            </w:tcMar>
          </w:tcPr>
          <w:p w14:paraId="543C128E" w14:textId="77777777" w:rsidR="00292F36" w:rsidRDefault="00000000">
            <w:r>
              <w:rPr>
                <w:sz w:val="12"/>
              </w:rPr>
              <w:t>3.63622623</w:t>
            </w:r>
          </w:p>
        </w:tc>
        <w:tc>
          <w:tcPr>
            <w:tcW w:w="564" w:type="dxa"/>
            <w:tcMar>
              <w:top w:w="20" w:type="dxa"/>
              <w:left w:w="50" w:type="dxa"/>
              <w:bottom w:w="20" w:type="dxa"/>
              <w:right w:w="50" w:type="dxa"/>
            </w:tcMar>
          </w:tcPr>
          <w:p w14:paraId="1FA0A61B" w14:textId="77777777" w:rsidR="00292F36" w:rsidRDefault="00000000">
            <w:r>
              <w:rPr>
                <w:sz w:val="12"/>
              </w:rPr>
              <w:t>0.95680473</w:t>
            </w:r>
          </w:p>
        </w:tc>
        <w:tc>
          <w:tcPr>
            <w:tcW w:w="564" w:type="dxa"/>
            <w:tcMar>
              <w:top w:w="20" w:type="dxa"/>
              <w:left w:w="50" w:type="dxa"/>
              <w:bottom w:w="20" w:type="dxa"/>
              <w:right w:w="50" w:type="dxa"/>
            </w:tcMar>
          </w:tcPr>
          <w:p w14:paraId="71112F73" w14:textId="77777777" w:rsidR="00292F36" w:rsidRDefault="00000000">
            <w:r>
              <w:rPr>
                <w:sz w:val="12"/>
              </w:rPr>
              <w:t>0.04142012</w:t>
            </w:r>
          </w:p>
        </w:tc>
        <w:tc>
          <w:tcPr>
            <w:tcW w:w="564" w:type="dxa"/>
            <w:tcMar>
              <w:top w:w="20" w:type="dxa"/>
              <w:left w:w="50" w:type="dxa"/>
              <w:bottom w:w="20" w:type="dxa"/>
              <w:right w:w="50" w:type="dxa"/>
            </w:tcMar>
          </w:tcPr>
          <w:p w14:paraId="3B564038" w14:textId="77777777" w:rsidR="00292F36" w:rsidRDefault="00000000">
            <w:r>
              <w:rPr>
                <w:sz w:val="12"/>
              </w:rPr>
              <w:t>0</w:t>
            </w:r>
          </w:p>
        </w:tc>
        <w:tc>
          <w:tcPr>
            <w:tcW w:w="564" w:type="dxa"/>
            <w:tcMar>
              <w:top w:w="20" w:type="dxa"/>
              <w:left w:w="50" w:type="dxa"/>
              <w:bottom w:w="20" w:type="dxa"/>
              <w:right w:w="50" w:type="dxa"/>
            </w:tcMar>
          </w:tcPr>
          <w:p w14:paraId="76EA7E54" w14:textId="77777777" w:rsidR="00292F36" w:rsidRDefault="00000000">
            <w:r>
              <w:rPr>
                <w:sz w:val="12"/>
              </w:rPr>
              <w:t>0.00177515</w:t>
            </w:r>
          </w:p>
        </w:tc>
        <w:tc>
          <w:tcPr>
            <w:tcW w:w="564" w:type="dxa"/>
            <w:tcMar>
              <w:top w:w="20" w:type="dxa"/>
              <w:left w:w="50" w:type="dxa"/>
              <w:bottom w:w="20" w:type="dxa"/>
              <w:right w:w="50" w:type="dxa"/>
            </w:tcMar>
          </w:tcPr>
          <w:p w14:paraId="1CFD627D" w14:textId="77777777" w:rsidR="00292F36" w:rsidRDefault="00000000">
            <w:r>
              <w:rPr>
                <w:sz w:val="12"/>
              </w:rPr>
              <w:t>0</w:t>
            </w:r>
          </w:p>
        </w:tc>
        <w:tc>
          <w:tcPr>
            <w:tcW w:w="564" w:type="dxa"/>
            <w:tcMar>
              <w:top w:w="20" w:type="dxa"/>
              <w:left w:w="50" w:type="dxa"/>
              <w:bottom w:w="20" w:type="dxa"/>
              <w:right w:w="50" w:type="dxa"/>
            </w:tcMar>
          </w:tcPr>
          <w:p w14:paraId="3FB8268F" w14:textId="77777777" w:rsidR="00292F36" w:rsidRDefault="00000000">
            <w:r>
              <w:rPr>
                <w:sz w:val="12"/>
              </w:rPr>
              <w:t>0</w:t>
            </w:r>
          </w:p>
        </w:tc>
        <w:tc>
          <w:tcPr>
            <w:tcW w:w="564" w:type="dxa"/>
            <w:tcMar>
              <w:top w:w="20" w:type="dxa"/>
              <w:left w:w="50" w:type="dxa"/>
              <w:bottom w:w="20" w:type="dxa"/>
              <w:right w:w="50" w:type="dxa"/>
            </w:tcMar>
          </w:tcPr>
          <w:p w14:paraId="16AC0AED" w14:textId="77777777" w:rsidR="00292F36" w:rsidRDefault="00000000">
            <w:r>
              <w:rPr>
                <w:sz w:val="12"/>
              </w:rPr>
              <w:t>0</w:t>
            </w:r>
          </w:p>
        </w:tc>
        <w:tc>
          <w:tcPr>
            <w:tcW w:w="564" w:type="dxa"/>
            <w:tcMar>
              <w:top w:w="20" w:type="dxa"/>
              <w:left w:w="50" w:type="dxa"/>
              <w:bottom w:w="20" w:type="dxa"/>
              <w:right w:w="50" w:type="dxa"/>
            </w:tcMar>
          </w:tcPr>
          <w:p w14:paraId="612BEACE" w14:textId="77777777" w:rsidR="00292F36" w:rsidRDefault="00000000">
            <w:r>
              <w:rPr>
                <w:sz w:val="12"/>
              </w:rPr>
              <w:t>0</w:t>
            </w:r>
          </w:p>
        </w:tc>
        <w:tc>
          <w:tcPr>
            <w:tcW w:w="564" w:type="dxa"/>
            <w:tcMar>
              <w:top w:w="20" w:type="dxa"/>
              <w:left w:w="50" w:type="dxa"/>
              <w:bottom w:w="20" w:type="dxa"/>
              <w:right w:w="50" w:type="dxa"/>
            </w:tcMar>
          </w:tcPr>
          <w:p w14:paraId="6CDBD054" w14:textId="77777777" w:rsidR="00292F36" w:rsidRDefault="00000000">
            <w:r>
              <w:rPr>
                <w:sz w:val="12"/>
              </w:rPr>
              <w:t>0.00581395</w:t>
            </w:r>
          </w:p>
        </w:tc>
        <w:tc>
          <w:tcPr>
            <w:tcW w:w="564" w:type="dxa"/>
            <w:tcMar>
              <w:top w:w="20" w:type="dxa"/>
              <w:left w:w="50" w:type="dxa"/>
              <w:bottom w:w="20" w:type="dxa"/>
              <w:right w:w="50" w:type="dxa"/>
            </w:tcMar>
          </w:tcPr>
          <w:p w14:paraId="47D40B25" w14:textId="77777777" w:rsidR="00292F36" w:rsidRDefault="00000000">
            <w:r>
              <w:rPr>
                <w:sz w:val="12"/>
              </w:rPr>
              <w:t>0.25290698</w:t>
            </w:r>
          </w:p>
        </w:tc>
        <w:tc>
          <w:tcPr>
            <w:tcW w:w="564" w:type="dxa"/>
            <w:tcMar>
              <w:top w:w="20" w:type="dxa"/>
              <w:left w:w="50" w:type="dxa"/>
              <w:bottom w:w="20" w:type="dxa"/>
              <w:right w:w="50" w:type="dxa"/>
            </w:tcMar>
          </w:tcPr>
          <w:p w14:paraId="2CBC622F" w14:textId="77777777" w:rsidR="00292F36" w:rsidRDefault="00000000">
            <w:r>
              <w:rPr>
                <w:sz w:val="12"/>
              </w:rPr>
              <w:t>0.06104651</w:t>
            </w:r>
          </w:p>
        </w:tc>
        <w:tc>
          <w:tcPr>
            <w:tcW w:w="564" w:type="dxa"/>
            <w:tcMar>
              <w:top w:w="20" w:type="dxa"/>
              <w:left w:w="50" w:type="dxa"/>
              <w:bottom w:w="20" w:type="dxa"/>
              <w:right w:w="50" w:type="dxa"/>
            </w:tcMar>
          </w:tcPr>
          <w:p w14:paraId="520F7373" w14:textId="77777777" w:rsidR="00292F36" w:rsidRDefault="00000000">
            <w:r>
              <w:rPr>
                <w:sz w:val="12"/>
              </w:rPr>
              <w:t>0</w:t>
            </w:r>
          </w:p>
        </w:tc>
        <w:tc>
          <w:tcPr>
            <w:tcW w:w="564" w:type="dxa"/>
            <w:tcMar>
              <w:top w:w="20" w:type="dxa"/>
              <w:left w:w="50" w:type="dxa"/>
              <w:bottom w:w="20" w:type="dxa"/>
              <w:right w:w="50" w:type="dxa"/>
            </w:tcMar>
          </w:tcPr>
          <w:p w14:paraId="35CCDC78" w14:textId="77777777" w:rsidR="00292F36" w:rsidRDefault="00000000">
            <w:r>
              <w:rPr>
                <w:sz w:val="12"/>
              </w:rPr>
              <w:t>0.67151163</w:t>
            </w:r>
          </w:p>
        </w:tc>
        <w:tc>
          <w:tcPr>
            <w:tcW w:w="564" w:type="dxa"/>
            <w:tcMar>
              <w:top w:w="20" w:type="dxa"/>
              <w:left w:w="50" w:type="dxa"/>
              <w:bottom w:w="20" w:type="dxa"/>
              <w:right w:w="50" w:type="dxa"/>
            </w:tcMar>
          </w:tcPr>
          <w:p w14:paraId="0F32AB55" w14:textId="77777777" w:rsidR="00292F36" w:rsidRDefault="00000000">
            <w:r>
              <w:rPr>
                <w:sz w:val="12"/>
              </w:rPr>
              <w:t>0.00872093</w:t>
            </w:r>
          </w:p>
        </w:tc>
      </w:tr>
      <w:tr w:rsidR="00292F36" w14:paraId="1C4EAA64" w14:textId="77777777">
        <w:tc>
          <w:tcPr>
            <w:tcW w:w="564" w:type="dxa"/>
            <w:tcMar>
              <w:top w:w="20" w:type="dxa"/>
              <w:left w:w="50" w:type="dxa"/>
              <w:bottom w:w="20" w:type="dxa"/>
              <w:right w:w="50" w:type="dxa"/>
            </w:tcMar>
          </w:tcPr>
          <w:p w14:paraId="272A5A48" w14:textId="77777777" w:rsidR="00292F36" w:rsidRDefault="00000000">
            <w:r>
              <w:rPr>
                <w:sz w:val="12"/>
              </w:rPr>
              <w:t>2017_piedra_blanca_piedra_blanca_mid_2</w:t>
            </w:r>
          </w:p>
        </w:tc>
        <w:tc>
          <w:tcPr>
            <w:tcW w:w="564" w:type="dxa"/>
            <w:tcMar>
              <w:top w:w="20" w:type="dxa"/>
              <w:left w:w="50" w:type="dxa"/>
              <w:bottom w:w="20" w:type="dxa"/>
              <w:right w:w="50" w:type="dxa"/>
            </w:tcMar>
          </w:tcPr>
          <w:p w14:paraId="1ED64EF4" w14:textId="77777777" w:rsidR="00292F36" w:rsidRDefault="00000000">
            <w:r>
              <w:rPr>
                <w:sz w:val="12"/>
              </w:rPr>
              <w:t>-0.7215445</w:t>
            </w:r>
          </w:p>
        </w:tc>
        <w:tc>
          <w:tcPr>
            <w:tcW w:w="564" w:type="dxa"/>
            <w:tcMar>
              <w:top w:w="20" w:type="dxa"/>
              <w:left w:w="50" w:type="dxa"/>
              <w:bottom w:w="20" w:type="dxa"/>
              <w:right w:w="50" w:type="dxa"/>
            </w:tcMar>
          </w:tcPr>
          <w:p w14:paraId="1E9FB578" w14:textId="77777777" w:rsidR="00292F36" w:rsidRDefault="00000000">
            <w:r>
              <w:rPr>
                <w:sz w:val="12"/>
              </w:rPr>
              <w:t>-0.3417546</w:t>
            </w:r>
          </w:p>
        </w:tc>
        <w:tc>
          <w:tcPr>
            <w:tcW w:w="564" w:type="dxa"/>
            <w:tcMar>
              <w:top w:w="20" w:type="dxa"/>
              <w:left w:w="50" w:type="dxa"/>
              <w:bottom w:w="20" w:type="dxa"/>
              <w:right w:w="50" w:type="dxa"/>
            </w:tcMar>
          </w:tcPr>
          <w:p w14:paraId="7001735D" w14:textId="77777777" w:rsidR="00292F36" w:rsidRDefault="00000000">
            <w:r>
              <w:rPr>
                <w:sz w:val="12"/>
              </w:rPr>
              <w:t>2017</w:t>
            </w:r>
          </w:p>
        </w:tc>
        <w:tc>
          <w:tcPr>
            <w:tcW w:w="564" w:type="dxa"/>
            <w:tcMar>
              <w:top w:w="20" w:type="dxa"/>
              <w:left w:w="50" w:type="dxa"/>
              <w:bottom w:w="20" w:type="dxa"/>
              <w:right w:w="50" w:type="dxa"/>
            </w:tcMar>
          </w:tcPr>
          <w:p w14:paraId="02B3AE86" w14:textId="77777777" w:rsidR="00292F36" w:rsidRDefault="00000000">
            <w:r>
              <w:rPr>
                <w:sz w:val="12"/>
              </w:rPr>
              <w:t>punta_eugenia</w:t>
            </w:r>
          </w:p>
        </w:tc>
        <w:tc>
          <w:tcPr>
            <w:tcW w:w="564" w:type="dxa"/>
            <w:tcMar>
              <w:top w:w="20" w:type="dxa"/>
              <w:left w:w="50" w:type="dxa"/>
              <w:bottom w:w="20" w:type="dxa"/>
              <w:right w:w="50" w:type="dxa"/>
            </w:tcMar>
          </w:tcPr>
          <w:p w14:paraId="423B0832" w14:textId="77777777" w:rsidR="00292F36" w:rsidRDefault="00000000">
            <w:r>
              <w:rPr>
                <w:sz w:val="12"/>
              </w:rPr>
              <w:t>South</w:t>
            </w:r>
          </w:p>
        </w:tc>
        <w:tc>
          <w:tcPr>
            <w:tcW w:w="564" w:type="dxa"/>
            <w:tcMar>
              <w:top w:w="20" w:type="dxa"/>
              <w:left w:w="50" w:type="dxa"/>
              <w:bottom w:w="20" w:type="dxa"/>
              <w:right w:w="50" w:type="dxa"/>
            </w:tcMar>
          </w:tcPr>
          <w:p w14:paraId="6DB644E0" w14:textId="77777777" w:rsidR="00292F36" w:rsidRDefault="00000000">
            <w:r>
              <w:rPr>
                <w:sz w:val="12"/>
              </w:rPr>
              <w:t>piedra_blanca</w:t>
            </w:r>
          </w:p>
        </w:tc>
        <w:tc>
          <w:tcPr>
            <w:tcW w:w="564" w:type="dxa"/>
            <w:tcMar>
              <w:top w:w="20" w:type="dxa"/>
              <w:left w:w="50" w:type="dxa"/>
              <w:bottom w:w="20" w:type="dxa"/>
              <w:right w:w="50" w:type="dxa"/>
            </w:tcMar>
          </w:tcPr>
          <w:p w14:paraId="047D26A3" w14:textId="77777777" w:rsidR="00292F36" w:rsidRDefault="00000000">
            <w:r>
              <w:rPr>
                <w:sz w:val="12"/>
              </w:rPr>
              <w:t>piedra_blanca_mid</w:t>
            </w:r>
          </w:p>
        </w:tc>
        <w:tc>
          <w:tcPr>
            <w:tcW w:w="564" w:type="dxa"/>
            <w:tcMar>
              <w:top w:w="20" w:type="dxa"/>
              <w:left w:w="50" w:type="dxa"/>
              <w:bottom w:w="20" w:type="dxa"/>
              <w:right w:w="50" w:type="dxa"/>
            </w:tcMar>
          </w:tcPr>
          <w:p w14:paraId="503FE5D9" w14:textId="77777777" w:rsidR="00292F36" w:rsidRDefault="00000000">
            <w:r>
              <w:rPr>
                <w:sz w:val="12"/>
              </w:rPr>
              <w:t>9</w:t>
            </w:r>
          </w:p>
        </w:tc>
        <w:tc>
          <w:tcPr>
            <w:tcW w:w="564" w:type="dxa"/>
            <w:tcMar>
              <w:top w:w="20" w:type="dxa"/>
              <w:left w:w="50" w:type="dxa"/>
              <w:bottom w:w="20" w:type="dxa"/>
              <w:right w:w="50" w:type="dxa"/>
            </w:tcMar>
          </w:tcPr>
          <w:p w14:paraId="3E619D3C" w14:textId="77777777" w:rsidR="00292F36" w:rsidRDefault="00000000">
            <w:r>
              <w:rPr>
                <w:sz w:val="12"/>
              </w:rPr>
              <w:t>22.8099995</w:t>
            </w:r>
          </w:p>
        </w:tc>
        <w:tc>
          <w:tcPr>
            <w:tcW w:w="564" w:type="dxa"/>
            <w:tcMar>
              <w:top w:w="20" w:type="dxa"/>
              <w:left w:w="50" w:type="dxa"/>
              <w:bottom w:w="20" w:type="dxa"/>
              <w:right w:w="50" w:type="dxa"/>
            </w:tcMar>
          </w:tcPr>
          <w:p w14:paraId="41D9D3C0" w14:textId="77777777" w:rsidR="00292F36" w:rsidRDefault="00000000">
            <w:r>
              <w:rPr>
                <w:sz w:val="12"/>
              </w:rPr>
              <w:t>3.63622623</w:t>
            </w:r>
          </w:p>
        </w:tc>
        <w:tc>
          <w:tcPr>
            <w:tcW w:w="564" w:type="dxa"/>
            <w:tcMar>
              <w:top w:w="20" w:type="dxa"/>
              <w:left w:w="50" w:type="dxa"/>
              <w:bottom w:w="20" w:type="dxa"/>
              <w:right w:w="50" w:type="dxa"/>
            </w:tcMar>
          </w:tcPr>
          <w:p w14:paraId="5C9D3521" w14:textId="77777777" w:rsidR="00292F36" w:rsidRDefault="00000000">
            <w:r>
              <w:rPr>
                <w:sz w:val="12"/>
              </w:rPr>
              <w:t>0.99665328</w:t>
            </w:r>
          </w:p>
        </w:tc>
        <w:tc>
          <w:tcPr>
            <w:tcW w:w="564" w:type="dxa"/>
            <w:tcMar>
              <w:top w:w="20" w:type="dxa"/>
              <w:left w:w="50" w:type="dxa"/>
              <w:bottom w:w="20" w:type="dxa"/>
              <w:right w:w="50" w:type="dxa"/>
            </w:tcMar>
          </w:tcPr>
          <w:p w14:paraId="160C1EAA" w14:textId="77777777" w:rsidR="00292F36" w:rsidRDefault="00000000">
            <w:r>
              <w:rPr>
                <w:sz w:val="12"/>
              </w:rPr>
              <w:t>0.00334672</w:t>
            </w:r>
          </w:p>
        </w:tc>
        <w:tc>
          <w:tcPr>
            <w:tcW w:w="564" w:type="dxa"/>
            <w:tcMar>
              <w:top w:w="20" w:type="dxa"/>
              <w:left w:w="50" w:type="dxa"/>
              <w:bottom w:w="20" w:type="dxa"/>
              <w:right w:w="50" w:type="dxa"/>
            </w:tcMar>
          </w:tcPr>
          <w:p w14:paraId="6A0113E8" w14:textId="77777777" w:rsidR="00292F36" w:rsidRDefault="00000000">
            <w:r>
              <w:rPr>
                <w:sz w:val="12"/>
              </w:rPr>
              <w:t>0</w:t>
            </w:r>
          </w:p>
        </w:tc>
        <w:tc>
          <w:tcPr>
            <w:tcW w:w="564" w:type="dxa"/>
            <w:tcMar>
              <w:top w:w="20" w:type="dxa"/>
              <w:left w:w="50" w:type="dxa"/>
              <w:bottom w:w="20" w:type="dxa"/>
              <w:right w:w="50" w:type="dxa"/>
            </w:tcMar>
          </w:tcPr>
          <w:p w14:paraId="4665954E" w14:textId="77777777" w:rsidR="00292F36" w:rsidRDefault="00000000">
            <w:r>
              <w:rPr>
                <w:sz w:val="12"/>
              </w:rPr>
              <w:t>0</w:t>
            </w:r>
          </w:p>
        </w:tc>
        <w:tc>
          <w:tcPr>
            <w:tcW w:w="564" w:type="dxa"/>
            <w:tcMar>
              <w:top w:w="20" w:type="dxa"/>
              <w:left w:w="50" w:type="dxa"/>
              <w:bottom w:w="20" w:type="dxa"/>
              <w:right w:w="50" w:type="dxa"/>
            </w:tcMar>
          </w:tcPr>
          <w:p w14:paraId="421DAC00" w14:textId="77777777" w:rsidR="00292F36" w:rsidRDefault="00000000">
            <w:r>
              <w:rPr>
                <w:sz w:val="12"/>
              </w:rPr>
              <w:t>0</w:t>
            </w:r>
          </w:p>
        </w:tc>
        <w:tc>
          <w:tcPr>
            <w:tcW w:w="564" w:type="dxa"/>
            <w:tcMar>
              <w:top w:w="20" w:type="dxa"/>
              <w:left w:w="50" w:type="dxa"/>
              <w:bottom w:w="20" w:type="dxa"/>
              <w:right w:w="50" w:type="dxa"/>
            </w:tcMar>
          </w:tcPr>
          <w:p w14:paraId="075C4D9A" w14:textId="77777777" w:rsidR="00292F36" w:rsidRDefault="00000000">
            <w:r>
              <w:rPr>
                <w:sz w:val="12"/>
              </w:rPr>
              <w:t>0</w:t>
            </w:r>
          </w:p>
        </w:tc>
        <w:tc>
          <w:tcPr>
            <w:tcW w:w="564" w:type="dxa"/>
            <w:tcMar>
              <w:top w:w="20" w:type="dxa"/>
              <w:left w:w="50" w:type="dxa"/>
              <w:bottom w:w="20" w:type="dxa"/>
              <w:right w:w="50" w:type="dxa"/>
            </w:tcMar>
          </w:tcPr>
          <w:p w14:paraId="7B19B900" w14:textId="77777777" w:rsidR="00292F36" w:rsidRDefault="00000000">
            <w:r>
              <w:rPr>
                <w:sz w:val="12"/>
              </w:rPr>
              <w:t>0</w:t>
            </w:r>
          </w:p>
        </w:tc>
        <w:tc>
          <w:tcPr>
            <w:tcW w:w="564" w:type="dxa"/>
            <w:tcMar>
              <w:top w:w="20" w:type="dxa"/>
              <w:left w:w="50" w:type="dxa"/>
              <w:bottom w:w="20" w:type="dxa"/>
              <w:right w:w="50" w:type="dxa"/>
            </w:tcMar>
          </w:tcPr>
          <w:p w14:paraId="24DB2DB6" w14:textId="77777777" w:rsidR="00292F36" w:rsidRDefault="00000000">
            <w:r>
              <w:rPr>
                <w:sz w:val="12"/>
              </w:rPr>
              <w:t>0</w:t>
            </w:r>
          </w:p>
        </w:tc>
        <w:tc>
          <w:tcPr>
            <w:tcW w:w="564" w:type="dxa"/>
            <w:tcMar>
              <w:top w:w="20" w:type="dxa"/>
              <w:left w:w="50" w:type="dxa"/>
              <w:bottom w:w="20" w:type="dxa"/>
              <w:right w:w="50" w:type="dxa"/>
            </w:tcMar>
          </w:tcPr>
          <w:p w14:paraId="07756A93" w14:textId="77777777" w:rsidR="00292F36" w:rsidRDefault="00000000">
            <w:r>
              <w:rPr>
                <w:sz w:val="12"/>
              </w:rPr>
              <w:t>0</w:t>
            </w:r>
          </w:p>
        </w:tc>
        <w:tc>
          <w:tcPr>
            <w:tcW w:w="564" w:type="dxa"/>
            <w:tcMar>
              <w:top w:w="20" w:type="dxa"/>
              <w:left w:w="50" w:type="dxa"/>
              <w:bottom w:w="20" w:type="dxa"/>
              <w:right w:w="50" w:type="dxa"/>
            </w:tcMar>
          </w:tcPr>
          <w:p w14:paraId="3E863982" w14:textId="77777777" w:rsidR="00292F36" w:rsidRDefault="00000000">
            <w:r>
              <w:rPr>
                <w:sz w:val="12"/>
              </w:rPr>
              <w:t>0.21126761</w:t>
            </w:r>
          </w:p>
        </w:tc>
        <w:tc>
          <w:tcPr>
            <w:tcW w:w="564" w:type="dxa"/>
            <w:tcMar>
              <w:top w:w="20" w:type="dxa"/>
              <w:left w:w="50" w:type="dxa"/>
              <w:bottom w:w="20" w:type="dxa"/>
              <w:right w:w="50" w:type="dxa"/>
            </w:tcMar>
          </w:tcPr>
          <w:p w14:paraId="3E58FB3B" w14:textId="77777777" w:rsidR="00292F36" w:rsidRDefault="00000000">
            <w:r>
              <w:rPr>
                <w:sz w:val="12"/>
              </w:rPr>
              <w:t>0.16901408</w:t>
            </w:r>
          </w:p>
        </w:tc>
        <w:tc>
          <w:tcPr>
            <w:tcW w:w="564" w:type="dxa"/>
            <w:tcMar>
              <w:top w:w="20" w:type="dxa"/>
              <w:left w:w="50" w:type="dxa"/>
              <w:bottom w:w="20" w:type="dxa"/>
              <w:right w:w="50" w:type="dxa"/>
            </w:tcMar>
          </w:tcPr>
          <w:p w14:paraId="76AAD973" w14:textId="77777777" w:rsidR="00292F36" w:rsidRDefault="00000000">
            <w:r>
              <w:rPr>
                <w:sz w:val="12"/>
              </w:rPr>
              <w:t>0</w:t>
            </w:r>
          </w:p>
        </w:tc>
        <w:tc>
          <w:tcPr>
            <w:tcW w:w="564" w:type="dxa"/>
            <w:tcMar>
              <w:top w:w="20" w:type="dxa"/>
              <w:left w:w="50" w:type="dxa"/>
              <w:bottom w:w="20" w:type="dxa"/>
              <w:right w:w="50" w:type="dxa"/>
            </w:tcMar>
          </w:tcPr>
          <w:p w14:paraId="13651AE0" w14:textId="77777777" w:rsidR="00292F36" w:rsidRDefault="00000000">
            <w:r>
              <w:rPr>
                <w:sz w:val="12"/>
              </w:rPr>
              <w:t>0.61971831</w:t>
            </w:r>
          </w:p>
        </w:tc>
        <w:tc>
          <w:tcPr>
            <w:tcW w:w="564" w:type="dxa"/>
            <w:tcMar>
              <w:top w:w="20" w:type="dxa"/>
              <w:left w:w="50" w:type="dxa"/>
              <w:bottom w:w="20" w:type="dxa"/>
              <w:right w:w="50" w:type="dxa"/>
            </w:tcMar>
          </w:tcPr>
          <w:p w14:paraId="28C4ADDC" w14:textId="77777777" w:rsidR="00292F36" w:rsidRDefault="00000000">
            <w:r>
              <w:rPr>
                <w:sz w:val="12"/>
              </w:rPr>
              <w:t>0</w:t>
            </w:r>
          </w:p>
        </w:tc>
      </w:tr>
      <w:tr w:rsidR="00292F36" w14:paraId="7249F937" w14:textId="77777777">
        <w:tc>
          <w:tcPr>
            <w:tcW w:w="564" w:type="dxa"/>
            <w:tcMar>
              <w:top w:w="20" w:type="dxa"/>
              <w:left w:w="50" w:type="dxa"/>
              <w:bottom w:w="20" w:type="dxa"/>
              <w:right w:w="50" w:type="dxa"/>
            </w:tcMar>
          </w:tcPr>
          <w:p w14:paraId="10EB6D29" w14:textId="77777777" w:rsidR="00292F36" w:rsidRDefault="00000000">
            <w:r>
              <w:rPr>
                <w:sz w:val="12"/>
              </w:rPr>
              <w:t>2017_piedra_blanca_piedra_blanca_shallow_1</w:t>
            </w:r>
          </w:p>
        </w:tc>
        <w:tc>
          <w:tcPr>
            <w:tcW w:w="564" w:type="dxa"/>
            <w:tcMar>
              <w:top w:w="20" w:type="dxa"/>
              <w:left w:w="50" w:type="dxa"/>
              <w:bottom w:w="20" w:type="dxa"/>
              <w:right w:w="50" w:type="dxa"/>
            </w:tcMar>
          </w:tcPr>
          <w:p w14:paraId="32C78587" w14:textId="77777777" w:rsidR="00292F36" w:rsidRDefault="00000000">
            <w:r>
              <w:rPr>
                <w:sz w:val="12"/>
              </w:rPr>
              <w:t>-0.6780101</w:t>
            </w:r>
          </w:p>
        </w:tc>
        <w:tc>
          <w:tcPr>
            <w:tcW w:w="564" w:type="dxa"/>
            <w:tcMar>
              <w:top w:w="20" w:type="dxa"/>
              <w:left w:w="50" w:type="dxa"/>
              <w:bottom w:w="20" w:type="dxa"/>
              <w:right w:w="50" w:type="dxa"/>
            </w:tcMar>
          </w:tcPr>
          <w:p w14:paraId="2B5A5866" w14:textId="77777777" w:rsidR="00292F36" w:rsidRDefault="00000000">
            <w:r>
              <w:rPr>
                <w:sz w:val="12"/>
              </w:rPr>
              <w:t>-0.2835423</w:t>
            </w:r>
          </w:p>
        </w:tc>
        <w:tc>
          <w:tcPr>
            <w:tcW w:w="564" w:type="dxa"/>
            <w:tcMar>
              <w:top w:w="20" w:type="dxa"/>
              <w:left w:w="50" w:type="dxa"/>
              <w:bottom w:w="20" w:type="dxa"/>
              <w:right w:w="50" w:type="dxa"/>
            </w:tcMar>
          </w:tcPr>
          <w:p w14:paraId="43FDF80D" w14:textId="77777777" w:rsidR="00292F36" w:rsidRDefault="00000000">
            <w:r>
              <w:rPr>
                <w:sz w:val="12"/>
              </w:rPr>
              <w:t>2017</w:t>
            </w:r>
          </w:p>
        </w:tc>
        <w:tc>
          <w:tcPr>
            <w:tcW w:w="564" w:type="dxa"/>
            <w:tcMar>
              <w:top w:w="20" w:type="dxa"/>
              <w:left w:w="50" w:type="dxa"/>
              <w:bottom w:w="20" w:type="dxa"/>
              <w:right w:w="50" w:type="dxa"/>
            </w:tcMar>
          </w:tcPr>
          <w:p w14:paraId="0121F101" w14:textId="77777777" w:rsidR="00292F36" w:rsidRDefault="00000000">
            <w:r>
              <w:rPr>
                <w:sz w:val="12"/>
              </w:rPr>
              <w:t>punta_eugenia</w:t>
            </w:r>
          </w:p>
        </w:tc>
        <w:tc>
          <w:tcPr>
            <w:tcW w:w="564" w:type="dxa"/>
            <w:tcMar>
              <w:top w:w="20" w:type="dxa"/>
              <w:left w:w="50" w:type="dxa"/>
              <w:bottom w:w="20" w:type="dxa"/>
              <w:right w:w="50" w:type="dxa"/>
            </w:tcMar>
          </w:tcPr>
          <w:p w14:paraId="0E276485" w14:textId="77777777" w:rsidR="00292F36" w:rsidRDefault="00000000">
            <w:r>
              <w:rPr>
                <w:sz w:val="12"/>
              </w:rPr>
              <w:t>South</w:t>
            </w:r>
          </w:p>
        </w:tc>
        <w:tc>
          <w:tcPr>
            <w:tcW w:w="564" w:type="dxa"/>
            <w:tcMar>
              <w:top w:w="20" w:type="dxa"/>
              <w:left w:w="50" w:type="dxa"/>
              <w:bottom w:w="20" w:type="dxa"/>
              <w:right w:w="50" w:type="dxa"/>
            </w:tcMar>
          </w:tcPr>
          <w:p w14:paraId="1847FBCA" w14:textId="77777777" w:rsidR="00292F36" w:rsidRDefault="00000000">
            <w:r>
              <w:rPr>
                <w:sz w:val="12"/>
              </w:rPr>
              <w:t>piedra_blanca</w:t>
            </w:r>
          </w:p>
        </w:tc>
        <w:tc>
          <w:tcPr>
            <w:tcW w:w="564" w:type="dxa"/>
            <w:tcMar>
              <w:top w:w="20" w:type="dxa"/>
              <w:left w:w="50" w:type="dxa"/>
              <w:bottom w:w="20" w:type="dxa"/>
              <w:right w:w="50" w:type="dxa"/>
            </w:tcMar>
          </w:tcPr>
          <w:p w14:paraId="1C933F93" w14:textId="77777777" w:rsidR="00292F36" w:rsidRDefault="00000000">
            <w:r>
              <w:rPr>
                <w:sz w:val="12"/>
              </w:rPr>
              <w:t>piedra_blanca_shallow</w:t>
            </w:r>
          </w:p>
        </w:tc>
        <w:tc>
          <w:tcPr>
            <w:tcW w:w="564" w:type="dxa"/>
            <w:tcMar>
              <w:top w:w="20" w:type="dxa"/>
              <w:left w:w="50" w:type="dxa"/>
              <w:bottom w:w="20" w:type="dxa"/>
              <w:right w:w="50" w:type="dxa"/>
            </w:tcMar>
          </w:tcPr>
          <w:p w14:paraId="57FABBA9" w14:textId="77777777" w:rsidR="00292F36" w:rsidRDefault="00000000">
            <w:r>
              <w:rPr>
                <w:sz w:val="12"/>
              </w:rPr>
              <w:t>6</w:t>
            </w:r>
          </w:p>
        </w:tc>
        <w:tc>
          <w:tcPr>
            <w:tcW w:w="564" w:type="dxa"/>
            <w:tcMar>
              <w:top w:w="20" w:type="dxa"/>
              <w:left w:w="50" w:type="dxa"/>
              <w:bottom w:w="20" w:type="dxa"/>
              <w:right w:w="50" w:type="dxa"/>
            </w:tcMar>
          </w:tcPr>
          <w:p w14:paraId="48FE2F01" w14:textId="77777777" w:rsidR="00292F36" w:rsidRDefault="00000000">
            <w:r>
              <w:rPr>
                <w:sz w:val="12"/>
              </w:rPr>
              <w:t>22.8099995</w:t>
            </w:r>
          </w:p>
        </w:tc>
        <w:tc>
          <w:tcPr>
            <w:tcW w:w="564" w:type="dxa"/>
            <w:tcMar>
              <w:top w:w="20" w:type="dxa"/>
              <w:left w:w="50" w:type="dxa"/>
              <w:bottom w:w="20" w:type="dxa"/>
              <w:right w:w="50" w:type="dxa"/>
            </w:tcMar>
          </w:tcPr>
          <w:p w14:paraId="5A5E0B1C" w14:textId="77777777" w:rsidR="00292F36" w:rsidRDefault="00000000">
            <w:r>
              <w:rPr>
                <w:sz w:val="12"/>
              </w:rPr>
              <w:t>3.63622623</w:t>
            </w:r>
          </w:p>
        </w:tc>
        <w:tc>
          <w:tcPr>
            <w:tcW w:w="564" w:type="dxa"/>
            <w:tcMar>
              <w:top w:w="20" w:type="dxa"/>
              <w:left w:w="50" w:type="dxa"/>
              <w:bottom w:w="20" w:type="dxa"/>
              <w:right w:w="50" w:type="dxa"/>
            </w:tcMar>
          </w:tcPr>
          <w:p w14:paraId="64DD1187" w14:textId="77777777" w:rsidR="00292F36" w:rsidRDefault="00000000">
            <w:r>
              <w:rPr>
                <w:sz w:val="12"/>
              </w:rPr>
              <w:t>0.87973856</w:t>
            </w:r>
          </w:p>
        </w:tc>
        <w:tc>
          <w:tcPr>
            <w:tcW w:w="564" w:type="dxa"/>
            <w:tcMar>
              <w:top w:w="20" w:type="dxa"/>
              <w:left w:w="50" w:type="dxa"/>
              <w:bottom w:w="20" w:type="dxa"/>
              <w:right w:w="50" w:type="dxa"/>
            </w:tcMar>
          </w:tcPr>
          <w:p w14:paraId="0FF65883" w14:textId="77777777" w:rsidR="00292F36" w:rsidRDefault="00000000">
            <w:r>
              <w:rPr>
                <w:sz w:val="12"/>
              </w:rPr>
              <w:t>0.06666667</w:t>
            </w:r>
          </w:p>
        </w:tc>
        <w:tc>
          <w:tcPr>
            <w:tcW w:w="564" w:type="dxa"/>
            <w:tcMar>
              <w:top w:w="20" w:type="dxa"/>
              <w:left w:w="50" w:type="dxa"/>
              <w:bottom w:w="20" w:type="dxa"/>
              <w:right w:w="50" w:type="dxa"/>
            </w:tcMar>
          </w:tcPr>
          <w:p w14:paraId="78AE65B7" w14:textId="77777777" w:rsidR="00292F36" w:rsidRDefault="00000000">
            <w:r>
              <w:rPr>
                <w:sz w:val="12"/>
              </w:rPr>
              <w:t>0.04575163</w:t>
            </w:r>
          </w:p>
        </w:tc>
        <w:tc>
          <w:tcPr>
            <w:tcW w:w="564" w:type="dxa"/>
            <w:tcMar>
              <w:top w:w="20" w:type="dxa"/>
              <w:left w:w="50" w:type="dxa"/>
              <w:bottom w:w="20" w:type="dxa"/>
              <w:right w:w="50" w:type="dxa"/>
            </w:tcMar>
          </w:tcPr>
          <w:p w14:paraId="55810C4C" w14:textId="77777777" w:rsidR="00292F36" w:rsidRDefault="00000000">
            <w:r>
              <w:rPr>
                <w:sz w:val="12"/>
              </w:rPr>
              <w:t>0.00784314</w:t>
            </w:r>
          </w:p>
        </w:tc>
        <w:tc>
          <w:tcPr>
            <w:tcW w:w="564" w:type="dxa"/>
            <w:tcMar>
              <w:top w:w="20" w:type="dxa"/>
              <w:left w:w="50" w:type="dxa"/>
              <w:bottom w:w="20" w:type="dxa"/>
              <w:right w:w="50" w:type="dxa"/>
            </w:tcMar>
          </w:tcPr>
          <w:p w14:paraId="52C1B253" w14:textId="77777777" w:rsidR="00292F36" w:rsidRDefault="00000000">
            <w:r>
              <w:rPr>
                <w:sz w:val="12"/>
              </w:rPr>
              <w:t>0</w:t>
            </w:r>
          </w:p>
        </w:tc>
        <w:tc>
          <w:tcPr>
            <w:tcW w:w="564" w:type="dxa"/>
            <w:tcMar>
              <w:top w:w="20" w:type="dxa"/>
              <w:left w:w="50" w:type="dxa"/>
              <w:bottom w:w="20" w:type="dxa"/>
              <w:right w:w="50" w:type="dxa"/>
            </w:tcMar>
          </w:tcPr>
          <w:p w14:paraId="6BE2F783" w14:textId="77777777" w:rsidR="00292F36" w:rsidRDefault="00000000">
            <w:r>
              <w:rPr>
                <w:sz w:val="12"/>
              </w:rPr>
              <w:t>0</w:t>
            </w:r>
          </w:p>
        </w:tc>
        <w:tc>
          <w:tcPr>
            <w:tcW w:w="564" w:type="dxa"/>
            <w:tcMar>
              <w:top w:w="20" w:type="dxa"/>
              <w:left w:w="50" w:type="dxa"/>
              <w:bottom w:w="20" w:type="dxa"/>
              <w:right w:w="50" w:type="dxa"/>
            </w:tcMar>
          </w:tcPr>
          <w:p w14:paraId="7D3E42DD" w14:textId="77777777" w:rsidR="00292F36" w:rsidRDefault="00000000">
            <w:r>
              <w:rPr>
                <w:sz w:val="12"/>
              </w:rPr>
              <w:t>0</w:t>
            </w:r>
          </w:p>
        </w:tc>
        <w:tc>
          <w:tcPr>
            <w:tcW w:w="564" w:type="dxa"/>
            <w:tcMar>
              <w:top w:w="20" w:type="dxa"/>
              <w:left w:w="50" w:type="dxa"/>
              <w:bottom w:w="20" w:type="dxa"/>
              <w:right w:w="50" w:type="dxa"/>
            </w:tcMar>
          </w:tcPr>
          <w:p w14:paraId="5898163D" w14:textId="77777777" w:rsidR="00292F36" w:rsidRDefault="00000000">
            <w:r>
              <w:rPr>
                <w:sz w:val="12"/>
              </w:rPr>
              <w:t>0</w:t>
            </w:r>
          </w:p>
        </w:tc>
        <w:tc>
          <w:tcPr>
            <w:tcW w:w="564" w:type="dxa"/>
            <w:tcMar>
              <w:top w:w="20" w:type="dxa"/>
              <w:left w:w="50" w:type="dxa"/>
              <w:bottom w:w="20" w:type="dxa"/>
              <w:right w:w="50" w:type="dxa"/>
            </w:tcMar>
          </w:tcPr>
          <w:p w14:paraId="5D9A0909" w14:textId="77777777" w:rsidR="00292F36" w:rsidRDefault="00000000">
            <w:r>
              <w:rPr>
                <w:sz w:val="12"/>
              </w:rPr>
              <w:t>0</w:t>
            </w:r>
          </w:p>
        </w:tc>
        <w:tc>
          <w:tcPr>
            <w:tcW w:w="564" w:type="dxa"/>
            <w:tcMar>
              <w:top w:w="20" w:type="dxa"/>
              <w:left w:w="50" w:type="dxa"/>
              <w:bottom w:w="20" w:type="dxa"/>
              <w:right w:w="50" w:type="dxa"/>
            </w:tcMar>
          </w:tcPr>
          <w:p w14:paraId="7959872A" w14:textId="77777777" w:rsidR="00292F36" w:rsidRDefault="00000000">
            <w:r>
              <w:rPr>
                <w:sz w:val="12"/>
              </w:rPr>
              <w:t>0.17894737</w:t>
            </w:r>
          </w:p>
        </w:tc>
        <w:tc>
          <w:tcPr>
            <w:tcW w:w="564" w:type="dxa"/>
            <w:tcMar>
              <w:top w:w="20" w:type="dxa"/>
              <w:left w:w="50" w:type="dxa"/>
              <w:bottom w:w="20" w:type="dxa"/>
              <w:right w:w="50" w:type="dxa"/>
            </w:tcMar>
          </w:tcPr>
          <w:p w14:paraId="7AA361D9" w14:textId="77777777" w:rsidR="00292F36" w:rsidRDefault="00000000">
            <w:r>
              <w:rPr>
                <w:sz w:val="12"/>
              </w:rPr>
              <w:t>0.26315789</w:t>
            </w:r>
          </w:p>
        </w:tc>
        <w:tc>
          <w:tcPr>
            <w:tcW w:w="564" w:type="dxa"/>
            <w:tcMar>
              <w:top w:w="20" w:type="dxa"/>
              <w:left w:w="50" w:type="dxa"/>
              <w:bottom w:w="20" w:type="dxa"/>
              <w:right w:w="50" w:type="dxa"/>
            </w:tcMar>
          </w:tcPr>
          <w:p w14:paraId="68EDAAF4" w14:textId="77777777" w:rsidR="00292F36" w:rsidRDefault="00000000">
            <w:r>
              <w:rPr>
                <w:sz w:val="12"/>
              </w:rPr>
              <w:t>0.05263158</w:t>
            </w:r>
          </w:p>
        </w:tc>
        <w:tc>
          <w:tcPr>
            <w:tcW w:w="564" w:type="dxa"/>
            <w:tcMar>
              <w:top w:w="20" w:type="dxa"/>
              <w:left w:w="50" w:type="dxa"/>
              <w:bottom w:w="20" w:type="dxa"/>
              <w:right w:w="50" w:type="dxa"/>
            </w:tcMar>
          </w:tcPr>
          <w:p w14:paraId="00C44CDA" w14:textId="77777777" w:rsidR="00292F36" w:rsidRDefault="00000000">
            <w:r>
              <w:rPr>
                <w:sz w:val="12"/>
              </w:rPr>
              <w:t>0.50526316</w:t>
            </w:r>
          </w:p>
        </w:tc>
        <w:tc>
          <w:tcPr>
            <w:tcW w:w="564" w:type="dxa"/>
            <w:tcMar>
              <w:top w:w="20" w:type="dxa"/>
              <w:left w:w="50" w:type="dxa"/>
              <w:bottom w:w="20" w:type="dxa"/>
              <w:right w:w="50" w:type="dxa"/>
            </w:tcMar>
          </w:tcPr>
          <w:p w14:paraId="05C5047E" w14:textId="77777777" w:rsidR="00292F36" w:rsidRDefault="00000000">
            <w:r>
              <w:rPr>
                <w:sz w:val="12"/>
              </w:rPr>
              <w:t>0</w:t>
            </w:r>
          </w:p>
        </w:tc>
      </w:tr>
      <w:tr w:rsidR="00292F36" w14:paraId="24DD7974" w14:textId="77777777">
        <w:tc>
          <w:tcPr>
            <w:tcW w:w="564" w:type="dxa"/>
            <w:tcMar>
              <w:top w:w="20" w:type="dxa"/>
              <w:left w:w="50" w:type="dxa"/>
              <w:bottom w:w="20" w:type="dxa"/>
              <w:right w:w="50" w:type="dxa"/>
            </w:tcMar>
          </w:tcPr>
          <w:p w14:paraId="1AEA951A" w14:textId="77777777" w:rsidR="00292F36" w:rsidRDefault="00000000">
            <w:r>
              <w:rPr>
                <w:sz w:val="12"/>
              </w:rPr>
              <w:t>2017_piedra_blanca_piedra_blanca_shallow_2</w:t>
            </w:r>
          </w:p>
        </w:tc>
        <w:tc>
          <w:tcPr>
            <w:tcW w:w="564" w:type="dxa"/>
            <w:tcMar>
              <w:top w:w="20" w:type="dxa"/>
              <w:left w:w="50" w:type="dxa"/>
              <w:bottom w:w="20" w:type="dxa"/>
              <w:right w:w="50" w:type="dxa"/>
            </w:tcMar>
          </w:tcPr>
          <w:p w14:paraId="3466C7B5" w14:textId="77777777" w:rsidR="00292F36" w:rsidRDefault="00000000">
            <w:r>
              <w:rPr>
                <w:sz w:val="12"/>
              </w:rPr>
              <w:t>-0.6740345</w:t>
            </w:r>
          </w:p>
        </w:tc>
        <w:tc>
          <w:tcPr>
            <w:tcW w:w="564" w:type="dxa"/>
            <w:tcMar>
              <w:top w:w="20" w:type="dxa"/>
              <w:left w:w="50" w:type="dxa"/>
              <w:bottom w:w="20" w:type="dxa"/>
              <w:right w:w="50" w:type="dxa"/>
            </w:tcMar>
          </w:tcPr>
          <w:p w14:paraId="66084C9C" w14:textId="77777777" w:rsidR="00292F36" w:rsidRDefault="00000000">
            <w:r>
              <w:rPr>
                <w:sz w:val="12"/>
              </w:rPr>
              <w:t>-0.2329416</w:t>
            </w:r>
          </w:p>
        </w:tc>
        <w:tc>
          <w:tcPr>
            <w:tcW w:w="564" w:type="dxa"/>
            <w:tcMar>
              <w:top w:w="20" w:type="dxa"/>
              <w:left w:w="50" w:type="dxa"/>
              <w:bottom w:w="20" w:type="dxa"/>
              <w:right w:w="50" w:type="dxa"/>
            </w:tcMar>
          </w:tcPr>
          <w:p w14:paraId="676FDF0D" w14:textId="77777777" w:rsidR="00292F36" w:rsidRDefault="00000000">
            <w:r>
              <w:rPr>
                <w:sz w:val="12"/>
              </w:rPr>
              <w:t>2017</w:t>
            </w:r>
          </w:p>
        </w:tc>
        <w:tc>
          <w:tcPr>
            <w:tcW w:w="564" w:type="dxa"/>
            <w:tcMar>
              <w:top w:w="20" w:type="dxa"/>
              <w:left w:w="50" w:type="dxa"/>
              <w:bottom w:w="20" w:type="dxa"/>
              <w:right w:w="50" w:type="dxa"/>
            </w:tcMar>
          </w:tcPr>
          <w:p w14:paraId="49CCE285" w14:textId="77777777" w:rsidR="00292F36" w:rsidRDefault="00000000">
            <w:r>
              <w:rPr>
                <w:sz w:val="12"/>
              </w:rPr>
              <w:t>punta_eugenia</w:t>
            </w:r>
          </w:p>
        </w:tc>
        <w:tc>
          <w:tcPr>
            <w:tcW w:w="564" w:type="dxa"/>
            <w:tcMar>
              <w:top w:w="20" w:type="dxa"/>
              <w:left w:w="50" w:type="dxa"/>
              <w:bottom w:w="20" w:type="dxa"/>
              <w:right w:w="50" w:type="dxa"/>
            </w:tcMar>
          </w:tcPr>
          <w:p w14:paraId="541AD844" w14:textId="77777777" w:rsidR="00292F36" w:rsidRDefault="00000000">
            <w:r>
              <w:rPr>
                <w:sz w:val="12"/>
              </w:rPr>
              <w:t>South</w:t>
            </w:r>
          </w:p>
        </w:tc>
        <w:tc>
          <w:tcPr>
            <w:tcW w:w="564" w:type="dxa"/>
            <w:tcMar>
              <w:top w:w="20" w:type="dxa"/>
              <w:left w:w="50" w:type="dxa"/>
              <w:bottom w:w="20" w:type="dxa"/>
              <w:right w:w="50" w:type="dxa"/>
            </w:tcMar>
          </w:tcPr>
          <w:p w14:paraId="24E77B47" w14:textId="77777777" w:rsidR="00292F36" w:rsidRDefault="00000000">
            <w:r>
              <w:rPr>
                <w:sz w:val="12"/>
              </w:rPr>
              <w:t>piedra_blanca</w:t>
            </w:r>
          </w:p>
        </w:tc>
        <w:tc>
          <w:tcPr>
            <w:tcW w:w="564" w:type="dxa"/>
            <w:tcMar>
              <w:top w:w="20" w:type="dxa"/>
              <w:left w:w="50" w:type="dxa"/>
              <w:bottom w:w="20" w:type="dxa"/>
              <w:right w:w="50" w:type="dxa"/>
            </w:tcMar>
          </w:tcPr>
          <w:p w14:paraId="5F710CB6" w14:textId="77777777" w:rsidR="00292F36" w:rsidRDefault="00000000">
            <w:r>
              <w:rPr>
                <w:sz w:val="12"/>
              </w:rPr>
              <w:t>piedra_blanca_shallow</w:t>
            </w:r>
          </w:p>
        </w:tc>
        <w:tc>
          <w:tcPr>
            <w:tcW w:w="564" w:type="dxa"/>
            <w:tcMar>
              <w:top w:w="20" w:type="dxa"/>
              <w:left w:w="50" w:type="dxa"/>
              <w:bottom w:w="20" w:type="dxa"/>
              <w:right w:w="50" w:type="dxa"/>
            </w:tcMar>
          </w:tcPr>
          <w:p w14:paraId="0F018B9F" w14:textId="77777777" w:rsidR="00292F36" w:rsidRDefault="00000000">
            <w:r>
              <w:rPr>
                <w:sz w:val="12"/>
              </w:rPr>
              <w:t>5</w:t>
            </w:r>
          </w:p>
        </w:tc>
        <w:tc>
          <w:tcPr>
            <w:tcW w:w="564" w:type="dxa"/>
            <w:tcMar>
              <w:top w:w="20" w:type="dxa"/>
              <w:left w:w="50" w:type="dxa"/>
              <w:bottom w:w="20" w:type="dxa"/>
              <w:right w:w="50" w:type="dxa"/>
            </w:tcMar>
          </w:tcPr>
          <w:p w14:paraId="4955FCA5" w14:textId="77777777" w:rsidR="00292F36" w:rsidRDefault="00000000">
            <w:r>
              <w:rPr>
                <w:sz w:val="12"/>
              </w:rPr>
              <w:t>20.6200008</w:t>
            </w:r>
          </w:p>
        </w:tc>
        <w:tc>
          <w:tcPr>
            <w:tcW w:w="564" w:type="dxa"/>
            <w:tcMar>
              <w:top w:w="20" w:type="dxa"/>
              <w:left w:w="50" w:type="dxa"/>
              <w:bottom w:w="20" w:type="dxa"/>
              <w:right w:w="50" w:type="dxa"/>
            </w:tcMar>
          </w:tcPr>
          <w:p w14:paraId="02CA3464" w14:textId="77777777" w:rsidR="00292F36" w:rsidRDefault="00000000">
            <w:r>
              <w:rPr>
                <w:sz w:val="12"/>
              </w:rPr>
              <w:t>3.63622623</w:t>
            </w:r>
          </w:p>
        </w:tc>
        <w:tc>
          <w:tcPr>
            <w:tcW w:w="564" w:type="dxa"/>
            <w:tcMar>
              <w:top w:w="20" w:type="dxa"/>
              <w:left w:w="50" w:type="dxa"/>
              <w:bottom w:w="20" w:type="dxa"/>
              <w:right w:w="50" w:type="dxa"/>
            </w:tcMar>
          </w:tcPr>
          <w:p w14:paraId="224889C4" w14:textId="77777777" w:rsidR="00292F36" w:rsidRDefault="00000000">
            <w:r>
              <w:rPr>
                <w:sz w:val="12"/>
              </w:rPr>
              <w:t>0.94073276</w:t>
            </w:r>
          </w:p>
        </w:tc>
        <w:tc>
          <w:tcPr>
            <w:tcW w:w="564" w:type="dxa"/>
            <w:tcMar>
              <w:top w:w="20" w:type="dxa"/>
              <w:left w:w="50" w:type="dxa"/>
              <w:bottom w:w="20" w:type="dxa"/>
              <w:right w:w="50" w:type="dxa"/>
            </w:tcMar>
          </w:tcPr>
          <w:p w14:paraId="53D9E8D7" w14:textId="77777777" w:rsidR="00292F36" w:rsidRDefault="00000000">
            <w:r>
              <w:rPr>
                <w:sz w:val="12"/>
              </w:rPr>
              <w:t>0.05064655</w:t>
            </w:r>
          </w:p>
        </w:tc>
        <w:tc>
          <w:tcPr>
            <w:tcW w:w="564" w:type="dxa"/>
            <w:tcMar>
              <w:top w:w="20" w:type="dxa"/>
              <w:left w:w="50" w:type="dxa"/>
              <w:bottom w:w="20" w:type="dxa"/>
              <w:right w:w="50" w:type="dxa"/>
            </w:tcMar>
          </w:tcPr>
          <w:p w14:paraId="69C65945" w14:textId="77777777" w:rsidR="00292F36" w:rsidRDefault="00000000">
            <w:r>
              <w:rPr>
                <w:sz w:val="12"/>
              </w:rPr>
              <w:t>0.00431034</w:t>
            </w:r>
          </w:p>
        </w:tc>
        <w:tc>
          <w:tcPr>
            <w:tcW w:w="564" w:type="dxa"/>
            <w:tcMar>
              <w:top w:w="20" w:type="dxa"/>
              <w:left w:w="50" w:type="dxa"/>
              <w:bottom w:w="20" w:type="dxa"/>
              <w:right w:w="50" w:type="dxa"/>
            </w:tcMar>
          </w:tcPr>
          <w:p w14:paraId="795B8BBF" w14:textId="77777777" w:rsidR="00292F36" w:rsidRDefault="00000000">
            <w:r>
              <w:rPr>
                <w:sz w:val="12"/>
              </w:rPr>
              <w:t>0.00431034</w:t>
            </w:r>
          </w:p>
        </w:tc>
        <w:tc>
          <w:tcPr>
            <w:tcW w:w="564" w:type="dxa"/>
            <w:tcMar>
              <w:top w:w="20" w:type="dxa"/>
              <w:left w:w="50" w:type="dxa"/>
              <w:bottom w:w="20" w:type="dxa"/>
              <w:right w:w="50" w:type="dxa"/>
            </w:tcMar>
          </w:tcPr>
          <w:p w14:paraId="480D1CDE" w14:textId="77777777" w:rsidR="00292F36" w:rsidRDefault="00000000">
            <w:r>
              <w:rPr>
                <w:sz w:val="12"/>
              </w:rPr>
              <w:t>0</w:t>
            </w:r>
          </w:p>
        </w:tc>
        <w:tc>
          <w:tcPr>
            <w:tcW w:w="564" w:type="dxa"/>
            <w:tcMar>
              <w:top w:w="20" w:type="dxa"/>
              <w:left w:w="50" w:type="dxa"/>
              <w:bottom w:w="20" w:type="dxa"/>
              <w:right w:w="50" w:type="dxa"/>
            </w:tcMar>
          </w:tcPr>
          <w:p w14:paraId="3A193B81" w14:textId="77777777" w:rsidR="00292F36" w:rsidRDefault="00000000">
            <w:r>
              <w:rPr>
                <w:sz w:val="12"/>
              </w:rPr>
              <w:t>0</w:t>
            </w:r>
          </w:p>
        </w:tc>
        <w:tc>
          <w:tcPr>
            <w:tcW w:w="564" w:type="dxa"/>
            <w:tcMar>
              <w:top w:w="20" w:type="dxa"/>
              <w:left w:w="50" w:type="dxa"/>
              <w:bottom w:w="20" w:type="dxa"/>
              <w:right w:w="50" w:type="dxa"/>
            </w:tcMar>
          </w:tcPr>
          <w:p w14:paraId="750C88F2" w14:textId="77777777" w:rsidR="00292F36" w:rsidRDefault="00000000">
            <w:r>
              <w:rPr>
                <w:sz w:val="12"/>
              </w:rPr>
              <w:t>0</w:t>
            </w:r>
          </w:p>
        </w:tc>
        <w:tc>
          <w:tcPr>
            <w:tcW w:w="564" w:type="dxa"/>
            <w:tcMar>
              <w:top w:w="20" w:type="dxa"/>
              <w:left w:w="50" w:type="dxa"/>
              <w:bottom w:w="20" w:type="dxa"/>
              <w:right w:w="50" w:type="dxa"/>
            </w:tcMar>
          </w:tcPr>
          <w:p w14:paraId="7CEE97E2" w14:textId="77777777" w:rsidR="00292F36" w:rsidRDefault="00000000">
            <w:r>
              <w:rPr>
                <w:sz w:val="12"/>
              </w:rPr>
              <w:t>0</w:t>
            </w:r>
          </w:p>
        </w:tc>
        <w:tc>
          <w:tcPr>
            <w:tcW w:w="564" w:type="dxa"/>
            <w:tcMar>
              <w:top w:w="20" w:type="dxa"/>
              <w:left w:w="50" w:type="dxa"/>
              <w:bottom w:w="20" w:type="dxa"/>
              <w:right w:w="50" w:type="dxa"/>
            </w:tcMar>
          </w:tcPr>
          <w:p w14:paraId="6845AF90" w14:textId="77777777" w:rsidR="00292F36" w:rsidRDefault="00000000">
            <w:r>
              <w:rPr>
                <w:sz w:val="12"/>
              </w:rPr>
              <w:t>0</w:t>
            </w:r>
          </w:p>
        </w:tc>
        <w:tc>
          <w:tcPr>
            <w:tcW w:w="564" w:type="dxa"/>
            <w:tcMar>
              <w:top w:w="20" w:type="dxa"/>
              <w:left w:w="50" w:type="dxa"/>
              <w:bottom w:w="20" w:type="dxa"/>
              <w:right w:w="50" w:type="dxa"/>
            </w:tcMar>
          </w:tcPr>
          <w:p w14:paraId="546D07E5" w14:textId="77777777" w:rsidR="00292F36" w:rsidRDefault="00000000">
            <w:r>
              <w:rPr>
                <w:sz w:val="12"/>
              </w:rPr>
              <w:t>0.22929936</w:t>
            </w:r>
          </w:p>
        </w:tc>
        <w:tc>
          <w:tcPr>
            <w:tcW w:w="564" w:type="dxa"/>
            <w:tcMar>
              <w:top w:w="20" w:type="dxa"/>
              <w:left w:w="50" w:type="dxa"/>
              <w:bottom w:w="20" w:type="dxa"/>
              <w:right w:w="50" w:type="dxa"/>
            </w:tcMar>
          </w:tcPr>
          <w:p w14:paraId="75D4BB33" w14:textId="77777777" w:rsidR="00292F36" w:rsidRDefault="00000000">
            <w:r>
              <w:rPr>
                <w:sz w:val="12"/>
              </w:rPr>
              <w:t>0.38853503</w:t>
            </w:r>
          </w:p>
        </w:tc>
        <w:tc>
          <w:tcPr>
            <w:tcW w:w="564" w:type="dxa"/>
            <w:tcMar>
              <w:top w:w="20" w:type="dxa"/>
              <w:left w:w="50" w:type="dxa"/>
              <w:bottom w:w="20" w:type="dxa"/>
              <w:right w:w="50" w:type="dxa"/>
            </w:tcMar>
          </w:tcPr>
          <w:p w14:paraId="7D1E79A7" w14:textId="77777777" w:rsidR="00292F36" w:rsidRDefault="00000000">
            <w:r>
              <w:rPr>
                <w:sz w:val="12"/>
              </w:rPr>
              <w:t>0.03821656</w:t>
            </w:r>
          </w:p>
        </w:tc>
        <w:tc>
          <w:tcPr>
            <w:tcW w:w="564" w:type="dxa"/>
            <w:tcMar>
              <w:top w:w="20" w:type="dxa"/>
              <w:left w:w="50" w:type="dxa"/>
              <w:bottom w:w="20" w:type="dxa"/>
              <w:right w:w="50" w:type="dxa"/>
            </w:tcMar>
          </w:tcPr>
          <w:p w14:paraId="152DEBB0" w14:textId="77777777" w:rsidR="00292F36" w:rsidRDefault="00000000">
            <w:r>
              <w:rPr>
                <w:sz w:val="12"/>
              </w:rPr>
              <w:t>0.34394904</w:t>
            </w:r>
          </w:p>
        </w:tc>
        <w:tc>
          <w:tcPr>
            <w:tcW w:w="564" w:type="dxa"/>
            <w:tcMar>
              <w:top w:w="20" w:type="dxa"/>
              <w:left w:w="50" w:type="dxa"/>
              <w:bottom w:w="20" w:type="dxa"/>
              <w:right w:w="50" w:type="dxa"/>
            </w:tcMar>
          </w:tcPr>
          <w:p w14:paraId="1DB787B2" w14:textId="77777777" w:rsidR="00292F36" w:rsidRDefault="00000000">
            <w:r>
              <w:rPr>
                <w:sz w:val="12"/>
              </w:rPr>
              <w:t>0</w:t>
            </w:r>
          </w:p>
        </w:tc>
      </w:tr>
      <w:tr w:rsidR="00292F36" w14:paraId="4E69C057" w14:textId="77777777">
        <w:tc>
          <w:tcPr>
            <w:tcW w:w="564" w:type="dxa"/>
            <w:tcMar>
              <w:top w:w="20" w:type="dxa"/>
              <w:left w:w="50" w:type="dxa"/>
              <w:bottom w:w="20" w:type="dxa"/>
              <w:right w:w="50" w:type="dxa"/>
            </w:tcMar>
          </w:tcPr>
          <w:p w14:paraId="5F891D0C" w14:textId="77777777" w:rsidR="00292F36" w:rsidRDefault="00000000">
            <w:r>
              <w:rPr>
                <w:sz w:val="12"/>
              </w:rPr>
              <w:t>2017_san_miguel_san_miguel_north_mid_1</w:t>
            </w:r>
          </w:p>
        </w:tc>
        <w:tc>
          <w:tcPr>
            <w:tcW w:w="564" w:type="dxa"/>
            <w:tcMar>
              <w:top w:w="20" w:type="dxa"/>
              <w:left w:w="50" w:type="dxa"/>
              <w:bottom w:w="20" w:type="dxa"/>
              <w:right w:w="50" w:type="dxa"/>
            </w:tcMar>
          </w:tcPr>
          <w:p w14:paraId="2A2C4142" w14:textId="77777777" w:rsidR="00292F36" w:rsidRDefault="00000000">
            <w:r>
              <w:rPr>
                <w:sz w:val="12"/>
              </w:rPr>
              <w:t>-0.6808124</w:t>
            </w:r>
          </w:p>
        </w:tc>
        <w:tc>
          <w:tcPr>
            <w:tcW w:w="564" w:type="dxa"/>
            <w:tcMar>
              <w:top w:w="20" w:type="dxa"/>
              <w:left w:w="50" w:type="dxa"/>
              <w:bottom w:w="20" w:type="dxa"/>
              <w:right w:w="50" w:type="dxa"/>
            </w:tcMar>
          </w:tcPr>
          <w:p w14:paraId="7ED04A07" w14:textId="77777777" w:rsidR="00292F36" w:rsidRDefault="00000000">
            <w:r>
              <w:rPr>
                <w:sz w:val="12"/>
              </w:rPr>
              <w:t>0.1034434</w:t>
            </w:r>
          </w:p>
        </w:tc>
        <w:tc>
          <w:tcPr>
            <w:tcW w:w="564" w:type="dxa"/>
            <w:tcMar>
              <w:top w:w="20" w:type="dxa"/>
              <w:left w:w="50" w:type="dxa"/>
              <w:bottom w:w="20" w:type="dxa"/>
              <w:right w:w="50" w:type="dxa"/>
            </w:tcMar>
          </w:tcPr>
          <w:p w14:paraId="17B4F292" w14:textId="77777777" w:rsidR="00292F36" w:rsidRDefault="00000000">
            <w:r>
              <w:rPr>
                <w:sz w:val="12"/>
              </w:rPr>
              <w:t>2017</w:t>
            </w:r>
          </w:p>
        </w:tc>
        <w:tc>
          <w:tcPr>
            <w:tcW w:w="564" w:type="dxa"/>
            <w:tcMar>
              <w:top w:w="20" w:type="dxa"/>
              <w:left w:w="50" w:type="dxa"/>
              <w:bottom w:w="20" w:type="dxa"/>
              <w:right w:w="50" w:type="dxa"/>
            </w:tcMar>
          </w:tcPr>
          <w:p w14:paraId="13CA8077" w14:textId="77777777" w:rsidR="00292F36" w:rsidRDefault="00000000">
            <w:r>
              <w:rPr>
                <w:sz w:val="12"/>
              </w:rPr>
              <w:t>ensenada</w:t>
            </w:r>
          </w:p>
        </w:tc>
        <w:tc>
          <w:tcPr>
            <w:tcW w:w="564" w:type="dxa"/>
            <w:tcMar>
              <w:top w:w="20" w:type="dxa"/>
              <w:left w:w="50" w:type="dxa"/>
              <w:bottom w:w="20" w:type="dxa"/>
              <w:right w:w="50" w:type="dxa"/>
            </w:tcMar>
          </w:tcPr>
          <w:p w14:paraId="5AAF1C43" w14:textId="77777777" w:rsidR="00292F36" w:rsidRDefault="00000000">
            <w:r>
              <w:rPr>
                <w:sz w:val="12"/>
              </w:rPr>
              <w:t>North</w:t>
            </w:r>
          </w:p>
        </w:tc>
        <w:tc>
          <w:tcPr>
            <w:tcW w:w="564" w:type="dxa"/>
            <w:tcMar>
              <w:top w:w="20" w:type="dxa"/>
              <w:left w:w="50" w:type="dxa"/>
              <w:bottom w:w="20" w:type="dxa"/>
              <w:right w:w="50" w:type="dxa"/>
            </w:tcMar>
          </w:tcPr>
          <w:p w14:paraId="0ADC17AD" w14:textId="77777777" w:rsidR="00292F36" w:rsidRDefault="00000000">
            <w:r>
              <w:rPr>
                <w:sz w:val="12"/>
              </w:rPr>
              <w:t>san_miguel</w:t>
            </w:r>
          </w:p>
        </w:tc>
        <w:tc>
          <w:tcPr>
            <w:tcW w:w="564" w:type="dxa"/>
            <w:tcMar>
              <w:top w:w="20" w:type="dxa"/>
              <w:left w:w="50" w:type="dxa"/>
              <w:bottom w:w="20" w:type="dxa"/>
              <w:right w:w="50" w:type="dxa"/>
            </w:tcMar>
          </w:tcPr>
          <w:p w14:paraId="3884F973" w14:textId="77777777" w:rsidR="00292F36" w:rsidRDefault="00000000">
            <w:r>
              <w:rPr>
                <w:sz w:val="12"/>
              </w:rPr>
              <w:t>san_miguel_north_mid</w:t>
            </w:r>
          </w:p>
        </w:tc>
        <w:tc>
          <w:tcPr>
            <w:tcW w:w="564" w:type="dxa"/>
            <w:tcMar>
              <w:top w:w="20" w:type="dxa"/>
              <w:left w:w="50" w:type="dxa"/>
              <w:bottom w:w="20" w:type="dxa"/>
              <w:right w:w="50" w:type="dxa"/>
            </w:tcMar>
          </w:tcPr>
          <w:p w14:paraId="6062940E" w14:textId="77777777" w:rsidR="00292F36" w:rsidRDefault="00000000">
            <w:r>
              <w:rPr>
                <w:sz w:val="12"/>
              </w:rPr>
              <w:t>14</w:t>
            </w:r>
          </w:p>
        </w:tc>
        <w:tc>
          <w:tcPr>
            <w:tcW w:w="564" w:type="dxa"/>
            <w:tcMar>
              <w:top w:w="20" w:type="dxa"/>
              <w:left w:w="50" w:type="dxa"/>
              <w:bottom w:w="20" w:type="dxa"/>
              <w:right w:w="50" w:type="dxa"/>
            </w:tcMar>
          </w:tcPr>
          <w:p w14:paraId="40D6D0C7" w14:textId="77777777" w:rsidR="00292F36" w:rsidRDefault="00000000">
            <w:r>
              <w:rPr>
                <w:sz w:val="12"/>
              </w:rPr>
              <w:t>20.7000008</w:t>
            </w:r>
          </w:p>
        </w:tc>
        <w:tc>
          <w:tcPr>
            <w:tcW w:w="564" w:type="dxa"/>
            <w:tcMar>
              <w:top w:w="20" w:type="dxa"/>
              <w:left w:w="50" w:type="dxa"/>
              <w:bottom w:w="20" w:type="dxa"/>
              <w:right w:w="50" w:type="dxa"/>
            </w:tcMar>
          </w:tcPr>
          <w:p w14:paraId="0C142728" w14:textId="77777777" w:rsidR="00292F36" w:rsidRDefault="00000000">
            <w:r>
              <w:rPr>
                <w:sz w:val="12"/>
              </w:rPr>
              <w:t>0.19672612</w:t>
            </w:r>
          </w:p>
        </w:tc>
        <w:tc>
          <w:tcPr>
            <w:tcW w:w="564" w:type="dxa"/>
            <w:tcMar>
              <w:top w:w="20" w:type="dxa"/>
              <w:left w:w="50" w:type="dxa"/>
              <w:bottom w:w="20" w:type="dxa"/>
              <w:right w:w="50" w:type="dxa"/>
            </w:tcMar>
          </w:tcPr>
          <w:p w14:paraId="7C2EDA3B" w14:textId="77777777" w:rsidR="00292F36" w:rsidRDefault="00000000">
            <w:r>
              <w:rPr>
                <w:sz w:val="12"/>
              </w:rPr>
              <w:t>1</w:t>
            </w:r>
          </w:p>
        </w:tc>
        <w:tc>
          <w:tcPr>
            <w:tcW w:w="564" w:type="dxa"/>
            <w:tcMar>
              <w:top w:w="20" w:type="dxa"/>
              <w:left w:w="50" w:type="dxa"/>
              <w:bottom w:w="20" w:type="dxa"/>
              <w:right w:w="50" w:type="dxa"/>
            </w:tcMar>
          </w:tcPr>
          <w:p w14:paraId="2C770C2F" w14:textId="77777777" w:rsidR="00292F36" w:rsidRDefault="00000000">
            <w:r>
              <w:rPr>
                <w:sz w:val="12"/>
              </w:rPr>
              <w:t>0</w:t>
            </w:r>
          </w:p>
        </w:tc>
        <w:tc>
          <w:tcPr>
            <w:tcW w:w="564" w:type="dxa"/>
            <w:tcMar>
              <w:top w:w="20" w:type="dxa"/>
              <w:left w:w="50" w:type="dxa"/>
              <w:bottom w:w="20" w:type="dxa"/>
              <w:right w:w="50" w:type="dxa"/>
            </w:tcMar>
          </w:tcPr>
          <w:p w14:paraId="6E1B3F90" w14:textId="77777777" w:rsidR="00292F36" w:rsidRDefault="00000000">
            <w:r>
              <w:rPr>
                <w:sz w:val="12"/>
              </w:rPr>
              <w:t>0</w:t>
            </w:r>
          </w:p>
        </w:tc>
        <w:tc>
          <w:tcPr>
            <w:tcW w:w="564" w:type="dxa"/>
            <w:tcMar>
              <w:top w:w="20" w:type="dxa"/>
              <w:left w:w="50" w:type="dxa"/>
              <w:bottom w:w="20" w:type="dxa"/>
              <w:right w:w="50" w:type="dxa"/>
            </w:tcMar>
          </w:tcPr>
          <w:p w14:paraId="26626502" w14:textId="77777777" w:rsidR="00292F36" w:rsidRDefault="00000000">
            <w:r>
              <w:rPr>
                <w:sz w:val="12"/>
              </w:rPr>
              <w:t>0</w:t>
            </w:r>
          </w:p>
        </w:tc>
        <w:tc>
          <w:tcPr>
            <w:tcW w:w="564" w:type="dxa"/>
            <w:tcMar>
              <w:top w:w="20" w:type="dxa"/>
              <w:left w:w="50" w:type="dxa"/>
              <w:bottom w:w="20" w:type="dxa"/>
              <w:right w:w="50" w:type="dxa"/>
            </w:tcMar>
          </w:tcPr>
          <w:p w14:paraId="27C9D492" w14:textId="77777777" w:rsidR="00292F36" w:rsidRDefault="00000000">
            <w:r>
              <w:rPr>
                <w:sz w:val="12"/>
              </w:rPr>
              <w:t>0</w:t>
            </w:r>
          </w:p>
        </w:tc>
        <w:tc>
          <w:tcPr>
            <w:tcW w:w="564" w:type="dxa"/>
            <w:tcMar>
              <w:top w:w="20" w:type="dxa"/>
              <w:left w:w="50" w:type="dxa"/>
              <w:bottom w:w="20" w:type="dxa"/>
              <w:right w:w="50" w:type="dxa"/>
            </w:tcMar>
          </w:tcPr>
          <w:p w14:paraId="04ECAC86" w14:textId="77777777" w:rsidR="00292F36" w:rsidRDefault="00000000">
            <w:r>
              <w:rPr>
                <w:sz w:val="12"/>
              </w:rPr>
              <w:t>0</w:t>
            </w:r>
          </w:p>
        </w:tc>
        <w:tc>
          <w:tcPr>
            <w:tcW w:w="564" w:type="dxa"/>
            <w:tcMar>
              <w:top w:w="20" w:type="dxa"/>
              <w:left w:w="50" w:type="dxa"/>
              <w:bottom w:w="20" w:type="dxa"/>
              <w:right w:w="50" w:type="dxa"/>
            </w:tcMar>
          </w:tcPr>
          <w:p w14:paraId="06A34F19" w14:textId="77777777" w:rsidR="00292F36" w:rsidRDefault="00000000">
            <w:r>
              <w:rPr>
                <w:sz w:val="12"/>
              </w:rPr>
              <w:t>0</w:t>
            </w:r>
          </w:p>
        </w:tc>
        <w:tc>
          <w:tcPr>
            <w:tcW w:w="564" w:type="dxa"/>
            <w:tcMar>
              <w:top w:w="20" w:type="dxa"/>
              <w:left w:w="50" w:type="dxa"/>
              <w:bottom w:w="20" w:type="dxa"/>
              <w:right w:w="50" w:type="dxa"/>
            </w:tcMar>
          </w:tcPr>
          <w:p w14:paraId="421E3152" w14:textId="77777777" w:rsidR="00292F36" w:rsidRDefault="00000000">
            <w:r>
              <w:rPr>
                <w:sz w:val="12"/>
              </w:rPr>
              <w:t>0</w:t>
            </w:r>
          </w:p>
        </w:tc>
        <w:tc>
          <w:tcPr>
            <w:tcW w:w="564" w:type="dxa"/>
            <w:tcMar>
              <w:top w:w="20" w:type="dxa"/>
              <w:left w:w="50" w:type="dxa"/>
              <w:bottom w:w="20" w:type="dxa"/>
              <w:right w:w="50" w:type="dxa"/>
            </w:tcMar>
          </w:tcPr>
          <w:p w14:paraId="1B56FC52" w14:textId="77777777" w:rsidR="00292F36" w:rsidRDefault="00000000">
            <w:r>
              <w:rPr>
                <w:sz w:val="12"/>
              </w:rPr>
              <w:t>0</w:t>
            </w:r>
          </w:p>
        </w:tc>
        <w:tc>
          <w:tcPr>
            <w:tcW w:w="564" w:type="dxa"/>
            <w:tcMar>
              <w:top w:w="20" w:type="dxa"/>
              <w:left w:w="50" w:type="dxa"/>
              <w:bottom w:w="20" w:type="dxa"/>
              <w:right w:w="50" w:type="dxa"/>
            </w:tcMar>
          </w:tcPr>
          <w:p w14:paraId="731A8DFC" w14:textId="77777777" w:rsidR="00292F36" w:rsidRDefault="00000000">
            <w:r>
              <w:rPr>
                <w:sz w:val="12"/>
              </w:rPr>
              <w:t>0.14814815</w:t>
            </w:r>
          </w:p>
        </w:tc>
        <w:tc>
          <w:tcPr>
            <w:tcW w:w="564" w:type="dxa"/>
            <w:tcMar>
              <w:top w:w="20" w:type="dxa"/>
              <w:left w:w="50" w:type="dxa"/>
              <w:bottom w:w="20" w:type="dxa"/>
              <w:right w:w="50" w:type="dxa"/>
            </w:tcMar>
          </w:tcPr>
          <w:p w14:paraId="5CC5DF3A" w14:textId="77777777" w:rsidR="00292F36" w:rsidRDefault="00000000">
            <w:r>
              <w:rPr>
                <w:sz w:val="12"/>
              </w:rPr>
              <w:t>0.25925926</w:t>
            </w:r>
          </w:p>
        </w:tc>
        <w:tc>
          <w:tcPr>
            <w:tcW w:w="564" w:type="dxa"/>
            <w:tcMar>
              <w:top w:w="20" w:type="dxa"/>
              <w:left w:w="50" w:type="dxa"/>
              <w:bottom w:w="20" w:type="dxa"/>
              <w:right w:w="50" w:type="dxa"/>
            </w:tcMar>
          </w:tcPr>
          <w:p w14:paraId="2E119674" w14:textId="77777777" w:rsidR="00292F36" w:rsidRDefault="00000000">
            <w:r>
              <w:rPr>
                <w:sz w:val="12"/>
              </w:rPr>
              <w:t>0</w:t>
            </w:r>
          </w:p>
        </w:tc>
        <w:tc>
          <w:tcPr>
            <w:tcW w:w="564" w:type="dxa"/>
            <w:tcMar>
              <w:top w:w="20" w:type="dxa"/>
              <w:left w:w="50" w:type="dxa"/>
              <w:bottom w:w="20" w:type="dxa"/>
              <w:right w:w="50" w:type="dxa"/>
            </w:tcMar>
          </w:tcPr>
          <w:p w14:paraId="73C5A692" w14:textId="77777777" w:rsidR="00292F36" w:rsidRDefault="00000000">
            <w:r>
              <w:rPr>
                <w:sz w:val="12"/>
              </w:rPr>
              <w:t>0.14814815</w:t>
            </w:r>
          </w:p>
        </w:tc>
        <w:tc>
          <w:tcPr>
            <w:tcW w:w="564" w:type="dxa"/>
            <w:tcMar>
              <w:top w:w="20" w:type="dxa"/>
              <w:left w:w="50" w:type="dxa"/>
              <w:bottom w:w="20" w:type="dxa"/>
              <w:right w:w="50" w:type="dxa"/>
            </w:tcMar>
          </w:tcPr>
          <w:p w14:paraId="0094255B" w14:textId="77777777" w:rsidR="00292F36" w:rsidRDefault="00000000">
            <w:r>
              <w:rPr>
                <w:sz w:val="12"/>
              </w:rPr>
              <w:t>0.44444444</w:t>
            </w:r>
          </w:p>
        </w:tc>
      </w:tr>
      <w:tr w:rsidR="00292F36" w14:paraId="6E788070" w14:textId="77777777">
        <w:tc>
          <w:tcPr>
            <w:tcW w:w="564" w:type="dxa"/>
            <w:tcMar>
              <w:top w:w="20" w:type="dxa"/>
              <w:left w:w="50" w:type="dxa"/>
              <w:bottom w:w="20" w:type="dxa"/>
              <w:right w:w="50" w:type="dxa"/>
            </w:tcMar>
          </w:tcPr>
          <w:p w14:paraId="4A04B0DC" w14:textId="77777777" w:rsidR="00292F36" w:rsidRDefault="00000000">
            <w:r>
              <w:rPr>
                <w:sz w:val="12"/>
              </w:rPr>
              <w:t>2017_san_miguel_san_miguel_north_mid_2</w:t>
            </w:r>
          </w:p>
        </w:tc>
        <w:tc>
          <w:tcPr>
            <w:tcW w:w="564" w:type="dxa"/>
            <w:tcMar>
              <w:top w:w="20" w:type="dxa"/>
              <w:left w:w="50" w:type="dxa"/>
              <w:bottom w:w="20" w:type="dxa"/>
              <w:right w:w="50" w:type="dxa"/>
            </w:tcMar>
          </w:tcPr>
          <w:p w14:paraId="3101B267" w14:textId="77777777" w:rsidR="00292F36" w:rsidRDefault="00000000">
            <w:r>
              <w:rPr>
                <w:sz w:val="12"/>
              </w:rPr>
              <w:t>-0.6529233</w:t>
            </w:r>
          </w:p>
        </w:tc>
        <w:tc>
          <w:tcPr>
            <w:tcW w:w="564" w:type="dxa"/>
            <w:tcMar>
              <w:top w:w="20" w:type="dxa"/>
              <w:left w:w="50" w:type="dxa"/>
              <w:bottom w:w="20" w:type="dxa"/>
              <w:right w:w="50" w:type="dxa"/>
            </w:tcMar>
          </w:tcPr>
          <w:p w14:paraId="2925E206" w14:textId="77777777" w:rsidR="00292F36" w:rsidRDefault="00000000">
            <w:r>
              <w:rPr>
                <w:sz w:val="12"/>
              </w:rPr>
              <w:t>0.21890793</w:t>
            </w:r>
          </w:p>
        </w:tc>
        <w:tc>
          <w:tcPr>
            <w:tcW w:w="564" w:type="dxa"/>
            <w:tcMar>
              <w:top w:w="20" w:type="dxa"/>
              <w:left w:w="50" w:type="dxa"/>
              <w:bottom w:w="20" w:type="dxa"/>
              <w:right w:w="50" w:type="dxa"/>
            </w:tcMar>
          </w:tcPr>
          <w:p w14:paraId="2D5CDA65" w14:textId="77777777" w:rsidR="00292F36" w:rsidRDefault="00000000">
            <w:r>
              <w:rPr>
                <w:sz w:val="12"/>
              </w:rPr>
              <w:t>2017</w:t>
            </w:r>
          </w:p>
        </w:tc>
        <w:tc>
          <w:tcPr>
            <w:tcW w:w="564" w:type="dxa"/>
            <w:tcMar>
              <w:top w:w="20" w:type="dxa"/>
              <w:left w:w="50" w:type="dxa"/>
              <w:bottom w:w="20" w:type="dxa"/>
              <w:right w:w="50" w:type="dxa"/>
            </w:tcMar>
          </w:tcPr>
          <w:p w14:paraId="5E3322D7" w14:textId="77777777" w:rsidR="00292F36" w:rsidRDefault="00000000">
            <w:r>
              <w:rPr>
                <w:sz w:val="12"/>
              </w:rPr>
              <w:t>ensenada</w:t>
            </w:r>
          </w:p>
        </w:tc>
        <w:tc>
          <w:tcPr>
            <w:tcW w:w="564" w:type="dxa"/>
            <w:tcMar>
              <w:top w:w="20" w:type="dxa"/>
              <w:left w:w="50" w:type="dxa"/>
              <w:bottom w:w="20" w:type="dxa"/>
              <w:right w:w="50" w:type="dxa"/>
            </w:tcMar>
          </w:tcPr>
          <w:p w14:paraId="6ACC7D40" w14:textId="77777777" w:rsidR="00292F36" w:rsidRDefault="00000000">
            <w:r>
              <w:rPr>
                <w:sz w:val="12"/>
              </w:rPr>
              <w:t>North</w:t>
            </w:r>
          </w:p>
        </w:tc>
        <w:tc>
          <w:tcPr>
            <w:tcW w:w="564" w:type="dxa"/>
            <w:tcMar>
              <w:top w:w="20" w:type="dxa"/>
              <w:left w:w="50" w:type="dxa"/>
              <w:bottom w:w="20" w:type="dxa"/>
              <w:right w:w="50" w:type="dxa"/>
            </w:tcMar>
          </w:tcPr>
          <w:p w14:paraId="41EDF6B6" w14:textId="77777777" w:rsidR="00292F36" w:rsidRDefault="00000000">
            <w:r>
              <w:rPr>
                <w:sz w:val="12"/>
              </w:rPr>
              <w:t>san_miguel</w:t>
            </w:r>
          </w:p>
        </w:tc>
        <w:tc>
          <w:tcPr>
            <w:tcW w:w="564" w:type="dxa"/>
            <w:tcMar>
              <w:top w:w="20" w:type="dxa"/>
              <w:left w:w="50" w:type="dxa"/>
              <w:bottom w:w="20" w:type="dxa"/>
              <w:right w:w="50" w:type="dxa"/>
            </w:tcMar>
          </w:tcPr>
          <w:p w14:paraId="611E84B3" w14:textId="77777777" w:rsidR="00292F36" w:rsidRDefault="00000000">
            <w:r>
              <w:rPr>
                <w:sz w:val="12"/>
              </w:rPr>
              <w:t>san_miguel_north_mid</w:t>
            </w:r>
          </w:p>
        </w:tc>
        <w:tc>
          <w:tcPr>
            <w:tcW w:w="564" w:type="dxa"/>
            <w:tcMar>
              <w:top w:w="20" w:type="dxa"/>
              <w:left w:w="50" w:type="dxa"/>
              <w:bottom w:w="20" w:type="dxa"/>
              <w:right w:w="50" w:type="dxa"/>
            </w:tcMar>
          </w:tcPr>
          <w:p w14:paraId="6AD5A609" w14:textId="77777777" w:rsidR="00292F36" w:rsidRDefault="00000000">
            <w:r>
              <w:rPr>
                <w:sz w:val="12"/>
              </w:rPr>
              <w:t>14</w:t>
            </w:r>
          </w:p>
        </w:tc>
        <w:tc>
          <w:tcPr>
            <w:tcW w:w="564" w:type="dxa"/>
            <w:tcMar>
              <w:top w:w="20" w:type="dxa"/>
              <w:left w:w="50" w:type="dxa"/>
              <w:bottom w:w="20" w:type="dxa"/>
              <w:right w:w="50" w:type="dxa"/>
            </w:tcMar>
          </w:tcPr>
          <w:p w14:paraId="214F8D66" w14:textId="77777777" w:rsidR="00292F36" w:rsidRDefault="00000000">
            <w:r>
              <w:rPr>
                <w:sz w:val="12"/>
              </w:rPr>
              <w:t>20.7000008</w:t>
            </w:r>
          </w:p>
        </w:tc>
        <w:tc>
          <w:tcPr>
            <w:tcW w:w="564" w:type="dxa"/>
            <w:tcMar>
              <w:top w:w="20" w:type="dxa"/>
              <w:left w:w="50" w:type="dxa"/>
              <w:bottom w:w="20" w:type="dxa"/>
              <w:right w:w="50" w:type="dxa"/>
            </w:tcMar>
          </w:tcPr>
          <w:p w14:paraId="03F04BB7" w14:textId="77777777" w:rsidR="00292F36" w:rsidRDefault="00000000">
            <w:r>
              <w:rPr>
                <w:sz w:val="12"/>
              </w:rPr>
              <w:t>0.19672612</w:t>
            </w:r>
          </w:p>
        </w:tc>
        <w:tc>
          <w:tcPr>
            <w:tcW w:w="564" w:type="dxa"/>
            <w:tcMar>
              <w:top w:w="20" w:type="dxa"/>
              <w:left w:w="50" w:type="dxa"/>
              <w:bottom w:w="20" w:type="dxa"/>
              <w:right w:w="50" w:type="dxa"/>
            </w:tcMar>
          </w:tcPr>
          <w:p w14:paraId="34954DCC" w14:textId="77777777" w:rsidR="00292F36" w:rsidRDefault="00000000">
            <w:r>
              <w:rPr>
                <w:sz w:val="12"/>
              </w:rPr>
              <w:t>1</w:t>
            </w:r>
          </w:p>
        </w:tc>
        <w:tc>
          <w:tcPr>
            <w:tcW w:w="564" w:type="dxa"/>
            <w:tcMar>
              <w:top w:w="20" w:type="dxa"/>
              <w:left w:w="50" w:type="dxa"/>
              <w:bottom w:w="20" w:type="dxa"/>
              <w:right w:w="50" w:type="dxa"/>
            </w:tcMar>
          </w:tcPr>
          <w:p w14:paraId="5ED66C4A" w14:textId="77777777" w:rsidR="00292F36" w:rsidRDefault="00000000">
            <w:r>
              <w:rPr>
                <w:sz w:val="12"/>
              </w:rPr>
              <w:t>0</w:t>
            </w:r>
          </w:p>
        </w:tc>
        <w:tc>
          <w:tcPr>
            <w:tcW w:w="564" w:type="dxa"/>
            <w:tcMar>
              <w:top w:w="20" w:type="dxa"/>
              <w:left w:w="50" w:type="dxa"/>
              <w:bottom w:w="20" w:type="dxa"/>
              <w:right w:w="50" w:type="dxa"/>
            </w:tcMar>
          </w:tcPr>
          <w:p w14:paraId="63054346" w14:textId="77777777" w:rsidR="00292F36" w:rsidRDefault="00000000">
            <w:r>
              <w:rPr>
                <w:sz w:val="12"/>
              </w:rPr>
              <w:t>0</w:t>
            </w:r>
          </w:p>
        </w:tc>
        <w:tc>
          <w:tcPr>
            <w:tcW w:w="564" w:type="dxa"/>
            <w:tcMar>
              <w:top w:w="20" w:type="dxa"/>
              <w:left w:w="50" w:type="dxa"/>
              <w:bottom w:w="20" w:type="dxa"/>
              <w:right w:w="50" w:type="dxa"/>
            </w:tcMar>
          </w:tcPr>
          <w:p w14:paraId="5BF2BFF3" w14:textId="77777777" w:rsidR="00292F36" w:rsidRDefault="00000000">
            <w:r>
              <w:rPr>
                <w:sz w:val="12"/>
              </w:rPr>
              <w:t>0</w:t>
            </w:r>
          </w:p>
        </w:tc>
        <w:tc>
          <w:tcPr>
            <w:tcW w:w="564" w:type="dxa"/>
            <w:tcMar>
              <w:top w:w="20" w:type="dxa"/>
              <w:left w:w="50" w:type="dxa"/>
              <w:bottom w:w="20" w:type="dxa"/>
              <w:right w:w="50" w:type="dxa"/>
            </w:tcMar>
          </w:tcPr>
          <w:p w14:paraId="0ABAC039" w14:textId="77777777" w:rsidR="00292F36" w:rsidRDefault="00000000">
            <w:r>
              <w:rPr>
                <w:sz w:val="12"/>
              </w:rPr>
              <w:t>0</w:t>
            </w:r>
          </w:p>
        </w:tc>
        <w:tc>
          <w:tcPr>
            <w:tcW w:w="564" w:type="dxa"/>
            <w:tcMar>
              <w:top w:w="20" w:type="dxa"/>
              <w:left w:w="50" w:type="dxa"/>
              <w:bottom w:w="20" w:type="dxa"/>
              <w:right w:w="50" w:type="dxa"/>
            </w:tcMar>
          </w:tcPr>
          <w:p w14:paraId="396CF03F" w14:textId="77777777" w:rsidR="00292F36" w:rsidRDefault="00000000">
            <w:r>
              <w:rPr>
                <w:sz w:val="12"/>
              </w:rPr>
              <w:t>0</w:t>
            </w:r>
          </w:p>
        </w:tc>
        <w:tc>
          <w:tcPr>
            <w:tcW w:w="564" w:type="dxa"/>
            <w:tcMar>
              <w:top w:w="20" w:type="dxa"/>
              <w:left w:w="50" w:type="dxa"/>
              <w:bottom w:w="20" w:type="dxa"/>
              <w:right w:w="50" w:type="dxa"/>
            </w:tcMar>
          </w:tcPr>
          <w:p w14:paraId="23497ACE" w14:textId="77777777" w:rsidR="00292F36" w:rsidRDefault="00000000">
            <w:r>
              <w:rPr>
                <w:sz w:val="12"/>
              </w:rPr>
              <w:t>0</w:t>
            </w:r>
          </w:p>
        </w:tc>
        <w:tc>
          <w:tcPr>
            <w:tcW w:w="564" w:type="dxa"/>
            <w:tcMar>
              <w:top w:w="20" w:type="dxa"/>
              <w:left w:w="50" w:type="dxa"/>
              <w:bottom w:w="20" w:type="dxa"/>
              <w:right w:w="50" w:type="dxa"/>
            </w:tcMar>
          </w:tcPr>
          <w:p w14:paraId="54F8E31D" w14:textId="77777777" w:rsidR="00292F36" w:rsidRDefault="00000000">
            <w:r>
              <w:rPr>
                <w:sz w:val="12"/>
              </w:rPr>
              <w:t>0</w:t>
            </w:r>
          </w:p>
        </w:tc>
        <w:tc>
          <w:tcPr>
            <w:tcW w:w="564" w:type="dxa"/>
            <w:tcMar>
              <w:top w:w="20" w:type="dxa"/>
              <w:left w:w="50" w:type="dxa"/>
              <w:bottom w:w="20" w:type="dxa"/>
              <w:right w:w="50" w:type="dxa"/>
            </w:tcMar>
          </w:tcPr>
          <w:p w14:paraId="6B2DA4CD" w14:textId="77777777" w:rsidR="00292F36" w:rsidRDefault="00000000">
            <w:r>
              <w:rPr>
                <w:sz w:val="12"/>
              </w:rPr>
              <w:t>0</w:t>
            </w:r>
          </w:p>
        </w:tc>
        <w:tc>
          <w:tcPr>
            <w:tcW w:w="564" w:type="dxa"/>
            <w:tcMar>
              <w:top w:w="20" w:type="dxa"/>
              <w:left w:w="50" w:type="dxa"/>
              <w:bottom w:w="20" w:type="dxa"/>
              <w:right w:w="50" w:type="dxa"/>
            </w:tcMar>
          </w:tcPr>
          <w:p w14:paraId="5118416F" w14:textId="77777777" w:rsidR="00292F36" w:rsidRDefault="00000000">
            <w:r>
              <w:rPr>
                <w:sz w:val="12"/>
              </w:rPr>
              <w:t>0.24705882</w:t>
            </w:r>
          </w:p>
        </w:tc>
        <w:tc>
          <w:tcPr>
            <w:tcW w:w="564" w:type="dxa"/>
            <w:tcMar>
              <w:top w:w="20" w:type="dxa"/>
              <w:left w:w="50" w:type="dxa"/>
              <w:bottom w:w="20" w:type="dxa"/>
              <w:right w:w="50" w:type="dxa"/>
            </w:tcMar>
          </w:tcPr>
          <w:p w14:paraId="2A932DFF" w14:textId="77777777" w:rsidR="00292F36" w:rsidRDefault="00000000">
            <w:r>
              <w:rPr>
                <w:sz w:val="12"/>
              </w:rPr>
              <w:t>0.04705882</w:t>
            </w:r>
          </w:p>
        </w:tc>
        <w:tc>
          <w:tcPr>
            <w:tcW w:w="564" w:type="dxa"/>
            <w:tcMar>
              <w:top w:w="20" w:type="dxa"/>
              <w:left w:w="50" w:type="dxa"/>
              <w:bottom w:w="20" w:type="dxa"/>
              <w:right w:w="50" w:type="dxa"/>
            </w:tcMar>
          </w:tcPr>
          <w:p w14:paraId="6B584DFA" w14:textId="77777777" w:rsidR="00292F36" w:rsidRDefault="00000000">
            <w:r>
              <w:rPr>
                <w:sz w:val="12"/>
              </w:rPr>
              <w:t>0.01176471</w:t>
            </w:r>
          </w:p>
        </w:tc>
        <w:tc>
          <w:tcPr>
            <w:tcW w:w="564" w:type="dxa"/>
            <w:tcMar>
              <w:top w:w="20" w:type="dxa"/>
              <w:left w:w="50" w:type="dxa"/>
              <w:bottom w:w="20" w:type="dxa"/>
              <w:right w:w="50" w:type="dxa"/>
            </w:tcMar>
          </w:tcPr>
          <w:p w14:paraId="35B44E75" w14:textId="77777777" w:rsidR="00292F36" w:rsidRDefault="00000000">
            <w:r>
              <w:rPr>
                <w:sz w:val="12"/>
              </w:rPr>
              <w:t>0</w:t>
            </w:r>
          </w:p>
        </w:tc>
        <w:tc>
          <w:tcPr>
            <w:tcW w:w="564" w:type="dxa"/>
            <w:tcMar>
              <w:top w:w="20" w:type="dxa"/>
              <w:left w:w="50" w:type="dxa"/>
              <w:bottom w:w="20" w:type="dxa"/>
              <w:right w:w="50" w:type="dxa"/>
            </w:tcMar>
          </w:tcPr>
          <w:p w14:paraId="6132A1DD" w14:textId="77777777" w:rsidR="00292F36" w:rsidRDefault="00000000">
            <w:r>
              <w:rPr>
                <w:sz w:val="12"/>
              </w:rPr>
              <w:t>0.69411765</w:t>
            </w:r>
          </w:p>
        </w:tc>
      </w:tr>
      <w:tr w:rsidR="00292F36" w14:paraId="6B2875B7" w14:textId="77777777">
        <w:tc>
          <w:tcPr>
            <w:tcW w:w="564" w:type="dxa"/>
            <w:tcMar>
              <w:top w:w="20" w:type="dxa"/>
              <w:left w:w="50" w:type="dxa"/>
              <w:bottom w:w="20" w:type="dxa"/>
              <w:right w:w="50" w:type="dxa"/>
            </w:tcMar>
          </w:tcPr>
          <w:p w14:paraId="1FE42AC5" w14:textId="77777777" w:rsidR="00292F36" w:rsidRDefault="00000000">
            <w:r>
              <w:rPr>
                <w:sz w:val="12"/>
              </w:rPr>
              <w:t>2017_san_miguel_san_mi</w:t>
            </w:r>
            <w:r>
              <w:rPr>
                <w:sz w:val="12"/>
              </w:rPr>
              <w:lastRenderedPageBreak/>
              <w:t>guel_south_mid_1</w:t>
            </w:r>
          </w:p>
        </w:tc>
        <w:tc>
          <w:tcPr>
            <w:tcW w:w="564" w:type="dxa"/>
            <w:tcMar>
              <w:top w:w="20" w:type="dxa"/>
              <w:left w:w="50" w:type="dxa"/>
              <w:bottom w:w="20" w:type="dxa"/>
              <w:right w:w="50" w:type="dxa"/>
            </w:tcMar>
          </w:tcPr>
          <w:p w14:paraId="0F499891" w14:textId="77777777" w:rsidR="00292F36" w:rsidRDefault="00000000">
            <w:r>
              <w:rPr>
                <w:sz w:val="12"/>
              </w:rPr>
              <w:lastRenderedPageBreak/>
              <w:t>-0.4675588</w:t>
            </w:r>
          </w:p>
        </w:tc>
        <w:tc>
          <w:tcPr>
            <w:tcW w:w="564" w:type="dxa"/>
            <w:tcMar>
              <w:top w:w="20" w:type="dxa"/>
              <w:left w:w="50" w:type="dxa"/>
              <w:bottom w:w="20" w:type="dxa"/>
              <w:right w:w="50" w:type="dxa"/>
            </w:tcMar>
          </w:tcPr>
          <w:p w14:paraId="156EB3B7" w14:textId="77777777" w:rsidR="00292F36" w:rsidRDefault="00000000">
            <w:r>
              <w:rPr>
                <w:sz w:val="12"/>
              </w:rPr>
              <w:t>-0.1909449</w:t>
            </w:r>
          </w:p>
        </w:tc>
        <w:tc>
          <w:tcPr>
            <w:tcW w:w="564" w:type="dxa"/>
            <w:tcMar>
              <w:top w:w="20" w:type="dxa"/>
              <w:left w:w="50" w:type="dxa"/>
              <w:bottom w:w="20" w:type="dxa"/>
              <w:right w:w="50" w:type="dxa"/>
            </w:tcMar>
          </w:tcPr>
          <w:p w14:paraId="52F1406E" w14:textId="77777777" w:rsidR="00292F36" w:rsidRDefault="00000000">
            <w:r>
              <w:rPr>
                <w:sz w:val="12"/>
              </w:rPr>
              <w:t>2017</w:t>
            </w:r>
          </w:p>
        </w:tc>
        <w:tc>
          <w:tcPr>
            <w:tcW w:w="564" w:type="dxa"/>
            <w:tcMar>
              <w:top w:w="20" w:type="dxa"/>
              <w:left w:w="50" w:type="dxa"/>
              <w:bottom w:w="20" w:type="dxa"/>
              <w:right w:w="50" w:type="dxa"/>
            </w:tcMar>
          </w:tcPr>
          <w:p w14:paraId="0C41AAB5" w14:textId="77777777" w:rsidR="00292F36" w:rsidRDefault="00000000">
            <w:r>
              <w:rPr>
                <w:sz w:val="12"/>
              </w:rPr>
              <w:t>ensenada</w:t>
            </w:r>
          </w:p>
        </w:tc>
        <w:tc>
          <w:tcPr>
            <w:tcW w:w="564" w:type="dxa"/>
            <w:tcMar>
              <w:top w:w="20" w:type="dxa"/>
              <w:left w:w="50" w:type="dxa"/>
              <w:bottom w:w="20" w:type="dxa"/>
              <w:right w:w="50" w:type="dxa"/>
            </w:tcMar>
          </w:tcPr>
          <w:p w14:paraId="4E3EA710" w14:textId="77777777" w:rsidR="00292F36" w:rsidRDefault="00000000">
            <w:r>
              <w:rPr>
                <w:sz w:val="12"/>
              </w:rPr>
              <w:t>North</w:t>
            </w:r>
          </w:p>
        </w:tc>
        <w:tc>
          <w:tcPr>
            <w:tcW w:w="564" w:type="dxa"/>
            <w:tcMar>
              <w:top w:w="20" w:type="dxa"/>
              <w:left w:w="50" w:type="dxa"/>
              <w:bottom w:w="20" w:type="dxa"/>
              <w:right w:w="50" w:type="dxa"/>
            </w:tcMar>
          </w:tcPr>
          <w:p w14:paraId="549BEB53" w14:textId="77777777" w:rsidR="00292F36" w:rsidRDefault="00000000">
            <w:r>
              <w:rPr>
                <w:sz w:val="12"/>
              </w:rPr>
              <w:t>san_miguel</w:t>
            </w:r>
          </w:p>
        </w:tc>
        <w:tc>
          <w:tcPr>
            <w:tcW w:w="564" w:type="dxa"/>
            <w:tcMar>
              <w:top w:w="20" w:type="dxa"/>
              <w:left w:w="50" w:type="dxa"/>
              <w:bottom w:w="20" w:type="dxa"/>
              <w:right w:w="50" w:type="dxa"/>
            </w:tcMar>
          </w:tcPr>
          <w:p w14:paraId="7C9FB92C" w14:textId="77777777" w:rsidR="00292F36" w:rsidRDefault="00000000">
            <w:r>
              <w:rPr>
                <w:sz w:val="12"/>
              </w:rPr>
              <w:t>san_miguel_south_mid</w:t>
            </w:r>
          </w:p>
        </w:tc>
        <w:tc>
          <w:tcPr>
            <w:tcW w:w="564" w:type="dxa"/>
            <w:tcMar>
              <w:top w:w="20" w:type="dxa"/>
              <w:left w:w="50" w:type="dxa"/>
              <w:bottom w:w="20" w:type="dxa"/>
              <w:right w:w="50" w:type="dxa"/>
            </w:tcMar>
          </w:tcPr>
          <w:p w14:paraId="168FCE04" w14:textId="77777777" w:rsidR="00292F36" w:rsidRDefault="00000000">
            <w:r>
              <w:rPr>
                <w:sz w:val="12"/>
              </w:rPr>
              <w:t>4</w:t>
            </w:r>
          </w:p>
        </w:tc>
        <w:tc>
          <w:tcPr>
            <w:tcW w:w="564" w:type="dxa"/>
            <w:tcMar>
              <w:top w:w="20" w:type="dxa"/>
              <w:left w:w="50" w:type="dxa"/>
              <w:bottom w:w="20" w:type="dxa"/>
              <w:right w:w="50" w:type="dxa"/>
            </w:tcMar>
          </w:tcPr>
          <w:p w14:paraId="25DF1AB0" w14:textId="77777777" w:rsidR="00292F36" w:rsidRDefault="00000000">
            <w:r>
              <w:rPr>
                <w:sz w:val="12"/>
              </w:rPr>
              <w:t>20.3600006</w:t>
            </w:r>
          </w:p>
        </w:tc>
        <w:tc>
          <w:tcPr>
            <w:tcW w:w="564" w:type="dxa"/>
            <w:tcMar>
              <w:top w:w="20" w:type="dxa"/>
              <w:left w:w="50" w:type="dxa"/>
              <w:bottom w:w="20" w:type="dxa"/>
              <w:right w:w="50" w:type="dxa"/>
            </w:tcMar>
          </w:tcPr>
          <w:p w14:paraId="7B0FA45B" w14:textId="77777777" w:rsidR="00292F36" w:rsidRDefault="00000000">
            <w:r>
              <w:rPr>
                <w:sz w:val="12"/>
              </w:rPr>
              <w:t>0.20222653</w:t>
            </w:r>
          </w:p>
        </w:tc>
        <w:tc>
          <w:tcPr>
            <w:tcW w:w="564" w:type="dxa"/>
            <w:tcMar>
              <w:top w:w="20" w:type="dxa"/>
              <w:left w:w="50" w:type="dxa"/>
              <w:bottom w:w="20" w:type="dxa"/>
              <w:right w:w="50" w:type="dxa"/>
            </w:tcMar>
          </w:tcPr>
          <w:p w14:paraId="22212FC5" w14:textId="77777777" w:rsidR="00292F36" w:rsidRDefault="00000000">
            <w:r>
              <w:rPr>
                <w:sz w:val="12"/>
              </w:rPr>
              <w:t>0.97962963</w:t>
            </w:r>
          </w:p>
        </w:tc>
        <w:tc>
          <w:tcPr>
            <w:tcW w:w="564" w:type="dxa"/>
            <w:tcMar>
              <w:top w:w="20" w:type="dxa"/>
              <w:left w:w="50" w:type="dxa"/>
              <w:bottom w:w="20" w:type="dxa"/>
              <w:right w:w="50" w:type="dxa"/>
            </w:tcMar>
          </w:tcPr>
          <w:p w14:paraId="6E326404" w14:textId="77777777" w:rsidR="00292F36" w:rsidRDefault="00000000">
            <w:r>
              <w:rPr>
                <w:sz w:val="12"/>
              </w:rPr>
              <w:t>0.02037037</w:t>
            </w:r>
          </w:p>
        </w:tc>
        <w:tc>
          <w:tcPr>
            <w:tcW w:w="564" w:type="dxa"/>
            <w:tcMar>
              <w:top w:w="20" w:type="dxa"/>
              <w:left w:w="50" w:type="dxa"/>
              <w:bottom w:w="20" w:type="dxa"/>
              <w:right w:w="50" w:type="dxa"/>
            </w:tcMar>
          </w:tcPr>
          <w:p w14:paraId="1E33EA49" w14:textId="77777777" w:rsidR="00292F36" w:rsidRDefault="00000000">
            <w:r>
              <w:rPr>
                <w:sz w:val="12"/>
              </w:rPr>
              <w:t>0</w:t>
            </w:r>
          </w:p>
        </w:tc>
        <w:tc>
          <w:tcPr>
            <w:tcW w:w="564" w:type="dxa"/>
            <w:tcMar>
              <w:top w:w="20" w:type="dxa"/>
              <w:left w:w="50" w:type="dxa"/>
              <w:bottom w:w="20" w:type="dxa"/>
              <w:right w:w="50" w:type="dxa"/>
            </w:tcMar>
          </w:tcPr>
          <w:p w14:paraId="48AFBD86" w14:textId="77777777" w:rsidR="00292F36" w:rsidRDefault="00000000">
            <w:r>
              <w:rPr>
                <w:sz w:val="12"/>
              </w:rPr>
              <w:t>0</w:t>
            </w:r>
          </w:p>
        </w:tc>
        <w:tc>
          <w:tcPr>
            <w:tcW w:w="564" w:type="dxa"/>
            <w:tcMar>
              <w:top w:w="20" w:type="dxa"/>
              <w:left w:w="50" w:type="dxa"/>
              <w:bottom w:w="20" w:type="dxa"/>
              <w:right w:w="50" w:type="dxa"/>
            </w:tcMar>
          </w:tcPr>
          <w:p w14:paraId="190690B4" w14:textId="77777777" w:rsidR="00292F36" w:rsidRDefault="00000000">
            <w:r>
              <w:rPr>
                <w:sz w:val="12"/>
              </w:rPr>
              <w:t>0</w:t>
            </w:r>
          </w:p>
        </w:tc>
        <w:tc>
          <w:tcPr>
            <w:tcW w:w="564" w:type="dxa"/>
            <w:tcMar>
              <w:top w:w="20" w:type="dxa"/>
              <w:left w:w="50" w:type="dxa"/>
              <w:bottom w:w="20" w:type="dxa"/>
              <w:right w:w="50" w:type="dxa"/>
            </w:tcMar>
          </w:tcPr>
          <w:p w14:paraId="2BEA06C2" w14:textId="77777777" w:rsidR="00292F36" w:rsidRDefault="00000000">
            <w:r>
              <w:rPr>
                <w:sz w:val="12"/>
              </w:rPr>
              <w:t>0</w:t>
            </w:r>
          </w:p>
        </w:tc>
        <w:tc>
          <w:tcPr>
            <w:tcW w:w="564" w:type="dxa"/>
            <w:tcMar>
              <w:top w:w="20" w:type="dxa"/>
              <w:left w:w="50" w:type="dxa"/>
              <w:bottom w:w="20" w:type="dxa"/>
              <w:right w:w="50" w:type="dxa"/>
            </w:tcMar>
          </w:tcPr>
          <w:p w14:paraId="4C121140" w14:textId="77777777" w:rsidR="00292F36" w:rsidRDefault="00000000">
            <w:r>
              <w:rPr>
                <w:sz w:val="12"/>
              </w:rPr>
              <w:t>0</w:t>
            </w:r>
          </w:p>
        </w:tc>
        <w:tc>
          <w:tcPr>
            <w:tcW w:w="564" w:type="dxa"/>
            <w:tcMar>
              <w:top w:w="20" w:type="dxa"/>
              <w:left w:w="50" w:type="dxa"/>
              <w:bottom w:w="20" w:type="dxa"/>
              <w:right w:w="50" w:type="dxa"/>
            </w:tcMar>
          </w:tcPr>
          <w:p w14:paraId="6C2C96BE" w14:textId="77777777" w:rsidR="00292F36" w:rsidRDefault="00000000">
            <w:r>
              <w:rPr>
                <w:sz w:val="12"/>
              </w:rPr>
              <w:t>0</w:t>
            </w:r>
          </w:p>
        </w:tc>
        <w:tc>
          <w:tcPr>
            <w:tcW w:w="564" w:type="dxa"/>
            <w:tcMar>
              <w:top w:w="20" w:type="dxa"/>
              <w:left w:w="50" w:type="dxa"/>
              <w:bottom w:w="20" w:type="dxa"/>
              <w:right w:w="50" w:type="dxa"/>
            </w:tcMar>
          </w:tcPr>
          <w:p w14:paraId="059FF6B5" w14:textId="77777777" w:rsidR="00292F36" w:rsidRDefault="00000000">
            <w:r>
              <w:rPr>
                <w:sz w:val="12"/>
              </w:rPr>
              <w:t>0</w:t>
            </w:r>
          </w:p>
        </w:tc>
        <w:tc>
          <w:tcPr>
            <w:tcW w:w="564" w:type="dxa"/>
            <w:tcMar>
              <w:top w:w="20" w:type="dxa"/>
              <w:left w:w="50" w:type="dxa"/>
              <w:bottom w:w="20" w:type="dxa"/>
              <w:right w:w="50" w:type="dxa"/>
            </w:tcMar>
          </w:tcPr>
          <w:p w14:paraId="64C81EA5" w14:textId="77777777" w:rsidR="00292F36" w:rsidRDefault="00000000">
            <w:r>
              <w:rPr>
                <w:sz w:val="12"/>
              </w:rPr>
              <w:t>0.72727273</w:t>
            </w:r>
          </w:p>
        </w:tc>
        <w:tc>
          <w:tcPr>
            <w:tcW w:w="564" w:type="dxa"/>
            <w:tcMar>
              <w:top w:w="20" w:type="dxa"/>
              <w:left w:w="50" w:type="dxa"/>
              <w:bottom w:w="20" w:type="dxa"/>
              <w:right w:w="50" w:type="dxa"/>
            </w:tcMar>
          </w:tcPr>
          <w:p w14:paraId="6C4C962D" w14:textId="77777777" w:rsidR="00292F36" w:rsidRDefault="00000000">
            <w:r>
              <w:rPr>
                <w:sz w:val="12"/>
              </w:rPr>
              <w:t>0.18181818</w:t>
            </w:r>
          </w:p>
        </w:tc>
        <w:tc>
          <w:tcPr>
            <w:tcW w:w="564" w:type="dxa"/>
            <w:tcMar>
              <w:top w:w="20" w:type="dxa"/>
              <w:left w:w="50" w:type="dxa"/>
              <w:bottom w:w="20" w:type="dxa"/>
              <w:right w:w="50" w:type="dxa"/>
            </w:tcMar>
          </w:tcPr>
          <w:p w14:paraId="512A2E50" w14:textId="77777777" w:rsidR="00292F36" w:rsidRDefault="00000000">
            <w:r>
              <w:rPr>
                <w:sz w:val="12"/>
              </w:rPr>
              <w:t>0.09090909</w:t>
            </w:r>
          </w:p>
        </w:tc>
        <w:tc>
          <w:tcPr>
            <w:tcW w:w="564" w:type="dxa"/>
            <w:tcMar>
              <w:top w:w="20" w:type="dxa"/>
              <w:left w:w="50" w:type="dxa"/>
              <w:bottom w:w="20" w:type="dxa"/>
              <w:right w:w="50" w:type="dxa"/>
            </w:tcMar>
          </w:tcPr>
          <w:p w14:paraId="5A3F978A" w14:textId="77777777" w:rsidR="00292F36" w:rsidRDefault="00000000">
            <w:r>
              <w:rPr>
                <w:sz w:val="12"/>
              </w:rPr>
              <w:t>0</w:t>
            </w:r>
          </w:p>
        </w:tc>
        <w:tc>
          <w:tcPr>
            <w:tcW w:w="564" w:type="dxa"/>
            <w:tcMar>
              <w:top w:w="20" w:type="dxa"/>
              <w:left w:w="50" w:type="dxa"/>
              <w:bottom w:w="20" w:type="dxa"/>
              <w:right w:w="50" w:type="dxa"/>
            </w:tcMar>
          </w:tcPr>
          <w:p w14:paraId="54A57939" w14:textId="77777777" w:rsidR="00292F36" w:rsidRDefault="00000000">
            <w:r>
              <w:rPr>
                <w:sz w:val="12"/>
              </w:rPr>
              <w:t>0</w:t>
            </w:r>
          </w:p>
        </w:tc>
      </w:tr>
      <w:tr w:rsidR="00292F36" w14:paraId="04A590AC" w14:textId="77777777">
        <w:tc>
          <w:tcPr>
            <w:tcW w:w="564" w:type="dxa"/>
            <w:tcMar>
              <w:top w:w="20" w:type="dxa"/>
              <w:left w:w="50" w:type="dxa"/>
              <w:bottom w:w="20" w:type="dxa"/>
              <w:right w:w="50" w:type="dxa"/>
            </w:tcMar>
          </w:tcPr>
          <w:p w14:paraId="0A38F0E9" w14:textId="77777777" w:rsidR="00292F36" w:rsidRDefault="00000000">
            <w:r>
              <w:rPr>
                <w:sz w:val="12"/>
              </w:rPr>
              <w:t>2017_san_miguel_san_miguel_south_mid_2</w:t>
            </w:r>
          </w:p>
        </w:tc>
        <w:tc>
          <w:tcPr>
            <w:tcW w:w="564" w:type="dxa"/>
            <w:tcMar>
              <w:top w:w="20" w:type="dxa"/>
              <w:left w:w="50" w:type="dxa"/>
              <w:bottom w:w="20" w:type="dxa"/>
              <w:right w:w="50" w:type="dxa"/>
            </w:tcMar>
          </w:tcPr>
          <w:p w14:paraId="457EBEAF" w14:textId="77777777" w:rsidR="00292F36" w:rsidRDefault="00000000">
            <w:r>
              <w:rPr>
                <w:sz w:val="12"/>
              </w:rPr>
              <w:t>-0.6019814</w:t>
            </w:r>
          </w:p>
        </w:tc>
        <w:tc>
          <w:tcPr>
            <w:tcW w:w="564" w:type="dxa"/>
            <w:tcMar>
              <w:top w:w="20" w:type="dxa"/>
              <w:left w:w="50" w:type="dxa"/>
              <w:bottom w:w="20" w:type="dxa"/>
              <w:right w:w="50" w:type="dxa"/>
            </w:tcMar>
          </w:tcPr>
          <w:p w14:paraId="2A662794" w14:textId="77777777" w:rsidR="00292F36" w:rsidRDefault="00000000">
            <w:r>
              <w:rPr>
                <w:sz w:val="12"/>
              </w:rPr>
              <w:t>-0.0719322</w:t>
            </w:r>
          </w:p>
        </w:tc>
        <w:tc>
          <w:tcPr>
            <w:tcW w:w="564" w:type="dxa"/>
            <w:tcMar>
              <w:top w:w="20" w:type="dxa"/>
              <w:left w:w="50" w:type="dxa"/>
              <w:bottom w:w="20" w:type="dxa"/>
              <w:right w:w="50" w:type="dxa"/>
            </w:tcMar>
          </w:tcPr>
          <w:p w14:paraId="2C0910BD" w14:textId="77777777" w:rsidR="00292F36" w:rsidRDefault="00000000">
            <w:r>
              <w:rPr>
                <w:sz w:val="12"/>
              </w:rPr>
              <w:t>2017</w:t>
            </w:r>
          </w:p>
        </w:tc>
        <w:tc>
          <w:tcPr>
            <w:tcW w:w="564" w:type="dxa"/>
            <w:tcMar>
              <w:top w:w="20" w:type="dxa"/>
              <w:left w:w="50" w:type="dxa"/>
              <w:bottom w:w="20" w:type="dxa"/>
              <w:right w:w="50" w:type="dxa"/>
            </w:tcMar>
          </w:tcPr>
          <w:p w14:paraId="72D3F06F" w14:textId="77777777" w:rsidR="00292F36" w:rsidRDefault="00000000">
            <w:r>
              <w:rPr>
                <w:sz w:val="12"/>
              </w:rPr>
              <w:t>ensenada</w:t>
            </w:r>
          </w:p>
        </w:tc>
        <w:tc>
          <w:tcPr>
            <w:tcW w:w="564" w:type="dxa"/>
            <w:tcMar>
              <w:top w:w="20" w:type="dxa"/>
              <w:left w:w="50" w:type="dxa"/>
              <w:bottom w:w="20" w:type="dxa"/>
              <w:right w:w="50" w:type="dxa"/>
            </w:tcMar>
          </w:tcPr>
          <w:p w14:paraId="47BBC0FE" w14:textId="77777777" w:rsidR="00292F36" w:rsidRDefault="00000000">
            <w:r>
              <w:rPr>
                <w:sz w:val="12"/>
              </w:rPr>
              <w:t>North</w:t>
            </w:r>
          </w:p>
        </w:tc>
        <w:tc>
          <w:tcPr>
            <w:tcW w:w="564" w:type="dxa"/>
            <w:tcMar>
              <w:top w:w="20" w:type="dxa"/>
              <w:left w:w="50" w:type="dxa"/>
              <w:bottom w:w="20" w:type="dxa"/>
              <w:right w:w="50" w:type="dxa"/>
            </w:tcMar>
          </w:tcPr>
          <w:p w14:paraId="08E7B50E" w14:textId="77777777" w:rsidR="00292F36" w:rsidRDefault="00000000">
            <w:r>
              <w:rPr>
                <w:sz w:val="12"/>
              </w:rPr>
              <w:t>san_miguel</w:t>
            </w:r>
          </w:p>
        </w:tc>
        <w:tc>
          <w:tcPr>
            <w:tcW w:w="564" w:type="dxa"/>
            <w:tcMar>
              <w:top w:w="20" w:type="dxa"/>
              <w:left w:w="50" w:type="dxa"/>
              <w:bottom w:w="20" w:type="dxa"/>
              <w:right w:w="50" w:type="dxa"/>
            </w:tcMar>
          </w:tcPr>
          <w:p w14:paraId="3C199953" w14:textId="77777777" w:rsidR="00292F36" w:rsidRDefault="00000000">
            <w:r>
              <w:rPr>
                <w:sz w:val="12"/>
              </w:rPr>
              <w:t>san_miguel_south_mid</w:t>
            </w:r>
          </w:p>
        </w:tc>
        <w:tc>
          <w:tcPr>
            <w:tcW w:w="564" w:type="dxa"/>
            <w:tcMar>
              <w:top w:w="20" w:type="dxa"/>
              <w:left w:w="50" w:type="dxa"/>
              <w:bottom w:w="20" w:type="dxa"/>
              <w:right w:w="50" w:type="dxa"/>
            </w:tcMar>
          </w:tcPr>
          <w:p w14:paraId="3D1BEAAE" w14:textId="77777777" w:rsidR="00292F36" w:rsidRDefault="00000000">
            <w:r>
              <w:rPr>
                <w:sz w:val="12"/>
              </w:rPr>
              <w:t>4</w:t>
            </w:r>
          </w:p>
        </w:tc>
        <w:tc>
          <w:tcPr>
            <w:tcW w:w="564" w:type="dxa"/>
            <w:tcMar>
              <w:top w:w="20" w:type="dxa"/>
              <w:left w:w="50" w:type="dxa"/>
              <w:bottom w:w="20" w:type="dxa"/>
              <w:right w:w="50" w:type="dxa"/>
            </w:tcMar>
          </w:tcPr>
          <w:p w14:paraId="7306F3C5" w14:textId="77777777" w:rsidR="00292F36" w:rsidRDefault="00000000">
            <w:r>
              <w:rPr>
                <w:sz w:val="12"/>
              </w:rPr>
              <w:t>20.3600006</w:t>
            </w:r>
          </w:p>
        </w:tc>
        <w:tc>
          <w:tcPr>
            <w:tcW w:w="564" w:type="dxa"/>
            <w:tcMar>
              <w:top w:w="20" w:type="dxa"/>
              <w:left w:w="50" w:type="dxa"/>
              <w:bottom w:w="20" w:type="dxa"/>
              <w:right w:w="50" w:type="dxa"/>
            </w:tcMar>
          </w:tcPr>
          <w:p w14:paraId="6CC2AF3F" w14:textId="77777777" w:rsidR="00292F36" w:rsidRDefault="00000000">
            <w:r>
              <w:rPr>
                <w:sz w:val="12"/>
              </w:rPr>
              <w:t>0.20222653</w:t>
            </w:r>
          </w:p>
        </w:tc>
        <w:tc>
          <w:tcPr>
            <w:tcW w:w="564" w:type="dxa"/>
            <w:tcMar>
              <w:top w:w="20" w:type="dxa"/>
              <w:left w:w="50" w:type="dxa"/>
              <w:bottom w:w="20" w:type="dxa"/>
              <w:right w:w="50" w:type="dxa"/>
            </w:tcMar>
          </w:tcPr>
          <w:p w14:paraId="03C9E646" w14:textId="77777777" w:rsidR="00292F36" w:rsidRDefault="00000000">
            <w:r>
              <w:rPr>
                <w:sz w:val="12"/>
              </w:rPr>
              <w:t>0.9907919</w:t>
            </w:r>
          </w:p>
        </w:tc>
        <w:tc>
          <w:tcPr>
            <w:tcW w:w="564" w:type="dxa"/>
            <w:tcMar>
              <w:top w:w="20" w:type="dxa"/>
              <w:left w:w="50" w:type="dxa"/>
              <w:bottom w:w="20" w:type="dxa"/>
              <w:right w:w="50" w:type="dxa"/>
            </w:tcMar>
          </w:tcPr>
          <w:p w14:paraId="7393AB92" w14:textId="77777777" w:rsidR="00292F36" w:rsidRDefault="00000000">
            <w:r>
              <w:rPr>
                <w:sz w:val="12"/>
              </w:rPr>
              <w:t>0.0092081</w:t>
            </w:r>
          </w:p>
        </w:tc>
        <w:tc>
          <w:tcPr>
            <w:tcW w:w="564" w:type="dxa"/>
            <w:tcMar>
              <w:top w:w="20" w:type="dxa"/>
              <w:left w:w="50" w:type="dxa"/>
              <w:bottom w:w="20" w:type="dxa"/>
              <w:right w:w="50" w:type="dxa"/>
            </w:tcMar>
          </w:tcPr>
          <w:p w14:paraId="0329FD53" w14:textId="77777777" w:rsidR="00292F36" w:rsidRDefault="00000000">
            <w:r>
              <w:rPr>
                <w:sz w:val="12"/>
              </w:rPr>
              <w:t>0</w:t>
            </w:r>
          </w:p>
        </w:tc>
        <w:tc>
          <w:tcPr>
            <w:tcW w:w="564" w:type="dxa"/>
            <w:tcMar>
              <w:top w:w="20" w:type="dxa"/>
              <w:left w:w="50" w:type="dxa"/>
              <w:bottom w:w="20" w:type="dxa"/>
              <w:right w:w="50" w:type="dxa"/>
            </w:tcMar>
          </w:tcPr>
          <w:p w14:paraId="7CE8013C" w14:textId="77777777" w:rsidR="00292F36" w:rsidRDefault="00000000">
            <w:r>
              <w:rPr>
                <w:sz w:val="12"/>
              </w:rPr>
              <w:t>0</w:t>
            </w:r>
          </w:p>
        </w:tc>
        <w:tc>
          <w:tcPr>
            <w:tcW w:w="564" w:type="dxa"/>
            <w:tcMar>
              <w:top w:w="20" w:type="dxa"/>
              <w:left w:w="50" w:type="dxa"/>
              <w:bottom w:w="20" w:type="dxa"/>
              <w:right w:w="50" w:type="dxa"/>
            </w:tcMar>
          </w:tcPr>
          <w:p w14:paraId="6B8461D1" w14:textId="77777777" w:rsidR="00292F36" w:rsidRDefault="00000000">
            <w:r>
              <w:rPr>
                <w:sz w:val="12"/>
              </w:rPr>
              <w:t>0</w:t>
            </w:r>
          </w:p>
        </w:tc>
        <w:tc>
          <w:tcPr>
            <w:tcW w:w="564" w:type="dxa"/>
            <w:tcMar>
              <w:top w:w="20" w:type="dxa"/>
              <w:left w:w="50" w:type="dxa"/>
              <w:bottom w:w="20" w:type="dxa"/>
              <w:right w:w="50" w:type="dxa"/>
            </w:tcMar>
          </w:tcPr>
          <w:p w14:paraId="50A98BD5" w14:textId="77777777" w:rsidR="00292F36" w:rsidRDefault="00000000">
            <w:r>
              <w:rPr>
                <w:sz w:val="12"/>
              </w:rPr>
              <w:t>0</w:t>
            </w:r>
          </w:p>
        </w:tc>
        <w:tc>
          <w:tcPr>
            <w:tcW w:w="564" w:type="dxa"/>
            <w:tcMar>
              <w:top w:w="20" w:type="dxa"/>
              <w:left w:w="50" w:type="dxa"/>
              <w:bottom w:w="20" w:type="dxa"/>
              <w:right w:w="50" w:type="dxa"/>
            </w:tcMar>
          </w:tcPr>
          <w:p w14:paraId="13663C6E" w14:textId="77777777" w:rsidR="00292F36" w:rsidRDefault="00000000">
            <w:r>
              <w:rPr>
                <w:sz w:val="12"/>
              </w:rPr>
              <w:t>0</w:t>
            </w:r>
          </w:p>
        </w:tc>
        <w:tc>
          <w:tcPr>
            <w:tcW w:w="564" w:type="dxa"/>
            <w:tcMar>
              <w:top w:w="20" w:type="dxa"/>
              <w:left w:w="50" w:type="dxa"/>
              <w:bottom w:w="20" w:type="dxa"/>
              <w:right w:w="50" w:type="dxa"/>
            </w:tcMar>
          </w:tcPr>
          <w:p w14:paraId="5428F777" w14:textId="77777777" w:rsidR="00292F36" w:rsidRDefault="00000000">
            <w:r>
              <w:rPr>
                <w:sz w:val="12"/>
              </w:rPr>
              <w:t>0</w:t>
            </w:r>
          </w:p>
        </w:tc>
        <w:tc>
          <w:tcPr>
            <w:tcW w:w="564" w:type="dxa"/>
            <w:tcMar>
              <w:top w:w="20" w:type="dxa"/>
              <w:left w:w="50" w:type="dxa"/>
              <w:bottom w:w="20" w:type="dxa"/>
              <w:right w:w="50" w:type="dxa"/>
            </w:tcMar>
          </w:tcPr>
          <w:p w14:paraId="42AA7037" w14:textId="77777777" w:rsidR="00292F36" w:rsidRDefault="00000000">
            <w:r>
              <w:rPr>
                <w:sz w:val="12"/>
              </w:rPr>
              <w:t>0</w:t>
            </w:r>
          </w:p>
        </w:tc>
        <w:tc>
          <w:tcPr>
            <w:tcW w:w="564" w:type="dxa"/>
            <w:tcMar>
              <w:top w:w="20" w:type="dxa"/>
              <w:left w:w="50" w:type="dxa"/>
              <w:bottom w:w="20" w:type="dxa"/>
              <w:right w:w="50" w:type="dxa"/>
            </w:tcMar>
          </w:tcPr>
          <w:p w14:paraId="1F9FBB9C" w14:textId="77777777" w:rsidR="00292F36" w:rsidRDefault="00000000">
            <w:r>
              <w:rPr>
                <w:sz w:val="12"/>
              </w:rPr>
              <w:t>0.41176471</w:t>
            </w:r>
          </w:p>
        </w:tc>
        <w:tc>
          <w:tcPr>
            <w:tcW w:w="564" w:type="dxa"/>
            <w:tcMar>
              <w:top w:w="20" w:type="dxa"/>
              <w:left w:w="50" w:type="dxa"/>
              <w:bottom w:w="20" w:type="dxa"/>
              <w:right w:w="50" w:type="dxa"/>
            </w:tcMar>
          </w:tcPr>
          <w:p w14:paraId="4DED0A0A" w14:textId="77777777" w:rsidR="00292F36" w:rsidRDefault="00000000">
            <w:r>
              <w:rPr>
                <w:sz w:val="12"/>
              </w:rPr>
              <w:t>0.29411765</w:t>
            </w:r>
          </w:p>
        </w:tc>
        <w:tc>
          <w:tcPr>
            <w:tcW w:w="564" w:type="dxa"/>
            <w:tcMar>
              <w:top w:w="20" w:type="dxa"/>
              <w:left w:w="50" w:type="dxa"/>
              <w:bottom w:w="20" w:type="dxa"/>
              <w:right w:w="50" w:type="dxa"/>
            </w:tcMar>
          </w:tcPr>
          <w:p w14:paraId="19A70E95" w14:textId="77777777" w:rsidR="00292F36" w:rsidRDefault="00000000">
            <w:r>
              <w:rPr>
                <w:sz w:val="12"/>
              </w:rPr>
              <w:t>0.20588235</w:t>
            </w:r>
          </w:p>
        </w:tc>
        <w:tc>
          <w:tcPr>
            <w:tcW w:w="564" w:type="dxa"/>
            <w:tcMar>
              <w:top w:w="20" w:type="dxa"/>
              <w:left w:w="50" w:type="dxa"/>
              <w:bottom w:w="20" w:type="dxa"/>
              <w:right w:w="50" w:type="dxa"/>
            </w:tcMar>
          </w:tcPr>
          <w:p w14:paraId="38E721A7" w14:textId="77777777" w:rsidR="00292F36" w:rsidRDefault="00000000">
            <w:r>
              <w:rPr>
                <w:sz w:val="12"/>
              </w:rPr>
              <w:t>0</w:t>
            </w:r>
          </w:p>
        </w:tc>
        <w:tc>
          <w:tcPr>
            <w:tcW w:w="564" w:type="dxa"/>
            <w:tcMar>
              <w:top w:w="20" w:type="dxa"/>
              <w:left w:w="50" w:type="dxa"/>
              <w:bottom w:w="20" w:type="dxa"/>
              <w:right w:w="50" w:type="dxa"/>
            </w:tcMar>
          </w:tcPr>
          <w:p w14:paraId="1602CE00" w14:textId="77777777" w:rsidR="00292F36" w:rsidRDefault="00000000">
            <w:r>
              <w:rPr>
                <w:sz w:val="12"/>
              </w:rPr>
              <w:t>0.08823529</w:t>
            </w:r>
          </w:p>
        </w:tc>
      </w:tr>
      <w:tr w:rsidR="00292F36" w14:paraId="09AA7997" w14:textId="77777777">
        <w:tc>
          <w:tcPr>
            <w:tcW w:w="564" w:type="dxa"/>
            <w:tcMar>
              <w:top w:w="20" w:type="dxa"/>
              <w:left w:w="50" w:type="dxa"/>
              <w:bottom w:w="20" w:type="dxa"/>
              <w:right w:w="50" w:type="dxa"/>
            </w:tcMar>
          </w:tcPr>
          <w:p w14:paraId="5EABD293" w14:textId="77777777" w:rsidR="00292F36" w:rsidRDefault="00000000">
            <w:r>
              <w:rPr>
                <w:sz w:val="12"/>
              </w:rPr>
              <w:t>2018_campo_kennedy_campo_kennedy_shallow_1</w:t>
            </w:r>
          </w:p>
        </w:tc>
        <w:tc>
          <w:tcPr>
            <w:tcW w:w="564" w:type="dxa"/>
            <w:tcMar>
              <w:top w:w="20" w:type="dxa"/>
              <w:left w:w="50" w:type="dxa"/>
              <w:bottom w:w="20" w:type="dxa"/>
              <w:right w:w="50" w:type="dxa"/>
            </w:tcMar>
          </w:tcPr>
          <w:p w14:paraId="00BA452C" w14:textId="77777777" w:rsidR="00292F36" w:rsidRDefault="00000000">
            <w:r>
              <w:rPr>
                <w:sz w:val="12"/>
              </w:rPr>
              <w:t>-0.3726869</w:t>
            </w:r>
          </w:p>
        </w:tc>
        <w:tc>
          <w:tcPr>
            <w:tcW w:w="564" w:type="dxa"/>
            <w:tcMar>
              <w:top w:w="20" w:type="dxa"/>
              <w:left w:w="50" w:type="dxa"/>
              <w:bottom w:w="20" w:type="dxa"/>
              <w:right w:w="50" w:type="dxa"/>
            </w:tcMar>
          </w:tcPr>
          <w:p w14:paraId="04FC4E74" w14:textId="77777777" w:rsidR="00292F36" w:rsidRDefault="00000000">
            <w:r>
              <w:rPr>
                <w:sz w:val="12"/>
              </w:rPr>
              <w:t>0.36453775</w:t>
            </w:r>
          </w:p>
        </w:tc>
        <w:tc>
          <w:tcPr>
            <w:tcW w:w="564" w:type="dxa"/>
            <w:tcMar>
              <w:top w:w="20" w:type="dxa"/>
              <w:left w:w="50" w:type="dxa"/>
              <w:bottom w:w="20" w:type="dxa"/>
              <w:right w:w="50" w:type="dxa"/>
            </w:tcMar>
          </w:tcPr>
          <w:p w14:paraId="5E5A64B9" w14:textId="77777777" w:rsidR="00292F36" w:rsidRDefault="00000000">
            <w:r>
              <w:rPr>
                <w:sz w:val="12"/>
              </w:rPr>
              <w:t>2018</w:t>
            </w:r>
          </w:p>
        </w:tc>
        <w:tc>
          <w:tcPr>
            <w:tcW w:w="564" w:type="dxa"/>
            <w:tcMar>
              <w:top w:w="20" w:type="dxa"/>
              <w:left w:w="50" w:type="dxa"/>
              <w:bottom w:w="20" w:type="dxa"/>
              <w:right w:w="50" w:type="dxa"/>
            </w:tcMar>
          </w:tcPr>
          <w:p w14:paraId="4CD6F578" w14:textId="77777777" w:rsidR="00292F36" w:rsidRDefault="00000000">
            <w:r>
              <w:rPr>
                <w:sz w:val="12"/>
              </w:rPr>
              <w:t>ensenada</w:t>
            </w:r>
          </w:p>
        </w:tc>
        <w:tc>
          <w:tcPr>
            <w:tcW w:w="564" w:type="dxa"/>
            <w:tcMar>
              <w:top w:w="20" w:type="dxa"/>
              <w:left w:w="50" w:type="dxa"/>
              <w:bottom w:w="20" w:type="dxa"/>
              <w:right w:w="50" w:type="dxa"/>
            </w:tcMar>
          </w:tcPr>
          <w:p w14:paraId="6D93E02C" w14:textId="77777777" w:rsidR="00292F36" w:rsidRDefault="00000000">
            <w:r>
              <w:rPr>
                <w:sz w:val="12"/>
              </w:rPr>
              <w:t>North</w:t>
            </w:r>
          </w:p>
        </w:tc>
        <w:tc>
          <w:tcPr>
            <w:tcW w:w="564" w:type="dxa"/>
            <w:tcMar>
              <w:top w:w="20" w:type="dxa"/>
              <w:left w:w="50" w:type="dxa"/>
              <w:bottom w:w="20" w:type="dxa"/>
              <w:right w:w="50" w:type="dxa"/>
            </w:tcMar>
          </w:tcPr>
          <w:p w14:paraId="5D0BE12F" w14:textId="77777777" w:rsidR="00292F36" w:rsidRDefault="00000000">
            <w:r>
              <w:rPr>
                <w:sz w:val="12"/>
              </w:rPr>
              <w:t>campo_kennedy</w:t>
            </w:r>
          </w:p>
        </w:tc>
        <w:tc>
          <w:tcPr>
            <w:tcW w:w="564" w:type="dxa"/>
            <w:tcMar>
              <w:top w:w="20" w:type="dxa"/>
              <w:left w:w="50" w:type="dxa"/>
              <w:bottom w:w="20" w:type="dxa"/>
              <w:right w:w="50" w:type="dxa"/>
            </w:tcMar>
          </w:tcPr>
          <w:p w14:paraId="2BCAA2D0" w14:textId="77777777" w:rsidR="00292F36" w:rsidRDefault="00000000">
            <w:r>
              <w:rPr>
                <w:sz w:val="12"/>
              </w:rPr>
              <w:t>campo_kennedy_shallow</w:t>
            </w:r>
          </w:p>
        </w:tc>
        <w:tc>
          <w:tcPr>
            <w:tcW w:w="564" w:type="dxa"/>
            <w:tcMar>
              <w:top w:w="20" w:type="dxa"/>
              <w:left w:w="50" w:type="dxa"/>
              <w:bottom w:w="20" w:type="dxa"/>
              <w:right w:w="50" w:type="dxa"/>
            </w:tcMar>
          </w:tcPr>
          <w:p w14:paraId="17D4DE21" w14:textId="77777777" w:rsidR="00292F36" w:rsidRDefault="00000000">
            <w:r>
              <w:rPr>
                <w:sz w:val="12"/>
              </w:rPr>
              <w:t>4.4</w:t>
            </w:r>
          </w:p>
        </w:tc>
        <w:tc>
          <w:tcPr>
            <w:tcW w:w="564" w:type="dxa"/>
            <w:tcMar>
              <w:top w:w="20" w:type="dxa"/>
              <w:left w:w="50" w:type="dxa"/>
              <w:bottom w:w="20" w:type="dxa"/>
              <w:right w:w="50" w:type="dxa"/>
            </w:tcMar>
          </w:tcPr>
          <w:p w14:paraId="5C5A6649" w14:textId="77777777" w:rsidR="00292F36" w:rsidRDefault="00000000">
            <w:r>
              <w:rPr>
                <w:sz w:val="12"/>
              </w:rPr>
              <w:t>16.6900005</w:t>
            </w:r>
          </w:p>
        </w:tc>
        <w:tc>
          <w:tcPr>
            <w:tcW w:w="564" w:type="dxa"/>
            <w:tcMar>
              <w:top w:w="20" w:type="dxa"/>
              <w:left w:w="50" w:type="dxa"/>
              <w:bottom w:w="20" w:type="dxa"/>
              <w:right w:w="50" w:type="dxa"/>
            </w:tcMar>
          </w:tcPr>
          <w:p w14:paraId="1312F79B" w14:textId="77777777" w:rsidR="00292F36" w:rsidRDefault="00000000">
            <w:r>
              <w:rPr>
                <w:sz w:val="12"/>
              </w:rPr>
              <w:t>0.22269689</w:t>
            </w:r>
          </w:p>
        </w:tc>
        <w:tc>
          <w:tcPr>
            <w:tcW w:w="564" w:type="dxa"/>
            <w:tcMar>
              <w:top w:w="20" w:type="dxa"/>
              <w:left w:w="50" w:type="dxa"/>
              <w:bottom w:w="20" w:type="dxa"/>
              <w:right w:w="50" w:type="dxa"/>
            </w:tcMar>
          </w:tcPr>
          <w:p w14:paraId="59B1BD2A" w14:textId="77777777" w:rsidR="00292F36" w:rsidRDefault="00000000">
            <w:r>
              <w:rPr>
                <w:sz w:val="12"/>
              </w:rPr>
              <w:t>0.61724138</w:t>
            </w:r>
          </w:p>
        </w:tc>
        <w:tc>
          <w:tcPr>
            <w:tcW w:w="564" w:type="dxa"/>
            <w:tcMar>
              <w:top w:w="20" w:type="dxa"/>
              <w:left w:w="50" w:type="dxa"/>
              <w:bottom w:w="20" w:type="dxa"/>
              <w:right w:w="50" w:type="dxa"/>
            </w:tcMar>
          </w:tcPr>
          <w:p w14:paraId="12B2D585" w14:textId="77777777" w:rsidR="00292F36" w:rsidRDefault="00000000">
            <w:r>
              <w:rPr>
                <w:sz w:val="12"/>
              </w:rPr>
              <w:t>0</w:t>
            </w:r>
          </w:p>
        </w:tc>
        <w:tc>
          <w:tcPr>
            <w:tcW w:w="564" w:type="dxa"/>
            <w:tcMar>
              <w:top w:w="20" w:type="dxa"/>
              <w:left w:w="50" w:type="dxa"/>
              <w:bottom w:w="20" w:type="dxa"/>
              <w:right w:w="50" w:type="dxa"/>
            </w:tcMar>
          </w:tcPr>
          <w:p w14:paraId="71B5F9F3" w14:textId="77777777" w:rsidR="00292F36" w:rsidRDefault="00000000">
            <w:r>
              <w:rPr>
                <w:sz w:val="12"/>
              </w:rPr>
              <w:t>0</w:t>
            </w:r>
          </w:p>
        </w:tc>
        <w:tc>
          <w:tcPr>
            <w:tcW w:w="564" w:type="dxa"/>
            <w:tcMar>
              <w:top w:w="20" w:type="dxa"/>
              <w:left w:w="50" w:type="dxa"/>
              <w:bottom w:w="20" w:type="dxa"/>
              <w:right w:w="50" w:type="dxa"/>
            </w:tcMar>
          </w:tcPr>
          <w:p w14:paraId="6D42C6AD" w14:textId="77777777" w:rsidR="00292F36" w:rsidRDefault="00000000">
            <w:r>
              <w:rPr>
                <w:sz w:val="12"/>
              </w:rPr>
              <w:t>0.38275862</w:t>
            </w:r>
          </w:p>
        </w:tc>
        <w:tc>
          <w:tcPr>
            <w:tcW w:w="564" w:type="dxa"/>
            <w:tcMar>
              <w:top w:w="20" w:type="dxa"/>
              <w:left w:w="50" w:type="dxa"/>
              <w:bottom w:w="20" w:type="dxa"/>
              <w:right w:w="50" w:type="dxa"/>
            </w:tcMar>
          </w:tcPr>
          <w:p w14:paraId="35CCCE2A" w14:textId="77777777" w:rsidR="00292F36" w:rsidRDefault="00000000">
            <w:r>
              <w:rPr>
                <w:sz w:val="12"/>
              </w:rPr>
              <w:t>0</w:t>
            </w:r>
          </w:p>
        </w:tc>
        <w:tc>
          <w:tcPr>
            <w:tcW w:w="564" w:type="dxa"/>
            <w:tcMar>
              <w:top w:w="20" w:type="dxa"/>
              <w:left w:w="50" w:type="dxa"/>
              <w:bottom w:w="20" w:type="dxa"/>
              <w:right w:w="50" w:type="dxa"/>
            </w:tcMar>
          </w:tcPr>
          <w:p w14:paraId="0D0DE9B8" w14:textId="77777777" w:rsidR="00292F36" w:rsidRDefault="00000000">
            <w:r>
              <w:rPr>
                <w:sz w:val="12"/>
              </w:rPr>
              <w:t>0</w:t>
            </w:r>
          </w:p>
        </w:tc>
        <w:tc>
          <w:tcPr>
            <w:tcW w:w="564" w:type="dxa"/>
            <w:tcMar>
              <w:top w:w="20" w:type="dxa"/>
              <w:left w:w="50" w:type="dxa"/>
              <w:bottom w:w="20" w:type="dxa"/>
              <w:right w:w="50" w:type="dxa"/>
            </w:tcMar>
          </w:tcPr>
          <w:p w14:paraId="69CBDDC1" w14:textId="77777777" w:rsidR="00292F36" w:rsidRDefault="00000000">
            <w:r>
              <w:rPr>
                <w:sz w:val="12"/>
              </w:rPr>
              <w:t>0</w:t>
            </w:r>
          </w:p>
        </w:tc>
        <w:tc>
          <w:tcPr>
            <w:tcW w:w="564" w:type="dxa"/>
            <w:tcMar>
              <w:top w:w="20" w:type="dxa"/>
              <w:left w:w="50" w:type="dxa"/>
              <w:bottom w:w="20" w:type="dxa"/>
              <w:right w:w="50" w:type="dxa"/>
            </w:tcMar>
          </w:tcPr>
          <w:p w14:paraId="4D0731DE" w14:textId="77777777" w:rsidR="00292F36" w:rsidRDefault="00000000">
            <w:r>
              <w:rPr>
                <w:sz w:val="12"/>
              </w:rPr>
              <w:t>0</w:t>
            </w:r>
          </w:p>
        </w:tc>
        <w:tc>
          <w:tcPr>
            <w:tcW w:w="564" w:type="dxa"/>
            <w:tcMar>
              <w:top w:w="20" w:type="dxa"/>
              <w:left w:w="50" w:type="dxa"/>
              <w:bottom w:w="20" w:type="dxa"/>
              <w:right w:w="50" w:type="dxa"/>
            </w:tcMar>
          </w:tcPr>
          <w:p w14:paraId="2810FC0C" w14:textId="77777777" w:rsidR="00292F36" w:rsidRDefault="00000000">
            <w:r>
              <w:rPr>
                <w:sz w:val="12"/>
              </w:rPr>
              <w:t>0</w:t>
            </w:r>
          </w:p>
        </w:tc>
        <w:tc>
          <w:tcPr>
            <w:tcW w:w="564" w:type="dxa"/>
            <w:tcMar>
              <w:top w:w="20" w:type="dxa"/>
              <w:left w:w="50" w:type="dxa"/>
              <w:bottom w:w="20" w:type="dxa"/>
              <w:right w:w="50" w:type="dxa"/>
            </w:tcMar>
          </w:tcPr>
          <w:p w14:paraId="2EA22F81" w14:textId="77777777" w:rsidR="00292F36" w:rsidRDefault="00000000">
            <w:r>
              <w:rPr>
                <w:sz w:val="12"/>
              </w:rPr>
              <w:t>0.27205882</w:t>
            </w:r>
          </w:p>
        </w:tc>
        <w:tc>
          <w:tcPr>
            <w:tcW w:w="564" w:type="dxa"/>
            <w:tcMar>
              <w:top w:w="20" w:type="dxa"/>
              <w:left w:w="50" w:type="dxa"/>
              <w:bottom w:w="20" w:type="dxa"/>
              <w:right w:w="50" w:type="dxa"/>
            </w:tcMar>
          </w:tcPr>
          <w:p w14:paraId="1F0524DB" w14:textId="77777777" w:rsidR="00292F36" w:rsidRDefault="00000000">
            <w:r>
              <w:rPr>
                <w:sz w:val="12"/>
              </w:rPr>
              <w:t>0.33823529</w:t>
            </w:r>
          </w:p>
        </w:tc>
        <w:tc>
          <w:tcPr>
            <w:tcW w:w="564" w:type="dxa"/>
            <w:tcMar>
              <w:top w:w="20" w:type="dxa"/>
              <w:left w:w="50" w:type="dxa"/>
              <w:bottom w:w="20" w:type="dxa"/>
              <w:right w:w="50" w:type="dxa"/>
            </w:tcMar>
          </w:tcPr>
          <w:p w14:paraId="2363B9DB" w14:textId="77777777" w:rsidR="00292F36" w:rsidRDefault="00000000">
            <w:r>
              <w:rPr>
                <w:sz w:val="12"/>
              </w:rPr>
              <w:t>0.00735294</w:t>
            </w:r>
          </w:p>
        </w:tc>
        <w:tc>
          <w:tcPr>
            <w:tcW w:w="564" w:type="dxa"/>
            <w:tcMar>
              <w:top w:w="20" w:type="dxa"/>
              <w:left w:w="50" w:type="dxa"/>
              <w:bottom w:w="20" w:type="dxa"/>
              <w:right w:w="50" w:type="dxa"/>
            </w:tcMar>
          </w:tcPr>
          <w:p w14:paraId="43DDC74C" w14:textId="77777777" w:rsidR="00292F36" w:rsidRDefault="00000000">
            <w:r>
              <w:rPr>
                <w:sz w:val="12"/>
              </w:rPr>
              <w:t>0.05147059</w:t>
            </w:r>
          </w:p>
        </w:tc>
        <w:tc>
          <w:tcPr>
            <w:tcW w:w="564" w:type="dxa"/>
            <w:tcMar>
              <w:top w:w="20" w:type="dxa"/>
              <w:left w:w="50" w:type="dxa"/>
              <w:bottom w:w="20" w:type="dxa"/>
              <w:right w:w="50" w:type="dxa"/>
            </w:tcMar>
          </w:tcPr>
          <w:p w14:paraId="2E33860D" w14:textId="77777777" w:rsidR="00292F36" w:rsidRDefault="00000000">
            <w:r>
              <w:rPr>
                <w:sz w:val="12"/>
              </w:rPr>
              <w:t>0.33088235</w:t>
            </w:r>
          </w:p>
        </w:tc>
      </w:tr>
      <w:tr w:rsidR="00292F36" w14:paraId="53B631D8" w14:textId="77777777">
        <w:tc>
          <w:tcPr>
            <w:tcW w:w="564" w:type="dxa"/>
            <w:tcMar>
              <w:top w:w="20" w:type="dxa"/>
              <w:left w:w="50" w:type="dxa"/>
              <w:bottom w:w="20" w:type="dxa"/>
              <w:right w:w="50" w:type="dxa"/>
            </w:tcMar>
          </w:tcPr>
          <w:p w14:paraId="6C0759AA" w14:textId="77777777" w:rsidR="00292F36" w:rsidRDefault="00000000">
            <w:r>
              <w:rPr>
                <w:sz w:val="12"/>
              </w:rPr>
              <w:t>2018_campo_kennedy_campo_kennedy_shallow_2</w:t>
            </w:r>
          </w:p>
        </w:tc>
        <w:tc>
          <w:tcPr>
            <w:tcW w:w="564" w:type="dxa"/>
            <w:tcMar>
              <w:top w:w="20" w:type="dxa"/>
              <w:left w:w="50" w:type="dxa"/>
              <w:bottom w:w="20" w:type="dxa"/>
              <w:right w:w="50" w:type="dxa"/>
            </w:tcMar>
          </w:tcPr>
          <w:p w14:paraId="7107B75B" w14:textId="77777777" w:rsidR="00292F36" w:rsidRDefault="00000000">
            <w:r>
              <w:rPr>
                <w:sz w:val="12"/>
              </w:rPr>
              <w:t>-0.3624534</w:t>
            </w:r>
          </w:p>
        </w:tc>
        <w:tc>
          <w:tcPr>
            <w:tcW w:w="564" w:type="dxa"/>
            <w:tcMar>
              <w:top w:w="20" w:type="dxa"/>
              <w:left w:w="50" w:type="dxa"/>
              <w:bottom w:w="20" w:type="dxa"/>
              <w:right w:w="50" w:type="dxa"/>
            </w:tcMar>
          </w:tcPr>
          <w:p w14:paraId="50120DC7" w14:textId="77777777" w:rsidR="00292F36" w:rsidRDefault="00000000">
            <w:r>
              <w:rPr>
                <w:sz w:val="12"/>
              </w:rPr>
              <w:t>0.35887284</w:t>
            </w:r>
          </w:p>
        </w:tc>
        <w:tc>
          <w:tcPr>
            <w:tcW w:w="564" w:type="dxa"/>
            <w:tcMar>
              <w:top w:w="20" w:type="dxa"/>
              <w:left w:w="50" w:type="dxa"/>
              <w:bottom w:w="20" w:type="dxa"/>
              <w:right w:w="50" w:type="dxa"/>
            </w:tcMar>
          </w:tcPr>
          <w:p w14:paraId="5FA75E89" w14:textId="77777777" w:rsidR="00292F36" w:rsidRDefault="00000000">
            <w:r>
              <w:rPr>
                <w:sz w:val="12"/>
              </w:rPr>
              <w:t>2018</w:t>
            </w:r>
          </w:p>
        </w:tc>
        <w:tc>
          <w:tcPr>
            <w:tcW w:w="564" w:type="dxa"/>
            <w:tcMar>
              <w:top w:w="20" w:type="dxa"/>
              <w:left w:w="50" w:type="dxa"/>
              <w:bottom w:w="20" w:type="dxa"/>
              <w:right w:w="50" w:type="dxa"/>
            </w:tcMar>
          </w:tcPr>
          <w:p w14:paraId="32E2A668" w14:textId="77777777" w:rsidR="00292F36" w:rsidRDefault="00000000">
            <w:r>
              <w:rPr>
                <w:sz w:val="12"/>
              </w:rPr>
              <w:t>ensenada</w:t>
            </w:r>
          </w:p>
        </w:tc>
        <w:tc>
          <w:tcPr>
            <w:tcW w:w="564" w:type="dxa"/>
            <w:tcMar>
              <w:top w:w="20" w:type="dxa"/>
              <w:left w:w="50" w:type="dxa"/>
              <w:bottom w:w="20" w:type="dxa"/>
              <w:right w:w="50" w:type="dxa"/>
            </w:tcMar>
          </w:tcPr>
          <w:p w14:paraId="3C16A831" w14:textId="77777777" w:rsidR="00292F36" w:rsidRDefault="00000000">
            <w:r>
              <w:rPr>
                <w:sz w:val="12"/>
              </w:rPr>
              <w:t>North</w:t>
            </w:r>
          </w:p>
        </w:tc>
        <w:tc>
          <w:tcPr>
            <w:tcW w:w="564" w:type="dxa"/>
            <w:tcMar>
              <w:top w:w="20" w:type="dxa"/>
              <w:left w:w="50" w:type="dxa"/>
              <w:bottom w:w="20" w:type="dxa"/>
              <w:right w:w="50" w:type="dxa"/>
            </w:tcMar>
          </w:tcPr>
          <w:p w14:paraId="4C3F336C" w14:textId="77777777" w:rsidR="00292F36" w:rsidRDefault="00000000">
            <w:r>
              <w:rPr>
                <w:sz w:val="12"/>
              </w:rPr>
              <w:t>campo_kennedy</w:t>
            </w:r>
          </w:p>
        </w:tc>
        <w:tc>
          <w:tcPr>
            <w:tcW w:w="564" w:type="dxa"/>
            <w:tcMar>
              <w:top w:w="20" w:type="dxa"/>
              <w:left w:w="50" w:type="dxa"/>
              <w:bottom w:w="20" w:type="dxa"/>
              <w:right w:w="50" w:type="dxa"/>
            </w:tcMar>
          </w:tcPr>
          <w:p w14:paraId="2FA484FC" w14:textId="77777777" w:rsidR="00292F36" w:rsidRDefault="00000000">
            <w:r>
              <w:rPr>
                <w:sz w:val="12"/>
              </w:rPr>
              <w:t>campo_kennedy_shallow</w:t>
            </w:r>
          </w:p>
        </w:tc>
        <w:tc>
          <w:tcPr>
            <w:tcW w:w="564" w:type="dxa"/>
            <w:tcMar>
              <w:top w:w="20" w:type="dxa"/>
              <w:left w:w="50" w:type="dxa"/>
              <w:bottom w:w="20" w:type="dxa"/>
              <w:right w:w="50" w:type="dxa"/>
            </w:tcMar>
          </w:tcPr>
          <w:p w14:paraId="558E8DB7" w14:textId="77777777" w:rsidR="00292F36" w:rsidRDefault="00000000">
            <w:r>
              <w:rPr>
                <w:sz w:val="12"/>
              </w:rPr>
              <w:t>4.5</w:t>
            </w:r>
          </w:p>
        </w:tc>
        <w:tc>
          <w:tcPr>
            <w:tcW w:w="564" w:type="dxa"/>
            <w:tcMar>
              <w:top w:w="20" w:type="dxa"/>
              <w:left w:w="50" w:type="dxa"/>
              <w:bottom w:w="20" w:type="dxa"/>
              <w:right w:w="50" w:type="dxa"/>
            </w:tcMar>
          </w:tcPr>
          <w:p w14:paraId="58DF7AF9" w14:textId="77777777" w:rsidR="00292F36" w:rsidRDefault="00000000">
            <w:r>
              <w:rPr>
                <w:sz w:val="12"/>
              </w:rPr>
              <w:t>16.6900005</w:t>
            </w:r>
          </w:p>
        </w:tc>
        <w:tc>
          <w:tcPr>
            <w:tcW w:w="564" w:type="dxa"/>
            <w:tcMar>
              <w:top w:w="20" w:type="dxa"/>
              <w:left w:w="50" w:type="dxa"/>
              <w:bottom w:w="20" w:type="dxa"/>
              <w:right w:w="50" w:type="dxa"/>
            </w:tcMar>
          </w:tcPr>
          <w:p w14:paraId="107D85F7" w14:textId="77777777" w:rsidR="00292F36" w:rsidRDefault="00000000">
            <w:r>
              <w:rPr>
                <w:sz w:val="12"/>
              </w:rPr>
              <w:t>0.22269689</w:t>
            </w:r>
          </w:p>
        </w:tc>
        <w:tc>
          <w:tcPr>
            <w:tcW w:w="564" w:type="dxa"/>
            <w:tcMar>
              <w:top w:w="20" w:type="dxa"/>
              <w:left w:w="50" w:type="dxa"/>
              <w:bottom w:w="20" w:type="dxa"/>
              <w:right w:w="50" w:type="dxa"/>
            </w:tcMar>
          </w:tcPr>
          <w:p w14:paraId="3A891099" w14:textId="77777777" w:rsidR="00292F36" w:rsidRDefault="00000000">
            <w:r>
              <w:rPr>
                <w:sz w:val="12"/>
              </w:rPr>
              <w:t>0.64556962</w:t>
            </w:r>
          </w:p>
        </w:tc>
        <w:tc>
          <w:tcPr>
            <w:tcW w:w="564" w:type="dxa"/>
            <w:tcMar>
              <w:top w:w="20" w:type="dxa"/>
              <w:left w:w="50" w:type="dxa"/>
              <w:bottom w:w="20" w:type="dxa"/>
              <w:right w:w="50" w:type="dxa"/>
            </w:tcMar>
          </w:tcPr>
          <w:p w14:paraId="374E9C71" w14:textId="77777777" w:rsidR="00292F36" w:rsidRDefault="00000000">
            <w:r>
              <w:rPr>
                <w:sz w:val="12"/>
              </w:rPr>
              <w:t>0</w:t>
            </w:r>
          </w:p>
        </w:tc>
        <w:tc>
          <w:tcPr>
            <w:tcW w:w="564" w:type="dxa"/>
            <w:tcMar>
              <w:top w:w="20" w:type="dxa"/>
              <w:left w:w="50" w:type="dxa"/>
              <w:bottom w:w="20" w:type="dxa"/>
              <w:right w:w="50" w:type="dxa"/>
            </w:tcMar>
          </w:tcPr>
          <w:p w14:paraId="5DD4733D" w14:textId="77777777" w:rsidR="00292F36" w:rsidRDefault="00000000">
            <w:r>
              <w:rPr>
                <w:sz w:val="12"/>
              </w:rPr>
              <w:t>0</w:t>
            </w:r>
          </w:p>
        </w:tc>
        <w:tc>
          <w:tcPr>
            <w:tcW w:w="564" w:type="dxa"/>
            <w:tcMar>
              <w:top w:w="20" w:type="dxa"/>
              <w:left w:w="50" w:type="dxa"/>
              <w:bottom w:w="20" w:type="dxa"/>
              <w:right w:w="50" w:type="dxa"/>
            </w:tcMar>
          </w:tcPr>
          <w:p w14:paraId="3A55E359" w14:textId="77777777" w:rsidR="00292F36" w:rsidRDefault="00000000">
            <w:r>
              <w:rPr>
                <w:sz w:val="12"/>
              </w:rPr>
              <w:t>0.35443038</w:t>
            </w:r>
          </w:p>
        </w:tc>
        <w:tc>
          <w:tcPr>
            <w:tcW w:w="564" w:type="dxa"/>
            <w:tcMar>
              <w:top w:w="20" w:type="dxa"/>
              <w:left w:w="50" w:type="dxa"/>
              <w:bottom w:w="20" w:type="dxa"/>
              <w:right w:w="50" w:type="dxa"/>
            </w:tcMar>
          </w:tcPr>
          <w:p w14:paraId="0BFF8E4C" w14:textId="77777777" w:rsidR="00292F36" w:rsidRDefault="00000000">
            <w:r>
              <w:rPr>
                <w:sz w:val="12"/>
              </w:rPr>
              <w:t>0</w:t>
            </w:r>
          </w:p>
        </w:tc>
        <w:tc>
          <w:tcPr>
            <w:tcW w:w="564" w:type="dxa"/>
            <w:tcMar>
              <w:top w:w="20" w:type="dxa"/>
              <w:left w:w="50" w:type="dxa"/>
              <w:bottom w:w="20" w:type="dxa"/>
              <w:right w:w="50" w:type="dxa"/>
            </w:tcMar>
          </w:tcPr>
          <w:p w14:paraId="6602BF97" w14:textId="77777777" w:rsidR="00292F36" w:rsidRDefault="00000000">
            <w:r>
              <w:rPr>
                <w:sz w:val="12"/>
              </w:rPr>
              <w:t>0</w:t>
            </w:r>
          </w:p>
        </w:tc>
        <w:tc>
          <w:tcPr>
            <w:tcW w:w="564" w:type="dxa"/>
            <w:tcMar>
              <w:top w:w="20" w:type="dxa"/>
              <w:left w:w="50" w:type="dxa"/>
              <w:bottom w:w="20" w:type="dxa"/>
              <w:right w:w="50" w:type="dxa"/>
            </w:tcMar>
          </w:tcPr>
          <w:p w14:paraId="127CF6B9" w14:textId="77777777" w:rsidR="00292F36" w:rsidRDefault="00000000">
            <w:r>
              <w:rPr>
                <w:sz w:val="12"/>
              </w:rPr>
              <w:t>0</w:t>
            </w:r>
          </w:p>
        </w:tc>
        <w:tc>
          <w:tcPr>
            <w:tcW w:w="564" w:type="dxa"/>
            <w:tcMar>
              <w:top w:w="20" w:type="dxa"/>
              <w:left w:w="50" w:type="dxa"/>
              <w:bottom w:w="20" w:type="dxa"/>
              <w:right w:w="50" w:type="dxa"/>
            </w:tcMar>
          </w:tcPr>
          <w:p w14:paraId="5F11DC24" w14:textId="77777777" w:rsidR="00292F36" w:rsidRDefault="00000000">
            <w:r>
              <w:rPr>
                <w:sz w:val="12"/>
              </w:rPr>
              <w:t>0</w:t>
            </w:r>
          </w:p>
        </w:tc>
        <w:tc>
          <w:tcPr>
            <w:tcW w:w="564" w:type="dxa"/>
            <w:tcMar>
              <w:top w:w="20" w:type="dxa"/>
              <w:left w:w="50" w:type="dxa"/>
              <w:bottom w:w="20" w:type="dxa"/>
              <w:right w:w="50" w:type="dxa"/>
            </w:tcMar>
          </w:tcPr>
          <w:p w14:paraId="4B372F1D" w14:textId="77777777" w:rsidR="00292F36" w:rsidRDefault="00000000">
            <w:r>
              <w:rPr>
                <w:sz w:val="12"/>
              </w:rPr>
              <w:t>0</w:t>
            </w:r>
          </w:p>
        </w:tc>
        <w:tc>
          <w:tcPr>
            <w:tcW w:w="564" w:type="dxa"/>
            <w:tcMar>
              <w:top w:w="20" w:type="dxa"/>
              <w:left w:w="50" w:type="dxa"/>
              <w:bottom w:w="20" w:type="dxa"/>
              <w:right w:w="50" w:type="dxa"/>
            </w:tcMar>
          </w:tcPr>
          <w:p w14:paraId="1F1743CE" w14:textId="77777777" w:rsidR="00292F36" w:rsidRDefault="00000000">
            <w:r>
              <w:rPr>
                <w:sz w:val="12"/>
              </w:rPr>
              <w:t>0.30188679</w:t>
            </w:r>
          </w:p>
        </w:tc>
        <w:tc>
          <w:tcPr>
            <w:tcW w:w="564" w:type="dxa"/>
            <w:tcMar>
              <w:top w:w="20" w:type="dxa"/>
              <w:left w:w="50" w:type="dxa"/>
              <w:bottom w:w="20" w:type="dxa"/>
              <w:right w:w="50" w:type="dxa"/>
            </w:tcMar>
          </w:tcPr>
          <w:p w14:paraId="5A90E843" w14:textId="77777777" w:rsidR="00292F36" w:rsidRDefault="00000000">
            <w:r>
              <w:rPr>
                <w:sz w:val="12"/>
              </w:rPr>
              <w:t>0.20754717</w:t>
            </w:r>
          </w:p>
        </w:tc>
        <w:tc>
          <w:tcPr>
            <w:tcW w:w="564" w:type="dxa"/>
            <w:tcMar>
              <w:top w:w="20" w:type="dxa"/>
              <w:left w:w="50" w:type="dxa"/>
              <w:bottom w:w="20" w:type="dxa"/>
              <w:right w:w="50" w:type="dxa"/>
            </w:tcMar>
          </w:tcPr>
          <w:p w14:paraId="042B358D" w14:textId="77777777" w:rsidR="00292F36" w:rsidRDefault="00000000">
            <w:r>
              <w:rPr>
                <w:sz w:val="12"/>
              </w:rPr>
              <w:t>0</w:t>
            </w:r>
          </w:p>
        </w:tc>
        <w:tc>
          <w:tcPr>
            <w:tcW w:w="564" w:type="dxa"/>
            <w:tcMar>
              <w:top w:w="20" w:type="dxa"/>
              <w:left w:w="50" w:type="dxa"/>
              <w:bottom w:w="20" w:type="dxa"/>
              <w:right w:w="50" w:type="dxa"/>
            </w:tcMar>
          </w:tcPr>
          <w:p w14:paraId="08B20239" w14:textId="77777777" w:rsidR="00292F36" w:rsidRDefault="00000000">
            <w:r>
              <w:rPr>
                <w:sz w:val="12"/>
              </w:rPr>
              <w:t>0.03144654</w:t>
            </w:r>
          </w:p>
        </w:tc>
        <w:tc>
          <w:tcPr>
            <w:tcW w:w="564" w:type="dxa"/>
            <w:tcMar>
              <w:top w:w="20" w:type="dxa"/>
              <w:left w:w="50" w:type="dxa"/>
              <w:bottom w:w="20" w:type="dxa"/>
              <w:right w:w="50" w:type="dxa"/>
            </w:tcMar>
          </w:tcPr>
          <w:p w14:paraId="300BE753" w14:textId="77777777" w:rsidR="00292F36" w:rsidRDefault="00000000">
            <w:r>
              <w:rPr>
                <w:sz w:val="12"/>
              </w:rPr>
              <w:t>0.4591195</w:t>
            </w:r>
          </w:p>
        </w:tc>
      </w:tr>
      <w:tr w:rsidR="00292F36" w14:paraId="68B54503" w14:textId="77777777">
        <w:tc>
          <w:tcPr>
            <w:tcW w:w="564" w:type="dxa"/>
            <w:tcMar>
              <w:top w:w="20" w:type="dxa"/>
              <w:left w:w="50" w:type="dxa"/>
              <w:bottom w:w="20" w:type="dxa"/>
              <w:right w:w="50" w:type="dxa"/>
            </w:tcMar>
          </w:tcPr>
          <w:p w14:paraId="0FA30B61" w14:textId="77777777" w:rsidR="00292F36" w:rsidRDefault="00000000">
            <w:r>
              <w:rPr>
                <w:sz w:val="12"/>
              </w:rPr>
              <w:t>2018_campo_kennedy_campo_kennedy_shallow_3</w:t>
            </w:r>
          </w:p>
        </w:tc>
        <w:tc>
          <w:tcPr>
            <w:tcW w:w="564" w:type="dxa"/>
            <w:tcMar>
              <w:top w:w="20" w:type="dxa"/>
              <w:left w:w="50" w:type="dxa"/>
              <w:bottom w:w="20" w:type="dxa"/>
              <w:right w:w="50" w:type="dxa"/>
            </w:tcMar>
          </w:tcPr>
          <w:p w14:paraId="7CF84EE4" w14:textId="77777777" w:rsidR="00292F36" w:rsidRDefault="00000000">
            <w:r>
              <w:rPr>
                <w:sz w:val="12"/>
              </w:rPr>
              <w:t>0.08202552</w:t>
            </w:r>
          </w:p>
        </w:tc>
        <w:tc>
          <w:tcPr>
            <w:tcW w:w="564" w:type="dxa"/>
            <w:tcMar>
              <w:top w:w="20" w:type="dxa"/>
              <w:left w:w="50" w:type="dxa"/>
              <w:bottom w:w="20" w:type="dxa"/>
              <w:right w:w="50" w:type="dxa"/>
            </w:tcMar>
          </w:tcPr>
          <w:p w14:paraId="5CF78C0B" w14:textId="77777777" w:rsidR="00292F36" w:rsidRDefault="00000000">
            <w:r>
              <w:rPr>
                <w:sz w:val="12"/>
              </w:rPr>
              <w:t>0.44730213</w:t>
            </w:r>
          </w:p>
        </w:tc>
        <w:tc>
          <w:tcPr>
            <w:tcW w:w="564" w:type="dxa"/>
            <w:tcMar>
              <w:top w:w="20" w:type="dxa"/>
              <w:left w:w="50" w:type="dxa"/>
              <w:bottom w:w="20" w:type="dxa"/>
              <w:right w:w="50" w:type="dxa"/>
            </w:tcMar>
          </w:tcPr>
          <w:p w14:paraId="1FC46E92" w14:textId="77777777" w:rsidR="00292F36" w:rsidRDefault="00000000">
            <w:r>
              <w:rPr>
                <w:sz w:val="12"/>
              </w:rPr>
              <w:t>2018</w:t>
            </w:r>
          </w:p>
        </w:tc>
        <w:tc>
          <w:tcPr>
            <w:tcW w:w="564" w:type="dxa"/>
            <w:tcMar>
              <w:top w:w="20" w:type="dxa"/>
              <w:left w:w="50" w:type="dxa"/>
              <w:bottom w:w="20" w:type="dxa"/>
              <w:right w:w="50" w:type="dxa"/>
            </w:tcMar>
          </w:tcPr>
          <w:p w14:paraId="4DD29215" w14:textId="77777777" w:rsidR="00292F36" w:rsidRDefault="00000000">
            <w:r>
              <w:rPr>
                <w:sz w:val="12"/>
              </w:rPr>
              <w:t>ensenada</w:t>
            </w:r>
          </w:p>
        </w:tc>
        <w:tc>
          <w:tcPr>
            <w:tcW w:w="564" w:type="dxa"/>
            <w:tcMar>
              <w:top w:w="20" w:type="dxa"/>
              <w:left w:w="50" w:type="dxa"/>
              <w:bottom w:w="20" w:type="dxa"/>
              <w:right w:w="50" w:type="dxa"/>
            </w:tcMar>
          </w:tcPr>
          <w:p w14:paraId="223B0E91" w14:textId="77777777" w:rsidR="00292F36" w:rsidRDefault="00000000">
            <w:r>
              <w:rPr>
                <w:sz w:val="12"/>
              </w:rPr>
              <w:t>North</w:t>
            </w:r>
          </w:p>
        </w:tc>
        <w:tc>
          <w:tcPr>
            <w:tcW w:w="564" w:type="dxa"/>
            <w:tcMar>
              <w:top w:w="20" w:type="dxa"/>
              <w:left w:w="50" w:type="dxa"/>
              <w:bottom w:w="20" w:type="dxa"/>
              <w:right w:w="50" w:type="dxa"/>
            </w:tcMar>
          </w:tcPr>
          <w:p w14:paraId="4EAA8979" w14:textId="77777777" w:rsidR="00292F36" w:rsidRDefault="00000000">
            <w:r>
              <w:rPr>
                <w:sz w:val="12"/>
              </w:rPr>
              <w:t>campo_kennedy</w:t>
            </w:r>
          </w:p>
        </w:tc>
        <w:tc>
          <w:tcPr>
            <w:tcW w:w="564" w:type="dxa"/>
            <w:tcMar>
              <w:top w:w="20" w:type="dxa"/>
              <w:left w:w="50" w:type="dxa"/>
              <w:bottom w:w="20" w:type="dxa"/>
              <w:right w:w="50" w:type="dxa"/>
            </w:tcMar>
          </w:tcPr>
          <w:p w14:paraId="7F68B4A7" w14:textId="77777777" w:rsidR="00292F36" w:rsidRDefault="00000000">
            <w:r>
              <w:rPr>
                <w:sz w:val="12"/>
              </w:rPr>
              <w:t>campo_kennedy_shallow</w:t>
            </w:r>
          </w:p>
        </w:tc>
        <w:tc>
          <w:tcPr>
            <w:tcW w:w="564" w:type="dxa"/>
            <w:tcMar>
              <w:top w:w="20" w:type="dxa"/>
              <w:left w:w="50" w:type="dxa"/>
              <w:bottom w:w="20" w:type="dxa"/>
              <w:right w:w="50" w:type="dxa"/>
            </w:tcMar>
          </w:tcPr>
          <w:p w14:paraId="6EE778BB" w14:textId="77777777" w:rsidR="00292F36" w:rsidRDefault="00000000">
            <w:r>
              <w:rPr>
                <w:sz w:val="12"/>
              </w:rPr>
              <w:t>7.2</w:t>
            </w:r>
          </w:p>
        </w:tc>
        <w:tc>
          <w:tcPr>
            <w:tcW w:w="564" w:type="dxa"/>
            <w:tcMar>
              <w:top w:w="20" w:type="dxa"/>
              <w:left w:w="50" w:type="dxa"/>
              <w:bottom w:w="20" w:type="dxa"/>
              <w:right w:w="50" w:type="dxa"/>
            </w:tcMar>
          </w:tcPr>
          <w:p w14:paraId="410F86C2" w14:textId="77777777" w:rsidR="00292F36" w:rsidRDefault="00000000">
            <w:r>
              <w:rPr>
                <w:sz w:val="12"/>
              </w:rPr>
              <w:t>16.6900005</w:t>
            </w:r>
          </w:p>
        </w:tc>
        <w:tc>
          <w:tcPr>
            <w:tcW w:w="564" w:type="dxa"/>
            <w:tcMar>
              <w:top w:w="20" w:type="dxa"/>
              <w:left w:w="50" w:type="dxa"/>
              <w:bottom w:w="20" w:type="dxa"/>
              <w:right w:w="50" w:type="dxa"/>
            </w:tcMar>
          </w:tcPr>
          <w:p w14:paraId="0BB19ED1" w14:textId="77777777" w:rsidR="00292F36" w:rsidRDefault="00000000">
            <w:r>
              <w:rPr>
                <w:sz w:val="12"/>
              </w:rPr>
              <w:t>0.22269689</w:t>
            </w:r>
          </w:p>
        </w:tc>
        <w:tc>
          <w:tcPr>
            <w:tcW w:w="564" w:type="dxa"/>
            <w:tcMar>
              <w:top w:w="20" w:type="dxa"/>
              <w:left w:w="50" w:type="dxa"/>
              <w:bottom w:w="20" w:type="dxa"/>
              <w:right w:w="50" w:type="dxa"/>
            </w:tcMar>
          </w:tcPr>
          <w:p w14:paraId="38265F57" w14:textId="77777777" w:rsidR="00292F36" w:rsidRDefault="00000000">
            <w:r>
              <w:rPr>
                <w:sz w:val="12"/>
              </w:rPr>
              <w:t>0.27272727</w:t>
            </w:r>
          </w:p>
        </w:tc>
        <w:tc>
          <w:tcPr>
            <w:tcW w:w="564" w:type="dxa"/>
            <w:tcMar>
              <w:top w:w="20" w:type="dxa"/>
              <w:left w:w="50" w:type="dxa"/>
              <w:bottom w:w="20" w:type="dxa"/>
              <w:right w:w="50" w:type="dxa"/>
            </w:tcMar>
          </w:tcPr>
          <w:p w14:paraId="332454EA" w14:textId="77777777" w:rsidR="00292F36" w:rsidRDefault="00000000">
            <w:r>
              <w:rPr>
                <w:sz w:val="12"/>
              </w:rPr>
              <w:t>0</w:t>
            </w:r>
          </w:p>
        </w:tc>
        <w:tc>
          <w:tcPr>
            <w:tcW w:w="564" w:type="dxa"/>
            <w:tcMar>
              <w:top w:w="20" w:type="dxa"/>
              <w:left w:w="50" w:type="dxa"/>
              <w:bottom w:w="20" w:type="dxa"/>
              <w:right w:w="50" w:type="dxa"/>
            </w:tcMar>
          </w:tcPr>
          <w:p w14:paraId="13DA535A" w14:textId="77777777" w:rsidR="00292F36" w:rsidRDefault="00000000">
            <w:r>
              <w:rPr>
                <w:sz w:val="12"/>
              </w:rPr>
              <w:t>0</w:t>
            </w:r>
          </w:p>
        </w:tc>
        <w:tc>
          <w:tcPr>
            <w:tcW w:w="564" w:type="dxa"/>
            <w:tcMar>
              <w:top w:w="20" w:type="dxa"/>
              <w:left w:w="50" w:type="dxa"/>
              <w:bottom w:w="20" w:type="dxa"/>
              <w:right w:w="50" w:type="dxa"/>
            </w:tcMar>
          </w:tcPr>
          <w:p w14:paraId="39BC5BF8" w14:textId="77777777" w:rsidR="00292F36" w:rsidRDefault="00000000">
            <w:r>
              <w:rPr>
                <w:sz w:val="12"/>
              </w:rPr>
              <w:t>0.72727273</w:t>
            </w:r>
          </w:p>
        </w:tc>
        <w:tc>
          <w:tcPr>
            <w:tcW w:w="564" w:type="dxa"/>
            <w:tcMar>
              <w:top w:w="20" w:type="dxa"/>
              <w:left w:w="50" w:type="dxa"/>
              <w:bottom w:w="20" w:type="dxa"/>
              <w:right w:w="50" w:type="dxa"/>
            </w:tcMar>
          </w:tcPr>
          <w:p w14:paraId="0A20FC62" w14:textId="77777777" w:rsidR="00292F36" w:rsidRDefault="00000000">
            <w:r>
              <w:rPr>
                <w:sz w:val="12"/>
              </w:rPr>
              <w:t>0</w:t>
            </w:r>
          </w:p>
        </w:tc>
        <w:tc>
          <w:tcPr>
            <w:tcW w:w="564" w:type="dxa"/>
            <w:tcMar>
              <w:top w:w="20" w:type="dxa"/>
              <w:left w:w="50" w:type="dxa"/>
              <w:bottom w:w="20" w:type="dxa"/>
              <w:right w:w="50" w:type="dxa"/>
            </w:tcMar>
          </w:tcPr>
          <w:p w14:paraId="2E7EF36D" w14:textId="77777777" w:rsidR="00292F36" w:rsidRDefault="00000000">
            <w:r>
              <w:rPr>
                <w:sz w:val="12"/>
              </w:rPr>
              <w:t>0</w:t>
            </w:r>
          </w:p>
        </w:tc>
        <w:tc>
          <w:tcPr>
            <w:tcW w:w="564" w:type="dxa"/>
            <w:tcMar>
              <w:top w:w="20" w:type="dxa"/>
              <w:left w:w="50" w:type="dxa"/>
              <w:bottom w:w="20" w:type="dxa"/>
              <w:right w:w="50" w:type="dxa"/>
            </w:tcMar>
          </w:tcPr>
          <w:p w14:paraId="574D5C6F" w14:textId="77777777" w:rsidR="00292F36" w:rsidRDefault="00000000">
            <w:r>
              <w:rPr>
                <w:sz w:val="12"/>
              </w:rPr>
              <w:t>0</w:t>
            </w:r>
          </w:p>
        </w:tc>
        <w:tc>
          <w:tcPr>
            <w:tcW w:w="564" w:type="dxa"/>
            <w:tcMar>
              <w:top w:w="20" w:type="dxa"/>
              <w:left w:w="50" w:type="dxa"/>
              <w:bottom w:w="20" w:type="dxa"/>
              <w:right w:w="50" w:type="dxa"/>
            </w:tcMar>
          </w:tcPr>
          <w:p w14:paraId="4DE0053C" w14:textId="77777777" w:rsidR="00292F36" w:rsidRDefault="00000000">
            <w:r>
              <w:rPr>
                <w:sz w:val="12"/>
              </w:rPr>
              <w:t>0</w:t>
            </w:r>
          </w:p>
        </w:tc>
        <w:tc>
          <w:tcPr>
            <w:tcW w:w="564" w:type="dxa"/>
            <w:tcMar>
              <w:top w:w="20" w:type="dxa"/>
              <w:left w:w="50" w:type="dxa"/>
              <w:bottom w:w="20" w:type="dxa"/>
              <w:right w:w="50" w:type="dxa"/>
            </w:tcMar>
          </w:tcPr>
          <w:p w14:paraId="2635B2C1" w14:textId="77777777" w:rsidR="00292F36" w:rsidRDefault="00000000">
            <w:r>
              <w:rPr>
                <w:sz w:val="12"/>
              </w:rPr>
              <w:t>0.08333333</w:t>
            </w:r>
          </w:p>
        </w:tc>
        <w:tc>
          <w:tcPr>
            <w:tcW w:w="564" w:type="dxa"/>
            <w:tcMar>
              <w:top w:w="20" w:type="dxa"/>
              <w:left w:w="50" w:type="dxa"/>
              <w:bottom w:w="20" w:type="dxa"/>
              <w:right w:w="50" w:type="dxa"/>
            </w:tcMar>
          </w:tcPr>
          <w:p w14:paraId="7517556D" w14:textId="77777777" w:rsidR="00292F36" w:rsidRDefault="00000000">
            <w:r>
              <w:rPr>
                <w:sz w:val="12"/>
              </w:rPr>
              <w:t>0.54166667</w:t>
            </w:r>
          </w:p>
        </w:tc>
        <w:tc>
          <w:tcPr>
            <w:tcW w:w="564" w:type="dxa"/>
            <w:tcMar>
              <w:top w:w="20" w:type="dxa"/>
              <w:left w:w="50" w:type="dxa"/>
              <w:bottom w:w="20" w:type="dxa"/>
              <w:right w:w="50" w:type="dxa"/>
            </w:tcMar>
          </w:tcPr>
          <w:p w14:paraId="1B352319" w14:textId="77777777" w:rsidR="00292F36" w:rsidRDefault="00000000">
            <w:r>
              <w:rPr>
                <w:sz w:val="12"/>
              </w:rPr>
              <w:t>0.25</w:t>
            </w:r>
          </w:p>
        </w:tc>
        <w:tc>
          <w:tcPr>
            <w:tcW w:w="564" w:type="dxa"/>
            <w:tcMar>
              <w:top w:w="20" w:type="dxa"/>
              <w:left w:w="50" w:type="dxa"/>
              <w:bottom w:w="20" w:type="dxa"/>
              <w:right w:w="50" w:type="dxa"/>
            </w:tcMar>
          </w:tcPr>
          <w:p w14:paraId="60902A28" w14:textId="77777777" w:rsidR="00292F36" w:rsidRDefault="00000000">
            <w:r>
              <w:rPr>
                <w:sz w:val="12"/>
              </w:rPr>
              <w:t>0</w:t>
            </w:r>
          </w:p>
        </w:tc>
        <w:tc>
          <w:tcPr>
            <w:tcW w:w="564" w:type="dxa"/>
            <w:tcMar>
              <w:top w:w="20" w:type="dxa"/>
              <w:left w:w="50" w:type="dxa"/>
              <w:bottom w:w="20" w:type="dxa"/>
              <w:right w:w="50" w:type="dxa"/>
            </w:tcMar>
          </w:tcPr>
          <w:p w14:paraId="15AE2397" w14:textId="77777777" w:rsidR="00292F36" w:rsidRDefault="00000000">
            <w:r>
              <w:rPr>
                <w:sz w:val="12"/>
              </w:rPr>
              <w:t>0.08333333</w:t>
            </w:r>
          </w:p>
        </w:tc>
        <w:tc>
          <w:tcPr>
            <w:tcW w:w="564" w:type="dxa"/>
            <w:tcMar>
              <w:top w:w="20" w:type="dxa"/>
              <w:left w:w="50" w:type="dxa"/>
              <w:bottom w:w="20" w:type="dxa"/>
              <w:right w:w="50" w:type="dxa"/>
            </w:tcMar>
          </w:tcPr>
          <w:p w14:paraId="54981047" w14:textId="77777777" w:rsidR="00292F36" w:rsidRDefault="00000000">
            <w:r>
              <w:rPr>
                <w:sz w:val="12"/>
              </w:rPr>
              <w:t>0.04166667</w:t>
            </w:r>
          </w:p>
        </w:tc>
      </w:tr>
      <w:tr w:rsidR="00292F36" w14:paraId="4A4ED63D" w14:textId="77777777">
        <w:tc>
          <w:tcPr>
            <w:tcW w:w="564" w:type="dxa"/>
            <w:tcMar>
              <w:top w:w="20" w:type="dxa"/>
              <w:left w:w="50" w:type="dxa"/>
              <w:bottom w:w="20" w:type="dxa"/>
              <w:right w:w="50" w:type="dxa"/>
            </w:tcMar>
          </w:tcPr>
          <w:p w14:paraId="0D258066" w14:textId="77777777" w:rsidR="00292F36" w:rsidRDefault="00000000">
            <w:r>
              <w:rPr>
                <w:sz w:val="12"/>
              </w:rPr>
              <w:t>2018_gavilanes_gavilanes_deep_1</w:t>
            </w:r>
          </w:p>
        </w:tc>
        <w:tc>
          <w:tcPr>
            <w:tcW w:w="564" w:type="dxa"/>
            <w:tcMar>
              <w:top w:w="20" w:type="dxa"/>
              <w:left w:w="50" w:type="dxa"/>
              <w:bottom w:w="20" w:type="dxa"/>
              <w:right w:w="50" w:type="dxa"/>
            </w:tcMar>
          </w:tcPr>
          <w:p w14:paraId="72BB89A4" w14:textId="77777777" w:rsidR="00292F36" w:rsidRDefault="00000000">
            <w:r>
              <w:rPr>
                <w:sz w:val="12"/>
              </w:rPr>
              <w:t>-0.5494444</w:t>
            </w:r>
          </w:p>
        </w:tc>
        <w:tc>
          <w:tcPr>
            <w:tcW w:w="564" w:type="dxa"/>
            <w:tcMar>
              <w:top w:w="20" w:type="dxa"/>
              <w:left w:w="50" w:type="dxa"/>
              <w:bottom w:w="20" w:type="dxa"/>
              <w:right w:w="50" w:type="dxa"/>
            </w:tcMar>
          </w:tcPr>
          <w:p w14:paraId="1F9C4873" w14:textId="77777777" w:rsidR="00292F36" w:rsidRDefault="00000000">
            <w:r>
              <w:rPr>
                <w:sz w:val="12"/>
              </w:rPr>
              <w:t>-0.2360308</w:t>
            </w:r>
          </w:p>
        </w:tc>
        <w:tc>
          <w:tcPr>
            <w:tcW w:w="564" w:type="dxa"/>
            <w:tcMar>
              <w:top w:w="20" w:type="dxa"/>
              <w:left w:w="50" w:type="dxa"/>
              <w:bottom w:w="20" w:type="dxa"/>
              <w:right w:w="50" w:type="dxa"/>
            </w:tcMar>
          </w:tcPr>
          <w:p w14:paraId="49941E99" w14:textId="77777777" w:rsidR="00292F36" w:rsidRDefault="00000000">
            <w:r>
              <w:rPr>
                <w:sz w:val="12"/>
              </w:rPr>
              <w:t>2018</w:t>
            </w:r>
          </w:p>
        </w:tc>
        <w:tc>
          <w:tcPr>
            <w:tcW w:w="564" w:type="dxa"/>
            <w:tcMar>
              <w:top w:w="20" w:type="dxa"/>
              <w:left w:w="50" w:type="dxa"/>
              <w:bottom w:w="20" w:type="dxa"/>
              <w:right w:w="50" w:type="dxa"/>
            </w:tcMar>
          </w:tcPr>
          <w:p w14:paraId="52669D9C" w14:textId="77777777" w:rsidR="00292F36" w:rsidRDefault="00000000">
            <w:r>
              <w:rPr>
                <w:sz w:val="12"/>
              </w:rPr>
              <w:t>punta_eugenia</w:t>
            </w:r>
          </w:p>
        </w:tc>
        <w:tc>
          <w:tcPr>
            <w:tcW w:w="564" w:type="dxa"/>
            <w:tcMar>
              <w:top w:w="20" w:type="dxa"/>
              <w:left w:w="50" w:type="dxa"/>
              <w:bottom w:w="20" w:type="dxa"/>
              <w:right w:w="50" w:type="dxa"/>
            </w:tcMar>
          </w:tcPr>
          <w:p w14:paraId="45B95532" w14:textId="77777777" w:rsidR="00292F36" w:rsidRDefault="00000000">
            <w:r>
              <w:rPr>
                <w:sz w:val="12"/>
              </w:rPr>
              <w:t>South</w:t>
            </w:r>
          </w:p>
        </w:tc>
        <w:tc>
          <w:tcPr>
            <w:tcW w:w="564" w:type="dxa"/>
            <w:tcMar>
              <w:top w:w="20" w:type="dxa"/>
              <w:left w:w="50" w:type="dxa"/>
              <w:bottom w:w="20" w:type="dxa"/>
              <w:right w:w="50" w:type="dxa"/>
            </w:tcMar>
          </w:tcPr>
          <w:p w14:paraId="72062BBD" w14:textId="77777777" w:rsidR="00292F36" w:rsidRDefault="00000000">
            <w:r>
              <w:rPr>
                <w:sz w:val="12"/>
              </w:rPr>
              <w:t>gavilanes</w:t>
            </w:r>
          </w:p>
        </w:tc>
        <w:tc>
          <w:tcPr>
            <w:tcW w:w="564" w:type="dxa"/>
            <w:tcMar>
              <w:top w:w="20" w:type="dxa"/>
              <w:left w:w="50" w:type="dxa"/>
              <w:bottom w:w="20" w:type="dxa"/>
              <w:right w:w="50" w:type="dxa"/>
            </w:tcMar>
          </w:tcPr>
          <w:p w14:paraId="71C8E3EC" w14:textId="77777777" w:rsidR="00292F36" w:rsidRDefault="00000000">
            <w:r>
              <w:rPr>
                <w:sz w:val="12"/>
              </w:rPr>
              <w:t>gavilanes_deep</w:t>
            </w:r>
          </w:p>
        </w:tc>
        <w:tc>
          <w:tcPr>
            <w:tcW w:w="564" w:type="dxa"/>
            <w:tcMar>
              <w:top w:w="20" w:type="dxa"/>
              <w:left w:w="50" w:type="dxa"/>
              <w:bottom w:w="20" w:type="dxa"/>
              <w:right w:w="50" w:type="dxa"/>
            </w:tcMar>
          </w:tcPr>
          <w:p w14:paraId="42DCD516" w14:textId="77777777" w:rsidR="00292F36" w:rsidRDefault="00000000">
            <w:r>
              <w:rPr>
                <w:sz w:val="12"/>
              </w:rPr>
              <w:t>16</w:t>
            </w:r>
          </w:p>
        </w:tc>
        <w:tc>
          <w:tcPr>
            <w:tcW w:w="564" w:type="dxa"/>
            <w:tcMar>
              <w:top w:w="20" w:type="dxa"/>
              <w:left w:w="50" w:type="dxa"/>
              <w:bottom w:w="20" w:type="dxa"/>
              <w:right w:w="50" w:type="dxa"/>
            </w:tcMar>
          </w:tcPr>
          <w:p w14:paraId="2CE78CAD" w14:textId="77777777" w:rsidR="00292F36" w:rsidRDefault="00000000">
            <w:r>
              <w:rPr>
                <w:sz w:val="12"/>
              </w:rPr>
              <w:t>18.0900002</w:t>
            </w:r>
          </w:p>
        </w:tc>
        <w:tc>
          <w:tcPr>
            <w:tcW w:w="564" w:type="dxa"/>
            <w:tcMar>
              <w:top w:w="20" w:type="dxa"/>
              <w:left w:w="50" w:type="dxa"/>
              <w:bottom w:w="20" w:type="dxa"/>
              <w:right w:w="50" w:type="dxa"/>
            </w:tcMar>
          </w:tcPr>
          <w:p w14:paraId="4A0CA0F7" w14:textId="77777777" w:rsidR="00292F36" w:rsidRDefault="00000000">
            <w:r>
              <w:rPr>
                <w:sz w:val="12"/>
              </w:rPr>
              <w:t>3.36129881</w:t>
            </w:r>
          </w:p>
        </w:tc>
        <w:tc>
          <w:tcPr>
            <w:tcW w:w="564" w:type="dxa"/>
            <w:tcMar>
              <w:top w:w="20" w:type="dxa"/>
              <w:left w:w="50" w:type="dxa"/>
              <w:bottom w:w="20" w:type="dxa"/>
              <w:right w:w="50" w:type="dxa"/>
            </w:tcMar>
          </w:tcPr>
          <w:p w14:paraId="6187EE95" w14:textId="77777777" w:rsidR="00292F36" w:rsidRDefault="00000000">
            <w:r>
              <w:rPr>
                <w:sz w:val="12"/>
              </w:rPr>
              <w:t>0.9921875</w:t>
            </w:r>
          </w:p>
        </w:tc>
        <w:tc>
          <w:tcPr>
            <w:tcW w:w="564" w:type="dxa"/>
            <w:tcMar>
              <w:top w:w="20" w:type="dxa"/>
              <w:left w:w="50" w:type="dxa"/>
              <w:bottom w:w="20" w:type="dxa"/>
              <w:right w:w="50" w:type="dxa"/>
            </w:tcMar>
          </w:tcPr>
          <w:p w14:paraId="36D8B594" w14:textId="77777777" w:rsidR="00292F36" w:rsidRDefault="00000000">
            <w:r>
              <w:rPr>
                <w:sz w:val="12"/>
              </w:rPr>
              <w:t>0</w:t>
            </w:r>
          </w:p>
        </w:tc>
        <w:tc>
          <w:tcPr>
            <w:tcW w:w="564" w:type="dxa"/>
            <w:tcMar>
              <w:top w:w="20" w:type="dxa"/>
              <w:left w:w="50" w:type="dxa"/>
              <w:bottom w:w="20" w:type="dxa"/>
              <w:right w:w="50" w:type="dxa"/>
            </w:tcMar>
          </w:tcPr>
          <w:p w14:paraId="32BAB460" w14:textId="77777777" w:rsidR="00292F36" w:rsidRDefault="00000000">
            <w:r>
              <w:rPr>
                <w:sz w:val="12"/>
              </w:rPr>
              <w:t>0.0078125</w:t>
            </w:r>
          </w:p>
        </w:tc>
        <w:tc>
          <w:tcPr>
            <w:tcW w:w="564" w:type="dxa"/>
            <w:tcMar>
              <w:top w:w="20" w:type="dxa"/>
              <w:left w:w="50" w:type="dxa"/>
              <w:bottom w:w="20" w:type="dxa"/>
              <w:right w:w="50" w:type="dxa"/>
            </w:tcMar>
          </w:tcPr>
          <w:p w14:paraId="3FA696E6" w14:textId="77777777" w:rsidR="00292F36" w:rsidRDefault="00000000">
            <w:r>
              <w:rPr>
                <w:sz w:val="12"/>
              </w:rPr>
              <w:t>0</w:t>
            </w:r>
          </w:p>
        </w:tc>
        <w:tc>
          <w:tcPr>
            <w:tcW w:w="564" w:type="dxa"/>
            <w:tcMar>
              <w:top w:w="20" w:type="dxa"/>
              <w:left w:w="50" w:type="dxa"/>
              <w:bottom w:w="20" w:type="dxa"/>
              <w:right w:w="50" w:type="dxa"/>
            </w:tcMar>
          </w:tcPr>
          <w:p w14:paraId="74F7CF17" w14:textId="77777777" w:rsidR="00292F36" w:rsidRDefault="00000000">
            <w:r>
              <w:rPr>
                <w:sz w:val="12"/>
              </w:rPr>
              <w:t>0</w:t>
            </w:r>
          </w:p>
        </w:tc>
        <w:tc>
          <w:tcPr>
            <w:tcW w:w="564" w:type="dxa"/>
            <w:tcMar>
              <w:top w:w="20" w:type="dxa"/>
              <w:left w:w="50" w:type="dxa"/>
              <w:bottom w:w="20" w:type="dxa"/>
              <w:right w:w="50" w:type="dxa"/>
            </w:tcMar>
          </w:tcPr>
          <w:p w14:paraId="61D0A7E1" w14:textId="77777777" w:rsidR="00292F36" w:rsidRDefault="00000000">
            <w:r>
              <w:rPr>
                <w:sz w:val="12"/>
              </w:rPr>
              <w:t>0</w:t>
            </w:r>
          </w:p>
        </w:tc>
        <w:tc>
          <w:tcPr>
            <w:tcW w:w="564" w:type="dxa"/>
            <w:tcMar>
              <w:top w:w="20" w:type="dxa"/>
              <w:left w:w="50" w:type="dxa"/>
              <w:bottom w:w="20" w:type="dxa"/>
              <w:right w:w="50" w:type="dxa"/>
            </w:tcMar>
          </w:tcPr>
          <w:p w14:paraId="1CC54C9D" w14:textId="77777777" w:rsidR="00292F36" w:rsidRDefault="00000000">
            <w:r>
              <w:rPr>
                <w:sz w:val="12"/>
              </w:rPr>
              <w:t>0</w:t>
            </w:r>
          </w:p>
        </w:tc>
        <w:tc>
          <w:tcPr>
            <w:tcW w:w="564" w:type="dxa"/>
            <w:tcMar>
              <w:top w:w="20" w:type="dxa"/>
              <w:left w:w="50" w:type="dxa"/>
              <w:bottom w:w="20" w:type="dxa"/>
              <w:right w:w="50" w:type="dxa"/>
            </w:tcMar>
          </w:tcPr>
          <w:p w14:paraId="5818EFC3" w14:textId="77777777" w:rsidR="00292F36" w:rsidRDefault="00000000">
            <w:r>
              <w:rPr>
                <w:sz w:val="12"/>
              </w:rPr>
              <w:t>0</w:t>
            </w:r>
          </w:p>
        </w:tc>
        <w:tc>
          <w:tcPr>
            <w:tcW w:w="564" w:type="dxa"/>
            <w:tcMar>
              <w:top w:w="20" w:type="dxa"/>
              <w:left w:w="50" w:type="dxa"/>
              <w:bottom w:w="20" w:type="dxa"/>
              <w:right w:w="50" w:type="dxa"/>
            </w:tcMar>
          </w:tcPr>
          <w:p w14:paraId="4FB2E5AE" w14:textId="77777777" w:rsidR="00292F36" w:rsidRDefault="00000000">
            <w:r>
              <w:rPr>
                <w:sz w:val="12"/>
              </w:rPr>
              <w:t>0.24509804</w:t>
            </w:r>
          </w:p>
        </w:tc>
        <w:tc>
          <w:tcPr>
            <w:tcW w:w="564" w:type="dxa"/>
            <w:tcMar>
              <w:top w:w="20" w:type="dxa"/>
              <w:left w:w="50" w:type="dxa"/>
              <w:bottom w:w="20" w:type="dxa"/>
              <w:right w:w="50" w:type="dxa"/>
            </w:tcMar>
          </w:tcPr>
          <w:p w14:paraId="1D2215E3" w14:textId="77777777" w:rsidR="00292F36" w:rsidRDefault="00000000">
            <w:r>
              <w:rPr>
                <w:sz w:val="12"/>
              </w:rPr>
              <w:t>0.54901961</w:t>
            </w:r>
          </w:p>
        </w:tc>
        <w:tc>
          <w:tcPr>
            <w:tcW w:w="564" w:type="dxa"/>
            <w:tcMar>
              <w:top w:w="20" w:type="dxa"/>
              <w:left w:w="50" w:type="dxa"/>
              <w:bottom w:w="20" w:type="dxa"/>
              <w:right w:w="50" w:type="dxa"/>
            </w:tcMar>
          </w:tcPr>
          <w:p w14:paraId="3FAE587E" w14:textId="77777777" w:rsidR="00292F36" w:rsidRDefault="00000000">
            <w:r>
              <w:rPr>
                <w:sz w:val="12"/>
              </w:rPr>
              <w:t>0.05882353</w:t>
            </w:r>
          </w:p>
        </w:tc>
        <w:tc>
          <w:tcPr>
            <w:tcW w:w="564" w:type="dxa"/>
            <w:tcMar>
              <w:top w:w="20" w:type="dxa"/>
              <w:left w:w="50" w:type="dxa"/>
              <w:bottom w:w="20" w:type="dxa"/>
              <w:right w:w="50" w:type="dxa"/>
            </w:tcMar>
          </w:tcPr>
          <w:p w14:paraId="1E85A800" w14:textId="77777777" w:rsidR="00292F36" w:rsidRDefault="00000000">
            <w:r>
              <w:rPr>
                <w:sz w:val="12"/>
              </w:rPr>
              <w:t>0.08823529</w:t>
            </w:r>
          </w:p>
        </w:tc>
        <w:tc>
          <w:tcPr>
            <w:tcW w:w="564" w:type="dxa"/>
            <w:tcMar>
              <w:top w:w="20" w:type="dxa"/>
              <w:left w:w="50" w:type="dxa"/>
              <w:bottom w:w="20" w:type="dxa"/>
              <w:right w:w="50" w:type="dxa"/>
            </w:tcMar>
          </w:tcPr>
          <w:p w14:paraId="088AD3C2" w14:textId="77777777" w:rsidR="00292F36" w:rsidRDefault="00000000">
            <w:r>
              <w:rPr>
                <w:sz w:val="12"/>
              </w:rPr>
              <w:t>0.05882353</w:t>
            </w:r>
          </w:p>
        </w:tc>
        <w:tc>
          <w:tcPr>
            <w:tcW w:w="564" w:type="dxa"/>
            <w:tcMar>
              <w:top w:w="20" w:type="dxa"/>
              <w:left w:w="50" w:type="dxa"/>
              <w:bottom w:w="20" w:type="dxa"/>
              <w:right w:w="50" w:type="dxa"/>
            </w:tcMar>
          </w:tcPr>
          <w:p w14:paraId="50EA5F17" w14:textId="77777777" w:rsidR="00292F36" w:rsidRDefault="00000000">
            <w:r>
              <w:rPr>
                <w:sz w:val="12"/>
              </w:rPr>
              <w:t>0</w:t>
            </w:r>
          </w:p>
        </w:tc>
      </w:tr>
      <w:tr w:rsidR="00292F36" w14:paraId="23533821" w14:textId="77777777">
        <w:tc>
          <w:tcPr>
            <w:tcW w:w="564" w:type="dxa"/>
            <w:tcMar>
              <w:top w:w="20" w:type="dxa"/>
              <w:left w:w="50" w:type="dxa"/>
              <w:bottom w:w="20" w:type="dxa"/>
              <w:right w:w="50" w:type="dxa"/>
            </w:tcMar>
          </w:tcPr>
          <w:p w14:paraId="4D7DB6AE" w14:textId="77777777" w:rsidR="00292F36" w:rsidRDefault="00000000">
            <w:r>
              <w:rPr>
                <w:sz w:val="12"/>
              </w:rPr>
              <w:t>2018_gavilanes_gavilanes_deep_2</w:t>
            </w:r>
          </w:p>
        </w:tc>
        <w:tc>
          <w:tcPr>
            <w:tcW w:w="564" w:type="dxa"/>
            <w:tcMar>
              <w:top w:w="20" w:type="dxa"/>
              <w:left w:w="50" w:type="dxa"/>
              <w:bottom w:w="20" w:type="dxa"/>
              <w:right w:w="50" w:type="dxa"/>
            </w:tcMar>
          </w:tcPr>
          <w:p w14:paraId="6AD606DA" w14:textId="77777777" w:rsidR="00292F36" w:rsidRDefault="00000000">
            <w:r>
              <w:rPr>
                <w:sz w:val="12"/>
              </w:rPr>
              <w:t>-0.6433848</w:t>
            </w:r>
          </w:p>
        </w:tc>
        <w:tc>
          <w:tcPr>
            <w:tcW w:w="564" w:type="dxa"/>
            <w:tcMar>
              <w:top w:w="20" w:type="dxa"/>
              <w:left w:w="50" w:type="dxa"/>
              <w:bottom w:w="20" w:type="dxa"/>
              <w:right w:w="50" w:type="dxa"/>
            </w:tcMar>
          </w:tcPr>
          <w:p w14:paraId="2FD1CAA3" w14:textId="77777777" w:rsidR="00292F36" w:rsidRDefault="00000000">
            <w:r>
              <w:rPr>
                <w:sz w:val="12"/>
              </w:rPr>
              <w:t>-0.3847146</w:t>
            </w:r>
          </w:p>
        </w:tc>
        <w:tc>
          <w:tcPr>
            <w:tcW w:w="564" w:type="dxa"/>
            <w:tcMar>
              <w:top w:w="20" w:type="dxa"/>
              <w:left w:w="50" w:type="dxa"/>
              <w:bottom w:w="20" w:type="dxa"/>
              <w:right w:w="50" w:type="dxa"/>
            </w:tcMar>
          </w:tcPr>
          <w:p w14:paraId="1E57A935" w14:textId="77777777" w:rsidR="00292F36" w:rsidRDefault="00000000">
            <w:r>
              <w:rPr>
                <w:sz w:val="12"/>
              </w:rPr>
              <w:t>2018</w:t>
            </w:r>
          </w:p>
        </w:tc>
        <w:tc>
          <w:tcPr>
            <w:tcW w:w="564" w:type="dxa"/>
            <w:tcMar>
              <w:top w:w="20" w:type="dxa"/>
              <w:left w:w="50" w:type="dxa"/>
              <w:bottom w:w="20" w:type="dxa"/>
              <w:right w:w="50" w:type="dxa"/>
            </w:tcMar>
          </w:tcPr>
          <w:p w14:paraId="24030F80" w14:textId="77777777" w:rsidR="00292F36" w:rsidRDefault="00000000">
            <w:r>
              <w:rPr>
                <w:sz w:val="12"/>
              </w:rPr>
              <w:t>punta_eugenia</w:t>
            </w:r>
          </w:p>
        </w:tc>
        <w:tc>
          <w:tcPr>
            <w:tcW w:w="564" w:type="dxa"/>
            <w:tcMar>
              <w:top w:w="20" w:type="dxa"/>
              <w:left w:w="50" w:type="dxa"/>
              <w:bottom w:w="20" w:type="dxa"/>
              <w:right w:w="50" w:type="dxa"/>
            </w:tcMar>
          </w:tcPr>
          <w:p w14:paraId="247672A6" w14:textId="77777777" w:rsidR="00292F36" w:rsidRDefault="00000000">
            <w:r>
              <w:rPr>
                <w:sz w:val="12"/>
              </w:rPr>
              <w:t>South</w:t>
            </w:r>
          </w:p>
        </w:tc>
        <w:tc>
          <w:tcPr>
            <w:tcW w:w="564" w:type="dxa"/>
            <w:tcMar>
              <w:top w:w="20" w:type="dxa"/>
              <w:left w:w="50" w:type="dxa"/>
              <w:bottom w:w="20" w:type="dxa"/>
              <w:right w:w="50" w:type="dxa"/>
            </w:tcMar>
          </w:tcPr>
          <w:p w14:paraId="6F191947" w14:textId="77777777" w:rsidR="00292F36" w:rsidRDefault="00000000">
            <w:r>
              <w:rPr>
                <w:sz w:val="12"/>
              </w:rPr>
              <w:t>gavilanes</w:t>
            </w:r>
          </w:p>
        </w:tc>
        <w:tc>
          <w:tcPr>
            <w:tcW w:w="564" w:type="dxa"/>
            <w:tcMar>
              <w:top w:w="20" w:type="dxa"/>
              <w:left w:w="50" w:type="dxa"/>
              <w:bottom w:w="20" w:type="dxa"/>
              <w:right w:w="50" w:type="dxa"/>
            </w:tcMar>
          </w:tcPr>
          <w:p w14:paraId="30EBA3DE" w14:textId="77777777" w:rsidR="00292F36" w:rsidRDefault="00000000">
            <w:r>
              <w:rPr>
                <w:sz w:val="12"/>
              </w:rPr>
              <w:t>gavilanes_deep</w:t>
            </w:r>
          </w:p>
        </w:tc>
        <w:tc>
          <w:tcPr>
            <w:tcW w:w="564" w:type="dxa"/>
            <w:tcMar>
              <w:top w:w="20" w:type="dxa"/>
              <w:left w:w="50" w:type="dxa"/>
              <w:bottom w:w="20" w:type="dxa"/>
              <w:right w:w="50" w:type="dxa"/>
            </w:tcMar>
          </w:tcPr>
          <w:p w14:paraId="5AFA44DA" w14:textId="77777777" w:rsidR="00292F36" w:rsidRDefault="00000000">
            <w:r>
              <w:rPr>
                <w:sz w:val="12"/>
              </w:rPr>
              <w:t>16</w:t>
            </w:r>
          </w:p>
        </w:tc>
        <w:tc>
          <w:tcPr>
            <w:tcW w:w="564" w:type="dxa"/>
            <w:tcMar>
              <w:top w:w="20" w:type="dxa"/>
              <w:left w:w="50" w:type="dxa"/>
              <w:bottom w:w="20" w:type="dxa"/>
              <w:right w:w="50" w:type="dxa"/>
            </w:tcMar>
          </w:tcPr>
          <w:p w14:paraId="4E304ACB" w14:textId="77777777" w:rsidR="00292F36" w:rsidRDefault="00000000">
            <w:r>
              <w:rPr>
                <w:sz w:val="12"/>
              </w:rPr>
              <w:t>16.4599991</w:t>
            </w:r>
          </w:p>
        </w:tc>
        <w:tc>
          <w:tcPr>
            <w:tcW w:w="564" w:type="dxa"/>
            <w:tcMar>
              <w:top w:w="20" w:type="dxa"/>
              <w:left w:w="50" w:type="dxa"/>
              <w:bottom w:w="20" w:type="dxa"/>
              <w:right w:w="50" w:type="dxa"/>
            </w:tcMar>
          </w:tcPr>
          <w:p w14:paraId="2DB2214B" w14:textId="77777777" w:rsidR="00292F36" w:rsidRDefault="00000000">
            <w:r>
              <w:rPr>
                <w:sz w:val="12"/>
              </w:rPr>
              <w:t>3.36129881</w:t>
            </w:r>
          </w:p>
        </w:tc>
        <w:tc>
          <w:tcPr>
            <w:tcW w:w="564" w:type="dxa"/>
            <w:tcMar>
              <w:top w:w="20" w:type="dxa"/>
              <w:left w:w="50" w:type="dxa"/>
              <w:bottom w:w="20" w:type="dxa"/>
              <w:right w:w="50" w:type="dxa"/>
            </w:tcMar>
          </w:tcPr>
          <w:p w14:paraId="25B40208" w14:textId="77777777" w:rsidR="00292F36" w:rsidRDefault="00000000">
            <w:r>
              <w:rPr>
                <w:sz w:val="12"/>
              </w:rPr>
              <w:t>0.98684211</w:t>
            </w:r>
          </w:p>
        </w:tc>
        <w:tc>
          <w:tcPr>
            <w:tcW w:w="564" w:type="dxa"/>
            <w:tcMar>
              <w:top w:w="20" w:type="dxa"/>
              <w:left w:w="50" w:type="dxa"/>
              <w:bottom w:w="20" w:type="dxa"/>
              <w:right w:w="50" w:type="dxa"/>
            </w:tcMar>
          </w:tcPr>
          <w:p w14:paraId="05BEA0D6" w14:textId="77777777" w:rsidR="00292F36" w:rsidRDefault="00000000">
            <w:r>
              <w:rPr>
                <w:sz w:val="12"/>
              </w:rPr>
              <w:t>0</w:t>
            </w:r>
          </w:p>
        </w:tc>
        <w:tc>
          <w:tcPr>
            <w:tcW w:w="564" w:type="dxa"/>
            <w:tcMar>
              <w:top w:w="20" w:type="dxa"/>
              <w:left w:w="50" w:type="dxa"/>
              <w:bottom w:w="20" w:type="dxa"/>
              <w:right w:w="50" w:type="dxa"/>
            </w:tcMar>
          </w:tcPr>
          <w:p w14:paraId="7D2CE07E" w14:textId="77777777" w:rsidR="00292F36" w:rsidRDefault="00000000">
            <w:r>
              <w:rPr>
                <w:sz w:val="12"/>
              </w:rPr>
              <w:t>0.01315789</w:t>
            </w:r>
          </w:p>
        </w:tc>
        <w:tc>
          <w:tcPr>
            <w:tcW w:w="564" w:type="dxa"/>
            <w:tcMar>
              <w:top w:w="20" w:type="dxa"/>
              <w:left w:w="50" w:type="dxa"/>
              <w:bottom w:w="20" w:type="dxa"/>
              <w:right w:w="50" w:type="dxa"/>
            </w:tcMar>
          </w:tcPr>
          <w:p w14:paraId="3DAD4F2A" w14:textId="77777777" w:rsidR="00292F36" w:rsidRDefault="00000000">
            <w:r>
              <w:rPr>
                <w:sz w:val="12"/>
              </w:rPr>
              <w:t>0</w:t>
            </w:r>
          </w:p>
        </w:tc>
        <w:tc>
          <w:tcPr>
            <w:tcW w:w="564" w:type="dxa"/>
            <w:tcMar>
              <w:top w:w="20" w:type="dxa"/>
              <w:left w:w="50" w:type="dxa"/>
              <w:bottom w:w="20" w:type="dxa"/>
              <w:right w:w="50" w:type="dxa"/>
            </w:tcMar>
          </w:tcPr>
          <w:p w14:paraId="3CC2CECE" w14:textId="77777777" w:rsidR="00292F36" w:rsidRDefault="00000000">
            <w:r>
              <w:rPr>
                <w:sz w:val="12"/>
              </w:rPr>
              <w:t>0</w:t>
            </w:r>
          </w:p>
        </w:tc>
        <w:tc>
          <w:tcPr>
            <w:tcW w:w="564" w:type="dxa"/>
            <w:tcMar>
              <w:top w:w="20" w:type="dxa"/>
              <w:left w:w="50" w:type="dxa"/>
              <w:bottom w:w="20" w:type="dxa"/>
              <w:right w:w="50" w:type="dxa"/>
            </w:tcMar>
          </w:tcPr>
          <w:p w14:paraId="188498CB" w14:textId="77777777" w:rsidR="00292F36" w:rsidRDefault="00000000">
            <w:r>
              <w:rPr>
                <w:sz w:val="12"/>
              </w:rPr>
              <w:t>0</w:t>
            </w:r>
          </w:p>
        </w:tc>
        <w:tc>
          <w:tcPr>
            <w:tcW w:w="564" w:type="dxa"/>
            <w:tcMar>
              <w:top w:w="20" w:type="dxa"/>
              <w:left w:w="50" w:type="dxa"/>
              <w:bottom w:w="20" w:type="dxa"/>
              <w:right w:w="50" w:type="dxa"/>
            </w:tcMar>
          </w:tcPr>
          <w:p w14:paraId="31E66310" w14:textId="77777777" w:rsidR="00292F36" w:rsidRDefault="00000000">
            <w:r>
              <w:rPr>
                <w:sz w:val="12"/>
              </w:rPr>
              <w:t>0</w:t>
            </w:r>
          </w:p>
        </w:tc>
        <w:tc>
          <w:tcPr>
            <w:tcW w:w="564" w:type="dxa"/>
            <w:tcMar>
              <w:top w:w="20" w:type="dxa"/>
              <w:left w:w="50" w:type="dxa"/>
              <w:bottom w:w="20" w:type="dxa"/>
              <w:right w:w="50" w:type="dxa"/>
            </w:tcMar>
          </w:tcPr>
          <w:p w14:paraId="6E7322F1" w14:textId="77777777" w:rsidR="00292F36" w:rsidRDefault="00000000">
            <w:r>
              <w:rPr>
                <w:sz w:val="12"/>
              </w:rPr>
              <w:t>0</w:t>
            </w:r>
          </w:p>
        </w:tc>
        <w:tc>
          <w:tcPr>
            <w:tcW w:w="564" w:type="dxa"/>
            <w:tcMar>
              <w:top w:w="20" w:type="dxa"/>
              <w:left w:w="50" w:type="dxa"/>
              <w:bottom w:w="20" w:type="dxa"/>
              <w:right w:w="50" w:type="dxa"/>
            </w:tcMar>
          </w:tcPr>
          <w:p w14:paraId="5210785A" w14:textId="77777777" w:rsidR="00292F36" w:rsidRDefault="00000000">
            <w:r>
              <w:rPr>
                <w:sz w:val="12"/>
              </w:rPr>
              <w:t>0</w:t>
            </w:r>
          </w:p>
        </w:tc>
        <w:tc>
          <w:tcPr>
            <w:tcW w:w="564" w:type="dxa"/>
            <w:tcMar>
              <w:top w:w="20" w:type="dxa"/>
              <w:left w:w="50" w:type="dxa"/>
              <w:bottom w:w="20" w:type="dxa"/>
              <w:right w:w="50" w:type="dxa"/>
            </w:tcMar>
          </w:tcPr>
          <w:p w14:paraId="5CE5F7D3" w14:textId="77777777" w:rsidR="00292F36" w:rsidRDefault="00000000">
            <w:r>
              <w:rPr>
                <w:sz w:val="12"/>
              </w:rPr>
              <w:t>0.34482759</w:t>
            </w:r>
          </w:p>
        </w:tc>
        <w:tc>
          <w:tcPr>
            <w:tcW w:w="564" w:type="dxa"/>
            <w:tcMar>
              <w:top w:w="20" w:type="dxa"/>
              <w:left w:w="50" w:type="dxa"/>
              <w:bottom w:w="20" w:type="dxa"/>
              <w:right w:w="50" w:type="dxa"/>
            </w:tcMar>
          </w:tcPr>
          <w:p w14:paraId="7D613F67" w14:textId="77777777" w:rsidR="00292F36" w:rsidRDefault="00000000">
            <w:r>
              <w:rPr>
                <w:sz w:val="12"/>
              </w:rPr>
              <w:t>0.01724138</w:t>
            </w:r>
          </w:p>
        </w:tc>
        <w:tc>
          <w:tcPr>
            <w:tcW w:w="564" w:type="dxa"/>
            <w:tcMar>
              <w:top w:w="20" w:type="dxa"/>
              <w:left w:w="50" w:type="dxa"/>
              <w:bottom w:w="20" w:type="dxa"/>
              <w:right w:w="50" w:type="dxa"/>
            </w:tcMar>
          </w:tcPr>
          <w:p w14:paraId="16CA45E3" w14:textId="77777777" w:rsidR="00292F36" w:rsidRDefault="00000000">
            <w:r>
              <w:rPr>
                <w:sz w:val="12"/>
              </w:rPr>
              <w:t>0</w:t>
            </w:r>
          </w:p>
        </w:tc>
        <w:tc>
          <w:tcPr>
            <w:tcW w:w="564" w:type="dxa"/>
            <w:tcMar>
              <w:top w:w="20" w:type="dxa"/>
              <w:left w:w="50" w:type="dxa"/>
              <w:bottom w:w="20" w:type="dxa"/>
              <w:right w:w="50" w:type="dxa"/>
            </w:tcMar>
          </w:tcPr>
          <w:p w14:paraId="68E7C57E" w14:textId="77777777" w:rsidR="00292F36" w:rsidRDefault="00000000">
            <w:r>
              <w:rPr>
                <w:sz w:val="12"/>
              </w:rPr>
              <w:t>0.63793103</w:t>
            </w:r>
          </w:p>
        </w:tc>
        <w:tc>
          <w:tcPr>
            <w:tcW w:w="564" w:type="dxa"/>
            <w:tcMar>
              <w:top w:w="20" w:type="dxa"/>
              <w:left w:w="50" w:type="dxa"/>
              <w:bottom w:w="20" w:type="dxa"/>
              <w:right w:w="50" w:type="dxa"/>
            </w:tcMar>
          </w:tcPr>
          <w:p w14:paraId="1E905D2D" w14:textId="77777777" w:rsidR="00292F36" w:rsidRDefault="00000000">
            <w:r>
              <w:rPr>
                <w:sz w:val="12"/>
              </w:rPr>
              <w:t>0</w:t>
            </w:r>
          </w:p>
        </w:tc>
      </w:tr>
      <w:tr w:rsidR="00292F36" w14:paraId="747720C1" w14:textId="77777777">
        <w:tc>
          <w:tcPr>
            <w:tcW w:w="564" w:type="dxa"/>
            <w:tcMar>
              <w:top w:w="20" w:type="dxa"/>
              <w:left w:w="50" w:type="dxa"/>
              <w:bottom w:w="20" w:type="dxa"/>
              <w:right w:w="50" w:type="dxa"/>
            </w:tcMar>
          </w:tcPr>
          <w:p w14:paraId="4A9D06FB" w14:textId="77777777" w:rsidR="00292F36" w:rsidRDefault="00000000">
            <w:r>
              <w:rPr>
                <w:sz w:val="12"/>
              </w:rPr>
              <w:t>2018_gavilanes_gavilanes_mid_1</w:t>
            </w:r>
          </w:p>
        </w:tc>
        <w:tc>
          <w:tcPr>
            <w:tcW w:w="564" w:type="dxa"/>
            <w:tcMar>
              <w:top w:w="20" w:type="dxa"/>
              <w:left w:w="50" w:type="dxa"/>
              <w:bottom w:w="20" w:type="dxa"/>
              <w:right w:w="50" w:type="dxa"/>
            </w:tcMar>
          </w:tcPr>
          <w:p w14:paraId="05219F7B" w14:textId="77777777" w:rsidR="00292F36" w:rsidRDefault="00000000">
            <w:r>
              <w:rPr>
                <w:sz w:val="12"/>
              </w:rPr>
              <w:t>-0.5533489</w:t>
            </w:r>
          </w:p>
        </w:tc>
        <w:tc>
          <w:tcPr>
            <w:tcW w:w="564" w:type="dxa"/>
            <w:tcMar>
              <w:top w:w="20" w:type="dxa"/>
              <w:left w:w="50" w:type="dxa"/>
              <w:bottom w:w="20" w:type="dxa"/>
              <w:right w:w="50" w:type="dxa"/>
            </w:tcMar>
          </w:tcPr>
          <w:p w14:paraId="75EFF26B" w14:textId="77777777" w:rsidR="00292F36" w:rsidRDefault="00000000">
            <w:r>
              <w:rPr>
                <w:sz w:val="12"/>
              </w:rPr>
              <w:t>-0.4496657</w:t>
            </w:r>
          </w:p>
        </w:tc>
        <w:tc>
          <w:tcPr>
            <w:tcW w:w="564" w:type="dxa"/>
            <w:tcMar>
              <w:top w:w="20" w:type="dxa"/>
              <w:left w:w="50" w:type="dxa"/>
              <w:bottom w:w="20" w:type="dxa"/>
              <w:right w:w="50" w:type="dxa"/>
            </w:tcMar>
          </w:tcPr>
          <w:p w14:paraId="1133F0AE" w14:textId="77777777" w:rsidR="00292F36" w:rsidRDefault="00000000">
            <w:r>
              <w:rPr>
                <w:sz w:val="12"/>
              </w:rPr>
              <w:t>2018</w:t>
            </w:r>
          </w:p>
        </w:tc>
        <w:tc>
          <w:tcPr>
            <w:tcW w:w="564" w:type="dxa"/>
            <w:tcMar>
              <w:top w:w="20" w:type="dxa"/>
              <w:left w:w="50" w:type="dxa"/>
              <w:bottom w:w="20" w:type="dxa"/>
              <w:right w:w="50" w:type="dxa"/>
            </w:tcMar>
          </w:tcPr>
          <w:p w14:paraId="10A4F5CA" w14:textId="77777777" w:rsidR="00292F36" w:rsidRDefault="00000000">
            <w:r>
              <w:rPr>
                <w:sz w:val="12"/>
              </w:rPr>
              <w:t>punta_eugenia</w:t>
            </w:r>
          </w:p>
        </w:tc>
        <w:tc>
          <w:tcPr>
            <w:tcW w:w="564" w:type="dxa"/>
            <w:tcMar>
              <w:top w:w="20" w:type="dxa"/>
              <w:left w:w="50" w:type="dxa"/>
              <w:bottom w:w="20" w:type="dxa"/>
              <w:right w:w="50" w:type="dxa"/>
            </w:tcMar>
          </w:tcPr>
          <w:p w14:paraId="2376112A" w14:textId="77777777" w:rsidR="00292F36" w:rsidRDefault="00000000">
            <w:r>
              <w:rPr>
                <w:sz w:val="12"/>
              </w:rPr>
              <w:t>South</w:t>
            </w:r>
          </w:p>
        </w:tc>
        <w:tc>
          <w:tcPr>
            <w:tcW w:w="564" w:type="dxa"/>
            <w:tcMar>
              <w:top w:w="20" w:type="dxa"/>
              <w:left w:w="50" w:type="dxa"/>
              <w:bottom w:w="20" w:type="dxa"/>
              <w:right w:w="50" w:type="dxa"/>
            </w:tcMar>
          </w:tcPr>
          <w:p w14:paraId="037D3661" w14:textId="77777777" w:rsidR="00292F36" w:rsidRDefault="00000000">
            <w:r>
              <w:rPr>
                <w:sz w:val="12"/>
              </w:rPr>
              <w:t>gavilanes</w:t>
            </w:r>
          </w:p>
        </w:tc>
        <w:tc>
          <w:tcPr>
            <w:tcW w:w="564" w:type="dxa"/>
            <w:tcMar>
              <w:top w:w="20" w:type="dxa"/>
              <w:left w:w="50" w:type="dxa"/>
              <w:bottom w:w="20" w:type="dxa"/>
              <w:right w:w="50" w:type="dxa"/>
            </w:tcMar>
          </w:tcPr>
          <w:p w14:paraId="759BCA9A" w14:textId="77777777" w:rsidR="00292F36" w:rsidRDefault="00000000">
            <w:r>
              <w:rPr>
                <w:sz w:val="12"/>
              </w:rPr>
              <w:t>gavilanes_mid</w:t>
            </w:r>
          </w:p>
        </w:tc>
        <w:tc>
          <w:tcPr>
            <w:tcW w:w="564" w:type="dxa"/>
            <w:tcMar>
              <w:top w:w="20" w:type="dxa"/>
              <w:left w:w="50" w:type="dxa"/>
              <w:bottom w:w="20" w:type="dxa"/>
              <w:right w:w="50" w:type="dxa"/>
            </w:tcMar>
          </w:tcPr>
          <w:p w14:paraId="74B86BF4" w14:textId="77777777" w:rsidR="00292F36" w:rsidRDefault="00000000">
            <w:r>
              <w:rPr>
                <w:sz w:val="12"/>
              </w:rPr>
              <w:t>10</w:t>
            </w:r>
          </w:p>
        </w:tc>
        <w:tc>
          <w:tcPr>
            <w:tcW w:w="564" w:type="dxa"/>
            <w:tcMar>
              <w:top w:w="20" w:type="dxa"/>
              <w:left w:w="50" w:type="dxa"/>
              <w:bottom w:w="20" w:type="dxa"/>
              <w:right w:w="50" w:type="dxa"/>
            </w:tcMar>
          </w:tcPr>
          <w:p w14:paraId="62127323" w14:textId="77777777" w:rsidR="00292F36" w:rsidRDefault="00000000">
            <w:r>
              <w:rPr>
                <w:sz w:val="12"/>
              </w:rPr>
              <w:t>18.0900002</w:t>
            </w:r>
          </w:p>
        </w:tc>
        <w:tc>
          <w:tcPr>
            <w:tcW w:w="564" w:type="dxa"/>
            <w:tcMar>
              <w:top w:w="20" w:type="dxa"/>
              <w:left w:w="50" w:type="dxa"/>
              <w:bottom w:w="20" w:type="dxa"/>
              <w:right w:w="50" w:type="dxa"/>
            </w:tcMar>
          </w:tcPr>
          <w:p w14:paraId="78D7FD86" w14:textId="77777777" w:rsidR="00292F36" w:rsidRDefault="00000000">
            <w:r>
              <w:rPr>
                <w:sz w:val="12"/>
              </w:rPr>
              <w:t>3.36129881</w:t>
            </w:r>
          </w:p>
        </w:tc>
        <w:tc>
          <w:tcPr>
            <w:tcW w:w="564" w:type="dxa"/>
            <w:tcMar>
              <w:top w:w="20" w:type="dxa"/>
              <w:left w:w="50" w:type="dxa"/>
              <w:bottom w:w="20" w:type="dxa"/>
              <w:right w:w="50" w:type="dxa"/>
            </w:tcMar>
          </w:tcPr>
          <w:p w14:paraId="1125E888" w14:textId="77777777" w:rsidR="00292F36" w:rsidRDefault="00000000">
            <w:r>
              <w:rPr>
                <w:sz w:val="12"/>
              </w:rPr>
              <w:t>0.82618262</w:t>
            </w:r>
          </w:p>
        </w:tc>
        <w:tc>
          <w:tcPr>
            <w:tcW w:w="564" w:type="dxa"/>
            <w:tcMar>
              <w:top w:w="20" w:type="dxa"/>
              <w:left w:w="50" w:type="dxa"/>
              <w:bottom w:w="20" w:type="dxa"/>
              <w:right w:w="50" w:type="dxa"/>
            </w:tcMar>
          </w:tcPr>
          <w:p w14:paraId="76565DA1" w14:textId="77777777" w:rsidR="00292F36" w:rsidRDefault="00000000">
            <w:r>
              <w:rPr>
                <w:sz w:val="12"/>
              </w:rPr>
              <w:t>0.1430143</w:t>
            </w:r>
          </w:p>
        </w:tc>
        <w:tc>
          <w:tcPr>
            <w:tcW w:w="564" w:type="dxa"/>
            <w:tcMar>
              <w:top w:w="20" w:type="dxa"/>
              <w:left w:w="50" w:type="dxa"/>
              <w:bottom w:w="20" w:type="dxa"/>
              <w:right w:w="50" w:type="dxa"/>
            </w:tcMar>
          </w:tcPr>
          <w:p w14:paraId="6A52DA7A" w14:textId="77777777" w:rsidR="00292F36" w:rsidRDefault="00000000">
            <w:r>
              <w:rPr>
                <w:sz w:val="12"/>
              </w:rPr>
              <w:t>0.00770077</w:t>
            </w:r>
          </w:p>
        </w:tc>
        <w:tc>
          <w:tcPr>
            <w:tcW w:w="564" w:type="dxa"/>
            <w:tcMar>
              <w:top w:w="20" w:type="dxa"/>
              <w:left w:w="50" w:type="dxa"/>
              <w:bottom w:w="20" w:type="dxa"/>
              <w:right w:w="50" w:type="dxa"/>
            </w:tcMar>
          </w:tcPr>
          <w:p w14:paraId="0794773B" w14:textId="77777777" w:rsidR="00292F36" w:rsidRDefault="00000000">
            <w:r>
              <w:rPr>
                <w:sz w:val="12"/>
              </w:rPr>
              <w:t>0.02310231</w:t>
            </w:r>
          </w:p>
        </w:tc>
        <w:tc>
          <w:tcPr>
            <w:tcW w:w="564" w:type="dxa"/>
            <w:tcMar>
              <w:top w:w="20" w:type="dxa"/>
              <w:left w:w="50" w:type="dxa"/>
              <w:bottom w:w="20" w:type="dxa"/>
              <w:right w:w="50" w:type="dxa"/>
            </w:tcMar>
          </w:tcPr>
          <w:p w14:paraId="65AEBE0A" w14:textId="77777777" w:rsidR="00292F36" w:rsidRDefault="00000000">
            <w:r>
              <w:rPr>
                <w:sz w:val="12"/>
              </w:rPr>
              <w:t>0</w:t>
            </w:r>
          </w:p>
        </w:tc>
        <w:tc>
          <w:tcPr>
            <w:tcW w:w="564" w:type="dxa"/>
            <w:tcMar>
              <w:top w:w="20" w:type="dxa"/>
              <w:left w:w="50" w:type="dxa"/>
              <w:bottom w:w="20" w:type="dxa"/>
              <w:right w:w="50" w:type="dxa"/>
            </w:tcMar>
          </w:tcPr>
          <w:p w14:paraId="7BBD7AE4" w14:textId="77777777" w:rsidR="00292F36" w:rsidRDefault="00000000">
            <w:r>
              <w:rPr>
                <w:sz w:val="12"/>
              </w:rPr>
              <w:t>0</w:t>
            </w:r>
          </w:p>
        </w:tc>
        <w:tc>
          <w:tcPr>
            <w:tcW w:w="564" w:type="dxa"/>
            <w:tcMar>
              <w:top w:w="20" w:type="dxa"/>
              <w:left w:w="50" w:type="dxa"/>
              <w:bottom w:w="20" w:type="dxa"/>
              <w:right w:w="50" w:type="dxa"/>
            </w:tcMar>
          </w:tcPr>
          <w:p w14:paraId="2F20874C" w14:textId="77777777" w:rsidR="00292F36" w:rsidRDefault="00000000">
            <w:r>
              <w:rPr>
                <w:sz w:val="12"/>
              </w:rPr>
              <w:t>0</w:t>
            </w:r>
          </w:p>
        </w:tc>
        <w:tc>
          <w:tcPr>
            <w:tcW w:w="564" w:type="dxa"/>
            <w:tcMar>
              <w:top w:w="20" w:type="dxa"/>
              <w:left w:w="50" w:type="dxa"/>
              <w:bottom w:w="20" w:type="dxa"/>
              <w:right w:w="50" w:type="dxa"/>
            </w:tcMar>
          </w:tcPr>
          <w:p w14:paraId="0DF33BDD" w14:textId="77777777" w:rsidR="00292F36" w:rsidRDefault="00000000">
            <w:r>
              <w:rPr>
                <w:sz w:val="12"/>
              </w:rPr>
              <w:t>0</w:t>
            </w:r>
          </w:p>
        </w:tc>
        <w:tc>
          <w:tcPr>
            <w:tcW w:w="564" w:type="dxa"/>
            <w:tcMar>
              <w:top w:w="20" w:type="dxa"/>
              <w:left w:w="50" w:type="dxa"/>
              <w:bottom w:w="20" w:type="dxa"/>
              <w:right w:w="50" w:type="dxa"/>
            </w:tcMar>
          </w:tcPr>
          <w:p w14:paraId="474C4B2D" w14:textId="77777777" w:rsidR="00292F36" w:rsidRDefault="00000000">
            <w:r>
              <w:rPr>
                <w:sz w:val="12"/>
              </w:rPr>
              <w:t>0.26666667</w:t>
            </w:r>
          </w:p>
        </w:tc>
        <w:tc>
          <w:tcPr>
            <w:tcW w:w="564" w:type="dxa"/>
            <w:tcMar>
              <w:top w:w="20" w:type="dxa"/>
              <w:left w:w="50" w:type="dxa"/>
              <w:bottom w:w="20" w:type="dxa"/>
              <w:right w:w="50" w:type="dxa"/>
            </w:tcMar>
          </w:tcPr>
          <w:p w14:paraId="54ECD889" w14:textId="77777777" w:rsidR="00292F36" w:rsidRDefault="00000000">
            <w:r>
              <w:rPr>
                <w:sz w:val="12"/>
              </w:rPr>
              <w:t>0.26666667</w:t>
            </w:r>
          </w:p>
        </w:tc>
        <w:tc>
          <w:tcPr>
            <w:tcW w:w="564" w:type="dxa"/>
            <w:tcMar>
              <w:top w:w="20" w:type="dxa"/>
              <w:left w:w="50" w:type="dxa"/>
              <w:bottom w:w="20" w:type="dxa"/>
              <w:right w:w="50" w:type="dxa"/>
            </w:tcMar>
          </w:tcPr>
          <w:p w14:paraId="1D3BDBC9" w14:textId="77777777" w:rsidR="00292F36" w:rsidRDefault="00000000">
            <w:r>
              <w:rPr>
                <w:sz w:val="12"/>
              </w:rPr>
              <w:t>0</w:t>
            </w:r>
          </w:p>
        </w:tc>
        <w:tc>
          <w:tcPr>
            <w:tcW w:w="564" w:type="dxa"/>
            <w:tcMar>
              <w:top w:w="20" w:type="dxa"/>
              <w:left w:w="50" w:type="dxa"/>
              <w:bottom w:w="20" w:type="dxa"/>
              <w:right w:w="50" w:type="dxa"/>
            </w:tcMar>
          </w:tcPr>
          <w:p w14:paraId="1C6B6399" w14:textId="77777777" w:rsidR="00292F36" w:rsidRDefault="00000000">
            <w:r>
              <w:rPr>
                <w:sz w:val="12"/>
              </w:rPr>
              <w:t>0.02222222</w:t>
            </w:r>
          </w:p>
        </w:tc>
        <w:tc>
          <w:tcPr>
            <w:tcW w:w="564" w:type="dxa"/>
            <w:tcMar>
              <w:top w:w="20" w:type="dxa"/>
              <w:left w:w="50" w:type="dxa"/>
              <w:bottom w:w="20" w:type="dxa"/>
              <w:right w:w="50" w:type="dxa"/>
            </w:tcMar>
          </w:tcPr>
          <w:p w14:paraId="5ED89330" w14:textId="77777777" w:rsidR="00292F36" w:rsidRDefault="00000000">
            <w:r>
              <w:rPr>
                <w:sz w:val="12"/>
              </w:rPr>
              <w:t>0.44444444</w:t>
            </w:r>
          </w:p>
        </w:tc>
        <w:tc>
          <w:tcPr>
            <w:tcW w:w="564" w:type="dxa"/>
            <w:tcMar>
              <w:top w:w="20" w:type="dxa"/>
              <w:left w:w="50" w:type="dxa"/>
              <w:bottom w:w="20" w:type="dxa"/>
              <w:right w:w="50" w:type="dxa"/>
            </w:tcMar>
          </w:tcPr>
          <w:p w14:paraId="35937187" w14:textId="77777777" w:rsidR="00292F36" w:rsidRDefault="00000000">
            <w:r>
              <w:rPr>
                <w:sz w:val="12"/>
              </w:rPr>
              <w:t>0</w:t>
            </w:r>
          </w:p>
        </w:tc>
      </w:tr>
      <w:tr w:rsidR="00292F36" w14:paraId="2E1CA284" w14:textId="77777777">
        <w:tc>
          <w:tcPr>
            <w:tcW w:w="564" w:type="dxa"/>
            <w:tcMar>
              <w:top w:w="20" w:type="dxa"/>
              <w:left w:w="50" w:type="dxa"/>
              <w:bottom w:w="20" w:type="dxa"/>
              <w:right w:w="50" w:type="dxa"/>
            </w:tcMar>
          </w:tcPr>
          <w:p w14:paraId="19308EB7" w14:textId="77777777" w:rsidR="00292F36" w:rsidRDefault="00000000">
            <w:r>
              <w:rPr>
                <w:sz w:val="12"/>
              </w:rPr>
              <w:t>2018_gavilanes_gavilanes_mid_2</w:t>
            </w:r>
          </w:p>
        </w:tc>
        <w:tc>
          <w:tcPr>
            <w:tcW w:w="564" w:type="dxa"/>
            <w:tcMar>
              <w:top w:w="20" w:type="dxa"/>
              <w:left w:w="50" w:type="dxa"/>
              <w:bottom w:w="20" w:type="dxa"/>
              <w:right w:w="50" w:type="dxa"/>
            </w:tcMar>
          </w:tcPr>
          <w:p w14:paraId="76DFCD08" w14:textId="77777777" w:rsidR="00292F36" w:rsidRDefault="00000000">
            <w:r>
              <w:rPr>
                <w:sz w:val="12"/>
              </w:rPr>
              <w:t>-0.4220159</w:t>
            </w:r>
          </w:p>
        </w:tc>
        <w:tc>
          <w:tcPr>
            <w:tcW w:w="564" w:type="dxa"/>
            <w:tcMar>
              <w:top w:w="20" w:type="dxa"/>
              <w:left w:w="50" w:type="dxa"/>
              <w:bottom w:w="20" w:type="dxa"/>
              <w:right w:w="50" w:type="dxa"/>
            </w:tcMar>
          </w:tcPr>
          <w:p w14:paraId="02C9A1D9" w14:textId="77777777" w:rsidR="00292F36" w:rsidRDefault="00000000">
            <w:r>
              <w:rPr>
                <w:sz w:val="12"/>
              </w:rPr>
              <w:t>-0.3468625</w:t>
            </w:r>
          </w:p>
        </w:tc>
        <w:tc>
          <w:tcPr>
            <w:tcW w:w="564" w:type="dxa"/>
            <w:tcMar>
              <w:top w:w="20" w:type="dxa"/>
              <w:left w:w="50" w:type="dxa"/>
              <w:bottom w:w="20" w:type="dxa"/>
              <w:right w:w="50" w:type="dxa"/>
            </w:tcMar>
          </w:tcPr>
          <w:p w14:paraId="0C52B191" w14:textId="77777777" w:rsidR="00292F36" w:rsidRDefault="00000000">
            <w:r>
              <w:rPr>
                <w:sz w:val="12"/>
              </w:rPr>
              <w:t>2018</w:t>
            </w:r>
          </w:p>
        </w:tc>
        <w:tc>
          <w:tcPr>
            <w:tcW w:w="564" w:type="dxa"/>
            <w:tcMar>
              <w:top w:w="20" w:type="dxa"/>
              <w:left w:w="50" w:type="dxa"/>
              <w:bottom w:w="20" w:type="dxa"/>
              <w:right w:w="50" w:type="dxa"/>
            </w:tcMar>
          </w:tcPr>
          <w:p w14:paraId="5B72AFD7" w14:textId="77777777" w:rsidR="00292F36" w:rsidRDefault="00000000">
            <w:r>
              <w:rPr>
                <w:sz w:val="12"/>
              </w:rPr>
              <w:t>punta_eugenia</w:t>
            </w:r>
          </w:p>
        </w:tc>
        <w:tc>
          <w:tcPr>
            <w:tcW w:w="564" w:type="dxa"/>
            <w:tcMar>
              <w:top w:w="20" w:type="dxa"/>
              <w:left w:w="50" w:type="dxa"/>
              <w:bottom w:w="20" w:type="dxa"/>
              <w:right w:w="50" w:type="dxa"/>
            </w:tcMar>
          </w:tcPr>
          <w:p w14:paraId="59D0A35C" w14:textId="77777777" w:rsidR="00292F36" w:rsidRDefault="00000000">
            <w:r>
              <w:rPr>
                <w:sz w:val="12"/>
              </w:rPr>
              <w:t>South</w:t>
            </w:r>
          </w:p>
        </w:tc>
        <w:tc>
          <w:tcPr>
            <w:tcW w:w="564" w:type="dxa"/>
            <w:tcMar>
              <w:top w:w="20" w:type="dxa"/>
              <w:left w:w="50" w:type="dxa"/>
              <w:bottom w:w="20" w:type="dxa"/>
              <w:right w:w="50" w:type="dxa"/>
            </w:tcMar>
          </w:tcPr>
          <w:p w14:paraId="3417F04A" w14:textId="77777777" w:rsidR="00292F36" w:rsidRDefault="00000000">
            <w:r>
              <w:rPr>
                <w:sz w:val="12"/>
              </w:rPr>
              <w:t>gavilanes</w:t>
            </w:r>
          </w:p>
        </w:tc>
        <w:tc>
          <w:tcPr>
            <w:tcW w:w="564" w:type="dxa"/>
            <w:tcMar>
              <w:top w:w="20" w:type="dxa"/>
              <w:left w:w="50" w:type="dxa"/>
              <w:bottom w:w="20" w:type="dxa"/>
              <w:right w:w="50" w:type="dxa"/>
            </w:tcMar>
          </w:tcPr>
          <w:p w14:paraId="156A27FE" w14:textId="77777777" w:rsidR="00292F36" w:rsidRDefault="00000000">
            <w:r>
              <w:rPr>
                <w:sz w:val="12"/>
              </w:rPr>
              <w:t>gavilanes_mid</w:t>
            </w:r>
          </w:p>
        </w:tc>
        <w:tc>
          <w:tcPr>
            <w:tcW w:w="564" w:type="dxa"/>
            <w:tcMar>
              <w:top w:w="20" w:type="dxa"/>
              <w:left w:w="50" w:type="dxa"/>
              <w:bottom w:w="20" w:type="dxa"/>
              <w:right w:w="50" w:type="dxa"/>
            </w:tcMar>
          </w:tcPr>
          <w:p w14:paraId="248CFE56" w14:textId="77777777" w:rsidR="00292F36" w:rsidRDefault="00000000">
            <w:r>
              <w:rPr>
                <w:sz w:val="12"/>
              </w:rPr>
              <w:t>10</w:t>
            </w:r>
          </w:p>
        </w:tc>
        <w:tc>
          <w:tcPr>
            <w:tcW w:w="564" w:type="dxa"/>
            <w:tcMar>
              <w:top w:w="20" w:type="dxa"/>
              <w:left w:w="50" w:type="dxa"/>
              <w:bottom w:w="20" w:type="dxa"/>
              <w:right w:w="50" w:type="dxa"/>
            </w:tcMar>
          </w:tcPr>
          <w:p w14:paraId="5005F285" w14:textId="77777777" w:rsidR="00292F36" w:rsidRDefault="00000000">
            <w:r>
              <w:rPr>
                <w:sz w:val="12"/>
              </w:rPr>
              <w:t>18.0900002</w:t>
            </w:r>
          </w:p>
        </w:tc>
        <w:tc>
          <w:tcPr>
            <w:tcW w:w="564" w:type="dxa"/>
            <w:tcMar>
              <w:top w:w="20" w:type="dxa"/>
              <w:left w:w="50" w:type="dxa"/>
              <w:bottom w:w="20" w:type="dxa"/>
              <w:right w:w="50" w:type="dxa"/>
            </w:tcMar>
          </w:tcPr>
          <w:p w14:paraId="0F35CAE3" w14:textId="77777777" w:rsidR="00292F36" w:rsidRDefault="00000000">
            <w:r>
              <w:rPr>
                <w:sz w:val="12"/>
              </w:rPr>
              <w:t>3.36129881</w:t>
            </w:r>
          </w:p>
        </w:tc>
        <w:tc>
          <w:tcPr>
            <w:tcW w:w="564" w:type="dxa"/>
            <w:tcMar>
              <w:top w:w="20" w:type="dxa"/>
              <w:left w:w="50" w:type="dxa"/>
              <w:bottom w:w="20" w:type="dxa"/>
              <w:right w:w="50" w:type="dxa"/>
            </w:tcMar>
          </w:tcPr>
          <w:p w14:paraId="1DB50F87" w14:textId="77777777" w:rsidR="00292F36" w:rsidRDefault="00000000">
            <w:r>
              <w:rPr>
                <w:sz w:val="12"/>
              </w:rPr>
              <w:t>0.85570988</w:t>
            </w:r>
          </w:p>
        </w:tc>
        <w:tc>
          <w:tcPr>
            <w:tcW w:w="564" w:type="dxa"/>
            <w:tcMar>
              <w:top w:w="20" w:type="dxa"/>
              <w:left w:w="50" w:type="dxa"/>
              <w:bottom w:w="20" w:type="dxa"/>
              <w:right w:w="50" w:type="dxa"/>
            </w:tcMar>
          </w:tcPr>
          <w:p w14:paraId="46217633" w14:textId="77777777" w:rsidR="00292F36" w:rsidRDefault="00000000">
            <w:r>
              <w:rPr>
                <w:sz w:val="12"/>
              </w:rPr>
              <w:t>0.12114198</w:t>
            </w:r>
          </w:p>
        </w:tc>
        <w:tc>
          <w:tcPr>
            <w:tcW w:w="564" w:type="dxa"/>
            <w:tcMar>
              <w:top w:w="20" w:type="dxa"/>
              <w:left w:w="50" w:type="dxa"/>
              <w:bottom w:w="20" w:type="dxa"/>
              <w:right w:w="50" w:type="dxa"/>
            </w:tcMar>
          </w:tcPr>
          <w:p w14:paraId="0CC0594C" w14:textId="77777777" w:rsidR="00292F36" w:rsidRDefault="00000000">
            <w:r>
              <w:rPr>
                <w:sz w:val="12"/>
              </w:rPr>
              <w:t>0.01774691</w:t>
            </w:r>
          </w:p>
        </w:tc>
        <w:tc>
          <w:tcPr>
            <w:tcW w:w="564" w:type="dxa"/>
            <w:tcMar>
              <w:top w:w="20" w:type="dxa"/>
              <w:left w:w="50" w:type="dxa"/>
              <w:bottom w:w="20" w:type="dxa"/>
              <w:right w:w="50" w:type="dxa"/>
            </w:tcMar>
          </w:tcPr>
          <w:p w14:paraId="4A2E791F" w14:textId="77777777" w:rsidR="00292F36" w:rsidRDefault="00000000">
            <w:r>
              <w:rPr>
                <w:sz w:val="12"/>
              </w:rPr>
              <w:t>0.00540123</w:t>
            </w:r>
          </w:p>
        </w:tc>
        <w:tc>
          <w:tcPr>
            <w:tcW w:w="564" w:type="dxa"/>
            <w:tcMar>
              <w:top w:w="20" w:type="dxa"/>
              <w:left w:w="50" w:type="dxa"/>
              <w:bottom w:w="20" w:type="dxa"/>
              <w:right w:w="50" w:type="dxa"/>
            </w:tcMar>
          </w:tcPr>
          <w:p w14:paraId="73E98329" w14:textId="77777777" w:rsidR="00292F36" w:rsidRDefault="00000000">
            <w:r>
              <w:rPr>
                <w:sz w:val="12"/>
              </w:rPr>
              <w:t>0</w:t>
            </w:r>
          </w:p>
        </w:tc>
        <w:tc>
          <w:tcPr>
            <w:tcW w:w="564" w:type="dxa"/>
            <w:tcMar>
              <w:top w:w="20" w:type="dxa"/>
              <w:left w:w="50" w:type="dxa"/>
              <w:bottom w:w="20" w:type="dxa"/>
              <w:right w:w="50" w:type="dxa"/>
            </w:tcMar>
          </w:tcPr>
          <w:p w14:paraId="6059A11F" w14:textId="77777777" w:rsidR="00292F36" w:rsidRDefault="00000000">
            <w:r>
              <w:rPr>
                <w:sz w:val="12"/>
              </w:rPr>
              <w:t>0</w:t>
            </w:r>
          </w:p>
        </w:tc>
        <w:tc>
          <w:tcPr>
            <w:tcW w:w="564" w:type="dxa"/>
            <w:tcMar>
              <w:top w:w="20" w:type="dxa"/>
              <w:left w:w="50" w:type="dxa"/>
              <w:bottom w:w="20" w:type="dxa"/>
              <w:right w:w="50" w:type="dxa"/>
            </w:tcMar>
          </w:tcPr>
          <w:p w14:paraId="69870B62" w14:textId="77777777" w:rsidR="00292F36" w:rsidRDefault="00000000">
            <w:r>
              <w:rPr>
                <w:sz w:val="12"/>
              </w:rPr>
              <w:t>0</w:t>
            </w:r>
          </w:p>
        </w:tc>
        <w:tc>
          <w:tcPr>
            <w:tcW w:w="564" w:type="dxa"/>
            <w:tcMar>
              <w:top w:w="20" w:type="dxa"/>
              <w:left w:w="50" w:type="dxa"/>
              <w:bottom w:w="20" w:type="dxa"/>
              <w:right w:w="50" w:type="dxa"/>
            </w:tcMar>
          </w:tcPr>
          <w:p w14:paraId="7CCCA8BB" w14:textId="77777777" w:rsidR="00292F36" w:rsidRDefault="00000000">
            <w:r>
              <w:rPr>
                <w:sz w:val="12"/>
              </w:rPr>
              <w:t>0</w:t>
            </w:r>
          </w:p>
        </w:tc>
        <w:tc>
          <w:tcPr>
            <w:tcW w:w="564" w:type="dxa"/>
            <w:tcMar>
              <w:top w:w="20" w:type="dxa"/>
              <w:left w:w="50" w:type="dxa"/>
              <w:bottom w:w="20" w:type="dxa"/>
              <w:right w:w="50" w:type="dxa"/>
            </w:tcMar>
          </w:tcPr>
          <w:p w14:paraId="527210FB" w14:textId="77777777" w:rsidR="00292F36" w:rsidRDefault="00000000">
            <w:r>
              <w:rPr>
                <w:sz w:val="12"/>
              </w:rPr>
              <w:t>0</w:t>
            </w:r>
          </w:p>
        </w:tc>
        <w:tc>
          <w:tcPr>
            <w:tcW w:w="564" w:type="dxa"/>
            <w:tcMar>
              <w:top w:w="20" w:type="dxa"/>
              <w:left w:w="50" w:type="dxa"/>
              <w:bottom w:w="20" w:type="dxa"/>
              <w:right w:w="50" w:type="dxa"/>
            </w:tcMar>
          </w:tcPr>
          <w:p w14:paraId="7D02618B" w14:textId="77777777" w:rsidR="00292F36" w:rsidRDefault="00000000">
            <w:r>
              <w:rPr>
                <w:sz w:val="12"/>
              </w:rPr>
              <w:t>0.50943396</w:t>
            </w:r>
          </w:p>
        </w:tc>
        <w:tc>
          <w:tcPr>
            <w:tcW w:w="564" w:type="dxa"/>
            <w:tcMar>
              <w:top w:w="20" w:type="dxa"/>
              <w:left w:w="50" w:type="dxa"/>
              <w:bottom w:w="20" w:type="dxa"/>
              <w:right w:w="50" w:type="dxa"/>
            </w:tcMar>
          </w:tcPr>
          <w:p w14:paraId="5F651512" w14:textId="77777777" w:rsidR="00292F36" w:rsidRDefault="00000000">
            <w:r>
              <w:rPr>
                <w:sz w:val="12"/>
              </w:rPr>
              <w:t>0.01886792</w:t>
            </w:r>
          </w:p>
        </w:tc>
        <w:tc>
          <w:tcPr>
            <w:tcW w:w="564" w:type="dxa"/>
            <w:tcMar>
              <w:top w:w="20" w:type="dxa"/>
              <w:left w:w="50" w:type="dxa"/>
              <w:bottom w:w="20" w:type="dxa"/>
              <w:right w:w="50" w:type="dxa"/>
            </w:tcMar>
          </w:tcPr>
          <w:p w14:paraId="43E62BE1" w14:textId="77777777" w:rsidR="00292F36" w:rsidRDefault="00000000">
            <w:r>
              <w:rPr>
                <w:sz w:val="12"/>
              </w:rPr>
              <w:t>0.03773585</w:t>
            </w:r>
          </w:p>
        </w:tc>
        <w:tc>
          <w:tcPr>
            <w:tcW w:w="564" w:type="dxa"/>
            <w:tcMar>
              <w:top w:w="20" w:type="dxa"/>
              <w:left w:w="50" w:type="dxa"/>
              <w:bottom w:w="20" w:type="dxa"/>
              <w:right w:w="50" w:type="dxa"/>
            </w:tcMar>
          </w:tcPr>
          <w:p w14:paraId="702E367E" w14:textId="77777777" w:rsidR="00292F36" w:rsidRDefault="00000000">
            <w:r>
              <w:rPr>
                <w:sz w:val="12"/>
              </w:rPr>
              <w:t>0.43396226</w:t>
            </w:r>
          </w:p>
        </w:tc>
        <w:tc>
          <w:tcPr>
            <w:tcW w:w="564" w:type="dxa"/>
            <w:tcMar>
              <w:top w:w="20" w:type="dxa"/>
              <w:left w:w="50" w:type="dxa"/>
              <w:bottom w:w="20" w:type="dxa"/>
              <w:right w:w="50" w:type="dxa"/>
            </w:tcMar>
          </w:tcPr>
          <w:p w14:paraId="37ED8539" w14:textId="77777777" w:rsidR="00292F36" w:rsidRDefault="00000000">
            <w:r>
              <w:rPr>
                <w:sz w:val="12"/>
              </w:rPr>
              <w:t>0</w:t>
            </w:r>
          </w:p>
        </w:tc>
      </w:tr>
      <w:tr w:rsidR="00292F36" w14:paraId="596842C4" w14:textId="77777777">
        <w:tc>
          <w:tcPr>
            <w:tcW w:w="564" w:type="dxa"/>
            <w:tcMar>
              <w:top w:w="20" w:type="dxa"/>
              <w:left w:w="50" w:type="dxa"/>
              <w:bottom w:w="20" w:type="dxa"/>
              <w:right w:w="50" w:type="dxa"/>
            </w:tcMar>
          </w:tcPr>
          <w:p w14:paraId="1B936E62" w14:textId="77777777" w:rsidR="00292F36" w:rsidRDefault="00000000">
            <w:r>
              <w:rPr>
                <w:sz w:val="12"/>
              </w:rPr>
              <w:t>2018_gavilanes_gavilanes_shallow_1</w:t>
            </w:r>
          </w:p>
        </w:tc>
        <w:tc>
          <w:tcPr>
            <w:tcW w:w="564" w:type="dxa"/>
            <w:tcMar>
              <w:top w:w="20" w:type="dxa"/>
              <w:left w:w="50" w:type="dxa"/>
              <w:bottom w:w="20" w:type="dxa"/>
              <w:right w:w="50" w:type="dxa"/>
            </w:tcMar>
          </w:tcPr>
          <w:p w14:paraId="01FE6392" w14:textId="77777777" w:rsidR="00292F36" w:rsidRDefault="00000000">
            <w:r>
              <w:rPr>
                <w:sz w:val="12"/>
              </w:rPr>
              <w:t>-0.1019426</w:t>
            </w:r>
          </w:p>
        </w:tc>
        <w:tc>
          <w:tcPr>
            <w:tcW w:w="564" w:type="dxa"/>
            <w:tcMar>
              <w:top w:w="20" w:type="dxa"/>
              <w:left w:w="50" w:type="dxa"/>
              <w:bottom w:w="20" w:type="dxa"/>
              <w:right w:w="50" w:type="dxa"/>
            </w:tcMar>
          </w:tcPr>
          <w:p w14:paraId="173E93D6" w14:textId="77777777" w:rsidR="00292F36" w:rsidRDefault="00000000">
            <w:r>
              <w:rPr>
                <w:sz w:val="12"/>
              </w:rPr>
              <w:t>-0.2645333</w:t>
            </w:r>
          </w:p>
        </w:tc>
        <w:tc>
          <w:tcPr>
            <w:tcW w:w="564" w:type="dxa"/>
            <w:tcMar>
              <w:top w:w="20" w:type="dxa"/>
              <w:left w:w="50" w:type="dxa"/>
              <w:bottom w:w="20" w:type="dxa"/>
              <w:right w:w="50" w:type="dxa"/>
            </w:tcMar>
          </w:tcPr>
          <w:p w14:paraId="56BA2A45" w14:textId="77777777" w:rsidR="00292F36" w:rsidRDefault="00000000">
            <w:r>
              <w:rPr>
                <w:sz w:val="12"/>
              </w:rPr>
              <w:t>2018</w:t>
            </w:r>
          </w:p>
        </w:tc>
        <w:tc>
          <w:tcPr>
            <w:tcW w:w="564" w:type="dxa"/>
            <w:tcMar>
              <w:top w:w="20" w:type="dxa"/>
              <w:left w:w="50" w:type="dxa"/>
              <w:bottom w:w="20" w:type="dxa"/>
              <w:right w:w="50" w:type="dxa"/>
            </w:tcMar>
          </w:tcPr>
          <w:p w14:paraId="3EF48C62" w14:textId="77777777" w:rsidR="00292F36" w:rsidRDefault="00000000">
            <w:r>
              <w:rPr>
                <w:sz w:val="12"/>
              </w:rPr>
              <w:t>punta_eugenia</w:t>
            </w:r>
          </w:p>
        </w:tc>
        <w:tc>
          <w:tcPr>
            <w:tcW w:w="564" w:type="dxa"/>
            <w:tcMar>
              <w:top w:w="20" w:type="dxa"/>
              <w:left w:w="50" w:type="dxa"/>
              <w:bottom w:w="20" w:type="dxa"/>
              <w:right w:w="50" w:type="dxa"/>
            </w:tcMar>
          </w:tcPr>
          <w:p w14:paraId="46BA53FB" w14:textId="77777777" w:rsidR="00292F36" w:rsidRDefault="00000000">
            <w:r>
              <w:rPr>
                <w:sz w:val="12"/>
              </w:rPr>
              <w:t>South</w:t>
            </w:r>
          </w:p>
        </w:tc>
        <w:tc>
          <w:tcPr>
            <w:tcW w:w="564" w:type="dxa"/>
            <w:tcMar>
              <w:top w:w="20" w:type="dxa"/>
              <w:left w:w="50" w:type="dxa"/>
              <w:bottom w:w="20" w:type="dxa"/>
              <w:right w:w="50" w:type="dxa"/>
            </w:tcMar>
          </w:tcPr>
          <w:p w14:paraId="7534AFDA" w14:textId="77777777" w:rsidR="00292F36" w:rsidRDefault="00000000">
            <w:r>
              <w:rPr>
                <w:sz w:val="12"/>
              </w:rPr>
              <w:t>gavilanes</w:t>
            </w:r>
          </w:p>
        </w:tc>
        <w:tc>
          <w:tcPr>
            <w:tcW w:w="564" w:type="dxa"/>
            <w:tcMar>
              <w:top w:w="20" w:type="dxa"/>
              <w:left w:w="50" w:type="dxa"/>
              <w:bottom w:w="20" w:type="dxa"/>
              <w:right w:w="50" w:type="dxa"/>
            </w:tcMar>
          </w:tcPr>
          <w:p w14:paraId="014B3F13" w14:textId="77777777" w:rsidR="00292F36" w:rsidRDefault="00000000">
            <w:r>
              <w:rPr>
                <w:sz w:val="12"/>
              </w:rPr>
              <w:t>gavilanes_shallow</w:t>
            </w:r>
          </w:p>
        </w:tc>
        <w:tc>
          <w:tcPr>
            <w:tcW w:w="564" w:type="dxa"/>
            <w:tcMar>
              <w:top w:w="20" w:type="dxa"/>
              <w:left w:w="50" w:type="dxa"/>
              <w:bottom w:w="20" w:type="dxa"/>
              <w:right w:w="50" w:type="dxa"/>
            </w:tcMar>
          </w:tcPr>
          <w:p w14:paraId="3EBF7F90" w14:textId="77777777" w:rsidR="00292F36" w:rsidRDefault="00000000">
            <w:r>
              <w:rPr>
                <w:sz w:val="12"/>
              </w:rPr>
              <w:t>7</w:t>
            </w:r>
          </w:p>
        </w:tc>
        <w:tc>
          <w:tcPr>
            <w:tcW w:w="564" w:type="dxa"/>
            <w:tcMar>
              <w:top w:w="20" w:type="dxa"/>
              <w:left w:w="50" w:type="dxa"/>
              <w:bottom w:w="20" w:type="dxa"/>
              <w:right w:w="50" w:type="dxa"/>
            </w:tcMar>
          </w:tcPr>
          <w:p w14:paraId="538D91FA" w14:textId="77777777" w:rsidR="00292F36" w:rsidRDefault="00000000">
            <w:r>
              <w:rPr>
                <w:sz w:val="12"/>
              </w:rPr>
              <w:t>16.4599991</w:t>
            </w:r>
          </w:p>
        </w:tc>
        <w:tc>
          <w:tcPr>
            <w:tcW w:w="564" w:type="dxa"/>
            <w:tcMar>
              <w:top w:w="20" w:type="dxa"/>
              <w:left w:w="50" w:type="dxa"/>
              <w:bottom w:w="20" w:type="dxa"/>
              <w:right w:w="50" w:type="dxa"/>
            </w:tcMar>
          </w:tcPr>
          <w:p w14:paraId="792600E1" w14:textId="77777777" w:rsidR="00292F36" w:rsidRDefault="00000000">
            <w:r>
              <w:rPr>
                <w:sz w:val="12"/>
              </w:rPr>
              <w:t>3.36129881</w:t>
            </w:r>
          </w:p>
        </w:tc>
        <w:tc>
          <w:tcPr>
            <w:tcW w:w="564" w:type="dxa"/>
            <w:tcMar>
              <w:top w:w="20" w:type="dxa"/>
              <w:left w:w="50" w:type="dxa"/>
              <w:bottom w:w="20" w:type="dxa"/>
              <w:right w:w="50" w:type="dxa"/>
            </w:tcMar>
          </w:tcPr>
          <w:p w14:paraId="41FCA881" w14:textId="77777777" w:rsidR="00292F36" w:rsidRDefault="00000000">
            <w:r>
              <w:rPr>
                <w:sz w:val="12"/>
              </w:rPr>
              <w:t>0.62443439</w:t>
            </w:r>
          </w:p>
        </w:tc>
        <w:tc>
          <w:tcPr>
            <w:tcW w:w="564" w:type="dxa"/>
            <w:tcMar>
              <w:top w:w="20" w:type="dxa"/>
              <w:left w:w="50" w:type="dxa"/>
              <w:bottom w:w="20" w:type="dxa"/>
              <w:right w:w="50" w:type="dxa"/>
            </w:tcMar>
          </w:tcPr>
          <w:p w14:paraId="14D944F1" w14:textId="77777777" w:rsidR="00292F36" w:rsidRDefault="00000000">
            <w:r>
              <w:rPr>
                <w:sz w:val="12"/>
              </w:rPr>
              <w:t>0.37104072</w:t>
            </w:r>
          </w:p>
        </w:tc>
        <w:tc>
          <w:tcPr>
            <w:tcW w:w="564" w:type="dxa"/>
            <w:tcMar>
              <w:top w:w="20" w:type="dxa"/>
              <w:left w:w="50" w:type="dxa"/>
              <w:bottom w:w="20" w:type="dxa"/>
              <w:right w:w="50" w:type="dxa"/>
            </w:tcMar>
          </w:tcPr>
          <w:p w14:paraId="6E36907D" w14:textId="77777777" w:rsidR="00292F36" w:rsidRDefault="00000000">
            <w:r>
              <w:rPr>
                <w:sz w:val="12"/>
              </w:rPr>
              <w:t>0</w:t>
            </w:r>
          </w:p>
        </w:tc>
        <w:tc>
          <w:tcPr>
            <w:tcW w:w="564" w:type="dxa"/>
            <w:tcMar>
              <w:top w:w="20" w:type="dxa"/>
              <w:left w:w="50" w:type="dxa"/>
              <w:bottom w:w="20" w:type="dxa"/>
              <w:right w:w="50" w:type="dxa"/>
            </w:tcMar>
          </w:tcPr>
          <w:p w14:paraId="3E51FB6E" w14:textId="77777777" w:rsidR="00292F36" w:rsidRDefault="00000000">
            <w:r>
              <w:rPr>
                <w:sz w:val="12"/>
              </w:rPr>
              <w:t>0.00452489</w:t>
            </w:r>
          </w:p>
        </w:tc>
        <w:tc>
          <w:tcPr>
            <w:tcW w:w="564" w:type="dxa"/>
            <w:tcMar>
              <w:top w:w="20" w:type="dxa"/>
              <w:left w:w="50" w:type="dxa"/>
              <w:bottom w:w="20" w:type="dxa"/>
              <w:right w:w="50" w:type="dxa"/>
            </w:tcMar>
          </w:tcPr>
          <w:p w14:paraId="6A2773B7" w14:textId="77777777" w:rsidR="00292F36" w:rsidRDefault="00000000">
            <w:r>
              <w:rPr>
                <w:sz w:val="12"/>
              </w:rPr>
              <w:t>0</w:t>
            </w:r>
          </w:p>
        </w:tc>
        <w:tc>
          <w:tcPr>
            <w:tcW w:w="564" w:type="dxa"/>
            <w:tcMar>
              <w:top w:w="20" w:type="dxa"/>
              <w:left w:w="50" w:type="dxa"/>
              <w:bottom w:w="20" w:type="dxa"/>
              <w:right w:w="50" w:type="dxa"/>
            </w:tcMar>
          </w:tcPr>
          <w:p w14:paraId="068F1BA2" w14:textId="77777777" w:rsidR="00292F36" w:rsidRDefault="00000000">
            <w:r>
              <w:rPr>
                <w:sz w:val="12"/>
              </w:rPr>
              <w:t>0</w:t>
            </w:r>
          </w:p>
        </w:tc>
        <w:tc>
          <w:tcPr>
            <w:tcW w:w="564" w:type="dxa"/>
            <w:tcMar>
              <w:top w:w="20" w:type="dxa"/>
              <w:left w:w="50" w:type="dxa"/>
              <w:bottom w:w="20" w:type="dxa"/>
              <w:right w:w="50" w:type="dxa"/>
            </w:tcMar>
          </w:tcPr>
          <w:p w14:paraId="3B23DBC3" w14:textId="77777777" w:rsidR="00292F36" w:rsidRDefault="00000000">
            <w:r>
              <w:rPr>
                <w:sz w:val="12"/>
              </w:rPr>
              <w:t>0</w:t>
            </w:r>
          </w:p>
        </w:tc>
        <w:tc>
          <w:tcPr>
            <w:tcW w:w="564" w:type="dxa"/>
            <w:tcMar>
              <w:top w:w="20" w:type="dxa"/>
              <w:left w:w="50" w:type="dxa"/>
              <w:bottom w:w="20" w:type="dxa"/>
              <w:right w:w="50" w:type="dxa"/>
            </w:tcMar>
          </w:tcPr>
          <w:p w14:paraId="69B28D5F" w14:textId="77777777" w:rsidR="00292F36" w:rsidRDefault="00000000">
            <w:r>
              <w:rPr>
                <w:sz w:val="12"/>
              </w:rPr>
              <w:t>0</w:t>
            </w:r>
          </w:p>
        </w:tc>
        <w:tc>
          <w:tcPr>
            <w:tcW w:w="564" w:type="dxa"/>
            <w:tcMar>
              <w:top w:w="20" w:type="dxa"/>
              <w:left w:w="50" w:type="dxa"/>
              <w:bottom w:w="20" w:type="dxa"/>
              <w:right w:w="50" w:type="dxa"/>
            </w:tcMar>
          </w:tcPr>
          <w:p w14:paraId="01E664EF" w14:textId="77777777" w:rsidR="00292F36" w:rsidRDefault="00000000">
            <w:r>
              <w:rPr>
                <w:sz w:val="12"/>
              </w:rPr>
              <w:t>0</w:t>
            </w:r>
          </w:p>
        </w:tc>
        <w:tc>
          <w:tcPr>
            <w:tcW w:w="564" w:type="dxa"/>
            <w:tcMar>
              <w:top w:w="20" w:type="dxa"/>
              <w:left w:w="50" w:type="dxa"/>
              <w:bottom w:w="20" w:type="dxa"/>
              <w:right w:w="50" w:type="dxa"/>
            </w:tcMar>
          </w:tcPr>
          <w:p w14:paraId="7EBADC1E" w14:textId="77777777" w:rsidR="00292F36" w:rsidRDefault="00000000">
            <w:r>
              <w:rPr>
                <w:sz w:val="12"/>
              </w:rPr>
              <w:t>0.75</w:t>
            </w:r>
          </w:p>
        </w:tc>
        <w:tc>
          <w:tcPr>
            <w:tcW w:w="564" w:type="dxa"/>
            <w:tcMar>
              <w:top w:w="20" w:type="dxa"/>
              <w:left w:w="50" w:type="dxa"/>
              <w:bottom w:w="20" w:type="dxa"/>
              <w:right w:w="50" w:type="dxa"/>
            </w:tcMar>
          </w:tcPr>
          <w:p w14:paraId="619B6D0D" w14:textId="77777777" w:rsidR="00292F36" w:rsidRDefault="00000000">
            <w:r>
              <w:rPr>
                <w:sz w:val="12"/>
              </w:rPr>
              <w:t>0.16666667</w:t>
            </w:r>
          </w:p>
        </w:tc>
        <w:tc>
          <w:tcPr>
            <w:tcW w:w="564" w:type="dxa"/>
            <w:tcMar>
              <w:top w:w="20" w:type="dxa"/>
              <w:left w:w="50" w:type="dxa"/>
              <w:bottom w:w="20" w:type="dxa"/>
              <w:right w:w="50" w:type="dxa"/>
            </w:tcMar>
          </w:tcPr>
          <w:p w14:paraId="22B369C3" w14:textId="77777777" w:rsidR="00292F36" w:rsidRDefault="00000000">
            <w:r>
              <w:rPr>
                <w:sz w:val="12"/>
              </w:rPr>
              <w:t>0</w:t>
            </w:r>
          </w:p>
        </w:tc>
        <w:tc>
          <w:tcPr>
            <w:tcW w:w="564" w:type="dxa"/>
            <w:tcMar>
              <w:top w:w="20" w:type="dxa"/>
              <w:left w:w="50" w:type="dxa"/>
              <w:bottom w:w="20" w:type="dxa"/>
              <w:right w:w="50" w:type="dxa"/>
            </w:tcMar>
          </w:tcPr>
          <w:p w14:paraId="57ED0FBE" w14:textId="77777777" w:rsidR="00292F36" w:rsidRDefault="00000000">
            <w:r>
              <w:rPr>
                <w:sz w:val="12"/>
              </w:rPr>
              <w:t>0.08333333</w:t>
            </w:r>
          </w:p>
        </w:tc>
        <w:tc>
          <w:tcPr>
            <w:tcW w:w="564" w:type="dxa"/>
            <w:tcMar>
              <w:top w:w="20" w:type="dxa"/>
              <w:left w:w="50" w:type="dxa"/>
              <w:bottom w:w="20" w:type="dxa"/>
              <w:right w:w="50" w:type="dxa"/>
            </w:tcMar>
          </w:tcPr>
          <w:p w14:paraId="3C81C4D0" w14:textId="77777777" w:rsidR="00292F36" w:rsidRDefault="00000000">
            <w:r>
              <w:rPr>
                <w:sz w:val="12"/>
              </w:rPr>
              <w:t>0</w:t>
            </w:r>
          </w:p>
        </w:tc>
      </w:tr>
      <w:tr w:rsidR="00292F36" w14:paraId="020CDB75" w14:textId="77777777">
        <w:tc>
          <w:tcPr>
            <w:tcW w:w="564" w:type="dxa"/>
            <w:tcMar>
              <w:top w:w="20" w:type="dxa"/>
              <w:left w:w="50" w:type="dxa"/>
              <w:bottom w:w="20" w:type="dxa"/>
              <w:right w:w="50" w:type="dxa"/>
            </w:tcMar>
          </w:tcPr>
          <w:p w14:paraId="0FD645ED" w14:textId="77777777" w:rsidR="00292F36" w:rsidRDefault="00000000">
            <w:r>
              <w:rPr>
                <w:sz w:val="12"/>
              </w:rPr>
              <w:t>2018_gavilanes_gavilanes_shallow_2</w:t>
            </w:r>
          </w:p>
        </w:tc>
        <w:tc>
          <w:tcPr>
            <w:tcW w:w="564" w:type="dxa"/>
            <w:tcMar>
              <w:top w:w="20" w:type="dxa"/>
              <w:left w:w="50" w:type="dxa"/>
              <w:bottom w:w="20" w:type="dxa"/>
              <w:right w:w="50" w:type="dxa"/>
            </w:tcMar>
          </w:tcPr>
          <w:p w14:paraId="2A455E14" w14:textId="77777777" w:rsidR="00292F36" w:rsidRDefault="00000000">
            <w:r>
              <w:rPr>
                <w:sz w:val="12"/>
              </w:rPr>
              <w:t>-0.1878034</w:t>
            </w:r>
          </w:p>
        </w:tc>
        <w:tc>
          <w:tcPr>
            <w:tcW w:w="564" w:type="dxa"/>
            <w:tcMar>
              <w:top w:w="20" w:type="dxa"/>
              <w:left w:w="50" w:type="dxa"/>
              <w:bottom w:w="20" w:type="dxa"/>
              <w:right w:w="50" w:type="dxa"/>
            </w:tcMar>
          </w:tcPr>
          <w:p w14:paraId="4236FBF5" w14:textId="77777777" w:rsidR="00292F36" w:rsidRDefault="00000000">
            <w:r>
              <w:rPr>
                <w:sz w:val="12"/>
              </w:rPr>
              <w:t>-0.4160744</w:t>
            </w:r>
          </w:p>
        </w:tc>
        <w:tc>
          <w:tcPr>
            <w:tcW w:w="564" w:type="dxa"/>
            <w:tcMar>
              <w:top w:w="20" w:type="dxa"/>
              <w:left w:w="50" w:type="dxa"/>
              <w:bottom w:w="20" w:type="dxa"/>
              <w:right w:w="50" w:type="dxa"/>
            </w:tcMar>
          </w:tcPr>
          <w:p w14:paraId="526CC5E9" w14:textId="77777777" w:rsidR="00292F36" w:rsidRDefault="00000000">
            <w:r>
              <w:rPr>
                <w:sz w:val="12"/>
              </w:rPr>
              <w:t>2018</w:t>
            </w:r>
          </w:p>
        </w:tc>
        <w:tc>
          <w:tcPr>
            <w:tcW w:w="564" w:type="dxa"/>
            <w:tcMar>
              <w:top w:w="20" w:type="dxa"/>
              <w:left w:w="50" w:type="dxa"/>
              <w:bottom w:w="20" w:type="dxa"/>
              <w:right w:w="50" w:type="dxa"/>
            </w:tcMar>
          </w:tcPr>
          <w:p w14:paraId="31F168AB" w14:textId="77777777" w:rsidR="00292F36" w:rsidRDefault="00000000">
            <w:r>
              <w:rPr>
                <w:sz w:val="12"/>
              </w:rPr>
              <w:t>punta_eugenia</w:t>
            </w:r>
          </w:p>
        </w:tc>
        <w:tc>
          <w:tcPr>
            <w:tcW w:w="564" w:type="dxa"/>
            <w:tcMar>
              <w:top w:w="20" w:type="dxa"/>
              <w:left w:w="50" w:type="dxa"/>
              <w:bottom w:w="20" w:type="dxa"/>
              <w:right w:w="50" w:type="dxa"/>
            </w:tcMar>
          </w:tcPr>
          <w:p w14:paraId="1549269D" w14:textId="77777777" w:rsidR="00292F36" w:rsidRDefault="00000000">
            <w:r>
              <w:rPr>
                <w:sz w:val="12"/>
              </w:rPr>
              <w:t>South</w:t>
            </w:r>
          </w:p>
        </w:tc>
        <w:tc>
          <w:tcPr>
            <w:tcW w:w="564" w:type="dxa"/>
            <w:tcMar>
              <w:top w:w="20" w:type="dxa"/>
              <w:left w:w="50" w:type="dxa"/>
              <w:bottom w:w="20" w:type="dxa"/>
              <w:right w:w="50" w:type="dxa"/>
            </w:tcMar>
          </w:tcPr>
          <w:p w14:paraId="325B1B3E" w14:textId="77777777" w:rsidR="00292F36" w:rsidRDefault="00000000">
            <w:r>
              <w:rPr>
                <w:sz w:val="12"/>
              </w:rPr>
              <w:t>gavilanes</w:t>
            </w:r>
          </w:p>
        </w:tc>
        <w:tc>
          <w:tcPr>
            <w:tcW w:w="564" w:type="dxa"/>
            <w:tcMar>
              <w:top w:w="20" w:type="dxa"/>
              <w:left w:w="50" w:type="dxa"/>
              <w:bottom w:w="20" w:type="dxa"/>
              <w:right w:w="50" w:type="dxa"/>
            </w:tcMar>
          </w:tcPr>
          <w:p w14:paraId="6C30FAEE" w14:textId="77777777" w:rsidR="00292F36" w:rsidRDefault="00000000">
            <w:r>
              <w:rPr>
                <w:sz w:val="12"/>
              </w:rPr>
              <w:t>gavilanes_shallow</w:t>
            </w:r>
          </w:p>
        </w:tc>
        <w:tc>
          <w:tcPr>
            <w:tcW w:w="564" w:type="dxa"/>
            <w:tcMar>
              <w:top w:w="20" w:type="dxa"/>
              <w:left w:w="50" w:type="dxa"/>
              <w:bottom w:w="20" w:type="dxa"/>
              <w:right w:w="50" w:type="dxa"/>
            </w:tcMar>
          </w:tcPr>
          <w:p w14:paraId="2E175B66" w14:textId="77777777" w:rsidR="00292F36" w:rsidRDefault="00000000">
            <w:r>
              <w:rPr>
                <w:sz w:val="12"/>
              </w:rPr>
              <w:t>7</w:t>
            </w:r>
          </w:p>
        </w:tc>
        <w:tc>
          <w:tcPr>
            <w:tcW w:w="564" w:type="dxa"/>
            <w:tcMar>
              <w:top w:w="20" w:type="dxa"/>
              <w:left w:w="50" w:type="dxa"/>
              <w:bottom w:w="20" w:type="dxa"/>
              <w:right w:w="50" w:type="dxa"/>
            </w:tcMar>
          </w:tcPr>
          <w:p w14:paraId="511A10ED" w14:textId="77777777" w:rsidR="00292F36" w:rsidRDefault="00000000">
            <w:r>
              <w:rPr>
                <w:sz w:val="12"/>
              </w:rPr>
              <w:t>16.4599991</w:t>
            </w:r>
          </w:p>
        </w:tc>
        <w:tc>
          <w:tcPr>
            <w:tcW w:w="564" w:type="dxa"/>
            <w:tcMar>
              <w:top w:w="20" w:type="dxa"/>
              <w:left w:w="50" w:type="dxa"/>
              <w:bottom w:w="20" w:type="dxa"/>
              <w:right w:w="50" w:type="dxa"/>
            </w:tcMar>
          </w:tcPr>
          <w:p w14:paraId="700828C4" w14:textId="77777777" w:rsidR="00292F36" w:rsidRDefault="00000000">
            <w:r>
              <w:rPr>
                <w:sz w:val="12"/>
              </w:rPr>
              <w:t>3.36129881</w:t>
            </w:r>
          </w:p>
        </w:tc>
        <w:tc>
          <w:tcPr>
            <w:tcW w:w="564" w:type="dxa"/>
            <w:tcMar>
              <w:top w:w="20" w:type="dxa"/>
              <w:left w:w="50" w:type="dxa"/>
              <w:bottom w:w="20" w:type="dxa"/>
              <w:right w:w="50" w:type="dxa"/>
            </w:tcMar>
          </w:tcPr>
          <w:p w14:paraId="0410CAC9" w14:textId="77777777" w:rsidR="00292F36" w:rsidRDefault="00000000">
            <w:r>
              <w:rPr>
                <w:sz w:val="12"/>
              </w:rPr>
              <w:t>0.5971564</w:t>
            </w:r>
          </w:p>
        </w:tc>
        <w:tc>
          <w:tcPr>
            <w:tcW w:w="564" w:type="dxa"/>
            <w:tcMar>
              <w:top w:w="20" w:type="dxa"/>
              <w:left w:w="50" w:type="dxa"/>
              <w:bottom w:w="20" w:type="dxa"/>
              <w:right w:w="50" w:type="dxa"/>
            </w:tcMar>
          </w:tcPr>
          <w:p w14:paraId="134043EF" w14:textId="77777777" w:rsidR="00292F36" w:rsidRDefault="00000000">
            <w:r>
              <w:rPr>
                <w:sz w:val="12"/>
              </w:rPr>
              <w:t>0.38388626</w:t>
            </w:r>
          </w:p>
        </w:tc>
        <w:tc>
          <w:tcPr>
            <w:tcW w:w="564" w:type="dxa"/>
            <w:tcMar>
              <w:top w:w="20" w:type="dxa"/>
              <w:left w:w="50" w:type="dxa"/>
              <w:bottom w:w="20" w:type="dxa"/>
              <w:right w:w="50" w:type="dxa"/>
            </w:tcMar>
          </w:tcPr>
          <w:p w14:paraId="237AE32B" w14:textId="77777777" w:rsidR="00292F36" w:rsidRDefault="00000000">
            <w:r>
              <w:rPr>
                <w:sz w:val="12"/>
              </w:rPr>
              <w:t>0.01895735</w:t>
            </w:r>
          </w:p>
        </w:tc>
        <w:tc>
          <w:tcPr>
            <w:tcW w:w="564" w:type="dxa"/>
            <w:tcMar>
              <w:top w:w="20" w:type="dxa"/>
              <w:left w:w="50" w:type="dxa"/>
              <w:bottom w:w="20" w:type="dxa"/>
              <w:right w:w="50" w:type="dxa"/>
            </w:tcMar>
          </w:tcPr>
          <w:p w14:paraId="3C69BD11" w14:textId="77777777" w:rsidR="00292F36" w:rsidRDefault="00000000">
            <w:r>
              <w:rPr>
                <w:sz w:val="12"/>
              </w:rPr>
              <w:t>0</w:t>
            </w:r>
          </w:p>
        </w:tc>
        <w:tc>
          <w:tcPr>
            <w:tcW w:w="564" w:type="dxa"/>
            <w:tcMar>
              <w:top w:w="20" w:type="dxa"/>
              <w:left w:w="50" w:type="dxa"/>
              <w:bottom w:w="20" w:type="dxa"/>
              <w:right w:w="50" w:type="dxa"/>
            </w:tcMar>
          </w:tcPr>
          <w:p w14:paraId="3F8703DA" w14:textId="77777777" w:rsidR="00292F36" w:rsidRDefault="00000000">
            <w:r>
              <w:rPr>
                <w:sz w:val="12"/>
              </w:rPr>
              <w:t>0</w:t>
            </w:r>
          </w:p>
        </w:tc>
        <w:tc>
          <w:tcPr>
            <w:tcW w:w="564" w:type="dxa"/>
            <w:tcMar>
              <w:top w:w="20" w:type="dxa"/>
              <w:left w:w="50" w:type="dxa"/>
              <w:bottom w:w="20" w:type="dxa"/>
              <w:right w:w="50" w:type="dxa"/>
            </w:tcMar>
          </w:tcPr>
          <w:p w14:paraId="39AB9165" w14:textId="77777777" w:rsidR="00292F36" w:rsidRDefault="00000000">
            <w:r>
              <w:rPr>
                <w:sz w:val="12"/>
              </w:rPr>
              <w:t>0</w:t>
            </w:r>
          </w:p>
        </w:tc>
        <w:tc>
          <w:tcPr>
            <w:tcW w:w="564" w:type="dxa"/>
            <w:tcMar>
              <w:top w:w="20" w:type="dxa"/>
              <w:left w:w="50" w:type="dxa"/>
              <w:bottom w:w="20" w:type="dxa"/>
              <w:right w:w="50" w:type="dxa"/>
            </w:tcMar>
          </w:tcPr>
          <w:p w14:paraId="05F5A94F" w14:textId="77777777" w:rsidR="00292F36" w:rsidRDefault="00000000">
            <w:r>
              <w:rPr>
                <w:sz w:val="12"/>
              </w:rPr>
              <w:t>0</w:t>
            </w:r>
          </w:p>
        </w:tc>
        <w:tc>
          <w:tcPr>
            <w:tcW w:w="564" w:type="dxa"/>
            <w:tcMar>
              <w:top w:w="20" w:type="dxa"/>
              <w:left w:w="50" w:type="dxa"/>
              <w:bottom w:w="20" w:type="dxa"/>
              <w:right w:w="50" w:type="dxa"/>
            </w:tcMar>
          </w:tcPr>
          <w:p w14:paraId="3C6CF877" w14:textId="77777777" w:rsidR="00292F36" w:rsidRDefault="00000000">
            <w:r>
              <w:rPr>
                <w:sz w:val="12"/>
              </w:rPr>
              <w:t>0</w:t>
            </w:r>
          </w:p>
        </w:tc>
        <w:tc>
          <w:tcPr>
            <w:tcW w:w="564" w:type="dxa"/>
            <w:tcMar>
              <w:top w:w="20" w:type="dxa"/>
              <w:left w:w="50" w:type="dxa"/>
              <w:bottom w:w="20" w:type="dxa"/>
              <w:right w:w="50" w:type="dxa"/>
            </w:tcMar>
          </w:tcPr>
          <w:p w14:paraId="3B84D2FC" w14:textId="77777777" w:rsidR="00292F36" w:rsidRDefault="00000000">
            <w:r>
              <w:rPr>
                <w:sz w:val="12"/>
              </w:rPr>
              <w:t>0</w:t>
            </w:r>
          </w:p>
        </w:tc>
        <w:tc>
          <w:tcPr>
            <w:tcW w:w="564" w:type="dxa"/>
            <w:tcMar>
              <w:top w:w="20" w:type="dxa"/>
              <w:left w:w="50" w:type="dxa"/>
              <w:bottom w:w="20" w:type="dxa"/>
              <w:right w:w="50" w:type="dxa"/>
            </w:tcMar>
          </w:tcPr>
          <w:p w14:paraId="719EDAA5" w14:textId="77777777" w:rsidR="00292F36" w:rsidRDefault="00000000">
            <w:r>
              <w:rPr>
                <w:sz w:val="12"/>
              </w:rPr>
              <w:t>0.42307692</w:t>
            </w:r>
          </w:p>
        </w:tc>
        <w:tc>
          <w:tcPr>
            <w:tcW w:w="564" w:type="dxa"/>
            <w:tcMar>
              <w:top w:w="20" w:type="dxa"/>
              <w:left w:w="50" w:type="dxa"/>
              <w:bottom w:w="20" w:type="dxa"/>
              <w:right w:w="50" w:type="dxa"/>
            </w:tcMar>
          </w:tcPr>
          <w:p w14:paraId="7636E89E" w14:textId="77777777" w:rsidR="00292F36" w:rsidRDefault="00000000">
            <w:r>
              <w:rPr>
                <w:sz w:val="12"/>
              </w:rPr>
              <w:t>0.11538462</w:t>
            </w:r>
          </w:p>
        </w:tc>
        <w:tc>
          <w:tcPr>
            <w:tcW w:w="564" w:type="dxa"/>
            <w:tcMar>
              <w:top w:w="20" w:type="dxa"/>
              <w:left w:w="50" w:type="dxa"/>
              <w:bottom w:w="20" w:type="dxa"/>
              <w:right w:w="50" w:type="dxa"/>
            </w:tcMar>
          </w:tcPr>
          <w:p w14:paraId="3386FF31" w14:textId="77777777" w:rsidR="00292F36" w:rsidRDefault="00000000">
            <w:r>
              <w:rPr>
                <w:sz w:val="12"/>
              </w:rPr>
              <w:t>0</w:t>
            </w:r>
          </w:p>
        </w:tc>
        <w:tc>
          <w:tcPr>
            <w:tcW w:w="564" w:type="dxa"/>
            <w:tcMar>
              <w:top w:w="20" w:type="dxa"/>
              <w:left w:w="50" w:type="dxa"/>
              <w:bottom w:w="20" w:type="dxa"/>
              <w:right w:w="50" w:type="dxa"/>
            </w:tcMar>
          </w:tcPr>
          <w:p w14:paraId="5CF8D623" w14:textId="77777777" w:rsidR="00292F36" w:rsidRDefault="00000000">
            <w:r>
              <w:rPr>
                <w:sz w:val="12"/>
              </w:rPr>
              <w:t>0.46153846</w:t>
            </w:r>
          </w:p>
        </w:tc>
        <w:tc>
          <w:tcPr>
            <w:tcW w:w="564" w:type="dxa"/>
            <w:tcMar>
              <w:top w:w="20" w:type="dxa"/>
              <w:left w:w="50" w:type="dxa"/>
              <w:bottom w:w="20" w:type="dxa"/>
              <w:right w:w="50" w:type="dxa"/>
            </w:tcMar>
          </w:tcPr>
          <w:p w14:paraId="513BE6AA" w14:textId="77777777" w:rsidR="00292F36" w:rsidRDefault="00000000">
            <w:r>
              <w:rPr>
                <w:sz w:val="12"/>
              </w:rPr>
              <w:t>0</w:t>
            </w:r>
          </w:p>
        </w:tc>
      </w:tr>
      <w:tr w:rsidR="00292F36" w14:paraId="3CE82D20" w14:textId="77777777">
        <w:tc>
          <w:tcPr>
            <w:tcW w:w="564" w:type="dxa"/>
            <w:tcMar>
              <w:top w:w="20" w:type="dxa"/>
              <w:left w:w="50" w:type="dxa"/>
              <w:bottom w:w="20" w:type="dxa"/>
              <w:right w:w="50" w:type="dxa"/>
            </w:tcMar>
          </w:tcPr>
          <w:p w14:paraId="424BC6DC" w14:textId="77777777" w:rsidR="00292F36" w:rsidRDefault="00000000">
            <w:r>
              <w:rPr>
                <w:sz w:val="12"/>
              </w:rPr>
              <w:t>2018_isla_san_jeronimo_isla_san_jeronimo_sport_fish_deep_1</w:t>
            </w:r>
          </w:p>
        </w:tc>
        <w:tc>
          <w:tcPr>
            <w:tcW w:w="564" w:type="dxa"/>
            <w:tcMar>
              <w:top w:w="20" w:type="dxa"/>
              <w:left w:w="50" w:type="dxa"/>
              <w:bottom w:w="20" w:type="dxa"/>
              <w:right w:w="50" w:type="dxa"/>
            </w:tcMar>
          </w:tcPr>
          <w:p w14:paraId="7018B7F8" w14:textId="77777777" w:rsidR="00292F36" w:rsidRDefault="00000000">
            <w:r>
              <w:rPr>
                <w:sz w:val="12"/>
              </w:rPr>
              <w:t>0.38314761</w:t>
            </w:r>
          </w:p>
        </w:tc>
        <w:tc>
          <w:tcPr>
            <w:tcW w:w="564" w:type="dxa"/>
            <w:tcMar>
              <w:top w:w="20" w:type="dxa"/>
              <w:left w:w="50" w:type="dxa"/>
              <w:bottom w:w="20" w:type="dxa"/>
              <w:right w:w="50" w:type="dxa"/>
            </w:tcMar>
          </w:tcPr>
          <w:p w14:paraId="7F5691F6" w14:textId="77777777" w:rsidR="00292F36" w:rsidRDefault="00000000">
            <w:r>
              <w:rPr>
                <w:sz w:val="12"/>
              </w:rPr>
              <w:t>-0.1552705</w:t>
            </w:r>
          </w:p>
        </w:tc>
        <w:tc>
          <w:tcPr>
            <w:tcW w:w="564" w:type="dxa"/>
            <w:tcMar>
              <w:top w:w="20" w:type="dxa"/>
              <w:left w:w="50" w:type="dxa"/>
              <w:bottom w:w="20" w:type="dxa"/>
              <w:right w:w="50" w:type="dxa"/>
            </w:tcMar>
          </w:tcPr>
          <w:p w14:paraId="372A87B9" w14:textId="77777777" w:rsidR="00292F36" w:rsidRDefault="00000000">
            <w:r>
              <w:rPr>
                <w:sz w:val="12"/>
              </w:rPr>
              <w:t>2018</w:t>
            </w:r>
          </w:p>
        </w:tc>
        <w:tc>
          <w:tcPr>
            <w:tcW w:w="564" w:type="dxa"/>
            <w:tcMar>
              <w:top w:w="20" w:type="dxa"/>
              <w:left w:w="50" w:type="dxa"/>
              <w:bottom w:w="20" w:type="dxa"/>
              <w:right w:w="50" w:type="dxa"/>
            </w:tcMar>
          </w:tcPr>
          <w:p w14:paraId="75A599B2" w14:textId="77777777" w:rsidR="00292F36" w:rsidRDefault="00000000">
            <w:r>
              <w:rPr>
                <w:sz w:val="12"/>
              </w:rPr>
              <w:t>el_rosario</w:t>
            </w:r>
          </w:p>
        </w:tc>
        <w:tc>
          <w:tcPr>
            <w:tcW w:w="564" w:type="dxa"/>
            <w:tcMar>
              <w:top w:w="20" w:type="dxa"/>
              <w:left w:w="50" w:type="dxa"/>
              <w:bottom w:w="20" w:type="dxa"/>
              <w:right w:w="50" w:type="dxa"/>
            </w:tcMar>
          </w:tcPr>
          <w:p w14:paraId="6D064B88" w14:textId="77777777" w:rsidR="00292F36" w:rsidRDefault="00000000">
            <w:r>
              <w:rPr>
                <w:sz w:val="12"/>
              </w:rPr>
              <w:t>Middle</w:t>
            </w:r>
          </w:p>
        </w:tc>
        <w:tc>
          <w:tcPr>
            <w:tcW w:w="564" w:type="dxa"/>
            <w:tcMar>
              <w:top w:w="20" w:type="dxa"/>
              <w:left w:w="50" w:type="dxa"/>
              <w:bottom w:w="20" w:type="dxa"/>
              <w:right w:w="50" w:type="dxa"/>
            </w:tcMar>
          </w:tcPr>
          <w:p w14:paraId="258C82A4" w14:textId="77777777" w:rsidR="00292F36" w:rsidRDefault="00000000">
            <w:r>
              <w:rPr>
                <w:sz w:val="12"/>
              </w:rPr>
              <w:t>isla_san_jeronimo</w:t>
            </w:r>
          </w:p>
        </w:tc>
        <w:tc>
          <w:tcPr>
            <w:tcW w:w="564" w:type="dxa"/>
            <w:tcMar>
              <w:top w:w="20" w:type="dxa"/>
              <w:left w:w="50" w:type="dxa"/>
              <w:bottom w:w="20" w:type="dxa"/>
              <w:right w:w="50" w:type="dxa"/>
            </w:tcMar>
          </w:tcPr>
          <w:p w14:paraId="1A7C8627" w14:textId="77777777" w:rsidR="00292F36" w:rsidRDefault="00000000">
            <w:r>
              <w:rPr>
                <w:sz w:val="12"/>
              </w:rPr>
              <w:t>isla_san_jeronimo_sport_fish_deep</w:t>
            </w:r>
          </w:p>
        </w:tc>
        <w:tc>
          <w:tcPr>
            <w:tcW w:w="564" w:type="dxa"/>
            <w:tcMar>
              <w:top w:w="20" w:type="dxa"/>
              <w:left w:w="50" w:type="dxa"/>
              <w:bottom w:w="20" w:type="dxa"/>
              <w:right w:w="50" w:type="dxa"/>
            </w:tcMar>
          </w:tcPr>
          <w:p w14:paraId="36333EF7" w14:textId="77777777" w:rsidR="00292F36" w:rsidRDefault="00000000">
            <w:r>
              <w:rPr>
                <w:sz w:val="12"/>
              </w:rPr>
              <w:t>10</w:t>
            </w:r>
          </w:p>
        </w:tc>
        <w:tc>
          <w:tcPr>
            <w:tcW w:w="564" w:type="dxa"/>
            <w:tcMar>
              <w:top w:w="20" w:type="dxa"/>
              <w:left w:w="50" w:type="dxa"/>
              <w:bottom w:w="20" w:type="dxa"/>
              <w:right w:w="50" w:type="dxa"/>
            </w:tcMar>
          </w:tcPr>
          <w:p w14:paraId="6703576E" w14:textId="77777777" w:rsidR="00292F36" w:rsidRDefault="00000000">
            <w:r>
              <w:rPr>
                <w:sz w:val="12"/>
              </w:rPr>
              <w:t>18.0900002</w:t>
            </w:r>
          </w:p>
        </w:tc>
        <w:tc>
          <w:tcPr>
            <w:tcW w:w="564" w:type="dxa"/>
            <w:tcMar>
              <w:top w:w="20" w:type="dxa"/>
              <w:left w:w="50" w:type="dxa"/>
              <w:bottom w:w="20" w:type="dxa"/>
              <w:right w:w="50" w:type="dxa"/>
            </w:tcMar>
          </w:tcPr>
          <w:p w14:paraId="063DFEAA" w14:textId="77777777" w:rsidR="00292F36" w:rsidRDefault="00000000">
            <w:r>
              <w:rPr>
                <w:sz w:val="12"/>
              </w:rPr>
              <w:t>2.03588323</w:t>
            </w:r>
          </w:p>
        </w:tc>
        <w:tc>
          <w:tcPr>
            <w:tcW w:w="564" w:type="dxa"/>
            <w:tcMar>
              <w:top w:w="20" w:type="dxa"/>
              <w:left w:w="50" w:type="dxa"/>
              <w:bottom w:w="20" w:type="dxa"/>
              <w:right w:w="50" w:type="dxa"/>
            </w:tcMar>
          </w:tcPr>
          <w:p w14:paraId="135F8239" w14:textId="77777777" w:rsidR="00292F36" w:rsidRDefault="00000000">
            <w:r>
              <w:rPr>
                <w:sz w:val="12"/>
              </w:rPr>
              <w:t>0.17021277</w:t>
            </w:r>
          </w:p>
        </w:tc>
        <w:tc>
          <w:tcPr>
            <w:tcW w:w="564" w:type="dxa"/>
            <w:tcMar>
              <w:top w:w="20" w:type="dxa"/>
              <w:left w:w="50" w:type="dxa"/>
              <w:bottom w:w="20" w:type="dxa"/>
              <w:right w:w="50" w:type="dxa"/>
            </w:tcMar>
          </w:tcPr>
          <w:p w14:paraId="52137C9A" w14:textId="77777777" w:rsidR="00292F36" w:rsidRDefault="00000000">
            <w:r>
              <w:rPr>
                <w:sz w:val="12"/>
              </w:rPr>
              <w:t>0.56028369</w:t>
            </w:r>
          </w:p>
        </w:tc>
        <w:tc>
          <w:tcPr>
            <w:tcW w:w="564" w:type="dxa"/>
            <w:tcMar>
              <w:top w:w="20" w:type="dxa"/>
              <w:left w:w="50" w:type="dxa"/>
              <w:bottom w:w="20" w:type="dxa"/>
              <w:right w:w="50" w:type="dxa"/>
            </w:tcMar>
          </w:tcPr>
          <w:p w14:paraId="50A00D1D" w14:textId="77777777" w:rsidR="00292F36" w:rsidRDefault="00000000">
            <w:r>
              <w:rPr>
                <w:sz w:val="12"/>
              </w:rPr>
              <w:t>0.22695035</w:t>
            </w:r>
          </w:p>
        </w:tc>
        <w:tc>
          <w:tcPr>
            <w:tcW w:w="564" w:type="dxa"/>
            <w:tcMar>
              <w:top w:w="20" w:type="dxa"/>
              <w:left w:w="50" w:type="dxa"/>
              <w:bottom w:w="20" w:type="dxa"/>
              <w:right w:w="50" w:type="dxa"/>
            </w:tcMar>
          </w:tcPr>
          <w:p w14:paraId="27240454" w14:textId="77777777" w:rsidR="00292F36" w:rsidRDefault="00000000">
            <w:r>
              <w:rPr>
                <w:sz w:val="12"/>
              </w:rPr>
              <w:t>0.04255319</w:t>
            </w:r>
          </w:p>
        </w:tc>
        <w:tc>
          <w:tcPr>
            <w:tcW w:w="564" w:type="dxa"/>
            <w:tcMar>
              <w:top w:w="20" w:type="dxa"/>
              <w:left w:w="50" w:type="dxa"/>
              <w:bottom w:w="20" w:type="dxa"/>
              <w:right w:w="50" w:type="dxa"/>
            </w:tcMar>
          </w:tcPr>
          <w:p w14:paraId="2BC6C87C" w14:textId="77777777" w:rsidR="00292F36" w:rsidRDefault="00000000">
            <w:r>
              <w:rPr>
                <w:sz w:val="12"/>
              </w:rPr>
              <w:t>0</w:t>
            </w:r>
          </w:p>
        </w:tc>
        <w:tc>
          <w:tcPr>
            <w:tcW w:w="564" w:type="dxa"/>
            <w:tcMar>
              <w:top w:w="20" w:type="dxa"/>
              <w:left w:w="50" w:type="dxa"/>
              <w:bottom w:w="20" w:type="dxa"/>
              <w:right w:w="50" w:type="dxa"/>
            </w:tcMar>
          </w:tcPr>
          <w:p w14:paraId="0405F8D8" w14:textId="77777777" w:rsidR="00292F36" w:rsidRDefault="00000000">
            <w:r>
              <w:rPr>
                <w:sz w:val="12"/>
              </w:rPr>
              <w:t>0</w:t>
            </w:r>
          </w:p>
        </w:tc>
        <w:tc>
          <w:tcPr>
            <w:tcW w:w="564" w:type="dxa"/>
            <w:tcMar>
              <w:top w:w="20" w:type="dxa"/>
              <w:left w:w="50" w:type="dxa"/>
              <w:bottom w:w="20" w:type="dxa"/>
              <w:right w:w="50" w:type="dxa"/>
            </w:tcMar>
          </w:tcPr>
          <w:p w14:paraId="742827FE" w14:textId="77777777" w:rsidR="00292F36" w:rsidRDefault="00000000">
            <w:r>
              <w:rPr>
                <w:sz w:val="12"/>
              </w:rPr>
              <w:t>0</w:t>
            </w:r>
          </w:p>
        </w:tc>
        <w:tc>
          <w:tcPr>
            <w:tcW w:w="564" w:type="dxa"/>
            <w:tcMar>
              <w:top w:w="20" w:type="dxa"/>
              <w:left w:w="50" w:type="dxa"/>
              <w:bottom w:w="20" w:type="dxa"/>
              <w:right w:w="50" w:type="dxa"/>
            </w:tcMar>
          </w:tcPr>
          <w:p w14:paraId="43933DF3" w14:textId="77777777" w:rsidR="00292F36" w:rsidRDefault="00000000">
            <w:r>
              <w:rPr>
                <w:sz w:val="12"/>
              </w:rPr>
              <w:t>0</w:t>
            </w:r>
          </w:p>
        </w:tc>
        <w:tc>
          <w:tcPr>
            <w:tcW w:w="564" w:type="dxa"/>
            <w:tcMar>
              <w:top w:w="20" w:type="dxa"/>
              <w:left w:w="50" w:type="dxa"/>
              <w:bottom w:w="20" w:type="dxa"/>
              <w:right w:w="50" w:type="dxa"/>
            </w:tcMar>
          </w:tcPr>
          <w:p w14:paraId="02BC64BA" w14:textId="77777777" w:rsidR="00292F36" w:rsidRDefault="00000000">
            <w:r>
              <w:rPr>
                <w:sz w:val="12"/>
              </w:rPr>
              <w:t>0.01298701</w:t>
            </w:r>
          </w:p>
        </w:tc>
        <w:tc>
          <w:tcPr>
            <w:tcW w:w="564" w:type="dxa"/>
            <w:tcMar>
              <w:top w:w="20" w:type="dxa"/>
              <w:left w:w="50" w:type="dxa"/>
              <w:bottom w:w="20" w:type="dxa"/>
              <w:right w:w="50" w:type="dxa"/>
            </w:tcMar>
          </w:tcPr>
          <w:p w14:paraId="1070F80F" w14:textId="77777777" w:rsidR="00292F36" w:rsidRDefault="00000000">
            <w:r>
              <w:rPr>
                <w:sz w:val="12"/>
              </w:rPr>
              <w:t>0.83116883</w:t>
            </w:r>
          </w:p>
        </w:tc>
        <w:tc>
          <w:tcPr>
            <w:tcW w:w="564" w:type="dxa"/>
            <w:tcMar>
              <w:top w:w="20" w:type="dxa"/>
              <w:left w:w="50" w:type="dxa"/>
              <w:bottom w:w="20" w:type="dxa"/>
              <w:right w:w="50" w:type="dxa"/>
            </w:tcMar>
          </w:tcPr>
          <w:p w14:paraId="58E90BAD" w14:textId="77777777" w:rsidR="00292F36" w:rsidRDefault="00000000">
            <w:r>
              <w:rPr>
                <w:sz w:val="12"/>
              </w:rPr>
              <w:t>0.01298701</w:t>
            </w:r>
          </w:p>
        </w:tc>
        <w:tc>
          <w:tcPr>
            <w:tcW w:w="564" w:type="dxa"/>
            <w:tcMar>
              <w:top w:w="20" w:type="dxa"/>
              <w:left w:w="50" w:type="dxa"/>
              <w:bottom w:w="20" w:type="dxa"/>
              <w:right w:w="50" w:type="dxa"/>
            </w:tcMar>
          </w:tcPr>
          <w:p w14:paraId="7F71CD7A" w14:textId="77777777" w:rsidR="00292F36" w:rsidRDefault="00000000">
            <w:r>
              <w:rPr>
                <w:sz w:val="12"/>
              </w:rPr>
              <w:t>0</w:t>
            </w:r>
          </w:p>
        </w:tc>
        <w:tc>
          <w:tcPr>
            <w:tcW w:w="564" w:type="dxa"/>
            <w:tcMar>
              <w:top w:w="20" w:type="dxa"/>
              <w:left w:w="50" w:type="dxa"/>
              <w:bottom w:w="20" w:type="dxa"/>
              <w:right w:w="50" w:type="dxa"/>
            </w:tcMar>
          </w:tcPr>
          <w:p w14:paraId="4BE4B529" w14:textId="77777777" w:rsidR="00292F36" w:rsidRDefault="00000000">
            <w:r>
              <w:rPr>
                <w:sz w:val="12"/>
              </w:rPr>
              <w:t>0.03896104</w:t>
            </w:r>
          </w:p>
        </w:tc>
        <w:tc>
          <w:tcPr>
            <w:tcW w:w="564" w:type="dxa"/>
            <w:tcMar>
              <w:top w:w="20" w:type="dxa"/>
              <w:left w:w="50" w:type="dxa"/>
              <w:bottom w:w="20" w:type="dxa"/>
              <w:right w:w="50" w:type="dxa"/>
            </w:tcMar>
          </w:tcPr>
          <w:p w14:paraId="2006B8B1" w14:textId="77777777" w:rsidR="00292F36" w:rsidRDefault="00000000">
            <w:r>
              <w:rPr>
                <w:sz w:val="12"/>
              </w:rPr>
              <w:t>0.1038961</w:t>
            </w:r>
          </w:p>
        </w:tc>
      </w:tr>
      <w:tr w:rsidR="00292F36" w14:paraId="3C256113" w14:textId="77777777">
        <w:tc>
          <w:tcPr>
            <w:tcW w:w="564" w:type="dxa"/>
            <w:tcMar>
              <w:top w:w="20" w:type="dxa"/>
              <w:left w:w="50" w:type="dxa"/>
              <w:bottom w:w="20" w:type="dxa"/>
              <w:right w:w="50" w:type="dxa"/>
            </w:tcMar>
          </w:tcPr>
          <w:p w14:paraId="321801C3" w14:textId="77777777" w:rsidR="00292F36" w:rsidRDefault="00000000">
            <w:r>
              <w:rPr>
                <w:sz w:val="12"/>
              </w:rPr>
              <w:lastRenderedPageBreak/>
              <w:t>2018_isla_san_jeronimo_isla_san_jeronimo_sport_fish_deep_2</w:t>
            </w:r>
          </w:p>
        </w:tc>
        <w:tc>
          <w:tcPr>
            <w:tcW w:w="564" w:type="dxa"/>
            <w:tcMar>
              <w:top w:w="20" w:type="dxa"/>
              <w:left w:w="50" w:type="dxa"/>
              <w:bottom w:w="20" w:type="dxa"/>
              <w:right w:w="50" w:type="dxa"/>
            </w:tcMar>
          </w:tcPr>
          <w:p w14:paraId="5E086736" w14:textId="77777777" w:rsidR="00292F36" w:rsidRDefault="00000000">
            <w:r>
              <w:rPr>
                <w:sz w:val="12"/>
              </w:rPr>
              <w:t>0.49763676</w:t>
            </w:r>
          </w:p>
        </w:tc>
        <w:tc>
          <w:tcPr>
            <w:tcW w:w="564" w:type="dxa"/>
            <w:tcMar>
              <w:top w:w="20" w:type="dxa"/>
              <w:left w:w="50" w:type="dxa"/>
              <w:bottom w:w="20" w:type="dxa"/>
              <w:right w:w="50" w:type="dxa"/>
            </w:tcMar>
          </w:tcPr>
          <w:p w14:paraId="036C6680" w14:textId="77777777" w:rsidR="00292F36" w:rsidRDefault="00000000">
            <w:r>
              <w:rPr>
                <w:sz w:val="12"/>
              </w:rPr>
              <w:t>-0.2695397</w:t>
            </w:r>
          </w:p>
        </w:tc>
        <w:tc>
          <w:tcPr>
            <w:tcW w:w="564" w:type="dxa"/>
            <w:tcMar>
              <w:top w:w="20" w:type="dxa"/>
              <w:left w:w="50" w:type="dxa"/>
              <w:bottom w:w="20" w:type="dxa"/>
              <w:right w:w="50" w:type="dxa"/>
            </w:tcMar>
          </w:tcPr>
          <w:p w14:paraId="70A4F4D8" w14:textId="77777777" w:rsidR="00292F36" w:rsidRDefault="00000000">
            <w:r>
              <w:rPr>
                <w:sz w:val="12"/>
              </w:rPr>
              <w:t>2018</w:t>
            </w:r>
          </w:p>
        </w:tc>
        <w:tc>
          <w:tcPr>
            <w:tcW w:w="564" w:type="dxa"/>
            <w:tcMar>
              <w:top w:w="20" w:type="dxa"/>
              <w:left w:w="50" w:type="dxa"/>
              <w:bottom w:w="20" w:type="dxa"/>
              <w:right w:w="50" w:type="dxa"/>
            </w:tcMar>
          </w:tcPr>
          <w:p w14:paraId="0351F317" w14:textId="77777777" w:rsidR="00292F36" w:rsidRDefault="00000000">
            <w:r>
              <w:rPr>
                <w:sz w:val="12"/>
              </w:rPr>
              <w:t>el_rosario</w:t>
            </w:r>
          </w:p>
        </w:tc>
        <w:tc>
          <w:tcPr>
            <w:tcW w:w="564" w:type="dxa"/>
            <w:tcMar>
              <w:top w:w="20" w:type="dxa"/>
              <w:left w:w="50" w:type="dxa"/>
              <w:bottom w:w="20" w:type="dxa"/>
              <w:right w:w="50" w:type="dxa"/>
            </w:tcMar>
          </w:tcPr>
          <w:p w14:paraId="79E76D21" w14:textId="77777777" w:rsidR="00292F36" w:rsidRDefault="00000000">
            <w:r>
              <w:rPr>
                <w:sz w:val="12"/>
              </w:rPr>
              <w:t>Middle</w:t>
            </w:r>
          </w:p>
        </w:tc>
        <w:tc>
          <w:tcPr>
            <w:tcW w:w="564" w:type="dxa"/>
            <w:tcMar>
              <w:top w:w="20" w:type="dxa"/>
              <w:left w:w="50" w:type="dxa"/>
              <w:bottom w:w="20" w:type="dxa"/>
              <w:right w:w="50" w:type="dxa"/>
            </w:tcMar>
          </w:tcPr>
          <w:p w14:paraId="3E527889" w14:textId="77777777" w:rsidR="00292F36" w:rsidRDefault="00000000">
            <w:r>
              <w:rPr>
                <w:sz w:val="12"/>
              </w:rPr>
              <w:t>isla_san_jeronimo</w:t>
            </w:r>
          </w:p>
        </w:tc>
        <w:tc>
          <w:tcPr>
            <w:tcW w:w="564" w:type="dxa"/>
            <w:tcMar>
              <w:top w:w="20" w:type="dxa"/>
              <w:left w:w="50" w:type="dxa"/>
              <w:bottom w:w="20" w:type="dxa"/>
              <w:right w:w="50" w:type="dxa"/>
            </w:tcMar>
          </w:tcPr>
          <w:p w14:paraId="7CE6FF99" w14:textId="77777777" w:rsidR="00292F36" w:rsidRDefault="00000000">
            <w:r>
              <w:rPr>
                <w:sz w:val="12"/>
              </w:rPr>
              <w:t>isla_san_jeronimo_sport_fish_deep</w:t>
            </w:r>
          </w:p>
        </w:tc>
        <w:tc>
          <w:tcPr>
            <w:tcW w:w="564" w:type="dxa"/>
            <w:tcMar>
              <w:top w:w="20" w:type="dxa"/>
              <w:left w:w="50" w:type="dxa"/>
              <w:bottom w:w="20" w:type="dxa"/>
              <w:right w:w="50" w:type="dxa"/>
            </w:tcMar>
          </w:tcPr>
          <w:p w14:paraId="44E89CFF" w14:textId="77777777" w:rsidR="00292F36" w:rsidRDefault="00000000">
            <w:r>
              <w:rPr>
                <w:sz w:val="12"/>
              </w:rPr>
              <w:t>12</w:t>
            </w:r>
          </w:p>
        </w:tc>
        <w:tc>
          <w:tcPr>
            <w:tcW w:w="564" w:type="dxa"/>
            <w:tcMar>
              <w:top w:w="20" w:type="dxa"/>
              <w:left w:w="50" w:type="dxa"/>
              <w:bottom w:w="20" w:type="dxa"/>
              <w:right w:w="50" w:type="dxa"/>
            </w:tcMar>
          </w:tcPr>
          <w:p w14:paraId="2ADBCB9D" w14:textId="77777777" w:rsidR="00292F36" w:rsidRDefault="00000000">
            <w:r>
              <w:rPr>
                <w:sz w:val="12"/>
              </w:rPr>
              <w:t>18.0900002</w:t>
            </w:r>
          </w:p>
        </w:tc>
        <w:tc>
          <w:tcPr>
            <w:tcW w:w="564" w:type="dxa"/>
            <w:tcMar>
              <w:top w:w="20" w:type="dxa"/>
              <w:left w:w="50" w:type="dxa"/>
              <w:bottom w:w="20" w:type="dxa"/>
              <w:right w:w="50" w:type="dxa"/>
            </w:tcMar>
          </w:tcPr>
          <w:p w14:paraId="4D1F0BDE" w14:textId="77777777" w:rsidR="00292F36" w:rsidRDefault="00000000">
            <w:r>
              <w:rPr>
                <w:sz w:val="12"/>
              </w:rPr>
              <w:t>2.03588323</w:t>
            </w:r>
          </w:p>
        </w:tc>
        <w:tc>
          <w:tcPr>
            <w:tcW w:w="564" w:type="dxa"/>
            <w:tcMar>
              <w:top w:w="20" w:type="dxa"/>
              <w:left w:w="50" w:type="dxa"/>
              <w:bottom w:w="20" w:type="dxa"/>
              <w:right w:w="50" w:type="dxa"/>
            </w:tcMar>
          </w:tcPr>
          <w:p w14:paraId="3B172894" w14:textId="77777777" w:rsidR="00292F36" w:rsidRDefault="00000000">
            <w:r>
              <w:rPr>
                <w:sz w:val="12"/>
              </w:rPr>
              <w:t>0.05607477</w:t>
            </w:r>
          </w:p>
        </w:tc>
        <w:tc>
          <w:tcPr>
            <w:tcW w:w="564" w:type="dxa"/>
            <w:tcMar>
              <w:top w:w="20" w:type="dxa"/>
              <w:left w:w="50" w:type="dxa"/>
              <w:bottom w:w="20" w:type="dxa"/>
              <w:right w:w="50" w:type="dxa"/>
            </w:tcMar>
          </w:tcPr>
          <w:p w14:paraId="027C82F2" w14:textId="77777777" w:rsidR="00292F36" w:rsidRDefault="00000000">
            <w:r>
              <w:rPr>
                <w:sz w:val="12"/>
              </w:rPr>
              <w:t>0.72897196</w:t>
            </w:r>
          </w:p>
        </w:tc>
        <w:tc>
          <w:tcPr>
            <w:tcW w:w="564" w:type="dxa"/>
            <w:tcMar>
              <w:top w:w="20" w:type="dxa"/>
              <w:left w:w="50" w:type="dxa"/>
              <w:bottom w:w="20" w:type="dxa"/>
              <w:right w:w="50" w:type="dxa"/>
            </w:tcMar>
          </w:tcPr>
          <w:p w14:paraId="7DB834D5" w14:textId="77777777" w:rsidR="00292F36" w:rsidRDefault="00000000">
            <w:r>
              <w:rPr>
                <w:sz w:val="12"/>
              </w:rPr>
              <w:t>0.14953271</w:t>
            </w:r>
          </w:p>
        </w:tc>
        <w:tc>
          <w:tcPr>
            <w:tcW w:w="564" w:type="dxa"/>
            <w:tcMar>
              <w:top w:w="20" w:type="dxa"/>
              <w:left w:w="50" w:type="dxa"/>
              <w:bottom w:w="20" w:type="dxa"/>
              <w:right w:w="50" w:type="dxa"/>
            </w:tcMar>
          </w:tcPr>
          <w:p w14:paraId="1ECFD50E" w14:textId="77777777" w:rsidR="00292F36" w:rsidRDefault="00000000">
            <w:r>
              <w:rPr>
                <w:sz w:val="12"/>
              </w:rPr>
              <w:t>0.06542056</w:t>
            </w:r>
          </w:p>
        </w:tc>
        <w:tc>
          <w:tcPr>
            <w:tcW w:w="564" w:type="dxa"/>
            <w:tcMar>
              <w:top w:w="20" w:type="dxa"/>
              <w:left w:w="50" w:type="dxa"/>
              <w:bottom w:w="20" w:type="dxa"/>
              <w:right w:w="50" w:type="dxa"/>
            </w:tcMar>
          </w:tcPr>
          <w:p w14:paraId="262D464A" w14:textId="77777777" w:rsidR="00292F36" w:rsidRDefault="00000000">
            <w:r>
              <w:rPr>
                <w:sz w:val="12"/>
              </w:rPr>
              <w:t>0</w:t>
            </w:r>
          </w:p>
        </w:tc>
        <w:tc>
          <w:tcPr>
            <w:tcW w:w="564" w:type="dxa"/>
            <w:tcMar>
              <w:top w:w="20" w:type="dxa"/>
              <w:left w:w="50" w:type="dxa"/>
              <w:bottom w:w="20" w:type="dxa"/>
              <w:right w:w="50" w:type="dxa"/>
            </w:tcMar>
          </w:tcPr>
          <w:p w14:paraId="31EE544F" w14:textId="77777777" w:rsidR="00292F36" w:rsidRDefault="00000000">
            <w:r>
              <w:rPr>
                <w:sz w:val="12"/>
              </w:rPr>
              <w:t>0</w:t>
            </w:r>
          </w:p>
        </w:tc>
        <w:tc>
          <w:tcPr>
            <w:tcW w:w="564" w:type="dxa"/>
            <w:tcMar>
              <w:top w:w="20" w:type="dxa"/>
              <w:left w:w="50" w:type="dxa"/>
              <w:bottom w:w="20" w:type="dxa"/>
              <w:right w:w="50" w:type="dxa"/>
            </w:tcMar>
          </w:tcPr>
          <w:p w14:paraId="1F2522DC" w14:textId="77777777" w:rsidR="00292F36" w:rsidRDefault="00000000">
            <w:r>
              <w:rPr>
                <w:sz w:val="12"/>
              </w:rPr>
              <w:t>0</w:t>
            </w:r>
          </w:p>
        </w:tc>
        <w:tc>
          <w:tcPr>
            <w:tcW w:w="564" w:type="dxa"/>
            <w:tcMar>
              <w:top w:w="20" w:type="dxa"/>
              <w:left w:w="50" w:type="dxa"/>
              <w:bottom w:w="20" w:type="dxa"/>
              <w:right w:w="50" w:type="dxa"/>
            </w:tcMar>
          </w:tcPr>
          <w:p w14:paraId="6EB70253" w14:textId="77777777" w:rsidR="00292F36" w:rsidRDefault="00000000">
            <w:r>
              <w:rPr>
                <w:sz w:val="12"/>
              </w:rPr>
              <w:t>0</w:t>
            </w:r>
          </w:p>
        </w:tc>
        <w:tc>
          <w:tcPr>
            <w:tcW w:w="564" w:type="dxa"/>
            <w:tcMar>
              <w:top w:w="20" w:type="dxa"/>
              <w:left w:w="50" w:type="dxa"/>
              <w:bottom w:w="20" w:type="dxa"/>
              <w:right w:w="50" w:type="dxa"/>
            </w:tcMar>
          </w:tcPr>
          <w:p w14:paraId="7DE11107" w14:textId="77777777" w:rsidR="00292F36" w:rsidRDefault="00000000">
            <w:r>
              <w:rPr>
                <w:sz w:val="12"/>
              </w:rPr>
              <w:t>0</w:t>
            </w:r>
          </w:p>
        </w:tc>
        <w:tc>
          <w:tcPr>
            <w:tcW w:w="564" w:type="dxa"/>
            <w:tcMar>
              <w:top w:w="20" w:type="dxa"/>
              <w:left w:w="50" w:type="dxa"/>
              <w:bottom w:w="20" w:type="dxa"/>
              <w:right w:w="50" w:type="dxa"/>
            </w:tcMar>
          </w:tcPr>
          <w:p w14:paraId="3E572285" w14:textId="77777777" w:rsidR="00292F36" w:rsidRDefault="00000000">
            <w:r>
              <w:rPr>
                <w:sz w:val="12"/>
              </w:rPr>
              <w:t>0.88349515</w:t>
            </w:r>
          </w:p>
        </w:tc>
        <w:tc>
          <w:tcPr>
            <w:tcW w:w="564" w:type="dxa"/>
            <w:tcMar>
              <w:top w:w="20" w:type="dxa"/>
              <w:left w:w="50" w:type="dxa"/>
              <w:bottom w:w="20" w:type="dxa"/>
              <w:right w:w="50" w:type="dxa"/>
            </w:tcMar>
          </w:tcPr>
          <w:p w14:paraId="2FD40E3A" w14:textId="77777777" w:rsidR="00292F36" w:rsidRDefault="00000000">
            <w:r>
              <w:rPr>
                <w:sz w:val="12"/>
              </w:rPr>
              <w:t>0</w:t>
            </w:r>
          </w:p>
        </w:tc>
        <w:tc>
          <w:tcPr>
            <w:tcW w:w="564" w:type="dxa"/>
            <w:tcMar>
              <w:top w:w="20" w:type="dxa"/>
              <w:left w:w="50" w:type="dxa"/>
              <w:bottom w:w="20" w:type="dxa"/>
              <w:right w:w="50" w:type="dxa"/>
            </w:tcMar>
          </w:tcPr>
          <w:p w14:paraId="75328C9A" w14:textId="77777777" w:rsidR="00292F36" w:rsidRDefault="00000000">
            <w:r>
              <w:rPr>
                <w:sz w:val="12"/>
              </w:rPr>
              <w:t>0</w:t>
            </w:r>
          </w:p>
        </w:tc>
        <w:tc>
          <w:tcPr>
            <w:tcW w:w="564" w:type="dxa"/>
            <w:tcMar>
              <w:top w:w="20" w:type="dxa"/>
              <w:left w:w="50" w:type="dxa"/>
              <w:bottom w:w="20" w:type="dxa"/>
              <w:right w:w="50" w:type="dxa"/>
            </w:tcMar>
          </w:tcPr>
          <w:p w14:paraId="2F48DF5D" w14:textId="77777777" w:rsidR="00292F36" w:rsidRDefault="00000000">
            <w:r>
              <w:rPr>
                <w:sz w:val="12"/>
              </w:rPr>
              <w:t>0.08737864</w:t>
            </w:r>
          </w:p>
        </w:tc>
        <w:tc>
          <w:tcPr>
            <w:tcW w:w="564" w:type="dxa"/>
            <w:tcMar>
              <w:top w:w="20" w:type="dxa"/>
              <w:left w:w="50" w:type="dxa"/>
              <w:bottom w:w="20" w:type="dxa"/>
              <w:right w:w="50" w:type="dxa"/>
            </w:tcMar>
          </w:tcPr>
          <w:p w14:paraId="19ADD086" w14:textId="77777777" w:rsidR="00292F36" w:rsidRDefault="00000000">
            <w:r>
              <w:rPr>
                <w:sz w:val="12"/>
              </w:rPr>
              <w:t>0.02912621</w:t>
            </w:r>
          </w:p>
        </w:tc>
      </w:tr>
      <w:tr w:rsidR="00292F36" w14:paraId="171702D4" w14:textId="77777777">
        <w:tc>
          <w:tcPr>
            <w:tcW w:w="564" w:type="dxa"/>
            <w:tcMar>
              <w:top w:w="20" w:type="dxa"/>
              <w:left w:w="50" w:type="dxa"/>
              <w:bottom w:w="20" w:type="dxa"/>
              <w:right w:w="50" w:type="dxa"/>
            </w:tcMar>
          </w:tcPr>
          <w:p w14:paraId="0109D8D1" w14:textId="77777777" w:rsidR="00292F36" w:rsidRDefault="00000000">
            <w:r>
              <w:rPr>
                <w:sz w:val="12"/>
              </w:rPr>
              <w:t>2018_isla_todos_santos_isla_todos_santos_canal_inside_kelp_jose_1</w:t>
            </w:r>
          </w:p>
        </w:tc>
        <w:tc>
          <w:tcPr>
            <w:tcW w:w="564" w:type="dxa"/>
            <w:tcMar>
              <w:top w:w="20" w:type="dxa"/>
              <w:left w:w="50" w:type="dxa"/>
              <w:bottom w:w="20" w:type="dxa"/>
              <w:right w:w="50" w:type="dxa"/>
            </w:tcMar>
          </w:tcPr>
          <w:p w14:paraId="71CF8544" w14:textId="77777777" w:rsidR="00292F36" w:rsidRDefault="00000000">
            <w:r>
              <w:rPr>
                <w:sz w:val="12"/>
              </w:rPr>
              <w:t>-0.6867559</w:t>
            </w:r>
          </w:p>
        </w:tc>
        <w:tc>
          <w:tcPr>
            <w:tcW w:w="564" w:type="dxa"/>
            <w:tcMar>
              <w:top w:w="20" w:type="dxa"/>
              <w:left w:w="50" w:type="dxa"/>
              <w:bottom w:w="20" w:type="dxa"/>
              <w:right w:w="50" w:type="dxa"/>
            </w:tcMar>
          </w:tcPr>
          <w:p w14:paraId="41387C83" w14:textId="77777777" w:rsidR="00292F36" w:rsidRDefault="00000000">
            <w:r>
              <w:rPr>
                <w:sz w:val="12"/>
              </w:rPr>
              <w:t>0.63675946</w:t>
            </w:r>
          </w:p>
        </w:tc>
        <w:tc>
          <w:tcPr>
            <w:tcW w:w="564" w:type="dxa"/>
            <w:tcMar>
              <w:top w:w="20" w:type="dxa"/>
              <w:left w:w="50" w:type="dxa"/>
              <w:bottom w:w="20" w:type="dxa"/>
              <w:right w:w="50" w:type="dxa"/>
            </w:tcMar>
          </w:tcPr>
          <w:p w14:paraId="2F0D87BB" w14:textId="77777777" w:rsidR="00292F36" w:rsidRDefault="00000000">
            <w:r>
              <w:rPr>
                <w:sz w:val="12"/>
              </w:rPr>
              <w:t>NA</w:t>
            </w:r>
          </w:p>
        </w:tc>
        <w:tc>
          <w:tcPr>
            <w:tcW w:w="564" w:type="dxa"/>
            <w:tcMar>
              <w:top w:w="20" w:type="dxa"/>
              <w:left w:w="50" w:type="dxa"/>
              <w:bottom w:w="20" w:type="dxa"/>
              <w:right w:w="50" w:type="dxa"/>
            </w:tcMar>
          </w:tcPr>
          <w:p w14:paraId="351CD81E" w14:textId="77777777" w:rsidR="00292F36" w:rsidRDefault="00000000">
            <w:r>
              <w:rPr>
                <w:sz w:val="12"/>
              </w:rPr>
              <w:t>NA</w:t>
            </w:r>
          </w:p>
        </w:tc>
        <w:tc>
          <w:tcPr>
            <w:tcW w:w="564" w:type="dxa"/>
            <w:tcMar>
              <w:top w:w="20" w:type="dxa"/>
              <w:left w:w="50" w:type="dxa"/>
              <w:bottom w:w="20" w:type="dxa"/>
              <w:right w:w="50" w:type="dxa"/>
            </w:tcMar>
          </w:tcPr>
          <w:p w14:paraId="2E9BBFCE" w14:textId="77777777" w:rsidR="00292F36" w:rsidRDefault="00000000">
            <w:r>
              <w:rPr>
                <w:sz w:val="12"/>
              </w:rPr>
              <w:t>NA</w:t>
            </w:r>
          </w:p>
        </w:tc>
        <w:tc>
          <w:tcPr>
            <w:tcW w:w="564" w:type="dxa"/>
            <w:tcMar>
              <w:top w:w="20" w:type="dxa"/>
              <w:left w:w="50" w:type="dxa"/>
              <w:bottom w:w="20" w:type="dxa"/>
              <w:right w:w="50" w:type="dxa"/>
            </w:tcMar>
          </w:tcPr>
          <w:p w14:paraId="281A1190" w14:textId="77777777" w:rsidR="00292F36" w:rsidRDefault="00000000">
            <w:r>
              <w:rPr>
                <w:sz w:val="12"/>
              </w:rPr>
              <w:t>NA</w:t>
            </w:r>
          </w:p>
        </w:tc>
        <w:tc>
          <w:tcPr>
            <w:tcW w:w="564" w:type="dxa"/>
            <w:tcMar>
              <w:top w:w="20" w:type="dxa"/>
              <w:left w:w="50" w:type="dxa"/>
              <w:bottom w:w="20" w:type="dxa"/>
              <w:right w:w="50" w:type="dxa"/>
            </w:tcMar>
          </w:tcPr>
          <w:p w14:paraId="0B207EFB" w14:textId="77777777" w:rsidR="00292F36" w:rsidRDefault="00000000">
            <w:r>
              <w:rPr>
                <w:sz w:val="12"/>
              </w:rPr>
              <w:t>NA</w:t>
            </w:r>
          </w:p>
        </w:tc>
        <w:tc>
          <w:tcPr>
            <w:tcW w:w="564" w:type="dxa"/>
            <w:tcMar>
              <w:top w:w="20" w:type="dxa"/>
              <w:left w:w="50" w:type="dxa"/>
              <w:bottom w:w="20" w:type="dxa"/>
              <w:right w:w="50" w:type="dxa"/>
            </w:tcMar>
          </w:tcPr>
          <w:p w14:paraId="78B42977" w14:textId="77777777" w:rsidR="00292F36" w:rsidRDefault="00000000">
            <w:r>
              <w:rPr>
                <w:sz w:val="12"/>
              </w:rPr>
              <w:t>NA</w:t>
            </w:r>
          </w:p>
        </w:tc>
        <w:tc>
          <w:tcPr>
            <w:tcW w:w="564" w:type="dxa"/>
            <w:tcMar>
              <w:top w:w="20" w:type="dxa"/>
              <w:left w:w="50" w:type="dxa"/>
              <w:bottom w:w="20" w:type="dxa"/>
              <w:right w:w="50" w:type="dxa"/>
            </w:tcMar>
          </w:tcPr>
          <w:p w14:paraId="32A7A29B" w14:textId="77777777" w:rsidR="00292F36" w:rsidRDefault="00000000">
            <w:r>
              <w:rPr>
                <w:sz w:val="12"/>
              </w:rPr>
              <w:t>NA</w:t>
            </w:r>
          </w:p>
        </w:tc>
        <w:tc>
          <w:tcPr>
            <w:tcW w:w="564" w:type="dxa"/>
            <w:tcMar>
              <w:top w:w="20" w:type="dxa"/>
              <w:left w:w="50" w:type="dxa"/>
              <w:bottom w:w="20" w:type="dxa"/>
              <w:right w:w="50" w:type="dxa"/>
            </w:tcMar>
          </w:tcPr>
          <w:p w14:paraId="6415EF32" w14:textId="77777777" w:rsidR="00292F36" w:rsidRDefault="00000000">
            <w:r>
              <w:rPr>
                <w:sz w:val="12"/>
              </w:rPr>
              <w:t>NA</w:t>
            </w:r>
          </w:p>
        </w:tc>
        <w:tc>
          <w:tcPr>
            <w:tcW w:w="564" w:type="dxa"/>
            <w:tcMar>
              <w:top w:w="20" w:type="dxa"/>
              <w:left w:w="50" w:type="dxa"/>
              <w:bottom w:w="20" w:type="dxa"/>
              <w:right w:w="50" w:type="dxa"/>
            </w:tcMar>
          </w:tcPr>
          <w:p w14:paraId="388637AB" w14:textId="77777777" w:rsidR="00292F36" w:rsidRDefault="00000000">
            <w:r>
              <w:rPr>
                <w:sz w:val="12"/>
              </w:rPr>
              <w:t>0.72043443</w:t>
            </w:r>
          </w:p>
        </w:tc>
        <w:tc>
          <w:tcPr>
            <w:tcW w:w="564" w:type="dxa"/>
            <w:tcMar>
              <w:top w:w="20" w:type="dxa"/>
              <w:left w:w="50" w:type="dxa"/>
              <w:bottom w:w="20" w:type="dxa"/>
              <w:right w:w="50" w:type="dxa"/>
            </w:tcMar>
          </w:tcPr>
          <w:p w14:paraId="1012612F" w14:textId="77777777" w:rsidR="00292F36" w:rsidRDefault="00000000">
            <w:r>
              <w:rPr>
                <w:sz w:val="12"/>
              </w:rPr>
              <w:t>0</w:t>
            </w:r>
          </w:p>
        </w:tc>
        <w:tc>
          <w:tcPr>
            <w:tcW w:w="564" w:type="dxa"/>
            <w:tcMar>
              <w:top w:w="20" w:type="dxa"/>
              <w:left w:w="50" w:type="dxa"/>
              <w:bottom w:w="20" w:type="dxa"/>
              <w:right w:w="50" w:type="dxa"/>
            </w:tcMar>
          </w:tcPr>
          <w:p w14:paraId="2C26F52F" w14:textId="77777777" w:rsidR="00292F36" w:rsidRDefault="00000000">
            <w:r>
              <w:rPr>
                <w:sz w:val="12"/>
              </w:rPr>
              <w:t>0.10981496</w:t>
            </w:r>
          </w:p>
        </w:tc>
        <w:tc>
          <w:tcPr>
            <w:tcW w:w="564" w:type="dxa"/>
            <w:tcMar>
              <w:top w:w="20" w:type="dxa"/>
              <w:left w:w="50" w:type="dxa"/>
              <w:bottom w:w="20" w:type="dxa"/>
              <w:right w:w="50" w:type="dxa"/>
            </w:tcMar>
          </w:tcPr>
          <w:p w14:paraId="6D98CCE2" w14:textId="77777777" w:rsidR="00292F36" w:rsidRDefault="00000000">
            <w:r>
              <w:rPr>
                <w:sz w:val="12"/>
              </w:rPr>
              <w:t>0.1697506</w:t>
            </w:r>
          </w:p>
        </w:tc>
        <w:tc>
          <w:tcPr>
            <w:tcW w:w="564" w:type="dxa"/>
            <w:tcMar>
              <w:top w:w="20" w:type="dxa"/>
              <w:left w:w="50" w:type="dxa"/>
              <w:bottom w:w="20" w:type="dxa"/>
              <w:right w:w="50" w:type="dxa"/>
            </w:tcMar>
          </w:tcPr>
          <w:p w14:paraId="19F8FEE1" w14:textId="77777777" w:rsidR="00292F36" w:rsidRDefault="00000000">
            <w:r>
              <w:rPr>
                <w:sz w:val="12"/>
              </w:rPr>
              <w:t>0</w:t>
            </w:r>
          </w:p>
        </w:tc>
        <w:tc>
          <w:tcPr>
            <w:tcW w:w="564" w:type="dxa"/>
            <w:tcMar>
              <w:top w:w="20" w:type="dxa"/>
              <w:left w:w="50" w:type="dxa"/>
              <w:bottom w:w="20" w:type="dxa"/>
              <w:right w:w="50" w:type="dxa"/>
            </w:tcMar>
          </w:tcPr>
          <w:p w14:paraId="0056AC20" w14:textId="77777777" w:rsidR="00292F36" w:rsidRDefault="00000000">
            <w:r>
              <w:rPr>
                <w:sz w:val="12"/>
              </w:rPr>
              <w:t>0</w:t>
            </w:r>
          </w:p>
        </w:tc>
        <w:tc>
          <w:tcPr>
            <w:tcW w:w="564" w:type="dxa"/>
            <w:tcMar>
              <w:top w:w="20" w:type="dxa"/>
              <w:left w:w="50" w:type="dxa"/>
              <w:bottom w:w="20" w:type="dxa"/>
              <w:right w:w="50" w:type="dxa"/>
            </w:tcMar>
          </w:tcPr>
          <w:p w14:paraId="1815E573" w14:textId="77777777" w:rsidR="00292F36" w:rsidRDefault="00000000">
            <w:r>
              <w:rPr>
                <w:sz w:val="12"/>
              </w:rPr>
              <w:t>0</w:t>
            </w:r>
          </w:p>
        </w:tc>
        <w:tc>
          <w:tcPr>
            <w:tcW w:w="564" w:type="dxa"/>
            <w:tcMar>
              <w:top w:w="20" w:type="dxa"/>
              <w:left w:w="50" w:type="dxa"/>
              <w:bottom w:w="20" w:type="dxa"/>
              <w:right w:w="50" w:type="dxa"/>
            </w:tcMar>
          </w:tcPr>
          <w:p w14:paraId="1B102B7F" w14:textId="77777777" w:rsidR="00292F36" w:rsidRDefault="00000000">
            <w:r>
              <w:rPr>
                <w:sz w:val="12"/>
              </w:rPr>
              <w:t>0</w:t>
            </w:r>
          </w:p>
        </w:tc>
        <w:tc>
          <w:tcPr>
            <w:tcW w:w="564" w:type="dxa"/>
            <w:tcMar>
              <w:top w:w="20" w:type="dxa"/>
              <w:left w:w="50" w:type="dxa"/>
              <w:bottom w:w="20" w:type="dxa"/>
              <w:right w:w="50" w:type="dxa"/>
            </w:tcMar>
          </w:tcPr>
          <w:p w14:paraId="56616A41" w14:textId="77777777" w:rsidR="00292F36" w:rsidRDefault="00000000">
            <w:r>
              <w:rPr>
                <w:sz w:val="12"/>
              </w:rPr>
              <w:t>0.00142857</w:t>
            </w:r>
          </w:p>
        </w:tc>
        <w:tc>
          <w:tcPr>
            <w:tcW w:w="564" w:type="dxa"/>
            <w:tcMar>
              <w:top w:w="20" w:type="dxa"/>
              <w:left w:w="50" w:type="dxa"/>
              <w:bottom w:w="20" w:type="dxa"/>
              <w:right w:w="50" w:type="dxa"/>
            </w:tcMar>
          </w:tcPr>
          <w:p w14:paraId="723617BA" w14:textId="77777777" w:rsidR="00292F36" w:rsidRDefault="00000000">
            <w:r>
              <w:rPr>
                <w:sz w:val="12"/>
              </w:rPr>
              <w:t>0.01285714</w:t>
            </w:r>
          </w:p>
        </w:tc>
        <w:tc>
          <w:tcPr>
            <w:tcW w:w="564" w:type="dxa"/>
            <w:tcMar>
              <w:top w:w="20" w:type="dxa"/>
              <w:left w:w="50" w:type="dxa"/>
              <w:bottom w:w="20" w:type="dxa"/>
              <w:right w:w="50" w:type="dxa"/>
            </w:tcMar>
          </w:tcPr>
          <w:p w14:paraId="20392BCA" w14:textId="77777777" w:rsidR="00292F36" w:rsidRDefault="00000000">
            <w:r>
              <w:rPr>
                <w:sz w:val="12"/>
              </w:rPr>
              <w:t>0.00714286</w:t>
            </w:r>
          </w:p>
        </w:tc>
        <w:tc>
          <w:tcPr>
            <w:tcW w:w="564" w:type="dxa"/>
            <w:tcMar>
              <w:top w:w="20" w:type="dxa"/>
              <w:left w:w="50" w:type="dxa"/>
              <w:bottom w:w="20" w:type="dxa"/>
              <w:right w:w="50" w:type="dxa"/>
            </w:tcMar>
          </w:tcPr>
          <w:p w14:paraId="4C51A98B" w14:textId="77777777" w:rsidR="00292F36" w:rsidRDefault="00000000">
            <w:r>
              <w:rPr>
                <w:sz w:val="12"/>
              </w:rPr>
              <w:t>0</w:t>
            </w:r>
          </w:p>
        </w:tc>
        <w:tc>
          <w:tcPr>
            <w:tcW w:w="564" w:type="dxa"/>
            <w:tcMar>
              <w:top w:w="20" w:type="dxa"/>
              <w:left w:w="50" w:type="dxa"/>
              <w:bottom w:w="20" w:type="dxa"/>
              <w:right w:w="50" w:type="dxa"/>
            </w:tcMar>
          </w:tcPr>
          <w:p w14:paraId="73E20612" w14:textId="77777777" w:rsidR="00292F36" w:rsidRDefault="00000000">
            <w:r>
              <w:rPr>
                <w:sz w:val="12"/>
              </w:rPr>
              <w:t>0</w:t>
            </w:r>
          </w:p>
        </w:tc>
        <w:tc>
          <w:tcPr>
            <w:tcW w:w="564" w:type="dxa"/>
            <w:tcMar>
              <w:top w:w="20" w:type="dxa"/>
              <w:left w:w="50" w:type="dxa"/>
              <w:bottom w:w="20" w:type="dxa"/>
              <w:right w:w="50" w:type="dxa"/>
            </w:tcMar>
          </w:tcPr>
          <w:p w14:paraId="410FD2CE" w14:textId="77777777" w:rsidR="00292F36" w:rsidRDefault="00000000">
            <w:r>
              <w:rPr>
                <w:sz w:val="12"/>
              </w:rPr>
              <w:t>0.97857143</w:t>
            </w:r>
          </w:p>
        </w:tc>
      </w:tr>
      <w:tr w:rsidR="00292F36" w14:paraId="3A5FC7B2" w14:textId="77777777">
        <w:tc>
          <w:tcPr>
            <w:tcW w:w="564" w:type="dxa"/>
            <w:tcMar>
              <w:top w:w="20" w:type="dxa"/>
              <w:left w:w="50" w:type="dxa"/>
              <w:bottom w:w="20" w:type="dxa"/>
              <w:right w:w="50" w:type="dxa"/>
            </w:tcMar>
          </w:tcPr>
          <w:p w14:paraId="68D43842" w14:textId="77777777" w:rsidR="00292F36" w:rsidRDefault="00000000">
            <w:r>
              <w:rPr>
                <w:sz w:val="12"/>
              </w:rPr>
              <w:t>2018_isla_todos_santos_isla_todos_santos_canal_inside_kelp_jose_2</w:t>
            </w:r>
          </w:p>
        </w:tc>
        <w:tc>
          <w:tcPr>
            <w:tcW w:w="564" w:type="dxa"/>
            <w:tcMar>
              <w:top w:w="20" w:type="dxa"/>
              <w:left w:w="50" w:type="dxa"/>
              <w:bottom w:w="20" w:type="dxa"/>
              <w:right w:w="50" w:type="dxa"/>
            </w:tcMar>
          </w:tcPr>
          <w:p w14:paraId="307F337D" w14:textId="77777777" w:rsidR="00292F36" w:rsidRDefault="00000000">
            <w:r>
              <w:rPr>
                <w:sz w:val="12"/>
              </w:rPr>
              <w:t>-0.6249944</w:t>
            </w:r>
          </w:p>
        </w:tc>
        <w:tc>
          <w:tcPr>
            <w:tcW w:w="564" w:type="dxa"/>
            <w:tcMar>
              <w:top w:w="20" w:type="dxa"/>
              <w:left w:w="50" w:type="dxa"/>
              <w:bottom w:w="20" w:type="dxa"/>
              <w:right w:w="50" w:type="dxa"/>
            </w:tcMar>
          </w:tcPr>
          <w:p w14:paraId="1AE71163" w14:textId="77777777" w:rsidR="00292F36" w:rsidRDefault="00000000">
            <w:r>
              <w:rPr>
                <w:sz w:val="12"/>
              </w:rPr>
              <w:t>0.6501178</w:t>
            </w:r>
          </w:p>
        </w:tc>
        <w:tc>
          <w:tcPr>
            <w:tcW w:w="564" w:type="dxa"/>
            <w:tcMar>
              <w:top w:w="20" w:type="dxa"/>
              <w:left w:w="50" w:type="dxa"/>
              <w:bottom w:w="20" w:type="dxa"/>
              <w:right w:w="50" w:type="dxa"/>
            </w:tcMar>
          </w:tcPr>
          <w:p w14:paraId="2D92C7AD" w14:textId="77777777" w:rsidR="00292F36" w:rsidRDefault="00000000">
            <w:r>
              <w:rPr>
                <w:sz w:val="12"/>
              </w:rPr>
              <w:t>NA</w:t>
            </w:r>
          </w:p>
        </w:tc>
        <w:tc>
          <w:tcPr>
            <w:tcW w:w="564" w:type="dxa"/>
            <w:tcMar>
              <w:top w:w="20" w:type="dxa"/>
              <w:left w:w="50" w:type="dxa"/>
              <w:bottom w:w="20" w:type="dxa"/>
              <w:right w:w="50" w:type="dxa"/>
            </w:tcMar>
          </w:tcPr>
          <w:p w14:paraId="730300FA" w14:textId="77777777" w:rsidR="00292F36" w:rsidRDefault="00000000">
            <w:r>
              <w:rPr>
                <w:sz w:val="12"/>
              </w:rPr>
              <w:t>NA</w:t>
            </w:r>
          </w:p>
        </w:tc>
        <w:tc>
          <w:tcPr>
            <w:tcW w:w="564" w:type="dxa"/>
            <w:tcMar>
              <w:top w:w="20" w:type="dxa"/>
              <w:left w:w="50" w:type="dxa"/>
              <w:bottom w:w="20" w:type="dxa"/>
              <w:right w:w="50" w:type="dxa"/>
            </w:tcMar>
          </w:tcPr>
          <w:p w14:paraId="55495B73" w14:textId="77777777" w:rsidR="00292F36" w:rsidRDefault="00000000">
            <w:r>
              <w:rPr>
                <w:sz w:val="12"/>
              </w:rPr>
              <w:t>NA</w:t>
            </w:r>
          </w:p>
        </w:tc>
        <w:tc>
          <w:tcPr>
            <w:tcW w:w="564" w:type="dxa"/>
            <w:tcMar>
              <w:top w:w="20" w:type="dxa"/>
              <w:left w:w="50" w:type="dxa"/>
              <w:bottom w:w="20" w:type="dxa"/>
              <w:right w:w="50" w:type="dxa"/>
            </w:tcMar>
          </w:tcPr>
          <w:p w14:paraId="7A462284" w14:textId="77777777" w:rsidR="00292F36" w:rsidRDefault="00000000">
            <w:r>
              <w:rPr>
                <w:sz w:val="12"/>
              </w:rPr>
              <w:t>NA</w:t>
            </w:r>
          </w:p>
        </w:tc>
        <w:tc>
          <w:tcPr>
            <w:tcW w:w="564" w:type="dxa"/>
            <w:tcMar>
              <w:top w:w="20" w:type="dxa"/>
              <w:left w:w="50" w:type="dxa"/>
              <w:bottom w:w="20" w:type="dxa"/>
              <w:right w:w="50" w:type="dxa"/>
            </w:tcMar>
          </w:tcPr>
          <w:p w14:paraId="6FA716B0" w14:textId="77777777" w:rsidR="00292F36" w:rsidRDefault="00000000">
            <w:r>
              <w:rPr>
                <w:sz w:val="12"/>
              </w:rPr>
              <w:t>NA</w:t>
            </w:r>
          </w:p>
        </w:tc>
        <w:tc>
          <w:tcPr>
            <w:tcW w:w="564" w:type="dxa"/>
            <w:tcMar>
              <w:top w:w="20" w:type="dxa"/>
              <w:left w:w="50" w:type="dxa"/>
              <w:bottom w:w="20" w:type="dxa"/>
              <w:right w:w="50" w:type="dxa"/>
            </w:tcMar>
          </w:tcPr>
          <w:p w14:paraId="781E5DFD" w14:textId="77777777" w:rsidR="00292F36" w:rsidRDefault="00000000">
            <w:r>
              <w:rPr>
                <w:sz w:val="12"/>
              </w:rPr>
              <w:t>NA</w:t>
            </w:r>
          </w:p>
        </w:tc>
        <w:tc>
          <w:tcPr>
            <w:tcW w:w="564" w:type="dxa"/>
            <w:tcMar>
              <w:top w:w="20" w:type="dxa"/>
              <w:left w:w="50" w:type="dxa"/>
              <w:bottom w:w="20" w:type="dxa"/>
              <w:right w:w="50" w:type="dxa"/>
            </w:tcMar>
          </w:tcPr>
          <w:p w14:paraId="40089D15" w14:textId="77777777" w:rsidR="00292F36" w:rsidRDefault="00000000">
            <w:r>
              <w:rPr>
                <w:sz w:val="12"/>
              </w:rPr>
              <w:t>NA</w:t>
            </w:r>
          </w:p>
        </w:tc>
        <w:tc>
          <w:tcPr>
            <w:tcW w:w="564" w:type="dxa"/>
            <w:tcMar>
              <w:top w:w="20" w:type="dxa"/>
              <w:left w:w="50" w:type="dxa"/>
              <w:bottom w:w="20" w:type="dxa"/>
              <w:right w:w="50" w:type="dxa"/>
            </w:tcMar>
          </w:tcPr>
          <w:p w14:paraId="257F174E" w14:textId="77777777" w:rsidR="00292F36" w:rsidRDefault="00000000">
            <w:r>
              <w:rPr>
                <w:sz w:val="12"/>
              </w:rPr>
              <w:t>NA</w:t>
            </w:r>
          </w:p>
        </w:tc>
        <w:tc>
          <w:tcPr>
            <w:tcW w:w="564" w:type="dxa"/>
            <w:tcMar>
              <w:top w:w="20" w:type="dxa"/>
              <w:left w:w="50" w:type="dxa"/>
              <w:bottom w:w="20" w:type="dxa"/>
              <w:right w:w="50" w:type="dxa"/>
            </w:tcMar>
          </w:tcPr>
          <w:p w14:paraId="17ADDBA9" w14:textId="77777777" w:rsidR="00292F36" w:rsidRDefault="00000000">
            <w:r>
              <w:rPr>
                <w:sz w:val="12"/>
              </w:rPr>
              <w:t>0.66292898</w:t>
            </w:r>
          </w:p>
        </w:tc>
        <w:tc>
          <w:tcPr>
            <w:tcW w:w="564" w:type="dxa"/>
            <w:tcMar>
              <w:top w:w="20" w:type="dxa"/>
              <w:left w:w="50" w:type="dxa"/>
              <w:bottom w:w="20" w:type="dxa"/>
              <w:right w:w="50" w:type="dxa"/>
            </w:tcMar>
          </w:tcPr>
          <w:p w14:paraId="03D0B173" w14:textId="77777777" w:rsidR="00292F36" w:rsidRDefault="00000000">
            <w:r>
              <w:rPr>
                <w:sz w:val="12"/>
              </w:rPr>
              <w:t>0</w:t>
            </w:r>
          </w:p>
        </w:tc>
        <w:tc>
          <w:tcPr>
            <w:tcW w:w="564" w:type="dxa"/>
            <w:tcMar>
              <w:top w:w="20" w:type="dxa"/>
              <w:left w:w="50" w:type="dxa"/>
              <w:bottom w:w="20" w:type="dxa"/>
              <w:right w:w="50" w:type="dxa"/>
            </w:tcMar>
          </w:tcPr>
          <w:p w14:paraId="78342E17" w14:textId="77777777" w:rsidR="00292F36" w:rsidRDefault="00000000">
            <w:r>
              <w:rPr>
                <w:sz w:val="12"/>
              </w:rPr>
              <w:t>0.16717635</w:t>
            </w:r>
          </w:p>
        </w:tc>
        <w:tc>
          <w:tcPr>
            <w:tcW w:w="564" w:type="dxa"/>
            <w:tcMar>
              <w:top w:w="20" w:type="dxa"/>
              <w:left w:w="50" w:type="dxa"/>
              <w:bottom w:w="20" w:type="dxa"/>
              <w:right w:w="50" w:type="dxa"/>
            </w:tcMar>
          </w:tcPr>
          <w:p w14:paraId="04D913BB" w14:textId="77777777" w:rsidR="00292F36" w:rsidRDefault="00000000">
            <w:r>
              <w:rPr>
                <w:sz w:val="12"/>
              </w:rPr>
              <w:t>0.15902141</w:t>
            </w:r>
          </w:p>
        </w:tc>
        <w:tc>
          <w:tcPr>
            <w:tcW w:w="564" w:type="dxa"/>
            <w:tcMar>
              <w:top w:w="20" w:type="dxa"/>
              <w:left w:w="50" w:type="dxa"/>
              <w:bottom w:w="20" w:type="dxa"/>
              <w:right w:w="50" w:type="dxa"/>
            </w:tcMar>
          </w:tcPr>
          <w:p w14:paraId="16D6ABA7" w14:textId="77777777" w:rsidR="00292F36" w:rsidRDefault="00000000">
            <w:r>
              <w:rPr>
                <w:sz w:val="12"/>
              </w:rPr>
              <w:t>0.01087326</w:t>
            </w:r>
          </w:p>
        </w:tc>
        <w:tc>
          <w:tcPr>
            <w:tcW w:w="564" w:type="dxa"/>
            <w:tcMar>
              <w:top w:w="20" w:type="dxa"/>
              <w:left w:w="50" w:type="dxa"/>
              <w:bottom w:w="20" w:type="dxa"/>
              <w:right w:w="50" w:type="dxa"/>
            </w:tcMar>
          </w:tcPr>
          <w:p w14:paraId="4483DA6B" w14:textId="77777777" w:rsidR="00292F36" w:rsidRDefault="00000000">
            <w:r>
              <w:rPr>
                <w:sz w:val="12"/>
              </w:rPr>
              <w:t>0</w:t>
            </w:r>
          </w:p>
        </w:tc>
        <w:tc>
          <w:tcPr>
            <w:tcW w:w="564" w:type="dxa"/>
            <w:tcMar>
              <w:top w:w="20" w:type="dxa"/>
              <w:left w:w="50" w:type="dxa"/>
              <w:bottom w:w="20" w:type="dxa"/>
              <w:right w:w="50" w:type="dxa"/>
            </w:tcMar>
          </w:tcPr>
          <w:p w14:paraId="115F0FEB" w14:textId="77777777" w:rsidR="00292F36" w:rsidRDefault="00000000">
            <w:r>
              <w:rPr>
                <w:sz w:val="12"/>
              </w:rPr>
              <w:t>0</w:t>
            </w:r>
          </w:p>
        </w:tc>
        <w:tc>
          <w:tcPr>
            <w:tcW w:w="564" w:type="dxa"/>
            <w:tcMar>
              <w:top w:w="20" w:type="dxa"/>
              <w:left w:w="50" w:type="dxa"/>
              <w:bottom w:w="20" w:type="dxa"/>
              <w:right w:w="50" w:type="dxa"/>
            </w:tcMar>
          </w:tcPr>
          <w:p w14:paraId="06F26412" w14:textId="77777777" w:rsidR="00292F36" w:rsidRDefault="00000000">
            <w:r>
              <w:rPr>
                <w:sz w:val="12"/>
              </w:rPr>
              <w:t>0</w:t>
            </w:r>
          </w:p>
        </w:tc>
        <w:tc>
          <w:tcPr>
            <w:tcW w:w="564" w:type="dxa"/>
            <w:tcMar>
              <w:top w:w="20" w:type="dxa"/>
              <w:left w:w="50" w:type="dxa"/>
              <w:bottom w:w="20" w:type="dxa"/>
              <w:right w:w="50" w:type="dxa"/>
            </w:tcMar>
          </w:tcPr>
          <w:p w14:paraId="1BF5B4C6" w14:textId="77777777" w:rsidR="00292F36" w:rsidRDefault="00000000">
            <w:r>
              <w:rPr>
                <w:sz w:val="12"/>
              </w:rPr>
              <w:t>0</w:t>
            </w:r>
          </w:p>
        </w:tc>
        <w:tc>
          <w:tcPr>
            <w:tcW w:w="564" w:type="dxa"/>
            <w:tcMar>
              <w:top w:w="20" w:type="dxa"/>
              <w:left w:w="50" w:type="dxa"/>
              <w:bottom w:w="20" w:type="dxa"/>
              <w:right w:w="50" w:type="dxa"/>
            </w:tcMar>
          </w:tcPr>
          <w:p w14:paraId="3C24C62E" w14:textId="77777777" w:rsidR="00292F36" w:rsidRDefault="00000000">
            <w:r>
              <w:rPr>
                <w:sz w:val="12"/>
              </w:rPr>
              <w:t>0.0385289</w:t>
            </w:r>
          </w:p>
        </w:tc>
        <w:tc>
          <w:tcPr>
            <w:tcW w:w="564" w:type="dxa"/>
            <w:tcMar>
              <w:top w:w="20" w:type="dxa"/>
              <w:left w:w="50" w:type="dxa"/>
              <w:bottom w:w="20" w:type="dxa"/>
              <w:right w:w="50" w:type="dxa"/>
            </w:tcMar>
          </w:tcPr>
          <w:p w14:paraId="69D399AA" w14:textId="77777777" w:rsidR="00292F36" w:rsidRDefault="00000000">
            <w:r>
              <w:rPr>
                <w:sz w:val="12"/>
              </w:rPr>
              <w:t>0.02276708</w:t>
            </w:r>
          </w:p>
        </w:tc>
        <w:tc>
          <w:tcPr>
            <w:tcW w:w="564" w:type="dxa"/>
            <w:tcMar>
              <w:top w:w="20" w:type="dxa"/>
              <w:left w:w="50" w:type="dxa"/>
              <w:bottom w:w="20" w:type="dxa"/>
              <w:right w:w="50" w:type="dxa"/>
            </w:tcMar>
          </w:tcPr>
          <w:p w14:paraId="75BB0F7B" w14:textId="77777777" w:rsidR="00292F36" w:rsidRDefault="00000000">
            <w:r>
              <w:rPr>
                <w:sz w:val="12"/>
              </w:rPr>
              <w:t>0</w:t>
            </w:r>
          </w:p>
        </w:tc>
        <w:tc>
          <w:tcPr>
            <w:tcW w:w="564" w:type="dxa"/>
            <w:tcMar>
              <w:top w:w="20" w:type="dxa"/>
              <w:left w:w="50" w:type="dxa"/>
              <w:bottom w:w="20" w:type="dxa"/>
              <w:right w:w="50" w:type="dxa"/>
            </w:tcMar>
          </w:tcPr>
          <w:p w14:paraId="244DE423" w14:textId="77777777" w:rsidR="00292F36" w:rsidRDefault="00000000">
            <w:r>
              <w:rPr>
                <w:sz w:val="12"/>
              </w:rPr>
              <w:t>0</w:t>
            </w:r>
          </w:p>
        </w:tc>
        <w:tc>
          <w:tcPr>
            <w:tcW w:w="564" w:type="dxa"/>
            <w:tcMar>
              <w:top w:w="20" w:type="dxa"/>
              <w:left w:w="50" w:type="dxa"/>
              <w:bottom w:w="20" w:type="dxa"/>
              <w:right w:w="50" w:type="dxa"/>
            </w:tcMar>
          </w:tcPr>
          <w:p w14:paraId="5B35CF55" w14:textId="77777777" w:rsidR="00292F36" w:rsidRDefault="00000000">
            <w:r>
              <w:rPr>
                <w:sz w:val="12"/>
              </w:rPr>
              <w:t>0.93870403</w:t>
            </w:r>
          </w:p>
        </w:tc>
      </w:tr>
      <w:tr w:rsidR="00292F36" w14:paraId="41BC791B" w14:textId="77777777">
        <w:tc>
          <w:tcPr>
            <w:tcW w:w="564" w:type="dxa"/>
            <w:tcMar>
              <w:top w:w="20" w:type="dxa"/>
              <w:left w:w="50" w:type="dxa"/>
              <w:bottom w:w="20" w:type="dxa"/>
              <w:right w:w="50" w:type="dxa"/>
            </w:tcMar>
          </w:tcPr>
          <w:p w14:paraId="077CCD03" w14:textId="77777777" w:rsidR="00292F36" w:rsidRDefault="00000000">
            <w:r>
              <w:rPr>
                <w:sz w:val="12"/>
              </w:rPr>
              <w:t>2018_isla_todos_santos_isla_todos_santos_canal_inside_kelp_jose_3</w:t>
            </w:r>
          </w:p>
        </w:tc>
        <w:tc>
          <w:tcPr>
            <w:tcW w:w="564" w:type="dxa"/>
            <w:tcMar>
              <w:top w:w="20" w:type="dxa"/>
              <w:left w:w="50" w:type="dxa"/>
              <w:bottom w:w="20" w:type="dxa"/>
              <w:right w:w="50" w:type="dxa"/>
            </w:tcMar>
          </w:tcPr>
          <w:p w14:paraId="59D19B4B" w14:textId="77777777" w:rsidR="00292F36" w:rsidRDefault="00000000">
            <w:r>
              <w:rPr>
                <w:sz w:val="12"/>
              </w:rPr>
              <w:t>-0.7956453</w:t>
            </w:r>
          </w:p>
        </w:tc>
        <w:tc>
          <w:tcPr>
            <w:tcW w:w="564" w:type="dxa"/>
            <w:tcMar>
              <w:top w:w="20" w:type="dxa"/>
              <w:left w:w="50" w:type="dxa"/>
              <w:bottom w:w="20" w:type="dxa"/>
              <w:right w:w="50" w:type="dxa"/>
            </w:tcMar>
          </w:tcPr>
          <w:p w14:paraId="593F76B8" w14:textId="77777777" w:rsidR="00292F36" w:rsidRDefault="00000000">
            <w:r>
              <w:rPr>
                <w:sz w:val="12"/>
              </w:rPr>
              <w:t>0.54020025</w:t>
            </w:r>
          </w:p>
        </w:tc>
        <w:tc>
          <w:tcPr>
            <w:tcW w:w="564" w:type="dxa"/>
            <w:tcMar>
              <w:top w:w="20" w:type="dxa"/>
              <w:left w:w="50" w:type="dxa"/>
              <w:bottom w:w="20" w:type="dxa"/>
              <w:right w:w="50" w:type="dxa"/>
            </w:tcMar>
          </w:tcPr>
          <w:p w14:paraId="72BA4EF3" w14:textId="77777777" w:rsidR="00292F36" w:rsidRDefault="00000000">
            <w:r>
              <w:rPr>
                <w:sz w:val="12"/>
              </w:rPr>
              <w:t>NA</w:t>
            </w:r>
          </w:p>
        </w:tc>
        <w:tc>
          <w:tcPr>
            <w:tcW w:w="564" w:type="dxa"/>
            <w:tcMar>
              <w:top w:w="20" w:type="dxa"/>
              <w:left w:w="50" w:type="dxa"/>
              <w:bottom w:w="20" w:type="dxa"/>
              <w:right w:w="50" w:type="dxa"/>
            </w:tcMar>
          </w:tcPr>
          <w:p w14:paraId="7073C5DF" w14:textId="77777777" w:rsidR="00292F36" w:rsidRDefault="00000000">
            <w:r>
              <w:rPr>
                <w:sz w:val="12"/>
              </w:rPr>
              <w:t>NA</w:t>
            </w:r>
          </w:p>
        </w:tc>
        <w:tc>
          <w:tcPr>
            <w:tcW w:w="564" w:type="dxa"/>
            <w:tcMar>
              <w:top w:w="20" w:type="dxa"/>
              <w:left w:w="50" w:type="dxa"/>
              <w:bottom w:w="20" w:type="dxa"/>
              <w:right w:w="50" w:type="dxa"/>
            </w:tcMar>
          </w:tcPr>
          <w:p w14:paraId="247AF71F" w14:textId="77777777" w:rsidR="00292F36" w:rsidRDefault="00000000">
            <w:r>
              <w:rPr>
                <w:sz w:val="12"/>
              </w:rPr>
              <w:t>NA</w:t>
            </w:r>
          </w:p>
        </w:tc>
        <w:tc>
          <w:tcPr>
            <w:tcW w:w="564" w:type="dxa"/>
            <w:tcMar>
              <w:top w:w="20" w:type="dxa"/>
              <w:left w:w="50" w:type="dxa"/>
              <w:bottom w:w="20" w:type="dxa"/>
              <w:right w:w="50" w:type="dxa"/>
            </w:tcMar>
          </w:tcPr>
          <w:p w14:paraId="1C672486" w14:textId="77777777" w:rsidR="00292F36" w:rsidRDefault="00000000">
            <w:r>
              <w:rPr>
                <w:sz w:val="12"/>
              </w:rPr>
              <w:t>NA</w:t>
            </w:r>
          </w:p>
        </w:tc>
        <w:tc>
          <w:tcPr>
            <w:tcW w:w="564" w:type="dxa"/>
            <w:tcMar>
              <w:top w:w="20" w:type="dxa"/>
              <w:left w:w="50" w:type="dxa"/>
              <w:bottom w:w="20" w:type="dxa"/>
              <w:right w:w="50" w:type="dxa"/>
            </w:tcMar>
          </w:tcPr>
          <w:p w14:paraId="3BF0EE5D" w14:textId="77777777" w:rsidR="00292F36" w:rsidRDefault="00000000">
            <w:r>
              <w:rPr>
                <w:sz w:val="12"/>
              </w:rPr>
              <w:t>NA</w:t>
            </w:r>
          </w:p>
        </w:tc>
        <w:tc>
          <w:tcPr>
            <w:tcW w:w="564" w:type="dxa"/>
            <w:tcMar>
              <w:top w:w="20" w:type="dxa"/>
              <w:left w:w="50" w:type="dxa"/>
              <w:bottom w:w="20" w:type="dxa"/>
              <w:right w:w="50" w:type="dxa"/>
            </w:tcMar>
          </w:tcPr>
          <w:p w14:paraId="24F53CC7" w14:textId="77777777" w:rsidR="00292F36" w:rsidRDefault="00000000">
            <w:r>
              <w:rPr>
                <w:sz w:val="12"/>
              </w:rPr>
              <w:t>NA</w:t>
            </w:r>
          </w:p>
        </w:tc>
        <w:tc>
          <w:tcPr>
            <w:tcW w:w="564" w:type="dxa"/>
            <w:tcMar>
              <w:top w:w="20" w:type="dxa"/>
              <w:left w:w="50" w:type="dxa"/>
              <w:bottom w:w="20" w:type="dxa"/>
              <w:right w:w="50" w:type="dxa"/>
            </w:tcMar>
          </w:tcPr>
          <w:p w14:paraId="6F2973B5" w14:textId="77777777" w:rsidR="00292F36" w:rsidRDefault="00000000">
            <w:r>
              <w:rPr>
                <w:sz w:val="12"/>
              </w:rPr>
              <w:t>NA</w:t>
            </w:r>
          </w:p>
        </w:tc>
        <w:tc>
          <w:tcPr>
            <w:tcW w:w="564" w:type="dxa"/>
            <w:tcMar>
              <w:top w:w="20" w:type="dxa"/>
              <w:left w:w="50" w:type="dxa"/>
              <w:bottom w:w="20" w:type="dxa"/>
              <w:right w:w="50" w:type="dxa"/>
            </w:tcMar>
          </w:tcPr>
          <w:p w14:paraId="2448E9A8" w14:textId="77777777" w:rsidR="00292F36" w:rsidRDefault="00000000">
            <w:r>
              <w:rPr>
                <w:sz w:val="12"/>
              </w:rPr>
              <w:t>NA</w:t>
            </w:r>
          </w:p>
        </w:tc>
        <w:tc>
          <w:tcPr>
            <w:tcW w:w="564" w:type="dxa"/>
            <w:tcMar>
              <w:top w:w="20" w:type="dxa"/>
              <w:left w:w="50" w:type="dxa"/>
              <w:bottom w:w="20" w:type="dxa"/>
              <w:right w:w="50" w:type="dxa"/>
            </w:tcMar>
          </w:tcPr>
          <w:p w14:paraId="1C389219" w14:textId="77777777" w:rsidR="00292F36" w:rsidRDefault="00000000">
            <w:r>
              <w:rPr>
                <w:sz w:val="12"/>
              </w:rPr>
              <w:t>0.84942085</w:t>
            </w:r>
          </w:p>
        </w:tc>
        <w:tc>
          <w:tcPr>
            <w:tcW w:w="564" w:type="dxa"/>
            <w:tcMar>
              <w:top w:w="20" w:type="dxa"/>
              <w:left w:w="50" w:type="dxa"/>
              <w:bottom w:w="20" w:type="dxa"/>
              <w:right w:w="50" w:type="dxa"/>
            </w:tcMar>
          </w:tcPr>
          <w:p w14:paraId="4149882C" w14:textId="77777777" w:rsidR="00292F36" w:rsidRDefault="00000000">
            <w:r>
              <w:rPr>
                <w:sz w:val="12"/>
              </w:rPr>
              <w:t>0</w:t>
            </w:r>
          </w:p>
        </w:tc>
        <w:tc>
          <w:tcPr>
            <w:tcW w:w="564" w:type="dxa"/>
            <w:tcMar>
              <w:top w:w="20" w:type="dxa"/>
              <w:left w:w="50" w:type="dxa"/>
              <w:bottom w:w="20" w:type="dxa"/>
              <w:right w:w="50" w:type="dxa"/>
            </w:tcMar>
          </w:tcPr>
          <w:p w14:paraId="3CF9D793" w14:textId="77777777" w:rsidR="00292F36" w:rsidRDefault="00000000">
            <w:r>
              <w:rPr>
                <w:sz w:val="12"/>
              </w:rPr>
              <w:t>0.05791506</w:t>
            </w:r>
          </w:p>
        </w:tc>
        <w:tc>
          <w:tcPr>
            <w:tcW w:w="564" w:type="dxa"/>
            <w:tcMar>
              <w:top w:w="20" w:type="dxa"/>
              <w:left w:w="50" w:type="dxa"/>
              <w:bottom w:w="20" w:type="dxa"/>
              <w:right w:w="50" w:type="dxa"/>
            </w:tcMar>
          </w:tcPr>
          <w:p w14:paraId="57D00934" w14:textId="77777777" w:rsidR="00292F36" w:rsidRDefault="00000000">
            <w:r>
              <w:rPr>
                <w:sz w:val="12"/>
              </w:rPr>
              <w:t>0.09266409</w:t>
            </w:r>
          </w:p>
        </w:tc>
        <w:tc>
          <w:tcPr>
            <w:tcW w:w="564" w:type="dxa"/>
            <w:tcMar>
              <w:top w:w="20" w:type="dxa"/>
              <w:left w:w="50" w:type="dxa"/>
              <w:bottom w:w="20" w:type="dxa"/>
              <w:right w:w="50" w:type="dxa"/>
            </w:tcMar>
          </w:tcPr>
          <w:p w14:paraId="62FDF1D2" w14:textId="77777777" w:rsidR="00292F36" w:rsidRDefault="00000000">
            <w:r>
              <w:rPr>
                <w:sz w:val="12"/>
              </w:rPr>
              <w:t>0</w:t>
            </w:r>
          </w:p>
        </w:tc>
        <w:tc>
          <w:tcPr>
            <w:tcW w:w="564" w:type="dxa"/>
            <w:tcMar>
              <w:top w:w="20" w:type="dxa"/>
              <w:left w:w="50" w:type="dxa"/>
              <w:bottom w:w="20" w:type="dxa"/>
              <w:right w:w="50" w:type="dxa"/>
            </w:tcMar>
          </w:tcPr>
          <w:p w14:paraId="4332EEA3" w14:textId="77777777" w:rsidR="00292F36" w:rsidRDefault="00000000">
            <w:r>
              <w:rPr>
                <w:sz w:val="12"/>
              </w:rPr>
              <w:t>0</w:t>
            </w:r>
          </w:p>
        </w:tc>
        <w:tc>
          <w:tcPr>
            <w:tcW w:w="564" w:type="dxa"/>
            <w:tcMar>
              <w:top w:w="20" w:type="dxa"/>
              <w:left w:w="50" w:type="dxa"/>
              <w:bottom w:w="20" w:type="dxa"/>
              <w:right w:w="50" w:type="dxa"/>
            </w:tcMar>
          </w:tcPr>
          <w:p w14:paraId="13F9CBE5" w14:textId="77777777" w:rsidR="00292F36" w:rsidRDefault="00000000">
            <w:r>
              <w:rPr>
                <w:sz w:val="12"/>
              </w:rPr>
              <w:t>0</w:t>
            </w:r>
          </w:p>
        </w:tc>
        <w:tc>
          <w:tcPr>
            <w:tcW w:w="564" w:type="dxa"/>
            <w:tcMar>
              <w:top w:w="20" w:type="dxa"/>
              <w:left w:w="50" w:type="dxa"/>
              <w:bottom w:w="20" w:type="dxa"/>
              <w:right w:w="50" w:type="dxa"/>
            </w:tcMar>
          </w:tcPr>
          <w:p w14:paraId="710FBA26" w14:textId="77777777" w:rsidR="00292F36" w:rsidRDefault="00000000">
            <w:r>
              <w:rPr>
                <w:sz w:val="12"/>
              </w:rPr>
              <w:t>0</w:t>
            </w:r>
          </w:p>
        </w:tc>
        <w:tc>
          <w:tcPr>
            <w:tcW w:w="564" w:type="dxa"/>
            <w:tcMar>
              <w:top w:w="20" w:type="dxa"/>
              <w:left w:w="50" w:type="dxa"/>
              <w:bottom w:w="20" w:type="dxa"/>
              <w:right w:w="50" w:type="dxa"/>
            </w:tcMar>
          </w:tcPr>
          <w:p w14:paraId="03653939" w14:textId="77777777" w:rsidR="00292F36" w:rsidRDefault="00000000">
            <w:r>
              <w:rPr>
                <w:sz w:val="12"/>
              </w:rPr>
              <w:t>0</w:t>
            </w:r>
          </w:p>
        </w:tc>
        <w:tc>
          <w:tcPr>
            <w:tcW w:w="564" w:type="dxa"/>
            <w:tcMar>
              <w:top w:w="20" w:type="dxa"/>
              <w:left w:w="50" w:type="dxa"/>
              <w:bottom w:w="20" w:type="dxa"/>
              <w:right w:w="50" w:type="dxa"/>
            </w:tcMar>
          </w:tcPr>
          <w:p w14:paraId="5D50E518" w14:textId="77777777" w:rsidR="00292F36" w:rsidRDefault="00000000">
            <w:r>
              <w:rPr>
                <w:sz w:val="12"/>
              </w:rPr>
              <w:t>0</w:t>
            </w:r>
          </w:p>
        </w:tc>
        <w:tc>
          <w:tcPr>
            <w:tcW w:w="564" w:type="dxa"/>
            <w:tcMar>
              <w:top w:w="20" w:type="dxa"/>
              <w:left w:w="50" w:type="dxa"/>
              <w:bottom w:w="20" w:type="dxa"/>
              <w:right w:w="50" w:type="dxa"/>
            </w:tcMar>
          </w:tcPr>
          <w:p w14:paraId="0371BC10" w14:textId="77777777" w:rsidR="00292F36" w:rsidRDefault="00000000">
            <w:r>
              <w:rPr>
                <w:sz w:val="12"/>
              </w:rPr>
              <w:t>0</w:t>
            </w:r>
          </w:p>
        </w:tc>
        <w:tc>
          <w:tcPr>
            <w:tcW w:w="564" w:type="dxa"/>
            <w:tcMar>
              <w:top w:w="20" w:type="dxa"/>
              <w:left w:w="50" w:type="dxa"/>
              <w:bottom w:w="20" w:type="dxa"/>
              <w:right w:w="50" w:type="dxa"/>
            </w:tcMar>
          </w:tcPr>
          <w:p w14:paraId="3D486C55" w14:textId="77777777" w:rsidR="00292F36" w:rsidRDefault="00000000">
            <w:r>
              <w:rPr>
                <w:sz w:val="12"/>
              </w:rPr>
              <w:t>0</w:t>
            </w:r>
          </w:p>
        </w:tc>
        <w:tc>
          <w:tcPr>
            <w:tcW w:w="564" w:type="dxa"/>
            <w:tcMar>
              <w:top w:w="20" w:type="dxa"/>
              <w:left w:w="50" w:type="dxa"/>
              <w:bottom w:w="20" w:type="dxa"/>
              <w:right w:w="50" w:type="dxa"/>
            </w:tcMar>
          </w:tcPr>
          <w:p w14:paraId="1E70CD67" w14:textId="77777777" w:rsidR="00292F36" w:rsidRDefault="00000000">
            <w:r>
              <w:rPr>
                <w:sz w:val="12"/>
              </w:rPr>
              <w:t>0</w:t>
            </w:r>
          </w:p>
        </w:tc>
        <w:tc>
          <w:tcPr>
            <w:tcW w:w="564" w:type="dxa"/>
            <w:tcMar>
              <w:top w:w="20" w:type="dxa"/>
              <w:left w:w="50" w:type="dxa"/>
              <w:bottom w:w="20" w:type="dxa"/>
              <w:right w:w="50" w:type="dxa"/>
            </w:tcMar>
          </w:tcPr>
          <w:p w14:paraId="688497B2" w14:textId="77777777" w:rsidR="00292F36" w:rsidRDefault="00000000">
            <w:r>
              <w:rPr>
                <w:sz w:val="12"/>
              </w:rPr>
              <w:t>1</w:t>
            </w:r>
          </w:p>
        </w:tc>
      </w:tr>
      <w:tr w:rsidR="00292F36" w14:paraId="0EE168A3" w14:textId="77777777">
        <w:tc>
          <w:tcPr>
            <w:tcW w:w="564" w:type="dxa"/>
            <w:tcMar>
              <w:top w:w="20" w:type="dxa"/>
              <w:left w:w="50" w:type="dxa"/>
              <w:bottom w:w="20" w:type="dxa"/>
              <w:right w:w="50" w:type="dxa"/>
            </w:tcMar>
          </w:tcPr>
          <w:p w14:paraId="767EDACB" w14:textId="77777777" w:rsidR="00292F36" w:rsidRDefault="00000000">
            <w:r>
              <w:rPr>
                <w:sz w:val="12"/>
              </w:rPr>
              <w:t>2018_isla_todos_santos_isla_todos_santos_canal_out_jose_1</w:t>
            </w:r>
          </w:p>
        </w:tc>
        <w:tc>
          <w:tcPr>
            <w:tcW w:w="564" w:type="dxa"/>
            <w:tcMar>
              <w:top w:w="20" w:type="dxa"/>
              <w:left w:w="50" w:type="dxa"/>
              <w:bottom w:w="20" w:type="dxa"/>
              <w:right w:w="50" w:type="dxa"/>
            </w:tcMar>
          </w:tcPr>
          <w:p w14:paraId="7B9CA3B7" w14:textId="77777777" w:rsidR="00292F36" w:rsidRDefault="00000000">
            <w:r>
              <w:rPr>
                <w:sz w:val="12"/>
              </w:rPr>
              <w:t>-0.6573985</w:t>
            </w:r>
          </w:p>
        </w:tc>
        <w:tc>
          <w:tcPr>
            <w:tcW w:w="564" w:type="dxa"/>
            <w:tcMar>
              <w:top w:w="20" w:type="dxa"/>
              <w:left w:w="50" w:type="dxa"/>
              <w:bottom w:w="20" w:type="dxa"/>
              <w:right w:w="50" w:type="dxa"/>
            </w:tcMar>
          </w:tcPr>
          <w:p w14:paraId="43419AFE" w14:textId="77777777" w:rsidR="00292F36" w:rsidRDefault="00000000">
            <w:r>
              <w:rPr>
                <w:sz w:val="12"/>
              </w:rPr>
              <w:t>0.70668282</w:t>
            </w:r>
          </w:p>
        </w:tc>
        <w:tc>
          <w:tcPr>
            <w:tcW w:w="564" w:type="dxa"/>
            <w:tcMar>
              <w:top w:w="20" w:type="dxa"/>
              <w:left w:w="50" w:type="dxa"/>
              <w:bottom w:w="20" w:type="dxa"/>
              <w:right w:w="50" w:type="dxa"/>
            </w:tcMar>
          </w:tcPr>
          <w:p w14:paraId="46E3D153" w14:textId="77777777" w:rsidR="00292F36" w:rsidRDefault="00000000">
            <w:r>
              <w:rPr>
                <w:sz w:val="12"/>
              </w:rPr>
              <w:t>2018</w:t>
            </w:r>
          </w:p>
        </w:tc>
        <w:tc>
          <w:tcPr>
            <w:tcW w:w="564" w:type="dxa"/>
            <w:tcMar>
              <w:top w:w="20" w:type="dxa"/>
              <w:left w:w="50" w:type="dxa"/>
              <w:bottom w:w="20" w:type="dxa"/>
              <w:right w:w="50" w:type="dxa"/>
            </w:tcMar>
          </w:tcPr>
          <w:p w14:paraId="2CE228D5" w14:textId="77777777" w:rsidR="00292F36" w:rsidRDefault="00000000">
            <w:r>
              <w:rPr>
                <w:sz w:val="12"/>
              </w:rPr>
              <w:t>ensenada</w:t>
            </w:r>
          </w:p>
        </w:tc>
        <w:tc>
          <w:tcPr>
            <w:tcW w:w="564" w:type="dxa"/>
            <w:tcMar>
              <w:top w:w="20" w:type="dxa"/>
              <w:left w:w="50" w:type="dxa"/>
              <w:bottom w:w="20" w:type="dxa"/>
              <w:right w:w="50" w:type="dxa"/>
            </w:tcMar>
          </w:tcPr>
          <w:p w14:paraId="7B453862" w14:textId="77777777" w:rsidR="00292F36" w:rsidRDefault="00000000">
            <w:r>
              <w:rPr>
                <w:sz w:val="12"/>
              </w:rPr>
              <w:t>North</w:t>
            </w:r>
          </w:p>
        </w:tc>
        <w:tc>
          <w:tcPr>
            <w:tcW w:w="564" w:type="dxa"/>
            <w:tcMar>
              <w:top w:w="20" w:type="dxa"/>
              <w:left w:w="50" w:type="dxa"/>
              <w:bottom w:w="20" w:type="dxa"/>
              <w:right w:w="50" w:type="dxa"/>
            </w:tcMar>
          </w:tcPr>
          <w:p w14:paraId="299112F8" w14:textId="77777777" w:rsidR="00292F36" w:rsidRDefault="00000000">
            <w:r>
              <w:rPr>
                <w:sz w:val="12"/>
              </w:rPr>
              <w:t>isla_todos_santos</w:t>
            </w:r>
          </w:p>
        </w:tc>
        <w:tc>
          <w:tcPr>
            <w:tcW w:w="564" w:type="dxa"/>
            <w:tcMar>
              <w:top w:w="20" w:type="dxa"/>
              <w:left w:w="50" w:type="dxa"/>
              <w:bottom w:w="20" w:type="dxa"/>
              <w:right w:w="50" w:type="dxa"/>
            </w:tcMar>
          </w:tcPr>
          <w:p w14:paraId="3D91883D" w14:textId="77777777" w:rsidR="00292F36" w:rsidRDefault="00000000">
            <w:r>
              <w:rPr>
                <w:sz w:val="12"/>
              </w:rPr>
              <w:t>isla_todos_santos_canal_out_jose</w:t>
            </w:r>
          </w:p>
        </w:tc>
        <w:tc>
          <w:tcPr>
            <w:tcW w:w="564" w:type="dxa"/>
            <w:tcMar>
              <w:top w:w="20" w:type="dxa"/>
              <w:left w:w="50" w:type="dxa"/>
              <w:bottom w:w="20" w:type="dxa"/>
              <w:right w:w="50" w:type="dxa"/>
            </w:tcMar>
          </w:tcPr>
          <w:p w14:paraId="13246554" w14:textId="77777777" w:rsidR="00292F36" w:rsidRDefault="00000000">
            <w:r>
              <w:rPr>
                <w:sz w:val="12"/>
              </w:rPr>
              <w:t>8</w:t>
            </w:r>
          </w:p>
        </w:tc>
        <w:tc>
          <w:tcPr>
            <w:tcW w:w="564" w:type="dxa"/>
            <w:tcMar>
              <w:top w:w="20" w:type="dxa"/>
              <w:left w:w="50" w:type="dxa"/>
              <w:bottom w:w="20" w:type="dxa"/>
              <w:right w:w="50" w:type="dxa"/>
            </w:tcMar>
          </w:tcPr>
          <w:p w14:paraId="765000D5" w14:textId="77777777" w:rsidR="00292F36" w:rsidRDefault="00000000">
            <w:r>
              <w:rPr>
                <w:sz w:val="12"/>
              </w:rPr>
              <w:t>18.4400005</w:t>
            </w:r>
          </w:p>
        </w:tc>
        <w:tc>
          <w:tcPr>
            <w:tcW w:w="564" w:type="dxa"/>
            <w:tcMar>
              <w:top w:w="20" w:type="dxa"/>
              <w:left w:w="50" w:type="dxa"/>
              <w:bottom w:w="20" w:type="dxa"/>
              <w:right w:w="50" w:type="dxa"/>
            </w:tcMar>
          </w:tcPr>
          <w:p w14:paraId="763CE9DB" w14:textId="77777777" w:rsidR="00292F36" w:rsidRDefault="00000000">
            <w:r>
              <w:rPr>
                <w:sz w:val="12"/>
              </w:rPr>
              <w:t>0.17547042</w:t>
            </w:r>
          </w:p>
        </w:tc>
        <w:tc>
          <w:tcPr>
            <w:tcW w:w="564" w:type="dxa"/>
            <w:tcMar>
              <w:top w:w="20" w:type="dxa"/>
              <w:left w:w="50" w:type="dxa"/>
              <w:bottom w:w="20" w:type="dxa"/>
              <w:right w:w="50" w:type="dxa"/>
            </w:tcMar>
          </w:tcPr>
          <w:p w14:paraId="19E467C7" w14:textId="77777777" w:rsidR="00292F36" w:rsidRDefault="00000000">
            <w:r>
              <w:rPr>
                <w:sz w:val="12"/>
              </w:rPr>
              <w:t>0.67597293</w:t>
            </w:r>
          </w:p>
        </w:tc>
        <w:tc>
          <w:tcPr>
            <w:tcW w:w="564" w:type="dxa"/>
            <w:tcMar>
              <w:top w:w="20" w:type="dxa"/>
              <w:left w:w="50" w:type="dxa"/>
              <w:bottom w:w="20" w:type="dxa"/>
              <w:right w:w="50" w:type="dxa"/>
            </w:tcMar>
          </w:tcPr>
          <w:p w14:paraId="6A6E0273" w14:textId="77777777" w:rsidR="00292F36" w:rsidRDefault="00000000">
            <w:r>
              <w:rPr>
                <w:sz w:val="12"/>
              </w:rPr>
              <w:t>0</w:t>
            </w:r>
          </w:p>
        </w:tc>
        <w:tc>
          <w:tcPr>
            <w:tcW w:w="564" w:type="dxa"/>
            <w:tcMar>
              <w:top w:w="20" w:type="dxa"/>
              <w:left w:w="50" w:type="dxa"/>
              <w:bottom w:w="20" w:type="dxa"/>
              <w:right w:w="50" w:type="dxa"/>
            </w:tcMar>
          </w:tcPr>
          <w:p w14:paraId="1960E8B8" w14:textId="77777777" w:rsidR="00292F36" w:rsidRDefault="00000000">
            <w:r>
              <w:rPr>
                <w:sz w:val="12"/>
              </w:rPr>
              <w:t>0.0676819</w:t>
            </w:r>
          </w:p>
        </w:tc>
        <w:tc>
          <w:tcPr>
            <w:tcW w:w="564" w:type="dxa"/>
            <w:tcMar>
              <w:top w:w="20" w:type="dxa"/>
              <w:left w:w="50" w:type="dxa"/>
              <w:bottom w:w="20" w:type="dxa"/>
              <w:right w:w="50" w:type="dxa"/>
            </w:tcMar>
          </w:tcPr>
          <w:p w14:paraId="35CCA6BF" w14:textId="77777777" w:rsidR="00292F36" w:rsidRDefault="00000000">
            <w:r>
              <w:rPr>
                <w:sz w:val="12"/>
              </w:rPr>
              <w:t>0.25634518</w:t>
            </w:r>
          </w:p>
        </w:tc>
        <w:tc>
          <w:tcPr>
            <w:tcW w:w="564" w:type="dxa"/>
            <w:tcMar>
              <w:top w:w="20" w:type="dxa"/>
              <w:left w:w="50" w:type="dxa"/>
              <w:bottom w:w="20" w:type="dxa"/>
              <w:right w:w="50" w:type="dxa"/>
            </w:tcMar>
          </w:tcPr>
          <w:p w14:paraId="0725C74E" w14:textId="77777777" w:rsidR="00292F36" w:rsidRDefault="00000000">
            <w:r>
              <w:rPr>
                <w:sz w:val="12"/>
              </w:rPr>
              <w:t>0</w:t>
            </w:r>
          </w:p>
        </w:tc>
        <w:tc>
          <w:tcPr>
            <w:tcW w:w="564" w:type="dxa"/>
            <w:tcMar>
              <w:top w:w="20" w:type="dxa"/>
              <w:left w:w="50" w:type="dxa"/>
              <w:bottom w:w="20" w:type="dxa"/>
              <w:right w:w="50" w:type="dxa"/>
            </w:tcMar>
          </w:tcPr>
          <w:p w14:paraId="4F5BAD9D" w14:textId="77777777" w:rsidR="00292F36" w:rsidRDefault="00000000">
            <w:r>
              <w:rPr>
                <w:sz w:val="12"/>
              </w:rPr>
              <w:t>0</w:t>
            </w:r>
          </w:p>
        </w:tc>
        <w:tc>
          <w:tcPr>
            <w:tcW w:w="564" w:type="dxa"/>
            <w:tcMar>
              <w:top w:w="20" w:type="dxa"/>
              <w:left w:w="50" w:type="dxa"/>
              <w:bottom w:w="20" w:type="dxa"/>
              <w:right w:w="50" w:type="dxa"/>
            </w:tcMar>
          </w:tcPr>
          <w:p w14:paraId="0B20354F" w14:textId="77777777" w:rsidR="00292F36" w:rsidRDefault="00000000">
            <w:r>
              <w:rPr>
                <w:sz w:val="12"/>
              </w:rPr>
              <w:t>0</w:t>
            </w:r>
          </w:p>
        </w:tc>
        <w:tc>
          <w:tcPr>
            <w:tcW w:w="564" w:type="dxa"/>
            <w:tcMar>
              <w:top w:w="20" w:type="dxa"/>
              <w:left w:w="50" w:type="dxa"/>
              <w:bottom w:w="20" w:type="dxa"/>
              <w:right w:w="50" w:type="dxa"/>
            </w:tcMar>
          </w:tcPr>
          <w:p w14:paraId="6DA9BFEF" w14:textId="77777777" w:rsidR="00292F36" w:rsidRDefault="00000000">
            <w:r>
              <w:rPr>
                <w:sz w:val="12"/>
              </w:rPr>
              <w:t>0</w:t>
            </w:r>
          </w:p>
        </w:tc>
        <w:tc>
          <w:tcPr>
            <w:tcW w:w="564" w:type="dxa"/>
            <w:tcMar>
              <w:top w:w="20" w:type="dxa"/>
              <w:left w:w="50" w:type="dxa"/>
              <w:bottom w:w="20" w:type="dxa"/>
              <w:right w:w="50" w:type="dxa"/>
            </w:tcMar>
          </w:tcPr>
          <w:p w14:paraId="2435226C" w14:textId="77777777" w:rsidR="00292F36" w:rsidRDefault="00000000">
            <w:r>
              <w:rPr>
                <w:sz w:val="12"/>
              </w:rPr>
              <w:t>0</w:t>
            </w:r>
          </w:p>
        </w:tc>
        <w:tc>
          <w:tcPr>
            <w:tcW w:w="564" w:type="dxa"/>
            <w:tcMar>
              <w:top w:w="20" w:type="dxa"/>
              <w:left w:w="50" w:type="dxa"/>
              <w:bottom w:w="20" w:type="dxa"/>
              <w:right w:w="50" w:type="dxa"/>
            </w:tcMar>
          </w:tcPr>
          <w:p w14:paraId="2576409C" w14:textId="77777777" w:rsidR="00292F36" w:rsidRDefault="00000000">
            <w:r>
              <w:rPr>
                <w:sz w:val="12"/>
              </w:rPr>
              <w:t>0</w:t>
            </w:r>
          </w:p>
        </w:tc>
        <w:tc>
          <w:tcPr>
            <w:tcW w:w="564" w:type="dxa"/>
            <w:tcMar>
              <w:top w:w="20" w:type="dxa"/>
              <w:left w:w="50" w:type="dxa"/>
              <w:bottom w:w="20" w:type="dxa"/>
              <w:right w:w="50" w:type="dxa"/>
            </w:tcMar>
          </w:tcPr>
          <w:p w14:paraId="44995D10" w14:textId="77777777" w:rsidR="00292F36" w:rsidRDefault="00000000">
            <w:r>
              <w:rPr>
                <w:sz w:val="12"/>
              </w:rPr>
              <w:t>0</w:t>
            </w:r>
          </w:p>
        </w:tc>
        <w:tc>
          <w:tcPr>
            <w:tcW w:w="564" w:type="dxa"/>
            <w:tcMar>
              <w:top w:w="20" w:type="dxa"/>
              <w:left w:w="50" w:type="dxa"/>
              <w:bottom w:w="20" w:type="dxa"/>
              <w:right w:w="50" w:type="dxa"/>
            </w:tcMar>
          </w:tcPr>
          <w:p w14:paraId="4A941816" w14:textId="77777777" w:rsidR="00292F36" w:rsidRDefault="00000000">
            <w:r>
              <w:rPr>
                <w:sz w:val="12"/>
              </w:rPr>
              <w:t>0</w:t>
            </w:r>
          </w:p>
        </w:tc>
        <w:tc>
          <w:tcPr>
            <w:tcW w:w="564" w:type="dxa"/>
            <w:tcMar>
              <w:top w:w="20" w:type="dxa"/>
              <w:left w:w="50" w:type="dxa"/>
              <w:bottom w:w="20" w:type="dxa"/>
              <w:right w:w="50" w:type="dxa"/>
            </w:tcMar>
          </w:tcPr>
          <w:p w14:paraId="2E6CE5B3" w14:textId="77777777" w:rsidR="00292F36" w:rsidRDefault="00000000">
            <w:r>
              <w:rPr>
                <w:sz w:val="12"/>
              </w:rPr>
              <w:t>0</w:t>
            </w:r>
          </w:p>
        </w:tc>
        <w:tc>
          <w:tcPr>
            <w:tcW w:w="564" w:type="dxa"/>
            <w:tcMar>
              <w:top w:w="20" w:type="dxa"/>
              <w:left w:w="50" w:type="dxa"/>
              <w:bottom w:w="20" w:type="dxa"/>
              <w:right w:w="50" w:type="dxa"/>
            </w:tcMar>
          </w:tcPr>
          <w:p w14:paraId="22B4D879" w14:textId="77777777" w:rsidR="00292F36" w:rsidRDefault="00000000">
            <w:r>
              <w:rPr>
                <w:sz w:val="12"/>
              </w:rPr>
              <w:t>1</w:t>
            </w:r>
          </w:p>
        </w:tc>
      </w:tr>
      <w:tr w:rsidR="00292F36" w14:paraId="4429A45F" w14:textId="77777777">
        <w:tc>
          <w:tcPr>
            <w:tcW w:w="564" w:type="dxa"/>
            <w:tcMar>
              <w:top w:w="20" w:type="dxa"/>
              <w:left w:w="50" w:type="dxa"/>
              <w:bottom w:w="20" w:type="dxa"/>
              <w:right w:w="50" w:type="dxa"/>
            </w:tcMar>
          </w:tcPr>
          <w:p w14:paraId="7877DE0C" w14:textId="77777777" w:rsidR="00292F36" w:rsidRDefault="00000000">
            <w:r>
              <w:rPr>
                <w:sz w:val="12"/>
              </w:rPr>
              <w:t>2018_isla_todos_santos_isla_todos_santos_canal_out_jose_2</w:t>
            </w:r>
          </w:p>
        </w:tc>
        <w:tc>
          <w:tcPr>
            <w:tcW w:w="564" w:type="dxa"/>
            <w:tcMar>
              <w:top w:w="20" w:type="dxa"/>
              <w:left w:w="50" w:type="dxa"/>
              <w:bottom w:w="20" w:type="dxa"/>
              <w:right w:w="50" w:type="dxa"/>
            </w:tcMar>
          </w:tcPr>
          <w:p w14:paraId="298E7257" w14:textId="77777777" w:rsidR="00292F36" w:rsidRDefault="00000000">
            <w:r>
              <w:rPr>
                <w:sz w:val="12"/>
              </w:rPr>
              <w:t>-0.5382943</w:t>
            </w:r>
          </w:p>
        </w:tc>
        <w:tc>
          <w:tcPr>
            <w:tcW w:w="564" w:type="dxa"/>
            <w:tcMar>
              <w:top w:w="20" w:type="dxa"/>
              <w:left w:w="50" w:type="dxa"/>
              <w:bottom w:w="20" w:type="dxa"/>
              <w:right w:w="50" w:type="dxa"/>
            </w:tcMar>
          </w:tcPr>
          <w:p w14:paraId="58C5305F" w14:textId="77777777" w:rsidR="00292F36" w:rsidRDefault="00000000">
            <w:r>
              <w:rPr>
                <w:sz w:val="12"/>
              </w:rPr>
              <w:t>0.60609286</w:t>
            </w:r>
          </w:p>
        </w:tc>
        <w:tc>
          <w:tcPr>
            <w:tcW w:w="564" w:type="dxa"/>
            <w:tcMar>
              <w:top w:w="20" w:type="dxa"/>
              <w:left w:w="50" w:type="dxa"/>
              <w:bottom w:w="20" w:type="dxa"/>
              <w:right w:w="50" w:type="dxa"/>
            </w:tcMar>
          </w:tcPr>
          <w:p w14:paraId="1FDD9244" w14:textId="77777777" w:rsidR="00292F36" w:rsidRDefault="00000000">
            <w:r>
              <w:rPr>
                <w:sz w:val="12"/>
              </w:rPr>
              <w:t>2018</w:t>
            </w:r>
          </w:p>
        </w:tc>
        <w:tc>
          <w:tcPr>
            <w:tcW w:w="564" w:type="dxa"/>
            <w:tcMar>
              <w:top w:w="20" w:type="dxa"/>
              <w:left w:w="50" w:type="dxa"/>
              <w:bottom w:w="20" w:type="dxa"/>
              <w:right w:w="50" w:type="dxa"/>
            </w:tcMar>
          </w:tcPr>
          <w:p w14:paraId="124107CF" w14:textId="77777777" w:rsidR="00292F36" w:rsidRDefault="00000000">
            <w:r>
              <w:rPr>
                <w:sz w:val="12"/>
              </w:rPr>
              <w:t>ensenada</w:t>
            </w:r>
          </w:p>
        </w:tc>
        <w:tc>
          <w:tcPr>
            <w:tcW w:w="564" w:type="dxa"/>
            <w:tcMar>
              <w:top w:w="20" w:type="dxa"/>
              <w:left w:w="50" w:type="dxa"/>
              <w:bottom w:w="20" w:type="dxa"/>
              <w:right w:w="50" w:type="dxa"/>
            </w:tcMar>
          </w:tcPr>
          <w:p w14:paraId="63D54027" w14:textId="77777777" w:rsidR="00292F36" w:rsidRDefault="00000000">
            <w:r>
              <w:rPr>
                <w:sz w:val="12"/>
              </w:rPr>
              <w:t>North</w:t>
            </w:r>
          </w:p>
        </w:tc>
        <w:tc>
          <w:tcPr>
            <w:tcW w:w="564" w:type="dxa"/>
            <w:tcMar>
              <w:top w:w="20" w:type="dxa"/>
              <w:left w:w="50" w:type="dxa"/>
              <w:bottom w:w="20" w:type="dxa"/>
              <w:right w:w="50" w:type="dxa"/>
            </w:tcMar>
          </w:tcPr>
          <w:p w14:paraId="070AFB9A" w14:textId="77777777" w:rsidR="00292F36" w:rsidRDefault="00000000">
            <w:r>
              <w:rPr>
                <w:sz w:val="12"/>
              </w:rPr>
              <w:t>isla_todos_santos</w:t>
            </w:r>
          </w:p>
        </w:tc>
        <w:tc>
          <w:tcPr>
            <w:tcW w:w="564" w:type="dxa"/>
            <w:tcMar>
              <w:top w:w="20" w:type="dxa"/>
              <w:left w:w="50" w:type="dxa"/>
              <w:bottom w:w="20" w:type="dxa"/>
              <w:right w:w="50" w:type="dxa"/>
            </w:tcMar>
          </w:tcPr>
          <w:p w14:paraId="4B62F7D8" w14:textId="77777777" w:rsidR="00292F36" w:rsidRDefault="00000000">
            <w:r>
              <w:rPr>
                <w:sz w:val="12"/>
              </w:rPr>
              <w:t>isla_todos_santos_canal_out_jose</w:t>
            </w:r>
          </w:p>
        </w:tc>
        <w:tc>
          <w:tcPr>
            <w:tcW w:w="564" w:type="dxa"/>
            <w:tcMar>
              <w:top w:w="20" w:type="dxa"/>
              <w:left w:w="50" w:type="dxa"/>
              <w:bottom w:w="20" w:type="dxa"/>
              <w:right w:w="50" w:type="dxa"/>
            </w:tcMar>
          </w:tcPr>
          <w:p w14:paraId="2ECAFC73" w14:textId="77777777" w:rsidR="00292F36" w:rsidRDefault="00000000">
            <w:r>
              <w:rPr>
                <w:sz w:val="12"/>
              </w:rPr>
              <w:t>8</w:t>
            </w:r>
          </w:p>
        </w:tc>
        <w:tc>
          <w:tcPr>
            <w:tcW w:w="564" w:type="dxa"/>
            <w:tcMar>
              <w:top w:w="20" w:type="dxa"/>
              <w:left w:w="50" w:type="dxa"/>
              <w:bottom w:w="20" w:type="dxa"/>
              <w:right w:w="50" w:type="dxa"/>
            </w:tcMar>
          </w:tcPr>
          <w:p w14:paraId="3C439F98" w14:textId="77777777" w:rsidR="00292F36" w:rsidRDefault="00000000">
            <w:r>
              <w:rPr>
                <w:sz w:val="12"/>
              </w:rPr>
              <w:t>18.4400005</w:t>
            </w:r>
          </w:p>
        </w:tc>
        <w:tc>
          <w:tcPr>
            <w:tcW w:w="564" w:type="dxa"/>
            <w:tcMar>
              <w:top w:w="20" w:type="dxa"/>
              <w:left w:w="50" w:type="dxa"/>
              <w:bottom w:w="20" w:type="dxa"/>
              <w:right w:w="50" w:type="dxa"/>
            </w:tcMar>
          </w:tcPr>
          <w:p w14:paraId="094E5F91" w14:textId="77777777" w:rsidR="00292F36" w:rsidRDefault="00000000">
            <w:r>
              <w:rPr>
                <w:sz w:val="12"/>
              </w:rPr>
              <w:t>0.17547042</w:t>
            </w:r>
          </w:p>
        </w:tc>
        <w:tc>
          <w:tcPr>
            <w:tcW w:w="564" w:type="dxa"/>
            <w:tcMar>
              <w:top w:w="20" w:type="dxa"/>
              <w:left w:w="50" w:type="dxa"/>
              <w:bottom w:w="20" w:type="dxa"/>
              <w:right w:w="50" w:type="dxa"/>
            </w:tcMar>
          </w:tcPr>
          <w:p w14:paraId="1EB4ECE2" w14:textId="77777777" w:rsidR="00292F36" w:rsidRDefault="00000000">
            <w:r>
              <w:rPr>
                <w:sz w:val="12"/>
              </w:rPr>
              <w:t>0.65290323</w:t>
            </w:r>
          </w:p>
        </w:tc>
        <w:tc>
          <w:tcPr>
            <w:tcW w:w="564" w:type="dxa"/>
            <w:tcMar>
              <w:top w:w="20" w:type="dxa"/>
              <w:left w:w="50" w:type="dxa"/>
              <w:bottom w:w="20" w:type="dxa"/>
              <w:right w:w="50" w:type="dxa"/>
            </w:tcMar>
          </w:tcPr>
          <w:p w14:paraId="1DF05E37" w14:textId="77777777" w:rsidR="00292F36" w:rsidRDefault="00000000">
            <w:r>
              <w:rPr>
                <w:sz w:val="12"/>
              </w:rPr>
              <w:t>0</w:t>
            </w:r>
          </w:p>
        </w:tc>
        <w:tc>
          <w:tcPr>
            <w:tcW w:w="564" w:type="dxa"/>
            <w:tcMar>
              <w:top w:w="20" w:type="dxa"/>
              <w:left w:w="50" w:type="dxa"/>
              <w:bottom w:w="20" w:type="dxa"/>
              <w:right w:w="50" w:type="dxa"/>
            </w:tcMar>
          </w:tcPr>
          <w:p w14:paraId="295B1BBB" w14:textId="77777777" w:rsidR="00292F36" w:rsidRDefault="00000000">
            <w:r>
              <w:rPr>
                <w:sz w:val="12"/>
              </w:rPr>
              <w:t>0.07741935</w:t>
            </w:r>
          </w:p>
        </w:tc>
        <w:tc>
          <w:tcPr>
            <w:tcW w:w="564" w:type="dxa"/>
            <w:tcMar>
              <w:top w:w="20" w:type="dxa"/>
              <w:left w:w="50" w:type="dxa"/>
              <w:bottom w:w="20" w:type="dxa"/>
              <w:right w:w="50" w:type="dxa"/>
            </w:tcMar>
          </w:tcPr>
          <w:p w14:paraId="27438DCE" w14:textId="77777777" w:rsidR="00292F36" w:rsidRDefault="00000000">
            <w:r>
              <w:rPr>
                <w:sz w:val="12"/>
              </w:rPr>
              <w:t>0.26967742</w:t>
            </w:r>
          </w:p>
        </w:tc>
        <w:tc>
          <w:tcPr>
            <w:tcW w:w="564" w:type="dxa"/>
            <w:tcMar>
              <w:top w:w="20" w:type="dxa"/>
              <w:left w:w="50" w:type="dxa"/>
              <w:bottom w:w="20" w:type="dxa"/>
              <w:right w:w="50" w:type="dxa"/>
            </w:tcMar>
          </w:tcPr>
          <w:p w14:paraId="65A3EC81" w14:textId="77777777" w:rsidR="00292F36" w:rsidRDefault="00000000">
            <w:r>
              <w:rPr>
                <w:sz w:val="12"/>
              </w:rPr>
              <w:t>0</w:t>
            </w:r>
          </w:p>
        </w:tc>
        <w:tc>
          <w:tcPr>
            <w:tcW w:w="564" w:type="dxa"/>
            <w:tcMar>
              <w:top w:w="20" w:type="dxa"/>
              <w:left w:w="50" w:type="dxa"/>
              <w:bottom w:w="20" w:type="dxa"/>
              <w:right w:w="50" w:type="dxa"/>
            </w:tcMar>
          </w:tcPr>
          <w:p w14:paraId="5CB4F471" w14:textId="77777777" w:rsidR="00292F36" w:rsidRDefault="00000000">
            <w:r>
              <w:rPr>
                <w:sz w:val="12"/>
              </w:rPr>
              <w:t>0</w:t>
            </w:r>
          </w:p>
        </w:tc>
        <w:tc>
          <w:tcPr>
            <w:tcW w:w="564" w:type="dxa"/>
            <w:tcMar>
              <w:top w:w="20" w:type="dxa"/>
              <w:left w:w="50" w:type="dxa"/>
              <w:bottom w:w="20" w:type="dxa"/>
              <w:right w:w="50" w:type="dxa"/>
            </w:tcMar>
          </w:tcPr>
          <w:p w14:paraId="25127C41" w14:textId="77777777" w:rsidR="00292F36" w:rsidRDefault="00000000">
            <w:r>
              <w:rPr>
                <w:sz w:val="12"/>
              </w:rPr>
              <w:t>0</w:t>
            </w:r>
          </w:p>
        </w:tc>
        <w:tc>
          <w:tcPr>
            <w:tcW w:w="564" w:type="dxa"/>
            <w:tcMar>
              <w:top w:w="20" w:type="dxa"/>
              <w:left w:w="50" w:type="dxa"/>
              <w:bottom w:w="20" w:type="dxa"/>
              <w:right w:w="50" w:type="dxa"/>
            </w:tcMar>
          </w:tcPr>
          <w:p w14:paraId="51357DFD" w14:textId="77777777" w:rsidR="00292F36" w:rsidRDefault="00000000">
            <w:r>
              <w:rPr>
                <w:sz w:val="12"/>
              </w:rPr>
              <w:t>0</w:t>
            </w:r>
          </w:p>
        </w:tc>
        <w:tc>
          <w:tcPr>
            <w:tcW w:w="564" w:type="dxa"/>
            <w:tcMar>
              <w:top w:w="20" w:type="dxa"/>
              <w:left w:w="50" w:type="dxa"/>
              <w:bottom w:w="20" w:type="dxa"/>
              <w:right w:w="50" w:type="dxa"/>
            </w:tcMar>
          </w:tcPr>
          <w:p w14:paraId="0C2F2B7B" w14:textId="77777777" w:rsidR="00292F36" w:rsidRDefault="00000000">
            <w:r>
              <w:rPr>
                <w:sz w:val="12"/>
              </w:rPr>
              <w:t>0</w:t>
            </w:r>
          </w:p>
        </w:tc>
        <w:tc>
          <w:tcPr>
            <w:tcW w:w="564" w:type="dxa"/>
            <w:tcMar>
              <w:top w:w="20" w:type="dxa"/>
              <w:left w:w="50" w:type="dxa"/>
              <w:bottom w:w="20" w:type="dxa"/>
              <w:right w:w="50" w:type="dxa"/>
            </w:tcMar>
          </w:tcPr>
          <w:p w14:paraId="08A3B5A0" w14:textId="77777777" w:rsidR="00292F36" w:rsidRDefault="00000000">
            <w:r>
              <w:rPr>
                <w:sz w:val="12"/>
              </w:rPr>
              <w:t>0.125</w:t>
            </w:r>
          </w:p>
        </w:tc>
        <w:tc>
          <w:tcPr>
            <w:tcW w:w="564" w:type="dxa"/>
            <w:tcMar>
              <w:top w:w="20" w:type="dxa"/>
              <w:left w:w="50" w:type="dxa"/>
              <w:bottom w:w="20" w:type="dxa"/>
              <w:right w:w="50" w:type="dxa"/>
            </w:tcMar>
          </w:tcPr>
          <w:p w14:paraId="0B7B677C" w14:textId="77777777" w:rsidR="00292F36" w:rsidRDefault="00000000">
            <w:r>
              <w:rPr>
                <w:sz w:val="12"/>
              </w:rPr>
              <w:t>0</w:t>
            </w:r>
          </w:p>
        </w:tc>
        <w:tc>
          <w:tcPr>
            <w:tcW w:w="564" w:type="dxa"/>
            <w:tcMar>
              <w:top w:w="20" w:type="dxa"/>
              <w:left w:w="50" w:type="dxa"/>
              <w:bottom w:w="20" w:type="dxa"/>
              <w:right w:w="50" w:type="dxa"/>
            </w:tcMar>
          </w:tcPr>
          <w:p w14:paraId="183DC7E8" w14:textId="77777777" w:rsidR="00292F36" w:rsidRDefault="00000000">
            <w:r>
              <w:rPr>
                <w:sz w:val="12"/>
              </w:rPr>
              <w:t>0</w:t>
            </w:r>
          </w:p>
        </w:tc>
        <w:tc>
          <w:tcPr>
            <w:tcW w:w="564" w:type="dxa"/>
            <w:tcMar>
              <w:top w:w="20" w:type="dxa"/>
              <w:left w:w="50" w:type="dxa"/>
              <w:bottom w:w="20" w:type="dxa"/>
              <w:right w:w="50" w:type="dxa"/>
            </w:tcMar>
          </w:tcPr>
          <w:p w14:paraId="152ACA2E" w14:textId="77777777" w:rsidR="00292F36" w:rsidRDefault="00000000">
            <w:r>
              <w:rPr>
                <w:sz w:val="12"/>
              </w:rPr>
              <w:t>0</w:t>
            </w:r>
          </w:p>
        </w:tc>
        <w:tc>
          <w:tcPr>
            <w:tcW w:w="564" w:type="dxa"/>
            <w:tcMar>
              <w:top w:w="20" w:type="dxa"/>
              <w:left w:w="50" w:type="dxa"/>
              <w:bottom w:w="20" w:type="dxa"/>
              <w:right w:w="50" w:type="dxa"/>
            </w:tcMar>
          </w:tcPr>
          <w:p w14:paraId="259AF159" w14:textId="77777777" w:rsidR="00292F36" w:rsidRDefault="00000000">
            <w:r>
              <w:rPr>
                <w:sz w:val="12"/>
              </w:rPr>
              <w:t>0.875</w:t>
            </w:r>
          </w:p>
        </w:tc>
      </w:tr>
      <w:tr w:rsidR="00292F36" w14:paraId="6431BCF9" w14:textId="77777777">
        <w:tc>
          <w:tcPr>
            <w:tcW w:w="564" w:type="dxa"/>
            <w:tcMar>
              <w:top w:w="20" w:type="dxa"/>
              <w:left w:w="50" w:type="dxa"/>
              <w:bottom w:w="20" w:type="dxa"/>
              <w:right w:w="50" w:type="dxa"/>
            </w:tcMar>
          </w:tcPr>
          <w:p w14:paraId="0C939D77" w14:textId="77777777" w:rsidR="00292F36" w:rsidRDefault="00000000">
            <w:r>
              <w:rPr>
                <w:sz w:val="12"/>
              </w:rPr>
              <w:t>2018_isla_todos_santos_isla_todos_santos_canal_shallow_amaia_1</w:t>
            </w:r>
          </w:p>
        </w:tc>
        <w:tc>
          <w:tcPr>
            <w:tcW w:w="564" w:type="dxa"/>
            <w:tcMar>
              <w:top w:w="20" w:type="dxa"/>
              <w:left w:w="50" w:type="dxa"/>
              <w:bottom w:w="20" w:type="dxa"/>
              <w:right w:w="50" w:type="dxa"/>
            </w:tcMar>
          </w:tcPr>
          <w:p w14:paraId="160CA69D" w14:textId="77777777" w:rsidR="00292F36" w:rsidRDefault="00000000">
            <w:r>
              <w:rPr>
                <w:sz w:val="12"/>
              </w:rPr>
              <w:t>0.13452546</w:t>
            </w:r>
          </w:p>
        </w:tc>
        <w:tc>
          <w:tcPr>
            <w:tcW w:w="564" w:type="dxa"/>
            <w:tcMar>
              <w:top w:w="20" w:type="dxa"/>
              <w:left w:w="50" w:type="dxa"/>
              <w:bottom w:w="20" w:type="dxa"/>
              <w:right w:w="50" w:type="dxa"/>
            </w:tcMar>
          </w:tcPr>
          <w:p w14:paraId="7E609A57" w14:textId="77777777" w:rsidR="00292F36" w:rsidRDefault="00000000">
            <w:r>
              <w:rPr>
                <w:sz w:val="12"/>
              </w:rPr>
              <w:t>1.22476075</w:t>
            </w:r>
          </w:p>
        </w:tc>
        <w:tc>
          <w:tcPr>
            <w:tcW w:w="564" w:type="dxa"/>
            <w:tcMar>
              <w:top w:w="20" w:type="dxa"/>
              <w:left w:w="50" w:type="dxa"/>
              <w:bottom w:w="20" w:type="dxa"/>
              <w:right w:w="50" w:type="dxa"/>
            </w:tcMar>
          </w:tcPr>
          <w:p w14:paraId="5B0DFC7B" w14:textId="77777777" w:rsidR="00292F36" w:rsidRDefault="00000000">
            <w:r>
              <w:rPr>
                <w:sz w:val="12"/>
              </w:rPr>
              <w:t>NA</w:t>
            </w:r>
          </w:p>
        </w:tc>
        <w:tc>
          <w:tcPr>
            <w:tcW w:w="564" w:type="dxa"/>
            <w:tcMar>
              <w:top w:w="20" w:type="dxa"/>
              <w:left w:w="50" w:type="dxa"/>
              <w:bottom w:w="20" w:type="dxa"/>
              <w:right w:w="50" w:type="dxa"/>
            </w:tcMar>
          </w:tcPr>
          <w:p w14:paraId="429BE4B5" w14:textId="77777777" w:rsidR="00292F36" w:rsidRDefault="00000000">
            <w:r>
              <w:rPr>
                <w:sz w:val="12"/>
              </w:rPr>
              <w:t>NA</w:t>
            </w:r>
          </w:p>
        </w:tc>
        <w:tc>
          <w:tcPr>
            <w:tcW w:w="564" w:type="dxa"/>
            <w:tcMar>
              <w:top w:w="20" w:type="dxa"/>
              <w:left w:w="50" w:type="dxa"/>
              <w:bottom w:w="20" w:type="dxa"/>
              <w:right w:w="50" w:type="dxa"/>
            </w:tcMar>
          </w:tcPr>
          <w:p w14:paraId="71A1CE6A" w14:textId="77777777" w:rsidR="00292F36" w:rsidRDefault="00000000">
            <w:r>
              <w:rPr>
                <w:sz w:val="12"/>
              </w:rPr>
              <w:t>NA</w:t>
            </w:r>
          </w:p>
        </w:tc>
        <w:tc>
          <w:tcPr>
            <w:tcW w:w="564" w:type="dxa"/>
            <w:tcMar>
              <w:top w:w="20" w:type="dxa"/>
              <w:left w:w="50" w:type="dxa"/>
              <w:bottom w:w="20" w:type="dxa"/>
              <w:right w:w="50" w:type="dxa"/>
            </w:tcMar>
          </w:tcPr>
          <w:p w14:paraId="6778B077" w14:textId="77777777" w:rsidR="00292F36" w:rsidRDefault="00000000">
            <w:r>
              <w:rPr>
                <w:sz w:val="12"/>
              </w:rPr>
              <w:t>NA</w:t>
            </w:r>
          </w:p>
        </w:tc>
        <w:tc>
          <w:tcPr>
            <w:tcW w:w="564" w:type="dxa"/>
            <w:tcMar>
              <w:top w:w="20" w:type="dxa"/>
              <w:left w:w="50" w:type="dxa"/>
              <w:bottom w:w="20" w:type="dxa"/>
              <w:right w:w="50" w:type="dxa"/>
            </w:tcMar>
          </w:tcPr>
          <w:p w14:paraId="1C16BE18" w14:textId="77777777" w:rsidR="00292F36" w:rsidRDefault="00000000">
            <w:r>
              <w:rPr>
                <w:sz w:val="12"/>
              </w:rPr>
              <w:t>NA</w:t>
            </w:r>
          </w:p>
        </w:tc>
        <w:tc>
          <w:tcPr>
            <w:tcW w:w="564" w:type="dxa"/>
            <w:tcMar>
              <w:top w:w="20" w:type="dxa"/>
              <w:left w:w="50" w:type="dxa"/>
              <w:bottom w:w="20" w:type="dxa"/>
              <w:right w:w="50" w:type="dxa"/>
            </w:tcMar>
          </w:tcPr>
          <w:p w14:paraId="2F8751AC" w14:textId="77777777" w:rsidR="00292F36" w:rsidRDefault="00000000">
            <w:r>
              <w:rPr>
                <w:sz w:val="12"/>
              </w:rPr>
              <w:t>NA</w:t>
            </w:r>
          </w:p>
        </w:tc>
        <w:tc>
          <w:tcPr>
            <w:tcW w:w="564" w:type="dxa"/>
            <w:tcMar>
              <w:top w:w="20" w:type="dxa"/>
              <w:left w:w="50" w:type="dxa"/>
              <w:bottom w:w="20" w:type="dxa"/>
              <w:right w:w="50" w:type="dxa"/>
            </w:tcMar>
          </w:tcPr>
          <w:p w14:paraId="7554FABD" w14:textId="77777777" w:rsidR="00292F36" w:rsidRDefault="00000000">
            <w:r>
              <w:rPr>
                <w:sz w:val="12"/>
              </w:rPr>
              <w:t>NA</w:t>
            </w:r>
          </w:p>
        </w:tc>
        <w:tc>
          <w:tcPr>
            <w:tcW w:w="564" w:type="dxa"/>
            <w:tcMar>
              <w:top w:w="20" w:type="dxa"/>
              <w:left w:w="50" w:type="dxa"/>
              <w:bottom w:w="20" w:type="dxa"/>
              <w:right w:w="50" w:type="dxa"/>
            </w:tcMar>
          </w:tcPr>
          <w:p w14:paraId="58241AE5" w14:textId="77777777" w:rsidR="00292F36" w:rsidRDefault="00000000">
            <w:r>
              <w:rPr>
                <w:sz w:val="12"/>
              </w:rPr>
              <w:t>NA</w:t>
            </w:r>
          </w:p>
        </w:tc>
        <w:tc>
          <w:tcPr>
            <w:tcW w:w="564" w:type="dxa"/>
            <w:tcMar>
              <w:top w:w="20" w:type="dxa"/>
              <w:left w:w="50" w:type="dxa"/>
              <w:bottom w:w="20" w:type="dxa"/>
              <w:right w:w="50" w:type="dxa"/>
            </w:tcMar>
          </w:tcPr>
          <w:p w14:paraId="7C28B527" w14:textId="77777777" w:rsidR="00292F36" w:rsidRDefault="00000000">
            <w:r>
              <w:rPr>
                <w:sz w:val="12"/>
              </w:rPr>
              <w:t>0</w:t>
            </w:r>
          </w:p>
        </w:tc>
        <w:tc>
          <w:tcPr>
            <w:tcW w:w="564" w:type="dxa"/>
            <w:tcMar>
              <w:top w:w="20" w:type="dxa"/>
              <w:left w:w="50" w:type="dxa"/>
              <w:bottom w:w="20" w:type="dxa"/>
              <w:right w:w="50" w:type="dxa"/>
            </w:tcMar>
          </w:tcPr>
          <w:p w14:paraId="40BAA3EF" w14:textId="77777777" w:rsidR="00292F36" w:rsidRDefault="00000000">
            <w:r>
              <w:rPr>
                <w:sz w:val="12"/>
              </w:rPr>
              <w:t>0</w:t>
            </w:r>
          </w:p>
        </w:tc>
        <w:tc>
          <w:tcPr>
            <w:tcW w:w="564" w:type="dxa"/>
            <w:tcMar>
              <w:top w:w="20" w:type="dxa"/>
              <w:left w:w="50" w:type="dxa"/>
              <w:bottom w:w="20" w:type="dxa"/>
              <w:right w:w="50" w:type="dxa"/>
            </w:tcMar>
          </w:tcPr>
          <w:p w14:paraId="532FF0F3" w14:textId="77777777" w:rsidR="00292F36" w:rsidRDefault="00000000">
            <w:r>
              <w:rPr>
                <w:sz w:val="12"/>
              </w:rPr>
              <w:t>0.30701754</w:t>
            </w:r>
          </w:p>
        </w:tc>
        <w:tc>
          <w:tcPr>
            <w:tcW w:w="564" w:type="dxa"/>
            <w:tcMar>
              <w:top w:w="20" w:type="dxa"/>
              <w:left w:w="50" w:type="dxa"/>
              <w:bottom w:w="20" w:type="dxa"/>
              <w:right w:w="50" w:type="dxa"/>
            </w:tcMar>
          </w:tcPr>
          <w:p w14:paraId="713B6E0B" w14:textId="77777777" w:rsidR="00292F36" w:rsidRDefault="00000000">
            <w:r>
              <w:rPr>
                <w:sz w:val="12"/>
              </w:rPr>
              <w:t>0.69298246</w:t>
            </w:r>
          </w:p>
        </w:tc>
        <w:tc>
          <w:tcPr>
            <w:tcW w:w="564" w:type="dxa"/>
            <w:tcMar>
              <w:top w:w="20" w:type="dxa"/>
              <w:left w:w="50" w:type="dxa"/>
              <w:bottom w:w="20" w:type="dxa"/>
              <w:right w:w="50" w:type="dxa"/>
            </w:tcMar>
          </w:tcPr>
          <w:p w14:paraId="0FF99F0D" w14:textId="77777777" w:rsidR="00292F36" w:rsidRDefault="00000000">
            <w:r>
              <w:rPr>
                <w:sz w:val="12"/>
              </w:rPr>
              <w:t>0</w:t>
            </w:r>
          </w:p>
        </w:tc>
        <w:tc>
          <w:tcPr>
            <w:tcW w:w="564" w:type="dxa"/>
            <w:tcMar>
              <w:top w:w="20" w:type="dxa"/>
              <w:left w:w="50" w:type="dxa"/>
              <w:bottom w:w="20" w:type="dxa"/>
              <w:right w:w="50" w:type="dxa"/>
            </w:tcMar>
          </w:tcPr>
          <w:p w14:paraId="76575D5B" w14:textId="77777777" w:rsidR="00292F36" w:rsidRDefault="00000000">
            <w:r>
              <w:rPr>
                <w:sz w:val="12"/>
              </w:rPr>
              <w:t>0</w:t>
            </w:r>
          </w:p>
        </w:tc>
        <w:tc>
          <w:tcPr>
            <w:tcW w:w="564" w:type="dxa"/>
            <w:tcMar>
              <w:top w:w="20" w:type="dxa"/>
              <w:left w:w="50" w:type="dxa"/>
              <w:bottom w:w="20" w:type="dxa"/>
              <w:right w:w="50" w:type="dxa"/>
            </w:tcMar>
          </w:tcPr>
          <w:p w14:paraId="10A56FA3" w14:textId="77777777" w:rsidR="00292F36" w:rsidRDefault="00000000">
            <w:r>
              <w:rPr>
                <w:sz w:val="12"/>
              </w:rPr>
              <w:t>0</w:t>
            </w:r>
          </w:p>
        </w:tc>
        <w:tc>
          <w:tcPr>
            <w:tcW w:w="564" w:type="dxa"/>
            <w:tcMar>
              <w:top w:w="20" w:type="dxa"/>
              <w:left w:w="50" w:type="dxa"/>
              <w:bottom w:w="20" w:type="dxa"/>
              <w:right w:w="50" w:type="dxa"/>
            </w:tcMar>
          </w:tcPr>
          <w:p w14:paraId="35B87231" w14:textId="77777777" w:rsidR="00292F36" w:rsidRDefault="00000000">
            <w:r>
              <w:rPr>
                <w:sz w:val="12"/>
              </w:rPr>
              <w:t>0</w:t>
            </w:r>
          </w:p>
        </w:tc>
        <w:tc>
          <w:tcPr>
            <w:tcW w:w="564" w:type="dxa"/>
            <w:tcMar>
              <w:top w:w="20" w:type="dxa"/>
              <w:left w:w="50" w:type="dxa"/>
              <w:bottom w:w="20" w:type="dxa"/>
              <w:right w:w="50" w:type="dxa"/>
            </w:tcMar>
          </w:tcPr>
          <w:p w14:paraId="0001A190" w14:textId="77777777" w:rsidR="00292F36" w:rsidRDefault="00000000">
            <w:r>
              <w:rPr>
                <w:sz w:val="12"/>
              </w:rPr>
              <w:t>0</w:t>
            </w:r>
          </w:p>
        </w:tc>
        <w:tc>
          <w:tcPr>
            <w:tcW w:w="564" w:type="dxa"/>
            <w:tcMar>
              <w:top w:w="20" w:type="dxa"/>
              <w:left w:w="50" w:type="dxa"/>
              <w:bottom w:w="20" w:type="dxa"/>
              <w:right w:w="50" w:type="dxa"/>
            </w:tcMar>
          </w:tcPr>
          <w:p w14:paraId="599FCA08" w14:textId="77777777" w:rsidR="00292F36" w:rsidRDefault="00000000">
            <w:r>
              <w:rPr>
                <w:sz w:val="12"/>
              </w:rPr>
              <w:t>0</w:t>
            </w:r>
          </w:p>
        </w:tc>
        <w:tc>
          <w:tcPr>
            <w:tcW w:w="564" w:type="dxa"/>
            <w:tcMar>
              <w:top w:w="20" w:type="dxa"/>
              <w:left w:w="50" w:type="dxa"/>
              <w:bottom w:w="20" w:type="dxa"/>
              <w:right w:w="50" w:type="dxa"/>
            </w:tcMar>
          </w:tcPr>
          <w:p w14:paraId="62168200" w14:textId="77777777" w:rsidR="00292F36" w:rsidRDefault="00000000">
            <w:r>
              <w:rPr>
                <w:sz w:val="12"/>
              </w:rPr>
              <w:t>0</w:t>
            </w:r>
          </w:p>
        </w:tc>
        <w:tc>
          <w:tcPr>
            <w:tcW w:w="564" w:type="dxa"/>
            <w:tcMar>
              <w:top w:w="20" w:type="dxa"/>
              <w:left w:w="50" w:type="dxa"/>
              <w:bottom w:w="20" w:type="dxa"/>
              <w:right w:w="50" w:type="dxa"/>
            </w:tcMar>
          </w:tcPr>
          <w:p w14:paraId="148633B0" w14:textId="77777777" w:rsidR="00292F36" w:rsidRDefault="00000000">
            <w:r>
              <w:rPr>
                <w:sz w:val="12"/>
              </w:rPr>
              <w:t>0</w:t>
            </w:r>
          </w:p>
        </w:tc>
        <w:tc>
          <w:tcPr>
            <w:tcW w:w="564" w:type="dxa"/>
            <w:tcMar>
              <w:top w:w="20" w:type="dxa"/>
              <w:left w:w="50" w:type="dxa"/>
              <w:bottom w:w="20" w:type="dxa"/>
              <w:right w:w="50" w:type="dxa"/>
            </w:tcMar>
          </w:tcPr>
          <w:p w14:paraId="7B7999CF" w14:textId="77777777" w:rsidR="00292F36" w:rsidRDefault="00000000">
            <w:r>
              <w:rPr>
                <w:sz w:val="12"/>
              </w:rPr>
              <w:t>0</w:t>
            </w:r>
          </w:p>
        </w:tc>
        <w:tc>
          <w:tcPr>
            <w:tcW w:w="564" w:type="dxa"/>
            <w:tcMar>
              <w:top w:w="20" w:type="dxa"/>
              <w:left w:w="50" w:type="dxa"/>
              <w:bottom w:w="20" w:type="dxa"/>
              <w:right w:w="50" w:type="dxa"/>
            </w:tcMar>
          </w:tcPr>
          <w:p w14:paraId="030EA738" w14:textId="77777777" w:rsidR="00292F36" w:rsidRDefault="00000000">
            <w:r>
              <w:rPr>
                <w:sz w:val="12"/>
              </w:rPr>
              <w:t>1</w:t>
            </w:r>
          </w:p>
        </w:tc>
      </w:tr>
      <w:tr w:rsidR="00292F36" w14:paraId="6D8D52B8" w14:textId="77777777">
        <w:tc>
          <w:tcPr>
            <w:tcW w:w="564" w:type="dxa"/>
            <w:tcMar>
              <w:top w:w="20" w:type="dxa"/>
              <w:left w:w="50" w:type="dxa"/>
              <w:bottom w:w="20" w:type="dxa"/>
              <w:right w:w="50" w:type="dxa"/>
            </w:tcMar>
          </w:tcPr>
          <w:p w14:paraId="632B8E0D" w14:textId="77777777" w:rsidR="00292F36" w:rsidRDefault="00000000">
            <w:r>
              <w:rPr>
                <w:sz w:val="12"/>
              </w:rPr>
              <w:t>2018_isla_todos_santos_isla_todos_santos_exposed_center_1</w:t>
            </w:r>
          </w:p>
        </w:tc>
        <w:tc>
          <w:tcPr>
            <w:tcW w:w="564" w:type="dxa"/>
            <w:tcMar>
              <w:top w:w="20" w:type="dxa"/>
              <w:left w:w="50" w:type="dxa"/>
              <w:bottom w:w="20" w:type="dxa"/>
              <w:right w:w="50" w:type="dxa"/>
            </w:tcMar>
          </w:tcPr>
          <w:p w14:paraId="18F5614A" w14:textId="77777777" w:rsidR="00292F36" w:rsidRDefault="00000000">
            <w:r>
              <w:rPr>
                <w:sz w:val="12"/>
              </w:rPr>
              <w:t>-0.7453232</w:t>
            </w:r>
          </w:p>
        </w:tc>
        <w:tc>
          <w:tcPr>
            <w:tcW w:w="564" w:type="dxa"/>
            <w:tcMar>
              <w:top w:w="20" w:type="dxa"/>
              <w:left w:w="50" w:type="dxa"/>
              <w:bottom w:w="20" w:type="dxa"/>
              <w:right w:w="50" w:type="dxa"/>
            </w:tcMar>
          </w:tcPr>
          <w:p w14:paraId="18A22230" w14:textId="77777777" w:rsidR="00292F36" w:rsidRDefault="00000000">
            <w:r>
              <w:rPr>
                <w:sz w:val="12"/>
              </w:rPr>
              <w:t>0.02083226</w:t>
            </w:r>
          </w:p>
        </w:tc>
        <w:tc>
          <w:tcPr>
            <w:tcW w:w="564" w:type="dxa"/>
            <w:tcMar>
              <w:top w:w="20" w:type="dxa"/>
              <w:left w:w="50" w:type="dxa"/>
              <w:bottom w:w="20" w:type="dxa"/>
              <w:right w:w="50" w:type="dxa"/>
            </w:tcMar>
          </w:tcPr>
          <w:p w14:paraId="1F0637CC" w14:textId="77777777" w:rsidR="00292F36" w:rsidRDefault="00000000">
            <w:r>
              <w:rPr>
                <w:sz w:val="12"/>
              </w:rPr>
              <w:t>2018</w:t>
            </w:r>
          </w:p>
        </w:tc>
        <w:tc>
          <w:tcPr>
            <w:tcW w:w="564" w:type="dxa"/>
            <w:tcMar>
              <w:top w:w="20" w:type="dxa"/>
              <w:left w:w="50" w:type="dxa"/>
              <w:bottom w:w="20" w:type="dxa"/>
              <w:right w:w="50" w:type="dxa"/>
            </w:tcMar>
          </w:tcPr>
          <w:p w14:paraId="4C9754F7" w14:textId="77777777" w:rsidR="00292F36" w:rsidRDefault="00000000">
            <w:r>
              <w:rPr>
                <w:sz w:val="12"/>
              </w:rPr>
              <w:t>ensenada</w:t>
            </w:r>
          </w:p>
        </w:tc>
        <w:tc>
          <w:tcPr>
            <w:tcW w:w="564" w:type="dxa"/>
            <w:tcMar>
              <w:top w:w="20" w:type="dxa"/>
              <w:left w:w="50" w:type="dxa"/>
              <w:bottom w:w="20" w:type="dxa"/>
              <w:right w:w="50" w:type="dxa"/>
            </w:tcMar>
          </w:tcPr>
          <w:p w14:paraId="64A368FC" w14:textId="77777777" w:rsidR="00292F36" w:rsidRDefault="00000000">
            <w:r>
              <w:rPr>
                <w:sz w:val="12"/>
              </w:rPr>
              <w:t>North</w:t>
            </w:r>
          </w:p>
        </w:tc>
        <w:tc>
          <w:tcPr>
            <w:tcW w:w="564" w:type="dxa"/>
            <w:tcMar>
              <w:top w:w="20" w:type="dxa"/>
              <w:left w:w="50" w:type="dxa"/>
              <w:bottom w:w="20" w:type="dxa"/>
              <w:right w:w="50" w:type="dxa"/>
            </w:tcMar>
          </w:tcPr>
          <w:p w14:paraId="6BFF82E8" w14:textId="77777777" w:rsidR="00292F36" w:rsidRDefault="00000000">
            <w:r>
              <w:rPr>
                <w:sz w:val="12"/>
              </w:rPr>
              <w:t>isla_todos_santos</w:t>
            </w:r>
          </w:p>
        </w:tc>
        <w:tc>
          <w:tcPr>
            <w:tcW w:w="564" w:type="dxa"/>
            <w:tcMar>
              <w:top w:w="20" w:type="dxa"/>
              <w:left w:w="50" w:type="dxa"/>
              <w:bottom w:w="20" w:type="dxa"/>
              <w:right w:w="50" w:type="dxa"/>
            </w:tcMar>
          </w:tcPr>
          <w:p w14:paraId="444DE5AF" w14:textId="77777777" w:rsidR="00292F36" w:rsidRDefault="00000000">
            <w:r>
              <w:rPr>
                <w:sz w:val="12"/>
              </w:rPr>
              <w:t>isla_todos_santos_exposed_center</w:t>
            </w:r>
          </w:p>
        </w:tc>
        <w:tc>
          <w:tcPr>
            <w:tcW w:w="564" w:type="dxa"/>
            <w:tcMar>
              <w:top w:w="20" w:type="dxa"/>
              <w:left w:w="50" w:type="dxa"/>
              <w:bottom w:w="20" w:type="dxa"/>
              <w:right w:w="50" w:type="dxa"/>
            </w:tcMar>
          </w:tcPr>
          <w:p w14:paraId="7B713786" w14:textId="77777777" w:rsidR="00292F36" w:rsidRDefault="00000000">
            <w:r>
              <w:rPr>
                <w:sz w:val="12"/>
              </w:rPr>
              <w:t>14</w:t>
            </w:r>
          </w:p>
        </w:tc>
        <w:tc>
          <w:tcPr>
            <w:tcW w:w="564" w:type="dxa"/>
            <w:tcMar>
              <w:top w:w="20" w:type="dxa"/>
              <w:left w:w="50" w:type="dxa"/>
              <w:bottom w:w="20" w:type="dxa"/>
              <w:right w:w="50" w:type="dxa"/>
            </w:tcMar>
          </w:tcPr>
          <w:p w14:paraId="416BFE6D" w14:textId="77777777" w:rsidR="00292F36" w:rsidRDefault="00000000">
            <w:r>
              <w:rPr>
                <w:sz w:val="12"/>
              </w:rPr>
              <w:t>18.3899994</w:t>
            </w:r>
          </w:p>
        </w:tc>
        <w:tc>
          <w:tcPr>
            <w:tcW w:w="564" w:type="dxa"/>
            <w:tcMar>
              <w:top w:w="20" w:type="dxa"/>
              <w:left w:w="50" w:type="dxa"/>
              <w:bottom w:w="20" w:type="dxa"/>
              <w:right w:w="50" w:type="dxa"/>
            </w:tcMar>
          </w:tcPr>
          <w:p w14:paraId="670C60E7" w14:textId="77777777" w:rsidR="00292F36" w:rsidRDefault="00000000">
            <w:r>
              <w:rPr>
                <w:sz w:val="12"/>
              </w:rPr>
              <w:t>0.17547042</w:t>
            </w:r>
          </w:p>
        </w:tc>
        <w:tc>
          <w:tcPr>
            <w:tcW w:w="564" w:type="dxa"/>
            <w:tcMar>
              <w:top w:w="20" w:type="dxa"/>
              <w:left w:w="50" w:type="dxa"/>
              <w:bottom w:w="20" w:type="dxa"/>
              <w:right w:w="50" w:type="dxa"/>
            </w:tcMar>
          </w:tcPr>
          <w:p w14:paraId="60EE7ECB" w14:textId="77777777" w:rsidR="00292F36" w:rsidRDefault="00000000">
            <w:r>
              <w:rPr>
                <w:sz w:val="12"/>
              </w:rPr>
              <w:t>0.96832579</w:t>
            </w:r>
          </w:p>
        </w:tc>
        <w:tc>
          <w:tcPr>
            <w:tcW w:w="564" w:type="dxa"/>
            <w:tcMar>
              <w:top w:w="20" w:type="dxa"/>
              <w:left w:w="50" w:type="dxa"/>
              <w:bottom w:w="20" w:type="dxa"/>
              <w:right w:w="50" w:type="dxa"/>
            </w:tcMar>
          </w:tcPr>
          <w:p w14:paraId="38831BC5" w14:textId="77777777" w:rsidR="00292F36" w:rsidRDefault="00000000">
            <w:r>
              <w:rPr>
                <w:sz w:val="12"/>
              </w:rPr>
              <w:t>0.03167421</w:t>
            </w:r>
          </w:p>
        </w:tc>
        <w:tc>
          <w:tcPr>
            <w:tcW w:w="564" w:type="dxa"/>
            <w:tcMar>
              <w:top w:w="20" w:type="dxa"/>
              <w:left w:w="50" w:type="dxa"/>
              <w:bottom w:w="20" w:type="dxa"/>
              <w:right w:w="50" w:type="dxa"/>
            </w:tcMar>
          </w:tcPr>
          <w:p w14:paraId="18CD2F3B" w14:textId="77777777" w:rsidR="00292F36" w:rsidRDefault="00000000">
            <w:r>
              <w:rPr>
                <w:sz w:val="12"/>
              </w:rPr>
              <w:t>0</w:t>
            </w:r>
          </w:p>
        </w:tc>
        <w:tc>
          <w:tcPr>
            <w:tcW w:w="564" w:type="dxa"/>
            <w:tcMar>
              <w:top w:w="20" w:type="dxa"/>
              <w:left w:w="50" w:type="dxa"/>
              <w:bottom w:w="20" w:type="dxa"/>
              <w:right w:w="50" w:type="dxa"/>
            </w:tcMar>
          </w:tcPr>
          <w:p w14:paraId="1299BC09" w14:textId="77777777" w:rsidR="00292F36" w:rsidRDefault="00000000">
            <w:r>
              <w:rPr>
                <w:sz w:val="12"/>
              </w:rPr>
              <w:t>0</w:t>
            </w:r>
          </w:p>
        </w:tc>
        <w:tc>
          <w:tcPr>
            <w:tcW w:w="564" w:type="dxa"/>
            <w:tcMar>
              <w:top w:w="20" w:type="dxa"/>
              <w:left w:w="50" w:type="dxa"/>
              <w:bottom w:w="20" w:type="dxa"/>
              <w:right w:w="50" w:type="dxa"/>
            </w:tcMar>
          </w:tcPr>
          <w:p w14:paraId="2ECF5154" w14:textId="77777777" w:rsidR="00292F36" w:rsidRDefault="00000000">
            <w:r>
              <w:rPr>
                <w:sz w:val="12"/>
              </w:rPr>
              <w:t>0</w:t>
            </w:r>
          </w:p>
        </w:tc>
        <w:tc>
          <w:tcPr>
            <w:tcW w:w="564" w:type="dxa"/>
            <w:tcMar>
              <w:top w:w="20" w:type="dxa"/>
              <w:left w:w="50" w:type="dxa"/>
              <w:bottom w:w="20" w:type="dxa"/>
              <w:right w:w="50" w:type="dxa"/>
            </w:tcMar>
          </w:tcPr>
          <w:p w14:paraId="626FD5DC" w14:textId="77777777" w:rsidR="00292F36" w:rsidRDefault="00000000">
            <w:r>
              <w:rPr>
                <w:sz w:val="12"/>
              </w:rPr>
              <w:t>0</w:t>
            </w:r>
          </w:p>
        </w:tc>
        <w:tc>
          <w:tcPr>
            <w:tcW w:w="564" w:type="dxa"/>
            <w:tcMar>
              <w:top w:w="20" w:type="dxa"/>
              <w:left w:w="50" w:type="dxa"/>
              <w:bottom w:w="20" w:type="dxa"/>
              <w:right w:w="50" w:type="dxa"/>
            </w:tcMar>
          </w:tcPr>
          <w:p w14:paraId="776C4AA9" w14:textId="77777777" w:rsidR="00292F36" w:rsidRDefault="00000000">
            <w:r>
              <w:rPr>
                <w:sz w:val="12"/>
              </w:rPr>
              <w:t>0</w:t>
            </w:r>
          </w:p>
        </w:tc>
        <w:tc>
          <w:tcPr>
            <w:tcW w:w="564" w:type="dxa"/>
            <w:tcMar>
              <w:top w:w="20" w:type="dxa"/>
              <w:left w:w="50" w:type="dxa"/>
              <w:bottom w:w="20" w:type="dxa"/>
              <w:right w:w="50" w:type="dxa"/>
            </w:tcMar>
          </w:tcPr>
          <w:p w14:paraId="10792B43" w14:textId="77777777" w:rsidR="00292F36" w:rsidRDefault="00000000">
            <w:r>
              <w:rPr>
                <w:sz w:val="12"/>
              </w:rPr>
              <w:t>0</w:t>
            </w:r>
          </w:p>
        </w:tc>
        <w:tc>
          <w:tcPr>
            <w:tcW w:w="564" w:type="dxa"/>
            <w:tcMar>
              <w:top w:w="20" w:type="dxa"/>
              <w:left w:w="50" w:type="dxa"/>
              <w:bottom w:w="20" w:type="dxa"/>
              <w:right w:w="50" w:type="dxa"/>
            </w:tcMar>
          </w:tcPr>
          <w:p w14:paraId="137D522E" w14:textId="77777777" w:rsidR="00292F36" w:rsidRDefault="00000000">
            <w:r>
              <w:rPr>
                <w:sz w:val="12"/>
              </w:rPr>
              <w:t>0.24226804</w:t>
            </w:r>
          </w:p>
        </w:tc>
        <w:tc>
          <w:tcPr>
            <w:tcW w:w="564" w:type="dxa"/>
            <w:tcMar>
              <w:top w:w="20" w:type="dxa"/>
              <w:left w:w="50" w:type="dxa"/>
              <w:bottom w:w="20" w:type="dxa"/>
              <w:right w:w="50" w:type="dxa"/>
            </w:tcMar>
          </w:tcPr>
          <w:p w14:paraId="49C661F6" w14:textId="77777777" w:rsidR="00292F36" w:rsidRDefault="00000000">
            <w:r>
              <w:rPr>
                <w:sz w:val="12"/>
              </w:rPr>
              <w:t>0.10824742</w:t>
            </w:r>
          </w:p>
        </w:tc>
        <w:tc>
          <w:tcPr>
            <w:tcW w:w="564" w:type="dxa"/>
            <w:tcMar>
              <w:top w:w="20" w:type="dxa"/>
              <w:left w:w="50" w:type="dxa"/>
              <w:bottom w:w="20" w:type="dxa"/>
              <w:right w:w="50" w:type="dxa"/>
            </w:tcMar>
          </w:tcPr>
          <w:p w14:paraId="5AA8FD7F" w14:textId="77777777" w:rsidR="00292F36" w:rsidRDefault="00000000">
            <w:r>
              <w:rPr>
                <w:sz w:val="12"/>
              </w:rPr>
              <w:t>0.04123711</w:t>
            </w:r>
          </w:p>
        </w:tc>
        <w:tc>
          <w:tcPr>
            <w:tcW w:w="564" w:type="dxa"/>
            <w:tcMar>
              <w:top w:w="20" w:type="dxa"/>
              <w:left w:w="50" w:type="dxa"/>
              <w:bottom w:w="20" w:type="dxa"/>
              <w:right w:w="50" w:type="dxa"/>
            </w:tcMar>
          </w:tcPr>
          <w:p w14:paraId="2011D6E4" w14:textId="77777777" w:rsidR="00292F36" w:rsidRDefault="00000000">
            <w:r>
              <w:rPr>
                <w:sz w:val="12"/>
              </w:rPr>
              <w:t>0.1443299</w:t>
            </w:r>
          </w:p>
        </w:tc>
        <w:tc>
          <w:tcPr>
            <w:tcW w:w="564" w:type="dxa"/>
            <w:tcMar>
              <w:top w:w="20" w:type="dxa"/>
              <w:left w:w="50" w:type="dxa"/>
              <w:bottom w:w="20" w:type="dxa"/>
              <w:right w:w="50" w:type="dxa"/>
            </w:tcMar>
          </w:tcPr>
          <w:p w14:paraId="676DB5ED" w14:textId="77777777" w:rsidR="00292F36" w:rsidRDefault="00000000">
            <w:r>
              <w:rPr>
                <w:sz w:val="12"/>
              </w:rPr>
              <w:t>0.17525773</w:t>
            </w:r>
          </w:p>
        </w:tc>
        <w:tc>
          <w:tcPr>
            <w:tcW w:w="564" w:type="dxa"/>
            <w:tcMar>
              <w:top w:w="20" w:type="dxa"/>
              <w:left w:w="50" w:type="dxa"/>
              <w:bottom w:w="20" w:type="dxa"/>
              <w:right w:w="50" w:type="dxa"/>
            </w:tcMar>
          </w:tcPr>
          <w:p w14:paraId="76E941C6" w14:textId="77777777" w:rsidR="00292F36" w:rsidRDefault="00000000">
            <w:r>
              <w:rPr>
                <w:sz w:val="12"/>
              </w:rPr>
              <w:t>0.28865979</w:t>
            </w:r>
          </w:p>
        </w:tc>
      </w:tr>
      <w:tr w:rsidR="00292F36" w14:paraId="24E7B454" w14:textId="77777777">
        <w:tc>
          <w:tcPr>
            <w:tcW w:w="564" w:type="dxa"/>
            <w:tcMar>
              <w:top w:w="20" w:type="dxa"/>
              <w:left w:w="50" w:type="dxa"/>
              <w:bottom w:w="20" w:type="dxa"/>
              <w:right w:w="50" w:type="dxa"/>
            </w:tcMar>
          </w:tcPr>
          <w:p w14:paraId="61AB5E8B" w14:textId="77777777" w:rsidR="00292F36" w:rsidRDefault="00000000">
            <w:r>
              <w:rPr>
                <w:sz w:val="12"/>
              </w:rPr>
              <w:t>2018_isla</w:t>
            </w:r>
            <w:r>
              <w:rPr>
                <w:sz w:val="12"/>
              </w:rPr>
              <w:lastRenderedPageBreak/>
              <w:t>_todos_santos_isla_todos_santos_exposed_center_2</w:t>
            </w:r>
          </w:p>
        </w:tc>
        <w:tc>
          <w:tcPr>
            <w:tcW w:w="564" w:type="dxa"/>
            <w:tcMar>
              <w:top w:w="20" w:type="dxa"/>
              <w:left w:w="50" w:type="dxa"/>
              <w:bottom w:w="20" w:type="dxa"/>
              <w:right w:w="50" w:type="dxa"/>
            </w:tcMar>
          </w:tcPr>
          <w:p w14:paraId="0656E486" w14:textId="77777777" w:rsidR="00292F36" w:rsidRDefault="00000000">
            <w:r>
              <w:rPr>
                <w:sz w:val="12"/>
              </w:rPr>
              <w:lastRenderedPageBreak/>
              <w:t>-</w:t>
            </w:r>
            <w:r>
              <w:rPr>
                <w:sz w:val="12"/>
              </w:rPr>
              <w:lastRenderedPageBreak/>
              <w:t>0.8368628</w:t>
            </w:r>
          </w:p>
        </w:tc>
        <w:tc>
          <w:tcPr>
            <w:tcW w:w="564" w:type="dxa"/>
            <w:tcMar>
              <w:top w:w="20" w:type="dxa"/>
              <w:left w:w="50" w:type="dxa"/>
              <w:bottom w:w="20" w:type="dxa"/>
              <w:right w:w="50" w:type="dxa"/>
            </w:tcMar>
          </w:tcPr>
          <w:p w14:paraId="4E899CFB" w14:textId="77777777" w:rsidR="00292F36" w:rsidRDefault="00000000">
            <w:r>
              <w:rPr>
                <w:sz w:val="12"/>
              </w:rPr>
              <w:lastRenderedPageBreak/>
              <w:t>-</w:t>
            </w:r>
            <w:r>
              <w:rPr>
                <w:sz w:val="12"/>
              </w:rPr>
              <w:lastRenderedPageBreak/>
              <w:t>0.0447302</w:t>
            </w:r>
          </w:p>
        </w:tc>
        <w:tc>
          <w:tcPr>
            <w:tcW w:w="564" w:type="dxa"/>
            <w:tcMar>
              <w:top w:w="20" w:type="dxa"/>
              <w:left w:w="50" w:type="dxa"/>
              <w:bottom w:w="20" w:type="dxa"/>
              <w:right w:w="50" w:type="dxa"/>
            </w:tcMar>
          </w:tcPr>
          <w:p w14:paraId="10581AC9" w14:textId="77777777" w:rsidR="00292F36" w:rsidRDefault="00000000">
            <w:r>
              <w:rPr>
                <w:sz w:val="12"/>
              </w:rPr>
              <w:lastRenderedPageBreak/>
              <w:t>2018</w:t>
            </w:r>
          </w:p>
        </w:tc>
        <w:tc>
          <w:tcPr>
            <w:tcW w:w="564" w:type="dxa"/>
            <w:tcMar>
              <w:top w:w="20" w:type="dxa"/>
              <w:left w:w="50" w:type="dxa"/>
              <w:bottom w:w="20" w:type="dxa"/>
              <w:right w:w="50" w:type="dxa"/>
            </w:tcMar>
          </w:tcPr>
          <w:p w14:paraId="1F083D14" w14:textId="77777777" w:rsidR="00292F36" w:rsidRDefault="00000000">
            <w:r>
              <w:rPr>
                <w:sz w:val="12"/>
              </w:rPr>
              <w:t>ensenad</w:t>
            </w:r>
            <w:r>
              <w:rPr>
                <w:sz w:val="12"/>
              </w:rPr>
              <w:lastRenderedPageBreak/>
              <w:t>a</w:t>
            </w:r>
          </w:p>
        </w:tc>
        <w:tc>
          <w:tcPr>
            <w:tcW w:w="564" w:type="dxa"/>
            <w:tcMar>
              <w:top w:w="20" w:type="dxa"/>
              <w:left w:w="50" w:type="dxa"/>
              <w:bottom w:w="20" w:type="dxa"/>
              <w:right w:w="50" w:type="dxa"/>
            </w:tcMar>
          </w:tcPr>
          <w:p w14:paraId="1A1BFA9D" w14:textId="77777777" w:rsidR="00292F36" w:rsidRDefault="00000000">
            <w:r>
              <w:rPr>
                <w:sz w:val="12"/>
              </w:rPr>
              <w:lastRenderedPageBreak/>
              <w:t>North</w:t>
            </w:r>
          </w:p>
        </w:tc>
        <w:tc>
          <w:tcPr>
            <w:tcW w:w="564" w:type="dxa"/>
            <w:tcMar>
              <w:top w:w="20" w:type="dxa"/>
              <w:left w:w="50" w:type="dxa"/>
              <w:bottom w:w="20" w:type="dxa"/>
              <w:right w:w="50" w:type="dxa"/>
            </w:tcMar>
          </w:tcPr>
          <w:p w14:paraId="3E6A246A" w14:textId="77777777" w:rsidR="00292F36" w:rsidRDefault="00000000">
            <w:r>
              <w:rPr>
                <w:sz w:val="12"/>
              </w:rPr>
              <w:t>isla_todo</w:t>
            </w:r>
            <w:r>
              <w:rPr>
                <w:sz w:val="12"/>
              </w:rPr>
              <w:lastRenderedPageBreak/>
              <w:t>s_santos</w:t>
            </w:r>
          </w:p>
        </w:tc>
        <w:tc>
          <w:tcPr>
            <w:tcW w:w="564" w:type="dxa"/>
            <w:tcMar>
              <w:top w:w="20" w:type="dxa"/>
              <w:left w:w="50" w:type="dxa"/>
              <w:bottom w:w="20" w:type="dxa"/>
              <w:right w:w="50" w:type="dxa"/>
            </w:tcMar>
          </w:tcPr>
          <w:p w14:paraId="0903C603" w14:textId="77777777" w:rsidR="00292F36" w:rsidRDefault="00000000">
            <w:r>
              <w:rPr>
                <w:sz w:val="12"/>
              </w:rPr>
              <w:lastRenderedPageBreak/>
              <w:t>isla_todo</w:t>
            </w:r>
            <w:r>
              <w:rPr>
                <w:sz w:val="12"/>
              </w:rPr>
              <w:lastRenderedPageBreak/>
              <w:t>s_santos_exposed_center</w:t>
            </w:r>
          </w:p>
        </w:tc>
        <w:tc>
          <w:tcPr>
            <w:tcW w:w="564" w:type="dxa"/>
            <w:tcMar>
              <w:top w:w="20" w:type="dxa"/>
              <w:left w:w="50" w:type="dxa"/>
              <w:bottom w:w="20" w:type="dxa"/>
              <w:right w:w="50" w:type="dxa"/>
            </w:tcMar>
          </w:tcPr>
          <w:p w14:paraId="70D009D9" w14:textId="77777777" w:rsidR="00292F36" w:rsidRDefault="00000000">
            <w:r>
              <w:rPr>
                <w:sz w:val="12"/>
              </w:rPr>
              <w:lastRenderedPageBreak/>
              <w:t>18</w:t>
            </w:r>
          </w:p>
        </w:tc>
        <w:tc>
          <w:tcPr>
            <w:tcW w:w="564" w:type="dxa"/>
            <w:tcMar>
              <w:top w:w="20" w:type="dxa"/>
              <w:left w:w="50" w:type="dxa"/>
              <w:bottom w:w="20" w:type="dxa"/>
              <w:right w:w="50" w:type="dxa"/>
            </w:tcMar>
          </w:tcPr>
          <w:p w14:paraId="7816C2D7" w14:textId="77777777" w:rsidR="00292F36" w:rsidRDefault="00000000">
            <w:r>
              <w:rPr>
                <w:sz w:val="12"/>
              </w:rPr>
              <w:t>18.81999</w:t>
            </w:r>
            <w:r>
              <w:rPr>
                <w:sz w:val="12"/>
              </w:rPr>
              <w:lastRenderedPageBreak/>
              <w:t>97</w:t>
            </w:r>
          </w:p>
        </w:tc>
        <w:tc>
          <w:tcPr>
            <w:tcW w:w="564" w:type="dxa"/>
            <w:tcMar>
              <w:top w:w="20" w:type="dxa"/>
              <w:left w:w="50" w:type="dxa"/>
              <w:bottom w:w="20" w:type="dxa"/>
              <w:right w:w="50" w:type="dxa"/>
            </w:tcMar>
          </w:tcPr>
          <w:p w14:paraId="1C3D996F" w14:textId="77777777" w:rsidR="00292F36" w:rsidRDefault="00000000">
            <w:r>
              <w:rPr>
                <w:sz w:val="12"/>
              </w:rPr>
              <w:lastRenderedPageBreak/>
              <w:t>0.175470</w:t>
            </w:r>
            <w:r>
              <w:rPr>
                <w:sz w:val="12"/>
              </w:rPr>
              <w:lastRenderedPageBreak/>
              <w:t>42</w:t>
            </w:r>
          </w:p>
        </w:tc>
        <w:tc>
          <w:tcPr>
            <w:tcW w:w="564" w:type="dxa"/>
            <w:tcMar>
              <w:top w:w="20" w:type="dxa"/>
              <w:left w:w="50" w:type="dxa"/>
              <w:bottom w:w="20" w:type="dxa"/>
              <w:right w:w="50" w:type="dxa"/>
            </w:tcMar>
          </w:tcPr>
          <w:p w14:paraId="0233FD63" w14:textId="77777777" w:rsidR="00292F36" w:rsidRDefault="00000000">
            <w:r>
              <w:rPr>
                <w:sz w:val="12"/>
              </w:rPr>
              <w:lastRenderedPageBreak/>
              <w:t>0.808219</w:t>
            </w:r>
            <w:r>
              <w:rPr>
                <w:sz w:val="12"/>
              </w:rPr>
              <w:lastRenderedPageBreak/>
              <w:t>18</w:t>
            </w:r>
          </w:p>
        </w:tc>
        <w:tc>
          <w:tcPr>
            <w:tcW w:w="564" w:type="dxa"/>
            <w:tcMar>
              <w:top w:w="20" w:type="dxa"/>
              <w:left w:w="50" w:type="dxa"/>
              <w:bottom w:w="20" w:type="dxa"/>
              <w:right w:w="50" w:type="dxa"/>
            </w:tcMar>
          </w:tcPr>
          <w:p w14:paraId="1F8C6C13" w14:textId="77777777" w:rsidR="00292F36" w:rsidRDefault="00000000">
            <w:r>
              <w:rPr>
                <w:sz w:val="12"/>
              </w:rPr>
              <w:lastRenderedPageBreak/>
              <w:t>0.191780</w:t>
            </w:r>
            <w:r>
              <w:rPr>
                <w:sz w:val="12"/>
              </w:rPr>
              <w:lastRenderedPageBreak/>
              <w:t>82</w:t>
            </w:r>
          </w:p>
        </w:tc>
        <w:tc>
          <w:tcPr>
            <w:tcW w:w="564" w:type="dxa"/>
            <w:tcMar>
              <w:top w:w="20" w:type="dxa"/>
              <w:left w:w="50" w:type="dxa"/>
              <w:bottom w:w="20" w:type="dxa"/>
              <w:right w:w="50" w:type="dxa"/>
            </w:tcMar>
          </w:tcPr>
          <w:p w14:paraId="691AD5B7" w14:textId="77777777" w:rsidR="00292F36" w:rsidRDefault="00000000">
            <w:r>
              <w:rPr>
                <w:sz w:val="12"/>
              </w:rPr>
              <w:lastRenderedPageBreak/>
              <w:t>0</w:t>
            </w:r>
          </w:p>
        </w:tc>
        <w:tc>
          <w:tcPr>
            <w:tcW w:w="564" w:type="dxa"/>
            <w:tcMar>
              <w:top w:w="20" w:type="dxa"/>
              <w:left w:w="50" w:type="dxa"/>
              <w:bottom w:w="20" w:type="dxa"/>
              <w:right w:w="50" w:type="dxa"/>
            </w:tcMar>
          </w:tcPr>
          <w:p w14:paraId="4585C2E5" w14:textId="77777777" w:rsidR="00292F36" w:rsidRDefault="00000000">
            <w:r>
              <w:rPr>
                <w:sz w:val="12"/>
              </w:rPr>
              <w:t>0</w:t>
            </w:r>
          </w:p>
        </w:tc>
        <w:tc>
          <w:tcPr>
            <w:tcW w:w="564" w:type="dxa"/>
            <w:tcMar>
              <w:top w:w="20" w:type="dxa"/>
              <w:left w:w="50" w:type="dxa"/>
              <w:bottom w:w="20" w:type="dxa"/>
              <w:right w:w="50" w:type="dxa"/>
            </w:tcMar>
          </w:tcPr>
          <w:p w14:paraId="379296DF" w14:textId="77777777" w:rsidR="00292F36" w:rsidRDefault="00000000">
            <w:r>
              <w:rPr>
                <w:sz w:val="12"/>
              </w:rPr>
              <w:t>0</w:t>
            </w:r>
          </w:p>
        </w:tc>
        <w:tc>
          <w:tcPr>
            <w:tcW w:w="564" w:type="dxa"/>
            <w:tcMar>
              <w:top w:w="20" w:type="dxa"/>
              <w:left w:w="50" w:type="dxa"/>
              <w:bottom w:w="20" w:type="dxa"/>
              <w:right w:w="50" w:type="dxa"/>
            </w:tcMar>
          </w:tcPr>
          <w:p w14:paraId="0DB2AE06" w14:textId="77777777" w:rsidR="00292F36" w:rsidRDefault="00000000">
            <w:r>
              <w:rPr>
                <w:sz w:val="12"/>
              </w:rPr>
              <w:t>0</w:t>
            </w:r>
          </w:p>
        </w:tc>
        <w:tc>
          <w:tcPr>
            <w:tcW w:w="564" w:type="dxa"/>
            <w:tcMar>
              <w:top w:w="20" w:type="dxa"/>
              <w:left w:w="50" w:type="dxa"/>
              <w:bottom w:w="20" w:type="dxa"/>
              <w:right w:w="50" w:type="dxa"/>
            </w:tcMar>
          </w:tcPr>
          <w:p w14:paraId="1ACADAD3" w14:textId="77777777" w:rsidR="00292F36" w:rsidRDefault="00000000">
            <w:r>
              <w:rPr>
                <w:sz w:val="12"/>
              </w:rPr>
              <w:t>0</w:t>
            </w:r>
          </w:p>
        </w:tc>
        <w:tc>
          <w:tcPr>
            <w:tcW w:w="564" w:type="dxa"/>
            <w:tcMar>
              <w:top w:w="20" w:type="dxa"/>
              <w:left w:w="50" w:type="dxa"/>
              <w:bottom w:w="20" w:type="dxa"/>
              <w:right w:w="50" w:type="dxa"/>
            </w:tcMar>
          </w:tcPr>
          <w:p w14:paraId="73397E6E" w14:textId="77777777" w:rsidR="00292F36" w:rsidRDefault="00000000">
            <w:r>
              <w:rPr>
                <w:sz w:val="12"/>
              </w:rPr>
              <w:t>0</w:t>
            </w:r>
          </w:p>
        </w:tc>
        <w:tc>
          <w:tcPr>
            <w:tcW w:w="564" w:type="dxa"/>
            <w:tcMar>
              <w:top w:w="20" w:type="dxa"/>
              <w:left w:w="50" w:type="dxa"/>
              <w:bottom w:w="20" w:type="dxa"/>
              <w:right w:w="50" w:type="dxa"/>
            </w:tcMar>
          </w:tcPr>
          <w:p w14:paraId="7FB4417C" w14:textId="77777777" w:rsidR="00292F36" w:rsidRDefault="00000000">
            <w:r>
              <w:rPr>
                <w:sz w:val="12"/>
              </w:rPr>
              <w:t>0.185185</w:t>
            </w:r>
            <w:r>
              <w:rPr>
                <w:sz w:val="12"/>
              </w:rPr>
              <w:lastRenderedPageBreak/>
              <w:t>19</w:t>
            </w:r>
          </w:p>
        </w:tc>
        <w:tc>
          <w:tcPr>
            <w:tcW w:w="564" w:type="dxa"/>
            <w:tcMar>
              <w:top w:w="20" w:type="dxa"/>
              <w:left w:w="50" w:type="dxa"/>
              <w:bottom w:w="20" w:type="dxa"/>
              <w:right w:w="50" w:type="dxa"/>
            </w:tcMar>
          </w:tcPr>
          <w:p w14:paraId="41413818" w14:textId="77777777" w:rsidR="00292F36" w:rsidRDefault="00000000">
            <w:r>
              <w:rPr>
                <w:sz w:val="12"/>
              </w:rPr>
              <w:lastRenderedPageBreak/>
              <w:t>0.037037</w:t>
            </w:r>
            <w:r>
              <w:rPr>
                <w:sz w:val="12"/>
              </w:rPr>
              <w:lastRenderedPageBreak/>
              <w:t>04</w:t>
            </w:r>
          </w:p>
        </w:tc>
        <w:tc>
          <w:tcPr>
            <w:tcW w:w="564" w:type="dxa"/>
            <w:tcMar>
              <w:top w:w="20" w:type="dxa"/>
              <w:left w:w="50" w:type="dxa"/>
              <w:bottom w:w="20" w:type="dxa"/>
              <w:right w:w="50" w:type="dxa"/>
            </w:tcMar>
          </w:tcPr>
          <w:p w14:paraId="7E11C8E8" w14:textId="77777777" w:rsidR="00292F36" w:rsidRDefault="00000000">
            <w:r>
              <w:rPr>
                <w:sz w:val="12"/>
              </w:rPr>
              <w:lastRenderedPageBreak/>
              <w:t>0</w:t>
            </w:r>
          </w:p>
        </w:tc>
        <w:tc>
          <w:tcPr>
            <w:tcW w:w="564" w:type="dxa"/>
            <w:tcMar>
              <w:top w:w="20" w:type="dxa"/>
              <w:left w:w="50" w:type="dxa"/>
              <w:bottom w:w="20" w:type="dxa"/>
              <w:right w:w="50" w:type="dxa"/>
            </w:tcMar>
          </w:tcPr>
          <w:p w14:paraId="0B556478" w14:textId="77777777" w:rsidR="00292F36" w:rsidRDefault="00000000">
            <w:r>
              <w:rPr>
                <w:sz w:val="12"/>
              </w:rPr>
              <w:t>0.407407</w:t>
            </w:r>
            <w:r>
              <w:rPr>
                <w:sz w:val="12"/>
              </w:rPr>
              <w:lastRenderedPageBreak/>
              <w:t>41</w:t>
            </w:r>
          </w:p>
        </w:tc>
        <w:tc>
          <w:tcPr>
            <w:tcW w:w="564" w:type="dxa"/>
            <w:tcMar>
              <w:top w:w="20" w:type="dxa"/>
              <w:left w:w="50" w:type="dxa"/>
              <w:bottom w:w="20" w:type="dxa"/>
              <w:right w:w="50" w:type="dxa"/>
            </w:tcMar>
          </w:tcPr>
          <w:p w14:paraId="65FC108E" w14:textId="77777777" w:rsidR="00292F36" w:rsidRDefault="00000000">
            <w:r>
              <w:rPr>
                <w:sz w:val="12"/>
              </w:rPr>
              <w:lastRenderedPageBreak/>
              <w:t>0.185185</w:t>
            </w:r>
            <w:r>
              <w:rPr>
                <w:sz w:val="12"/>
              </w:rPr>
              <w:lastRenderedPageBreak/>
              <w:t>19</w:t>
            </w:r>
          </w:p>
        </w:tc>
        <w:tc>
          <w:tcPr>
            <w:tcW w:w="564" w:type="dxa"/>
            <w:tcMar>
              <w:top w:w="20" w:type="dxa"/>
              <w:left w:w="50" w:type="dxa"/>
              <w:bottom w:w="20" w:type="dxa"/>
              <w:right w:w="50" w:type="dxa"/>
            </w:tcMar>
          </w:tcPr>
          <w:p w14:paraId="121403EF" w14:textId="77777777" w:rsidR="00292F36" w:rsidRDefault="00000000">
            <w:r>
              <w:rPr>
                <w:sz w:val="12"/>
              </w:rPr>
              <w:lastRenderedPageBreak/>
              <w:t>0.185185</w:t>
            </w:r>
            <w:r>
              <w:rPr>
                <w:sz w:val="12"/>
              </w:rPr>
              <w:lastRenderedPageBreak/>
              <w:t>19</w:t>
            </w:r>
          </w:p>
        </w:tc>
      </w:tr>
      <w:tr w:rsidR="00292F36" w14:paraId="309EB1CB" w14:textId="77777777">
        <w:tc>
          <w:tcPr>
            <w:tcW w:w="564" w:type="dxa"/>
            <w:tcMar>
              <w:top w:w="20" w:type="dxa"/>
              <w:left w:w="50" w:type="dxa"/>
              <w:bottom w:w="20" w:type="dxa"/>
              <w:right w:w="50" w:type="dxa"/>
            </w:tcMar>
          </w:tcPr>
          <w:p w14:paraId="67FDBF73" w14:textId="77777777" w:rsidR="00292F36" w:rsidRDefault="00000000">
            <w:r>
              <w:rPr>
                <w:sz w:val="12"/>
              </w:rPr>
              <w:lastRenderedPageBreak/>
              <w:t>2018_piedra_blanca_piedra_blanca_deep_1</w:t>
            </w:r>
          </w:p>
        </w:tc>
        <w:tc>
          <w:tcPr>
            <w:tcW w:w="564" w:type="dxa"/>
            <w:tcMar>
              <w:top w:w="20" w:type="dxa"/>
              <w:left w:w="50" w:type="dxa"/>
              <w:bottom w:w="20" w:type="dxa"/>
              <w:right w:w="50" w:type="dxa"/>
            </w:tcMar>
          </w:tcPr>
          <w:p w14:paraId="0CA67CD1" w14:textId="77777777" w:rsidR="00292F36" w:rsidRDefault="00000000">
            <w:r>
              <w:rPr>
                <w:sz w:val="12"/>
              </w:rPr>
              <w:t>-0.5388948</w:t>
            </w:r>
          </w:p>
        </w:tc>
        <w:tc>
          <w:tcPr>
            <w:tcW w:w="564" w:type="dxa"/>
            <w:tcMar>
              <w:top w:w="20" w:type="dxa"/>
              <w:left w:w="50" w:type="dxa"/>
              <w:bottom w:w="20" w:type="dxa"/>
              <w:right w:w="50" w:type="dxa"/>
            </w:tcMar>
          </w:tcPr>
          <w:p w14:paraId="6A0F0FD3" w14:textId="77777777" w:rsidR="00292F36" w:rsidRDefault="00000000">
            <w:r>
              <w:rPr>
                <w:sz w:val="12"/>
              </w:rPr>
              <w:t>-0.3203448</w:t>
            </w:r>
          </w:p>
        </w:tc>
        <w:tc>
          <w:tcPr>
            <w:tcW w:w="564" w:type="dxa"/>
            <w:tcMar>
              <w:top w:w="20" w:type="dxa"/>
              <w:left w:w="50" w:type="dxa"/>
              <w:bottom w:w="20" w:type="dxa"/>
              <w:right w:w="50" w:type="dxa"/>
            </w:tcMar>
          </w:tcPr>
          <w:p w14:paraId="5EDF10CE" w14:textId="77777777" w:rsidR="00292F36" w:rsidRDefault="00000000">
            <w:r>
              <w:rPr>
                <w:sz w:val="12"/>
              </w:rPr>
              <w:t>2018</w:t>
            </w:r>
          </w:p>
        </w:tc>
        <w:tc>
          <w:tcPr>
            <w:tcW w:w="564" w:type="dxa"/>
            <w:tcMar>
              <w:top w:w="20" w:type="dxa"/>
              <w:left w:w="50" w:type="dxa"/>
              <w:bottom w:w="20" w:type="dxa"/>
              <w:right w:w="50" w:type="dxa"/>
            </w:tcMar>
          </w:tcPr>
          <w:p w14:paraId="2E94920B" w14:textId="77777777" w:rsidR="00292F36" w:rsidRDefault="00000000">
            <w:r>
              <w:rPr>
                <w:sz w:val="12"/>
              </w:rPr>
              <w:t>punta_eugenia</w:t>
            </w:r>
          </w:p>
        </w:tc>
        <w:tc>
          <w:tcPr>
            <w:tcW w:w="564" w:type="dxa"/>
            <w:tcMar>
              <w:top w:w="20" w:type="dxa"/>
              <w:left w:w="50" w:type="dxa"/>
              <w:bottom w:w="20" w:type="dxa"/>
              <w:right w:w="50" w:type="dxa"/>
            </w:tcMar>
          </w:tcPr>
          <w:p w14:paraId="14B3765B" w14:textId="77777777" w:rsidR="00292F36" w:rsidRDefault="00000000">
            <w:r>
              <w:rPr>
                <w:sz w:val="12"/>
              </w:rPr>
              <w:t>South</w:t>
            </w:r>
          </w:p>
        </w:tc>
        <w:tc>
          <w:tcPr>
            <w:tcW w:w="564" w:type="dxa"/>
            <w:tcMar>
              <w:top w:w="20" w:type="dxa"/>
              <w:left w:w="50" w:type="dxa"/>
              <w:bottom w:w="20" w:type="dxa"/>
              <w:right w:w="50" w:type="dxa"/>
            </w:tcMar>
          </w:tcPr>
          <w:p w14:paraId="43D04A0A" w14:textId="77777777" w:rsidR="00292F36" w:rsidRDefault="00000000">
            <w:r>
              <w:rPr>
                <w:sz w:val="12"/>
              </w:rPr>
              <w:t>piedra_blanca</w:t>
            </w:r>
          </w:p>
        </w:tc>
        <w:tc>
          <w:tcPr>
            <w:tcW w:w="564" w:type="dxa"/>
            <w:tcMar>
              <w:top w:w="20" w:type="dxa"/>
              <w:left w:w="50" w:type="dxa"/>
              <w:bottom w:w="20" w:type="dxa"/>
              <w:right w:w="50" w:type="dxa"/>
            </w:tcMar>
          </w:tcPr>
          <w:p w14:paraId="28B53854" w14:textId="77777777" w:rsidR="00292F36" w:rsidRDefault="00000000">
            <w:r>
              <w:rPr>
                <w:sz w:val="12"/>
              </w:rPr>
              <w:t>piedra_blanca_deep</w:t>
            </w:r>
          </w:p>
        </w:tc>
        <w:tc>
          <w:tcPr>
            <w:tcW w:w="564" w:type="dxa"/>
            <w:tcMar>
              <w:top w:w="20" w:type="dxa"/>
              <w:left w:w="50" w:type="dxa"/>
              <w:bottom w:w="20" w:type="dxa"/>
              <w:right w:w="50" w:type="dxa"/>
            </w:tcMar>
          </w:tcPr>
          <w:p w14:paraId="4B3EA80F" w14:textId="77777777" w:rsidR="00292F36" w:rsidRDefault="00000000">
            <w:r>
              <w:rPr>
                <w:sz w:val="12"/>
              </w:rPr>
              <w:t>16</w:t>
            </w:r>
          </w:p>
        </w:tc>
        <w:tc>
          <w:tcPr>
            <w:tcW w:w="564" w:type="dxa"/>
            <w:tcMar>
              <w:top w:w="20" w:type="dxa"/>
              <w:left w:w="50" w:type="dxa"/>
              <w:bottom w:w="20" w:type="dxa"/>
              <w:right w:w="50" w:type="dxa"/>
            </w:tcMar>
          </w:tcPr>
          <w:p w14:paraId="3DC23478" w14:textId="77777777" w:rsidR="00292F36" w:rsidRDefault="00000000">
            <w:r>
              <w:rPr>
                <w:sz w:val="12"/>
              </w:rPr>
              <w:t>16.7700005</w:t>
            </w:r>
          </w:p>
        </w:tc>
        <w:tc>
          <w:tcPr>
            <w:tcW w:w="564" w:type="dxa"/>
            <w:tcMar>
              <w:top w:w="20" w:type="dxa"/>
              <w:left w:w="50" w:type="dxa"/>
              <w:bottom w:w="20" w:type="dxa"/>
              <w:right w:w="50" w:type="dxa"/>
            </w:tcMar>
          </w:tcPr>
          <w:p w14:paraId="5E63C472" w14:textId="77777777" w:rsidR="00292F36" w:rsidRDefault="00000000">
            <w:r>
              <w:rPr>
                <w:sz w:val="12"/>
              </w:rPr>
              <w:t>3.35262339</w:t>
            </w:r>
          </w:p>
        </w:tc>
        <w:tc>
          <w:tcPr>
            <w:tcW w:w="564" w:type="dxa"/>
            <w:tcMar>
              <w:top w:w="20" w:type="dxa"/>
              <w:left w:w="50" w:type="dxa"/>
              <w:bottom w:w="20" w:type="dxa"/>
              <w:right w:w="50" w:type="dxa"/>
            </w:tcMar>
          </w:tcPr>
          <w:p w14:paraId="347435FC" w14:textId="77777777" w:rsidR="00292F36" w:rsidRDefault="00000000">
            <w:r>
              <w:rPr>
                <w:sz w:val="12"/>
              </w:rPr>
              <w:t>0.94555354</w:t>
            </w:r>
          </w:p>
        </w:tc>
        <w:tc>
          <w:tcPr>
            <w:tcW w:w="564" w:type="dxa"/>
            <w:tcMar>
              <w:top w:w="20" w:type="dxa"/>
              <w:left w:w="50" w:type="dxa"/>
              <w:bottom w:w="20" w:type="dxa"/>
              <w:right w:w="50" w:type="dxa"/>
            </w:tcMar>
          </w:tcPr>
          <w:p w14:paraId="6947E5F4" w14:textId="77777777" w:rsidR="00292F36" w:rsidRDefault="00000000">
            <w:r>
              <w:rPr>
                <w:sz w:val="12"/>
              </w:rPr>
              <w:t>0.0399274</w:t>
            </w:r>
          </w:p>
        </w:tc>
        <w:tc>
          <w:tcPr>
            <w:tcW w:w="564" w:type="dxa"/>
            <w:tcMar>
              <w:top w:w="20" w:type="dxa"/>
              <w:left w:w="50" w:type="dxa"/>
              <w:bottom w:w="20" w:type="dxa"/>
              <w:right w:w="50" w:type="dxa"/>
            </w:tcMar>
          </w:tcPr>
          <w:p w14:paraId="064DA094" w14:textId="77777777" w:rsidR="00292F36" w:rsidRDefault="00000000">
            <w:r>
              <w:rPr>
                <w:sz w:val="12"/>
              </w:rPr>
              <w:t>0.00181488</w:t>
            </w:r>
          </w:p>
        </w:tc>
        <w:tc>
          <w:tcPr>
            <w:tcW w:w="564" w:type="dxa"/>
            <w:tcMar>
              <w:top w:w="20" w:type="dxa"/>
              <w:left w:w="50" w:type="dxa"/>
              <w:bottom w:w="20" w:type="dxa"/>
              <w:right w:w="50" w:type="dxa"/>
            </w:tcMar>
          </w:tcPr>
          <w:p w14:paraId="6B16068F" w14:textId="77777777" w:rsidR="00292F36" w:rsidRDefault="00000000">
            <w:r>
              <w:rPr>
                <w:sz w:val="12"/>
              </w:rPr>
              <w:t>0.01270417</w:t>
            </w:r>
          </w:p>
        </w:tc>
        <w:tc>
          <w:tcPr>
            <w:tcW w:w="564" w:type="dxa"/>
            <w:tcMar>
              <w:top w:w="20" w:type="dxa"/>
              <w:left w:w="50" w:type="dxa"/>
              <w:bottom w:w="20" w:type="dxa"/>
              <w:right w:w="50" w:type="dxa"/>
            </w:tcMar>
          </w:tcPr>
          <w:p w14:paraId="47069003" w14:textId="77777777" w:rsidR="00292F36" w:rsidRDefault="00000000">
            <w:r>
              <w:rPr>
                <w:sz w:val="12"/>
              </w:rPr>
              <w:t>0</w:t>
            </w:r>
          </w:p>
        </w:tc>
        <w:tc>
          <w:tcPr>
            <w:tcW w:w="564" w:type="dxa"/>
            <w:tcMar>
              <w:top w:w="20" w:type="dxa"/>
              <w:left w:w="50" w:type="dxa"/>
              <w:bottom w:w="20" w:type="dxa"/>
              <w:right w:w="50" w:type="dxa"/>
            </w:tcMar>
          </w:tcPr>
          <w:p w14:paraId="61CFAADD" w14:textId="77777777" w:rsidR="00292F36" w:rsidRDefault="00000000">
            <w:r>
              <w:rPr>
                <w:sz w:val="12"/>
              </w:rPr>
              <w:t>0</w:t>
            </w:r>
          </w:p>
        </w:tc>
        <w:tc>
          <w:tcPr>
            <w:tcW w:w="564" w:type="dxa"/>
            <w:tcMar>
              <w:top w:w="20" w:type="dxa"/>
              <w:left w:w="50" w:type="dxa"/>
              <w:bottom w:w="20" w:type="dxa"/>
              <w:right w:w="50" w:type="dxa"/>
            </w:tcMar>
          </w:tcPr>
          <w:p w14:paraId="76DAD013" w14:textId="77777777" w:rsidR="00292F36" w:rsidRDefault="00000000">
            <w:r>
              <w:rPr>
                <w:sz w:val="12"/>
              </w:rPr>
              <w:t>0</w:t>
            </w:r>
          </w:p>
        </w:tc>
        <w:tc>
          <w:tcPr>
            <w:tcW w:w="564" w:type="dxa"/>
            <w:tcMar>
              <w:top w:w="20" w:type="dxa"/>
              <w:left w:w="50" w:type="dxa"/>
              <w:bottom w:w="20" w:type="dxa"/>
              <w:right w:w="50" w:type="dxa"/>
            </w:tcMar>
          </w:tcPr>
          <w:p w14:paraId="436D6968" w14:textId="77777777" w:rsidR="00292F36" w:rsidRDefault="00000000">
            <w:r>
              <w:rPr>
                <w:sz w:val="12"/>
              </w:rPr>
              <w:t>0</w:t>
            </w:r>
          </w:p>
        </w:tc>
        <w:tc>
          <w:tcPr>
            <w:tcW w:w="564" w:type="dxa"/>
            <w:tcMar>
              <w:top w:w="20" w:type="dxa"/>
              <w:left w:w="50" w:type="dxa"/>
              <w:bottom w:w="20" w:type="dxa"/>
              <w:right w:w="50" w:type="dxa"/>
            </w:tcMar>
          </w:tcPr>
          <w:p w14:paraId="57718209" w14:textId="77777777" w:rsidR="00292F36" w:rsidRDefault="00000000">
            <w:r>
              <w:rPr>
                <w:sz w:val="12"/>
              </w:rPr>
              <w:t>0.0625</w:t>
            </w:r>
          </w:p>
        </w:tc>
        <w:tc>
          <w:tcPr>
            <w:tcW w:w="564" w:type="dxa"/>
            <w:tcMar>
              <w:top w:w="20" w:type="dxa"/>
              <w:left w:w="50" w:type="dxa"/>
              <w:bottom w:w="20" w:type="dxa"/>
              <w:right w:w="50" w:type="dxa"/>
            </w:tcMar>
          </w:tcPr>
          <w:p w14:paraId="38968982" w14:textId="77777777" w:rsidR="00292F36" w:rsidRDefault="00000000">
            <w:r>
              <w:rPr>
                <w:sz w:val="12"/>
              </w:rPr>
              <w:t>0.4375</w:t>
            </w:r>
          </w:p>
        </w:tc>
        <w:tc>
          <w:tcPr>
            <w:tcW w:w="564" w:type="dxa"/>
            <w:tcMar>
              <w:top w:w="20" w:type="dxa"/>
              <w:left w:w="50" w:type="dxa"/>
              <w:bottom w:w="20" w:type="dxa"/>
              <w:right w:w="50" w:type="dxa"/>
            </w:tcMar>
          </w:tcPr>
          <w:p w14:paraId="02260BD5" w14:textId="77777777" w:rsidR="00292F36" w:rsidRDefault="00000000">
            <w:r>
              <w:rPr>
                <w:sz w:val="12"/>
              </w:rPr>
              <w:t>0.0625</w:t>
            </w:r>
          </w:p>
        </w:tc>
        <w:tc>
          <w:tcPr>
            <w:tcW w:w="564" w:type="dxa"/>
            <w:tcMar>
              <w:top w:w="20" w:type="dxa"/>
              <w:left w:w="50" w:type="dxa"/>
              <w:bottom w:w="20" w:type="dxa"/>
              <w:right w:w="50" w:type="dxa"/>
            </w:tcMar>
          </w:tcPr>
          <w:p w14:paraId="08A0A86C" w14:textId="77777777" w:rsidR="00292F36" w:rsidRDefault="00000000">
            <w:r>
              <w:rPr>
                <w:sz w:val="12"/>
              </w:rPr>
              <w:t>0</w:t>
            </w:r>
          </w:p>
        </w:tc>
        <w:tc>
          <w:tcPr>
            <w:tcW w:w="564" w:type="dxa"/>
            <w:tcMar>
              <w:top w:w="20" w:type="dxa"/>
              <w:left w:w="50" w:type="dxa"/>
              <w:bottom w:w="20" w:type="dxa"/>
              <w:right w:w="50" w:type="dxa"/>
            </w:tcMar>
          </w:tcPr>
          <w:p w14:paraId="1669FA00" w14:textId="77777777" w:rsidR="00292F36" w:rsidRDefault="00000000">
            <w:r>
              <w:rPr>
                <w:sz w:val="12"/>
              </w:rPr>
              <w:t>0.4375</w:t>
            </w:r>
          </w:p>
        </w:tc>
        <w:tc>
          <w:tcPr>
            <w:tcW w:w="564" w:type="dxa"/>
            <w:tcMar>
              <w:top w:w="20" w:type="dxa"/>
              <w:left w:w="50" w:type="dxa"/>
              <w:bottom w:w="20" w:type="dxa"/>
              <w:right w:w="50" w:type="dxa"/>
            </w:tcMar>
          </w:tcPr>
          <w:p w14:paraId="7AA89666" w14:textId="77777777" w:rsidR="00292F36" w:rsidRDefault="00000000">
            <w:r>
              <w:rPr>
                <w:sz w:val="12"/>
              </w:rPr>
              <w:t>0</w:t>
            </w:r>
          </w:p>
        </w:tc>
      </w:tr>
      <w:tr w:rsidR="00292F36" w14:paraId="662A609E" w14:textId="77777777">
        <w:tc>
          <w:tcPr>
            <w:tcW w:w="564" w:type="dxa"/>
            <w:tcMar>
              <w:top w:w="20" w:type="dxa"/>
              <w:left w:w="50" w:type="dxa"/>
              <w:bottom w:w="20" w:type="dxa"/>
              <w:right w:w="50" w:type="dxa"/>
            </w:tcMar>
          </w:tcPr>
          <w:p w14:paraId="531775A9" w14:textId="77777777" w:rsidR="00292F36" w:rsidRDefault="00000000">
            <w:r>
              <w:rPr>
                <w:sz w:val="12"/>
              </w:rPr>
              <w:t>2018_piedra_blanca_piedra_blanca_deep_2</w:t>
            </w:r>
          </w:p>
        </w:tc>
        <w:tc>
          <w:tcPr>
            <w:tcW w:w="564" w:type="dxa"/>
            <w:tcMar>
              <w:top w:w="20" w:type="dxa"/>
              <w:left w:w="50" w:type="dxa"/>
              <w:bottom w:w="20" w:type="dxa"/>
              <w:right w:w="50" w:type="dxa"/>
            </w:tcMar>
          </w:tcPr>
          <w:p w14:paraId="4609C815" w14:textId="77777777" w:rsidR="00292F36" w:rsidRDefault="00000000">
            <w:r>
              <w:rPr>
                <w:sz w:val="12"/>
              </w:rPr>
              <w:t>-0.7688156</w:t>
            </w:r>
          </w:p>
        </w:tc>
        <w:tc>
          <w:tcPr>
            <w:tcW w:w="564" w:type="dxa"/>
            <w:tcMar>
              <w:top w:w="20" w:type="dxa"/>
              <w:left w:w="50" w:type="dxa"/>
              <w:bottom w:w="20" w:type="dxa"/>
              <w:right w:w="50" w:type="dxa"/>
            </w:tcMar>
          </w:tcPr>
          <w:p w14:paraId="004DB8DB" w14:textId="77777777" w:rsidR="00292F36" w:rsidRDefault="00000000">
            <w:r>
              <w:rPr>
                <w:sz w:val="12"/>
              </w:rPr>
              <w:t>-0.3780079</w:t>
            </w:r>
          </w:p>
        </w:tc>
        <w:tc>
          <w:tcPr>
            <w:tcW w:w="564" w:type="dxa"/>
            <w:tcMar>
              <w:top w:w="20" w:type="dxa"/>
              <w:left w:w="50" w:type="dxa"/>
              <w:bottom w:w="20" w:type="dxa"/>
              <w:right w:w="50" w:type="dxa"/>
            </w:tcMar>
          </w:tcPr>
          <w:p w14:paraId="40B95A43" w14:textId="77777777" w:rsidR="00292F36" w:rsidRDefault="00000000">
            <w:r>
              <w:rPr>
                <w:sz w:val="12"/>
              </w:rPr>
              <w:t>2018</w:t>
            </w:r>
          </w:p>
        </w:tc>
        <w:tc>
          <w:tcPr>
            <w:tcW w:w="564" w:type="dxa"/>
            <w:tcMar>
              <w:top w:w="20" w:type="dxa"/>
              <w:left w:w="50" w:type="dxa"/>
              <w:bottom w:w="20" w:type="dxa"/>
              <w:right w:w="50" w:type="dxa"/>
            </w:tcMar>
          </w:tcPr>
          <w:p w14:paraId="21C898BB" w14:textId="77777777" w:rsidR="00292F36" w:rsidRDefault="00000000">
            <w:r>
              <w:rPr>
                <w:sz w:val="12"/>
              </w:rPr>
              <w:t>punta_eugenia</w:t>
            </w:r>
          </w:p>
        </w:tc>
        <w:tc>
          <w:tcPr>
            <w:tcW w:w="564" w:type="dxa"/>
            <w:tcMar>
              <w:top w:w="20" w:type="dxa"/>
              <w:left w:w="50" w:type="dxa"/>
              <w:bottom w:w="20" w:type="dxa"/>
              <w:right w:w="50" w:type="dxa"/>
            </w:tcMar>
          </w:tcPr>
          <w:p w14:paraId="2797FE60" w14:textId="77777777" w:rsidR="00292F36" w:rsidRDefault="00000000">
            <w:r>
              <w:rPr>
                <w:sz w:val="12"/>
              </w:rPr>
              <w:t>South</w:t>
            </w:r>
          </w:p>
        </w:tc>
        <w:tc>
          <w:tcPr>
            <w:tcW w:w="564" w:type="dxa"/>
            <w:tcMar>
              <w:top w:w="20" w:type="dxa"/>
              <w:left w:w="50" w:type="dxa"/>
              <w:bottom w:w="20" w:type="dxa"/>
              <w:right w:w="50" w:type="dxa"/>
            </w:tcMar>
          </w:tcPr>
          <w:p w14:paraId="0D066472" w14:textId="77777777" w:rsidR="00292F36" w:rsidRDefault="00000000">
            <w:r>
              <w:rPr>
                <w:sz w:val="12"/>
              </w:rPr>
              <w:t>piedra_blanca</w:t>
            </w:r>
          </w:p>
        </w:tc>
        <w:tc>
          <w:tcPr>
            <w:tcW w:w="564" w:type="dxa"/>
            <w:tcMar>
              <w:top w:w="20" w:type="dxa"/>
              <w:left w:w="50" w:type="dxa"/>
              <w:bottom w:w="20" w:type="dxa"/>
              <w:right w:w="50" w:type="dxa"/>
            </w:tcMar>
          </w:tcPr>
          <w:p w14:paraId="49482C66" w14:textId="77777777" w:rsidR="00292F36" w:rsidRDefault="00000000">
            <w:r>
              <w:rPr>
                <w:sz w:val="12"/>
              </w:rPr>
              <w:t>piedra_blanca_deep</w:t>
            </w:r>
          </w:p>
        </w:tc>
        <w:tc>
          <w:tcPr>
            <w:tcW w:w="564" w:type="dxa"/>
            <w:tcMar>
              <w:top w:w="20" w:type="dxa"/>
              <w:left w:w="50" w:type="dxa"/>
              <w:bottom w:w="20" w:type="dxa"/>
              <w:right w:w="50" w:type="dxa"/>
            </w:tcMar>
          </w:tcPr>
          <w:p w14:paraId="70DC2DBA" w14:textId="77777777" w:rsidR="00292F36" w:rsidRDefault="00000000">
            <w:r>
              <w:rPr>
                <w:sz w:val="12"/>
              </w:rPr>
              <w:t>16</w:t>
            </w:r>
          </w:p>
        </w:tc>
        <w:tc>
          <w:tcPr>
            <w:tcW w:w="564" w:type="dxa"/>
            <w:tcMar>
              <w:top w:w="20" w:type="dxa"/>
              <w:left w:w="50" w:type="dxa"/>
              <w:bottom w:w="20" w:type="dxa"/>
              <w:right w:w="50" w:type="dxa"/>
            </w:tcMar>
          </w:tcPr>
          <w:p w14:paraId="49D32F42" w14:textId="77777777" w:rsidR="00292F36" w:rsidRDefault="00000000">
            <w:r>
              <w:rPr>
                <w:sz w:val="12"/>
              </w:rPr>
              <w:t>18.0900002</w:t>
            </w:r>
          </w:p>
        </w:tc>
        <w:tc>
          <w:tcPr>
            <w:tcW w:w="564" w:type="dxa"/>
            <w:tcMar>
              <w:top w:w="20" w:type="dxa"/>
              <w:left w:w="50" w:type="dxa"/>
              <w:bottom w:w="20" w:type="dxa"/>
              <w:right w:w="50" w:type="dxa"/>
            </w:tcMar>
          </w:tcPr>
          <w:p w14:paraId="45C8C607" w14:textId="77777777" w:rsidR="00292F36" w:rsidRDefault="00000000">
            <w:r>
              <w:rPr>
                <w:sz w:val="12"/>
              </w:rPr>
              <w:t>3.35262339</w:t>
            </w:r>
          </w:p>
        </w:tc>
        <w:tc>
          <w:tcPr>
            <w:tcW w:w="564" w:type="dxa"/>
            <w:tcMar>
              <w:top w:w="20" w:type="dxa"/>
              <w:left w:w="50" w:type="dxa"/>
              <w:bottom w:w="20" w:type="dxa"/>
              <w:right w:w="50" w:type="dxa"/>
            </w:tcMar>
          </w:tcPr>
          <w:p w14:paraId="4261C639" w14:textId="77777777" w:rsidR="00292F36" w:rsidRDefault="00000000">
            <w:r>
              <w:rPr>
                <w:sz w:val="12"/>
              </w:rPr>
              <w:t>0.96447602</w:t>
            </w:r>
          </w:p>
        </w:tc>
        <w:tc>
          <w:tcPr>
            <w:tcW w:w="564" w:type="dxa"/>
            <w:tcMar>
              <w:top w:w="20" w:type="dxa"/>
              <w:left w:w="50" w:type="dxa"/>
              <w:bottom w:w="20" w:type="dxa"/>
              <w:right w:w="50" w:type="dxa"/>
            </w:tcMar>
          </w:tcPr>
          <w:p w14:paraId="3BFE3DB7" w14:textId="77777777" w:rsidR="00292F36" w:rsidRDefault="00000000">
            <w:r>
              <w:rPr>
                <w:sz w:val="12"/>
              </w:rPr>
              <w:t>0.01776199</w:t>
            </w:r>
          </w:p>
        </w:tc>
        <w:tc>
          <w:tcPr>
            <w:tcW w:w="564" w:type="dxa"/>
            <w:tcMar>
              <w:top w:w="20" w:type="dxa"/>
              <w:left w:w="50" w:type="dxa"/>
              <w:bottom w:w="20" w:type="dxa"/>
              <w:right w:w="50" w:type="dxa"/>
            </w:tcMar>
          </w:tcPr>
          <w:p w14:paraId="23927A7C" w14:textId="77777777" w:rsidR="00292F36" w:rsidRDefault="00000000">
            <w:r>
              <w:rPr>
                <w:sz w:val="12"/>
              </w:rPr>
              <w:t>0.01598579</w:t>
            </w:r>
          </w:p>
        </w:tc>
        <w:tc>
          <w:tcPr>
            <w:tcW w:w="564" w:type="dxa"/>
            <w:tcMar>
              <w:top w:w="20" w:type="dxa"/>
              <w:left w:w="50" w:type="dxa"/>
              <w:bottom w:w="20" w:type="dxa"/>
              <w:right w:w="50" w:type="dxa"/>
            </w:tcMar>
          </w:tcPr>
          <w:p w14:paraId="4571BB31" w14:textId="77777777" w:rsidR="00292F36" w:rsidRDefault="00000000">
            <w:r>
              <w:rPr>
                <w:sz w:val="12"/>
              </w:rPr>
              <w:t>0.0017762</w:t>
            </w:r>
          </w:p>
        </w:tc>
        <w:tc>
          <w:tcPr>
            <w:tcW w:w="564" w:type="dxa"/>
            <w:tcMar>
              <w:top w:w="20" w:type="dxa"/>
              <w:left w:w="50" w:type="dxa"/>
              <w:bottom w:w="20" w:type="dxa"/>
              <w:right w:w="50" w:type="dxa"/>
            </w:tcMar>
          </w:tcPr>
          <w:p w14:paraId="37271FF7" w14:textId="77777777" w:rsidR="00292F36" w:rsidRDefault="00000000">
            <w:r>
              <w:rPr>
                <w:sz w:val="12"/>
              </w:rPr>
              <w:t>0</w:t>
            </w:r>
          </w:p>
        </w:tc>
        <w:tc>
          <w:tcPr>
            <w:tcW w:w="564" w:type="dxa"/>
            <w:tcMar>
              <w:top w:w="20" w:type="dxa"/>
              <w:left w:w="50" w:type="dxa"/>
              <w:bottom w:w="20" w:type="dxa"/>
              <w:right w:w="50" w:type="dxa"/>
            </w:tcMar>
          </w:tcPr>
          <w:p w14:paraId="73022669" w14:textId="77777777" w:rsidR="00292F36" w:rsidRDefault="00000000">
            <w:r>
              <w:rPr>
                <w:sz w:val="12"/>
              </w:rPr>
              <w:t>0</w:t>
            </w:r>
          </w:p>
        </w:tc>
        <w:tc>
          <w:tcPr>
            <w:tcW w:w="564" w:type="dxa"/>
            <w:tcMar>
              <w:top w:w="20" w:type="dxa"/>
              <w:left w:w="50" w:type="dxa"/>
              <w:bottom w:w="20" w:type="dxa"/>
              <w:right w:w="50" w:type="dxa"/>
            </w:tcMar>
          </w:tcPr>
          <w:p w14:paraId="348888A0" w14:textId="77777777" w:rsidR="00292F36" w:rsidRDefault="00000000">
            <w:r>
              <w:rPr>
                <w:sz w:val="12"/>
              </w:rPr>
              <w:t>0</w:t>
            </w:r>
          </w:p>
        </w:tc>
        <w:tc>
          <w:tcPr>
            <w:tcW w:w="564" w:type="dxa"/>
            <w:tcMar>
              <w:top w:w="20" w:type="dxa"/>
              <w:left w:w="50" w:type="dxa"/>
              <w:bottom w:w="20" w:type="dxa"/>
              <w:right w:w="50" w:type="dxa"/>
            </w:tcMar>
          </w:tcPr>
          <w:p w14:paraId="74EE2CFA" w14:textId="77777777" w:rsidR="00292F36" w:rsidRDefault="00000000">
            <w:r>
              <w:rPr>
                <w:sz w:val="12"/>
              </w:rPr>
              <w:t>0</w:t>
            </w:r>
          </w:p>
        </w:tc>
        <w:tc>
          <w:tcPr>
            <w:tcW w:w="564" w:type="dxa"/>
            <w:tcMar>
              <w:top w:w="20" w:type="dxa"/>
              <w:left w:w="50" w:type="dxa"/>
              <w:bottom w:w="20" w:type="dxa"/>
              <w:right w:w="50" w:type="dxa"/>
            </w:tcMar>
          </w:tcPr>
          <w:p w14:paraId="70405E44" w14:textId="77777777" w:rsidR="00292F36" w:rsidRDefault="00000000">
            <w:r>
              <w:rPr>
                <w:sz w:val="12"/>
              </w:rPr>
              <w:t>0</w:t>
            </w:r>
          </w:p>
        </w:tc>
        <w:tc>
          <w:tcPr>
            <w:tcW w:w="564" w:type="dxa"/>
            <w:tcMar>
              <w:top w:w="20" w:type="dxa"/>
              <w:left w:w="50" w:type="dxa"/>
              <w:bottom w:w="20" w:type="dxa"/>
              <w:right w:w="50" w:type="dxa"/>
            </w:tcMar>
          </w:tcPr>
          <w:p w14:paraId="706D42AC" w14:textId="77777777" w:rsidR="00292F36" w:rsidRDefault="00000000">
            <w:r>
              <w:rPr>
                <w:sz w:val="12"/>
              </w:rPr>
              <w:t>0.14</w:t>
            </w:r>
          </w:p>
        </w:tc>
        <w:tc>
          <w:tcPr>
            <w:tcW w:w="564" w:type="dxa"/>
            <w:tcMar>
              <w:top w:w="20" w:type="dxa"/>
              <w:left w:w="50" w:type="dxa"/>
              <w:bottom w:w="20" w:type="dxa"/>
              <w:right w:w="50" w:type="dxa"/>
            </w:tcMar>
          </w:tcPr>
          <w:p w14:paraId="2AA3B6F3" w14:textId="77777777" w:rsidR="00292F36" w:rsidRDefault="00000000">
            <w:r>
              <w:rPr>
                <w:sz w:val="12"/>
              </w:rPr>
              <w:t>0.1</w:t>
            </w:r>
          </w:p>
        </w:tc>
        <w:tc>
          <w:tcPr>
            <w:tcW w:w="564" w:type="dxa"/>
            <w:tcMar>
              <w:top w:w="20" w:type="dxa"/>
              <w:left w:w="50" w:type="dxa"/>
              <w:bottom w:w="20" w:type="dxa"/>
              <w:right w:w="50" w:type="dxa"/>
            </w:tcMar>
          </w:tcPr>
          <w:p w14:paraId="65AE427F" w14:textId="77777777" w:rsidR="00292F36" w:rsidRDefault="00000000">
            <w:r>
              <w:rPr>
                <w:sz w:val="12"/>
              </w:rPr>
              <w:t>0.02</w:t>
            </w:r>
          </w:p>
        </w:tc>
        <w:tc>
          <w:tcPr>
            <w:tcW w:w="564" w:type="dxa"/>
            <w:tcMar>
              <w:top w:w="20" w:type="dxa"/>
              <w:left w:w="50" w:type="dxa"/>
              <w:bottom w:w="20" w:type="dxa"/>
              <w:right w:w="50" w:type="dxa"/>
            </w:tcMar>
          </w:tcPr>
          <w:p w14:paraId="6939E125" w14:textId="77777777" w:rsidR="00292F36" w:rsidRDefault="00000000">
            <w:r>
              <w:rPr>
                <w:sz w:val="12"/>
              </w:rPr>
              <w:t>0.74</w:t>
            </w:r>
          </w:p>
        </w:tc>
        <w:tc>
          <w:tcPr>
            <w:tcW w:w="564" w:type="dxa"/>
            <w:tcMar>
              <w:top w:w="20" w:type="dxa"/>
              <w:left w:w="50" w:type="dxa"/>
              <w:bottom w:w="20" w:type="dxa"/>
              <w:right w:w="50" w:type="dxa"/>
            </w:tcMar>
          </w:tcPr>
          <w:p w14:paraId="6C7F2E91" w14:textId="77777777" w:rsidR="00292F36" w:rsidRDefault="00000000">
            <w:r>
              <w:rPr>
                <w:sz w:val="12"/>
              </w:rPr>
              <w:t>0</w:t>
            </w:r>
          </w:p>
        </w:tc>
      </w:tr>
      <w:tr w:rsidR="00292F36" w14:paraId="2ADCB3A2" w14:textId="77777777">
        <w:tc>
          <w:tcPr>
            <w:tcW w:w="564" w:type="dxa"/>
            <w:tcMar>
              <w:top w:w="20" w:type="dxa"/>
              <w:left w:w="50" w:type="dxa"/>
              <w:bottom w:w="20" w:type="dxa"/>
              <w:right w:w="50" w:type="dxa"/>
            </w:tcMar>
          </w:tcPr>
          <w:p w14:paraId="02C9757A" w14:textId="77777777" w:rsidR="00292F36" w:rsidRDefault="00000000">
            <w:r>
              <w:rPr>
                <w:sz w:val="12"/>
              </w:rPr>
              <w:t>2018_piedra_blanca_piedra_blanca_mid_1</w:t>
            </w:r>
          </w:p>
        </w:tc>
        <w:tc>
          <w:tcPr>
            <w:tcW w:w="564" w:type="dxa"/>
            <w:tcMar>
              <w:top w:w="20" w:type="dxa"/>
              <w:left w:w="50" w:type="dxa"/>
              <w:bottom w:w="20" w:type="dxa"/>
              <w:right w:w="50" w:type="dxa"/>
            </w:tcMar>
          </w:tcPr>
          <w:p w14:paraId="05AC8844" w14:textId="77777777" w:rsidR="00292F36" w:rsidRDefault="00000000">
            <w:r>
              <w:rPr>
                <w:sz w:val="12"/>
              </w:rPr>
              <w:t>-0.5342027</w:t>
            </w:r>
          </w:p>
        </w:tc>
        <w:tc>
          <w:tcPr>
            <w:tcW w:w="564" w:type="dxa"/>
            <w:tcMar>
              <w:top w:w="20" w:type="dxa"/>
              <w:left w:w="50" w:type="dxa"/>
              <w:bottom w:w="20" w:type="dxa"/>
              <w:right w:w="50" w:type="dxa"/>
            </w:tcMar>
          </w:tcPr>
          <w:p w14:paraId="46F43BFF" w14:textId="77777777" w:rsidR="00292F36" w:rsidRDefault="00000000">
            <w:r>
              <w:rPr>
                <w:sz w:val="12"/>
              </w:rPr>
              <w:t>-0.2523489</w:t>
            </w:r>
          </w:p>
        </w:tc>
        <w:tc>
          <w:tcPr>
            <w:tcW w:w="564" w:type="dxa"/>
            <w:tcMar>
              <w:top w:w="20" w:type="dxa"/>
              <w:left w:w="50" w:type="dxa"/>
              <w:bottom w:w="20" w:type="dxa"/>
              <w:right w:w="50" w:type="dxa"/>
            </w:tcMar>
          </w:tcPr>
          <w:p w14:paraId="22AE8551" w14:textId="77777777" w:rsidR="00292F36" w:rsidRDefault="00000000">
            <w:r>
              <w:rPr>
                <w:sz w:val="12"/>
              </w:rPr>
              <w:t>2018</w:t>
            </w:r>
          </w:p>
        </w:tc>
        <w:tc>
          <w:tcPr>
            <w:tcW w:w="564" w:type="dxa"/>
            <w:tcMar>
              <w:top w:w="20" w:type="dxa"/>
              <w:left w:w="50" w:type="dxa"/>
              <w:bottom w:w="20" w:type="dxa"/>
              <w:right w:w="50" w:type="dxa"/>
            </w:tcMar>
          </w:tcPr>
          <w:p w14:paraId="1C3D44E7" w14:textId="77777777" w:rsidR="00292F36" w:rsidRDefault="00000000">
            <w:r>
              <w:rPr>
                <w:sz w:val="12"/>
              </w:rPr>
              <w:t>punta_eugenia</w:t>
            </w:r>
          </w:p>
        </w:tc>
        <w:tc>
          <w:tcPr>
            <w:tcW w:w="564" w:type="dxa"/>
            <w:tcMar>
              <w:top w:w="20" w:type="dxa"/>
              <w:left w:w="50" w:type="dxa"/>
              <w:bottom w:w="20" w:type="dxa"/>
              <w:right w:w="50" w:type="dxa"/>
            </w:tcMar>
          </w:tcPr>
          <w:p w14:paraId="7589088A" w14:textId="77777777" w:rsidR="00292F36" w:rsidRDefault="00000000">
            <w:r>
              <w:rPr>
                <w:sz w:val="12"/>
              </w:rPr>
              <w:t>South</w:t>
            </w:r>
          </w:p>
        </w:tc>
        <w:tc>
          <w:tcPr>
            <w:tcW w:w="564" w:type="dxa"/>
            <w:tcMar>
              <w:top w:w="20" w:type="dxa"/>
              <w:left w:w="50" w:type="dxa"/>
              <w:bottom w:w="20" w:type="dxa"/>
              <w:right w:w="50" w:type="dxa"/>
            </w:tcMar>
          </w:tcPr>
          <w:p w14:paraId="25197FEF" w14:textId="77777777" w:rsidR="00292F36" w:rsidRDefault="00000000">
            <w:r>
              <w:rPr>
                <w:sz w:val="12"/>
              </w:rPr>
              <w:t>piedra_blanca</w:t>
            </w:r>
          </w:p>
        </w:tc>
        <w:tc>
          <w:tcPr>
            <w:tcW w:w="564" w:type="dxa"/>
            <w:tcMar>
              <w:top w:w="20" w:type="dxa"/>
              <w:left w:w="50" w:type="dxa"/>
              <w:bottom w:w="20" w:type="dxa"/>
              <w:right w:w="50" w:type="dxa"/>
            </w:tcMar>
          </w:tcPr>
          <w:p w14:paraId="5E4DB995" w14:textId="77777777" w:rsidR="00292F36" w:rsidRDefault="00000000">
            <w:r>
              <w:rPr>
                <w:sz w:val="12"/>
              </w:rPr>
              <w:t>piedra_blanca_mid</w:t>
            </w:r>
          </w:p>
        </w:tc>
        <w:tc>
          <w:tcPr>
            <w:tcW w:w="564" w:type="dxa"/>
            <w:tcMar>
              <w:top w:w="20" w:type="dxa"/>
              <w:left w:w="50" w:type="dxa"/>
              <w:bottom w:w="20" w:type="dxa"/>
              <w:right w:w="50" w:type="dxa"/>
            </w:tcMar>
          </w:tcPr>
          <w:p w14:paraId="66D56716" w14:textId="77777777" w:rsidR="00292F36" w:rsidRDefault="00000000">
            <w:r>
              <w:rPr>
                <w:sz w:val="12"/>
              </w:rPr>
              <w:t>10</w:t>
            </w:r>
          </w:p>
        </w:tc>
        <w:tc>
          <w:tcPr>
            <w:tcW w:w="564" w:type="dxa"/>
            <w:tcMar>
              <w:top w:w="20" w:type="dxa"/>
              <w:left w:w="50" w:type="dxa"/>
              <w:bottom w:w="20" w:type="dxa"/>
              <w:right w:w="50" w:type="dxa"/>
            </w:tcMar>
          </w:tcPr>
          <w:p w14:paraId="23E0AEA8" w14:textId="77777777" w:rsidR="00292F36" w:rsidRDefault="00000000">
            <w:r>
              <w:rPr>
                <w:sz w:val="12"/>
              </w:rPr>
              <w:t>16.7700005</w:t>
            </w:r>
          </w:p>
        </w:tc>
        <w:tc>
          <w:tcPr>
            <w:tcW w:w="564" w:type="dxa"/>
            <w:tcMar>
              <w:top w:w="20" w:type="dxa"/>
              <w:left w:w="50" w:type="dxa"/>
              <w:bottom w:w="20" w:type="dxa"/>
              <w:right w:w="50" w:type="dxa"/>
            </w:tcMar>
          </w:tcPr>
          <w:p w14:paraId="7D991993" w14:textId="77777777" w:rsidR="00292F36" w:rsidRDefault="00000000">
            <w:r>
              <w:rPr>
                <w:sz w:val="12"/>
              </w:rPr>
              <w:t>3.35262339</w:t>
            </w:r>
          </w:p>
        </w:tc>
        <w:tc>
          <w:tcPr>
            <w:tcW w:w="564" w:type="dxa"/>
            <w:tcMar>
              <w:top w:w="20" w:type="dxa"/>
              <w:left w:w="50" w:type="dxa"/>
              <w:bottom w:w="20" w:type="dxa"/>
              <w:right w:w="50" w:type="dxa"/>
            </w:tcMar>
          </w:tcPr>
          <w:p w14:paraId="75772598" w14:textId="77777777" w:rsidR="00292F36" w:rsidRDefault="00000000">
            <w:r>
              <w:rPr>
                <w:sz w:val="12"/>
              </w:rPr>
              <w:t>0.995842</w:t>
            </w:r>
          </w:p>
        </w:tc>
        <w:tc>
          <w:tcPr>
            <w:tcW w:w="564" w:type="dxa"/>
            <w:tcMar>
              <w:top w:w="20" w:type="dxa"/>
              <w:left w:w="50" w:type="dxa"/>
              <w:bottom w:w="20" w:type="dxa"/>
              <w:right w:w="50" w:type="dxa"/>
            </w:tcMar>
          </w:tcPr>
          <w:p w14:paraId="76EA2889" w14:textId="77777777" w:rsidR="00292F36" w:rsidRDefault="00000000">
            <w:r>
              <w:rPr>
                <w:sz w:val="12"/>
              </w:rPr>
              <w:t>0.002079</w:t>
            </w:r>
          </w:p>
        </w:tc>
        <w:tc>
          <w:tcPr>
            <w:tcW w:w="564" w:type="dxa"/>
            <w:tcMar>
              <w:top w:w="20" w:type="dxa"/>
              <w:left w:w="50" w:type="dxa"/>
              <w:bottom w:w="20" w:type="dxa"/>
              <w:right w:w="50" w:type="dxa"/>
            </w:tcMar>
          </w:tcPr>
          <w:p w14:paraId="1021F467" w14:textId="77777777" w:rsidR="00292F36" w:rsidRDefault="00000000">
            <w:r>
              <w:rPr>
                <w:sz w:val="12"/>
              </w:rPr>
              <w:t>0.002079</w:t>
            </w:r>
          </w:p>
        </w:tc>
        <w:tc>
          <w:tcPr>
            <w:tcW w:w="564" w:type="dxa"/>
            <w:tcMar>
              <w:top w:w="20" w:type="dxa"/>
              <w:left w:w="50" w:type="dxa"/>
              <w:bottom w:w="20" w:type="dxa"/>
              <w:right w:w="50" w:type="dxa"/>
            </w:tcMar>
          </w:tcPr>
          <w:p w14:paraId="01A9C4CD" w14:textId="77777777" w:rsidR="00292F36" w:rsidRDefault="00000000">
            <w:r>
              <w:rPr>
                <w:sz w:val="12"/>
              </w:rPr>
              <w:t>0</w:t>
            </w:r>
          </w:p>
        </w:tc>
        <w:tc>
          <w:tcPr>
            <w:tcW w:w="564" w:type="dxa"/>
            <w:tcMar>
              <w:top w:w="20" w:type="dxa"/>
              <w:left w:w="50" w:type="dxa"/>
              <w:bottom w:w="20" w:type="dxa"/>
              <w:right w:w="50" w:type="dxa"/>
            </w:tcMar>
          </w:tcPr>
          <w:p w14:paraId="68EF947B" w14:textId="77777777" w:rsidR="00292F36" w:rsidRDefault="00000000">
            <w:r>
              <w:rPr>
                <w:sz w:val="12"/>
              </w:rPr>
              <w:t>0</w:t>
            </w:r>
          </w:p>
        </w:tc>
        <w:tc>
          <w:tcPr>
            <w:tcW w:w="564" w:type="dxa"/>
            <w:tcMar>
              <w:top w:w="20" w:type="dxa"/>
              <w:left w:w="50" w:type="dxa"/>
              <w:bottom w:w="20" w:type="dxa"/>
              <w:right w:w="50" w:type="dxa"/>
            </w:tcMar>
          </w:tcPr>
          <w:p w14:paraId="4A2032BD" w14:textId="77777777" w:rsidR="00292F36" w:rsidRDefault="00000000">
            <w:r>
              <w:rPr>
                <w:sz w:val="12"/>
              </w:rPr>
              <w:t>0</w:t>
            </w:r>
          </w:p>
        </w:tc>
        <w:tc>
          <w:tcPr>
            <w:tcW w:w="564" w:type="dxa"/>
            <w:tcMar>
              <w:top w:w="20" w:type="dxa"/>
              <w:left w:w="50" w:type="dxa"/>
              <w:bottom w:w="20" w:type="dxa"/>
              <w:right w:w="50" w:type="dxa"/>
            </w:tcMar>
          </w:tcPr>
          <w:p w14:paraId="50474BDC" w14:textId="77777777" w:rsidR="00292F36" w:rsidRDefault="00000000">
            <w:r>
              <w:rPr>
                <w:sz w:val="12"/>
              </w:rPr>
              <w:t>0</w:t>
            </w:r>
          </w:p>
        </w:tc>
        <w:tc>
          <w:tcPr>
            <w:tcW w:w="564" w:type="dxa"/>
            <w:tcMar>
              <w:top w:w="20" w:type="dxa"/>
              <w:left w:w="50" w:type="dxa"/>
              <w:bottom w:w="20" w:type="dxa"/>
              <w:right w:w="50" w:type="dxa"/>
            </w:tcMar>
          </w:tcPr>
          <w:p w14:paraId="5A361089" w14:textId="77777777" w:rsidR="00292F36" w:rsidRDefault="00000000">
            <w:r>
              <w:rPr>
                <w:sz w:val="12"/>
              </w:rPr>
              <w:t>0</w:t>
            </w:r>
          </w:p>
        </w:tc>
        <w:tc>
          <w:tcPr>
            <w:tcW w:w="564" w:type="dxa"/>
            <w:tcMar>
              <w:top w:w="20" w:type="dxa"/>
              <w:left w:w="50" w:type="dxa"/>
              <w:bottom w:w="20" w:type="dxa"/>
              <w:right w:w="50" w:type="dxa"/>
            </w:tcMar>
          </w:tcPr>
          <w:p w14:paraId="67253AE6" w14:textId="77777777" w:rsidR="00292F36" w:rsidRDefault="00000000">
            <w:r>
              <w:rPr>
                <w:sz w:val="12"/>
              </w:rPr>
              <w:t>0.00869565</w:t>
            </w:r>
          </w:p>
        </w:tc>
        <w:tc>
          <w:tcPr>
            <w:tcW w:w="564" w:type="dxa"/>
            <w:tcMar>
              <w:top w:w="20" w:type="dxa"/>
              <w:left w:w="50" w:type="dxa"/>
              <w:bottom w:w="20" w:type="dxa"/>
              <w:right w:w="50" w:type="dxa"/>
            </w:tcMar>
          </w:tcPr>
          <w:p w14:paraId="1A516F4F" w14:textId="77777777" w:rsidR="00292F36" w:rsidRDefault="00000000">
            <w:r>
              <w:rPr>
                <w:sz w:val="12"/>
              </w:rPr>
              <w:t>0.50434783</w:t>
            </w:r>
          </w:p>
        </w:tc>
        <w:tc>
          <w:tcPr>
            <w:tcW w:w="564" w:type="dxa"/>
            <w:tcMar>
              <w:top w:w="20" w:type="dxa"/>
              <w:left w:w="50" w:type="dxa"/>
              <w:bottom w:w="20" w:type="dxa"/>
              <w:right w:w="50" w:type="dxa"/>
            </w:tcMar>
          </w:tcPr>
          <w:p w14:paraId="4127F6CD" w14:textId="77777777" w:rsidR="00292F36" w:rsidRDefault="00000000">
            <w:r>
              <w:rPr>
                <w:sz w:val="12"/>
              </w:rPr>
              <w:t>0.17826087</w:t>
            </w:r>
          </w:p>
        </w:tc>
        <w:tc>
          <w:tcPr>
            <w:tcW w:w="564" w:type="dxa"/>
            <w:tcMar>
              <w:top w:w="20" w:type="dxa"/>
              <w:left w:w="50" w:type="dxa"/>
              <w:bottom w:w="20" w:type="dxa"/>
              <w:right w:w="50" w:type="dxa"/>
            </w:tcMar>
          </w:tcPr>
          <w:p w14:paraId="3533ECCB" w14:textId="77777777" w:rsidR="00292F36" w:rsidRDefault="00000000">
            <w:r>
              <w:rPr>
                <w:sz w:val="12"/>
              </w:rPr>
              <w:t>0.02608696</w:t>
            </w:r>
          </w:p>
        </w:tc>
        <w:tc>
          <w:tcPr>
            <w:tcW w:w="564" w:type="dxa"/>
            <w:tcMar>
              <w:top w:w="20" w:type="dxa"/>
              <w:left w:w="50" w:type="dxa"/>
              <w:bottom w:w="20" w:type="dxa"/>
              <w:right w:w="50" w:type="dxa"/>
            </w:tcMar>
          </w:tcPr>
          <w:p w14:paraId="240FE4D1" w14:textId="77777777" w:rsidR="00292F36" w:rsidRDefault="00000000">
            <w:r>
              <w:rPr>
                <w:sz w:val="12"/>
              </w:rPr>
              <w:t>0.2826087</w:t>
            </w:r>
          </w:p>
        </w:tc>
        <w:tc>
          <w:tcPr>
            <w:tcW w:w="564" w:type="dxa"/>
            <w:tcMar>
              <w:top w:w="20" w:type="dxa"/>
              <w:left w:w="50" w:type="dxa"/>
              <w:bottom w:w="20" w:type="dxa"/>
              <w:right w:w="50" w:type="dxa"/>
            </w:tcMar>
          </w:tcPr>
          <w:p w14:paraId="10C9DAD4" w14:textId="77777777" w:rsidR="00292F36" w:rsidRDefault="00000000">
            <w:r>
              <w:rPr>
                <w:sz w:val="12"/>
              </w:rPr>
              <w:t>0</w:t>
            </w:r>
          </w:p>
        </w:tc>
      </w:tr>
      <w:tr w:rsidR="00292F36" w14:paraId="72B17E2D" w14:textId="77777777">
        <w:tc>
          <w:tcPr>
            <w:tcW w:w="564" w:type="dxa"/>
            <w:tcMar>
              <w:top w:w="20" w:type="dxa"/>
              <w:left w:w="50" w:type="dxa"/>
              <w:bottom w:w="20" w:type="dxa"/>
              <w:right w:w="50" w:type="dxa"/>
            </w:tcMar>
          </w:tcPr>
          <w:p w14:paraId="6FE425AA" w14:textId="77777777" w:rsidR="00292F36" w:rsidRDefault="00000000">
            <w:r>
              <w:rPr>
                <w:sz w:val="12"/>
              </w:rPr>
              <w:t>2018_piedra_blanca_piedra_blanca_mid_2</w:t>
            </w:r>
          </w:p>
        </w:tc>
        <w:tc>
          <w:tcPr>
            <w:tcW w:w="564" w:type="dxa"/>
            <w:tcMar>
              <w:top w:w="20" w:type="dxa"/>
              <w:left w:w="50" w:type="dxa"/>
              <w:bottom w:w="20" w:type="dxa"/>
              <w:right w:w="50" w:type="dxa"/>
            </w:tcMar>
          </w:tcPr>
          <w:p w14:paraId="1E85E677" w14:textId="77777777" w:rsidR="00292F36" w:rsidRDefault="00000000">
            <w:r>
              <w:rPr>
                <w:sz w:val="12"/>
              </w:rPr>
              <w:t>-0.5855638</w:t>
            </w:r>
          </w:p>
        </w:tc>
        <w:tc>
          <w:tcPr>
            <w:tcW w:w="564" w:type="dxa"/>
            <w:tcMar>
              <w:top w:w="20" w:type="dxa"/>
              <w:left w:w="50" w:type="dxa"/>
              <w:bottom w:w="20" w:type="dxa"/>
              <w:right w:w="50" w:type="dxa"/>
            </w:tcMar>
          </w:tcPr>
          <w:p w14:paraId="11E738E0" w14:textId="77777777" w:rsidR="00292F36" w:rsidRDefault="00000000">
            <w:r>
              <w:rPr>
                <w:sz w:val="12"/>
              </w:rPr>
              <w:t>-0.2579587</w:t>
            </w:r>
          </w:p>
        </w:tc>
        <w:tc>
          <w:tcPr>
            <w:tcW w:w="564" w:type="dxa"/>
            <w:tcMar>
              <w:top w:w="20" w:type="dxa"/>
              <w:left w:w="50" w:type="dxa"/>
              <w:bottom w:w="20" w:type="dxa"/>
              <w:right w:w="50" w:type="dxa"/>
            </w:tcMar>
          </w:tcPr>
          <w:p w14:paraId="6E7DB473" w14:textId="77777777" w:rsidR="00292F36" w:rsidRDefault="00000000">
            <w:r>
              <w:rPr>
                <w:sz w:val="12"/>
              </w:rPr>
              <w:t>2018</w:t>
            </w:r>
          </w:p>
        </w:tc>
        <w:tc>
          <w:tcPr>
            <w:tcW w:w="564" w:type="dxa"/>
            <w:tcMar>
              <w:top w:w="20" w:type="dxa"/>
              <w:left w:w="50" w:type="dxa"/>
              <w:bottom w:w="20" w:type="dxa"/>
              <w:right w:w="50" w:type="dxa"/>
            </w:tcMar>
          </w:tcPr>
          <w:p w14:paraId="6780A021" w14:textId="77777777" w:rsidR="00292F36" w:rsidRDefault="00000000">
            <w:r>
              <w:rPr>
                <w:sz w:val="12"/>
              </w:rPr>
              <w:t>punta_eugenia</w:t>
            </w:r>
          </w:p>
        </w:tc>
        <w:tc>
          <w:tcPr>
            <w:tcW w:w="564" w:type="dxa"/>
            <w:tcMar>
              <w:top w:w="20" w:type="dxa"/>
              <w:left w:w="50" w:type="dxa"/>
              <w:bottom w:w="20" w:type="dxa"/>
              <w:right w:w="50" w:type="dxa"/>
            </w:tcMar>
          </w:tcPr>
          <w:p w14:paraId="4C8BF1AC" w14:textId="77777777" w:rsidR="00292F36" w:rsidRDefault="00000000">
            <w:r>
              <w:rPr>
                <w:sz w:val="12"/>
              </w:rPr>
              <w:t>South</w:t>
            </w:r>
          </w:p>
        </w:tc>
        <w:tc>
          <w:tcPr>
            <w:tcW w:w="564" w:type="dxa"/>
            <w:tcMar>
              <w:top w:w="20" w:type="dxa"/>
              <w:left w:w="50" w:type="dxa"/>
              <w:bottom w:w="20" w:type="dxa"/>
              <w:right w:w="50" w:type="dxa"/>
            </w:tcMar>
          </w:tcPr>
          <w:p w14:paraId="2FC32B9A" w14:textId="77777777" w:rsidR="00292F36" w:rsidRDefault="00000000">
            <w:r>
              <w:rPr>
                <w:sz w:val="12"/>
              </w:rPr>
              <w:t>piedra_blanca</w:t>
            </w:r>
          </w:p>
        </w:tc>
        <w:tc>
          <w:tcPr>
            <w:tcW w:w="564" w:type="dxa"/>
            <w:tcMar>
              <w:top w:w="20" w:type="dxa"/>
              <w:left w:w="50" w:type="dxa"/>
              <w:bottom w:w="20" w:type="dxa"/>
              <w:right w:w="50" w:type="dxa"/>
            </w:tcMar>
          </w:tcPr>
          <w:p w14:paraId="6D6C7DCC" w14:textId="77777777" w:rsidR="00292F36" w:rsidRDefault="00000000">
            <w:r>
              <w:rPr>
                <w:sz w:val="12"/>
              </w:rPr>
              <w:t>piedra_blanca_mid</w:t>
            </w:r>
          </w:p>
        </w:tc>
        <w:tc>
          <w:tcPr>
            <w:tcW w:w="564" w:type="dxa"/>
            <w:tcMar>
              <w:top w:w="20" w:type="dxa"/>
              <w:left w:w="50" w:type="dxa"/>
              <w:bottom w:w="20" w:type="dxa"/>
              <w:right w:w="50" w:type="dxa"/>
            </w:tcMar>
          </w:tcPr>
          <w:p w14:paraId="7622E68E" w14:textId="77777777" w:rsidR="00292F36" w:rsidRDefault="00000000">
            <w:r>
              <w:rPr>
                <w:sz w:val="12"/>
              </w:rPr>
              <w:t>10</w:t>
            </w:r>
          </w:p>
        </w:tc>
        <w:tc>
          <w:tcPr>
            <w:tcW w:w="564" w:type="dxa"/>
            <w:tcMar>
              <w:top w:w="20" w:type="dxa"/>
              <w:left w:w="50" w:type="dxa"/>
              <w:bottom w:w="20" w:type="dxa"/>
              <w:right w:w="50" w:type="dxa"/>
            </w:tcMar>
          </w:tcPr>
          <w:p w14:paraId="33F3C18F" w14:textId="77777777" w:rsidR="00292F36" w:rsidRDefault="00000000">
            <w:r>
              <w:rPr>
                <w:sz w:val="12"/>
              </w:rPr>
              <w:t>16.7700005</w:t>
            </w:r>
          </w:p>
        </w:tc>
        <w:tc>
          <w:tcPr>
            <w:tcW w:w="564" w:type="dxa"/>
            <w:tcMar>
              <w:top w:w="20" w:type="dxa"/>
              <w:left w:w="50" w:type="dxa"/>
              <w:bottom w:w="20" w:type="dxa"/>
              <w:right w:w="50" w:type="dxa"/>
            </w:tcMar>
          </w:tcPr>
          <w:p w14:paraId="29555B0D" w14:textId="77777777" w:rsidR="00292F36" w:rsidRDefault="00000000">
            <w:r>
              <w:rPr>
                <w:sz w:val="12"/>
              </w:rPr>
              <w:t>3.35262339</w:t>
            </w:r>
          </w:p>
        </w:tc>
        <w:tc>
          <w:tcPr>
            <w:tcW w:w="564" w:type="dxa"/>
            <w:tcMar>
              <w:top w:w="20" w:type="dxa"/>
              <w:left w:w="50" w:type="dxa"/>
              <w:bottom w:w="20" w:type="dxa"/>
              <w:right w:w="50" w:type="dxa"/>
            </w:tcMar>
          </w:tcPr>
          <w:p w14:paraId="4A92BBDE" w14:textId="77777777" w:rsidR="00292F36" w:rsidRDefault="00000000">
            <w:r>
              <w:rPr>
                <w:sz w:val="12"/>
              </w:rPr>
              <w:t>0.95793758</w:t>
            </w:r>
          </w:p>
        </w:tc>
        <w:tc>
          <w:tcPr>
            <w:tcW w:w="564" w:type="dxa"/>
            <w:tcMar>
              <w:top w:w="20" w:type="dxa"/>
              <w:left w:w="50" w:type="dxa"/>
              <w:bottom w:w="20" w:type="dxa"/>
              <w:right w:w="50" w:type="dxa"/>
            </w:tcMar>
          </w:tcPr>
          <w:p w14:paraId="7A3E0BB0" w14:textId="77777777" w:rsidR="00292F36" w:rsidRDefault="00000000">
            <w:r>
              <w:rPr>
                <w:sz w:val="12"/>
              </w:rPr>
              <w:t>0.03934871</w:t>
            </w:r>
          </w:p>
        </w:tc>
        <w:tc>
          <w:tcPr>
            <w:tcW w:w="564" w:type="dxa"/>
            <w:tcMar>
              <w:top w:w="20" w:type="dxa"/>
              <w:left w:w="50" w:type="dxa"/>
              <w:bottom w:w="20" w:type="dxa"/>
              <w:right w:w="50" w:type="dxa"/>
            </w:tcMar>
          </w:tcPr>
          <w:p w14:paraId="39534930" w14:textId="77777777" w:rsidR="00292F36" w:rsidRDefault="00000000">
            <w:r>
              <w:rPr>
                <w:sz w:val="12"/>
              </w:rPr>
              <w:t>0.0027137</w:t>
            </w:r>
          </w:p>
        </w:tc>
        <w:tc>
          <w:tcPr>
            <w:tcW w:w="564" w:type="dxa"/>
            <w:tcMar>
              <w:top w:w="20" w:type="dxa"/>
              <w:left w:w="50" w:type="dxa"/>
              <w:bottom w:w="20" w:type="dxa"/>
              <w:right w:w="50" w:type="dxa"/>
            </w:tcMar>
          </w:tcPr>
          <w:p w14:paraId="4B2B7FA4" w14:textId="77777777" w:rsidR="00292F36" w:rsidRDefault="00000000">
            <w:r>
              <w:rPr>
                <w:sz w:val="12"/>
              </w:rPr>
              <w:t>0</w:t>
            </w:r>
          </w:p>
        </w:tc>
        <w:tc>
          <w:tcPr>
            <w:tcW w:w="564" w:type="dxa"/>
            <w:tcMar>
              <w:top w:w="20" w:type="dxa"/>
              <w:left w:w="50" w:type="dxa"/>
              <w:bottom w:w="20" w:type="dxa"/>
              <w:right w:w="50" w:type="dxa"/>
            </w:tcMar>
          </w:tcPr>
          <w:p w14:paraId="5ECCA22C" w14:textId="77777777" w:rsidR="00292F36" w:rsidRDefault="00000000">
            <w:r>
              <w:rPr>
                <w:sz w:val="12"/>
              </w:rPr>
              <w:t>0</w:t>
            </w:r>
          </w:p>
        </w:tc>
        <w:tc>
          <w:tcPr>
            <w:tcW w:w="564" w:type="dxa"/>
            <w:tcMar>
              <w:top w:w="20" w:type="dxa"/>
              <w:left w:w="50" w:type="dxa"/>
              <w:bottom w:w="20" w:type="dxa"/>
              <w:right w:w="50" w:type="dxa"/>
            </w:tcMar>
          </w:tcPr>
          <w:p w14:paraId="6B766BE4" w14:textId="77777777" w:rsidR="00292F36" w:rsidRDefault="00000000">
            <w:r>
              <w:rPr>
                <w:sz w:val="12"/>
              </w:rPr>
              <w:t>0</w:t>
            </w:r>
          </w:p>
        </w:tc>
        <w:tc>
          <w:tcPr>
            <w:tcW w:w="564" w:type="dxa"/>
            <w:tcMar>
              <w:top w:w="20" w:type="dxa"/>
              <w:left w:w="50" w:type="dxa"/>
              <w:bottom w:w="20" w:type="dxa"/>
              <w:right w:w="50" w:type="dxa"/>
            </w:tcMar>
          </w:tcPr>
          <w:p w14:paraId="3915F7F9" w14:textId="77777777" w:rsidR="00292F36" w:rsidRDefault="00000000">
            <w:r>
              <w:rPr>
                <w:sz w:val="12"/>
              </w:rPr>
              <w:t>0</w:t>
            </w:r>
          </w:p>
        </w:tc>
        <w:tc>
          <w:tcPr>
            <w:tcW w:w="564" w:type="dxa"/>
            <w:tcMar>
              <w:top w:w="20" w:type="dxa"/>
              <w:left w:w="50" w:type="dxa"/>
              <w:bottom w:w="20" w:type="dxa"/>
              <w:right w:w="50" w:type="dxa"/>
            </w:tcMar>
          </w:tcPr>
          <w:p w14:paraId="1AD6E5C0" w14:textId="77777777" w:rsidR="00292F36" w:rsidRDefault="00000000">
            <w:r>
              <w:rPr>
                <w:sz w:val="12"/>
              </w:rPr>
              <w:t>0</w:t>
            </w:r>
          </w:p>
        </w:tc>
        <w:tc>
          <w:tcPr>
            <w:tcW w:w="564" w:type="dxa"/>
            <w:tcMar>
              <w:top w:w="20" w:type="dxa"/>
              <w:left w:w="50" w:type="dxa"/>
              <w:bottom w:w="20" w:type="dxa"/>
              <w:right w:w="50" w:type="dxa"/>
            </w:tcMar>
          </w:tcPr>
          <w:p w14:paraId="4138A581" w14:textId="77777777" w:rsidR="00292F36" w:rsidRDefault="00000000">
            <w:r>
              <w:rPr>
                <w:sz w:val="12"/>
              </w:rPr>
              <w:t>0.01604278</w:t>
            </w:r>
          </w:p>
        </w:tc>
        <w:tc>
          <w:tcPr>
            <w:tcW w:w="564" w:type="dxa"/>
            <w:tcMar>
              <w:top w:w="20" w:type="dxa"/>
              <w:left w:w="50" w:type="dxa"/>
              <w:bottom w:w="20" w:type="dxa"/>
              <w:right w:w="50" w:type="dxa"/>
            </w:tcMar>
          </w:tcPr>
          <w:p w14:paraId="35322CE4" w14:textId="77777777" w:rsidR="00292F36" w:rsidRDefault="00000000">
            <w:r>
              <w:rPr>
                <w:sz w:val="12"/>
              </w:rPr>
              <w:t>0.35294118</w:t>
            </w:r>
          </w:p>
        </w:tc>
        <w:tc>
          <w:tcPr>
            <w:tcW w:w="564" w:type="dxa"/>
            <w:tcMar>
              <w:top w:w="20" w:type="dxa"/>
              <w:left w:w="50" w:type="dxa"/>
              <w:bottom w:w="20" w:type="dxa"/>
              <w:right w:w="50" w:type="dxa"/>
            </w:tcMar>
          </w:tcPr>
          <w:p w14:paraId="60F0F74D" w14:textId="77777777" w:rsidR="00292F36" w:rsidRDefault="00000000">
            <w:r>
              <w:rPr>
                <w:sz w:val="12"/>
              </w:rPr>
              <w:t>0.24064171</w:t>
            </w:r>
          </w:p>
        </w:tc>
        <w:tc>
          <w:tcPr>
            <w:tcW w:w="564" w:type="dxa"/>
            <w:tcMar>
              <w:top w:w="20" w:type="dxa"/>
              <w:left w:w="50" w:type="dxa"/>
              <w:bottom w:w="20" w:type="dxa"/>
              <w:right w:w="50" w:type="dxa"/>
            </w:tcMar>
          </w:tcPr>
          <w:p w14:paraId="174C21F6" w14:textId="77777777" w:rsidR="00292F36" w:rsidRDefault="00000000">
            <w:r>
              <w:rPr>
                <w:sz w:val="12"/>
              </w:rPr>
              <w:t>0.01604278</w:t>
            </w:r>
          </w:p>
        </w:tc>
        <w:tc>
          <w:tcPr>
            <w:tcW w:w="564" w:type="dxa"/>
            <w:tcMar>
              <w:top w:w="20" w:type="dxa"/>
              <w:left w:w="50" w:type="dxa"/>
              <w:bottom w:w="20" w:type="dxa"/>
              <w:right w:w="50" w:type="dxa"/>
            </w:tcMar>
          </w:tcPr>
          <w:p w14:paraId="5EBF9DCD" w14:textId="77777777" w:rsidR="00292F36" w:rsidRDefault="00000000">
            <w:r>
              <w:rPr>
                <w:sz w:val="12"/>
              </w:rPr>
              <w:t>0.37433155</w:t>
            </w:r>
          </w:p>
        </w:tc>
        <w:tc>
          <w:tcPr>
            <w:tcW w:w="564" w:type="dxa"/>
            <w:tcMar>
              <w:top w:w="20" w:type="dxa"/>
              <w:left w:w="50" w:type="dxa"/>
              <w:bottom w:w="20" w:type="dxa"/>
              <w:right w:w="50" w:type="dxa"/>
            </w:tcMar>
          </w:tcPr>
          <w:p w14:paraId="7815AD97" w14:textId="77777777" w:rsidR="00292F36" w:rsidRDefault="00000000">
            <w:r>
              <w:rPr>
                <w:sz w:val="12"/>
              </w:rPr>
              <w:t>0</w:t>
            </w:r>
          </w:p>
        </w:tc>
      </w:tr>
      <w:tr w:rsidR="00292F36" w14:paraId="0B150785" w14:textId="77777777">
        <w:tc>
          <w:tcPr>
            <w:tcW w:w="564" w:type="dxa"/>
            <w:tcMar>
              <w:top w:w="20" w:type="dxa"/>
              <w:left w:w="50" w:type="dxa"/>
              <w:bottom w:w="20" w:type="dxa"/>
              <w:right w:w="50" w:type="dxa"/>
            </w:tcMar>
          </w:tcPr>
          <w:p w14:paraId="1E427C03" w14:textId="77777777" w:rsidR="00292F36" w:rsidRDefault="00000000">
            <w:r>
              <w:rPr>
                <w:sz w:val="12"/>
              </w:rPr>
              <w:t>2018_piedra_blanca_piedra_blanca_shallow_1</w:t>
            </w:r>
          </w:p>
        </w:tc>
        <w:tc>
          <w:tcPr>
            <w:tcW w:w="564" w:type="dxa"/>
            <w:tcMar>
              <w:top w:w="20" w:type="dxa"/>
              <w:left w:w="50" w:type="dxa"/>
              <w:bottom w:w="20" w:type="dxa"/>
              <w:right w:w="50" w:type="dxa"/>
            </w:tcMar>
          </w:tcPr>
          <w:p w14:paraId="779C35B6" w14:textId="77777777" w:rsidR="00292F36" w:rsidRDefault="00000000">
            <w:r>
              <w:rPr>
                <w:sz w:val="12"/>
              </w:rPr>
              <w:t>-0.7582008</w:t>
            </w:r>
          </w:p>
        </w:tc>
        <w:tc>
          <w:tcPr>
            <w:tcW w:w="564" w:type="dxa"/>
            <w:tcMar>
              <w:top w:w="20" w:type="dxa"/>
              <w:left w:w="50" w:type="dxa"/>
              <w:bottom w:w="20" w:type="dxa"/>
              <w:right w:w="50" w:type="dxa"/>
            </w:tcMar>
          </w:tcPr>
          <w:p w14:paraId="3EC570EB" w14:textId="77777777" w:rsidR="00292F36" w:rsidRDefault="00000000">
            <w:r>
              <w:rPr>
                <w:sz w:val="12"/>
              </w:rPr>
              <w:t>-0.2443006</w:t>
            </w:r>
          </w:p>
        </w:tc>
        <w:tc>
          <w:tcPr>
            <w:tcW w:w="564" w:type="dxa"/>
            <w:tcMar>
              <w:top w:w="20" w:type="dxa"/>
              <w:left w:w="50" w:type="dxa"/>
              <w:bottom w:w="20" w:type="dxa"/>
              <w:right w:w="50" w:type="dxa"/>
            </w:tcMar>
          </w:tcPr>
          <w:p w14:paraId="3789AD21" w14:textId="77777777" w:rsidR="00292F36" w:rsidRDefault="00000000">
            <w:r>
              <w:rPr>
                <w:sz w:val="12"/>
              </w:rPr>
              <w:t>2018</w:t>
            </w:r>
          </w:p>
        </w:tc>
        <w:tc>
          <w:tcPr>
            <w:tcW w:w="564" w:type="dxa"/>
            <w:tcMar>
              <w:top w:w="20" w:type="dxa"/>
              <w:left w:w="50" w:type="dxa"/>
              <w:bottom w:w="20" w:type="dxa"/>
              <w:right w:w="50" w:type="dxa"/>
            </w:tcMar>
          </w:tcPr>
          <w:p w14:paraId="37C3A8F3" w14:textId="77777777" w:rsidR="00292F36" w:rsidRDefault="00000000">
            <w:r>
              <w:rPr>
                <w:sz w:val="12"/>
              </w:rPr>
              <w:t>punta_eugenia</w:t>
            </w:r>
          </w:p>
        </w:tc>
        <w:tc>
          <w:tcPr>
            <w:tcW w:w="564" w:type="dxa"/>
            <w:tcMar>
              <w:top w:w="20" w:type="dxa"/>
              <w:left w:w="50" w:type="dxa"/>
              <w:bottom w:w="20" w:type="dxa"/>
              <w:right w:w="50" w:type="dxa"/>
            </w:tcMar>
          </w:tcPr>
          <w:p w14:paraId="68354393" w14:textId="77777777" w:rsidR="00292F36" w:rsidRDefault="00000000">
            <w:r>
              <w:rPr>
                <w:sz w:val="12"/>
              </w:rPr>
              <w:t>South</w:t>
            </w:r>
          </w:p>
        </w:tc>
        <w:tc>
          <w:tcPr>
            <w:tcW w:w="564" w:type="dxa"/>
            <w:tcMar>
              <w:top w:w="20" w:type="dxa"/>
              <w:left w:w="50" w:type="dxa"/>
              <w:bottom w:w="20" w:type="dxa"/>
              <w:right w:w="50" w:type="dxa"/>
            </w:tcMar>
          </w:tcPr>
          <w:p w14:paraId="5E6E3B50" w14:textId="77777777" w:rsidR="00292F36" w:rsidRDefault="00000000">
            <w:r>
              <w:rPr>
                <w:sz w:val="12"/>
              </w:rPr>
              <w:t>piedra_blanca</w:t>
            </w:r>
          </w:p>
        </w:tc>
        <w:tc>
          <w:tcPr>
            <w:tcW w:w="564" w:type="dxa"/>
            <w:tcMar>
              <w:top w:w="20" w:type="dxa"/>
              <w:left w:w="50" w:type="dxa"/>
              <w:bottom w:w="20" w:type="dxa"/>
              <w:right w:w="50" w:type="dxa"/>
            </w:tcMar>
          </w:tcPr>
          <w:p w14:paraId="45E64EE5" w14:textId="77777777" w:rsidR="00292F36" w:rsidRDefault="00000000">
            <w:r>
              <w:rPr>
                <w:sz w:val="12"/>
              </w:rPr>
              <w:t>piedra_blanca_shallow</w:t>
            </w:r>
          </w:p>
        </w:tc>
        <w:tc>
          <w:tcPr>
            <w:tcW w:w="564" w:type="dxa"/>
            <w:tcMar>
              <w:top w:w="20" w:type="dxa"/>
              <w:left w:w="50" w:type="dxa"/>
              <w:bottom w:w="20" w:type="dxa"/>
              <w:right w:w="50" w:type="dxa"/>
            </w:tcMar>
          </w:tcPr>
          <w:p w14:paraId="2F6D7112" w14:textId="77777777" w:rsidR="00292F36" w:rsidRDefault="00000000">
            <w:r>
              <w:rPr>
                <w:sz w:val="12"/>
              </w:rPr>
              <w:t>6</w:t>
            </w:r>
          </w:p>
        </w:tc>
        <w:tc>
          <w:tcPr>
            <w:tcW w:w="564" w:type="dxa"/>
            <w:tcMar>
              <w:top w:w="20" w:type="dxa"/>
              <w:left w:w="50" w:type="dxa"/>
              <w:bottom w:w="20" w:type="dxa"/>
              <w:right w:w="50" w:type="dxa"/>
            </w:tcMar>
          </w:tcPr>
          <w:p w14:paraId="14979D21" w14:textId="77777777" w:rsidR="00292F36" w:rsidRDefault="00000000">
            <w:r>
              <w:rPr>
                <w:sz w:val="12"/>
              </w:rPr>
              <w:t>16.7700005</w:t>
            </w:r>
          </w:p>
        </w:tc>
        <w:tc>
          <w:tcPr>
            <w:tcW w:w="564" w:type="dxa"/>
            <w:tcMar>
              <w:top w:w="20" w:type="dxa"/>
              <w:left w:w="50" w:type="dxa"/>
              <w:bottom w:w="20" w:type="dxa"/>
              <w:right w:w="50" w:type="dxa"/>
            </w:tcMar>
          </w:tcPr>
          <w:p w14:paraId="1773A972" w14:textId="77777777" w:rsidR="00292F36" w:rsidRDefault="00000000">
            <w:r>
              <w:rPr>
                <w:sz w:val="12"/>
              </w:rPr>
              <w:t>3.35262339</w:t>
            </w:r>
          </w:p>
        </w:tc>
        <w:tc>
          <w:tcPr>
            <w:tcW w:w="564" w:type="dxa"/>
            <w:tcMar>
              <w:top w:w="20" w:type="dxa"/>
              <w:left w:w="50" w:type="dxa"/>
              <w:bottom w:w="20" w:type="dxa"/>
              <w:right w:w="50" w:type="dxa"/>
            </w:tcMar>
          </w:tcPr>
          <w:p w14:paraId="4B384591" w14:textId="77777777" w:rsidR="00292F36" w:rsidRDefault="00000000">
            <w:r>
              <w:rPr>
                <w:sz w:val="12"/>
              </w:rPr>
              <w:t>0.96460177</w:t>
            </w:r>
          </w:p>
        </w:tc>
        <w:tc>
          <w:tcPr>
            <w:tcW w:w="564" w:type="dxa"/>
            <w:tcMar>
              <w:top w:w="20" w:type="dxa"/>
              <w:left w:w="50" w:type="dxa"/>
              <w:bottom w:w="20" w:type="dxa"/>
              <w:right w:w="50" w:type="dxa"/>
            </w:tcMar>
          </w:tcPr>
          <w:p w14:paraId="48D1ACA2" w14:textId="77777777" w:rsidR="00292F36" w:rsidRDefault="00000000">
            <w:r>
              <w:rPr>
                <w:sz w:val="12"/>
              </w:rPr>
              <w:t>0.03451327</w:t>
            </w:r>
          </w:p>
        </w:tc>
        <w:tc>
          <w:tcPr>
            <w:tcW w:w="564" w:type="dxa"/>
            <w:tcMar>
              <w:top w:w="20" w:type="dxa"/>
              <w:left w:w="50" w:type="dxa"/>
              <w:bottom w:w="20" w:type="dxa"/>
              <w:right w:w="50" w:type="dxa"/>
            </w:tcMar>
          </w:tcPr>
          <w:p w14:paraId="2ED89E57" w14:textId="77777777" w:rsidR="00292F36" w:rsidRDefault="00000000">
            <w:r>
              <w:rPr>
                <w:sz w:val="12"/>
              </w:rPr>
              <w:t>0.00088496</w:t>
            </w:r>
          </w:p>
        </w:tc>
        <w:tc>
          <w:tcPr>
            <w:tcW w:w="564" w:type="dxa"/>
            <w:tcMar>
              <w:top w:w="20" w:type="dxa"/>
              <w:left w:w="50" w:type="dxa"/>
              <w:bottom w:w="20" w:type="dxa"/>
              <w:right w:w="50" w:type="dxa"/>
            </w:tcMar>
          </w:tcPr>
          <w:p w14:paraId="473F4121" w14:textId="77777777" w:rsidR="00292F36" w:rsidRDefault="00000000">
            <w:r>
              <w:rPr>
                <w:sz w:val="12"/>
              </w:rPr>
              <w:t>0</w:t>
            </w:r>
          </w:p>
        </w:tc>
        <w:tc>
          <w:tcPr>
            <w:tcW w:w="564" w:type="dxa"/>
            <w:tcMar>
              <w:top w:w="20" w:type="dxa"/>
              <w:left w:w="50" w:type="dxa"/>
              <w:bottom w:w="20" w:type="dxa"/>
              <w:right w:w="50" w:type="dxa"/>
            </w:tcMar>
          </w:tcPr>
          <w:p w14:paraId="60B25A70" w14:textId="77777777" w:rsidR="00292F36" w:rsidRDefault="00000000">
            <w:r>
              <w:rPr>
                <w:sz w:val="12"/>
              </w:rPr>
              <w:t>0</w:t>
            </w:r>
          </w:p>
        </w:tc>
        <w:tc>
          <w:tcPr>
            <w:tcW w:w="564" w:type="dxa"/>
            <w:tcMar>
              <w:top w:w="20" w:type="dxa"/>
              <w:left w:w="50" w:type="dxa"/>
              <w:bottom w:w="20" w:type="dxa"/>
              <w:right w:w="50" w:type="dxa"/>
            </w:tcMar>
          </w:tcPr>
          <w:p w14:paraId="35447785" w14:textId="77777777" w:rsidR="00292F36" w:rsidRDefault="00000000">
            <w:r>
              <w:rPr>
                <w:sz w:val="12"/>
              </w:rPr>
              <w:t>0</w:t>
            </w:r>
          </w:p>
        </w:tc>
        <w:tc>
          <w:tcPr>
            <w:tcW w:w="564" w:type="dxa"/>
            <w:tcMar>
              <w:top w:w="20" w:type="dxa"/>
              <w:left w:w="50" w:type="dxa"/>
              <w:bottom w:w="20" w:type="dxa"/>
              <w:right w:w="50" w:type="dxa"/>
            </w:tcMar>
          </w:tcPr>
          <w:p w14:paraId="1EA9F452" w14:textId="77777777" w:rsidR="00292F36" w:rsidRDefault="00000000">
            <w:r>
              <w:rPr>
                <w:sz w:val="12"/>
              </w:rPr>
              <w:t>0</w:t>
            </w:r>
          </w:p>
        </w:tc>
        <w:tc>
          <w:tcPr>
            <w:tcW w:w="564" w:type="dxa"/>
            <w:tcMar>
              <w:top w:w="20" w:type="dxa"/>
              <w:left w:w="50" w:type="dxa"/>
              <w:bottom w:w="20" w:type="dxa"/>
              <w:right w:w="50" w:type="dxa"/>
            </w:tcMar>
          </w:tcPr>
          <w:p w14:paraId="790EC0CE" w14:textId="77777777" w:rsidR="00292F36" w:rsidRDefault="00000000">
            <w:r>
              <w:rPr>
                <w:sz w:val="12"/>
              </w:rPr>
              <w:t>0</w:t>
            </w:r>
          </w:p>
        </w:tc>
        <w:tc>
          <w:tcPr>
            <w:tcW w:w="564" w:type="dxa"/>
            <w:tcMar>
              <w:top w:w="20" w:type="dxa"/>
              <w:left w:w="50" w:type="dxa"/>
              <w:bottom w:w="20" w:type="dxa"/>
              <w:right w:w="50" w:type="dxa"/>
            </w:tcMar>
          </w:tcPr>
          <w:p w14:paraId="4607A8EE" w14:textId="77777777" w:rsidR="00292F36" w:rsidRDefault="00000000">
            <w:r>
              <w:rPr>
                <w:sz w:val="12"/>
              </w:rPr>
              <w:t>0.01515152</w:t>
            </w:r>
          </w:p>
        </w:tc>
        <w:tc>
          <w:tcPr>
            <w:tcW w:w="564" w:type="dxa"/>
            <w:tcMar>
              <w:top w:w="20" w:type="dxa"/>
              <w:left w:w="50" w:type="dxa"/>
              <w:bottom w:w="20" w:type="dxa"/>
              <w:right w:w="50" w:type="dxa"/>
            </w:tcMar>
          </w:tcPr>
          <w:p w14:paraId="2EE8834F" w14:textId="77777777" w:rsidR="00292F36" w:rsidRDefault="00000000">
            <w:r>
              <w:rPr>
                <w:sz w:val="12"/>
              </w:rPr>
              <w:t>0.16666667</w:t>
            </w:r>
          </w:p>
        </w:tc>
        <w:tc>
          <w:tcPr>
            <w:tcW w:w="564" w:type="dxa"/>
            <w:tcMar>
              <w:top w:w="20" w:type="dxa"/>
              <w:left w:w="50" w:type="dxa"/>
              <w:bottom w:w="20" w:type="dxa"/>
              <w:right w:w="50" w:type="dxa"/>
            </w:tcMar>
          </w:tcPr>
          <w:p w14:paraId="2902472A" w14:textId="77777777" w:rsidR="00292F36" w:rsidRDefault="00000000">
            <w:r>
              <w:rPr>
                <w:sz w:val="12"/>
              </w:rPr>
              <w:t>0.48484848</w:t>
            </w:r>
          </w:p>
        </w:tc>
        <w:tc>
          <w:tcPr>
            <w:tcW w:w="564" w:type="dxa"/>
            <w:tcMar>
              <w:top w:w="20" w:type="dxa"/>
              <w:left w:w="50" w:type="dxa"/>
              <w:bottom w:w="20" w:type="dxa"/>
              <w:right w:w="50" w:type="dxa"/>
            </w:tcMar>
          </w:tcPr>
          <w:p w14:paraId="5770EB73" w14:textId="77777777" w:rsidR="00292F36" w:rsidRDefault="00000000">
            <w:r>
              <w:rPr>
                <w:sz w:val="12"/>
              </w:rPr>
              <w:t>0.01515152</w:t>
            </w:r>
          </w:p>
        </w:tc>
        <w:tc>
          <w:tcPr>
            <w:tcW w:w="564" w:type="dxa"/>
            <w:tcMar>
              <w:top w:w="20" w:type="dxa"/>
              <w:left w:w="50" w:type="dxa"/>
              <w:bottom w:w="20" w:type="dxa"/>
              <w:right w:w="50" w:type="dxa"/>
            </w:tcMar>
          </w:tcPr>
          <w:p w14:paraId="220588C6" w14:textId="77777777" w:rsidR="00292F36" w:rsidRDefault="00000000">
            <w:r>
              <w:rPr>
                <w:sz w:val="12"/>
              </w:rPr>
              <w:t>0.31818182</w:t>
            </w:r>
          </w:p>
        </w:tc>
        <w:tc>
          <w:tcPr>
            <w:tcW w:w="564" w:type="dxa"/>
            <w:tcMar>
              <w:top w:w="20" w:type="dxa"/>
              <w:left w:w="50" w:type="dxa"/>
              <w:bottom w:w="20" w:type="dxa"/>
              <w:right w:w="50" w:type="dxa"/>
            </w:tcMar>
          </w:tcPr>
          <w:p w14:paraId="495CE048" w14:textId="77777777" w:rsidR="00292F36" w:rsidRDefault="00000000">
            <w:r>
              <w:rPr>
                <w:sz w:val="12"/>
              </w:rPr>
              <w:t>0</w:t>
            </w:r>
          </w:p>
        </w:tc>
      </w:tr>
      <w:tr w:rsidR="00292F36" w14:paraId="3F2181BA" w14:textId="77777777">
        <w:tc>
          <w:tcPr>
            <w:tcW w:w="564" w:type="dxa"/>
            <w:tcMar>
              <w:top w:w="20" w:type="dxa"/>
              <w:left w:w="50" w:type="dxa"/>
              <w:bottom w:w="20" w:type="dxa"/>
              <w:right w:w="50" w:type="dxa"/>
            </w:tcMar>
          </w:tcPr>
          <w:p w14:paraId="40CE393B" w14:textId="77777777" w:rsidR="00292F36" w:rsidRDefault="00000000">
            <w:r>
              <w:rPr>
                <w:sz w:val="12"/>
              </w:rPr>
              <w:t>2018_piedra_blanca_piedra_blanca_shallow_2</w:t>
            </w:r>
          </w:p>
        </w:tc>
        <w:tc>
          <w:tcPr>
            <w:tcW w:w="564" w:type="dxa"/>
            <w:tcMar>
              <w:top w:w="20" w:type="dxa"/>
              <w:left w:w="50" w:type="dxa"/>
              <w:bottom w:w="20" w:type="dxa"/>
              <w:right w:w="50" w:type="dxa"/>
            </w:tcMar>
          </w:tcPr>
          <w:p w14:paraId="427663F3" w14:textId="77777777" w:rsidR="00292F36" w:rsidRDefault="00000000">
            <w:r>
              <w:rPr>
                <w:sz w:val="12"/>
              </w:rPr>
              <w:t>-0.63131</w:t>
            </w:r>
          </w:p>
        </w:tc>
        <w:tc>
          <w:tcPr>
            <w:tcW w:w="564" w:type="dxa"/>
            <w:tcMar>
              <w:top w:w="20" w:type="dxa"/>
              <w:left w:w="50" w:type="dxa"/>
              <w:bottom w:w="20" w:type="dxa"/>
              <w:right w:w="50" w:type="dxa"/>
            </w:tcMar>
          </w:tcPr>
          <w:p w14:paraId="52E5411C" w14:textId="77777777" w:rsidR="00292F36" w:rsidRDefault="00000000">
            <w:r>
              <w:rPr>
                <w:sz w:val="12"/>
              </w:rPr>
              <w:t>-0.1848894</w:t>
            </w:r>
          </w:p>
        </w:tc>
        <w:tc>
          <w:tcPr>
            <w:tcW w:w="564" w:type="dxa"/>
            <w:tcMar>
              <w:top w:w="20" w:type="dxa"/>
              <w:left w:w="50" w:type="dxa"/>
              <w:bottom w:w="20" w:type="dxa"/>
              <w:right w:w="50" w:type="dxa"/>
            </w:tcMar>
          </w:tcPr>
          <w:p w14:paraId="3FFFB539" w14:textId="77777777" w:rsidR="00292F36" w:rsidRDefault="00000000">
            <w:r>
              <w:rPr>
                <w:sz w:val="12"/>
              </w:rPr>
              <w:t>2018</w:t>
            </w:r>
          </w:p>
        </w:tc>
        <w:tc>
          <w:tcPr>
            <w:tcW w:w="564" w:type="dxa"/>
            <w:tcMar>
              <w:top w:w="20" w:type="dxa"/>
              <w:left w:w="50" w:type="dxa"/>
              <w:bottom w:w="20" w:type="dxa"/>
              <w:right w:w="50" w:type="dxa"/>
            </w:tcMar>
          </w:tcPr>
          <w:p w14:paraId="4FD834AE" w14:textId="77777777" w:rsidR="00292F36" w:rsidRDefault="00000000">
            <w:r>
              <w:rPr>
                <w:sz w:val="12"/>
              </w:rPr>
              <w:t>punta_eugenia</w:t>
            </w:r>
          </w:p>
        </w:tc>
        <w:tc>
          <w:tcPr>
            <w:tcW w:w="564" w:type="dxa"/>
            <w:tcMar>
              <w:top w:w="20" w:type="dxa"/>
              <w:left w:w="50" w:type="dxa"/>
              <w:bottom w:w="20" w:type="dxa"/>
              <w:right w:w="50" w:type="dxa"/>
            </w:tcMar>
          </w:tcPr>
          <w:p w14:paraId="3469E369" w14:textId="77777777" w:rsidR="00292F36" w:rsidRDefault="00000000">
            <w:r>
              <w:rPr>
                <w:sz w:val="12"/>
              </w:rPr>
              <w:t>South</w:t>
            </w:r>
          </w:p>
        </w:tc>
        <w:tc>
          <w:tcPr>
            <w:tcW w:w="564" w:type="dxa"/>
            <w:tcMar>
              <w:top w:w="20" w:type="dxa"/>
              <w:left w:w="50" w:type="dxa"/>
              <w:bottom w:w="20" w:type="dxa"/>
              <w:right w:w="50" w:type="dxa"/>
            </w:tcMar>
          </w:tcPr>
          <w:p w14:paraId="5D45F1B5" w14:textId="77777777" w:rsidR="00292F36" w:rsidRDefault="00000000">
            <w:r>
              <w:rPr>
                <w:sz w:val="12"/>
              </w:rPr>
              <w:t>piedra_blanca</w:t>
            </w:r>
          </w:p>
        </w:tc>
        <w:tc>
          <w:tcPr>
            <w:tcW w:w="564" w:type="dxa"/>
            <w:tcMar>
              <w:top w:w="20" w:type="dxa"/>
              <w:left w:w="50" w:type="dxa"/>
              <w:bottom w:w="20" w:type="dxa"/>
              <w:right w:w="50" w:type="dxa"/>
            </w:tcMar>
          </w:tcPr>
          <w:p w14:paraId="5F56A04B" w14:textId="77777777" w:rsidR="00292F36" w:rsidRDefault="00000000">
            <w:r>
              <w:rPr>
                <w:sz w:val="12"/>
              </w:rPr>
              <w:t>piedra_blanca_shallow</w:t>
            </w:r>
          </w:p>
        </w:tc>
        <w:tc>
          <w:tcPr>
            <w:tcW w:w="564" w:type="dxa"/>
            <w:tcMar>
              <w:top w:w="20" w:type="dxa"/>
              <w:left w:w="50" w:type="dxa"/>
              <w:bottom w:w="20" w:type="dxa"/>
              <w:right w:w="50" w:type="dxa"/>
            </w:tcMar>
          </w:tcPr>
          <w:p w14:paraId="19503A89" w14:textId="77777777" w:rsidR="00292F36" w:rsidRDefault="00000000">
            <w:r>
              <w:rPr>
                <w:sz w:val="12"/>
              </w:rPr>
              <w:t>6</w:t>
            </w:r>
          </w:p>
        </w:tc>
        <w:tc>
          <w:tcPr>
            <w:tcW w:w="564" w:type="dxa"/>
            <w:tcMar>
              <w:top w:w="20" w:type="dxa"/>
              <w:left w:w="50" w:type="dxa"/>
              <w:bottom w:w="20" w:type="dxa"/>
              <w:right w:w="50" w:type="dxa"/>
            </w:tcMar>
          </w:tcPr>
          <w:p w14:paraId="35E252B7" w14:textId="77777777" w:rsidR="00292F36" w:rsidRDefault="00000000">
            <w:r>
              <w:rPr>
                <w:sz w:val="12"/>
              </w:rPr>
              <w:t>18.0900002</w:t>
            </w:r>
          </w:p>
        </w:tc>
        <w:tc>
          <w:tcPr>
            <w:tcW w:w="564" w:type="dxa"/>
            <w:tcMar>
              <w:top w:w="20" w:type="dxa"/>
              <w:left w:w="50" w:type="dxa"/>
              <w:bottom w:w="20" w:type="dxa"/>
              <w:right w:w="50" w:type="dxa"/>
            </w:tcMar>
          </w:tcPr>
          <w:p w14:paraId="468C121E" w14:textId="77777777" w:rsidR="00292F36" w:rsidRDefault="00000000">
            <w:r>
              <w:rPr>
                <w:sz w:val="12"/>
              </w:rPr>
              <w:t>3.35262339</w:t>
            </w:r>
          </w:p>
        </w:tc>
        <w:tc>
          <w:tcPr>
            <w:tcW w:w="564" w:type="dxa"/>
            <w:tcMar>
              <w:top w:w="20" w:type="dxa"/>
              <w:left w:w="50" w:type="dxa"/>
              <w:bottom w:w="20" w:type="dxa"/>
              <w:right w:w="50" w:type="dxa"/>
            </w:tcMar>
          </w:tcPr>
          <w:p w14:paraId="069FE85C" w14:textId="77777777" w:rsidR="00292F36" w:rsidRDefault="00000000">
            <w:r>
              <w:rPr>
                <w:sz w:val="12"/>
              </w:rPr>
              <w:t>0.94619289</w:t>
            </w:r>
          </w:p>
        </w:tc>
        <w:tc>
          <w:tcPr>
            <w:tcW w:w="564" w:type="dxa"/>
            <w:tcMar>
              <w:top w:w="20" w:type="dxa"/>
              <w:left w:w="50" w:type="dxa"/>
              <w:bottom w:w="20" w:type="dxa"/>
              <w:right w:w="50" w:type="dxa"/>
            </w:tcMar>
          </w:tcPr>
          <w:p w14:paraId="3FA1D4A2" w14:textId="77777777" w:rsidR="00292F36" w:rsidRDefault="00000000">
            <w:r>
              <w:rPr>
                <w:sz w:val="12"/>
              </w:rPr>
              <w:t>0.05076142</w:t>
            </w:r>
          </w:p>
        </w:tc>
        <w:tc>
          <w:tcPr>
            <w:tcW w:w="564" w:type="dxa"/>
            <w:tcMar>
              <w:top w:w="20" w:type="dxa"/>
              <w:left w:w="50" w:type="dxa"/>
              <w:bottom w:w="20" w:type="dxa"/>
              <w:right w:w="50" w:type="dxa"/>
            </w:tcMar>
          </w:tcPr>
          <w:p w14:paraId="3E672212" w14:textId="77777777" w:rsidR="00292F36" w:rsidRDefault="00000000">
            <w:r>
              <w:rPr>
                <w:sz w:val="12"/>
              </w:rPr>
              <w:t>0.00304569</w:t>
            </w:r>
          </w:p>
        </w:tc>
        <w:tc>
          <w:tcPr>
            <w:tcW w:w="564" w:type="dxa"/>
            <w:tcMar>
              <w:top w:w="20" w:type="dxa"/>
              <w:left w:w="50" w:type="dxa"/>
              <w:bottom w:w="20" w:type="dxa"/>
              <w:right w:w="50" w:type="dxa"/>
            </w:tcMar>
          </w:tcPr>
          <w:p w14:paraId="1592D080" w14:textId="77777777" w:rsidR="00292F36" w:rsidRDefault="00000000">
            <w:r>
              <w:rPr>
                <w:sz w:val="12"/>
              </w:rPr>
              <w:t>0</w:t>
            </w:r>
          </w:p>
        </w:tc>
        <w:tc>
          <w:tcPr>
            <w:tcW w:w="564" w:type="dxa"/>
            <w:tcMar>
              <w:top w:w="20" w:type="dxa"/>
              <w:left w:w="50" w:type="dxa"/>
              <w:bottom w:w="20" w:type="dxa"/>
              <w:right w:w="50" w:type="dxa"/>
            </w:tcMar>
          </w:tcPr>
          <w:p w14:paraId="3C558EAC" w14:textId="77777777" w:rsidR="00292F36" w:rsidRDefault="00000000">
            <w:r>
              <w:rPr>
                <w:sz w:val="12"/>
              </w:rPr>
              <w:t>0</w:t>
            </w:r>
          </w:p>
        </w:tc>
        <w:tc>
          <w:tcPr>
            <w:tcW w:w="564" w:type="dxa"/>
            <w:tcMar>
              <w:top w:w="20" w:type="dxa"/>
              <w:left w:w="50" w:type="dxa"/>
              <w:bottom w:w="20" w:type="dxa"/>
              <w:right w:w="50" w:type="dxa"/>
            </w:tcMar>
          </w:tcPr>
          <w:p w14:paraId="394F43F6" w14:textId="77777777" w:rsidR="00292F36" w:rsidRDefault="00000000">
            <w:r>
              <w:rPr>
                <w:sz w:val="12"/>
              </w:rPr>
              <w:t>0</w:t>
            </w:r>
          </w:p>
        </w:tc>
        <w:tc>
          <w:tcPr>
            <w:tcW w:w="564" w:type="dxa"/>
            <w:tcMar>
              <w:top w:w="20" w:type="dxa"/>
              <w:left w:w="50" w:type="dxa"/>
              <w:bottom w:w="20" w:type="dxa"/>
              <w:right w:w="50" w:type="dxa"/>
            </w:tcMar>
          </w:tcPr>
          <w:p w14:paraId="30EF084A" w14:textId="77777777" w:rsidR="00292F36" w:rsidRDefault="00000000">
            <w:r>
              <w:rPr>
                <w:sz w:val="12"/>
              </w:rPr>
              <w:t>0</w:t>
            </w:r>
          </w:p>
        </w:tc>
        <w:tc>
          <w:tcPr>
            <w:tcW w:w="564" w:type="dxa"/>
            <w:tcMar>
              <w:top w:w="20" w:type="dxa"/>
              <w:left w:w="50" w:type="dxa"/>
              <w:bottom w:w="20" w:type="dxa"/>
              <w:right w:w="50" w:type="dxa"/>
            </w:tcMar>
          </w:tcPr>
          <w:p w14:paraId="5D1DC324" w14:textId="77777777" w:rsidR="00292F36" w:rsidRDefault="00000000">
            <w:r>
              <w:rPr>
                <w:sz w:val="12"/>
              </w:rPr>
              <w:t>0</w:t>
            </w:r>
          </w:p>
        </w:tc>
        <w:tc>
          <w:tcPr>
            <w:tcW w:w="564" w:type="dxa"/>
            <w:tcMar>
              <w:top w:w="20" w:type="dxa"/>
              <w:left w:w="50" w:type="dxa"/>
              <w:bottom w:w="20" w:type="dxa"/>
              <w:right w:w="50" w:type="dxa"/>
            </w:tcMar>
          </w:tcPr>
          <w:p w14:paraId="59D42820" w14:textId="77777777" w:rsidR="00292F36" w:rsidRDefault="00000000">
            <w:r>
              <w:rPr>
                <w:sz w:val="12"/>
              </w:rPr>
              <w:t>0</w:t>
            </w:r>
          </w:p>
        </w:tc>
        <w:tc>
          <w:tcPr>
            <w:tcW w:w="564" w:type="dxa"/>
            <w:tcMar>
              <w:top w:w="20" w:type="dxa"/>
              <w:left w:w="50" w:type="dxa"/>
              <w:bottom w:w="20" w:type="dxa"/>
              <w:right w:w="50" w:type="dxa"/>
            </w:tcMar>
          </w:tcPr>
          <w:p w14:paraId="3B142A9E" w14:textId="77777777" w:rsidR="00292F36" w:rsidRDefault="00000000">
            <w:r>
              <w:rPr>
                <w:sz w:val="12"/>
              </w:rPr>
              <w:t>0.35454545</w:t>
            </w:r>
          </w:p>
        </w:tc>
        <w:tc>
          <w:tcPr>
            <w:tcW w:w="564" w:type="dxa"/>
            <w:tcMar>
              <w:top w:w="20" w:type="dxa"/>
              <w:left w:w="50" w:type="dxa"/>
              <w:bottom w:w="20" w:type="dxa"/>
              <w:right w:w="50" w:type="dxa"/>
            </w:tcMar>
          </w:tcPr>
          <w:p w14:paraId="0FB3C4D2" w14:textId="77777777" w:rsidR="00292F36" w:rsidRDefault="00000000">
            <w:r>
              <w:rPr>
                <w:sz w:val="12"/>
              </w:rPr>
              <w:t>0.5</w:t>
            </w:r>
          </w:p>
        </w:tc>
        <w:tc>
          <w:tcPr>
            <w:tcW w:w="564" w:type="dxa"/>
            <w:tcMar>
              <w:top w:w="20" w:type="dxa"/>
              <w:left w:w="50" w:type="dxa"/>
              <w:bottom w:w="20" w:type="dxa"/>
              <w:right w:w="50" w:type="dxa"/>
            </w:tcMar>
          </w:tcPr>
          <w:p w14:paraId="7E926275" w14:textId="77777777" w:rsidR="00292F36" w:rsidRDefault="00000000">
            <w:r>
              <w:rPr>
                <w:sz w:val="12"/>
              </w:rPr>
              <w:t>0.00454545</w:t>
            </w:r>
          </w:p>
        </w:tc>
        <w:tc>
          <w:tcPr>
            <w:tcW w:w="564" w:type="dxa"/>
            <w:tcMar>
              <w:top w:w="20" w:type="dxa"/>
              <w:left w:w="50" w:type="dxa"/>
              <w:bottom w:w="20" w:type="dxa"/>
              <w:right w:w="50" w:type="dxa"/>
            </w:tcMar>
          </w:tcPr>
          <w:p w14:paraId="50D82F38" w14:textId="77777777" w:rsidR="00292F36" w:rsidRDefault="00000000">
            <w:r>
              <w:rPr>
                <w:sz w:val="12"/>
              </w:rPr>
              <w:t>0.14090909</w:t>
            </w:r>
          </w:p>
        </w:tc>
        <w:tc>
          <w:tcPr>
            <w:tcW w:w="564" w:type="dxa"/>
            <w:tcMar>
              <w:top w:w="20" w:type="dxa"/>
              <w:left w:w="50" w:type="dxa"/>
              <w:bottom w:w="20" w:type="dxa"/>
              <w:right w:w="50" w:type="dxa"/>
            </w:tcMar>
          </w:tcPr>
          <w:p w14:paraId="109855D5" w14:textId="77777777" w:rsidR="00292F36" w:rsidRDefault="00000000">
            <w:r>
              <w:rPr>
                <w:sz w:val="12"/>
              </w:rPr>
              <w:t>0</w:t>
            </w:r>
          </w:p>
        </w:tc>
      </w:tr>
      <w:tr w:rsidR="00292F36" w14:paraId="58DF2AF2" w14:textId="77777777">
        <w:tc>
          <w:tcPr>
            <w:tcW w:w="564" w:type="dxa"/>
            <w:tcMar>
              <w:top w:w="20" w:type="dxa"/>
              <w:left w:w="50" w:type="dxa"/>
              <w:bottom w:w="20" w:type="dxa"/>
              <w:right w:w="50" w:type="dxa"/>
            </w:tcMar>
          </w:tcPr>
          <w:p w14:paraId="037AA300" w14:textId="77777777" w:rsidR="00292F36" w:rsidRDefault="00000000">
            <w:r>
              <w:rPr>
                <w:sz w:val="12"/>
              </w:rPr>
              <w:t>2018_punta_banda_punta_banda_shallow_1</w:t>
            </w:r>
          </w:p>
        </w:tc>
        <w:tc>
          <w:tcPr>
            <w:tcW w:w="564" w:type="dxa"/>
            <w:tcMar>
              <w:top w:w="20" w:type="dxa"/>
              <w:left w:w="50" w:type="dxa"/>
              <w:bottom w:w="20" w:type="dxa"/>
              <w:right w:w="50" w:type="dxa"/>
            </w:tcMar>
          </w:tcPr>
          <w:p w14:paraId="12CBF618" w14:textId="77777777" w:rsidR="00292F36" w:rsidRDefault="00000000">
            <w:r>
              <w:rPr>
                <w:sz w:val="12"/>
              </w:rPr>
              <w:t>0.41620843</w:t>
            </w:r>
          </w:p>
        </w:tc>
        <w:tc>
          <w:tcPr>
            <w:tcW w:w="564" w:type="dxa"/>
            <w:tcMar>
              <w:top w:w="20" w:type="dxa"/>
              <w:left w:w="50" w:type="dxa"/>
              <w:bottom w:w="20" w:type="dxa"/>
              <w:right w:w="50" w:type="dxa"/>
            </w:tcMar>
          </w:tcPr>
          <w:p w14:paraId="35ACA7F3" w14:textId="77777777" w:rsidR="00292F36" w:rsidRDefault="00000000">
            <w:r>
              <w:rPr>
                <w:sz w:val="12"/>
              </w:rPr>
              <w:t>-0.1286138</w:t>
            </w:r>
          </w:p>
        </w:tc>
        <w:tc>
          <w:tcPr>
            <w:tcW w:w="564" w:type="dxa"/>
            <w:tcMar>
              <w:top w:w="20" w:type="dxa"/>
              <w:left w:w="50" w:type="dxa"/>
              <w:bottom w:w="20" w:type="dxa"/>
              <w:right w:w="50" w:type="dxa"/>
            </w:tcMar>
          </w:tcPr>
          <w:p w14:paraId="3BB3D5B7" w14:textId="77777777" w:rsidR="00292F36" w:rsidRDefault="00000000">
            <w:r>
              <w:rPr>
                <w:sz w:val="12"/>
              </w:rPr>
              <w:t>NA</w:t>
            </w:r>
          </w:p>
        </w:tc>
        <w:tc>
          <w:tcPr>
            <w:tcW w:w="564" w:type="dxa"/>
            <w:tcMar>
              <w:top w:w="20" w:type="dxa"/>
              <w:left w:w="50" w:type="dxa"/>
              <w:bottom w:w="20" w:type="dxa"/>
              <w:right w:w="50" w:type="dxa"/>
            </w:tcMar>
          </w:tcPr>
          <w:p w14:paraId="7D1AAF69" w14:textId="77777777" w:rsidR="00292F36" w:rsidRDefault="00000000">
            <w:r>
              <w:rPr>
                <w:sz w:val="12"/>
              </w:rPr>
              <w:t>NA</w:t>
            </w:r>
          </w:p>
        </w:tc>
        <w:tc>
          <w:tcPr>
            <w:tcW w:w="564" w:type="dxa"/>
            <w:tcMar>
              <w:top w:w="20" w:type="dxa"/>
              <w:left w:w="50" w:type="dxa"/>
              <w:bottom w:w="20" w:type="dxa"/>
              <w:right w:w="50" w:type="dxa"/>
            </w:tcMar>
          </w:tcPr>
          <w:p w14:paraId="03C8387F" w14:textId="77777777" w:rsidR="00292F36" w:rsidRDefault="00000000">
            <w:r>
              <w:rPr>
                <w:sz w:val="12"/>
              </w:rPr>
              <w:t>NA</w:t>
            </w:r>
          </w:p>
        </w:tc>
        <w:tc>
          <w:tcPr>
            <w:tcW w:w="564" w:type="dxa"/>
            <w:tcMar>
              <w:top w:w="20" w:type="dxa"/>
              <w:left w:w="50" w:type="dxa"/>
              <w:bottom w:w="20" w:type="dxa"/>
              <w:right w:w="50" w:type="dxa"/>
            </w:tcMar>
          </w:tcPr>
          <w:p w14:paraId="332C2273" w14:textId="77777777" w:rsidR="00292F36" w:rsidRDefault="00000000">
            <w:r>
              <w:rPr>
                <w:sz w:val="12"/>
              </w:rPr>
              <w:t>NA</w:t>
            </w:r>
          </w:p>
        </w:tc>
        <w:tc>
          <w:tcPr>
            <w:tcW w:w="564" w:type="dxa"/>
            <w:tcMar>
              <w:top w:w="20" w:type="dxa"/>
              <w:left w:w="50" w:type="dxa"/>
              <w:bottom w:w="20" w:type="dxa"/>
              <w:right w:w="50" w:type="dxa"/>
            </w:tcMar>
          </w:tcPr>
          <w:p w14:paraId="3F32661A" w14:textId="77777777" w:rsidR="00292F36" w:rsidRDefault="00000000">
            <w:r>
              <w:rPr>
                <w:sz w:val="12"/>
              </w:rPr>
              <w:t>NA</w:t>
            </w:r>
          </w:p>
        </w:tc>
        <w:tc>
          <w:tcPr>
            <w:tcW w:w="564" w:type="dxa"/>
            <w:tcMar>
              <w:top w:w="20" w:type="dxa"/>
              <w:left w:w="50" w:type="dxa"/>
              <w:bottom w:w="20" w:type="dxa"/>
              <w:right w:w="50" w:type="dxa"/>
            </w:tcMar>
          </w:tcPr>
          <w:p w14:paraId="0B83C280" w14:textId="77777777" w:rsidR="00292F36" w:rsidRDefault="00000000">
            <w:r>
              <w:rPr>
                <w:sz w:val="12"/>
              </w:rPr>
              <w:t>NA</w:t>
            </w:r>
          </w:p>
        </w:tc>
        <w:tc>
          <w:tcPr>
            <w:tcW w:w="564" w:type="dxa"/>
            <w:tcMar>
              <w:top w:w="20" w:type="dxa"/>
              <w:left w:w="50" w:type="dxa"/>
              <w:bottom w:w="20" w:type="dxa"/>
              <w:right w:w="50" w:type="dxa"/>
            </w:tcMar>
          </w:tcPr>
          <w:p w14:paraId="58C94DD0" w14:textId="77777777" w:rsidR="00292F36" w:rsidRDefault="00000000">
            <w:r>
              <w:rPr>
                <w:sz w:val="12"/>
              </w:rPr>
              <w:t>NA</w:t>
            </w:r>
          </w:p>
        </w:tc>
        <w:tc>
          <w:tcPr>
            <w:tcW w:w="564" w:type="dxa"/>
            <w:tcMar>
              <w:top w:w="20" w:type="dxa"/>
              <w:left w:w="50" w:type="dxa"/>
              <w:bottom w:w="20" w:type="dxa"/>
              <w:right w:w="50" w:type="dxa"/>
            </w:tcMar>
          </w:tcPr>
          <w:p w14:paraId="3DBB0FEF" w14:textId="77777777" w:rsidR="00292F36" w:rsidRDefault="00000000">
            <w:r>
              <w:rPr>
                <w:sz w:val="12"/>
              </w:rPr>
              <w:t>NA</w:t>
            </w:r>
          </w:p>
        </w:tc>
        <w:tc>
          <w:tcPr>
            <w:tcW w:w="564" w:type="dxa"/>
            <w:tcMar>
              <w:top w:w="20" w:type="dxa"/>
              <w:left w:w="50" w:type="dxa"/>
              <w:bottom w:w="20" w:type="dxa"/>
              <w:right w:w="50" w:type="dxa"/>
            </w:tcMar>
          </w:tcPr>
          <w:p w14:paraId="4C5F28D4" w14:textId="77777777" w:rsidR="00292F36" w:rsidRDefault="00000000">
            <w:r>
              <w:rPr>
                <w:sz w:val="12"/>
              </w:rPr>
              <w:t>0.17857143</w:t>
            </w:r>
          </w:p>
        </w:tc>
        <w:tc>
          <w:tcPr>
            <w:tcW w:w="564" w:type="dxa"/>
            <w:tcMar>
              <w:top w:w="20" w:type="dxa"/>
              <w:left w:w="50" w:type="dxa"/>
              <w:bottom w:w="20" w:type="dxa"/>
              <w:right w:w="50" w:type="dxa"/>
            </w:tcMar>
          </w:tcPr>
          <w:p w14:paraId="79AE2128" w14:textId="77777777" w:rsidR="00292F36" w:rsidRDefault="00000000">
            <w:r>
              <w:rPr>
                <w:sz w:val="12"/>
              </w:rPr>
              <w:t>0.82142857</w:t>
            </w:r>
          </w:p>
        </w:tc>
        <w:tc>
          <w:tcPr>
            <w:tcW w:w="564" w:type="dxa"/>
            <w:tcMar>
              <w:top w:w="20" w:type="dxa"/>
              <w:left w:w="50" w:type="dxa"/>
              <w:bottom w:w="20" w:type="dxa"/>
              <w:right w:w="50" w:type="dxa"/>
            </w:tcMar>
          </w:tcPr>
          <w:p w14:paraId="283AFB10" w14:textId="77777777" w:rsidR="00292F36" w:rsidRDefault="00000000">
            <w:r>
              <w:rPr>
                <w:sz w:val="12"/>
              </w:rPr>
              <w:t>0</w:t>
            </w:r>
          </w:p>
        </w:tc>
        <w:tc>
          <w:tcPr>
            <w:tcW w:w="564" w:type="dxa"/>
            <w:tcMar>
              <w:top w:w="20" w:type="dxa"/>
              <w:left w:w="50" w:type="dxa"/>
              <w:bottom w:w="20" w:type="dxa"/>
              <w:right w:w="50" w:type="dxa"/>
            </w:tcMar>
          </w:tcPr>
          <w:p w14:paraId="79BE4E21" w14:textId="77777777" w:rsidR="00292F36" w:rsidRDefault="00000000">
            <w:r>
              <w:rPr>
                <w:sz w:val="12"/>
              </w:rPr>
              <w:t>0</w:t>
            </w:r>
          </w:p>
        </w:tc>
        <w:tc>
          <w:tcPr>
            <w:tcW w:w="564" w:type="dxa"/>
            <w:tcMar>
              <w:top w:w="20" w:type="dxa"/>
              <w:left w:w="50" w:type="dxa"/>
              <w:bottom w:w="20" w:type="dxa"/>
              <w:right w:w="50" w:type="dxa"/>
            </w:tcMar>
          </w:tcPr>
          <w:p w14:paraId="14C84678" w14:textId="77777777" w:rsidR="00292F36" w:rsidRDefault="00000000">
            <w:r>
              <w:rPr>
                <w:sz w:val="12"/>
              </w:rPr>
              <w:t>0</w:t>
            </w:r>
          </w:p>
        </w:tc>
        <w:tc>
          <w:tcPr>
            <w:tcW w:w="564" w:type="dxa"/>
            <w:tcMar>
              <w:top w:w="20" w:type="dxa"/>
              <w:left w:w="50" w:type="dxa"/>
              <w:bottom w:w="20" w:type="dxa"/>
              <w:right w:w="50" w:type="dxa"/>
            </w:tcMar>
          </w:tcPr>
          <w:p w14:paraId="62443472" w14:textId="77777777" w:rsidR="00292F36" w:rsidRDefault="00000000">
            <w:r>
              <w:rPr>
                <w:sz w:val="12"/>
              </w:rPr>
              <w:t>0</w:t>
            </w:r>
          </w:p>
        </w:tc>
        <w:tc>
          <w:tcPr>
            <w:tcW w:w="564" w:type="dxa"/>
            <w:tcMar>
              <w:top w:w="20" w:type="dxa"/>
              <w:left w:w="50" w:type="dxa"/>
              <w:bottom w:w="20" w:type="dxa"/>
              <w:right w:w="50" w:type="dxa"/>
            </w:tcMar>
          </w:tcPr>
          <w:p w14:paraId="6D9CE4DC" w14:textId="77777777" w:rsidR="00292F36" w:rsidRDefault="00000000">
            <w:r>
              <w:rPr>
                <w:sz w:val="12"/>
              </w:rPr>
              <w:t>0</w:t>
            </w:r>
          </w:p>
        </w:tc>
        <w:tc>
          <w:tcPr>
            <w:tcW w:w="564" w:type="dxa"/>
            <w:tcMar>
              <w:top w:w="20" w:type="dxa"/>
              <w:left w:w="50" w:type="dxa"/>
              <w:bottom w:w="20" w:type="dxa"/>
              <w:right w:w="50" w:type="dxa"/>
            </w:tcMar>
          </w:tcPr>
          <w:p w14:paraId="3704B7E5" w14:textId="77777777" w:rsidR="00292F36" w:rsidRDefault="00000000">
            <w:r>
              <w:rPr>
                <w:sz w:val="12"/>
              </w:rPr>
              <w:t>0</w:t>
            </w:r>
          </w:p>
        </w:tc>
        <w:tc>
          <w:tcPr>
            <w:tcW w:w="564" w:type="dxa"/>
            <w:tcMar>
              <w:top w:w="20" w:type="dxa"/>
              <w:left w:w="50" w:type="dxa"/>
              <w:bottom w:w="20" w:type="dxa"/>
              <w:right w:w="50" w:type="dxa"/>
            </w:tcMar>
          </w:tcPr>
          <w:p w14:paraId="4B0F9C4A" w14:textId="77777777" w:rsidR="00292F36" w:rsidRDefault="00000000">
            <w:r>
              <w:rPr>
                <w:sz w:val="12"/>
              </w:rPr>
              <w:t>0</w:t>
            </w:r>
          </w:p>
        </w:tc>
        <w:tc>
          <w:tcPr>
            <w:tcW w:w="564" w:type="dxa"/>
            <w:tcMar>
              <w:top w:w="20" w:type="dxa"/>
              <w:left w:w="50" w:type="dxa"/>
              <w:bottom w:w="20" w:type="dxa"/>
              <w:right w:w="50" w:type="dxa"/>
            </w:tcMar>
          </w:tcPr>
          <w:p w14:paraId="30EBA364" w14:textId="77777777" w:rsidR="00292F36" w:rsidRDefault="00000000">
            <w:r>
              <w:rPr>
                <w:sz w:val="12"/>
              </w:rPr>
              <w:t>0.29432624</w:t>
            </w:r>
          </w:p>
        </w:tc>
        <w:tc>
          <w:tcPr>
            <w:tcW w:w="564" w:type="dxa"/>
            <w:tcMar>
              <w:top w:w="20" w:type="dxa"/>
              <w:left w:w="50" w:type="dxa"/>
              <w:bottom w:w="20" w:type="dxa"/>
              <w:right w:w="50" w:type="dxa"/>
            </w:tcMar>
          </w:tcPr>
          <w:p w14:paraId="5AE80B5E" w14:textId="77777777" w:rsidR="00292F36" w:rsidRDefault="00000000">
            <w:r>
              <w:rPr>
                <w:sz w:val="12"/>
              </w:rPr>
              <w:t>0.0141844</w:t>
            </w:r>
          </w:p>
        </w:tc>
        <w:tc>
          <w:tcPr>
            <w:tcW w:w="564" w:type="dxa"/>
            <w:tcMar>
              <w:top w:w="20" w:type="dxa"/>
              <w:left w:w="50" w:type="dxa"/>
              <w:bottom w:w="20" w:type="dxa"/>
              <w:right w:w="50" w:type="dxa"/>
            </w:tcMar>
          </w:tcPr>
          <w:p w14:paraId="1308FF66" w14:textId="77777777" w:rsidR="00292F36" w:rsidRDefault="00000000">
            <w:r>
              <w:rPr>
                <w:sz w:val="12"/>
              </w:rPr>
              <w:t>0</w:t>
            </w:r>
          </w:p>
        </w:tc>
        <w:tc>
          <w:tcPr>
            <w:tcW w:w="564" w:type="dxa"/>
            <w:tcMar>
              <w:top w:w="20" w:type="dxa"/>
              <w:left w:w="50" w:type="dxa"/>
              <w:bottom w:w="20" w:type="dxa"/>
              <w:right w:w="50" w:type="dxa"/>
            </w:tcMar>
          </w:tcPr>
          <w:p w14:paraId="5B3AB542" w14:textId="77777777" w:rsidR="00292F36" w:rsidRDefault="00000000">
            <w:r>
              <w:rPr>
                <w:sz w:val="12"/>
              </w:rPr>
              <w:t>0.0141844</w:t>
            </w:r>
          </w:p>
        </w:tc>
        <w:tc>
          <w:tcPr>
            <w:tcW w:w="564" w:type="dxa"/>
            <w:tcMar>
              <w:top w:w="20" w:type="dxa"/>
              <w:left w:w="50" w:type="dxa"/>
              <w:bottom w:w="20" w:type="dxa"/>
              <w:right w:w="50" w:type="dxa"/>
            </w:tcMar>
          </w:tcPr>
          <w:p w14:paraId="76489092" w14:textId="77777777" w:rsidR="00292F36" w:rsidRDefault="00000000">
            <w:r>
              <w:rPr>
                <w:sz w:val="12"/>
              </w:rPr>
              <w:t>0.67730496</w:t>
            </w:r>
          </w:p>
        </w:tc>
      </w:tr>
      <w:tr w:rsidR="00292F36" w14:paraId="3C9F268D" w14:textId="77777777">
        <w:tc>
          <w:tcPr>
            <w:tcW w:w="564" w:type="dxa"/>
            <w:tcMar>
              <w:top w:w="20" w:type="dxa"/>
              <w:left w:w="50" w:type="dxa"/>
              <w:bottom w:w="20" w:type="dxa"/>
              <w:right w:w="50" w:type="dxa"/>
            </w:tcMar>
          </w:tcPr>
          <w:p w14:paraId="047F7423" w14:textId="77777777" w:rsidR="00292F36" w:rsidRDefault="00000000">
            <w:r>
              <w:rPr>
                <w:sz w:val="12"/>
              </w:rPr>
              <w:t>2018_punta_banda_punta_banda_shallow_2</w:t>
            </w:r>
          </w:p>
        </w:tc>
        <w:tc>
          <w:tcPr>
            <w:tcW w:w="564" w:type="dxa"/>
            <w:tcMar>
              <w:top w:w="20" w:type="dxa"/>
              <w:left w:w="50" w:type="dxa"/>
              <w:bottom w:w="20" w:type="dxa"/>
              <w:right w:w="50" w:type="dxa"/>
            </w:tcMar>
          </w:tcPr>
          <w:p w14:paraId="28971D9C" w14:textId="77777777" w:rsidR="00292F36" w:rsidRDefault="00000000">
            <w:r>
              <w:rPr>
                <w:sz w:val="12"/>
              </w:rPr>
              <w:t>-0.7522445</w:t>
            </w:r>
          </w:p>
        </w:tc>
        <w:tc>
          <w:tcPr>
            <w:tcW w:w="564" w:type="dxa"/>
            <w:tcMar>
              <w:top w:w="20" w:type="dxa"/>
              <w:left w:w="50" w:type="dxa"/>
              <w:bottom w:w="20" w:type="dxa"/>
              <w:right w:w="50" w:type="dxa"/>
            </w:tcMar>
          </w:tcPr>
          <w:p w14:paraId="4857BAAB" w14:textId="77777777" w:rsidR="00292F36" w:rsidRDefault="00000000">
            <w:r>
              <w:rPr>
                <w:sz w:val="12"/>
              </w:rPr>
              <w:t>-0.2029644</w:t>
            </w:r>
          </w:p>
        </w:tc>
        <w:tc>
          <w:tcPr>
            <w:tcW w:w="564" w:type="dxa"/>
            <w:tcMar>
              <w:top w:w="20" w:type="dxa"/>
              <w:left w:w="50" w:type="dxa"/>
              <w:bottom w:w="20" w:type="dxa"/>
              <w:right w:w="50" w:type="dxa"/>
            </w:tcMar>
          </w:tcPr>
          <w:p w14:paraId="68A11985" w14:textId="77777777" w:rsidR="00292F36" w:rsidRDefault="00000000">
            <w:r>
              <w:rPr>
                <w:sz w:val="12"/>
              </w:rPr>
              <w:t>NA</w:t>
            </w:r>
          </w:p>
        </w:tc>
        <w:tc>
          <w:tcPr>
            <w:tcW w:w="564" w:type="dxa"/>
            <w:tcMar>
              <w:top w:w="20" w:type="dxa"/>
              <w:left w:w="50" w:type="dxa"/>
              <w:bottom w:w="20" w:type="dxa"/>
              <w:right w:w="50" w:type="dxa"/>
            </w:tcMar>
          </w:tcPr>
          <w:p w14:paraId="075CF6A3" w14:textId="77777777" w:rsidR="00292F36" w:rsidRDefault="00000000">
            <w:r>
              <w:rPr>
                <w:sz w:val="12"/>
              </w:rPr>
              <w:t>NA</w:t>
            </w:r>
          </w:p>
        </w:tc>
        <w:tc>
          <w:tcPr>
            <w:tcW w:w="564" w:type="dxa"/>
            <w:tcMar>
              <w:top w:w="20" w:type="dxa"/>
              <w:left w:w="50" w:type="dxa"/>
              <w:bottom w:w="20" w:type="dxa"/>
              <w:right w:w="50" w:type="dxa"/>
            </w:tcMar>
          </w:tcPr>
          <w:p w14:paraId="146E6D3C" w14:textId="77777777" w:rsidR="00292F36" w:rsidRDefault="00000000">
            <w:r>
              <w:rPr>
                <w:sz w:val="12"/>
              </w:rPr>
              <w:t>NA</w:t>
            </w:r>
          </w:p>
        </w:tc>
        <w:tc>
          <w:tcPr>
            <w:tcW w:w="564" w:type="dxa"/>
            <w:tcMar>
              <w:top w:w="20" w:type="dxa"/>
              <w:left w:w="50" w:type="dxa"/>
              <w:bottom w:w="20" w:type="dxa"/>
              <w:right w:w="50" w:type="dxa"/>
            </w:tcMar>
          </w:tcPr>
          <w:p w14:paraId="6B615C1A" w14:textId="77777777" w:rsidR="00292F36" w:rsidRDefault="00000000">
            <w:r>
              <w:rPr>
                <w:sz w:val="12"/>
              </w:rPr>
              <w:t>NA</w:t>
            </w:r>
          </w:p>
        </w:tc>
        <w:tc>
          <w:tcPr>
            <w:tcW w:w="564" w:type="dxa"/>
            <w:tcMar>
              <w:top w:w="20" w:type="dxa"/>
              <w:left w:w="50" w:type="dxa"/>
              <w:bottom w:w="20" w:type="dxa"/>
              <w:right w:w="50" w:type="dxa"/>
            </w:tcMar>
          </w:tcPr>
          <w:p w14:paraId="11175253" w14:textId="77777777" w:rsidR="00292F36" w:rsidRDefault="00000000">
            <w:r>
              <w:rPr>
                <w:sz w:val="12"/>
              </w:rPr>
              <w:t>NA</w:t>
            </w:r>
          </w:p>
        </w:tc>
        <w:tc>
          <w:tcPr>
            <w:tcW w:w="564" w:type="dxa"/>
            <w:tcMar>
              <w:top w:w="20" w:type="dxa"/>
              <w:left w:w="50" w:type="dxa"/>
              <w:bottom w:w="20" w:type="dxa"/>
              <w:right w:w="50" w:type="dxa"/>
            </w:tcMar>
          </w:tcPr>
          <w:p w14:paraId="46BDFDD0" w14:textId="77777777" w:rsidR="00292F36" w:rsidRDefault="00000000">
            <w:r>
              <w:rPr>
                <w:sz w:val="12"/>
              </w:rPr>
              <w:t>NA</w:t>
            </w:r>
          </w:p>
        </w:tc>
        <w:tc>
          <w:tcPr>
            <w:tcW w:w="564" w:type="dxa"/>
            <w:tcMar>
              <w:top w:w="20" w:type="dxa"/>
              <w:left w:w="50" w:type="dxa"/>
              <w:bottom w:w="20" w:type="dxa"/>
              <w:right w:w="50" w:type="dxa"/>
            </w:tcMar>
          </w:tcPr>
          <w:p w14:paraId="01BEEF3B" w14:textId="77777777" w:rsidR="00292F36" w:rsidRDefault="00000000">
            <w:r>
              <w:rPr>
                <w:sz w:val="12"/>
              </w:rPr>
              <w:t>NA</w:t>
            </w:r>
          </w:p>
        </w:tc>
        <w:tc>
          <w:tcPr>
            <w:tcW w:w="564" w:type="dxa"/>
            <w:tcMar>
              <w:top w:w="20" w:type="dxa"/>
              <w:left w:w="50" w:type="dxa"/>
              <w:bottom w:w="20" w:type="dxa"/>
              <w:right w:w="50" w:type="dxa"/>
            </w:tcMar>
          </w:tcPr>
          <w:p w14:paraId="14EC55AC" w14:textId="77777777" w:rsidR="00292F36" w:rsidRDefault="00000000">
            <w:r>
              <w:rPr>
                <w:sz w:val="12"/>
              </w:rPr>
              <w:t>NA</w:t>
            </w:r>
          </w:p>
        </w:tc>
        <w:tc>
          <w:tcPr>
            <w:tcW w:w="564" w:type="dxa"/>
            <w:tcMar>
              <w:top w:w="20" w:type="dxa"/>
              <w:left w:w="50" w:type="dxa"/>
              <w:bottom w:w="20" w:type="dxa"/>
              <w:right w:w="50" w:type="dxa"/>
            </w:tcMar>
          </w:tcPr>
          <w:p w14:paraId="499F538B" w14:textId="77777777" w:rsidR="00292F36" w:rsidRDefault="00000000">
            <w:r>
              <w:rPr>
                <w:sz w:val="12"/>
              </w:rPr>
              <w:t>0.92920354</w:t>
            </w:r>
          </w:p>
        </w:tc>
        <w:tc>
          <w:tcPr>
            <w:tcW w:w="564" w:type="dxa"/>
            <w:tcMar>
              <w:top w:w="20" w:type="dxa"/>
              <w:left w:w="50" w:type="dxa"/>
              <w:bottom w:w="20" w:type="dxa"/>
              <w:right w:w="50" w:type="dxa"/>
            </w:tcMar>
          </w:tcPr>
          <w:p w14:paraId="0054E4D9" w14:textId="77777777" w:rsidR="00292F36" w:rsidRDefault="00000000">
            <w:r>
              <w:rPr>
                <w:sz w:val="12"/>
              </w:rPr>
              <w:t>0.07079646</w:t>
            </w:r>
          </w:p>
        </w:tc>
        <w:tc>
          <w:tcPr>
            <w:tcW w:w="564" w:type="dxa"/>
            <w:tcMar>
              <w:top w:w="20" w:type="dxa"/>
              <w:left w:w="50" w:type="dxa"/>
              <w:bottom w:w="20" w:type="dxa"/>
              <w:right w:w="50" w:type="dxa"/>
            </w:tcMar>
          </w:tcPr>
          <w:p w14:paraId="53DC1B25" w14:textId="77777777" w:rsidR="00292F36" w:rsidRDefault="00000000">
            <w:r>
              <w:rPr>
                <w:sz w:val="12"/>
              </w:rPr>
              <w:t>0</w:t>
            </w:r>
          </w:p>
        </w:tc>
        <w:tc>
          <w:tcPr>
            <w:tcW w:w="564" w:type="dxa"/>
            <w:tcMar>
              <w:top w:w="20" w:type="dxa"/>
              <w:left w:w="50" w:type="dxa"/>
              <w:bottom w:w="20" w:type="dxa"/>
              <w:right w:w="50" w:type="dxa"/>
            </w:tcMar>
          </w:tcPr>
          <w:p w14:paraId="3E0A2AC4" w14:textId="77777777" w:rsidR="00292F36" w:rsidRDefault="00000000">
            <w:r>
              <w:rPr>
                <w:sz w:val="12"/>
              </w:rPr>
              <w:t>0</w:t>
            </w:r>
          </w:p>
        </w:tc>
        <w:tc>
          <w:tcPr>
            <w:tcW w:w="564" w:type="dxa"/>
            <w:tcMar>
              <w:top w:w="20" w:type="dxa"/>
              <w:left w:w="50" w:type="dxa"/>
              <w:bottom w:w="20" w:type="dxa"/>
              <w:right w:w="50" w:type="dxa"/>
            </w:tcMar>
          </w:tcPr>
          <w:p w14:paraId="27177EA4" w14:textId="77777777" w:rsidR="00292F36" w:rsidRDefault="00000000">
            <w:r>
              <w:rPr>
                <w:sz w:val="12"/>
              </w:rPr>
              <w:t>0</w:t>
            </w:r>
          </w:p>
        </w:tc>
        <w:tc>
          <w:tcPr>
            <w:tcW w:w="564" w:type="dxa"/>
            <w:tcMar>
              <w:top w:w="20" w:type="dxa"/>
              <w:left w:w="50" w:type="dxa"/>
              <w:bottom w:w="20" w:type="dxa"/>
              <w:right w:w="50" w:type="dxa"/>
            </w:tcMar>
          </w:tcPr>
          <w:p w14:paraId="4B622076" w14:textId="77777777" w:rsidR="00292F36" w:rsidRDefault="00000000">
            <w:r>
              <w:rPr>
                <w:sz w:val="12"/>
              </w:rPr>
              <w:t>0</w:t>
            </w:r>
          </w:p>
        </w:tc>
        <w:tc>
          <w:tcPr>
            <w:tcW w:w="564" w:type="dxa"/>
            <w:tcMar>
              <w:top w:w="20" w:type="dxa"/>
              <w:left w:w="50" w:type="dxa"/>
              <w:bottom w:w="20" w:type="dxa"/>
              <w:right w:w="50" w:type="dxa"/>
            </w:tcMar>
          </w:tcPr>
          <w:p w14:paraId="0E842244" w14:textId="77777777" w:rsidR="00292F36" w:rsidRDefault="00000000">
            <w:r>
              <w:rPr>
                <w:sz w:val="12"/>
              </w:rPr>
              <w:t>0</w:t>
            </w:r>
          </w:p>
        </w:tc>
        <w:tc>
          <w:tcPr>
            <w:tcW w:w="564" w:type="dxa"/>
            <w:tcMar>
              <w:top w:w="20" w:type="dxa"/>
              <w:left w:w="50" w:type="dxa"/>
              <w:bottom w:w="20" w:type="dxa"/>
              <w:right w:w="50" w:type="dxa"/>
            </w:tcMar>
          </w:tcPr>
          <w:p w14:paraId="7E23448B" w14:textId="77777777" w:rsidR="00292F36" w:rsidRDefault="00000000">
            <w:r>
              <w:rPr>
                <w:sz w:val="12"/>
              </w:rPr>
              <w:t>0</w:t>
            </w:r>
          </w:p>
        </w:tc>
        <w:tc>
          <w:tcPr>
            <w:tcW w:w="564" w:type="dxa"/>
            <w:tcMar>
              <w:top w:w="20" w:type="dxa"/>
              <w:left w:w="50" w:type="dxa"/>
              <w:bottom w:w="20" w:type="dxa"/>
              <w:right w:w="50" w:type="dxa"/>
            </w:tcMar>
          </w:tcPr>
          <w:p w14:paraId="2A099164" w14:textId="77777777" w:rsidR="00292F36" w:rsidRDefault="00000000">
            <w:r>
              <w:rPr>
                <w:sz w:val="12"/>
              </w:rPr>
              <w:t>0</w:t>
            </w:r>
          </w:p>
        </w:tc>
        <w:tc>
          <w:tcPr>
            <w:tcW w:w="564" w:type="dxa"/>
            <w:tcMar>
              <w:top w:w="20" w:type="dxa"/>
              <w:left w:w="50" w:type="dxa"/>
              <w:bottom w:w="20" w:type="dxa"/>
              <w:right w:w="50" w:type="dxa"/>
            </w:tcMar>
          </w:tcPr>
          <w:p w14:paraId="4C1B7DC6" w14:textId="77777777" w:rsidR="00292F36" w:rsidRDefault="00000000">
            <w:r>
              <w:rPr>
                <w:sz w:val="12"/>
              </w:rPr>
              <w:t>0.3030303</w:t>
            </w:r>
          </w:p>
        </w:tc>
        <w:tc>
          <w:tcPr>
            <w:tcW w:w="564" w:type="dxa"/>
            <w:tcMar>
              <w:top w:w="20" w:type="dxa"/>
              <w:left w:w="50" w:type="dxa"/>
              <w:bottom w:w="20" w:type="dxa"/>
              <w:right w:w="50" w:type="dxa"/>
            </w:tcMar>
          </w:tcPr>
          <w:p w14:paraId="55B4E39A" w14:textId="77777777" w:rsidR="00292F36" w:rsidRDefault="00000000">
            <w:r>
              <w:rPr>
                <w:sz w:val="12"/>
              </w:rPr>
              <w:t>0.00757576</w:t>
            </w:r>
          </w:p>
        </w:tc>
        <w:tc>
          <w:tcPr>
            <w:tcW w:w="564" w:type="dxa"/>
            <w:tcMar>
              <w:top w:w="20" w:type="dxa"/>
              <w:left w:w="50" w:type="dxa"/>
              <w:bottom w:w="20" w:type="dxa"/>
              <w:right w:w="50" w:type="dxa"/>
            </w:tcMar>
          </w:tcPr>
          <w:p w14:paraId="178C8083" w14:textId="77777777" w:rsidR="00292F36" w:rsidRDefault="00000000">
            <w:r>
              <w:rPr>
                <w:sz w:val="12"/>
              </w:rPr>
              <w:t>0.63636364</w:t>
            </w:r>
          </w:p>
        </w:tc>
        <w:tc>
          <w:tcPr>
            <w:tcW w:w="564" w:type="dxa"/>
            <w:tcMar>
              <w:top w:w="20" w:type="dxa"/>
              <w:left w:w="50" w:type="dxa"/>
              <w:bottom w:w="20" w:type="dxa"/>
              <w:right w:w="50" w:type="dxa"/>
            </w:tcMar>
          </w:tcPr>
          <w:p w14:paraId="042AD4D8" w14:textId="77777777" w:rsidR="00292F36" w:rsidRDefault="00000000">
            <w:r>
              <w:rPr>
                <w:sz w:val="12"/>
              </w:rPr>
              <w:t>0.0530303</w:t>
            </w:r>
          </w:p>
        </w:tc>
        <w:tc>
          <w:tcPr>
            <w:tcW w:w="564" w:type="dxa"/>
            <w:tcMar>
              <w:top w:w="20" w:type="dxa"/>
              <w:left w:w="50" w:type="dxa"/>
              <w:bottom w:w="20" w:type="dxa"/>
              <w:right w:w="50" w:type="dxa"/>
            </w:tcMar>
          </w:tcPr>
          <w:p w14:paraId="7A341F3B" w14:textId="77777777" w:rsidR="00292F36" w:rsidRDefault="00000000">
            <w:r>
              <w:rPr>
                <w:sz w:val="12"/>
              </w:rPr>
              <w:t>0</w:t>
            </w:r>
          </w:p>
        </w:tc>
      </w:tr>
      <w:tr w:rsidR="00292F36" w14:paraId="20D47FEB" w14:textId="77777777">
        <w:tc>
          <w:tcPr>
            <w:tcW w:w="564" w:type="dxa"/>
            <w:tcMar>
              <w:top w:w="20" w:type="dxa"/>
              <w:left w:w="50" w:type="dxa"/>
              <w:bottom w:w="20" w:type="dxa"/>
              <w:right w:w="50" w:type="dxa"/>
            </w:tcMar>
          </w:tcPr>
          <w:p w14:paraId="4096BC53" w14:textId="77777777" w:rsidR="00292F36" w:rsidRDefault="00000000">
            <w:r>
              <w:rPr>
                <w:sz w:val="12"/>
              </w:rPr>
              <w:t>2018_san_miguel_san_miguel_3ms_deep_1</w:t>
            </w:r>
          </w:p>
        </w:tc>
        <w:tc>
          <w:tcPr>
            <w:tcW w:w="564" w:type="dxa"/>
            <w:tcMar>
              <w:top w:w="20" w:type="dxa"/>
              <w:left w:w="50" w:type="dxa"/>
              <w:bottom w:w="20" w:type="dxa"/>
              <w:right w:w="50" w:type="dxa"/>
            </w:tcMar>
          </w:tcPr>
          <w:p w14:paraId="71C39278" w14:textId="77777777" w:rsidR="00292F36" w:rsidRDefault="00000000">
            <w:r>
              <w:rPr>
                <w:sz w:val="12"/>
              </w:rPr>
              <w:t>0.58856547</w:t>
            </w:r>
          </w:p>
        </w:tc>
        <w:tc>
          <w:tcPr>
            <w:tcW w:w="564" w:type="dxa"/>
            <w:tcMar>
              <w:top w:w="20" w:type="dxa"/>
              <w:left w:w="50" w:type="dxa"/>
              <w:bottom w:w="20" w:type="dxa"/>
              <w:right w:w="50" w:type="dxa"/>
            </w:tcMar>
          </w:tcPr>
          <w:p w14:paraId="76D6E905" w14:textId="77777777" w:rsidR="00292F36" w:rsidRDefault="00000000">
            <w:r>
              <w:rPr>
                <w:sz w:val="12"/>
              </w:rPr>
              <w:t>-0.309923</w:t>
            </w:r>
          </w:p>
        </w:tc>
        <w:tc>
          <w:tcPr>
            <w:tcW w:w="564" w:type="dxa"/>
            <w:tcMar>
              <w:top w:w="20" w:type="dxa"/>
              <w:left w:w="50" w:type="dxa"/>
              <w:bottom w:w="20" w:type="dxa"/>
              <w:right w:w="50" w:type="dxa"/>
            </w:tcMar>
          </w:tcPr>
          <w:p w14:paraId="2DB66685" w14:textId="77777777" w:rsidR="00292F36" w:rsidRDefault="00000000">
            <w:r>
              <w:rPr>
                <w:sz w:val="12"/>
              </w:rPr>
              <w:t>2018</w:t>
            </w:r>
          </w:p>
        </w:tc>
        <w:tc>
          <w:tcPr>
            <w:tcW w:w="564" w:type="dxa"/>
            <w:tcMar>
              <w:top w:w="20" w:type="dxa"/>
              <w:left w:w="50" w:type="dxa"/>
              <w:bottom w:w="20" w:type="dxa"/>
              <w:right w:w="50" w:type="dxa"/>
            </w:tcMar>
          </w:tcPr>
          <w:p w14:paraId="4987BFFA" w14:textId="77777777" w:rsidR="00292F36" w:rsidRDefault="00000000">
            <w:r>
              <w:rPr>
                <w:sz w:val="12"/>
              </w:rPr>
              <w:t>ensenada</w:t>
            </w:r>
          </w:p>
        </w:tc>
        <w:tc>
          <w:tcPr>
            <w:tcW w:w="564" w:type="dxa"/>
            <w:tcMar>
              <w:top w:w="20" w:type="dxa"/>
              <w:left w:w="50" w:type="dxa"/>
              <w:bottom w:w="20" w:type="dxa"/>
              <w:right w:w="50" w:type="dxa"/>
            </w:tcMar>
          </w:tcPr>
          <w:p w14:paraId="77DCB47B" w14:textId="77777777" w:rsidR="00292F36" w:rsidRDefault="00000000">
            <w:r>
              <w:rPr>
                <w:sz w:val="12"/>
              </w:rPr>
              <w:t>North</w:t>
            </w:r>
          </w:p>
        </w:tc>
        <w:tc>
          <w:tcPr>
            <w:tcW w:w="564" w:type="dxa"/>
            <w:tcMar>
              <w:top w:w="20" w:type="dxa"/>
              <w:left w:w="50" w:type="dxa"/>
              <w:bottom w:w="20" w:type="dxa"/>
              <w:right w:w="50" w:type="dxa"/>
            </w:tcMar>
          </w:tcPr>
          <w:p w14:paraId="6904CAA4" w14:textId="77777777" w:rsidR="00292F36" w:rsidRDefault="00000000">
            <w:r>
              <w:rPr>
                <w:sz w:val="12"/>
              </w:rPr>
              <w:t>san_miguel</w:t>
            </w:r>
          </w:p>
        </w:tc>
        <w:tc>
          <w:tcPr>
            <w:tcW w:w="564" w:type="dxa"/>
            <w:tcMar>
              <w:top w:w="20" w:type="dxa"/>
              <w:left w:w="50" w:type="dxa"/>
              <w:bottom w:w="20" w:type="dxa"/>
              <w:right w:w="50" w:type="dxa"/>
            </w:tcMar>
          </w:tcPr>
          <w:p w14:paraId="77DEEE6F" w14:textId="77777777" w:rsidR="00292F36" w:rsidRDefault="00000000">
            <w:r>
              <w:rPr>
                <w:sz w:val="12"/>
              </w:rPr>
              <w:t>san_miguel_3ms_deep</w:t>
            </w:r>
          </w:p>
        </w:tc>
        <w:tc>
          <w:tcPr>
            <w:tcW w:w="564" w:type="dxa"/>
            <w:tcMar>
              <w:top w:w="20" w:type="dxa"/>
              <w:left w:w="50" w:type="dxa"/>
              <w:bottom w:w="20" w:type="dxa"/>
              <w:right w:w="50" w:type="dxa"/>
            </w:tcMar>
          </w:tcPr>
          <w:p w14:paraId="3E6E1801" w14:textId="77777777" w:rsidR="00292F36" w:rsidRDefault="00000000">
            <w:r>
              <w:rPr>
                <w:sz w:val="12"/>
              </w:rPr>
              <w:t>9</w:t>
            </w:r>
          </w:p>
        </w:tc>
        <w:tc>
          <w:tcPr>
            <w:tcW w:w="564" w:type="dxa"/>
            <w:tcMar>
              <w:top w:w="20" w:type="dxa"/>
              <w:left w:w="50" w:type="dxa"/>
              <w:bottom w:w="20" w:type="dxa"/>
              <w:right w:w="50" w:type="dxa"/>
            </w:tcMar>
          </w:tcPr>
          <w:p w14:paraId="209BA59F" w14:textId="77777777" w:rsidR="00292F36" w:rsidRDefault="00000000">
            <w:r>
              <w:rPr>
                <w:sz w:val="12"/>
              </w:rPr>
              <w:t>15.7799997</w:t>
            </w:r>
          </w:p>
        </w:tc>
        <w:tc>
          <w:tcPr>
            <w:tcW w:w="564" w:type="dxa"/>
            <w:tcMar>
              <w:top w:w="20" w:type="dxa"/>
              <w:left w:w="50" w:type="dxa"/>
              <w:bottom w:w="20" w:type="dxa"/>
              <w:right w:w="50" w:type="dxa"/>
            </w:tcMar>
          </w:tcPr>
          <w:p w14:paraId="0E2D94A3" w14:textId="77777777" w:rsidR="00292F36" w:rsidRDefault="00000000">
            <w:r>
              <w:rPr>
                <w:sz w:val="12"/>
              </w:rPr>
              <w:t>0.17929815</w:t>
            </w:r>
          </w:p>
        </w:tc>
        <w:tc>
          <w:tcPr>
            <w:tcW w:w="564" w:type="dxa"/>
            <w:tcMar>
              <w:top w:w="20" w:type="dxa"/>
              <w:left w:w="50" w:type="dxa"/>
              <w:bottom w:w="20" w:type="dxa"/>
              <w:right w:w="50" w:type="dxa"/>
            </w:tcMar>
          </w:tcPr>
          <w:p w14:paraId="05ABFCD2" w14:textId="77777777" w:rsidR="00292F36" w:rsidRDefault="00000000">
            <w:r>
              <w:rPr>
                <w:sz w:val="12"/>
              </w:rPr>
              <w:t>0</w:t>
            </w:r>
          </w:p>
        </w:tc>
        <w:tc>
          <w:tcPr>
            <w:tcW w:w="564" w:type="dxa"/>
            <w:tcMar>
              <w:top w:w="20" w:type="dxa"/>
              <w:left w:w="50" w:type="dxa"/>
              <w:bottom w:w="20" w:type="dxa"/>
              <w:right w:w="50" w:type="dxa"/>
            </w:tcMar>
          </w:tcPr>
          <w:p w14:paraId="320EC255" w14:textId="77777777" w:rsidR="00292F36" w:rsidRDefault="00000000">
            <w:r>
              <w:rPr>
                <w:sz w:val="12"/>
              </w:rPr>
              <w:t>1</w:t>
            </w:r>
          </w:p>
        </w:tc>
        <w:tc>
          <w:tcPr>
            <w:tcW w:w="564" w:type="dxa"/>
            <w:tcMar>
              <w:top w:w="20" w:type="dxa"/>
              <w:left w:w="50" w:type="dxa"/>
              <w:bottom w:w="20" w:type="dxa"/>
              <w:right w:w="50" w:type="dxa"/>
            </w:tcMar>
          </w:tcPr>
          <w:p w14:paraId="7B41F9A3" w14:textId="77777777" w:rsidR="00292F36" w:rsidRDefault="00000000">
            <w:r>
              <w:rPr>
                <w:sz w:val="12"/>
              </w:rPr>
              <w:t>0</w:t>
            </w:r>
          </w:p>
        </w:tc>
        <w:tc>
          <w:tcPr>
            <w:tcW w:w="564" w:type="dxa"/>
            <w:tcMar>
              <w:top w:w="20" w:type="dxa"/>
              <w:left w:w="50" w:type="dxa"/>
              <w:bottom w:w="20" w:type="dxa"/>
              <w:right w:w="50" w:type="dxa"/>
            </w:tcMar>
          </w:tcPr>
          <w:p w14:paraId="2D12DC59" w14:textId="77777777" w:rsidR="00292F36" w:rsidRDefault="00000000">
            <w:r>
              <w:rPr>
                <w:sz w:val="12"/>
              </w:rPr>
              <w:t>0</w:t>
            </w:r>
          </w:p>
        </w:tc>
        <w:tc>
          <w:tcPr>
            <w:tcW w:w="564" w:type="dxa"/>
            <w:tcMar>
              <w:top w:w="20" w:type="dxa"/>
              <w:left w:w="50" w:type="dxa"/>
              <w:bottom w:w="20" w:type="dxa"/>
              <w:right w:w="50" w:type="dxa"/>
            </w:tcMar>
          </w:tcPr>
          <w:p w14:paraId="479C1F05" w14:textId="77777777" w:rsidR="00292F36" w:rsidRDefault="00000000">
            <w:r>
              <w:rPr>
                <w:sz w:val="12"/>
              </w:rPr>
              <w:t>0</w:t>
            </w:r>
          </w:p>
        </w:tc>
        <w:tc>
          <w:tcPr>
            <w:tcW w:w="564" w:type="dxa"/>
            <w:tcMar>
              <w:top w:w="20" w:type="dxa"/>
              <w:left w:w="50" w:type="dxa"/>
              <w:bottom w:w="20" w:type="dxa"/>
              <w:right w:w="50" w:type="dxa"/>
            </w:tcMar>
          </w:tcPr>
          <w:p w14:paraId="4B5ED0BE" w14:textId="77777777" w:rsidR="00292F36" w:rsidRDefault="00000000">
            <w:r>
              <w:rPr>
                <w:sz w:val="12"/>
              </w:rPr>
              <w:t>0</w:t>
            </w:r>
          </w:p>
        </w:tc>
        <w:tc>
          <w:tcPr>
            <w:tcW w:w="564" w:type="dxa"/>
            <w:tcMar>
              <w:top w:w="20" w:type="dxa"/>
              <w:left w:w="50" w:type="dxa"/>
              <w:bottom w:w="20" w:type="dxa"/>
              <w:right w:w="50" w:type="dxa"/>
            </w:tcMar>
          </w:tcPr>
          <w:p w14:paraId="0F7ADF45" w14:textId="77777777" w:rsidR="00292F36" w:rsidRDefault="00000000">
            <w:r>
              <w:rPr>
                <w:sz w:val="12"/>
              </w:rPr>
              <w:t>0</w:t>
            </w:r>
          </w:p>
        </w:tc>
        <w:tc>
          <w:tcPr>
            <w:tcW w:w="564" w:type="dxa"/>
            <w:tcMar>
              <w:top w:w="20" w:type="dxa"/>
              <w:left w:w="50" w:type="dxa"/>
              <w:bottom w:w="20" w:type="dxa"/>
              <w:right w:w="50" w:type="dxa"/>
            </w:tcMar>
          </w:tcPr>
          <w:p w14:paraId="77D41029" w14:textId="77777777" w:rsidR="00292F36" w:rsidRDefault="00000000">
            <w:r>
              <w:rPr>
                <w:sz w:val="12"/>
              </w:rPr>
              <w:t>0</w:t>
            </w:r>
          </w:p>
        </w:tc>
        <w:tc>
          <w:tcPr>
            <w:tcW w:w="564" w:type="dxa"/>
            <w:tcMar>
              <w:top w:w="20" w:type="dxa"/>
              <w:left w:w="50" w:type="dxa"/>
              <w:bottom w:w="20" w:type="dxa"/>
              <w:right w:w="50" w:type="dxa"/>
            </w:tcMar>
          </w:tcPr>
          <w:p w14:paraId="1D7CFAA5" w14:textId="77777777" w:rsidR="00292F36" w:rsidRDefault="00000000">
            <w:r>
              <w:rPr>
                <w:sz w:val="12"/>
              </w:rPr>
              <w:t>0.03508772</w:t>
            </w:r>
          </w:p>
        </w:tc>
        <w:tc>
          <w:tcPr>
            <w:tcW w:w="564" w:type="dxa"/>
            <w:tcMar>
              <w:top w:w="20" w:type="dxa"/>
              <w:left w:w="50" w:type="dxa"/>
              <w:bottom w:w="20" w:type="dxa"/>
              <w:right w:w="50" w:type="dxa"/>
            </w:tcMar>
          </w:tcPr>
          <w:p w14:paraId="5EA84842" w14:textId="77777777" w:rsidR="00292F36" w:rsidRDefault="00000000">
            <w:r>
              <w:rPr>
                <w:sz w:val="12"/>
              </w:rPr>
              <w:t>0.56140351</w:t>
            </w:r>
          </w:p>
        </w:tc>
        <w:tc>
          <w:tcPr>
            <w:tcW w:w="564" w:type="dxa"/>
            <w:tcMar>
              <w:top w:w="20" w:type="dxa"/>
              <w:left w:w="50" w:type="dxa"/>
              <w:bottom w:w="20" w:type="dxa"/>
              <w:right w:w="50" w:type="dxa"/>
            </w:tcMar>
          </w:tcPr>
          <w:p w14:paraId="78E8EE48" w14:textId="77777777" w:rsidR="00292F36" w:rsidRDefault="00000000">
            <w:r>
              <w:rPr>
                <w:sz w:val="12"/>
              </w:rPr>
              <w:t>0.1754386</w:t>
            </w:r>
          </w:p>
        </w:tc>
        <w:tc>
          <w:tcPr>
            <w:tcW w:w="564" w:type="dxa"/>
            <w:tcMar>
              <w:top w:w="20" w:type="dxa"/>
              <w:left w:w="50" w:type="dxa"/>
              <w:bottom w:w="20" w:type="dxa"/>
              <w:right w:w="50" w:type="dxa"/>
            </w:tcMar>
          </w:tcPr>
          <w:p w14:paraId="1B0A25FD" w14:textId="77777777" w:rsidR="00292F36" w:rsidRDefault="00000000">
            <w:r>
              <w:rPr>
                <w:sz w:val="12"/>
              </w:rPr>
              <w:t>0.01754386</w:t>
            </w:r>
          </w:p>
        </w:tc>
        <w:tc>
          <w:tcPr>
            <w:tcW w:w="564" w:type="dxa"/>
            <w:tcMar>
              <w:top w:w="20" w:type="dxa"/>
              <w:left w:w="50" w:type="dxa"/>
              <w:bottom w:w="20" w:type="dxa"/>
              <w:right w:w="50" w:type="dxa"/>
            </w:tcMar>
          </w:tcPr>
          <w:p w14:paraId="6F6008B0" w14:textId="77777777" w:rsidR="00292F36" w:rsidRDefault="00000000">
            <w:r>
              <w:rPr>
                <w:sz w:val="12"/>
              </w:rPr>
              <w:t>0</w:t>
            </w:r>
          </w:p>
        </w:tc>
        <w:tc>
          <w:tcPr>
            <w:tcW w:w="564" w:type="dxa"/>
            <w:tcMar>
              <w:top w:w="20" w:type="dxa"/>
              <w:left w:w="50" w:type="dxa"/>
              <w:bottom w:w="20" w:type="dxa"/>
              <w:right w:w="50" w:type="dxa"/>
            </w:tcMar>
          </w:tcPr>
          <w:p w14:paraId="523A4777" w14:textId="77777777" w:rsidR="00292F36" w:rsidRDefault="00000000">
            <w:r>
              <w:rPr>
                <w:sz w:val="12"/>
              </w:rPr>
              <w:t>0.21052632</w:t>
            </w:r>
          </w:p>
        </w:tc>
      </w:tr>
      <w:tr w:rsidR="00292F36" w14:paraId="13339165" w14:textId="77777777">
        <w:tc>
          <w:tcPr>
            <w:tcW w:w="564" w:type="dxa"/>
            <w:tcMar>
              <w:top w:w="20" w:type="dxa"/>
              <w:left w:w="50" w:type="dxa"/>
              <w:bottom w:w="20" w:type="dxa"/>
              <w:right w:w="50" w:type="dxa"/>
            </w:tcMar>
          </w:tcPr>
          <w:p w14:paraId="133C0C20" w14:textId="77777777" w:rsidR="00292F36" w:rsidRDefault="00000000">
            <w:r>
              <w:rPr>
                <w:sz w:val="12"/>
              </w:rPr>
              <w:t>2018_san_miguel_san_miguel_3m</w:t>
            </w:r>
            <w:r>
              <w:rPr>
                <w:sz w:val="12"/>
              </w:rPr>
              <w:lastRenderedPageBreak/>
              <w:t>s_deep_2</w:t>
            </w:r>
          </w:p>
        </w:tc>
        <w:tc>
          <w:tcPr>
            <w:tcW w:w="564" w:type="dxa"/>
            <w:tcMar>
              <w:top w:w="20" w:type="dxa"/>
              <w:left w:w="50" w:type="dxa"/>
              <w:bottom w:w="20" w:type="dxa"/>
              <w:right w:w="50" w:type="dxa"/>
            </w:tcMar>
          </w:tcPr>
          <w:p w14:paraId="01A9F27C" w14:textId="77777777" w:rsidR="00292F36" w:rsidRDefault="00000000">
            <w:r>
              <w:rPr>
                <w:sz w:val="12"/>
              </w:rPr>
              <w:lastRenderedPageBreak/>
              <w:t>0.63750249</w:t>
            </w:r>
          </w:p>
        </w:tc>
        <w:tc>
          <w:tcPr>
            <w:tcW w:w="564" w:type="dxa"/>
            <w:tcMar>
              <w:top w:w="20" w:type="dxa"/>
              <w:left w:w="50" w:type="dxa"/>
              <w:bottom w:w="20" w:type="dxa"/>
              <w:right w:w="50" w:type="dxa"/>
            </w:tcMar>
          </w:tcPr>
          <w:p w14:paraId="6FC81DC4" w14:textId="77777777" w:rsidR="00292F36" w:rsidRDefault="00000000">
            <w:r>
              <w:rPr>
                <w:sz w:val="12"/>
              </w:rPr>
              <w:t>-0.4086291</w:t>
            </w:r>
          </w:p>
        </w:tc>
        <w:tc>
          <w:tcPr>
            <w:tcW w:w="564" w:type="dxa"/>
            <w:tcMar>
              <w:top w:w="20" w:type="dxa"/>
              <w:left w:w="50" w:type="dxa"/>
              <w:bottom w:w="20" w:type="dxa"/>
              <w:right w:w="50" w:type="dxa"/>
            </w:tcMar>
          </w:tcPr>
          <w:p w14:paraId="6B2AD42C" w14:textId="77777777" w:rsidR="00292F36" w:rsidRDefault="00000000">
            <w:r>
              <w:rPr>
                <w:sz w:val="12"/>
              </w:rPr>
              <w:t>2018</w:t>
            </w:r>
          </w:p>
        </w:tc>
        <w:tc>
          <w:tcPr>
            <w:tcW w:w="564" w:type="dxa"/>
            <w:tcMar>
              <w:top w:w="20" w:type="dxa"/>
              <w:left w:w="50" w:type="dxa"/>
              <w:bottom w:w="20" w:type="dxa"/>
              <w:right w:w="50" w:type="dxa"/>
            </w:tcMar>
          </w:tcPr>
          <w:p w14:paraId="651A9DD5" w14:textId="77777777" w:rsidR="00292F36" w:rsidRDefault="00000000">
            <w:r>
              <w:rPr>
                <w:sz w:val="12"/>
              </w:rPr>
              <w:t>ensenada</w:t>
            </w:r>
          </w:p>
        </w:tc>
        <w:tc>
          <w:tcPr>
            <w:tcW w:w="564" w:type="dxa"/>
            <w:tcMar>
              <w:top w:w="20" w:type="dxa"/>
              <w:left w:w="50" w:type="dxa"/>
              <w:bottom w:w="20" w:type="dxa"/>
              <w:right w:w="50" w:type="dxa"/>
            </w:tcMar>
          </w:tcPr>
          <w:p w14:paraId="4925EC57" w14:textId="77777777" w:rsidR="00292F36" w:rsidRDefault="00000000">
            <w:r>
              <w:rPr>
                <w:sz w:val="12"/>
              </w:rPr>
              <w:t>North</w:t>
            </w:r>
          </w:p>
        </w:tc>
        <w:tc>
          <w:tcPr>
            <w:tcW w:w="564" w:type="dxa"/>
            <w:tcMar>
              <w:top w:w="20" w:type="dxa"/>
              <w:left w:w="50" w:type="dxa"/>
              <w:bottom w:w="20" w:type="dxa"/>
              <w:right w:w="50" w:type="dxa"/>
            </w:tcMar>
          </w:tcPr>
          <w:p w14:paraId="4EE89807" w14:textId="77777777" w:rsidR="00292F36" w:rsidRDefault="00000000">
            <w:r>
              <w:rPr>
                <w:sz w:val="12"/>
              </w:rPr>
              <w:t>san_miguel</w:t>
            </w:r>
          </w:p>
        </w:tc>
        <w:tc>
          <w:tcPr>
            <w:tcW w:w="564" w:type="dxa"/>
            <w:tcMar>
              <w:top w:w="20" w:type="dxa"/>
              <w:left w:w="50" w:type="dxa"/>
              <w:bottom w:w="20" w:type="dxa"/>
              <w:right w:w="50" w:type="dxa"/>
            </w:tcMar>
          </w:tcPr>
          <w:p w14:paraId="4C1D16E4" w14:textId="77777777" w:rsidR="00292F36" w:rsidRDefault="00000000">
            <w:r>
              <w:rPr>
                <w:sz w:val="12"/>
              </w:rPr>
              <w:t>san_miguel_3ms_deep</w:t>
            </w:r>
          </w:p>
        </w:tc>
        <w:tc>
          <w:tcPr>
            <w:tcW w:w="564" w:type="dxa"/>
            <w:tcMar>
              <w:top w:w="20" w:type="dxa"/>
              <w:left w:w="50" w:type="dxa"/>
              <w:bottom w:w="20" w:type="dxa"/>
              <w:right w:w="50" w:type="dxa"/>
            </w:tcMar>
          </w:tcPr>
          <w:p w14:paraId="1303F436" w14:textId="77777777" w:rsidR="00292F36" w:rsidRDefault="00000000">
            <w:r>
              <w:rPr>
                <w:sz w:val="12"/>
              </w:rPr>
              <w:t>9</w:t>
            </w:r>
          </w:p>
        </w:tc>
        <w:tc>
          <w:tcPr>
            <w:tcW w:w="564" w:type="dxa"/>
            <w:tcMar>
              <w:top w:w="20" w:type="dxa"/>
              <w:left w:w="50" w:type="dxa"/>
              <w:bottom w:w="20" w:type="dxa"/>
              <w:right w:w="50" w:type="dxa"/>
            </w:tcMar>
          </w:tcPr>
          <w:p w14:paraId="19BC64C1" w14:textId="77777777" w:rsidR="00292F36" w:rsidRDefault="00000000">
            <w:r>
              <w:rPr>
                <w:sz w:val="12"/>
              </w:rPr>
              <w:t>15.7799997</w:t>
            </w:r>
          </w:p>
        </w:tc>
        <w:tc>
          <w:tcPr>
            <w:tcW w:w="564" w:type="dxa"/>
            <w:tcMar>
              <w:top w:w="20" w:type="dxa"/>
              <w:left w:w="50" w:type="dxa"/>
              <w:bottom w:w="20" w:type="dxa"/>
              <w:right w:w="50" w:type="dxa"/>
            </w:tcMar>
          </w:tcPr>
          <w:p w14:paraId="6B720F3C" w14:textId="77777777" w:rsidR="00292F36" w:rsidRDefault="00000000">
            <w:r>
              <w:rPr>
                <w:sz w:val="12"/>
              </w:rPr>
              <w:t>0.17929815</w:t>
            </w:r>
          </w:p>
        </w:tc>
        <w:tc>
          <w:tcPr>
            <w:tcW w:w="564" w:type="dxa"/>
            <w:tcMar>
              <w:top w:w="20" w:type="dxa"/>
              <w:left w:w="50" w:type="dxa"/>
              <w:bottom w:w="20" w:type="dxa"/>
              <w:right w:w="50" w:type="dxa"/>
            </w:tcMar>
          </w:tcPr>
          <w:p w14:paraId="11BF69CF" w14:textId="77777777" w:rsidR="00292F36" w:rsidRDefault="00000000">
            <w:r>
              <w:rPr>
                <w:sz w:val="12"/>
              </w:rPr>
              <w:t>0</w:t>
            </w:r>
          </w:p>
        </w:tc>
        <w:tc>
          <w:tcPr>
            <w:tcW w:w="564" w:type="dxa"/>
            <w:tcMar>
              <w:top w:w="20" w:type="dxa"/>
              <w:left w:w="50" w:type="dxa"/>
              <w:bottom w:w="20" w:type="dxa"/>
              <w:right w:w="50" w:type="dxa"/>
            </w:tcMar>
          </w:tcPr>
          <w:p w14:paraId="774AEB29" w14:textId="77777777" w:rsidR="00292F36" w:rsidRDefault="00000000">
            <w:r>
              <w:rPr>
                <w:sz w:val="12"/>
              </w:rPr>
              <w:t>1</w:t>
            </w:r>
          </w:p>
        </w:tc>
        <w:tc>
          <w:tcPr>
            <w:tcW w:w="564" w:type="dxa"/>
            <w:tcMar>
              <w:top w:w="20" w:type="dxa"/>
              <w:left w:w="50" w:type="dxa"/>
              <w:bottom w:w="20" w:type="dxa"/>
              <w:right w:w="50" w:type="dxa"/>
            </w:tcMar>
          </w:tcPr>
          <w:p w14:paraId="102C703E" w14:textId="77777777" w:rsidR="00292F36" w:rsidRDefault="00000000">
            <w:r>
              <w:rPr>
                <w:sz w:val="12"/>
              </w:rPr>
              <w:t>0</w:t>
            </w:r>
          </w:p>
        </w:tc>
        <w:tc>
          <w:tcPr>
            <w:tcW w:w="564" w:type="dxa"/>
            <w:tcMar>
              <w:top w:w="20" w:type="dxa"/>
              <w:left w:w="50" w:type="dxa"/>
              <w:bottom w:w="20" w:type="dxa"/>
              <w:right w:w="50" w:type="dxa"/>
            </w:tcMar>
          </w:tcPr>
          <w:p w14:paraId="13DAC707" w14:textId="77777777" w:rsidR="00292F36" w:rsidRDefault="00000000">
            <w:r>
              <w:rPr>
                <w:sz w:val="12"/>
              </w:rPr>
              <w:t>0</w:t>
            </w:r>
          </w:p>
        </w:tc>
        <w:tc>
          <w:tcPr>
            <w:tcW w:w="564" w:type="dxa"/>
            <w:tcMar>
              <w:top w:w="20" w:type="dxa"/>
              <w:left w:w="50" w:type="dxa"/>
              <w:bottom w:w="20" w:type="dxa"/>
              <w:right w:w="50" w:type="dxa"/>
            </w:tcMar>
          </w:tcPr>
          <w:p w14:paraId="4B121C7A" w14:textId="77777777" w:rsidR="00292F36" w:rsidRDefault="00000000">
            <w:r>
              <w:rPr>
                <w:sz w:val="12"/>
              </w:rPr>
              <w:t>0</w:t>
            </w:r>
          </w:p>
        </w:tc>
        <w:tc>
          <w:tcPr>
            <w:tcW w:w="564" w:type="dxa"/>
            <w:tcMar>
              <w:top w:w="20" w:type="dxa"/>
              <w:left w:w="50" w:type="dxa"/>
              <w:bottom w:w="20" w:type="dxa"/>
              <w:right w:w="50" w:type="dxa"/>
            </w:tcMar>
          </w:tcPr>
          <w:p w14:paraId="10DB525C" w14:textId="77777777" w:rsidR="00292F36" w:rsidRDefault="00000000">
            <w:r>
              <w:rPr>
                <w:sz w:val="12"/>
              </w:rPr>
              <w:t>0</w:t>
            </w:r>
          </w:p>
        </w:tc>
        <w:tc>
          <w:tcPr>
            <w:tcW w:w="564" w:type="dxa"/>
            <w:tcMar>
              <w:top w:w="20" w:type="dxa"/>
              <w:left w:w="50" w:type="dxa"/>
              <w:bottom w:w="20" w:type="dxa"/>
              <w:right w:w="50" w:type="dxa"/>
            </w:tcMar>
          </w:tcPr>
          <w:p w14:paraId="48F34553" w14:textId="77777777" w:rsidR="00292F36" w:rsidRDefault="00000000">
            <w:r>
              <w:rPr>
                <w:sz w:val="12"/>
              </w:rPr>
              <w:t>0</w:t>
            </w:r>
          </w:p>
        </w:tc>
        <w:tc>
          <w:tcPr>
            <w:tcW w:w="564" w:type="dxa"/>
            <w:tcMar>
              <w:top w:w="20" w:type="dxa"/>
              <w:left w:w="50" w:type="dxa"/>
              <w:bottom w:w="20" w:type="dxa"/>
              <w:right w:w="50" w:type="dxa"/>
            </w:tcMar>
          </w:tcPr>
          <w:p w14:paraId="37B759F1" w14:textId="77777777" w:rsidR="00292F36" w:rsidRDefault="00000000">
            <w:r>
              <w:rPr>
                <w:sz w:val="12"/>
              </w:rPr>
              <w:t>0</w:t>
            </w:r>
          </w:p>
        </w:tc>
        <w:tc>
          <w:tcPr>
            <w:tcW w:w="564" w:type="dxa"/>
            <w:tcMar>
              <w:top w:w="20" w:type="dxa"/>
              <w:left w:w="50" w:type="dxa"/>
              <w:bottom w:w="20" w:type="dxa"/>
              <w:right w:w="50" w:type="dxa"/>
            </w:tcMar>
          </w:tcPr>
          <w:p w14:paraId="100255C2" w14:textId="77777777" w:rsidR="00292F36" w:rsidRDefault="00000000">
            <w:r>
              <w:rPr>
                <w:sz w:val="12"/>
              </w:rPr>
              <w:t>0</w:t>
            </w:r>
          </w:p>
        </w:tc>
        <w:tc>
          <w:tcPr>
            <w:tcW w:w="564" w:type="dxa"/>
            <w:tcMar>
              <w:top w:w="20" w:type="dxa"/>
              <w:left w:w="50" w:type="dxa"/>
              <w:bottom w:w="20" w:type="dxa"/>
              <w:right w:w="50" w:type="dxa"/>
            </w:tcMar>
          </w:tcPr>
          <w:p w14:paraId="44A0B9D6" w14:textId="77777777" w:rsidR="00292F36" w:rsidRDefault="00000000">
            <w:r>
              <w:rPr>
                <w:sz w:val="12"/>
              </w:rPr>
              <w:t>0.88732394</w:t>
            </w:r>
          </w:p>
        </w:tc>
        <w:tc>
          <w:tcPr>
            <w:tcW w:w="564" w:type="dxa"/>
            <w:tcMar>
              <w:top w:w="20" w:type="dxa"/>
              <w:left w:w="50" w:type="dxa"/>
              <w:bottom w:w="20" w:type="dxa"/>
              <w:right w:w="50" w:type="dxa"/>
            </w:tcMar>
          </w:tcPr>
          <w:p w14:paraId="65060FB8" w14:textId="77777777" w:rsidR="00292F36" w:rsidRDefault="00000000">
            <w:r>
              <w:rPr>
                <w:sz w:val="12"/>
              </w:rPr>
              <w:t>0.11267606</w:t>
            </w:r>
          </w:p>
        </w:tc>
        <w:tc>
          <w:tcPr>
            <w:tcW w:w="564" w:type="dxa"/>
            <w:tcMar>
              <w:top w:w="20" w:type="dxa"/>
              <w:left w:w="50" w:type="dxa"/>
              <w:bottom w:w="20" w:type="dxa"/>
              <w:right w:w="50" w:type="dxa"/>
            </w:tcMar>
          </w:tcPr>
          <w:p w14:paraId="349602E6" w14:textId="77777777" w:rsidR="00292F36" w:rsidRDefault="00000000">
            <w:r>
              <w:rPr>
                <w:sz w:val="12"/>
              </w:rPr>
              <w:t>0</w:t>
            </w:r>
          </w:p>
        </w:tc>
        <w:tc>
          <w:tcPr>
            <w:tcW w:w="564" w:type="dxa"/>
            <w:tcMar>
              <w:top w:w="20" w:type="dxa"/>
              <w:left w:w="50" w:type="dxa"/>
              <w:bottom w:w="20" w:type="dxa"/>
              <w:right w:w="50" w:type="dxa"/>
            </w:tcMar>
          </w:tcPr>
          <w:p w14:paraId="79FA1176" w14:textId="77777777" w:rsidR="00292F36" w:rsidRDefault="00000000">
            <w:r>
              <w:rPr>
                <w:sz w:val="12"/>
              </w:rPr>
              <w:t>0</w:t>
            </w:r>
          </w:p>
        </w:tc>
        <w:tc>
          <w:tcPr>
            <w:tcW w:w="564" w:type="dxa"/>
            <w:tcMar>
              <w:top w:w="20" w:type="dxa"/>
              <w:left w:w="50" w:type="dxa"/>
              <w:bottom w:w="20" w:type="dxa"/>
              <w:right w:w="50" w:type="dxa"/>
            </w:tcMar>
          </w:tcPr>
          <w:p w14:paraId="097CC8E4" w14:textId="77777777" w:rsidR="00292F36" w:rsidRDefault="00000000">
            <w:r>
              <w:rPr>
                <w:sz w:val="12"/>
              </w:rPr>
              <w:t>0</w:t>
            </w:r>
          </w:p>
        </w:tc>
      </w:tr>
      <w:tr w:rsidR="00292F36" w14:paraId="1750CF54" w14:textId="77777777">
        <w:tc>
          <w:tcPr>
            <w:tcW w:w="564" w:type="dxa"/>
            <w:tcMar>
              <w:top w:w="20" w:type="dxa"/>
              <w:left w:w="50" w:type="dxa"/>
              <w:bottom w:w="20" w:type="dxa"/>
              <w:right w:w="50" w:type="dxa"/>
            </w:tcMar>
          </w:tcPr>
          <w:p w14:paraId="3C5D9CDE" w14:textId="77777777" w:rsidR="00292F36" w:rsidRDefault="00000000">
            <w:r>
              <w:rPr>
                <w:sz w:val="12"/>
              </w:rPr>
              <w:t>2018_san_miguel_san_miguel_3ms_mid_1</w:t>
            </w:r>
          </w:p>
        </w:tc>
        <w:tc>
          <w:tcPr>
            <w:tcW w:w="564" w:type="dxa"/>
            <w:tcMar>
              <w:top w:w="20" w:type="dxa"/>
              <w:left w:w="50" w:type="dxa"/>
              <w:bottom w:w="20" w:type="dxa"/>
              <w:right w:w="50" w:type="dxa"/>
            </w:tcMar>
          </w:tcPr>
          <w:p w14:paraId="6E57CDEF" w14:textId="77777777" w:rsidR="00292F36" w:rsidRDefault="00000000">
            <w:r>
              <w:rPr>
                <w:sz w:val="12"/>
              </w:rPr>
              <w:t>0.59522616</w:t>
            </w:r>
          </w:p>
        </w:tc>
        <w:tc>
          <w:tcPr>
            <w:tcW w:w="564" w:type="dxa"/>
            <w:tcMar>
              <w:top w:w="20" w:type="dxa"/>
              <w:left w:w="50" w:type="dxa"/>
              <w:bottom w:w="20" w:type="dxa"/>
              <w:right w:w="50" w:type="dxa"/>
            </w:tcMar>
          </w:tcPr>
          <w:p w14:paraId="39842922" w14:textId="77777777" w:rsidR="00292F36" w:rsidRDefault="00000000">
            <w:r>
              <w:rPr>
                <w:sz w:val="12"/>
              </w:rPr>
              <w:t>-0.4008673</w:t>
            </w:r>
          </w:p>
        </w:tc>
        <w:tc>
          <w:tcPr>
            <w:tcW w:w="564" w:type="dxa"/>
            <w:tcMar>
              <w:top w:w="20" w:type="dxa"/>
              <w:left w:w="50" w:type="dxa"/>
              <w:bottom w:w="20" w:type="dxa"/>
              <w:right w:w="50" w:type="dxa"/>
            </w:tcMar>
          </w:tcPr>
          <w:p w14:paraId="1E2AD8FE" w14:textId="77777777" w:rsidR="00292F36" w:rsidRDefault="00000000">
            <w:r>
              <w:rPr>
                <w:sz w:val="12"/>
              </w:rPr>
              <w:t>2018</w:t>
            </w:r>
          </w:p>
        </w:tc>
        <w:tc>
          <w:tcPr>
            <w:tcW w:w="564" w:type="dxa"/>
            <w:tcMar>
              <w:top w:w="20" w:type="dxa"/>
              <w:left w:w="50" w:type="dxa"/>
              <w:bottom w:w="20" w:type="dxa"/>
              <w:right w:w="50" w:type="dxa"/>
            </w:tcMar>
          </w:tcPr>
          <w:p w14:paraId="6CD3415E" w14:textId="77777777" w:rsidR="00292F36" w:rsidRDefault="00000000">
            <w:r>
              <w:rPr>
                <w:sz w:val="12"/>
              </w:rPr>
              <w:t>ensenada</w:t>
            </w:r>
          </w:p>
        </w:tc>
        <w:tc>
          <w:tcPr>
            <w:tcW w:w="564" w:type="dxa"/>
            <w:tcMar>
              <w:top w:w="20" w:type="dxa"/>
              <w:left w:w="50" w:type="dxa"/>
              <w:bottom w:w="20" w:type="dxa"/>
              <w:right w:w="50" w:type="dxa"/>
            </w:tcMar>
          </w:tcPr>
          <w:p w14:paraId="7F7F9CB8" w14:textId="77777777" w:rsidR="00292F36" w:rsidRDefault="00000000">
            <w:r>
              <w:rPr>
                <w:sz w:val="12"/>
              </w:rPr>
              <w:t>North</w:t>
            </w:r>
          </w:p>
        </w:tc>
        <w:tc>
          <w:tcPr>
            <w:tcW w:w="564" w:type="dxa"/>
            <w:tcMar>
              <w:top w:w="20" w:type="dxa"/>
              <w:left w:w="50" w:type="dxa"/>
              <w:bottom w:w="20" w:type="dxa"/>
              <w:right w:w="50" w:type="dxa"/>
            </w:tcMar>
          </w:tcPr>
          <w:p w14:paraId="5DAC3C7F" w14:textId="77777777" w:rsidR="00292F36" w:rsidRDefault="00000000">
            <w:r>
              <w:rPr>
                <w:sz w:val="12"/>
              </w:rPr>
              <w:t>san_miguel</w:t>
            </w:r>
          </w:p>
        </w:tc>
        <w:tc>
          <w:tcPr>
            <w:tcW w:w="564" w:type="dxa"/>
            <w:tcMar>
              <w:top w:w="20" w:type="dxa"/>
              <w:left w:w="50" w:type="dxa"/>
              <w:bottom w:w="20" w:type="dxa"/>
              <w:right w:w="50" w:type="dxa"/>
            </w:tcMar>
          </w:tcPr>
          <w:p w14:paraId="3399C581" w14:textId="77777777" w:rsidR="00292F36" w:rsidRDefault="00000000">
            <w:r>
              <w:rPr>
                <w:sz w:val="12"/>
              </w:rPr>
              <w:t>san_miguel_3ms_mid</w:t>
            </w:r>
          </w:p>
        </w:tc>
        <w:tc>
          <w:tcPr>
            <w:tcW w:w="564" w:type="dxa"/>
            <w:tcMar>
              <w:top w:w="20" w:type="dxa"/>
              <w:left w:w="50" w:type="dxa"/>
              <w:bottom w:w="20" w:type="dxa"/>
              <w:right w:w="50" w:type="dxa"/>
            </w:tcMar>
          </w:tcPr>
          <w:p w14:paraId="2D3AB8E3" w14:textId="77777777" w:rsidR="00292F36" w:rsidRDefault="00000000">
            <w:r>
              <w:rPr>
                <w:sz w:val="12"/>
              </w:rPr>
              <w:t>6</w:t>
            </w:r>
          </w:p>
        </w:tc>
        <w:tc>
          <w:tcPr>
            <w:tcW w:w="564" w:type="dxa"/>
            <w:tcMar>
              <w:top w:w="20" w:type="dxa"/>
              <w:left w:w="50" w:type="dxa"/>
              <w:bottom w:w="20" w:type="dxa"/>
              <w:right w:w="50" w:type="dxa"/>
            </w:tcMar>
          </w:tcPr>
          <w:p w14:paraId="40D399D5" w14:textId="77777777" w:rsidR="00292F36" w:rsidRDefault="00000000">
            <w:r>
              <w:rPr>
                <w:sz w:val="12"/>
              </w:rPr>
              <w:t>15.7799997</w:t>
            </w:r>
          </w:p>
        </w:tc>
        <w:tc>
          <w:tcPr>
            <w:tcW w:w="564" w:type="dxa"/>
            <w:tcMar>
              <w:top w:w="20" w:type="dxa"/>
              <w:left w:w="50" w:type="dxa"/>
              <w:bottom w:w="20" w:type="dxa"/>
              <w:right w:w="50" w:type="dxa"/>
            </w:tcMar>
          </w:tcPr>
          <w:p w14:paraId="10C15128" w14:textId="77777777" w:rsidR="00292F36" w:rsidRDefault="00000000">
            <w:r>
              <w:rPr>
                <w:sz w:val="12"/>
              </w:rPr>
              <w:t>0.17929815</w:t>
            </w:r>
          </w:p>
        </w:tc>
        <w:tc>
          <w:tcPr>
            <w:tcW w:w="564" w:type="dxa"/>
            <w:tcMar>
              <w:top w:w="20" w:type="dxa"/>
              <w:left w:w="50" w:type="dxa"/>
              <w:bottom w:w="20" w:type="dxa"/>
              <w:right w:w="50" w:type="dxa"/>
            </w:tcMar>
          </w:tcPr>
          <w:p w14:paraId="635317AA" w14:textId="77777777" w:rsidR="00292F36" w:rsidRDefault="00000000">
            <w:r>
              <w:rPr>
                <w:sz w:val="12"/>
              </w:rPr>
              <w:t>0</w:t>
            </w:r>
          </w:p>
        </w:tc>
        <w:tc>
          <w:tcPr>
            <w:tcW w:w="564" w:type="dxa"/>
            <w:tcMar>
              <w:top w:w="20" w:type="dxa"/>
              <w:left w:w="50" w:type="dxa"/>
              <w:bottom w:w="20" w:type="dxa"/>
              <w:right w:w="50" w:type="dxa"/>
            </w:tcMar>
          </w:tcPr>
          <w:p w14:paraId="05BFAE14" w14:textId="77777777" w:rsidR="00292F36" w:rsidRDefault="00000000">
            <w:r>
              <w:rPr>
                <w:sz w:val="12"/>
              </w:rPr>
              <w:t>0.97701149</w:t>
            </w:r>
          </w:p>
        </w:tc>
        <w:tc>
          <w:tcPr>
            <w:tcW w:w="564" w:type="dxa"/>
            <w:tcMar>
              <w:top w:w="20" w:type="dxa"/>
              <w:left w:w="50" w:type="dxa"/>
              <w:bottom w:w="20" w:type="dxa"/>
              <w:right w:w="50" w:type="dxa"/>
            </w:tcMar>
          </w:tcPr>
          <w:p w14:paraId="2585D629" w14:textId="77777777" w:rsidR="00292F36" w:rsidRDefault="00000000">
            <w:r>
              <w:rPr>
                <w:sz w:val="12"/>
              </w:rPr>
              <w:t>0</w:t>
            </w:r>
          </w:p>
        </w:tc>
        <w:tc>
          <w:tcPr>
            <w:tcW w:w="564" w:type="dxa"/>
            <w:tcMar>
              <w:top w:w="20" w:type="dxa"/>
              <w:left w:w="50" w:type="dxa"/>
              <w:bottom w:w="20" w:type="dxa"/>
              <w:right w:w="50" w:type="dxa"/>
            </w:tcMar>
          </w:tcPr>
          <w:p w14:paraId="1A75B2C5" w14:textId="77777777" w:rsidR="00292F36" w:rsidRDefault="00000000">
            <w:r>
              <w:rPr>
                <w:sz w:val="12"/>
              </w:rPr>
              <w:t>0.02298851</w:t>
            </w:r>
          </w:p>
        </w:tc>
        <w:tc>
          <w:tcPr>
            <w:tcW w:w="564" w:type="dxa"/>
            <w:tcMar>
              <w:top w:w="20" w:type="dxa"/>
              <w:left w:w="50" w:type="dxa"/>
              <w:bottom w:w="20" w:type="dxa"/>
              <w:right w:w="50" w:type="dxa"/>
            </w:tcMar>
          </w:tcPr>
          <w:p w14:paraId="3057FB2C" w14:textId="77777777" w:rsidR="00292F36" w:rsidRDefault="00000000">
            <w:r>
              <w:rPr>
                <w:sz w:val="12"/>
              </w:rPr>
              <w:t>0</w:t>
            </w:r>
          </w:p>
        </w:tc>
        <w:tc>
          <w:tcPr>
            <w:tcW w:w="564" w:type="dxa"/>
            <w:tcMar>
              <w:top w:w="20" w:type="dxa"/>
              <w:left w:w="50" w:type="dxa"/>
              <w:bottom w:w="20" w:type="dxa"/>
              <w:right w:w="50" w:type="dxa"/>
            </w:tcMar>
          </w:tcPr>
          <w:p w14:paraId="3A4B8507" w14:textId="77777777" w:rsidR="00292F36" w:rsidRDefault="00000000">
            <w:r>
              <w:rPr>
                <w:sz w:val="12"/>
              </w:rPr>
              <w:t>0</w:t>
            </w:r>
          </w:p>
        </w:tc>
        <w:tc>
          <w:tcPr>
            <w:tcW w:w="564" w:type="dxa"/>
            <w:tcMar>
              <w:top w:w="20" w:type="dxa"/>
              <w:left w:w="50" w:type="dxa"/>
              <w:bottom w:w="20" w:type="dxa"/>
              <w:right w:w="50" w:type="dxa"/>
            </w:tcMar>
          </w:tcPr>
          <w:p w14:paraId="7E3B204D" w14:textId="77777777" w:rsidR="00292F36" w:rsidRDefault="00000000">
            <w:r>
              <w:rPr>
                <w:sz w:val="12"/>
              </w:rPr>
              <w:t>0</w:t>
            </w:r>
          </w:p>
        </w:tc>
        <w:tc>
          <w:tcPr>
            <w:tcW w:w="564" w:type="dxa"/>
            <w:tcMar>
              <w:top w:w="20" w:type="dxa"/>
              <w:left w:w="50" w:type="dxa"/>
              <w:bottom w:w="20" w:type="dxa"/>
              <w:right w:w="50" w:type="dxa"/>
            </w:tcMar>
          </w:tcPr>
          <w:p w14:paraId="3D53241B" w14:textId="77777777" w:rsidR="00292F36" w:rsidRDefault="00000000">
            <w:r>
              <w:rPr>
                <w:sz w:val="12"/>
              </w:rPr>
              <w:t>0</w:t>
            </w:r>
          </w:p>
        </w:tc>
        <w:tc>
          <w:tcPr>
            <w:tcW w:w="564" w:type="dxa"/>
            <w:tcMar>
              <w:top w:w="20" w:type="dxa"/>
              <w:left w:w="50" w:type="dxa"/>
              <w:bottom w:w="20" w:type="dxa"/>
              <w:right w:w="50" w:type="dxa"/>
            </w:tcMar>
          </w:tcPr>
          <w:p w14:paraId="399CFC7F" w14:textId="77777777" w:rsidR="00292F36" w:rsidRDefault="00000000">
            <w:r>
              <w:rPr>
                <w:sz w:val="12"/>
              </w:rPr>
              <w:t>0</w:t>
            </w:r>
          </w:p>
        </w:tc>
        <w:tc>
          <w:tcPr>
            <w:tcW w:w="564" w:type="dxa"/>
            <w:tcMar>
              <w:top w:w="20" w:type="dxa"/>
              <w:left w:w="50" w:type="dxa"/>
              <w:bottom w:w="20" w:type="dxa"/>
              <w:right w:w="50" w:type="dxa"/>
            </w:tcMar>
          </w:tcPr>
          <w:p w14:paraId="568F6210" w14:textId="77777777" w:rsidR="00292F36" w:rsidRDefault="00000000">
            <w:r>
              <w:rPr>
                <w:sz w:val="12"/>
              </w:rPr>
              <w:t>0.56097561</w:t>
            </w:r>
          </w:p>
        </w:tc>
        <w:tc>
          <w:tcPr>
            <w:tcW w:w="564" w:type="dxa"/>
            <w:tcMar>
              <w:top w:w="20" w:type="dxa"/>
              <w:left w:w="50" w:type="dxa"/>
              <w:bottom w:w="20" w:type="dxa"/>
              <w:right w:w="50" w:type="dxa"/>
            </w:tcMar>
          </w:tcPr>
          <w:p w14:paraId="55B1D60E" w14:textId="77777777" w:rsidR="00292F36" w:rsidRDefault="00000000">
            <w:r>
              <w:rPr>
                <w:sz w:val="12"/>
              </w:rPr>
              <w:t>0.34146341</w:t>
            </w:r>
          </w:p>
        </w:tc>
        <w:tc>
          <w:tcPr>
            <w:tcW w:w="564" w:type="dxa"/>
            <w:tcMar>
              <w:top w:w="20" w:type="dxa"/>
              <w:left w:w="50" w:type="dxa"/>
              <w:bottom w:w="20" w:type="dxa"/>
              <w:right w:w="50" w:type="dxa"/>
            </w:tcMar>
          </w:tcPr>
          <w:p w14:paraId="226DB38D" w14:textId="77777777" w:rsidR="00292F36" w:rsidRDefault="00000000">
            <w:r>
              <w:rPr>
                <w:sz w:val="12"/>
              </w:rPr>
              <w:t>0.07317073</w:t>
            </w:r>
          </w:p>
        </w:tc>
        <w:tc>
          <w:tcPr>
            <w:tcW w:w="564" w:type="dxa"/>
            <w:tcMar>
              <w:top w:w="20" w:type="dxa"/>
              <w:left w:w="50" w:type="dxa"/>
              <w:bottom w:w="20" w:type="dxa"/>
              <w:right w:w="50" w:type="dxa"/>
            </w:tcMar>
          </w:tcPr>
          <w:p w14:paraId="658DE13E" w14:textId="77777777" w:rsidR="00292F36" w:rsidRDefault="00000000">
            <w:r>
              <w:rPr>
                <w:sz w:val="12"/>
              </w:rPr>
              <w:t>0</w:t>
            </w:r>
          </w:p>
        </w:tc>
        <w:tc>
          <w:tcPr>
            <w:tcW w:w="564" w:type="dxa"/>
            <w:tcMar>
              <w:top w:w="20" w:type="dxa"/>
              <w:left w:w="50" w:type="dxa"/>
              <w:bottom w:w="20" w:type="dxa"/>
              <w:right w:w="50" w:type="dxa"/>
            </w:tcMar>
          </w:tcPr>
          <w:p w14:paraId="0F06EA22" w14:textId="77777777" w:rsidR="00292F36" w:rsidRDefault="00000000">
            <w:r>
              <w:rPr>
                <w:sz w:val="12"/>
              </w:rPr>
              <w:t>0.02439024</w:t>
            </w:r>
          </w:p>
        </w:tc>
      </w:tr>
      <w:tr w:rsidR="00292F36" w14:paraId="716666A6" w14:textId="77777777">
        <w:tc>
          <w:tcPr>
            <w:tcW w:w="564" w:type="dxa"/>
            <w:tcMar>
              <w:top w:w="20" w:type="dxa"/>
              <w:left w:w="50" w:type="dxa"/>
              <w:bottom w:w="20" w:type="dxa"/>
              <w:right w:w="50" w:type="dxa"/>
            </w:tcMar>
          </w:tcPr>
          <w:p w14:paraId="122E8D1B" w14:textId="77777777" w:rsidR="00292F36" w:rsidRDefault="00000000">
            <w:r>
              <w:rPr>
                <w:sz w:val="12"/>
              </w:rPr>
              <w:t>2018_san_miguel_san_miguel_3ms_mid_2</w:t>
            </w:r>
          </w:p>
        </w:tc>
        <w:tc>
          <w:tcPr>
            <w:tcW w:w="564" w:type="dxa"/>
            <w:tcMar>
              <w:top w:w="20" w:type="dxa"/>
              <w:left w:w="50" w:type="dxa"/>
              <w:bottom w:w="20" w:type="dxa"/>
              <w:right w:w="50" w:type="dxa"/>
            </w:tcMar>
          </w:tcPr>
          <w:p w14:paraId="1EE7F224" w14:textId="77777777" w:rsidR="00292F36" w:rsidRDefault="00000000">
            <w:r>
              <w:rPr>
                <w:sz w:val="12"/>
              </w:rPr>
              <w:t>0.68327661</w:t>
            </w:r>
          </w:p>
        </w:tc>
        <w:tc>
          <w:tcPr>
            <w:tcW w:w="564" w:type="dxa"/>
            <w:tcMar>
              <w:top w:w="20" w:type="dxa"/>
              <w:left w:w="50" w:type="dxa"/>
              <w:bottom w:w="20" w:type="dxa"/>
              <w:right w:w="50" w:type="dxa"/>
            </w:tcMar>
          </w:tcPr>
          <w:p w14:paraId="434124CC" w14:textId="77777777" w:rsidR="00292F36" w:rsidRDefault="00000000">
            <w:r>
              <w:rPr>
                <w:sz w:val="12"/>
              </w:rPr>
              <w:t>0.11162975</w:t>
            </w:r>
          </w:p>
        </w:tc>
        <w:tc>
          <w:tcPr>
            <w:tcW w:w="564" w:type="dxa"/>
            <w:tcMar>
              <w:top w:w="20" w:type="dxa"/>
              <w:left w:w="50" w:type="dxa"/>
              <w:bottom w:w="20" w:type="dxa"/>
              <w:right w:w="50" w:type="dxa"/>
            </w:tcMar>
          </w:tcPr>
          <w:p w14:paraId="352D7828" w14:textId="77777777" w:rsidR="00292F36" w:rsidRDefault="00000000">
            <w:r>
              <w:rPr>
                <w:sz w:val="12"/>
              </w:rPr>
              <w:t>2018</w:t>
            </w:r>
          </w:p>
        </w:tc>
        <w:tc>
          <w:tcPr>
            <w:tcW w:w="564" w:type="dxa"/>
            <w:tcMar>
              <w:top w:w="20" w:type="dxa"/>
              <w:left w:w="50" w:type="dxa"/>
              <w:bottom w:w="20" w:type="dxa"/>
              <w:right w:w="50" w:type="dxa"/>
            </w:tcMar>
          </w:tcPr>
          <w:p w14:paraId="2C676C67" w14:textId="77777777" w:rsidR="00292F36" w:rsidRDefault="00000000">
            <w:r>
              <w:rPr>
                <w:sz w:val="12"/>
              </w:rPr>
              <w:t>ensenada</w:t>
            </w:r>
          </w:p>
        </w:tc>
        <w:tc>
          <w:tcPr>
            <w:tcW w:w="564" w:type="dxa"/>
            <w:tcMar>
              <w:top w:w="20" w:type="dxa"/>
              <w:left w:w="50" w:type="dxa"/>
              <w:bottom w:w="20" w:type="dxa"/>
              <w:right w:w="50" w:type="dxa"/>
            </w:tcMar>
          </w:tcPr>
          <w:p w14:paraId="16B6650A" w14:textId="77777777" w:rsidR="00292F36" w:rsidRDefault="00000000">
            <w:r>
              <w:rPr>
                <w:sz w:val="12"/>
              </w:rPr>
              <w:t>North</w:t>
            </w:r>
          </w:p>
        </w:tc>
        <w:tc>
          <w:tcPr>
            <w:tcW w:w="564" w:type="dxa"/>
            <w:tcMar>
              <w:top w:w="20" w:type="dxa"/>
              <w:left w:w="50" w:type="dxa"/>
              <w:bottom w:w="20" w:type="dxa"/>
              <w:right w:w="50" w:type="dxa"/>
            </w:tcMar>
          </w:tcPr>
          <w:p w14:paraId="6E4EFE42" w14:textId="77777777" w:rsidR="00292F36" w:rsidRDefault="00000000">
            <w:r>
              <w:rPr>
                <w:sz w:val="12"/>
              </w:rPr>
              <w:t>san_miguel</w:t>
            </w:r>
          </w:p>
        </w:tc>
        <w:tc>
          <w:tcPr>
            <w:tcW w:w="564" w:type="dxa"/>
            <w:tcMar>
              <w:top w:w="20" w:type="dxa"/>
              <w:left w:w="50" w:type="dxa"/>
              <w:bottom w:w="20" w:type="dxa"/>
              <w:right w:w="50" w:type="dxa"/>
            </w:tcMar>
          </w:tcPr>
          <w:p w14:paraId="677D0AB5" w14:textId="77777777" w:rsidR="00292F36" w:rsidRDefault="00000000">
            <w:r>
              <w:rPr>
                <w:sz w:val="12"/>
              </w:rPr>
              <w:t>san_miguel_3ms_mid</w:t>
            </w:r>
          </w:p>
        </w:tc>
        <w:tc>
          <w:tcPr>
            <w:tcW w:w="564" w:type="dxa"/>
            <w:tcMar>
              <w:top w:w="20" w:type="dxa"/>
              <w:left w:w="50" w:type="dxa"/>
              <w:bottom w:w="20" w:type="dxa"/>
              <w:right w:w="50" w:type="dxa"/>
            </w:tcMar>
          </w:tcPr>
          <w:p w14:paraId="4310AEC6" w14:textId="77777777" w:rsidR="00292F36" w:rsidRDefault="00000000">
            <w:r>
              <w:rPr>
                <w:sz w:val="12"/>
              </w:rPr>
              <w:t>6</w:t>
            </w:r>
          </w:p>
        </w:tc>
        <w:tc>
          <w:tcPr>
            <w:tcW w:w="564" w:type="dxa"/>
            <w:tcMar>
              <w:top w:w="20" w:type="dxa"/>
              <w:left w:w="50" w:type="dxa"/>
              <w:bottom w:w="20" w:type="dxa"/>
              <w:right w:w="50" w:type="dxa"/>
            </w:tcMar>
          </w:tcPr>
          <w:p w14:paraId="720DC6C8" w14:textId="77777777" w:rsidR="00292F36" w:rsidRDefault="00000000">
            <w:r>
              <w:rPr>
                <w:sz w:val="12"/>
              </w:rPr>
              <w:t>15.7799997</w:t>
            </w:r>
          </w:p>
        </w:tc>
        <w:tc>
          <w:tcPr>
            <w:tcW w:w="564" w:type="dxa"/>
            <w:tcMar>
              <w:top w:w="20" w:type="dxa"/>
              <w:left w:w="50" w:type="dxa"/>
              <w:bottom w:w="20" w:type="dxa"/>
              <w:right w:w="50" w:type="dxa"/>
            </w:tcMar>
          </w:tcPr>
          <w:p w14:paraId="158FD33B" w14:textId="77777777" w:rsidR="00292F36" w:rsidRDefault="00000000">
            <w:r>
              <w:rPr>
                <w:sz w:val="12"/>
              </w:rPr>
              <w:t>0.17929815</w:t>
            </w:r>
          </w:p>
        </w:tc>
        <w:tc>
          <w:tcPr>
            <w:tcW w:w="564" w:type="dxa"/>
            <w:tcMar>
              <w:top w:w="20" w:type="dxa"/>
              <w:left w:w="50" w:type="dxa"/>
              <w:bottom w:w="20" w:type="dxa"/>
              <w:right w:w="50" w:type="dxa"/>
            </w:tcMar>
          </w:tcPr>
          <w:p w14:paraId="49A7398D" w14:textId="77777777" w:rsidR="00292F36" w:rsidRDefault="00000000">
            <w:r>
              <w:rPr>
                <w:sz w:val="12"/>
              </w:rPr>
              <w:t>0</w:t>
            </w:r>
          </w:p>
        </w:tc>
        <w:tc>
          <w:tcPr>
            <w:tcW w:w="564" w:type="dxa"/>
            <w:tcMar>
              <w:top w:w="20" w:type="dxa"/>
              <w:left w:w="50" w:type="dxa"/>
              <w:bottom w:w="20" w:type="dxa"/>
              <w:right w:w="50" w:type="dxa"/>
            </w:tcMar>
          </w:tcPr>
          <w:p w14:paraId="2F57BC20" w14:textId="77777777" w:rsidR="00292F36" w:rsidRDefault="00000000">
            <w:r>
              <w:rPr>
                <w:sz w:val="12"/>
              </w:rPr>
              <w:t>0.47311828</w:t>
            </w:r>
          </w:p>
        </w:tc>
        <w:tc>
          <w:tcPr>
            <w:tcW w:w="564" w:type="dxa"/>
            <w:tcMar>
              <w:top w:w="20" w:type="dxa"/>
              <w:left w:w="50" w:type="dxa"/>
              <w:bottom w:w="20" w:type="dxa"/>
              <w:right w:w="50" w:type="dxa"/>
            </w:tcMar>
          </w:tcPr>
          <w:p w14:paraId="53D8F2A9" w14:textId="77777777" w:rsidR="00292F36" w:rsidRDefault="00000000">
            <w:r>
              <w:rPr>
                <w:sz w:val="12"/>
              </w:rPr>
              <w:t>0</w:t>
            </w:r>
          </w:p>
        </w:tc>
        <w:tc>
          <w:tcPr>
            <w:tcW w:w="564" w:type="dxa"/>
            <w:tcMar>
              <w:top w:w="20" w:type="dxa"/>
              <w:left w:w="50" w:type="dxa"/>
              <w:bottom w:w="20" w:type="dxa"/>
              <w:right w:w="50" w:type="dxa"/>
            </w:tcMar>
          </w:tcPr>
          <w:p w14:paraId="44E231D5" w14:textId="77777777" w:rsidR="00292F36" w:rsidRDefault="00000000">
            <w:r>
              <w:rPr>
                <w:sz w:val="12"/>
              </w:rPr>
              <w:t>0.52688172</w:t>
            </w:r>
          </w:p>
        </w:tc>
        <w:tc>
          <w:tcPr>
            <w:tcW w:w="564" w:type="dxa"/>
            <w:tcMar>
              <w:top w:w="20" w:type="dxa"/>
              <w:left w:w="50" w:type="dxa"/>
              <w:bottom w:w="20" w:type="dxa"/>
              <w:right w:w="50" w:type="dxa"/>
            </w:tcMar>
          </w:tcPr>
          <w:p w14:paraId="349E9C8F" w14:textId="77777777" w:rsidR="00292F36" w:rsidRDefault="00000000">
            <w:r>
              <w:rPr>
                <w:sz w:val="12"/>
              </w:rPr>
              <w:t>0</w:t>
            </w:r>
          </w:p>
        </w:tc>
        <w:tc>
          <w:tcPr>
            <w:tcW w:w="564" w:type="dxa"/>
            <w:tcMar>
              <w:top w:w="20" w:type="dxa"/>
              <w:left w:w="50" w:type="dxa"/>
              <w:bottom w:w="20" w:type="dxa"/>
              <w:right w:w="50" w:type="dxa"/>
            </w:tcMar>
          </w:tcPr>
          <w:p w14:paraId="43E8EE2B" w14:textId="77777777" w:rsidR="00292F36" w:rsidRDefault="00000000">
            <w:r>
              <w:rPr>
                <w:sz w:val="12"/>
              </w:rPr>
              <w:t>0</w:t>
            </w:r>
          </w:p>
        </w:tc>
        <w:tc>
          <w:tcPr>
            <w:tcW w:w="564" w:type="dxa"/>
            <w:tcMar>
              <w:top w:w="20" w:type="dxa"/>
              <w:left w:w="50" w:type="dxa"/>
              <w:bottom w:w="20" w:type="dxa"/>
              <w:right w:w="50" w:type="dxa"/>
            </w:tcMar>
          </w:tcPr>
          <w:p w14:paraId="5A05C7C1" w14:textId="77777777" w:rsidR="00292F36" w:rsidRDefault="00000000">
            <w:r>
              <w:rPr>
                <w:sz w:val="12"/>
              </w:rPr>
              <w:t>0</w:t>
            </w:r>
          </w:p>
        </w:tc>
        <w:tc>
          <w:tcPr>
            <w:tcW w:w="564" w:type="dxa"/>
            <w:tcMar>
              <w:top w:w="20" w:type="dxa"/>
              <w:left w:w="50" w:type="dxa"/>
              <w:bottom w:w="20" w:type="dxa"/>
              <w:right w:w="50" w:type="dxa"/>
            </w:tcMar>
          </w:tcPr>
          <w:p w14:paraId="2ACD12AD" w14:textId="77777777" w:rsidR="00292F36" w:rsidRDefault="00000000">
            <w:r>
              <w:rPr>
                <w:sz w:val="12"/>
              </w:rPr>
              <w:t>0</w:t>
            </w:r>
          </w:p>
        </w:tc>
        <w:tc>
          <w:tcPr>
            <w:tcW w:w="564" w:type="dxa"/>
            <w:tcMar>
              <w:top w:w="20" w:type="dxa"/>
              <w:left w:w="50" w:type="dxa"/>
              <w:bottom w:w="20" w:type="dxa"/>
              <w:right w:w="50" w:type="dxa"/>
            </w:tcMar>
          </w:tcPr>
          <w:p w14:paraId="18524F57" w14:textId="77777777" w:rsidR="00292F36" w:rsidRDefault="00000000">
            <w:r>
              <w:rPr>
                <w:sz w:val="12"/>
              </w:rPr>
              <w:t>0</w:t>
            </w:r>
          </w:p>
        </w:tc>
        <w:tc>
          <w:tcPr>
            <w:tcW w:w="564" w:type="dxa"/>
            <w:tcMar>
              <w:top w:w="20" w:type="dxa"/>
              <w:left w:w="50" w:type="dxa"/>
              <w:bottom w:w="20" w:type="dxa"/>
              <w:right w:w="50" w:type="dxa"/>
            </w:tcMar>
          </w:tcPr>
          <w:p w14:paraId="28BA83F0" w14:textId="77777777" w:rsidR="00292F36" w:rsidRDefault="00000000">
            <w:r>
              <w:rPr>
                <w:sz w:val="12"/>
              </w:rPr>
              <w:t>1</w:t>
            </w:r>
          </w:p>
        </w:tc>
        <w:tc>
          <w:tcPr>
            <w:tcW w:w="564" w:type="dxa"/>
            <w:tcMar>
              <w:top w:w="20" w:type="dxa"/>
              <w:left w:w="50" w:type="dxa"/>
              <w:bottom w:w="20" w:type="dxa"/>
              <w:right w:w="50" w:type="dxa"/>
            </w:tcMar>
          </w:tcPr>
          <w:p w14:paraId="16646508" w14:textId="77777777" w:rsidR="00292F36" w:rsidRDefault="00000000">
            <w:r>
              <w:rPr>
                <w:sz w:val="12"/>
              </w:rPr>
              <w:t>0</w:t>
            </w:r>
          </w:p>
        </w:tc>
        <w:tc>
          <w:tcPr>
            <w:tcW w:w="564" w:type="dxa"/>
            <w:tcMar>
              <w:top w:w="20" w:type="dxa"/>
              <w:left w:w="50" w:type="dxa"/>
              <w:bottom w:w="20" w:type="dxa"/>
              <w:right w:w="50" w:type="dxa"/>
            </w:tcMar>
          </w:tcPr>
          <w:p w14:paraId="2484AB64" w14:textId="77777777" w:rsidR="00292F36" w:rsidRDefault="00000000">
            <w:r>
              <w:rPr>
                <w:sz w:val="12"/>
              </w:rPr>
              <w:t>0</w:t>
            </w:r>
          </w:p>
        </w:tc>
        <w:tc>
          <w:tcPr>
            <w:tcW w:w="564" w:type="dxa"/>
            <w:tcMar>
              <w:top w:w="20" w:type="dxa"/>
              <w:left w:w="50" w:type="dxa"/>
              <w:bottom w:w="20" w:type="dxa"/>
              <w:right w:w="50" w:type="dxa"/>
            </w:tcMar>
          </w:tcPr>
          <w:p w14:paraId="10AFD9BF" w14:textId="77777777" w:rsidR="00292F36" w:rsidRDefault="00000000">
            <w:r>
              <w:rPr>
                <w:sz w:val="12"/>
              </w:rPr>
              <w:t>0</w:t>
            </w:r>
          </w:p>
        </w:tc>
        <w:tc>
          <w:tcPr>
            <w:tcW w:w="564" w:type="dxa"/>
            <w:tcMar>
              <w:top w:w="20" w:type="dxa"/>
              <w:left w:w="50" w:type="dxa"/>
              <w:bottom w:w="20" w:type="dxa"/>
              <w:right w:w="50" w:type="dxa"/>
            </w:tcMar>
          </w:tcPr>
          <w:p w14:paraId="454133A0" w14:textId="77777777" w:rsidR="00292F36" w:rsidRDefault="00000000">
            <w:r>
              <w:rPr>
                <w:sz w:val="12"/>
              </w:rPr>
              <w:t>0</w:t>
            </w:r>
          </w:p>
        </w:tc>
      </w:tr>
      <w:tr w:rsidR="00292F36" w14:paraId="65B2EAA5" w14:textId="77777777">
        <w:tc>
          <w:tcPr>
            <w:tcW w:w="564" w:type="dxa"/>
            <w:tcMar>
              <w:top w:w="20" w:type="dxa"/>
              <w:left w:w="50" w:type="dxa"/>
              <w:bottom w:w="20" w:type="dxa"/>
              <w:right w:w="50" w:type="dxa"/>
            </w:tcMar>
          </w:tcPr>
          <w:p w14:paraId="007CF33B" w14:textId="77777777" w:rsidR="00292F36" w:rsidRDefault="00000000">
            <w:r>
              <w:rPr>
                <w:sz w:val="12"/>
              </w:rPr>
              <w:t>2018_san_miguel_san_miguel_3ms_west_1</w:t>
            </w:r>
          </w:p>
        </w:tc>
        <w:tc>
          <w:tcPr>
            <w:tcW w:w="564" w:type="dxa"/>
            <w:tcMar>
              <w:top w:w="20" w:type="dxa"/>
              <w:left w:w="50" w:type="dxa"/>
              <w:bottom w:w="20" w:type="dxa"/>
              <w:right w:w="50" w:type="dxa"/>
            </w:tcMar>
          </w:tcPr>
          <w:p w14:paraId="548BDAC0" w14:textId="77777777" w:rsidR="00292F36" w:rsidRDefault="00000000">
            <w:r>
              <w:rPr>
                <w:sz w:val="12"/>
              </w:rPr>
              <w:t>0.39149634</w:t>
            </w:r>
          </w:p>
        </w:tc>
        <w:tc>
          <w:tcPr>
            <w:tcW w:w="564" w:type="dxa"/>
            <w:tcMar>
              <w:top w:w="20" w:type="dxa"/>
              <w:left w:w="50" w:type="dxa"/>
              <w:bottom w:w="20" w:type="dxa"/>
              <w:right w:w="50" w:type="dxa"/>
            </w:tcMar>
          </w:tcPr>
          <w:p w14:paraId="1453DA0F" w14:textId="77777777" w:rsidR="00292F36" w:rsidRDefault="00000000">
            <w:r>
              <w:rPr>
                <w:sz w:val="12"/>
              </w:rPr>
              <w:t>0.6088194</w:t>
            </w:r>
          </w:p>
        </w:tc>
        <w:tc>
          <w:tcPr>
            <w:tcW w:w="564" w:type="dxa"/>
            <w:tcMar>
              <w:top w:w="20" w:type="dxa"/>
              <w:left w:w="50" w:type="dxa"/>
              <w:bottom w:w="20" w:type="dxa"/>
              <w:right w:w="50" w:type="dxa"/>
            </w:tcMar>
          </w:tcPr>
          <w:p w14:paraId="6FE13C60" w14:textId="77777777" w:rsidR="00292F36" w:rsidRDefault="00000000">
            <w:r>
              <w:rPr>
                <w:sz w:val="12"/>
              </w:rPr>
              <w:t>2018</w:t>
            </w:r>
          </w:p>
        </w:tc>
        <w:tc>
          <w:tcPr>
            <w:tcW w:w="564" w:type="dxa"/>
            <w:tcMar>
              <w:top w:w="20" w:type="dxa"/>
              <w:left w:w="50" w:type="dxa"/>
              <w:bottom w:w="20" w:type="dxa"/>
              <w:right w:w="50" w:type="dxa"/>
            </w:tcMar>
          </w:tcPr>
          <w:p w14:paraId="2ED6214B" w14:textId="77777777" w:rsidR="00292F36" w:rsidRDefault="00000000">
            <w:r>
              <w:rPr>
                <w:sz w:val="12"/>
              </w:rPr>
              <w:t>ensenada</w:t>
            </w:r>
          </w:p>
        </w:tc>
        <w:tc>
          <w:tcPr>
            <w:tcW w:w="564" w:type="dxa"/>
            <w:tcMar>
              <w:top w:w="20" w:type="dxa"/>
              <w:left w:w="50" w:type="dxa"/>
              <w:bottom w:w="20" w:type="dxa"/>
              <w:right w:w="50" w:type="dxa"/>
            </w:tcMar>
          </w:tcPr>
          <w:p w14:paraId="67C7FBCE" w14:textId="77777777" w:rsidR="00292F36" w:rsidRDefault="00000000">
            <w:r>
              <w:rPr>
                <w:sz w:val="12"/>
              </w:rPr>
              <w:t>North</w:t>
            </w:r>
          </w:p>
        </w:tc>
        <w:tc>
          <w:tcPr>
            <w:tcW w:w="564" w:type="dxa"/>
            <w:tcMar>
              <w:top w:w="20" w:type="dxa"/>
              <w:left w:w="50" w:type="dxa"/>
              <w:bottom w:w="20" w:type="dxa"/>
              <w:right w:w="50" w:type="dxa"/>
            </w:tcMar>
          </w:tcPr>
          <w:p w14:paraId="7E140B90" w14:textId="77777777" w:rsidR="00292F36" w:rsidRDefault="00000000">
            <w:r>
              <w:rPr>
                <w:sz w:val="12"/>
              </w:rPr>
              <w:t>san_miguel</w:t>
            </w:r>
          </w:p>
        </w:tc>
        <w:tc>
          <w:tcPr>
            <w:tcW w:w="564" w:type="dxa"/>
            <w:tcMar>
              <w:top w:w="20" w:type="dxa"/>
              <w:left w:w="50" w:type="dxa"/>
              <w:bottom w:w="20" w:type="dxa"/>
              <w:right w:w="50" w:type="dxa"/>
            </w:tcMar>
          </w:tcPr>
          <w:p w14:paraId="620C8B92" w14:textId="77777777" w:rsidR="00292F36" w:rsidRDefault="00000000">
            <w:r>
              <w:rPr>
                <w:sz w:val="12"/>
              </w:rPr>
              <w:t>san_miguel_3ms_west</w:t>
            </w:r>
          </w:p>
        </w:tc>
        <w:tc>
          <w:tcPr>
            <w:tcW w:w="564" w:type="dxa"/>
            <w:tcMar>
              <w:top w:w="20" w:type="dxa"/>
              <w:left w:w="50" w:type="dxa"/>
              <w:bottom w:w="20" w:type="dxa"/>
              <w:right w:w="50" w:type="dxa"/>
            </w:tcMar>
          </w:tcPr>
          <w:p w14:paraId="16534E69" w14:textId="77777777" w:rsidR="00292F36" w:rsidRDefault="00000000">
            <w:r>
              <w:rPr>
                <w:sz w:val="12"/>
              </w:rPr>
              <w:t>5</w:t>
            </w:r>
          </w:p>
        </w:tc>
        <w:tc>
          <w:tcPr>
            <w:tcW w:w="564" w:type="dxa"/>
            <w:tcMar>
              <w:top w:w="20" w:type="dxa"/>
              <w:left w:w="50" w:type="dxa"/>
              <w:bottom w:w="20" w:type="dxa"/>
              <w:right w:w="50" w:type="dxa"/>
            </w:tcMar>
          </w:tcPr>
          <w:p w14:paraId="14F3DAFA" w14:textId="77777777" w:rsidR="00292F36" w:rsidRDefault="00000000">
            <w:r>
              <w:rPr>
                <w:sz w:val="12"/>
              </w:rPr>
              <w:t>15.7799997</w:t>
            </w:r>
          </w:p>
        </w:tc>
        <w:tc>
          <w:tcPr>
            <w:tcW w:w="564" w:type="dxa"/>
            <w:tcMar>
              <w:top w:w="20" w:type="dxa"/>
              <w:left w:w="50" w:type="dxa"/>
              <w:bottom w:w="20" w:type="dxa"/>
              <w:right w:w="50" w:type="dxa"/>
            </w:tcMar>
          </w:tcPr>
          <w:p w14:paraId="6A247193" w14:textId="77777777" w:rsidR="00292F36" w:rsidRDefault="00000000">
            <w:r>
              <w:rPr>
                <w:sz w:val="12"/>
              </w:rPr>
              <w:t>0.17929815</w:t>
            </w:r>
          </w:p>
        </w:tc>
        <w:tc>
          <w:tcPr>
            <w:tcW w:w="564" w:type="dxa"/>
            <w:tcMar>
              <w:top w:w="20" w:type="dxa"/>
              <w:left w:w="50" w:type="dxa"/>
              <w:bottom w:w="20" w:type="dxa"/>
              <w:right w:w="50" w:type="dxa"/>
            </w:tcMar>
          </w:tcPr>
          <w:p w14:paraId="1325FC8E" w14:textId="77777777" w:rsidR="00292F36" w:rsidRDefault="00000000">
            <w:r>
              <w:rPr>
                <w:sz w:val="12"/>
              </w:rPr>
              <w:t>0</w:t>
            </w:r>
          </w:p>
        </w:tc>
        <w:tc>
          <w:tcPr>
            <w:tcW w:w="564" w:type="dxa"/>
            <w:tcMar>
              <w:top w:w="20" w:type="dxa"/>
              <w:left w:w="50" w:type="dxa"/>
              <w:bottom w:w="20" w:type="dxa"/>
              <w:right w:w="50" w:type="dxa"/>
            </w:tcMar>
          </w:tcPr>
          <w:p w14:paraId="3356997F" w14:textId="77777777" w:rsidR="00292F36" w:rsidRDefault="00000000">
            <w:r>
              <w:rPr>
                <w:sz w:val="12"/>
              </w:rPr>
              <w:t>0.05882353</w:t>
            </w:r>
          </w:p>
        </w:tc>
        <w:tc>
          <w:tcPr>
            <w:tcW w:w="564" w:type="dxa"/>
            <w:tcMar>
              <w:top w:w="20" w:type="dxa"/>
              <w:left w:w="50" w:type="dxa"/>
              <w:bottom w:w="20" w:type="dxa"/>
              <w:right w:w="50" w:type="dxa"/>
            </w:tcMar>
          </w:tcPr>
          <w:p w14:paraId="1C4B62AC" w14:textId="77777777" w:rsidR="00292F36" w:rsidRDefault="00000000">
            <w:r>
              <w:rPr>
                <w:sz w:val="12"/>
              </w:rPr>
              <w:t>0</w:t>
            </w:r>
          </w:p>
        </w:tc>
        <w:tc>
          <w:tcPr>
            <w:tcW w:w="564" w:type="dxa"/>
            <w:tcMar>
              <w:top w:w="20" w:type="dxa"/>
              <w:left w:w="50" w:type="dxa"/>
              <w:bottom w:w="20" w:type="dxa"/>
              <w:right w:w="50" w:type="dxa"/>
            </w:tcMar>
          </w:tcPr>
          <w:p w14:paraId="1315298B" w14:textId="77777777" w:rsidR="00292F36" w:rsidRDefault="00000000">
            <w:r>
              <w:rPr>
                <w:sz w:val="12"/>
              </w:rPr>
              <w:t>0.94117647</w:t>
            </w:r>
          </w:p>
        </w:tc>
        <w:tc>
          <w:tcPr>
            <w:tcW w:w="564" w:type="dxa"/>
            <w:tcMar>
              <w:top w:w="20" w:type="dxa"/>
              <w:left w:w="50" w:type="dxa"/>
              <w:bottom w:w="20" w:type="dxa"/>
              <w:right w:w="50" w:type="dxa"/>
            </w:tcMar>
          </w:tcPr>
          <w:p w14:paraId="2DE770CB" w14:textId="77777777" w:rsidR="00292F36" w:rsidRDefault="00000000">
            <w:r>
              <w:rPr>
                <w:sz w:val="12"/>
              </w:rPr>
              <w:t>0</w:t>
            </w:r>
          </w:p>
        </w:tc>
        <w:tc>
          <w:tcPr>
            <w:tcW w:w="564" w:type="dxa"/>
            <w:tcMar>
              <w:top w:w="20" w:type="dxa"/>
              <w:left w:w="50" w:type="dxa"/>
              <w:bottom w:w="20" w:type="dxa"/>
              <w:right w:w="50" w:type="dxa"/>
            </w:tcMar>
          </w:tcPr>
          <w:p w14:paraId="22DEF789" w14:textId="77777777" w:rsidR="00292F36" w:rsidRDefault="00000000">
            <w:r>
              <w:rPr>
                <w:sz w:val="12"/>
              </w:rPr>
              <w:t>0</w:t>
            </w:r>
          </w:p>
        </w:tc>
        <w:tc>
          <w:tcPr>
            <w:tcW w:w="564" w:type="dxa"/>
            <w:tcMar>
              <w:top w:w="20" w:type="dxa"/>
              <w:left w:w="50" w:type="dxa"/>
              <w:bottom w:w="20" w:type="dxa"/>
              <w:right w:w="50" w:type="dxa"/>
            </w:tcMar>
          </w:tcPr>
          <w:p w14:paraId="5ECB09CD" w14:textId="77777777" w:rsidR="00292F36" w:rsidRDefault="00000000">
            <w:r>
              <w:rPr>
                <w:sz w:val="12"/>
              </w:rPr>
              <w:t>0</w:t>
            </w:r>
          </w:p>
        </w:tc>
        <w:tc>
          <w:tcPr>
            <w:tcW w:w="564" w:type="dxa"/>
            <w:tcMar>
              <w:top w:w="20" w:type="dxa"/>
              <w:left w:w="50" w:type="dxa"/>
              <w:bottom w:w="20" w:type="dxa"/>
              <w:right w:w="50" w:type="dxa"/>
            </w:tcMar>
          </w:tcPr>
          <w:p w14:paraId="2E43DECE" w14:textId="77777777" w:rsidR="00292F36" w:rsidRDefault="00000000">
            <w:r>
              <w:rPr>
                <w:sz w:val="12"/>
              </w:rPr>
              <w:t>0</w:t>
            </w:r>
          </w:p>
        </w:tc>
        <w:tc>
          <w:tcPr>
            <w:tcW w:w="564" w:type="dxa"/>
            <w:tcMar>
              <w:top w:w="20" w:type="dxa"/>
              <w:left w:w="50" w:type="dxa"/>
              <w:bottom w:w="20" w:type="dxa"/>
              <w:right w:w="50" w:type="dxa"/>
            </w:tcMar>
          </w:tcPr>
          <w:p w14:paraId="7CC75CCC" w14:textId="77777777" w:rsidR="00292F36" w:rsidRDefault="00000000">
            <w:r>
              <w:rPr>
                <w:sz w:val="12"/>
              </w:rPr>
              <w:t>0.00892857</w:t>
            </w:r>
          </w:p>
        </w:tc>
        <w:tc>
          <w:tcPr>
            <w:tcW w:w="564" w:type="dxa"/>
            <w:tcMar>
              <w:top w:w="20" w:type="dxa"/>
              <w:left w:w="50" w:type="dxa"/>
              <w:bottom w:w="20" w:type="dxa"/>
              <w:right w:w="50" w:type="dxa"/>
            </w:tcMar>
          </w:tcPr>
          <w:p w14:paraId="074007C2" w14:textId="77777777" w:rsidR="00292F36" w:rsidRDefault="00000000">
            <w:r>
              <w:rPr>
                <w:sz w:val="12"/>
              </w:rPr>
              <w:t>0.54464286</w:t>
            </w:r>
          </w:p>
        </w:tc>
        <w:tc>
          <w:tcPr>
            <w:tcW w:w="564" w:type="dxa"/>
            <w:tcMar>
              <w:top w:w="20" w:type="dxa"/>
              <w:left w:w="50" w:type="dxa"/>
              <w:bottom w:w="20" w:type="dxa"/>
              <w:right w:w="50" w:type="dxa"/>
            </w:tcMar>
          </w:tcPr>
          <w:p w14:paraId="3E764484" w14:textId="77777777" w:rsidR="00292F36" w:rsidRDefault="00000000">
            <w:r>
              <w:rPr>
                <w:sz w:val="12"/>
              </w:rPr>
              <w:t>0.25</w:t>
            </w:r>
          </w:p>
        </w:tc>
        <w:tc>
          <w:tcPr>
            <w:tcW w:w="564" w:type="dxa"/>
            <w:tcMar>
              <w:top w:w="20" w:type="dxa"/>
              <w:left w:w="50" w:type="dxa"/>
              <w:bottom w:w="20" w:type="dxa"/>
              <w:right w:w="50" w:type="dxa"/>
            </w:tcMar>
          </w:tcPr>
          <w:p w14:paraId="5A2F47C7" w14:textId="77777777" w:rsidR="00292F36" w:rsidRDefault="00000000">
            <w:r>
              <w:rPr>
                <w:sz w:val="12"/>
              </w:rPr>
              <w:t>0.00892857</w:t>
            </w:r>
          </w:p>
        </w:tc>
        <w:tc>
          <w:tcPr>
            <w:tcW w:w="564" w:type="dxa"/>
            <w:tcMar>
              <w:top w:w="20" w:type="dxa"/>
              <w:left w:w="50" w:type="dxa"/>
              <w:bottom w:w="20" w:type="dxa"/>
              <w:right w:w="50" w:type="dxa"/>
            </w:tcMar>
          </w:tcPr>
          <w:p w14:paraId="62E1969A" w14:textId="77777777" w:rsidR="00292F36" w:rsidRDefault="00000000">
            <w:r>
              <w:rPr>
                <w:sz w:val="12"/>
              </w:rPr>
              <w:t>0</w:t>
            </w:r>
          </w:p>
        </w:tc>
        <w:tc>
          <w:tcPr>
            <w:tcW w:w="564" w:type="dxa"/>
            <w:tcMar>
              <w:top w:w="20" w:type="dxa"/>
              <w:left w:w="50" w:type="dxa"/>
              <w:bottom w:w="20" w:type="dxa"/>
              <w:right w:w="50" w:type="dxa"/>
            </w:tcMar>
          </w:tcPr>
          <w:p w14:paraId="035B6EB6" w14:textId="77777777" w:rsidR="00292F36" w:rsidRDefault="00000000">
            <w:r>
              <w:rPr>
                <w:sz w:val="12"/>
              </w:rPr>
              <w:t>0.1875</w:t>
            </w:r>
          </w:p>
        </w:tc>
      </w:tr>
      <w:tr w:rsidR="00292F36" w14:paraId="34866181" w14:textId="77777777">
        <w:tc>
          <w:tcPr>
            <w:tcW w:w="564" w:type="dxa"/>
            <w:tcMar>
              <w:top w:w="20" w:type="dxa"/>
              <w:left w:w="50" w:type="dxa"/>
              <w:bottom w:w="20" w:type="dxa"/>
              <w:right w:w="50" w:type="dxa"/>
            </w:tcMar>
          </w:tcPr>
          <w:p w14:paraId="1BE0B46E" w14:textId="77777777" w:rsidR="00292F36" w:rsidRDefault="00000000">
            <w:r>
              <w:rPr>
                <w:sz w:val="12"/>
              </w:rPr>
              <w:t>2018_san_miguel_san_miguel_3ms_west_2</w:t>
            </w:r>
          </w:p>
        </w:tc>
        <w:tc>
          <w:tcPr>
            <w:tcW w:w="564" w:type="dxa"/>
            <w:tcMar>
              <w:top w:w="20" w:type="dxa"/>
              <w:left w:w="50" w:type="dxa"/>
              <w:bottom w:w="20" w:type="dxa"/>
              <w:right w:w="50" w:type="dxa"/>
            </w:tcMar>
          </w:tcPr>
          <w:p w14:paraId="16769670" w14:textId="77777777" w:rsidR="00292F36" w:rsidRDefault="00000000">
            <w:r>
              <w:rPr>
                <w:sz w:val="12"/>
              </w:rPr>
              <w:t>0.57501614</w:t>
            </w:r>
          </w:p>
        </w:tc>
        <w:tc>
          <w:tcPr>
            <w:tcW w:w="564" w:type="dxa"/>
            <w:tcMar>
              <w:top w:w="20" w:type="dxa"/>
              <w:left w:w="50" w:type="dxa"/>
              <w:bottom w:w="20" w:type="dxa"/>
              <w:right w:w="50" w:type="dxa"/>
            </w:tcMar>
          </w:tcPr>
          <w:p w14:paraId="5E75FC2F" w14:textId="77777777" w:rsidR="00292F36" w:rsidRDefault="00000000">
            <w:r>
              <w:rPr>
                <w:sz w:val="12"/>
              </w:rPr>
              <w:t>-0.1905378</w:t>
            </w:r>
          </w:p>
        </w:tc>
        <w:tc>
          <w:tcPr>
            <w:tcW w:w="564" w:type="dxa"/>
            <w:tcMar>
              <w:top w:w="20" w:type="dxa"/>
              <w:left w:w="50" w:type="dxa"/>
              <w:bottom w:w="20" w:type="dxa"/>
              <w:right w:w="50" w:type="dxa"/>
            </w:tcMar>
          </w:tcPr>
          <w:p w14:paraId="6F588B6F" w14:textId="77777777" w:rsidR="00292F36" w:rsidRDefault="00000000">
            <w:r>
              <w:rPr>
                <w:sz w:val="12"/>
              </w:rPr>
              <w:t>2018</w:t>
            </w:r>
          </w:p>
        </w:tc>
        <w:tc>
          <w:tcPr>
            <w:tcW w:w="564" w:type="dxa"/>
            <w:tcMar>
              <w:top w:w="20" w:type="dxa"/>
              <w:left w:w="50" w:type="dxa"/>
              <w:bottom w:w="20" w:type="dxa"/>
              <w:right w:w="50" w:type="dxa"/>
            </w:tcMar>
          </w:tcPr>
          <w:p w14:paraId="32EA24E6" w14:textId="77777777" w:rsidR="00292F36" w:rsidRDefault="00000000">
            <w:r>
              <w:rPr>
                <w:sz w:val="12"/>
              </w:rPr>
              <w:t>ensenada</w:t>
            </w:r>
          </w:p>
        </w:tc>
        <w:tc>
          <w:tcPr>
            <w:tcW w:w="564" w:type="dxa"/>
            <w:tcMar>
              <w:top w:w="20" w:type="dxa"/>
              <w:left w:w="50" w:type="dxa"/>
              <w:bottom w:w="20" w:type="dxa"/>
              <w:right w:w="50" w:type="dxa"/>
            </w:tcMar>
          </w:tcPr>
          <w:p w14:paraId="5B9663E5" w14:textId="77777777" w:rsidR="00292F36" w:rsidRDefault="00000000">
            <w:r>
              <w:rPr>
                <w:sz w:val="12"/>
              </w:rPr>
              <w:t>North</w:t>
            </w:r>
          </w:p>
        </w:tc>
        <w:tc>
          <w:tcPr>
            <w:tcW w:w="564" w:type="dxa"/>
            <w:tcMar>
              <w:top w:w="20" w:type="dxa"/>
              <w:left w:w="50" w:type="dxa"/>
              <w:bottom w:w="20" w:type="dxa"/>
              <w:right w:w="50" w:type="dxa"/>
            </w:tcMar>
          </w:tcPr>
          <w:p w14:paraId="338327F3" w14:textId="77777777" w:rsidR="00292F36" w:rsidRDefault="00000000">
            <w:r>
              <w:rPr>
                <w:sz w:val="12"/>
              </w:rPr>
              <w:t>san_miguel</w:t>
            </w:r>
          </w:p>
        </w:tc>
        <w:tc>
          <w:tcPr>
            <w:tcW w:w="564" w:type="dxa"/>
            <w:tcMar>
              <w:top w:w="20" w:type="dxa"/>
              <w:left w:w="50" w:type="dxa"/>
              <w:bottom w:w="20" w:type="dxa"/>
              <w:right w:w="50" w:type="dxa"/>
            </w:tcMar>
          </w:tcPr>
          <w:p w14:paraId="49A0745C" w14:textId="77777777" w:rsidR="00292F36" w:rsidRDefault="00000000">
            <w:r>
              <w:rPr>
                <w:sz w:val="12"/>
              </w:rPr>
              <w:t>san_miguel_3ms_west</w:t>
            </w:r>
          </w:p>
        </w:tc>
        <w:tc>
          <w:tcPr>
            <w:tcW w:w="564" w:type="dxa"/>
            <w:tcMar>
              <w:top w:w="20" w:type="dxa"/>
              <w:left w:w="50" w:type="dxa"/>
              <w:bottom w:w="20" w:type="dxa"/>
              <w:right w:w="50" w:type="dxa"/>
            </w:tcMar>
          </w:tcPr>
          <w:p w14:paraId="2B9CDA85" w14:textId="77777777" w:rsidR="00292F36" w:rsidRDefault="00000000">
            <w:r>
              <w:rPr>
                <w:sz w:val="12"/>
              </w:rPr>
              <w:t>5</w:t>
            </w:r>
          </w:p>
        </w:tc>
        <w:tc>
          <w:tcPr>
            <w:tcW w:w="564" w:type="dxa"/>
            <w:tcMar>
              <w:top w:w="20" w:type="dxa"/>
              <w:left w:w="50" w:type="dxa"/>
              <w:bottom w:w="20" w:type="dxa"/>
              <w:right w:w="50" w:type="dxa"/>
            </w:tcMar>
          </w:tcPr>
          <w:p w14:paraId="3B77E5C7" w14:textId="77777777" w:rsidR="00292F36" w:rsidRDefault="00000000">
            <w:r>
              <w:rPr>
                <w:sz w:val="12"/>
              </w:rPr>
              <w:t>15.7799997</w:t>
            </w:r>
          </w:p>
        </w:tc>
        <w:tc>
          <w:tcPr>
            <w:tcW w:w="564" w:type="dxa"/>
            <w:tcMar>
              <w:top w:w="20" w:type="dxa"/>
              <w:left w:w="50" w:type="dxa"/>
              <w:bottom w:w="20" w:type="dxa"/>
              <w:right w:w="50" w:type="dxa"/>
            </w:tcMar>
          </w:tcPr>
          <w:p w14:paraId="01B6C562" w14:textId="77777777" w:rsidR="00292F36" w:rsidRDefault="00000000">
            <w:r>
              <w:rPr>
                <w:sz w:val="12"/>
              </w:rPr>
              <w:t>0.17929815</w:t>
            </w:r>
          </w:p>
        </w:tc>
        <w:tc>
          <w:tcPr>
            <w:tcW w:w="564" w:type="dxa"/>
            <w:tcMar>
              <w:top w:w="20" w:type="dxa"/>
              <w:left w:w="50" w:type="dxa"/>
              <w:bottom w:w="20" w:type="dxa"/>
              <w:right w:w="50" w:type="dxa"/>
            </w:tcMar>
          </w:tcPr>
          <w:p w14:paraId="5BBEFC05" w14:textId="77777777" w:rsidR="00292F36" w:rsidRDefault="00000000">
            <w:r>
              <w:rPr>
                <w:sz w:val="12"/>
              </w:rPr>
              <w:t>0</w:t>
            </w:r>
          </w:p>
        </w:tc>
        <w:tc>
          <w:tcPr>
            <w:tcW w:w="564" w:type="dxa"/>
            <w:tcMar>
              <w:top w:w="20" w:type="dxa"/>
              <w:left w:w="50" w:type="dxa"/>
              <w:bottom w:w="20" w:type="dxa"/>
              <w:right w:w="50" w:type="dxa"/>
            </w:tcMar>
          </w:tcPr>
          <w:p w14:paraId="48D7273B" w14:textId="77777777" w:rsidR="00292F36" w:rsidRDefault="00000000">
            <w:r>
              <w:rPr>
                <w:sz w:val="12"/>
              </w:rPr>
              <w:t>0.88732394</w:t>
            </w:r>
          </w:p>
        </w:tc>
        <w:tc>
          <w:tcPr>
            <w:tcW w:w="564" w:type="dxa"/>
            <w:tcMar>
              <w:top w:w="20" w:type="dxa"/>
              <w:left w:w="50" w:type="dxa"/>
              <w:bottom w:w="20" w:type="dxa"/>
              <w:right w:w="50" w:type="dxa"/>
            </w:tcMar>
          </w:tcPr>
          <w:p w14:paraId="0108E3FF" w14:textId="77777777" w:rsidR="00292F36" w:rsidRDefault="00000000">
            <w:r>
              <w:rPr>
                <w:sz w:val="12"/>
              </w:rPr>
              <w:t>0.02816901</w:t>
            </w:r>
          </w:p>
        </w:tc>
        <w:tc>
          <w:tcPr>
            <w:tcW w:w="564" w:type="dxa"/>
            <w:tcMar>
              <w:top w:w="20" w:type="dxa"/>
              <w:left w:w="50" w:type="dxa"/>
              <w:bottom w:w="20" w:type="dxa"/>
              <w:right w:w="50" w:type="dxa"/>
            </w:tcMar>
          </w:tcPr>
          <w:p w14:paraId="4D1F4DC8" w14:textId="77777777" w:rsidR="00292F36" w:rsidRDefault="00000000">
            <w:r>
              <w:rPr>
                <w:sz w:val="12"/>
              </w:rPr>
              <w:t>0.08450704</w:t>
            </w:r>
          </w:p>
        </w:tc>
        <w:tc>
          <w:tcPr>
            <w:tcW w:w="564" w:type="dxa"/>
            <w:tcMar>
              <w:top w:w="20" w:type="dxa"/>
              <w:left w:w="50" w:type="dxa"/>
              <w:bottom w:w="20" w:type="dxa"/>
              <w:right w:w="50" w:type="dxa"/>
            </w:tcMar>
          </w:tcPr>
          <w:p w14:paraId="44F7C893" w14:textId="77777777" w:rsidR="00292F36" w:rsidRDefault="00000000">
            <w:r>
              <w:rPr>
                <w:sz w:val="12"/>
              </w:rPr>
              <w:t>0</w:t>
            </w:r>
          </w:p>
        </w:tc>
        <w:tc>
          <w:tcPr>
            <w:tcW w:w="564" w:type="dxa"/>
            <w:tcMar>
              <w:top w:w="20" w:type="dxa"/>
              <w:left w:w="50" w:type="dxa"/>
              <w:bottom w:w="20" w:type="dxa"/>
              <w:right w:w="50" w:type="dxa"/>
            </w:tcMar>
          </w:tcPr>
          <w:p w14:paraId="70D68950" w14:textId="77777777" w:rsidR="00292F36" w:rsidRDefault="00000000">
            <w:r>
              <w:rPr>
                <w:sz w:val="12"/>
              </w:rPr>
              <w:t>0</w:t>
            </w:r>
          </w:p>
        </w:tc>
        <w:tc>
          <w:tcPr>
            <w:tcW w:w="564" w:type="dxa"/>
            <w:tcMar>
              <w:top w:w="20" w:type="dxa"/>
              <w:left w:w="50" w:type="dxa"/>
              <w:bottom w:w="20" w:type="dxa"/>
              <w:right w:w="50" w:type="dxa"/>
            </w:tcMar>
          </w:tcPr>
          <w:p w14:paraId="715EC110" w14:textId="77777777" w:rsidR="00292F36" w:rsidRDefault="00000000">
            <w:r>
              <w:rPr>
                <w:sz w:val="12"/>
              </w:rPr>
              <w:t>0</w:t>
            </w:r>
          </w:p>
        </w:tc>
        <w:tc>
          <w:tcPr>
            <w:tcW w:w="564" w:type="dxa"/>
            <w:tcMar>
              <w:top w:w="20" w:type="dxa"/>
              <w:left w:w="50" w:type="dxa"/>
              <w:bottom w:w="20" w:type="dxa"/>
              <w:right w:w="50" w:type="dxa"/>
            </w:tcMar>
          </w:tcPr>
          <w:p w14:paraId="5B217E85" w14:textId="77777777" w:rsidR="00292F36" w:rsidRDefault="00000000">
            <w:r>
              <w:rPr>
                <w:sz w:val="12"/>
              </w:rPr>
              <w:t>0</w:t>
            </w:r>
          </w:p>
        </w:tc>
        <w:tc>
          <w:tcPr>
            <w:tcW w:w="564" w:type="dxa"/>
            <w:tcMar>
              <w:top w:w="20" w:type="dxa"/>
              <w:left w:w="50" w:type="dxa"/>
              <w:bottom w:w="20" w:type="dxa"/>
              <w:right w:w="50" w:type="dxa"/>
            </w:tcMar>
          </w:tcPr>
          <w:p w14:paraId="2EFF89F6" w14:textId="77777777" w:rsidR="00292F36" w:rsidRDefault="00000000">
            <w:r>
              <w:rPr>
                <w:sz w:val="12"/>
              </w:rPr>
              <w:t>0</w:t>
            </w:r>
          </w:p>
        </w:tc>
        <w:tc>
          <w:tcPr>
            <w:tcW w:w="564" w:type="dxa"/>
            <w:tcMar>
              <w:top w:w="20" w:type="dxa"/>
              <w:left w:w="50" w:type="dxa"/>
              <w:bottom w:w="20" w:type="dxa"/>
              <w:right w:w="50" w:type="dxa"/>
            </w:tcMar>
          </w:tcPr>
          <w:p w14:paraId="1C5C6D73" w14:textId="77777777" w:rsidR="00292F36" w:rsidRDefault="00000000">
            <w:r>
              <w:rPr>
                <w:sz w:val="12"/>
              </w:rPr>
              <w:t>0.63013699</w:t>
            </w:r>
          </w:p>
        </w:tc>
        <w:tc>
          <w:tcPr>
            <w:tcW w:w="564" w:type="dxa"/>
            <w:tcMar>
              <w:top w:w="20" w:type="dxa"/>
              <w:left w:w="50" w:type="dxa"/>
              <w:bottom w:w="20" w:type="dxa"/>
              <w:right w:w="50" w:type="dxa"/>
            </w:tcMar>
          </w:tcPr>
          <w:p w14:paraId="20DF8868" w14:textId="77777777" w:rsidR="00292F36" w:rsidRDefault="00000000">
            <w:r>
              <w:rPr>
                <w:sz w:val="12"/>
              </w:rPr>
              <w:t>0.04109589</w:t>
            </w:r>
          </w:p>
        </w:tc>
        <w:tc>
          <w:tcPr>
            <w:tcW w:w="564" w:type="dxa"/>
            <w:tcMar>
              <w:top w:w="20" w:type="dxa"/>
              <w:left w:w="50" w:type="dxa"/>
              <w:bottom w:w="20" w:type="dxa"/>
              <w:right w:w="50" w:type="dxa"/>
            </w:tcMar>
          </w:tcPr>
          <w:p w14:paraId="3A80B707" w14:textId="77777777" w:rsidR="00292F36" w:rsidRDefault="00000000">
            <w:r>
              <w:rPr>
                <w:sz w:val="12"/>
              </w:rPr>
              <w:t>0</w:t>
            </w:r>
          </w:p>
        </w:tc>
        <w:tc>
          <w:tcPr>
            <w:tcW w:w="564" w:type="dxa"/>
            <w:tcMar>
              <w:top w:w="20" w:type="dxa"/>
              <w:left w:w="50" w:type="dxa"/>
              <w:bottom w:w="20" w:type="dxa"/>
              <w:right w:w="50" w:type="dxa"/>
            </w:tcMar>
          </w:tcPr>
          <w:p w14:paraId="76FA58B0" w14:textId="77777777" w:rsidR="00292F36" w:rsidRDefault="00000000">
            <w:r>
              <w:rPr>
                <w:sz w:val="12"/>
              </w:rPr>
              <w:t>0</w:t>
            </w:r>
          </w:p>
        </w:tc>
        <w:tc>
          <w:tcPr>
            <w:tcW w:w="564" w:type="dxa"/>
            <w:tcMar>
              <w:top w:w="20" w:type="dxa"/>
              <w:left w:w="50" w:type="dxa"/>
              <w:bottom w:w="20" w:type="dxa"/>
              <w:right w:w="50" w:type="dxa"/>
            </w:tcMar>
          </w:tcPr>
          <w:p w14:paraId="7D294D46" w14:textId="77777777" w:rsidR="00292F36" w:rsidRDefault="00000000">
            <w:r>
              <w:rPr>
                <w:sz w:val="12"/>
              </w:rPr>
              <w:t>0.32876712</w:t>
            </w:r>
          </w:p>
        </w:tc>
      </w:tr>
      <w:tr w:rsidR="00292F36" w14:paraId="24D21905" w14:textId="77777777">
        <w:tc>
          <w:tcPr>
            <w:tcW w:w="564" w:type="dxa"/>
            <w:tcMar>
              <w:top w:w="20" w:type="dxa"/>
              <w:left w:w="50" w:type="dxa"/>
              <w:bottom w:w="20" w:type="dxa"/>
              <w:right w:w="50" w:type="dxa"/>
            </w:tcMar>
          </w:tcPr>
          <w:p w14:paraId="22575B12" w14:textId="77777777" w:rsidR="00292F36" w:rsidRDefault="00000000">
            <w:r>
              <w:rPr>
                <w:sz w:val="12"/>
              </w:rPr>
              <w:t>2018_san_miguel_san_miguel_beach_deep_1</w:t>
            </w:r>
          </w:p>
        </w:tc>
        <w:tc>
          <w:tcPr>
            <w:tcW w:w="564" w:type="dxa"/>
            <w:tcMar>
              <w:top w:w="20" w:type="dxa"/>
              <w:left w:w="50" w:type="dxa"/>
              <w:bottom w:w="20" w:type="dxa"/>
              <w:right w:w="50" w:type="dxa"/>
            </w:tcMar>
          </w:tcPr>
          <w:p w14:paraId="0C4D86C7" w14:textId="77777777" w:rsidR="00292F36" w:rsidRDefault="00000000">
            <w:r>
              <w:rPr>
                <w:sz w:val="12"/>
              </w:rPr>
              <w:t>0.77003896</w:t>
            </w:r>
          </w:p>
        </w:tc>
        <w:tc>
          <w:tcPr>
            <w:tcW w:w="564" w:type="dxa"/>
            <w:tcMar>
              <w:top w:w="20" w:type="dxa"/>
              <w:left w:w="50" w:type="dxa"/>
              <w:bottom w:w="20" w:type="dxa"/>
              <w:right w:w="50" w:type="dxa"/>
            </w:tcMar>
          </w:tcPr>
          <w:p w14:paraId="15382D7A" w14:textId="77777777" w:rsidR="00292F36" w:rsidRDefault="00000000">
            <w:r>
              <w:rPr>
                <w:sz w:val="12"/>
              </w:rPr>
              <w:t>0.48060602</w:t>
            </w:r>
          </w:p>
        </w:tc>
        <w:tc>
          <w:tcPr>
            <w:tcW w:w="564" w:type="dxa"/>
            <w:tcMar>
              <w:top w:w="20" w:type="dxa"/>
              <w:left w:w="50" w:type="dxa"/>
              <w:bottom w:w="20" w:type="dxa"/>
              <w:right w:w="50" w:type="dxa"/>
            </w:tcMar>
          </w:tcPr>
          <w:p w14:paraId="2735691A" w14:textId="77777777" w:rsidR="00292F36" w:rsidRDefault="00000000">
            <w:r>
              <w:rPr>
                <w:sz w:val="12"/>
              </w:rPr>
              <w:t>NA</w:t>
            </w:r>
          </w:p>
        </w:tc>
        <w:tc>
          <w:tcPr>
            <w:tcW w:w="564" w:type="dxa"/>
            <w:tcMar>
              <w:top w:w="20" w:type="dxa"/>
              <w:left w:w="50" w:type="dxa"/>
              <w:bottom w:w="20" w:type="dxa"/>
              <w:right w:w="50" w:type="dxa"/>
            </w:tcMar>
          </w:tcPr>
          <w:p w14:paraId="470DE4BC" w14:textId="77777777" w:rsidR="00292F36" w:rsidRDefault="00000000">
            <w:r>
              <w:rPr>
                <w:sz w:val="12"/>
              </w:rPr>
              <w:t>NA</w:t>
            </w:r>
          </w:p>
        </w:tc>
        <w:tc>
          <w:tcPr>
            <w:tcW w:w="564" w:type="dxa"/>
            <w:tcMar>
              <w:top w:w="20" w:type="dxa"/>
              <w:left w:w="50" w:type="dxa"/>
              <w:bottom w:w="20" w:type="dxa"/>
              <w:right w:w="50" w:type="dxa"/>
            </w:tcMar>
          </w:tcPr>
          <w:p w14:paraId="7B0CD56A" w14:textId="77777777" w:rsidR="00292F36" w:rsidRDefault="00000000">
            <w:r>
              <w:rPr>
                <w:sz w:val="12"/>
              </w:rPr>
              <w:t>NA</w:t>
            </w:r>
          </w:p>
        </w:tc>
        <w:tc>
          <w:tcPr>
            <w:tcW w:w="564" w:type="dxa"/>
            <w:tcMar>
              <w:top w:w="20" w:type="dxa"/>
              <w:left w:w="50" w:type="dxa"/>
              <w:bottom w:w="20" w:type="dxa"/>
              <w:right w:w="50" w:type="dxa"/>
            </w:tcMar>
          </w:tcPr>
          <w:p w14:paraId="36642A89" w14:textId="77777777" w:rsidR="00292F36" w:rsidRDefault="00000000">
            <w:r>
              <w:rPr>
                <w:sz w:val="12"/>
              </w:rPr>
              <w:t>NA</w:t>
            </w:r>
          </w:p>
        </w:tc>
        <w:tc>
          <w:tcPr>
            <w:tcW w:w="564" w:type="dxa"/>
            <w:tcMar>
              <w:top w:w="20" w:type="dxa"/>
              <w:left w:w="50" w:type="dxa"/>
              <w:bottom w:w="20" w:type="dxa"/>
              <w:right w:w="50" w:type="dxa"/>
            </w:tcMar>
          </w:tcPr>
          <w:p w14:paraId="3BC09A51" w14:textId="77777777" w:rsidR="00292F36" w:rsidRDefault="00000000">
            <w:r>
              <w:rPr>
                <w:sz w:val="12"/>
              </w:rPr>
              <w:t>NA</w:t>
            </w:r>
          </w:p>
        </w:tc>
        <w:tc>
          <w:tcPr>
            <w:tcW w:w="564" w:type="dxa"/>
            <w:tcMar>
              <w:top w:w="20" w:type="dxa"/>
              <w:left w:w="50" w:type="dxa"/>
              <w:bottom w:w="20" w:type="dxa"/>
              <w:right w:w="50" w:type="dxa"/>
            </w:tcMar>
          </w:tcPr>
          <w:p w14:paraId="66ECF961" w14:textId="77777777" w:rsidR="00292F36" w:rsidRDefault="00000000">
            <w:r>
              <w:rPr>
                <w:sz w:val="12"/>
              </w:rPr>
              <w:t>NA</w:t>
            </w:r>
          </w:p>
        </w:tc>
        <w:tc>
          <w:tcPr>
            <w:tcW w:w="564" w:type="dxa"/>
            <w:tcMar>
              <w:top w:w="20" w:type="dxa"/>
              <w:left w:w="50" w:type="dxa"/>
              <w:bottom w:w="20" w:type="dxa"/>
              <w:right w:w="50" w:type="dxa"/>
            </w:tcMar>
          </w:tcPr>
          <w:p w14:paraId="2C27E3EB" w14:textId="77777777" w:rsidR="00292F36" w:rsidRDefault="00000000">
            <w:r>
              <w:rPr>
                <w:sz w:val="12"/>
              </w:rPr>
              <w:t>NA</w:t>
            </w:r>
          </w:p>
        </w:tc>
        <w:tc>
          <w:tcPr>
            <w:tcW w:w="564" w:type="dxa"/>
            <w:tcMar>
              <w:top w:w="20" w:type="dxa"/>
              <w:left w:w="50" w:type="dxa"/>
              <w:bottom w:w="20" w:type="dxa"/>
              <w:right w:w="50" w:type="dxa"/>
            </w:tcMar>
          </w:tcPr>
          <w:p w14:paraId="115F7482" w14:textId="77777777" w:rsidR="00292F36" w:rsidRDefault="00000000">
            <w:r>
              <w:rPr>
                <w:sz w:val="12"/>
              </w:rPr>
              <w:t>NA</w:t>
            </w:r>
          </w:p>
        </w:tc>
        <w:tc>
          <w:tcPr>
            <w:tcW w:w="564" w:type="dxa"/>
            <w:tcMar>
              <w:top w:w="20" w:type="dxa"/>
              <w:left w:w="50" w:type="dxa"/>
              <w:bottom w:w="20" w:type="dxa"/>
              <w:right w:w="50" w:type="dxa"/>
            </w:tcMar>
          </w:tcPr>
          <w:p w14:paraId="1605534E" w14:textId="77777777" w:rsidR="00292F36" w:rsidRDefault="00000000">
            <w:r>
              <w:rPr>
                <w:sz w:val="12"/>
              </w:rPr>
              <w:t>0</w:t>
            </w:r>
          </w:p>
        </w:tc>
        <w:tc>
          <w:tcPr>
            <w:tcW w:w="564" w:type="dxa"/>
            <w:tcMar>
              <w:top w:w="20" w:type="dxa"/>
              <w:left w:w="50" w:type="dxa"/>
              <w:bottom w:w="20" w:type="dxa"/>
              <w:right w:w="50" w:type="dxa"/>
            </w:tcMar>
          </w:tcPr>
          <w:p w14:paraId="65599407" w14:textId="77777777" w:rsidR="00292F36" w:rsidRDefault="00000000">
            <w:r>
              <w:rPr>
                <w:sz w:val="12"/>
              </w:rPr>
              <w:t>0.39325843</w:t>
            </w:r>
          </w:p>
        </w:tc>
        <w:tc>
          <w:tcPr>
            <w:tcW w:w="564" w:type="dxa"/>
            <w:tcMar>
              <w:top w:w="20" w:type="dxa"/>
              <w:left w:w="50" w:type="dxa"/>
              <w:bottom w:w="20" w:type="dxa"/>
              <w:right w:w="50" w:type="dxa"/>
            </w:tcMar>
          </w:tcPr>
          <w:p w14:paraId="3890AF54" w14:textId="77777777" w:rsidR="00292F36" w:rsidRDefault="00000000">
            <w:r>
              <w:rPr>
                <w:sz w:val="12"/>
              </w:rPr>
              <w:t>0.17977528</w:t>
            </w:r>
          </w:p>
        </w:tc>
        <w:tc>
          <w:tcPr>
            <w:tcW w:w="564" w:type="dxa"/>
            <w:tcMar>
              <w:top w:w="20" w:type="dxa"/>
              <w:left w:w="50" w:type="dxa"/>
              <w:bottom w:w="20" w:type="dxa"/>
              <w:right w:w="50" w:type="dxa"/>
            </w:tcMar>
          </w:tcPr>
          <w:p w14:paraId="21A2FABD" w14:textId="77777777" w:rsidR="00292F36" w:rsidRDefault="00000000">
            <w:r>
              <w:rPr>
                <w:sz w:val="12"/>
              </w:rPr>
              <w:t>0.42696629</w:t>
            </w:r>
          </w:p>
        </w:tc>
        <w:tc>
          <w:tcPr>
            <w:tcW w:w="564" w:type="dxa"/>
            <w:tcMar>
              <w:top w:w="20" w:type="dxa"/>
              <w:left w:w="50" w:type="dxa"/>
              <w:bottom w:w="20" w:type="dxa"/>
              <w:right w:w="50" w:type="dxa"/>
            </w:tcMar>
          </w:tcPr>
          <w:p w14:paraId="0479FA9B" w14:textId="77777777" w:rsidR="00292F36" w:rsidRDefault="00000000">
            <w:r>
              <w:rPr>
                <w:sz w:val="12"/>
              </w:rPr>
              <w:t>0</w:t>
            </w:r>
          </w:p>
        </w:tc>
        <w:tc>
          <w:tcPr>
            <w:tcW w:w="564" w:type="dxa"/>
            <w:tcMar>
              <w:top w:w="20" w:type="dxa"/>
              <w:left w:w="50" w:type="dxa"/>
              <w:bottom w:w="20" w:type="dxa"/>
              <w:right w:w="50" w:type="dxa"/>
            </w:tcMar>
          </w:tcPr>
          <w:p w14:paraId="568FCCE5" w14:textId="77777777" w:rsidR="00292F36" w:rsidRDefault="00000000">
            <w:r>
              <w:rPr>
                <w:sz w:val="12"/>
              </w:rPr>
              <w:t>0</w:t>
            </w:r>
          </w:p>
        </w:tc>
        <w:tc>
          <w:tcPr>
            <w:tcW w:w="564" w:type="dxa"/>
            <w:tcMar>
              <w:top w:w="20" w:type="dxa"/>
              <w:left w:w="50" w:type="dxa"/>
              <w:bottom w:w="20" w:type="dxa"/>
              <w:right w:w="50" w:type="dxa"/>
            </w:tcMar>
          </w:tcPr>
          <w:p w14:paraId="65B45D0F" w14:textId="77777777" w:rsidR="00292F36" w:rsidRDefault="00000000">
            <w:r>
              <w:rPr>
                <w:sz w:val="12"/>
              </w:rPr>
              <w:t>0</w:t>
            </w:r>
          </w:p>
        </w:tc>
        <w:tc>
          <w:tcPr>
            <w:tcW w:w="564" w:type="dxa"/>
            <w:tcMar>
              <w:top w:w="20" w:type="dxa"/>
              <w:left w:w="50" w:type="dxa"/>
              <w:bottom w:w="20" w:type="dxa"/>
              <w:right w:w="50" w:type="dxa"/>
            </w:tcMar>
          </w:tcPr>
          <w:p w14:paraId="5362E98E" w14:textId="77777777" w:rsidR="00292F36" w:rsidRDefault="00000000">
            <w:r>
              <w:rPr>
                <w:sz w:val="12"/>
              </w:rPr>
              <w:t>0</w:t>
            </w:r>
          </w:p>
        </w:tc>
        <w:tc>
          <w:tcPr>
            <w:tcW w:w="564" w:type="dxa"/>
            <w:tcMar>
              <w:top w:w="20" w:type="dxa"/>
              <w:left w:w="50" w:type="dxa"/>
              <w:bottom w:w="20" w:type="dxa"/>
              <w:right w:w="50" w:type="dxa"/>
            </w:tcMar>
          </w:tcPr>
          <w:p w14:paraId="14A6D603" w14:textId="77777777" w:rsidR="00292F36" w:rsidRDefault="00000000">
            <w:r>
              <w:rPr>
                <w:sz w:val="12"/>
              </w:rPr>
              <w:t>0.03846154</w:t>
            </w:r>
          </w:p>
        </w:tc>
        <w:tc>
          <w:tcPr>
            <w:tcW w:w="564" w:type="dxa"/>
            <w:tcMar>
              <w:top w:w="20" w:type="dxa"/>
              <w:left w:w="50" w:type="dxa"/>
              <w:bottom w:w="20" w:type="dxa"/>
              <w:right w:w="50" w:type="dxa"/>
            </w:tcMar>
          </w:tcPr>
          <w:p w14:paraId="5F6CFA5E" w14:textId="77777777" w:rsidR="00292F36" w:rsidRDefault="00000000">
            <w:r>
              <w:rPr>
                <w:sz w:val="12"/>
              </w:rPr>
              <w:t>0.17307692</w:t>
            </w:r>
          </w:p>
        </w:tc>
        <w:tc>
          <w:tcPr>
            <w:tcW w:w="564" w:type="dxa"/>
            <w:tcMar>
              <w:top w:w="20" w:type="dxa"/>
              <w:left w:w="50" w:type="dxa"/>
              <w:bottom w:w="20" w:type="dxa"/>
              <w:right w:w="50" w:type="dxa"/>
            </w:tcMar>
          </w:tcPr>
          <w:p w14:paraId="72CDDAB6" w14:textId="77777777" w:rsidR="00292F36" w:rsidRDefault="00000000">
            <w:r>
              <w:rPr>
                <w:sz w:val="12"/>
              </w:rPr>
              <w:t>0.25</w:t>
            </w:r>
          </w:p>
        </w:tc>
        <w:tc>
          <w:tcPr>
            <w:tcW w:w="564" w:type="dxa"/>
            <w:tcMar>
              <w:top w:w="20" w:type="dxa"/>
              <w:left w:w="50" w:type="dxa"/>
              <w:bottom w:w="20" w:type="dxa"/>
              <w:right w:w="50" w:type="dxa"/>
            </w:tcMar>
          </w:tcPr>
          <w:p w14:paraId="5E4C6DE7" w14:textId="77777777" w:rsidR="00292F36" w:rsidRDefault="00000000">
            <w:r>
              <w:rPr>
                <w:sz w:val="12"/>
              </w:rPr>
              <w:t>0.53846154</w:t>
            </w:r>
          </w:p>
        </w:tc>
        <w:tc>
          <w:tcPr>
            <w:tcW w:w="564" w:type="dxa"/>
            <w:tcMar>
              <w:top w:w="20" w:type="dxa"/>
              <w:left w:w="50" w:type="dxa"/>
              <w:bottom w:w="20" w:type="dxa"/>
              <w:right w:w="50" w:type="dxa"/>
            </w:tcMar>
          </w:tcPr>
          <w:p w14:paraId="35212570" w14:textId="77777777" w:rsidR="00292F36" w:rsidRDefault="00000000">
            <w:r>
              <w:rPr>
                <w:sz w:val="12"/>
              </w:rPr>
              <w:t>0</w:t>
            </w:r>
          </w:p>
        </w:tc>
        <w:tc>
          <w:tcPr>
            <w:tcW w:w="564" w:type="dxa"/>
            <w:tcMar>
              <w:top w:w="20" w:type="dxa"/>
              <w:left w:w="50" w:type="dxa"/>
              <w:bottom w:w="20" w:type="dxa"/>
              <w:right w:w="50" w:type="dxa"/>
            </w:tcMar>
          </w:tcPr>
          <w:p w14:paraId="53A61074" w14:textId="77777777" w:rsidR="00292F36" w:rsidRDefault="00000000">
            <w:r>
              <w:rPr>
                <w:sz w:val="12"/>
              </w:rPr>
              <w:t>0</w:t>
            </w:r>
          </w:p>
        </w:tc>
      </w:tr>
      <w:tr w:rsidR="00292F36" w14:paraId="0796BF93" w14:textId="77777777">
        <w:tc>
          <w:tcPr>
            <w:tcW w:w="564" w:type="dxa"/>
            <w:tcMar>
              <w:top w:w="20" w:type="dxa"/>
              <w:left w:w="50" w:type="dxa"/>
              <w:bottom w:w="20" w:type="dxa"/>
              <w:right w:w="50" w:type="dxa"/>
            </w:tcMar>
          </w:tcPr>
          <w:p w14:paraId="2B16975B" w14:textId="77777777" w:rsidR="00292F36" w:rsidRDefault="00000000">
            <w:r>
              <w:rPr>
                <w:sz w:val="12"/>
              </w:rPr>
              <w:t>2018_san_miguel_san_miguel_beach_deep_2</w:t>
            </w:r>
          </w:p>
        </w:tc>
        <w:tc>
          <w:tcPr>
            <w:tcW w:w="564" w:type="dxa"/>
            <w:tcMar>
              <w:top w:w="20" w:type="dxa"/>
              <w:left w:w="50" w:type="dxa"/>
              <w:bottom w:w="20" w:type="dxa"/>
              <w:right w:w="50" w:type="dxa"/>
            </w:tcMar>
          </w:tcPr>
          <w:p w14:paraId="1CB93CED" w14:textId="77777777" w:rsidR="00292F36" w:rsidRDefault="00000000">
            <w:r>
              <w:rPr>
                <w:sz w:val="12"/>
              </w:rPr>
              <w:t>0.79749542</w:t>
            </w:r>
          </w:p>
        </w:tc>
        <w:tc>
          <w:tcPr>
            <w:tcW w:w="564" w:type="dxa"/>
            <w:tcMar>
              <w:top w:w="20" w:type="dxa"/>
              <w:left w:w="50" w:type="dxa"/>
              <w:bottom w:w="20" w:type="dxa"/>
              <w:right w:w="50" w:type="dxa"/>
            </w:tcMar>
          </w:tcPr>
          <w:p w14:paraId="096312CA" w14:textId="77777777" w:rsidR="00292F36" w:rsidRDefault="00000000">
            <w:r>
              <w:rPr>
                <w:sz w:val="12"/>
              </w:rPr>
              <w:t>-0.5265476</w:t>
            </w:r>
          </w:p>
        </w:tc>
        <w:tc>
          <w:tcPr>
            <w:tcW w:w="564" w:type="dxa"/>
            <w:tcMar>
              <w:top w:w="20" w:type="dxa"/>
              <w:left w:w="50" w:type="dxa"/>
              <w:bottom w:w="20" w:type="dxa"/>
              <w:right w:w="50" w:type="dxa"/>
            </w:tcMar>
          </w:tcPr>
          <w:p w14:paraId="38D475D2" w14:textId="77777777" w:rsidR="00292F36" w:rsidRDefault="00000000">
            <w:r>
              <w:rPr>
                <w:sz w:val="12"/>
              </w:rPr>
              <w:t>2018</w:t>
            </w:r>
          </w:p>
        </w:tc>
        <w:tc>
          <w:tcPr>
            <w:tcW w:w="564" w:type="dxa"/>
            <w:tcMar>
              <w:top w:w="20" w:type="dxa"/>
              <w:left w:w="50" w:type="dxa"/>
              <w:bottom w:w="20" w:type="dxa"/>
              <w:right w:w="50" w:type="dxa"/>
            </w:tcMar>
          </w:tcPr>
          <w:p w14:paraId="49B8DA19" w14:textId="77777777" w:rsidR="00292F36" w:rsidRDefault="00000000">
            <w:r>
              <w:rPr>
                <w:sz w:val="12"/>
              </w:rPr>
              <w:t>ensenada</w:t>
            </w:r>
          </w:p>
        </w:tc>
        <w:tc>
          <w:tcPr>
            <w:tcW w:w="564" w:type="dxa"/>
            <w:tcMar>
              <w:top w:w="20" w:type="dxa"/>
              <w:left w:w="50" w:type="dxa"/>
              <w:bottom w:w="20" w:type="dxa"/>
              <w:right w:w="50" w:type="dxa"/>
            </w:tcMar>
          </w:tcPr>
          <w:p w14:paraId="5393BEA2" w14:textId="77777777" w:rsidR="00292F36" w:rsidRDefault="00000000">
            <w:r>
              <w:rPr>
                <w:sz w:val="12"/>
              </w:rPr>
              <w:t>North</w:t>
            </w:r>
          </w:p>
        </w:tc>
        <w:tc>
          <w:tcPr>
            <w:tcW w:w="564" w:type="dxa"/>
            <w:tcMar>
              <w:top w:w="20" w:type="dxa"/>
              <w:left w:w="50" w:type="dxa"/>
              <w:bottom w:w="20" w:type="dxa"/>
              <w:right w:w="50" w:type="dxa"/>
            </w:tcMar>
          </w:tcPr>
          <w:p w14:paraId="6605269D" w14:textId="77777777" w:rsidR="00292F36" w:rsidRDefault="00000000">
            <w:r>
              <w:rPr>
                <w:sz w:val="12"/>
              </w:rPr>
              <w:t>san_miguel</w:t>
            </w:r>
          </w:p>
        </w:tc>
        <w:tc>
          <w:tcPr>
            <w:tcW w:w="564" w:type="dxa"/>
            <w:tcMar>
              <w:top w:w="20" w:type="dxa"/>
              <w:left w:w="50" w:type="dxa"/>
              <w:bottom w:w="20" w:type="dxa"/>
              <w:right w:w="50" w:type="dxa"/>
            </w:tcMar>
          </w:tcPr>
          <w:p w14:paraId="6EA74619" w14:textId="77777777" w:rsidR="00292F36" w:rsidRDefault="00000000">
            <w:r>
              <w:rPr>
                <w:sz w:val="12"/>
              </w:rPr>
              <w:t>san_miguel_beach_deep</w:t>
            </w:r>
          </w:p>
        </w:tc>
        <w:tc>
          <w:tcPr>
            <w:tcW w:w="564" w:type="dxa"/>
            <w:tcMar>
              <w:top w:w="20" w:type="dxa"/>
              <w:left w:w="50" w:type="dxa"/>
              <w:bottom w:w="20" w:type="dxa"/>
              <w:right w:w="50" w:type="dxa"/>
            </w:tcMar>
          </w:tcPr>
          <w:p w14:paraId="223930F5" w14:textId="77777777" w:rsidR="00292F36" w:rsidRDefault="00000000">
            <w:r>
              <w:rPr>
                <w:sz w:val="12"/>
              </w:rPr>
              <w:t>10</w:t>
            </w:r>
          </w:p>
        </w:tc>
        <w:tc>
          <w:tcPr>
            <w:tcW w:w="564" w:type="dxa"/>
            <w:tcMar>
              <w:top w:w="20" w:type="dxa"/>
              <w:left w:w="50" w:type="dxa"/>
              <w:bottom w:w="20" w:type="dxa"/>
              <w:right w:w="50" w:type="dxa"/>
            </w:tcMar>
          </w:tcPr>
          <w:p w14:paraId="0717F4DC" w14:textId="77777777" w:rsidR="00292F36" w:rsidRDefault="00000000">
            <w:r>
              <w:rPr>
                <w:sz w:val="12"/>
              </w:rPr>
              <w:t>16.0300007</w:t>
            </w:r>
          </w:p>
        </w:tc>
        <w:tc>
          <w:tcPr>
            <w:tcW w:w="564" w:type="dxa"/>
            <w:tcMar>
              <w:top w:w="20" w:type="dxa"/>
              <w:left w:w="50" w:type="dxa"/>
              <w:bottom w:w="20" w:type="dxa"/>
              <w:right w:w="50" w:type="dxa"/>
            </w:tcMar>
          </w:tcPr>
          <w:p w14:paraId="3D1944D5" w14:textId="77777777" w:rsidR="00292F36" w:rsidRDefault="00000000">
            <w:r>
              <w:rPr>
                <w:sz w:val="12"/>
              </w:rPr>
              <w:t>0.17929815</w:t>
            </w:r>
          </w:p>
        </w:tc>
        <w:tc>
          <w:tcPr>
            <w:tcW w:w="564" w:type="dxa"/>
            <w:tcMar>
              <w:top w:w="20" w:type="dxa"/>
              <w:left w:w="50" w:type="dxa"/>
              <w:bottom w:w="20" w:type="dxa"/>
              <w:right w:w="50" w:type="dxa"/>
            </w:tcMar>
          </w:tcPr>
          <w:p w14:paraId="0D727FF7" w14:textId="77777777" w:rsidR="00292F36" w:rsidRDefault="00000000">
            <w:r>
              <w:rPr>
                <w:sz w:val="12"/>
              </w:rPr>
              <w:t>0</w:t>
            </w:r>
          </w:p>
        </w:tc>
        <w:tc>
          <w:tcPr>
            <w:tcW w:w="564" w:type="dxa"/>
            <w:tcMar>
              <w:top w:w="20" w:type="dxa"/>
              <w:left w:w="50" w:type="dxa"/>
              <w:bottom w:w="20" w:type="dxa"/>
              <w:right w:w="50" w:type="dxa"/>
            </w:tcMar>
          </w:tcPr>
          <w:p w14:paraId="7CA3DF5F" w14:textId="77777777" w:rsidR="00292F36" w:rsidRDefault="00000000">
            <w:r>
              <w:rPr>
                <w:sz w:val="12"/>
              </w:rPr>
              <w:t>1</w:t>
            </w:r>
          </w:p>
        </w:tc>
        <w:tc>
          <w:tcPr>
            <w:tcW w:w="564" w:type="dxa"/>
            <w:tcMar>
              <w:top w:w="20" w:type="dxa"/>
              <w:left w:w="50" w:type="dxa"/>
              <w:bottom w:w="20" w:type="dxa"/>
              <w:right w:w="50" w:type="dxa"/>
            </w:tcMar>
          </w:tcPr>
          <w:p w14:paraId="35BD4C01" w14:textId="77777777" w:rsidR="00292F36" w:rsidRDefault="00000000">
            <w:r>
              <w:rPr>
                <w:sz w:val="12"/>
              </w:rPr>
              <w:t>0</w:t>
            </w:r>
          </w:p>
        </w:tc>
        <w:tc>
          <w:tcPr>
            <w:tcW w:w="564" w:type="dxa"/>
            <w:tcMar>
              <w:top w:w="20" w:type="dxa"/>
              <w:left w:w="50" w:type="dxa"/>
              <w:bottom w:w="20" w:type="dxa"/>
              <w:right w:w="50" w:type="dxa"/>
            </w:tcMar>
          </w:tcPr>
          <w:p w14:paraId="3A198C05" w14:textId="77777777" w:rsidR="00292F36" w:rsidRDefault="00000000">
            <w:r>
              <w:rPr>
                <w:sz w:val="12"/>
              </w:rPr>
              <w:t>0</w:t>
            </w:r>
          </w:p>
        </w:tc>
        <w:tc>
          <w:tcPr>
            <w:tcW w:w="564" w:type="dxa"/>
            <w:tcMar>
              <w:top w:w="20" w:type="dxa"/>
              <w:left w:w="50" w:type="dxa"/>
              <w:bottom w:w="20" w:type="dxa"/>
              <w:right w:w="50" w:type="dxa"/>
            </w:tcMar>
          </w:tcPr>
          <w:p w14:paraId="011D6480" w14:textId="77777777" w:rsidR="00292F36" w:rsidRDefault="00000000">
            <w:r>
              <w:rPr>
                <w:sz w:val="12"/>
              </w:rPr>
              <w:t>0</w:t>
            </w:r>
          </w:p>
        </w:tc>
        <w:tc>
          <w:tcPr>
            <w:tcW w:w="564" w:type="dxa"/>
            <w:tcMar>
              <w:top w:w="20" w:type="dxa"/>
              <w:left w:w="50" w:type="dxa"/>
              <w:bottom w:w="20" w:type="dxa"/>
              <w:right w:w="50" w:type="dxa"/>
            </w:tcMar>
          </w:tcPr>
          <w:p w14:paraId="5FA53D51" w14:textId="77777777" w:rsidR="00292F36" w:rsidRDefault="00000000">
            <w:r>
              <w:rPr>
                <w:sz w:val="12"/>
              </w:rPr>
              <w:t>0</w:t>
            </w:r>
          </w:p>
        </w:tc>
        <w:tc>
          <w:tcPr>
            <w:tcW w:w="564" w:type="dxa"/>
            <w:tcMar>
              <w:top w:w="20" w:type="dxa"/>
              <w:left w:w="50" w:type="dxa"/>
              <w:bottom w:w="20" w:type="dxa"/>
              <w:right w:w="50" w:type="dxa"/>
            </w:tcMar>
          </w:tcPr>
          <w:p w14:paraId="612E3CD1" w14:textId="77777777" w:rsidR="00292F36" w:rsidRDefault="00000000">
            <w:r>
              <w:rPr>
                <w:sz w:val="12"/>
              </w:rPr>
              <w:t>0</w:t>
            </w:r>
          </w:p>
        </w:tc>
        <w:tc>
          <w:tcPr>
            <w:tcW w:w="564" w:type="dxa"/>
            <w:tcMar>
              <w:top w:w="20" w:type="dxa"/>
              <w:left w:w="50" w:type="dxa"/>
              <w:bottom w:w="20" w:type="dxa"/>
              <w:right w:w="50" w:type="dxa"/>
            </w:tcMar>
          </w:tcPr>
          <w:p w14:paraId="45E014E9" w14:textId="77777777" w:rsidR="00292F36" w:rsidRDefault="00000000">
            <w:r>
              <w:rPr>
                <w:sz w:val="12"/>
              </w:rPr>
              <w:t>0</w:t>
            </w:r>
          </w:p>
        </w:tc>
        <w:tc>
          <w:tcPr>
            <w:tcW w:w="564" w:type="dxa"/>
            <w:tcMar>
              <w:top w:w="20" w:type="dxa"/>
              <w:left w:w="50" w:type="dxa"/>
              <w:bottom w:w="20" w:type="dxa"/>
              <w:right w:w="50" w:type="dxa"/>
            </w:tcMar>
          </w:tcPr>
          <w:p w14:paraId="408F1991" w14:textId="77777777" w:rsidR="00292F36" w:rsidRDefault="00000000">
            <w:r>
              <w:rPr>
                <w:sz w:val="12"/>
              </w:rPr>
              <w:t>0</w:t>
            </w:r>
          </w:p>
        </w:tc>
        <w:tc>
          <w:tcPr>
            <w:tcW w:w="564" w:type="dxa"/>
            <w:tcMar>
              <w:top w:w="20" w:type="dxa"/>
              <w:left w:w="50" w:type="dxa"/>
              <w:bottom w:w="20" w:type="dxa"/>
              <w:right w:w="50" w:type="dxa"/>
            </w:tcMar>
          </w:tcPr>
          <w:p w14:paraId="4CD4B13B" w14:textId="77777777" w:rsidR="00292F36" w:rsidRDefault="00000000">
            <w:r>
              <w:rPr>
                <w:sz w:val="12"/>
              </w:rPr>
              <w:t>0.18461538</w:t>
            </w:r>
          </w:p>
        </w:tc>
        <w:tc>
          <w:tcPr>
            <w:tcW w:w="564" w:type="dxa"/>
            <w:tcMar>
              <w:top w:w="20" w:type="dxa"/>
              <w:left w:w="50" w:type="dxa"/>
              <w:bottom w:w="20" w:type="dxa"/>
              <w:right w:w="50" w:type="dxa"/>
            </w:tcMar>
          </w:tcPr>
          <w:p w14:paraId="16A0114F" w14:textId="77777777" w:rsidR="00292F36" w:rsidRDefault="00000000">
            <w:r>
              <w:rPr>
                <w:sz w:val="12"/>
              </w:rPr>
              <w:t>0.27692308</w:t>
            </w:r>
          </w:p>
        </w:tc>
        <w:tc>
          <w:tcPr>
            <w:tcW w:w="564" w:type="dxa"/>
            <w:tcMar>
              <w:top w:w="20" w:type="dxa"/>
              <w:left w:w="50" w:type="dxa"/>
              <w:bottom w:w="20" w:type="dxa"/>
              <w:right w:w="50" w:type="dxa"/>
            </w:tcMar>
          </w:tcPr>
          <w:p w14:paraId="15C4B441" w14:textId="77777777" w:rsidR="00292F36" w:rsidRDefault="00000000">
            <w:r>
              <w:rPr>
                <w:sz w:val="12"/>
              </w:rPr>
              <w:t>0.48461538</w:t>
            </w:r>
          </w:p>
        </w:tc>
        <w:tc>
          <w:tcPr>
            <w:tcW w:w="564" w:type="dxa"/>
            <w:tcMar>
              <w:top w:w="20" w:type="dxa"/>
              <w:left w:w="50" w:type="dxa"/>
              <w:bottom w:w="20" w:type="dxa"/>
              <w:right w:w="50" w:type="dxa"/>
            </w:tcMar>
          </w:tcPr>
          <w:p w14:paraId="3643F010" w14:textId="77777777" w:rsidR="00292F36" w:rsidRDefault="00000000">
            <w:r>
              <w:rPr>
                <w:sz w:val="12"/>
              </w:rPr>
              <w:t>0</w:t>
            </w:r>
          </w:p>
        </w:tc>
        <w:tc>
          <w:tcPr>
            <w:tcW w:w="564" w:type="dxa"/>
            <w:tcMar>
              <w:top w:w="20" w:type="dxa"/>
              <w:left w:w="50" w:type="dxa"/>
              <w:bottom w:w="20" w:type="dxa"/>
              <w:right w:w="50" w:type="dxa"/>
            </w:tcMar>
          </w:tcPr>
          <w:p w14:paraId="675D7678" w14:textId="77777777" w:rsidR="00292F36" w:rsidRDefault="00000000">
            <w:r>
              <w:rPr>
                <w:sz w:val="12"/>
              </w:rPr>
              <w:t>0.05384615</w:t>
            </w:r>
          </w:p>
        </w:tc>
      </w:tr>
      <w:tr w:rsidR="00292F36" w14:paraId="25EDB917" w14:textId="77777777">
        <w:tc>
          <w:tcPr>
            <w:tcW w:w="564" w:type="dxa"/>
            <w:tcMar>
              <w:top w:w="20" w:type="dxa"/>
              <w:left w:w="50" w:type="dxa"/>
              <w:bottom w:w="20" w:type="dxa"/>
              <w:right w:w="50" w:type="dxa"/>
            </w:tcMar>
          </w:tcPr>
          <w:p w14:paraId="3D40260C" w14:textId="77777777" w:rsidR="00292F36" w:rsidRDefault="00000000">
            <w:r>
              <w:rPr>
                <w:sz w:val="12"/>
              </w:rPr>
              <w:t>2018_san_miguel_san_miguel_beach_shallow_1</w:t>
            </w:r>
          </w:p>
        </w:tc>
        <w:tc>
          <w:tcPr>
            <w:tcW w:w="564" w:type="dxa"/>
            <w:tcMar>
              <w:top w:w="20" w:type="dxa"/>
              <w:left w:w="50" w:type="dxa"/>
              <w:bottom w:w="20" w:type="dxa"/>
              <w:right w:w="50" w:type="dxa"/>
            </w:tcMar>
          </w:tcPr>
          <w:p w14:paraId="61006450" w14:textId="77777777" w:rsidR="00292F36" w:rsidRDefault="00000000">
            <w:r>
              <w:rPr>
                <w:sz w:val="12"/>
              </w:rPr>
              <w:t>0.91760718</w:t>
            </w:r>
          </w:p>
        </w:tc>
        <w:tc>
          <w:tcPr>
            <w:tcW w:w="564" w:type="dxa"/>
            <w:tcMar>
              <w:top w:w="20" w:type="dxa"/>
              <w:left w:w="50" w:type="dxa"/>
              <w:bottom w:w="20" w:type="dxa"/>
              <w:right w:w="50" w:type="dxa"/>
            </w:tcMar>
          </w:tcPr>
          <w:p w14:paraId="6715359D" w14:textId="77777777" w:rsidR="00292F36" w:rsidRDefault="00000000">
            <w:r>
              <w:rPr>
                <w:sz w:val="12"/>
              </w:rPr>
              <w:t>0.37332696</w:t>
            </w:r>
          </w:p>
        </w:tc>
        <w:tc>
          <w:tcPr>
            <w:tcW w:w="564" w:type="dxa"/>
            <w:tcMar>
              <w:top w:w="20" w:type="dxa"/>
              <w:left w:w="50" w:type="dxa"/>
              <w:bottom w:w="20" w:type="dxa"/>
              <w:right w:w="50" w:type="dxa"/>
            </w:tcMar>
          </w:tcPr>
          <w:p w14:paraId="33B6BF19" w14:textId="77777777" w:rsidR="00292F36" w:rsidRDefault="00000000">
            <w:r>
              <w:rPr>
                <w:sz w:val="12"/>
              </w:rPr>
              <w:t>2018</w:t>
            </w:r>
          </w:p>
        </w:tc>
        <w:tc>
          <w:tcPr>
            <w:tcW w:w="564" w:type="dxa"/>
            <w:tcMar>
              <w:top w:w="20" w:type="dxa"/>
              <w:left w:w="50" w:type="dxa"/>
              <w:bottom w:w="20" w:type="dxa"/>
              <w:right w:w="50" w:type="dxa"/>
            </w:tcMar>
          </w:tcPr>
          <w:p w14:paraId="04CDED9D" w14:textId="77777777" w:rsidR="00292F36" w:rsidRDefault="00000000">
            <w:r>
              <w:rPr>
                <w:sz w:val="12"/>
              </w:rPr>
              <w:t>ensenada</w:t>
            </w:r>
          </w:p>
        </w:tc>
        <w:tc>
          <w:tcPr>
            <w:tcW w:w="564" w:type="dxa"/>
            <w:tcMar>
              <w:top w:w="20" w:type="dxa"/>
              <w:left w:w="50" w:type="dxa"/>
              <w:bottom w:w="20" w:type="dxa"/>
              <w:right w:w="50" w:type="dxa"/>
            </w:tcMar>
          </w:tcPr>
          <w:p w14:paraId="6B21571B" w14:textId="77777777" w:rsidR="00292F36" w:rsidRDefault="00000000">
            <w:r>
              <w:rPr>
                <w:sz w:val="12"/>
              </w:rPr>
              <w:t>North</w:t>
            </w:r>
          </w:p>
        </w:tc>
        <w:tc>
          <w:tcPr>
            <w:tcW w:w="564" w:type="dxa"/>
            <w:tcMar>
              <w:top w:w="20" w:type="dxa"/>
              <w:left w:w="50" w:type="dxa"/>
              <w:bottom w:w="20" w:type="dxa"/>
              <w:right w:w="50" w:type="dxa"/>
            </w:tcMar>
          </w:tcPr>
          <w:p w14:paraId="7917940D" w14:textId="77777777" w:rsidR="00292F36" w:rsidRDefault="00000000">
            <w:r>
              <w:rPr>
                <w:sz w:val="12"/>
              </w:rPr>
              <w:t>san_miguel</w:t>
            </w:r>
          </w:p>
        </w:tc>
        <w:tc>
          <w:tcPr>
            <w:tcW w:w="564" w:type="dxa"/>
            <w:tcMar>
              <w:top w:w="20" w:type="dxa"/>
              <w:left w:w="50" w:type="dxa"/>
              <w:bottom w:w="20" w:type="dxa"/>
              <w:right w:w="50" w:type="dxa"/>
            </w:tcMar>
          </w:tcPr>
          <w:p w14:paraId="1897B07C" w14:textId="77777777" w:rsidR="00292F36" w:rsidRDefault="00000000">
            <w:r>
              <w:rPr>
                <w:sz w:val="12"/>
              </w:rPr>
              <w:t>san_miguel_beach_shallow</w:t>
            </w:r>
          </w:p>
        </w:tc>
        <w:tc>
          <w:tcPr>
            <w:tcW w:w="564" w:type="dxa"/>
            <w:tcMar>
              <w:top w:w="20" w:type="dxa"/>
              <w:left w:w="50" w:type="dxa"/>
              <w:bottom w:w="20" w:type="dxa"/>
              <w:right w:w="50" w:type="dxa"/>
            </w:tcMar>
          </w:tcPr>
          <w:p w14:paraId="0E5A3EF8" w14:textId="77777777" w:rsidR="00292F36" w:rsidRDefault="00000000">
            <w:r>
              <w:rPr>
                <w:sz w:val="12"/>
              </w:rPr>
              <w:t>2</w:t>
            </w:r>
          </w:p>
        </w:tc>
        <w:tc>
          <w:tcPr>
            <w:tcW w:w="564" w:type="dxa"/>
            <w:tcMar>
              <w:top w:w="20" w:type="dxa"/>
              <w:left w:w="50" w:type="dxa"/>
              <w:bottom w:w="20" w:type="dxa"/>
              <w:right w:w="50" w:type="dxa"/>
            </w:tcMar>
          </w:tcPr>
          <w:p w14:paraId="372E733B" w14:textId="77777777" w:rsidR="00292F36" w:rsidRDefault="00000000">
            <w:r>
              <w:rPr>
                <w:sz w:val="12"/>
              </w:rPr>
              <w:t>16.0300007</w:t>
            </w:r>
          </w:p>
        </w:tc>
        <w:tc>
          <w:tcPr>
            <w:tcW w:w="564" w:type="dxa"/>
            <w:tcMar>
              <w:top w:w="20" w:type="dxa"/>
              <w:left w:w="50" w:type="dxa"/>
              <w:bottom w:w="20" w:type="dxa"/>
              <w:right w:w="50" w:type="dxa"/>
            </w:tcMar>
          </w:tcPr>
          <w:p w14:paraId="0C076EAF" w14:textId="77777777" w:rsidR="00292F36" w:rsidRDefault="00000000">
            <w:r>
              <w:rPr>
                <w:sz w:val="12"/>
              </w:rPr>
              <w:t>0.17929815</w:t>
            </w:r>
          </w:p>
        </w:tc>
        <w:tc>
          <w:tcPr>
            <w:tcW w:w="564" w:type="dxa"/>
            <w:tcMar>
              <w:top w:w="20" w:type="dxa"/>
              <w:left w:w="50" w:type="dxa"/>
              <w:bottom w:w="20" w:type="dxa"/>
              <w:right w:w="50" w:type="dxa"/>
            </w:tcMar>
          </w:tcPr>
          <w:p w14:paraId="142DF7A9" w14:textId="77777777" w:rsidR="00292F36" w:rsidRDefault="00000000">
            <w:r>
              <w:rPr>
                <w:sz w:val="12"/>
              </w:rPr>
              <w:t>0</w:t>
            </w:r>
          </w:p>
        </w:tc>
        <w:tc>
          <w:tcPr>
            <w:tcW w:w="564" w:type="dxa"/>
            <w:tcMar>
              <w:top w:w="20" w:type="dxa"/>
              <w:left w:w="50" w:type="dxa"/>
              <w:bottom w:w="20" w:type="dxa"/>
              <w:right w:w="50" w:type="dxa"/>
            </w:tcMar>
          </w:tcPr>
          <w:p w14:paraId="4282B7D4" w14:textId="77777777" w:rsidR="00292F36" w:rsidRDefault="00000000">
            <w:r>
              <w:rPr>
                <w:sz w:val="12"/>
              </w:rPr>
              <w:t>0</w:t>
            </w:r>
          </w:p>
        </w:tc>
        <w:tc>
          <w:tcPr>
            <w:tcW w:w="564" w:type="dxa"/>
            <w:tcMar>
              <w:top w:w="20" w:type="dxa"/>
              <w:left w:w="50" w:type="dxa"/>
              <w:bottom w:w="20" w:type="dxa"/>
              <w:right w:w="50" w:type="dxa"/>
            </w:tcMar>
          </w:tcPr>
          <w:p w14:paraId="2BD32B04" w14:textId="77777777" w:rsidR="00292F36" w:rsidRDefault="00000000">
            <w:r>
              <w:rPr>
                <w:sz w:val="12"/>
              </w:rPr>
              <w:t>0.96875</w:t>
            </w:r>
          </w:p>
        </w:tc>
        <w:tc>
          <w:tcPr>
            <w:tcW w:w="564" w:type="dxa"/>
            <w:tcMar>
              <w:top w:w="20" w:type="dxa"/>
              <w:left w:w="50" w:type="dxa"/>
              <w:bottom w:w="20" w:type="dxa"/>
              <w:right w:w="50" w:type="dxa"/>
            </w:tcMar>
          </w:tcPr>
          <w:p w14:paraId="5F25FA9D" w14:textId="77777777" w:rsidR="00292F36" w:rsidRDefault="00000000">
            <w:r>
              <w:rPr>
                <w:sz w:val="12"/>
              </w:rPr>
              <w:t>0.03125</w:t>
            </w:r>
          </w:p>
        </w:tc>
        <w:tc>
          <w:tcPr>
            <w:tcW w:w="564" w:type="dxa"/>
            <w:tcMar>
              <w:top w:w="20" w:type="dxa"/>
              <w:left w:w="50" w:type="dxa"/>
              <w:bottom w:w="20" w:type="dxa"/>
              <w:right w:w="50" w:type="dxa"/>
            </w:tcMar>
          </w:tcPr>
          <w:p w14:paraId="4F0C41C9" w14:textId="77777777" w:rsidR="00292F36" w:rsidRDefault="00000000">
            <w:r>
              <w:rPr>
                <w:sz w:val="12"/>
              </w:rPr>
              <w:t>0</w:t>
            </w:r>
          </w:p>
        </w:tc>
        <w:tc>
          <w:tcPr>
            <w:tcW w:w="564" w:type="dxa"/>
            <w:tcMar>
              <w:top w:w="20" w:type="dxa"/>
              <w:left w:w="50" w:type="dxa"/>
              <w:bottom w:w="20" w:type="dxa"/>
              <w:right w:w="50" w:type="dxa"/>
            </w:tcMar>
          </w:tcPr>
          <w:p w14:paraId="24449350" w14:textId="77777777" w:rsidR="00292F36" w:rsidRDefault="00000000">
            <w:r>
              <w:rPr>
                <w:sz w:val="12"/>
              </w:rPr>
              <w:t>0</w:t>
            </w:r>
          </w:p>
        </w:tc>
        <w:tc>
          <w:tcPr>
            <w:tcW w:w="564" w:type="dxa"/>
            <w:tcMar>
              <w:top w:w="20" w:type="dxa"/>
              <w:left w:w="50" w:type="dxa"/>
              <w:bottom w:w="20" w:type="dxa"/>
              <w:right w:w="50" w:type="dxa"/>
            </w:tcMar>
          </w:tcPr>
          <w:p w14:paraId="75D42EFD" w14:textId="77777777" w:rsidR="00292F36" w:rsidRDefault="00000000">
            <w:r>
              <w:rPr>
                <w:sz w:val="12"/>
              </w:rPr>
              <w:t>0</w:t>
            </w:r>
          </w:p>
        </w:tc>
        <w:tc>
          <w:tcPr>
            <w:tcW w:w="564" w:type="dxa"/>
            <w:tcMar>
              <w:top w:w="20" w:type="dxa"/>
              <w:left w:w="50" w:type="dxa"/>
              <w:bottom w:w="20" w:type="dxa"/>
              <w:right w:w="50" w:type="dxa"/>
            </w:tcMar>
          </w:tcPr>
          <w:p w14:paraId="681B9253" w14:textId="77777777" w:rsidR="00292F36" w:rsidRDefault="00000000">
            <w:r>
              <w:rPr>
                <w:sz w:val="12"/>
              </w:rPr>
              <w:t>0</w:t>
            </w:r>
          </w:p>
        </w:tc>
        <w:tc>
          <w:tcPr>
            <w:tcW w:w="564" w:type="dxa"/>
            <w:tcMar>
              <w:top w:w="20" w:type="dxa"/>
              <w:left w:w="50" w:type="dxa"/>
              <w:bottom w:w="20" w:type="dxa"/>
              <w:right w:w="50" w:type="dxa"/>
            </w:tcMar>
          </w:tcPr>
          <w:p w14:paraId="04C96215" w14:textId="77777777" w:rsidR="00292F36" w:rsidRDefault="00000000">
            <w:r>
              <w:rPr>
                <w:sz w:val="12"/>
              </w:rPr>
              <w:t>0</w:t>
            </w:r>
          </w:p>
        </w:tc>
        <w:tc>
          <w:tcPr>
            <w:tcW w:w="564" w:type="dxa"/>
            <w:tcMar>
              <w:top w:w="20" w:type="dxa"/>
              <w:left w:w="50" w:type="dxa"/>
              <w:bottom w:w="20" w:type="dxa"/>
              <w:right w:w="50" w:type="dxa"/>
            </w:tcMar>
          </w:tcPr>
          <w:p w14:paraId="3CC470A2" w14:textId="77777777" w:rsidR="00292F36" w:rsidRDefault="00000000">
            <w:r>
              <w:rPr>
                <w:sz w:val="12"/>
              </w:rPr>
              <w:t>0.96666667</w:t>
            </w:r>
          </w:p>
        </w:tc>
        <w:tc>
          <w:tcPr>
            <w:tcW w:w="564" w:type="dxa"/>
            <w:tcMar>
              <w:top w:w="20" w:type="dxa"/>
              <w:left w:w="50" w:type="dxa"/>
              <w:bottom w:w="20" w:type="dxa"/>
              <w:right w:w="50" w:type="dxa"/>
            </w:tcMar>
          </w:tcPr>
          <w:p w14:paraId="5721C8BF" w14:textId="77777777" w:rsidR="00292F36" w:rsidRDefault="00000000">
            <w:r>
              <w:rPr>
                <w:sz w:val="12"/>
              </w:rPr>
              <w:t>0.03333333</w:t>
            </w:r>
          </w:p>
        </w:tc>
        <w:tc>
          <w:tcPr>
            <w:tcW w:w="564" w:type="dxa"/>
            <w:tcMar>
              <w:top w:w="20" w:type="dxa"/>
              <w:left w:w="50" w:type="dxa"/>
              <w:bottom w:w="20" w:type="dxa"/>
              <w:right w:w="50" w:type="dxa"/>
            </w:tcMar>
          </w:tcPr>
          <w:p w14:paraId="461F35AE" w14:textId="77777777" w:rsidR="00292F36" w:rsidRDefault="00000000">
            <w:r>
              <w:rPr>
                <w:sz w:val="12"/>
              </w:rPr>
              <w:t>0</w:t>
            </w:r>
          </w:p>
        </w:tc>
        <w:tc>
          <w:tcPr>
            <w:tcW w:w="564" w:type="dxa"/>
            <w:tcMar>
              <w:top w:w="20" w:type="dxa"/>
              <w:left w:w="50" w:type="dxa"/>
              <w:bottom w:w="20" w:type="dxa"/>
              <w:right w:w="50" w:type="dxa"/>
            </w:tcMar>
          </w:tcPr>
          <w:p w14:paraId="365B3C70" w14:textId="77777777" w:rsidR="00292F36" w:rsidRDefault="00000000">
            <w:r>
              <w:rPr>
                <w:sz w:val="12"/>
              </w:rPr>
              <w:t>0</w:t>
            </w:r>
          </w:p>
        </w:tc>
        <w:tc>
          <w:tcPr>
            <w:tcW w:w="564" w:type="dxa"/>
            <w:tcMar>
              <w:top w:w="20" w:type="dxa"/>
              <w:left w:w="50" w:type="dxa"/>
              <w:bottom w:w="20" w:type="dxa"/>
              <w:right w:w="50" w:type="dxa"/>
            </w:tcMar>
          </w:tcPr>
          <w:p w14:paraId="652A6190" w14:textId="77777777" w:rsidR="00292F36" w:rsidRDefault="00000000">
            <w:r>
              <w:rPr>
                <w:sz w:val="12"/>
              </w:rPr>
              <w:t>0</w:t>
            </w:r>
          </w:p>
        </w:tc>
      </w:tr>
      <w:tr w:rsidR="00292F36" w14:paraId="7DCADE1F" w14:textId="77777777">
        <w:tc>
          <w:tcPr>
            <w:tcW w:w="564" w:type="dxa"/>
            <w:tcMar>
              <w:top w:w="20" w:type="dxa"/>
              <w:left w:w="50" w:type="dxa"/>
              <w:bottom w:w="20" w:type="dxa"/>
              <w:right w:w="50" w:type="dxa"/>
            </w:tcMar>
          </w:tcPr>
          <w:p w14:paraId="2BE270C9" w14:textId="77777777" w:rsidR="00292F36" w:rsidRDefault="00000000">
            <w:r>
              <w:rPr>
                <w:sz w:val="12"/>
              </w:rPr>
              <w:t>2018_san_miguel_san_miguel_beach_shallow_2</w:t>
            </w:r>
          </w:p>
        </w:tc>
        <w:tc>
          <w:tcPr>
            <w:tcW w:w="564" w:type="dxa"/>
            <w:tcMar>
              <w:top w:w="20" w:type="dxa"/>
              <w:left w:w="50" w:type="dxa"/>
              <w:bottom w:w="20" w:type="dxa"/>
              <w:right w:w="50" w:type="dxa"/>
            </w:tcMar>
          </w:tcPr>
          <w:p w14:paraId="290DA929" w14:textId="77777777" w:rsidR="00292F36" w:rsidRDefault="00000000">
            <w:r>
              <w:rPr>
                <w:sz w:val="12"/>
              </w:rPr>
              <w:t>0.88300501</w:t>
            </w:r>
          </w:p>
        </w:tc>
        <w:tc>
          <w:tcPr>
            <w:tcW w:w="564" w:type="dxa"/>
            <w:tcMar>
              <w:top w:w="20" w:type="dxa"/>
              <w:left w:w="50" w:type="dxa"/>
              <w:bottom w:w="20" w:type="dxa"/>
              <w:right w:w="50" w:type="dxa"/>
            </w:tcMar>
          </w:tcPr>
          <w:p w14:paraId="0C1F5114" w14:textId="77777777" w:rsidR="00292F36" w:rsidRDefault="00000000">
            <w:r>
              <w:rPr>
                <w:sz w:val="12"/>
              </w:rPr>
              <w:t>0.38469865</w:t>
            </w:r>
          </w:p>
        </w:tc>
        <w:tc>
          <w:tcPr>
            <w:tcW w:w="564" w:type="dxa"/>
            <w:tcMar>
              <w:top w:w="20" w:type="dxa"/>
              <w:left w:w="50" w:type="dxa"/>
              <w:bottom w:w="20" w:type="dxa"/>
              <w:right w:w="50" w:type="dxa"/>
            </w:tcMar>
          </w:tcPr>
          <w:p w14:paraId="2876352C" w14:textId="77777777" w:rsidR="00292F36" w:rsidRDefault="00000000">
            <w:r>
              <w:rPr>
                <w:sz w:val="12"/>
              </w:rPr>
              <w:t>2018</w:t>
            </w:r>
          </w:p>
        </w:tc>
        <w:tc>
          <w:tcPr>
            <w:tcW w:w="564" w:type="dxa"/>
            <w:tcMar>
              <w:top w:w="20" w:type="dxa"/>
              <w:left w:w="50" w:type="dxa"/>
              <w:bottom w:w="20" w:type="dxa"/>
              <w:right w:w="50" w:type="dxa"/>
            </w:tcMar>
          </w:tcPr>
          <w:p w14:paraId="59E2A8B5" w14:textId="77777777" w:rsidR="00292F36" w:rsidRDefault="00000000">
            <w:r>
              <w:rPr>
                <w:sz w:val="12"/>
              </w:rPr>
              <w:t>ensenada</w:t>
            </w:r>
          </w:p>
        </w:tc>
        <w:tc>
          <w:tcPr>
            <w:tcW w:w="564" w:type="dxa"/>
            <w:tcMar>
              <w:top w:w="20" w:type="dxa"/>
              <w:left w:w="50" w:type="dxa"/>
              <w:bottom w:w="20" w:type="dxa"/>
              <w:right w:w="50" w:type="dxa"/>
            </w:tcMar>
          </w:tcPr>
          <w:p w14:paraId="676F0BC8" w14:textId="77777777" w:rsidR="00292F36" w:rsidRDefault="00000000">
            <w:r>
              <w:rPr>
                <w:sz w:val="12"/>
              </w:rPr>
              <w:t>North</w:t>
            </w:r>
          </w:p>
        </w:tc>
        <w:tc>
          <w:tcPr>
            <w:tcW w:w="564" w:type="dxa"/>
            <w:tcMar>
              <w:top w:w="20" w:type="dxa"/>
              <w:left w:w="50" w:type="dxa"/>
              <w:bottom w:w="20" w:type="dxa"/>
              <w:right w:w="50" w:type="dxa"/>
            </w:tcMar>
          </w:tcPr>
          <w:p w14:paraId="2A23E44E" w14:textId="77777777" w:rsidR="00292F36" w:rsidRDefault="00000000">
            <w:r>
              <w:rPr>
                <w:sz w:val="12"/>
              </w:rPr>
              <w:t>san_miguel</w:t>
            </w:r>
          </w:p>
        </w:tc>
        <w:tc>
          <w:tcPr>
            <w:tcW w:w="564" w:type="dxa"/>
            <w:tcMar>
              <w:top w:w="20" w:type="dxa"/>
              <w:left w:w="50" w:type="dxa"/>
              <w:bottom w:w="20" w:type="dxa"/>
              <w:right w:w="50" w:type="dxa"/>
            </w:tcMar>
          </w:tcPr>
          <w:p w14:paraId="3DFA4659" w14:textId="77777777" w:rsidR="00292F36" w:rsidRDefault="00000000">
            <w:r>
              <w:rPr>
                <w:sz w:val="12"/>
              </w:rPr>
              <w:t>san_miguel_beach_shallow</w:t>
            </w:r>
          </w:p>
        </w:tc>
        <w:tc>
          <w:tcPr>
            <w:tcW w:w="564" w:type="dxa"/>
            <w:tcMar>
              <w:top w:w="20" w:type="dxa"/>
              <w:left w:w="50" w:type="dxa"/>
              <w:bottom w:w="20" w:type="dxa"/>
              <w:right w:w="50" w:type="dxa"/>
            </w:tcMar>
          </w:tcPr>
          <w:p w14:paraId="45699F25" w14:textId="77777777" w:rsidR="00292F36" w:rsidRDefault="00000000">
            <w:r>
              <w:rPr>
                <w:sz w:val="12"/>
              </w:rPr>
              <w:t>2</w:t>
            </w:r>
          </w:p>
        </w:tc>
        <w:tc>
          <w:tcPr>
            <w:tcW w:w="564" w:type="dxa"/>
            <w:tcMar>
              <w:top w:w="20" w:type="dxa"/>
              <w:left w:w="50" w:type="dxa"/>
              <w:bottom w:w="20" w:type="dxa"/>
              <w:right w:w="50" w:type="dxa"/>
            </w:tcMar>
          </w:tcPr>
          <w:p w14:paraId="000B2DFB" w14:textId="77777777" w:rsidR="00292F36" w:rsidRDefault="00000000">
            <w:r>
              <w:rPr>
                <w:sz w:val="12"/>
              </w:rPr>
              <w:t>16.0300007</w:t>
            </w:r>
          </w:p>
        </w:tc>
        <w:tc>
          <w:tcPr>
            <w:tcW w:w="564" w:type="dxa"/>
            <w:tcMar>
              <w:top w:w="20" w:type="dxa"/>
              <w:left w:w="50" w:type="dxa"/>
              <w:bottom w:w="20" w:type="dxa"/>
              <w:right w:w="50" w:type="dxa"/>
            </w:tcMar>
          </w:tcPr>
          <w:p w14:paraId="47EF9A00" w14:textId="77777777" w:rsidR="00292F36" w:rsidRDefault="00000000">
            <w:r>
              <w:rPr>
                <w:sz w:val="12"/>
              </w:rPr>
              <w:t>0.17929815</w:t>
            </w:r>
          </w:p>
        </w:tc>
        <w:tc>
          <w:tcPr>
            <w:tcW w:w="564" w:type="dxa"/>
            <w:tcMar>
              <w:top w:w="20" w:type="dxa"/>
              <w:left w:w="50" w:type="dxa"/>
              <w:bottom w:w="20" w:type="dxa"/>
              <w:right w:w="50" w:type="dxa"/>
            </w:tcMar>
          </w:tcPr>
          <w:p w14:paraId="4DF3C519" w14:textId="77777777" w:rsidR="00292F36" w:rsidRDefault="00000000">
            <w:r>
              <w:rPr>
                <w:sz w:val="12"/>
              </w:rPr>
              <w:t>0</w:t>
            </w:r>
          </w:p>
        </w:tc>
        <w:tc>
          <w:tcPr>
            <w:tcW w:w="564" w:type="dxa"/>
            <w:tcMar>
              <w:top w:w="20" w:type="dxa"/>
              <w:left w:w="50" w:type="dxa"/>
              <w:bottom w:w="20" w:type="dxa"/>
              <w:right w:w="50" w:type="dxa"/>
            </w:tcMar>
          </w:tcPr>
          <w:p w14:paraId="1BDD220E" w14:textId="77777777" w:rsidR="00292F36" w:rsidRDefault="00000000">
            <w:r>
              <w:rPr>
                <w:sz w:val="12"/>
              </w:rPr>
              <w:t>0</w:t>
            </w:r>
          </w:p>
        </w:tc>
        <w:tc>
          <w:tcPr>
            <w:tcW w:w="564" w:type="dxa"/>
            <w:tcMar>
              <w:top w:w="20" w:type="dxa"/>
              <w:left w:w="50" w:type="dxa"/>
              <w:bottom w:w="20" w:type="dxa"/>
              <w:right w:w="50" w:type="dxa"/>
            </w:tcMar>
          </w:tcPr>
          <w:p w14:paraId="0D7041FD" w14:textId="77777777" w:rsidR="00292F36" w:rsidRDefault="00000000">
            <w:r>
              <w:rPr>
                <w:sz w:val="12"/>
              </w:rPr>
              <w:t>0.93023256</w:t>
            </w:r>
          </w:p>
        </w:tc>
        <w:tc>
          <w:tcPr>
            <w:tcW w:w="564" w:type="dxa"/>
            <w:tcMar>
              <w:top w:w="20" w:type="dxa"/>
              <w:left w:w="50" w:type="dxa"/>
              <w:bottom w:w="20" w:type="dxa"/>
              <w:right w:w="50" w:type="dxa"/>
            </w:tcMar>
          </w:tcPr>
          <w:p w14:paraId="26A044A7" w14:textId="77777777" w:rsidR="00292F36" w:rsidRDefault="00000000">
            <w:r>
              <w:rPr>
                <w:sz w:val="12"/>
              </w:rPr>
              <w:t>0.06976744</w:t>
            </w:r>
          </w:p>
        </w:tc>
        <w:tc>
          <w:tcPr>
            <w:tcW w:w="564" w:type="dxa"/>
            <w:tcMar>
              <w:top w:w="20" w:type="dxa"/>
              <w:left w:w="50" w:type="dxa"/>
              <w:bottom w:w="20" w:type="dxa"/>
              <w:right w:w="50" w:type="dxa"/>
            </w:tcMar>
          </w:tcPr>
          <w:p w14:paraId="6D7687EB" w14:textId="77777777" w:rsidR="00292F36" w:rsidRDefault="00000000">
            <w:r>
              <w:rPr>
                <w:sz w:val="12"/>
              </w:rPr>
              <w:t>0</w:t>
            </w:r>
          </w:p>
        </w:tc>
        <w:tc>
          <w:tcPr>
            <w:tcW w:w="564" w:type="dxa"/>
            <w:tcMar>
              <w:top w:w="20" w:type="dxa"/>
              <w:left w:w="50" w:type="dxa"/>
              <w:bottom w:w="20" w:type="dxa"/>
              <w:right w:w="50" w:type="dxa"/>
            </w:tcMar>
          </w:tcPr>
          <w:p w14:paraId="7749269F" w14:textId="77777777" w:rsidR="00292F36" w:rsidRDefault="00000000">
            <w:r>
              <w:rPr>
                <w:sz w:val="12"/>
              </w:rPr>
              <w:t>0</w:t>
            </w:r>
          </w:p>
        </w:tc>
        <w:tc>
          <w:tcPr>
            <w:tcW w:w="564" w:type="dxa"/>
            <w:tcMar>
              <w:top w:w="20" w:type="dxa"/>
              <w:left w:w="50" w:type="dxa"/>
              <w:bottom w:w="20" w:type="dxa"/>
              <w:right w:w="50" w:type="dxa"/>
            </w:tcMar>
          </w:tcPr>
          <w:p w14:paraId="4C5BA350" w14:textId="77777777" w:rsidR="00292F36" w:rsidRDefault="00000000">
            <w:r>
              <w:rPr>
                <w:sz w:val="12"/>
              </w:rPr>
              <w:t>0</w:t>
            </w:r>
          </w:p>
        </w:tc>
        <w:tc>
          <w:tcPr>
            <w:tcW w:w="564" w:type="dxa"/>
            <w:tcMar>
              <w:top w:w="20" w:type="dxa"/>
              <w:left w:w="50" w:type="dxa"/>
              <w:bottom w:w="20" w:type="dxa"/>
              <w:right w:w="50" w:type="dxa"/>
            </w:tcMar>
          </w:tcPr>
          <w:p w14:paraId="72951026" w14:textId="77777777" w:rsidR="00292F36" w:rsidRDefault="00000000">
            <w:r>
              <w:rPr>
                <w:sz w:val="12"/>
              </w:rPr>
              <w:t>0</w:t>
            </w:r>
          </w:p>
        </w:tc>
        <w:tc>
          <w:tcPr>
            <w:tcW w:w="564" w:type="dxa"/>
            <w:tcMar>
              <w:top w:w="20" w:type="dxa"/>
              <w:left w:w="50" w:type="dxa"/>
              <w:bottom w:w="20" w:type="dxa"/>
              <w:right w:w="50" w:type="dxa"/>
            </w:tcMar>
          </w:tcPr>
          <w:p w14:paraId="5B9964B5" w14:textId="77777777" w:rsidR="00292F36" w:rsidRDefault="00000000">
            <w:r>
              <w:rPr>
                <w:sz w:val="12"/>
              </w:rPr>
              <w:t>0</w:t>
            </w:r>
          </w:p>
        </w:tc>
        <w:tc>
          <w:tcPr>
            <w:tcW w:w="564" w:type="dxa"/>
            <w:tcMar>
              <w:top w:w="20" w:type="dxa"/>
              <w:left w:w="50" w:type="dxa"/>
              <w:bottom w:w="20" w:type="dxa"/>
              <w:right w:w="50" w:type="dxa"/>
            </w:tcMar>
          </w:tcPr>
          <w:p w14:paraId="26B96AF7" w14:textId="77777777" w:rsidR="00292F36" w:rsidRDefault="00000000">
            <w:r>
              <w:rPr>
                <w:sz w:val="12"/>
              </w:rPr>
              <w:t>0.95454545</w:t>
            </w:r>
          </w:p>
        </w:tc>
        <w:tc>
          <w:tcPr>
            <w:tcW w:w="564" w:type="dxa"/>
            <w:tcMar>
              <w:top w:w="20" w:type="dxa"/>
              <w:left w:w="50" w:type="dxa"/>
              <w:bottom w:w="20" w:type="dxa"/>
              <w:right w:w="50" w:type="dxa"/>
            </w:tcMar>
          </w:tcPr>
          <w:p w14:paraId="32495F32" w14:textId="77777777" w:rsidR="00292F36" w:rsidRDefault="00000000">
            <w:r>
              <w:rPr>
                <w:sz w:val="12"/>
              </w:rPr>
              <w:t>0.04545455</w:t>
            </w:r>
          </w:p>
        </w:tc>
        <w:tc>
          <w:tcPr>
            <w:tcW w:w="564" w:type="dxa"/>
            <w:tcMar>
              <w:top w:w="20" w:type="dxa"/>
              <w:left w:w="50" w:type="dxa"/>
              <w:bottom w:w="20" w:type="dxa"/>
              <w:right w:w="50" w:type="dxa"/>
            </w:tcMar>
          </w:tcPr>
          <w:p w14:paraId="43D5D65C" w14:textId="77777777" w:rsidR="00292F36" w:rsidRDefault="00000000">
            <w:r>
              <w:rPr>
                <w:sz w:val="12"/>
              </w:rPr>
              <w:t>0</w:t>
            </w:r>
          </w:p>
        </w:tc>
        <w:tc>
          <w:tcPr>
            <w:tcW w:w="564" w:type="dxa"/>
            <w:tcMar>
              <w:top w:w="20" w:type="dxa"/>
              <w:left w:w="50" w:type="dxa"/>
              <w:bottom w:w="20" w:type="dxa"/>
              <w:right w:w="50" w:type="dxa"/>
            </w:tcMar>
          </w:tcPr>
          <w:p w14:paraId="7D8D4F0D" w14:textId="77777777" w:rsidR="00292F36" w:rsidRDefault="00000000">
            <w:r>
              <w:rPr>
                <w:sz w:val="12"/>
              </w:rPr>
              <w:t>0</w:t>
            </w:r>
          </w:p>
        </w:tc>
        <w:tc>
          <w:tcPr>
            <w:tcW w:w="564" w:type="dxa"/>
            <w:tcMar>
              <w:top w:w="20" w:type="dxa"/>
              <w:left w:w="50" w:type="dxa"/>
              <w:bottom w:w="20" w:type="dxa"/>
              <w:right w:w="50" w:type="dxa"/>
            </w:tcMar>
          </w:tcPr>
          <w:p w14:paraId="311E9870" w14:textId="77777777" w:rsidR="00292F36" w:rsidRDefault="00000000">
            <w:r>
              <w:rPr>
                <w:sz w:val="12"/>
              </w:rPr>
              <w:t>0</w:t>
            </w:r>
          </w:p>
        </w:tc>
      </w:tr>
      <w:tr w:rsidR="00292F36" w14:paraId="5A5E50CC" w14:textId="77777777">
        <w:tc>
          <w:tcPr>
            <w:tcW w:w="564" w:type="dxa"/>
            <w:tcMar>
              <w:top w:w="20" w:type="dxa"/>
              <w:left w:w="50" w:type="dxa"/>
              <w:bottom w:w="20" w:type="dxa"/>
              <w:right w:w="50" w:type="dxa"/>
            </w:tcMar>
          </w:tcPr>
          <w:p w14:paraId="6AB83881" w14:textId="77777777" w:rsidR="00292F36" w:rsidRDefault="00000000">
            <w:r>
              <w:rPr>
                <w:sz w:val="12"/>
              </w:rPr>
              <w:t>2018_san_miguel_san_miguel_beach_shallow_lee_1</w:t>
            </w:r>
          </w:p>
        </w:tc>
        <w:tc>
          <w:tcPr>
            <w:tcW w:w="564" w:type="dxa"/>
            <w:tcMar>
              <w:top w:w="20" w:type="dxa"/>
              <w:left w:w="50" w:type="dxa"/>
              <w:bottom w:w="20" w:type="dxa"/>
              <w:right w:w="50" w:type="dxa"/>
            </w:tcMar>
          </w:tcPr>
          <w:p w14:paraId="385CA69F" w14:textId="77777777" w:rsidR="00292F36" w:rsidRDefault="00000000">
            <w:r>
              <w:rPr>
                <w:sz w:val="12"/>
              </w:rPr>
              <w:t>0.74598427</w:t>
            </w:r>
          </w:p>
        </w:tc>
        <w:tc>
          <w:tcPr>
            <w:tcW w:w="564" w:type="dxa"/>
            <w:tcMar>
              <w:top w:w="20" w:type="dxa"/>
              <w:left w:w="50" w:type="dxa"/>
              <w:bottom w:w="20" w:type="dxa"/>
              <w:right w:w="50" w:type="dxa"/>
            </w:tcMar>
          </w:tcPr>
          <w:p w14:paraId="557101F8" w14:textId="77777777" w:rsidR="00292F36" w:rsidRDefault="00000000">
            <w:r>
              <w:rPr>
                <w:sz w:val="12"/>
              </w:rPr>
              <w:t>0.30472917</w:t>
            </w:r>
          </w:p>
        </w:tc>
        <w:tc>
          <w:tcPr>
            <w:tcW w:w="564" w:type="dxa"/>
            <w:tcMar>
              <w:top w:w="20" w:type="dxa"/>
              <w:left w:w="50" w:type="dxa"/>
              <w:bottom w:w="20" w:type="dxa"/>
              <w:right w:w="50" w:type="dxa"/>
            </w:tcMar>
          </w:tcPr>
          <w:p w14:paraId="6B65699F" w14:textId="77777777" w:rsidR="00292F36" w:rsidRDefault="00000000">
            <w:r>
              <w:rPr>
                <w:sz w:val="12"/>
              </w:rPr>
              <w:t>2018</w:t>
            </w:r>
          </w:p>
        </w:tc>
        <w:tc>
          <w:tcPr>
            <w:tcW w:w="564" w:type="dxa"/>
            <w:tcMar>
              <w:top w:w="20" w:type="dxa"/>
              <w:left w:w="50" w:type="dxa"/>
              <w:bottom w:w="20" w:type="dxa"/>
              <w:right w:w="50" w:type="dxa"/>
            </w:tcMar>
          </w:tcPr>
          <w:p w14:paraId="2C91F37F" w14:textId="77777777" w:rsidR="00292F36" w:rsidRDefault="00000000">
            <w:r>
              <w:rPr>
                <w:sz w:val="12"/>
              </w:rPr>
              <w:t>ensenada</w:t>
            </w:r>
          </w:p>
        </w:tc>
        <w:tc>
          <w:tcPr>
            <w:tcW w:w="564" w:type="dxa"/>
            <w:tcMar>
              <w:top w:w="20" w:type="dxa"/>
              <w:left w:w="50" w:type="dxa"/>
              <w:bottom w:w="20" w:type="dxa"/>
              <w:right w:w="50" w:type="dxa"/>
            </w:tcMar>
          </w:tcPr>
          <w:p w14:paraId="763716D7" w14:textId="77777777" w:rsidR="00292F36" w:rsidRDefault="00000000">
            <w:r>
              <w:rPr>
                <w:sz w:val="12"/>
              </w:rPr>
              <w:t>North</w:t>
            </w:r>
          </w:p>
        </w:tc>
        <w:tc>
          <w:tcPr>
            <w:tcW w:w="564" w:type="dxa"/>
            <w:tcMar>
              <w:top w:w="20" w:type="dxa"/>
              <w:left w:w="50" w:type="dxa"/>
              <w:bottom w:w="20" w:type="dxa"/>
              <w:right w:w="50" w:type="dxa"/>
            </w:tcMar>
          </w:tcPr>
          <w:p w14:paraId="3A742FCA" w14:textId="77777777" w:rsidR="00292F36" w:rsidRDefault="00000000">
            <w:r>
              <w:rPr>
                <w:sz w:val="12"/>
              </w:rPr>
              <w:t>san_miguel</w:t>
            </w:r>
          </w:p>
        </w:tc>
        <w:tc>
          <w:tcPr>
            <w:tcW w:w="564" w:type="dxa"/>
            <w:tcMar>
              <w:top w:w="20" w:type="dxa"/>
              <w:left w:w="50" w:type="dxa"/>
              <w:bottom w:w="20" w:type="dxa"/>
              <w:right w:w="50" w:type="dxa"/>
            </w:tcMar>
          </w:tcPr>
          <w:p w14:paraId="165A31A0" w14:textId="77777777" w:rsidR="00292F36" w:rsidRDefault="00000000">
            <w:r>
              <w:rPr>
                <w:sz w:val="12"/>
              </w:rPr>
              <w:t>san_miguel_beach_shallow_lee</w:t>
            </w:r>
          </w:p>
        </w:tc>
        <w:tc>
          <w:tcPr>
            <w:tcW w:w="564" w:type="dxa"/>
            <w:tcMar>
              <w:top w:w="20" w:type="dxa"/>
              <w:left w:w="50" w:type="dxa"/>
              <w:bottom w:w="20" w:type="dxa"/>
              <w:right w:w="50" w:type="dxa"/>
            </w:tcMar>
          </w:tcPr>
          <w:p w14:paraId="1D2E876A" w14:textId="77777777" w:rsidR="00292F36" w:rsidRDefault="00000000">
            <w:r>
              <w:rPr>
                <w:sz w:val="12"/>
              </w:rPr>
              <w:t>5</w:t>
            </w:r>
          </w:p>
        </w:tc>
        <w:tc>
          <w:tcPr>
            <w:tcW w:w="564" w:type="dxa"/>
            <w:tcMar>
              <w:top w:w="20" w:type="dxa"/>
              <w:left w:w="50" w:type="dxa"/>
              <w:bottom w:w="20" w:type="dxa"/>
              <w:right w:w="50" w:type="dxa"/>
            </w:tcMar>
          </w:tcPr>
          <w:p w14:paraId="1D0DC181" w14:textId="77777777" w:rsidR="00292F36" w:rsidRDefault="00000000">
            <w:r>
              <w:rPr>
                <w:sz w:val="12"/>
              </w:rPr>
              <w:t>16.0300007</w:t>
            </w:r>
          </w:p>
        </w:tc>
        <w:tc>
          <w:tcPr>
            <w:tcW w:w="564" w:type="dxa"/>
            <w:tcMar>
              <w:top w:w="20" w:type="dxa"/>
              <w:left w:w="50" w:type="dxa"/>
              <w:bottom w:w="20" w:type="dxa"/>
              <w:right w:w="50" w:type="dxa"/>
            </w:tcMar>
          </w:tcPr>
          <w:p w14:paraId="33C53D18" w14:textId="77777777" w:rsidR="00292F36" w:rsidRDefault="00000000">
            <w:r>
              <w:rPr>
                <w:sz w:val="12"/>
              </w:rPr>
              <w:t>0.17929815</w:t>
            </w:r>
          </w:p>
        </w:tc>
        <w:tc>
          <w:tcPr>
            <w:tcW w:w="564" w:type="dxa"/>
            <w:tcMar>
              <w:top w:w="20" w:type="dxa"/>
              <w:left w:w="50" w:type="dxa"/>
              <w:bottom w:w="20" w:type="dxa"/>
              <w:right w:w="50" w:type="dxa"/>
            </w:tcMar>
          </w:tcPr>
          <w:p w14:paraId="30C58348" w14:textId="77777777" w:rsidR="00292F36" w:rsidRDefault="00000000">
            <w:r>
              <w:rPr>
                <w:sz w:val="12"/>
              </w:rPr>
              <w:t>0</w:t>
            </w:r>
          </w:p>
        </w:tc>
        <w:tc>
          <w:tcPr>
            <w:tcW w:w="564" w:type="dxa"/>
            <w:tcMar>
              <w:top w:w="20" w:type="dxa"/>
              <w:left w:w="50" w:type="dxa"/>
              <w:bottom w:w="20" w:type="dxa"/>
              <w:right w:w="50" w:type="dxa"/>
            </w:tcMar>
          </w:tcPr>
          <w:p w14:paraId="244A3886" w14:textId="77777777" w:rsidR="00292F36" w:rsidRDefault="00000000">
            <w:r>
              <w:rPr>
                <w:sz w:val="12"/>
              </w:rPr>
              <w:t>0.09433962</w:t>
            </w:r>
          </w:p>
        </w:tc>
        <w:tc>
          <w:tcPr>
            <w:tcW w:w="564" w:type="dxa"/>
            <w:tcMar>
              <w:top w:w="20" w:type="dxa"/>
              <w:left w:w="50" w:type="dxa"/>
              <w:bottom w:w="20" w:type="dxa"/>
              <w:right w:w="50" w:type="dxa"/>
            </w:tcMar>
          </w:tcPr>
          <w:p w14:paraId="4E673E93" w14:textId="77777777" w:rsidR="00292F36" w:rsidRDefault="00000000">
            <w:r>
              <w:rPr>
                <w:sz w:val="12"/>
              </w:rPr>
              <w:t>0.56603774</w:t>
            </w:r>
          </w:p>
        </w:tc>
        <w:tc>
          <w:tcPr>
            <w:tcW w:w="564" w:type="dxa"/>
            <w:tcMar>
              <w:top w:w="20" w:type="dxa"/>
              <w:left w:w="50" w:type="dxa"/>
              <w:bottom w:w="20" w:type="dxa"/>
              <w:right w:w="50" w:type="dxa"/>
            </w:tcMar>
          </w:tcPr>
          <w:p w14:paraId="69D87BB2" w14:textId="77777777" w:rsidR="00292F36" w:rsidRDefault="00000000">
            <w:r>
              <w:rPr>
                <w:sz w:val="12"/>
              </w:rPr>
              <w:t>0.08490566</w:t>
            </w:r>
          </w:p>
        </w:tc>
        <w:tc>
          <w:tcPr>
            <w:tcW w:w="564" w:type="dxa"/>
            <w:tcMar>
              <w:top w:w="20" w:type="dxa"/>
              <w:left w:w="50" w:type="dxa"/>
              <w:bottom w:w="20" w:type="dxa"/>
              <w:right w:w="50" w:type="dxa"/>
            </w:tcMar>
          </w:tcPr>
          <w:p w14:paraId="310E43E4" w14:textId="77777777" w:rsidR="00292F36" w:rsidRDefault="00000000">
            <w:r>
              <w:rPr>
                <w:sz w:val="12"/>
              </w:rPr>
              <w:t>0</w:t>
            </w:r>
          </w:p>
        </w:tc>
        <w:tc>
          <w:tcPr>
            <w:tcW w:w="564" w:type="dxa"/>
            <w:tcMar>
              <w:top w:w="20" w:type="dxa"/>
              <w:left w:w="50" w:type="dxa"/>
              <w:bottom w:w="20" w:type="dxa"/>
              <w:right w:w="50" w:type="dxa"/>
            </w:tcMar>
          </w:tcPr>
          <w:p w14:paraId="0B4F4EB5" w14:textId="77777777" w:rsidR="00292F36" w:rsidRDefault="00000000">
            <w:r>
              <w:rPr>
                <w:sz w:val="12"/>
              </w:rPr>
              <w:t>0.25471698</w:t>
            </w:r>
          </w:p>
        </w:tc>
        <w:tc>
          <w:tcPr>
            <w:tcW w:w="564" w:type="dxa"/>
            <w:tcMar>
              <w:top w:w="20" w:type="dxa"/>
              <w:left w:w="50" w:type="dxa"/>
              <w:bottom w:w="20" w:type="dxa"/>
              <w:right w:w="50" w:type="dxa"/>
            </w:tcMar>
          </w:tcPr>
          <w:p w14:paraId="7C8B372A" w14:textId="77777777" w:rsidR="00292F36" w:rsidRDefault="00000000">
            <w:r>
              <w:rPr>
                <w:sz w:val="12"/>
              </w:rPr>
              <w:t>0</w:t>
            </w:r>
          </w:p>
        </w:tc>
        <w:tc>
          <w:tcPr>
            <w:tcW w:w="564" w:type="dxa"/>
            <w:tcMar>
              <w:top w:w="20" w:type="dxa"/>
              <w:left w:w="50" w:type="dxa"/>
              <w:bottom w:w="20" w:type="dxa"/>
              <w:right w:w="50" w:type="dxa"/>
            </w:tcMar>
          </w:tcPr>
          <w:p w14:paraId="03D0360E" w14:textId="77777777" w:rsidR="00292F36" w:rsidRDefault="00000000">
            <w:r>
              <w:rPr>
                <w:sz w:val="12"/>
              </w:rPr>
              <w:t>0</w:t>
            </w:r>
          </w:p>
        </w:tc>
        <w:tc>
          <w:tcPr>
            <w:tcW w:w="564" w:type="dxa"/>
            <w:tcMar>
              <w:top w:w="20" w:type="dxa"/>
              <w:left w:w="50" w:type="dxa"/>
              <w:bottom w:w="20" w:type="dxa"/>
              <w:right w:w="50" w:type="dxa"/>
            </w:tcMar>
          </w:tcPr>
          <w:p w14:paraId="65B66ADC" w14:textId="77777777" w:rsidR="00292F36" w:rsidRDefault="00000000">
            <w:r>
              <w:rPr>
                <w:sz w:val="12"/>
              </w:rPr>
              <w:t>0</w:t>
            </w:r>
          </w:p>
        </w:tc>
        <w:tc>
          <w:tcPr>
            <w:tcW w:w="564" w:type="dxa"/>
            <w:tcMar>
              <w:top w:w="20" w:type="dxa"/>
              <w:left w:w="50" w:type="dxa"/>
              <w:bottom w:w="20" w:type="dxa"/>
              <w:right w:w="50" w:type="dxa"/>
            </w:tcMar>
          </w:tcPr>
          <w:p w14:paraId="222E6778" w14:textId="77777777" w:rsidR="00292F36" w:rsidRDefault="00000000">
            <w:r>
              <w:rPr>
                <w:sz w:val="12"/>
              </w:rPr>
              <w:t>0.77272727</w:t>
            </w:r>
          </w:p>
        </w:tc>
        <w:tc>
          <w:tcPr>
            <w:tcW w:w="564" w:type="dxa"/>
            <w:tcMar>
              <w:top w:w="20" w:type="dxa"/>
              <w:left w:w="50" w:type="dxa"/>
              <w:bottom w:w="20" w:type="dxa"/>
              <w:right w:w="50" w:type="dxa"/>
            </w:tcMar>
          </w:tcPr>
          <w:p w14:paraId="69442F7F" w14:textId="77777777" w:rsidR="00292F36" w:rsidRDefault="00000000">
            <w:r>
              <w:rPr>
                <w:sz w:val="12"/>
              </w:rPr>
              <w:t>0.22727273</w:t>
            </w:r>
          </w:p>
        </w:tc>
        <w:tc>
          <w:tcPr>
            <w:tcW w:w="564" w:type="dxa"/>
            <w:tcMar>
              <w:top w:w="20" w:type="dxa"/>
              <w:left w:w="50" w:type="dxa"/>
              <w:bottom w:w="20" w:type="dxa"/>
              <w:right w:w="50" w:type="dxa"/>
            </w:tcMar>
          </w:tcPr>
          <w:p w14:paraId="77DF1138" w14:textId="77777777" w:rsidR="00292F36" w:rsidRDefault="00000000">
            <w:r>
              <w:rPr>
                <w:sz w:val="12"/>
              </w:rPr>
              <w:t>0</w:t>
            </w:r>
          </w:p>
        </w:tc>
        <w:tc>
          <w:tcPr>
            <w:tcW w:w="564" w:type="dxa"/>
            <w:tcMar>
              <w:top w:w="20" w:type="dxa"/>
              <w:left w:w="50" w:type="dxa"/>
              <w:bottom w:w="20" w:type="dxa"/>
              <w:right w:w="50" w:type="dxa"/>
            </w:tcMar>
          </w:tcPr>
          <w:p w14:paraId="43A49BBD" w14:textId="77777777" w:rsidR="00292F36" w:rsidRDefault="00000000">
            <w:r>
              <w:rPr>
                <w:sz w:val="12"/>
              </w:rPr>
              <w:t>0</w:t>
            </w:r>
          </w:p>
        </w:tc>
        <w:tc>
          <w:tcPr>
            <w:tcW w:w="564" w:type="dxa"/>
            <w:tcMar>
              <w:top w:w="20" w:type="dxa"/>
              <w:left w:w="50" w:type="dxa"/>
              <w:bottom w:w="20" w:type="dxa"/>
              <w:right w:w="50" w:type="dxa"/>
            </w:tcMar>
          </w:tcPr>
          <w:p w14:paraId="1CF76805" w14:textId="77777777" w:rsidR="00292F36" w:rsidRDefault="00000000">
            <w:r>
              <w:rPr>
                <w:sz w:val="12"/>
              </w:rPr>
              <w:t>0</w:t>
            </w:r>
          </w:p>
        </w:tc>
      </w:tr>
      <w:tr w:rsidR="00292F36" w14:paraId="55DF9823" w14:textId="77777777">
        <w:tc>
          <w:tcPr>
            <w:tcW w:w="564" w:type="dxa"/>
            <w:tcMar>
              <w:top w:w="20" w:type="dxa"/>
              <w:left w:w="50" w:type="dxa"/>
              <w:bottom w:w="20" w:type="dxa"/>
              <w:right w:w="50" w:type="dxa"/>
            </w:tcMar>
          </w:tcPr>
          <w:p w14:paraId="6F4E78CD" w14:textId="77777777" w:rsidR="00292F36" w:rsidRDefault="00000000">
            <w:r>
              <w:rPr>
                <w:sz w:val="12"/>
              </w:rPr>
              <w:t>2018_san_miguel_san_miguel_beach_shallow_lee_2</w:t>
            </w:r>
          </w:p>
        </w:tc>
        <w:tc>
          <w:tcPr>
            <w:tcW w:w="564" w:type="dxa"/>
            <w:tcMar>
              <w:top w:w="20" w:type="dxa"/>
              <w:left w:w="50" w:type="dxa"/>
              <w:bottom w:w="20" w:type="dxa"/>
              <w:right w:w="50" w:type="dxa"/>
            </w:tcMar>
          </w:tcPr>
          <w:p w14:paraId="307D3062" w14:textId="77777777" w:rsidR="00292F36" w:rsidRDefault="00000000">
            <w:r>
              <w:rPr>
                <w:sz w:val="12"/>
              </w:rPr>
              <w:t>0.54637372</w:t>
            </w:r>
          </w:p>
        </w:tc>
        <w:tc>
          <w:tcPr>
            <w:tcW w:w="564" w:type="dxa"/>
            <w:tcMar>
              <w:top w:w="20" w:type="dxa"/>
              <w:left w:w="50" w:type="dxa"/>
              <w:bottom w:w="20" w:type="dxa"/>
              <w:right w:w="50" w:type="dxa"/>
            </w:tcMar>
          </w:tcPr>
          <w:p w14:paraId="4DB5E642" w14:textId="77777777" w:rsidR="00292F36" w:rsidRDefault="00000000">
            <w:r>
              <w:rPr>
                <w:sz w:val="12"/>
              </w:rPr>
              <w:t>0.48837077</w:t>
            </w:r>
          </w:p>
        </w:tc>
        <w:tc>
          <w:tcPr>
            <w:tcW w:w="564" w:type="dxa"/>
            <w:tcMar>
              <w:top w:w="20" w:type="dxa"/>
              <w:left w:w="50" w:type="dxa"/>
              <w:bottom w:w="20" w:type="dxa"/>
              <w:right w:w="50" w:type="dxa"/>
            </w:tcMar>
          </w:tcPr>
          <w:p w14:paraId="564F56D4" w14:textId="77777777" w:rsidR="00292F36" w:rsidRDefault="00000000">
            <w:r>
              <w:rPr>
                <w:sz w:val="12"/>
              </w:rPr>
              <w:t>2018</w:t>
            </w:r>
          </w:p>
        </w:tc>
        <w:tc>
          <w:tcPr>
            <w:tcW w:w="564" w:type="dxa"/>
            <w:tcMar>
              <w:top w:w="20" w:type="dxa"/>
              <w:left w:w="50" w:type="dxa"/>
              <w:bottom w:w="20" w:type="dxa"/>
              <w:right w:w="50" w:type="dxa"/>
            </w:tcMar>
          </w:tcPr>
          <w:p w14:paraId="3CC2EF96" w14:textId="77777777" w:rsidR="00292F36" w:rsidRDefault="00000000">
            <w:r>
              <w:rPr>
                <w:sz w:val="12"/>
              </w:rPr>
              <w:t>ensenada</w:t>
            </w:r>
          </w:p>
        </w:tc>
        <w:tc>
          <w:tcPr>
            <w:tcW w:w="564" w:type="dxa"/>
            <w:tcMar>
              <w:top w:w="20" w:type="dxa"/>
              <w:left w:w="50" w:type="dxa"/>
              <w:bottom w:w="20" w:type="dxa"/>
              <w:right w:w="50" w:type="dxa"/>
            </w:tcMar>
          </w:tcPr>
          <w:p w14:paraId="1D6E2EE7" w14:textId="77777777" w:rsidR="00292F36" w:rsidRDefault="00000000">
            <w:r>
              <w:rPr>
                <w:sz w:val="12"/>
              </w:rPr>
              <w:t>North</w:t>
            </w:r>
          </w:p>
        </w:tc>
        <w:tc>
          <w:tcPr>
            <w:tcW w:w="564" w:type="dxa"/>
            <w:tcMar>
              <w:top w:w="20" w:type="dxa"/>
              <w:left w:w="50" w:type="dxa"/>
              <w:bottom w:w="20" w:type="dxa"/>
              <w:right w:w="50" w:type="dxa"/>
            </w:tcMar>
          </w:tcPr>
          <w:p w14:paraId="270A0C7E" w14:textId="77777777" w:rsidR="00292F36" w:rsidRDefault="00000000">
            <w:r>
              <w:rPr>
                <w:sz w:val="12"/>
              </w:rPr>
              <w:t>san_miguel</w:t>
            </w:r>
          </w:p>
        </w:tc>
        <w:tc>
          <w:tcPr>
            <w:tcW w:w="564" w:type="dxa"/>
            <w:tcMar>
              <w:top w:w="20" w:type="dxa"/>
              <w:left w:w="50" w:type="dxa"/>
              <w:bottom w:w="20" w:type="dxa"/>
              <w:right w:w="50" w:type="dxa"/>
            </w:tcMar>
          </w:tcPr>
          <w:p w14:paraId="478DF692" w14:textId="77777777" w:rsidR="00292F36" w:rsidRDefault="00000000">
            <w:r>
              <w:rPr>
                <w:sz w:val="12"/>
              </w:rPr>
              <w:t>san_miguel_beach_shallow_lee</w:t>
            </w:r>
          </w:p>
        </w:tc>
        <w:tc>
          <w:tcPr>
            <w:tcW w:w="564" w:type="dxa"/>
            <w:tcMar>
              <w:top w:w="20" w:type="dxa"/>
              <w:left w:w="50" w:type="dxa"/>
              <w:bottom w:w="20" w:type="dxa"/>
              <w:right w:w="50" w:type="dxa"/>
            </w:tcMar>
          </w:tcPr>
          <w:p w14:paraId="2C390CBE" w14:textId="77777777" w:rsidR="00292F36" w:rsidRDefault="00000000">
            <w:r>
              <w:rPr>
                <w:sz w:val="12"/>
              </w:rPr>
              <w:t>5</w:t>
            </w:r>
          </w:p>
        </w:tc>
        <w:tc>
          <w:tcPr>
            <w:tcW w:w="564" w:type="dxa"/>
            <w:tcMar>
              <w:top w:w="20" w:type="dxa"/>
              <w:left w:w="50" w:type="dxa"/>
              <w:bottom w:w="20" w:type="dxa"/>
              <w:right w:w="50" w:type="dxa"/>
            </w:tcMar>
          </w:tcPr>
          <w:p w14:paraId="23AA965D" w14:textId="77777777" w:rsidR="00292F36" w:rsidRDefault="00000000">
            <w:r>
              <w:rPr>
                <w:sz w:val="12"/>
              </w:rPr>
              <w:t>16.0300007</w:t>
            </w:r>
          </w:p>
        </w:tc>
        <w:tc>
          <w:tcPr>
            <w:tcW w:w="564" w:type="dxa"/>
            <w:tcMar>
              <w:top w:w="20" w:type="dxa"/>
              <w:left w:w="50" w:type="dxa"/>
              <w:bottom w:w="20" w:type="dxa"/>
              <w:right w:w="50" w:type="dxa"/>
            </w:tcMar>
          </w:tcPr>
          <w:p w14:paraId="6257303F" w14:textId="77777777" w:rsidR="00292F36" w:rsidRDefault="00000000">
            <w:r>
              <w:rPr>
                <w:sz w:val="12"/>
              </w:rPr>
              <w:t>0.17929815</w:t>
            </w:r>
          </w:p>
        </w:tc>
        <w:tc>
          <w:tcPr>
            <w:tcW w:w="564" w:type="dxa"/>
            <w:tcMar>
              <w:top w:w="20" w:type="dxa"/>
              <w:left w:w="50" w:type="dxa"/>
              <w:bottom w:w="20" w:type="dxa"/>
              <w:right w:w="50" w:type="dxa"/>
            </w:tcMar>
          </w:tcPr>
          <w:p w14:paraId="45E2BF25" w14:textId="77777777" w:rsidR="00292F36" w:rsidRDefault="00000000">
            <w:r>
              <w:rPr>
                <w:sz w:val="12"/>
              </w:rPr>
              <w:t>0</w:t>
            </w:r>
          </w:p>
        </w:tc>
        <w:tc>
          <w:tcPr>
            <w:tcW w:w="564" w:type="dxa"/>
            <w:tcMar>
              <w:top w:w="20" w:type="dxa"/>
              <w:left w:w="50" w:type="dxa"/>
              <w:bottom w:w="20" w:type="dxa"/>
              <w:right w:w="50" w:type="dxa"/>
            </w:tcMar>
          </w:tcPr>
          <w:p w14:paraId="26CBDB9D" w14:textId="77777777" w:rsidR="00292F36" w:rsidRDefault="00000000">
            <w:r>
              <w:rPr>
                <w:sz w:val="12"/>
              </w:rPr>
              <w:t>0.07207207</w:t>
            </w:r>
          </w:p>
        </w:tc>
        <w:tc>
          <w:tcPr>
            <w:tcW w:w="564" w:type="dxa"/>
            <w:tcMar>
              <w:top w:w="20" w:type="dxa"/>
              <w:left w:w="50" w:type="dxa"/>
              <w:bottom w:w="20" w:type="dxa"/>
              <w:right w:w="50" w:type="dxa"/>
            </w:tcMar>
          </w:tcPr>
          <w:p w14:paraId="75B4E276" w14:textId="77777777" w:rsidR="00292F36" w:rsidRDefault="00000000">
            <w:r>
              <w:rPr>
                <w:sz w:val="12"/>
              </w:rPr>
              <w:t>0.32432432</w:t>
            </w:r>
          </w:p>
        </w:tc>
        <w:tc>
          <w:tcPr>
            <w:tcW w:w="564" w:type="dxa"/>
            <w:tcMar>
              <w:top w:w="20" w:type="dxa"/>
              <w:left w:w="50" w:type="dxa"/>
              <w:bottom w:w="20" w:type="dxa"/>
              <w:right w:w="50" w:type="dxa"/>
            </w:tcMar>
          </w:tcPr>
          <w:p w14:paraId="3760AD32" w14:textId="77777777" w:rsidR="00292F36" w:rsidRDefault="00000000">
            <w:r>
              <w:rPr>
                <w:sz w:val="12"/>
              </w:rPr>
              <w:t>0.45945946</w:t>
            </w:r>
          </w:p>
        </w:tc>
        <w:tc>
          <w:tcPr>
            <w:tcW w:w="564" w:type="dxa"/>
            <w:tcMar>
              <w:top w:w="20" w:type="dxa"/>
              <w:left w:w="50" w:type="dxa"/>
              <w:bottom w:w="20" w:type="dxa"/>
              <w:right w:w="50" w:type="dxa"/>
            </w:tcMar>
          </w:tcPr>
          <w:p w14:paraId="12E13966" w14:textId="77777777" w:rsidR="00292F36" w:rsidRDefault="00000000">
            <w:r>
              <w:rPr>
                <w:sz w:val="12"/>
              </w:rPr>
              <w:t>0</w:t>
            </w:r>
          </w:p>
        </w:tc>
        <w:tc>
          <w:tcPr>
            <w:tcW w:w="564" w:type="dxa"/>
            <w:tcMar>
              <w:top w:w="20" w:type="dxa"/>
              <w:left w:w="50" w:type="dxa"/>
              <w:bottom w:w="20" w:type="dxa"/>
              <w:right w:w="50" w:type="dxa"/>
            </w:tcMar>
          </w:tcPr>
          <w:p w14:paraId="6563B68C" w14:textId="77777777" w:rsidR="00292F36" w:rsidRDefault="00000000">
            <w:r>
              <w:rPr>
                <w:sz w:val="12"/>
              </w:rPr>
              <w:t>0.14414414</w:t>
            </w:r>
          </w:p>
        </w:tc>
        <w:tc>
          <w:tcPr>
            <w:tcW w:w="564" w:type="dxa"/>
            <w:tcMar>
              <w:top w:w="20" w:type="dxa"/>
              <w:left w:w="50" w:type="dxa"/>
              <w:bottom w:w="20" w:type="dxa"/>
              <w:right w:w="50" w:type="dxa"/>
            </w:tcMar>
          </w:tcPr>
          <w:p w14:paraId="3D5F176A" w14:textId="77777777" w:rsidR="00292F36" w:rsidRDefault="00000000">
            <w:r>
              <w:rPr>
                <w:sz w:val="12"/>
              </w:rPr>
              <w:t>0</w:t>
            </w:r>
          </w:p>
        </w:tc>
        <w:tc>
          <w:tcPr>
            <w:tcW w:w="564" w:type="dxa"/>
            <w:tcMar>
              <w:top w:w="20" w:type="dxa"/>
              <w:left w:w="50" w:type="dxa"/>
              <w:bottom w:w="20" w:type="dxa"/>
              <w:right w:w="50" w:type="dxa"/>
            </w:tcMar>
          </w:tcPr>
          <w:p w14:paraId="04120F55" w14:textId="77777777" w:rsidR="00292F36" w:rsidRDefault="00000000">
            <w:r>
              <w:rPr>
                <w:sz w:val="12"/>
              </w:rPr>
              <w:t>0</w:t>
            </w:r>
          </w:p>
        </w:tc>
        <w:tc>
          <w:tcPr>
            <w:tcW w:w="564" w:type="dxa"/>
            <w:tcMar>
              <w:top w:w="20" w:type="dxa"/>
              <w:left w:w="50" w:type="dxa"/>
              <w:bottom w:w="20" w:type="dxa"/>
              <w:right w:w="50" w:type="dxa"/>
            </w:tcMar>
          </w:tcPr>
          <w:p w14:paraId="43E2F0D8" w14:textId="77777777" w:rsidR="00292F36" w:rsidRDefault="00000000">
            <w:r>
              <w:rPr>
                <w:sz w:val="12"/>
              </w:rPr>
              <w:t>0</w:t>
            </w:r>
          </w:p>
        </w:tc>
        <w:tc>
          <w:tcPr>
            <w:tcW w:w="564" w:type="dxa"/>
            <w:tcMar>
              <w:top w:w="20" w:type="dxa"/>
              <w:left w:w="50" w:type="dxa"/>
              <w:bottom w:w="20" w:type="dxa"/>
              <w:right w:w="50" w:type="dxa"/>
            </w:tcMar>
          </w:tcPr>
          <w:p w14:paraId="743E5473" w14:textId="77777777" w:rsidR="00292F36" w:rsidRDefault="00000000">
            <w:r>
              <w:rPr>
                <w:sz w:val="12"/>
              </w:rPr>
              <w:t>0.5862069</w:t>
            </w:r>
          </w:p>
        </w:tc>
        <w:tc>
          <w:tcPr>
            <w:tcW w:w="564" w:type="dxa"/>
            <w:tcMar>
              <w:top w:w="20" w:type="dxa"/>
              <w:left w:w="50" w:type="dxa"/>
              <w:bottom w:w="20" w:type="dxa"/>
              <w:right w:w="50" w:type="dxa"/>
            </w:tcMar>
          </w:tcPr>
          <w:p w14:paraId="163AB2A5" w14:textId="77777777" w:rsidR="00292F36" w:rsidRDefault="00000000">
            <w:r>
              <w:rPr>
                <w:sz w:val="12"/>
              </w:rPr>
              <w:t>0.34482759</w:t>
            </w:r>
          </w:p>
        </w:tc>
        <w:tc>
          <w:tcPr>
            <w:tcW w:w="564" w:type="dxa"/>
            <w:tcMar>
              <w:top w:w="20" w:type="dxa"/>
              <w:left w:w="50" w:type="dxa"/>
              <w:bottom w:w="20" w:type="dxa"/>
              <w:right w:w="50" w:type="dxa"/>
            </w:tcMar>
          </w:tcPr>
          <w:p w14:paraId="64E428F3" w14:textId="77777777" w:rsidR="00292F36" w:rsidRDefault="00000000">
            <w:r>
              <w:rPr>
                <w:sz w:val="12"/>
              </w:rPr>
              <w:t>0.06896552</w:t>
            </w:r>
          </w:p>
        </w:tc>
        <w:tc>
          <w:tcPr>
            <w:tcW w:w="564" w:type="dxa"/>
            <w:tcMar>
              <w:top w:w="20" w:type="dxa"/>
              <w:left w:w="50" w:type="dxa"/>
              <w:bottom w:w="20" w:type="dxa"/>
              <w:right w:w="50" w:type="dxa"/>
            </w:tcMar>
          </w:tcPr>
          <w:p w14:paraId="2003D748" w14:textId="77777777" w:rsidR="00292F36" w:rsidRDefault="00000000">
            <w:r>
              <w:rPr>
                <w:sz w:val="12"/>
              </w:rPr>
              <w:t>0</w:t>
            </w:r>
          </w:p>
        </w:tc>
        <w:tc>
          <w:tcPr>
            <w:tcW w:w="564" w:type="dxa"/>
            <w:tcMar>
              <w:top w:w="20" w:type="dxa"/>
              <w:left w:w="50" w:type="dxa"/>
              <w:bottom w:w="20" w:type="dxa"/>
              <w:right w:w="50" w:type="dxa"/>
            </w:tcMar>
          </w:tcPr>
          <w:p w14:paraId="4E66B94D" w14:textId="77777777" w:rsidR="00292F36" w:rsidRDefault="00000000">
            <w:r>
              <w:rPr>
                <w:sz w:val="12"/>
              </w:rPr>
              <w:t>0</w:t>
            </w:r>
          </w:p>
        </w:tc>
      </w:tr>
      <w:tr w:rsidR="00292F36" w14:paraId="2A455091" w14:textId="77777777">
        <w:tc>
          <w:tcPr>
            <w:tcW w:w="564" w:type="dxa"/>
            <w:tcMar>
              <w:top w:w="20" w:type="dxa"/>
              <w:left w:w="50" w:type="dxa"/>
              <w:bottom w:w="20" w:type="dxa"/>
              <w:right w:w="50" w:type="dxa"/>
            </w:tcMar>
          </w:tcPr>
          <w:p w14:paraId="7DDC5665" w14:textId="77777777" w:rsidR="00292F36" w:rsidRDefault="00000000">
            <w:r>
              <w:rPr>
                <w:sz w:val="12"/>
              </w:rPr>
              <w:t>2018_san_miguel</w:t>
            </w:r>
            <w:r>
              <w:rPr>
                <w:sz w:val="12"/>
              </w:rPr>
              <w:lastRenderedPageBreak/>
              <w:t>_san_miguel_north_deep_2</w:t>
            </w:r>
          </w:p>
        </w:tc>
        <w:tc>
          <w:tcPr>
            <w:tcW w:w="564" w:type="dxa"/>
            <w:tcMar>
              <w:top w:w="20" w:type="dxa"/>
              <w:left w:w="50" w:type="dxa"/>
              <w:bottom w:w="20" w:type="dxa"/>
              <w:right w:w="50" w:type="dxa"/>
            </w:tcMar>
          </w:tcPr>
          <w:p w14:paraId="08EB5F2D" w14:textId="77777777" w:rsidR="00292F36" w:rsidRDefault="00000000">
            <w:r>
              <w:rPr>
                <w:sz w:val="12"/>
              </w:rPr>
              <w:lastRenderedPageBreak/>
              <w:t>0.58690033</w:t>
            </w:r>
          </w:p>
        </w:tc>
        <w:tc>
          <w:tcPr>
            <w:tcW w:w="564" w:type="dxa"/>
            <w:tcMar>
              <w:top w:w="20" w:type="dxa"/>
              <w:left w:w="50" w:type="dxa"/>
              <w:bottom w:w="20" w:type="dxa"/>
              <w:right w:w="50" w:type="dxa"/>
            </w:tcMar>
          </w:tcPr>
          <w:p w14:paraId="48AEE5D6" w14:textId="77777777" w:rsidR="00292F36" w:rsidRDefault="00000000">
            <w:r>
              <w:rPr>
                <w:sz w:val="12"/>
              </w:rPr>
              <w:t>0.80137656</w:t>
            </w:r>
          </w:p>
        </w:tc>
        <w:tc>
          <w:tcPr>
            <w:tcW w:w="564" w:type="dxa"/>
            <w:tcMar>
              <w:top w:w="20" w:type="dxa"/>
              <w:left w:w="50" w:type="dxa"/>
              <w:bottom w:w="20" w:type="dxa"/>
              <w:right w:w="50" w:type="dxa"/>
            </w:tcMar>
          </w:tcPr>
          <w:p w14:paraId="78B42E30" w14:textId="77777777" w:rsidR="00292F36" w:rsidRDefault="00000000">
            <w:r>
              <w:rPr>
                <w:sz w:val="12"/>
              </w:rPr>
              <w:t>2018</w:t>
            </w:r>
          </w:p>
        </w:tc>
        <w:tc>
          <w:tcPr>
            <w:tcW w:w="564" w:type="dxa"/>
            <w:tcMar>
              <w:top w:w="20" w:type="dxa"/>
              <w:left w:w="50" w:type="dxa"/>
              <w:bottom w:w="20" w:type="dxa"/>
              <w:right w:w="50" w:type="dxa"/>
            </w:tcMar>
          </w:tcPr>
          <w:p w14:paraId="335CD369" w14:textId="77777777" w:rsidR="00292F36" w:rsidRDefault="00000000">
            <w:r>
              <w:rPr>
                <w:sz w:val="12"/>
              </w:rPr>
              <w:t>ensenada</w:t>
            </w:r>
          </w:p>
        </w:tc>
        <w:tc>
          <w:tcPr>
            <w:tcW w:w="564" w:type="dxa"/>
            <w:tcMar>
              <w:top w:w="20" w:type="dxa"/>
              <w:left w:w="50" w:type="dxa"/>
              <w:bottom w:w="20" w:type="dxa"/>
              <w:right w:w="50" w:type="dxa"/>
            </w:tcMar>
          </w:tcPr>
          <w:p w14:paraId="0B27333F" w14:textId="77777777" w:rsidR="00292F36" w:rsidRDefault="00000000">
            <w:r>
              <w:rPr>
                <w:sz w:val="12"/>
              </w:rPr>
              <w:t>North</w:t>
            </w:r>
          </w:p>
        </w:tc>
        <w:tc>
          <w:tcPr>
            <w:tcW w:w="564" w:type="dxa"/>
            <w:tcMar>
              <w:top w:w="20" w:type="dxa"/>
              <w:left w:w="50" w:type="dxa"/>
              <w:bottom w:w="20" w:type="dxa"/>
              <w:right w:w="50" w:type="dxa"/>
            </w:tcMar>
          </w:tcPr>
          <w:p w14:paraId="79E5B207" w14:textId="77777777" w:rsidR="00292F36" w:rsidRDefault="00000000">
            <w:r>
              <w:rPr>
                <w:sz w:val="12"/>
              </w:rPr>
              <w:t>san_miguel</w:t>
            </w:r>
          </w:p>
        </w:tc>
        <w:tc>
          <w:tcPr>
            <w:tcW w:w="564" w:type="dxa"/>
            <w:tcMar>
              <w:top w:w="20" w:type="dxa"/>
              <w:left w:w="50" w:type="dxa"/>
              <w:bottom w:w="20" w:type="dxa"/>
              <w:right w:w="50" w:type="dxa"/>
            </w:tcMar>
          </w:tcPr>
          <w:p w14:paraId="7BEBB4F2" w14:textId="77777777" w:rsidR="00292F36" w:rsidRDefault="00000000">
            <w:r>
              <w:rPr>
                <w:sz w:val="12"/>
              </w:rPr>
              <w:t>san_miguel_nort</w:t>
            </w:r>
            <w:r>
              <w:rPr>
                <w:sz w:val="12"/>
              </w:rPr>
              <w:lastRenderedPageBreak/>
              <w:t>h_deep</w:t>
            </w:r>
          </w:p>
        </w:tc>
        <w:tc>
          <w:tcPr>
            <w:tcW w:w="564" w:type="dxa"/>
            <w:tcMar>
              <w:top w:w="20" w:type="dxa"/>
              <w:left w:w="50" w:type="dxa"/>
              <w:bottom w:w="20" w:type="dxa"/>
              <w:right w:w="50" w:type="dxa"/>
            </w:tcMar>
          </w:tcPr>
          <w:p w14:paraId="1C89923D" w14:textId="77777777" w:rsidR="00292F36" w:rsidRDefault="00000000">
            <w:r>
              <w:rPr>
                <w:sz w:val="12"/>
              </w:rPr>
              <w:lastRenderedPageBreak/>
              <w:t>19</w:t>
            </w:r>
          </w:p>
        </w:tc>
        <w:tc>
          <w:tcPr>
            <w:tcW w:w="564" w:type="dxa"/>
            <w:tcMar>
              <w:top w:w="20" w:type="dxa"/>
              <w:left w:w="50" w:type="dxa"/>
              <w:bottom w:w="20" w:type="dxa"/>
              <w:right w:w="50" w:type="dxa"/>
            </w:tcMar>
          </w:tcPr>
          <w:p w14:paraId="64BBFE68" w14:textId="77777777" w:rsidR="00292F36" w:rsidRDefault="00000000">
            <w:r>
              <w:rPr>
                <w:sz w:val="12"/>
              </w:rPr>
              <w:t>16.5300007</w:t>
            </w:r>
          </w:p>
        </w:tc>
        <w:tc>
          <w:tcPr>
            <w:tcW w:w="564" w:type="dxa"/>
            <w:tcMar>
              <w:top w:w="20" w:type="dxa"/>
              <w:left w:w="50" w:type="dxa"/>
              <w:bottom w:w="20" w:type="dxa"/>
              <w:right w:w="50" w:type="dxa"/>
            </w:tcMar>
          </w:tcPr>
          <w:p w14:paraId="1B1BCA3A" w14:textId="77777777" w:rsidR="00292F36" w:rsidRDefault="00000000">
            <w:r>
              <w:rPr>
                <w:sz w:val="12"/>
              </w:rPr>
              <w:t>0.17958574</w:t>
            </w:r>
          </w:p>
        </w:tc>
        <w:tc>
          <w:tcPr>
            <w:tcW w:w="564" w:type="dxa"/>
            <w:tcMar>
              <w:top w:w="20" w:type="dxa"/>
              <w:left w:w="50" w:type="dxa"/>
              <w:bottom w:w="20" w:type="dxa"/>
              <w:right w:w="50" w:type="dxa"/>
            </w:tcMar>
          </w:tcPr>
          <w:p w14:paraId="1429E2DF" w14:textId="77777777" w:rsidR="00292F36" w:rsidRDefault="00000000">
            <w:r>
              <w:rPr>
                <w:sz w:val="12"/>
              </w:rPr>
              <w:t>0</w:t>
            </w:r>
          </w:p>
        </w:tc>
        <w:tc>
          <w:tcPr>
            <w:tcW w:w="564" w:type="dxa"/>
            <w:tcMar>
              <w:top w:w="20" w:type="dxa"/>
              <w:left w:w="50" w:type="dxa"/>
              <w:bottom w:w="20" w:type="dxa"/>
              <w:right w:w="50" w:type="dxa"/>
            </w:tcMar>
          </w:tcPr>
          <w:p w14:paraId="25F149A6" w14:textId="77777777" w:rsidR="00292F36" w:rsidRDefault="00000000">
            <w:r>
              <w:rPr>
                <w:sz w:val="12"/>
              </w:rPr>
              <w:t>0</w:t>
            </w:r>
          </w:p>
        </w:tc>
        <w:tc>
          <w:tcPr>
            <w:tcW w:w="564" w:type="dxa"/>
            <w:tcMar>
              <w:top w:w="20" w:type="dxa"/>
              <w:left w:w="50" w:type="dxa"/>
              <w:bottom w:w="20" w:type="dxa"/>
              <w:right w:w="50" w:type="dxa"/>
            </w:tcMar>
          </w:tcPr>
          <w:p w14:paraId="34A32778" w14:textId="77777777" w:rsidR="00292F36" w:rsidRDefault="00000000">
            <w:r>
              <w:rPr>
                <w:sz w:val="12"/>
              </w:rPr>
              <w:t>1</w:t>
            </w:r>
          </w:p>
        </w:tc>
        <w:tc>
          <w:tcPr>
            <w:tcW w:w="564" w:type="dxa"/>
            <w:tcMar>
              <w:top w:w="20" w:type="dxa"/>
              <w:left w:w="50" w:type="dxa"/>
              <w:bottom w:w="20" w:type="dxa"/>
              <w:right w:w="50" w:type="dxa"/>
            </w:tcMar>
          </w:tcPr>
          <w:p w14:paraId="722DE8FA" w14:textId="77777777" w:rsidR="00292F36" w:rsidRDefault="00000000">
            <w:r>
              <w:rPr>
                <w:sz w:val="12"/>
              </w:rPr>
              <w:t>0</w:t>
            </w:r>
          </w:p>
        </w:tc>
        <w:tc>
          <w:tcPr>
            <w:tcW w:w="564" w:type="dxa"/>
            <w:tcMar>
              <w:top w:w="20" w:type="dxa"/>
              <w:left w:w="50" w:type="dxa"/>
              <w:bottom w:w="20" w:type="dxa"/>
              <w:right w:w="50" w:type="dxa"/>
            </w:tcMar>
          </w:tcPr>
          <w:p w14:paraId="664FBC79" w14:textId="77777777" w:rsidR="00292F36" w:rsidRDefault="00000000">
            <w:r>
              <w:rPr>
                <w:sz w:val="12"/>
              </w:rPr>
              <w:t>0</w:t>
            </w:r>
          </w:p>
        </w:tc>
        <w:tc>
          <w:tcPr>
            <w:tcW w:w="564" w:type="dxa"/>
            <w:tcMar>
              <w:top w:w="20" w:type="dxa"/>
              <w:left w:w="50" w:type="dxa"/>
              <w:bottom w:w="20" w:type="dxa"/>
              <w:right w:w="50" w:type="dxa"/>
            </w:tcMar>
          </w:tcPr>
          <w:p w14:paraId="1BFE5F53" w14:textId="77777777" w:rsidR="00292F36" w:rsidRDefault="00000000">
            <w:r>
              <w:rPr>
                <w:sz w:val="12"/>
              </w:rPr>
              <w:t>0</w:t>
            </w:r>
          </w:p>
        </w:tc>
        <w:tc>
          <w:tcPr>
            <w:tcW w:w="564" w:type="dxa"/>
            <w:tcMar>
              <w:top w:w="20" w:type="dxa"/>
              <w:left w:w="50" w:type="dxa"/>
              <w:bottom w:w="20" w:type="dxa"/>
              <w:right w:w="50" w:type="dxa"/>
            </w:tcMar>
          </w:tcPr>
          <w:p w14:paraId="089BC62D" w14:textId="77777777" w:rsidR="00292F36" w:rsidRDefault="00000000">
            <w:r>
              <w:rPr>
                <w:sz w:val="12"/>
              </w:rPr>
              <w:t>0</w:t>
            </w:r>
          </w:p>
        </w:tc>
        <w:tc>
          <w:tcPr>
            <w:tcW w:w="564" w:type="dxa"/>
            <w:tcMar>
              <w:top w:w="20" w:type="dxa"/>
              <w:left w:w="50" w:type="dxa"/>
              <w:bottom w:w="20" w:type="dxa"/>
              <w:right w:w="50" w:type="dxa"/>
            </w:tcMar>
          </w:tcPr>
          <w:p w14:paraId="5B0E69B6" w14:textId="77777777" w:rsidR="00292F36" w:rsidRDefault="00000000">
            <w:r>
              <w:rPr>
                <w:sz w:val="12"/>
              </w:rPr>
              <w:t>0</w:t>
            </w:r>
          </w:p>
        </w:tc>
        <w:tc>
          <w:tcPr>
            <w:tcW w:w="564" w:type="dxa"/>
            <w:tcMar>
              <w:top w:w="20" w:type="dxa"/>
              <w:left w:w="50" w:type="dxa"/>
              <w:bottom w:w="20" w:type="dxa"/>
              <w:right w:w="50" w:type="dxa"/>
            </w:tcMar>
          </w:tcPr>
          <w:p w14:paraId="52FA6241" w14:textId="77777777" w:rsidR="00292F36" w:rsidRDefault="00000000">
            <w:r>
              <w:rPr>
                <w:sz w:val="12"/>
              </w:rPr>
              <w:t>0</w:t>
            </w:r>
          </w:p>
        </w:tc>
        <w:tc>
          <w:tcPr>
            <w:tcW w:w="564" w:type="dxa"/>
            <w:tcMar>
              <w:top w:w="20" w:type="dxa"/>
              <w:left w:w="50" w:type="dxa"/>
              <w:bottom w:w="20" w:type="dxa"/>
              <w:right w:w="50" w:type="dxa"/>
            </w:tcMar>
          </w:tcPr>
          <w:p w14:paraId="6A982A1B" w14:textId="77777777" w:rsidR="00292F36" w:rsidRDefault="00000000">
            <w:r>
              <w:rPr>
                <w:sz w:val="12"/>
              </w:rPr>
              <w:t>0.33333333</w:t>
            </w:r>
          </w:p>
        </w:tc>
        <w:tc>
          <w:tcPr>
            <w:tcW w:w="564" w:type="dxa"/>
            <w:tcMar>
              <w:top w:w="20" w:type="dxa"/>
              <w:left w:w="50" w:type="dxa"/>
              <w:bottom w:w="20" w:type="dxa"/>
              <w:right w:w="50" w:type="dxa"/>
            </w:tcMar>
          </w:tcPr>
          <w:p w14:paraId="6A944D7C" w14:textId="77777777" w:rsidR="00292F36" w:rsidRDefault="00000000">
            <w:r>
              <w:rPr>
                <w:sz w:val="12"/>
              </w:rPr>
              <w:t>0.0952381</w:t>
            </w:r>
          </w:p>
        </w:tc>
        <w:tc>
          <w:tcPr>
            <w:tcW w:w="564" w:type="dxa"/>
            <w:tcMar>
              <w:top w:w="20" w:type="dxa"/>
              <w:left w:w="50" w:type="dxa"/>
              <w:bottom w:w="20" w:type="dxa"/>
              <w:right w:w="50" w:type="dxa"/>
            </w:tcMar>
          </w:tcPr>
          <w:p w14:paraId="566D7BAA" w14:textId="77777777" w:rsidR="00292F36" w:rsidRDefault="00000000">
            <w:r>
              <w:rPr>
                <w:sz w:val="12"/>
              </w:rPr>
              <w:t>0.25396825</w:t>
            </w:r>
          </w:p>
        </w:tc>
        <w:tc>
          <w:tcPr>
            <w:tcW w:w="564" w:type="dxa"/>
            <w:tcMar>
              <w:top w:w="20" w:type="dxa"/>
              <w:left w:w="50" w:type="dxa"/>
              <w:bottom w:w="20" w:type="dxa"/>
              <w:right w:w="50" w:type="dxa"/>
            </w:tcMar>
          </w:tcPr>
          <w:p w14:paraId="412E1EFF" w14:textId="77777777" w:rsidR="00292F36" w:rsidRDefault="00000000">
            <w:r>
              <w:rPr>
                <w:sz w:val="12"/>
              </w:rPr>
              <w:t>0.03174603</w:t>
            </w:r>
          </w:p>
        </w:tc>
        <w:tc>
          <w:tcPr>
            <w:tcW w:w="564" w:type="dxa"/>
            <w:tcMar>
              <w:top w:w="20" w:type="dxa"/>
              <w:left w:w="50" w:type="dxa"/>
              <w:bottom w:w="20" w:type="dxa"/>
              <w:right w:w="50" w:type="dxa"/>
            </w:tcMar>
          </w:tcPr>
          <w:p w14:paraId="2167E83E" w14:textId="77777777" w:rsidR="00292F36" w:rsidRDefault="00000000">
            <w:r>
              <w:rPr>
                <w:sz w:val="12"/>
              </w:rPr>
              <w:t>0.28571429</w:t>
            </w:r>
          </w:p>
        </w:tc>
      </w:tr>
      <w:tr w:rsidR="00292F36" w14:paraId="508A4791" w14:textId="77777777">
        <w:tc>
          <w:tcPr>
            <w:tcW w:w="564" w:type="dxa"/>
            <w:tcMar>
              <w:top w:w="20" w:type="dxa"/>
              <w:left w:w="50" w:type="dxa"/>
              <w:bottom w:w="20" w:type="dxa"/>
              <w:right w:w="50" w:type="dxa"/>
            </w:tcMar>
          </w:tcPr>
          <w:p w14:paraId="40308D70" w14:textId="77777777" w:rsidR="00292F36" w:rsidRDefault="00000000">
            <w:r>
              <w:rPr>
                <w:sz w:val="12"/>
              </w:rPr>
              <w:t>2018_san_miguel_san_miguel_north_deep_3</w:t>
            </w:r>
          </w:p>
        </w:tc>
        <w:tc>
          <w:tcPr>
            <w:tcW w:w="564" w:type="dxa"/>
            <w:tcMar>
              <w:top w:w="20" w:type="dxa"/>
              <w:left w:w="50" w:type="dxa"/>
              <w:bottom w:w="20" w:type="dxa"/>
              <w:right w:w="50" w:type="dxa"/>
            </w:tcMar>
          </w:tcPr>
          <w:p w14:paraId="21AED576" w14:textId="77777777" w:rsidR="00292F36" w:rsidRDefault="00000000">
            <w:r>
              <w:rPr>
                <w:sz w:val="12"/>
              </w:rPr>
              <w:t>-0.6639879</w:t>
            </w:r>
          </w:p>
        </w:tc>
        <w:tc>
          <w:tcPr>
            <w:tcW w:w="564" w:type="dxa"/>
            <w:tcMar>
              <w:top w:w="20" w:type="dxa"/>
              <w:left w:w="50" w:type="dxa"/>
              <w:bottom w:w="20" w:type="dxa"/>
              <w:right w:w="50" w:type="dxa"/>
            </w:tcMar>
          </w:tcPr>
          <w:p w14:paraId="4B3FC631" w14:textId="77777777" w:rsidR="00292F36" w:rsidRDefault="00000000">
            <w:r>
              <w:rPr>
                <w:sz w:val="12"/>
              </w:rPr>
              <w:t>0.10064626</w:t>
            </w:r>
          </w:p>
        </w:tc>
        <w:tc>
          <w:tcPr>
            <w:tcW w:w="564" w:type="dxa"/>
            <w:tcMar>
              <w:top w:w="20" w:type="dxa"/>
              <w:left w:w="50" w:type="dxa"/>
              <w:bottom w:w="20" w:type="dxa"/>
              <w:right w:w="50" w:type="dxa"/>
            </w:tcMar>
          </w:tcPr>
          <w:p w14:paraId="68A313B9" w14:textId="77777777" w:rsidR="00292F36" w:rsidRDefault="00000000">
            <w:r>
              <w:rPr>
                <w:sz w:val="12"/>
              </w:rPr>
              <w:t>2018</w:t>
            </w:r>
          </w:p>
        </w:tc>
        <w:tc>
          <w:tcPr>
            <w:tcW w:w="564" w:type="dxa"/>
            <w:tcMar>
              <w:top w:w="20" w:type="dxa"/>
              <w:left w:w="50" w:type="dxa"/>
              <w:bottom w:w="20" w:type="dxa"/>
              <w:right w:w="50" w:type="dxa"/>
            </w:tcMar>
          </w:tcPr>
          <w:p w14:paraId="53389CD0" w14:textId="77777777" w:rsidR="00292F36" w:rsidRDefault="00000000">
            <w:r>
              <w:rPr>
                <w:sz w:val="12"/>
              </w:rPr>
              <w:t>ensenada</w:t>
            </w:r>
          </w:p>
        </w:tc>
        <w:tc>
          <w:tcPr>
            <w:tcW w:w="564" w:type="dxa"/>
            <w:tcMar>
              <w:top w:w="20" w:type="dxa"/>
              <w:left w:w="50" w:type="dxa"/>
              <w:bottom w:w="20" w:type="dxa"/>
              <w:right w:w="50" w:type="dxa"/>
            </w:tcMar>
          </w:tcPr>
          <w:p w14:paraId="3DE4B406" w14:textId="77777777" w:rsidR="00292F36" w:rsidRDefault="00000000">
            <w:r>
              <w:rPr>
                <w:sz w:val="12"/>
              </w:rPr>
              <w:t>North</w:t>
            </w:r>
          </w:p>
        </w:tc>
        <w:tc>
          <w:tcPr>
            <w:tcW w:w="564" w:type="dxa"/>
            <w:tcMar>
              <w:top w:w="20" w:type="dxa"/>
              <w:left w:w="50" w:type="dxa"/>
              <w:bottom w:w="20" w:type="dxa"/>
              <w:right w:w="50" w:type="dxa"/>
            </w:tcMar>
          </w:tcPr>
          <w:p w14:paraId="09DB2991" w14:textId="77777777" w:rsidR="00292F36" w:rsidRDefault="00000000">
            <w:r>
              <w:rPr>
                <w:sz w:val="12"/>
              </w:rPr>
              <w:t>san_miguel</w:t>
            </w:r>
          </w:p>
        </w:tc>
        <w:tc>
          <w:tcPr>
            <w:tcW w:w="564" w:type="dxa"/>
            <w:tcMar>
              <w:top w:w="20" w:type="dxa"/>
              <w:left w:w="50" w:type="dxa"/>
              <w:bottom w:w="20" w:type="dxa"/>
              <w:right w:w="50" w:type="dxa"/>
            </w:tcMar>
          </w:tcPr>
          <w:p w14:paraId="37D65BEB" w14:textId="77777777" w:rsidR="00292F36" w:rsidRDefault="00000000">
            <w:r>
              <w:rPr>
                <w:sz w:val="12"/>
              </w:rPr>
              <w:t>san_miguel_north_deep</w:t>
            </w:r>
          </w:p>
        </w:tc>
        <w:tc>
          <w:tcPr>
            <w:tcW w:w="564" w:type="dxa"/>
            <w:tcMar>
              <w:top w:w="20" w:type="dxa"/>
              <w:left w:w="50" w:type="dxa"/>
              <w:bottom w:w="20" w:type="dxa"/>
              <w:right w:w="50" w:type="dxa"/>
            </w:tcMar>
          </w:tcPr>
          <w:p w14:paraId="359121B6" w14:textId="77777777" w:rsidR="00292F36" w:rsidRDefault="00000000">
            <w:r>
              <w:rPr>
                <w:sz w:val="12"/>
              </w:rPr>
              <w:t>19</w:t>
            </w:r>
          </w:p>
        </w:tc>
        <w:tc>
          <w:tcPr>
            <w:tcW w:w="564" w:type="dxa"/>
            <w:tcMar>
              <w:top w:w="20" w:type="dxa"/>
              <w:left w:w="50" w:type="dxa"/>
              <w:bottom w:w="20" w:type="dxa"/>
              <w:right w:w="50" w:type="dxa"/>
            </w:tcMar>
          </w:tcPr>
          <w:p w14:paraId="1BC706B4" w14:textId="77777777" w:rsidR="00292F36" w:rsidRDefault="00000000">
            <w:r>
              <w:rPr>
                <w:sz w:val="12"/>
              </w:rPr>
              <w:t>16.5300007</w:t>
            </w:r>
          </w:p>
        </w:tc>
        <w:tc>
          <w:tcPr>
            <w:tcW w:w="564" w:type="dxa"/>
            <w:tcMar>
              <w:top w:w="20" w:type="dxa"/>
              <w:left w:w="50" w:type="dxa"/>
              <w:bottom w:w="20" w:type="dxa"/>
              <w:right w:w="50" w:type="dxa"/>
            </w:tcMar>
          </w:tcPr>
          <w:p w14:paraId="3D58FB16" w14:textId="77777777" w:rsidR="00292F36" w:rsidRDefault="00000000">
            <w:r>
              <w:rPr>
                <w:sz w:val="12"/>
              </w:rPr>
              <w:t>0.17958574</w:t>
            </w:r>
          </w:p>
        </w:tc>
        <w:tc>
          <w:tcPr>
            <w:tcW w:w="564" w:type="dxa"/>
            <w:tcMar>
              <w:top w:w="20" w:type="dxa"/>
              <w:left w:w="50" w:type="dxa"/>
              <w:bottom w:w="20" w:type="dxa"/>
              <w:right w:w="50" w:type="dxa"/>
            </w:tcMar>
          </w:tcPr>
          <w:p w14:paraId="19A550B6" w14:textId="77777777" w:rsidR="00292F36" w:rsidRDefault="00000000">
            <w:r>
              <w:rPr>
                <w:sz w:val="12"/>
              </w:rPr>
              <w:t>1</w:t>
            </w:r>
          </w:p>
        </w:tc>
        <w:tc>
          <w:tcPr>
            <w:tcW w:w="564" w:type="dxa"/>
            <w:tcMar>
              <w:top w:w="20" w:type="dxa"/>
              <w:left w:w="50" w:type="dxa"/>
              <w:bottom w:w="20" w:type="dxa"/>
              <w:right w:w="50" w:type="dxa"/>
            </w:tcMar>
          </w:tcPr>
          <w:p w14:paraId="76162829" w14:textId="77777777" w:rsidR="00292F36" w:rsidRDefault="00000000">
            <w:r>
              <w:rPr>
                <w:sz w:val="12"/>
              </w:rPr>
              <w:t>0</w:t>
            </w:r>
          </w:p>
        </w:tc>
        <w:tc>
          <w:tcPr>
            <w:tcW w:w="564" w:type="dxa"/>
            <w:tcMar>
              <w:top w:w="20" w:type="dxa"/>
              <w:left w:w="50" w:type="dxa"/>
              <w:bottom w:w="20" w:type="dxa"/>
              <w:right w:w="50" w:type="dxa"/>
            </w:tcMar>
          </w:tcPr>
          <w:p w14:paraId="4B0FA920" w14:textId="77777777" w:rsidR="00292F36" w:rsidRDefault="00000000">
            <w:r>
              <w:rPr>
                <w:sz w:val="12"/>
              </w:rPr>
              <w:t>0</w:t>
            </w:r>
          </w:p>
        </w:tc>
        <w:tc>
          <w:tcPr>
            <w:tcW w:w="564" w:type="dxa"/>
            <w:tcMar>
              <w:top w:w="20" w:type="dxa"/>
              <w:left w:w="50" w:type="dxa"/>
              <w:bottom w:w="20" w:type="dxa"/>
              <w:right w:w="50" w:type="dxa"/>
            </w:tcMar>
          </w:tcPr>
          <w:p w14:paraId="32D8109C" w14:textId="77777777" w:rsidR="00292F36" w:rsidRDefault="00000000">
            <w:r>
              <w:rPr>
                <w:sz w:val="12"/>
              </w:rPr>
              <w:t>0</w:t>
            </w:r>
          </w:p>
        </w:tc>
        <w:tc>
          <w:tcPr>
            <w:tcW w:w="564" w:type="dxa"/>
            <w:tcMar>
              <w:top w:w="20" w:type="dxa"/>
              <w:left w:w="50" w:type="dxa"/>
              <w:bottom w:w="20" w:type="dxa"/>
              <w:right w:w="50" w:type="dxa"/>
            </w:tcMar>
          </w:tcPr>
          <w:p w14:paraId="2601FE4D" w14:textId="77777777" w:rsidR="00292F36" w:rsidRDefault="00000000">
            <w:r>
              <w:rPr>
                <w:sz w:val="12"/>
              </w:rPr>
              <w:t>0</w:t>
            </w:r>
          </w:p>
        </w:tc>
        <w:tc>
          <w:tcPr>
            <w:tcW w:w="564" w:type="dxa"/>
            <w:tcMar>
              <w:top w:w="20" w:type="dxa"/>
              <w:left w:w="50" w:type="dxa"/>
              <w:bottom w:w="20" w:type="dxa"/>
              <w:right w:w="50" w:type="dxa"/>
            </w:tcMar>
          </w:tcPr>
          <w:p w14:paraId="35858A58" w14:textId="77777777" w:rsidR="00292F36" w:rsidRDefault="00000000">
            <w:r>
              <w:rPr>
                <w:sz w:val="12"/>
              </w:rPr>
              <w:t>0</w:t>
            </w:r>
          </w:p>
        </w:tc>
        <w:tc>
          <w:tcPr>
            <w:tcW w:w="564" w:type="dxa"/>
            <w:tcMar>
              <w:top w:w="20" w:type="dxa"/>
              <w:left w:w="50" w:type="dxa"/>
              <w:bottom w:w="20" w:type="dxa"/>
              <w:right w:w="50" w:type="dxa"/>
            </w:tcMar>
          </w:tcPr>
          <w:p w14:paraId="5F19188D" w14:textId="77777777" w:rsidR="00292F36" w:rsidRDefault="00000000">
            <w:r>
              <w:rPr>
                <w:sz w:val="12"/>
              </w:rPr>
              <w:t>0</w:t>
            </w:r>
          </w:p>
        </w:tc>
        <w:tc>
          <w:tcPr>
            <w:tcW w:w="564" w:type="dxa"/>
            <w:tcMar>
              <w:top w:w="20" w:type="dxa"/>
              <w:left w:w="50" w:type="dxa"/>
              <w:bottom w:w="20" w:type="dxa"/>
              <w:right w:w="50" w:type="dxa"/>
            </w:tcMar>
          </w:tcPr>
          <w:p w14:paraId="60CFB71B" w14:textId="77777777" w:rsidR="00292F36" w:rsidRDefault="00000000">
            <w:r>
              <w:rPr>
                <w:sz w:val="12"/>
              </w:rPr>
              <w:t>0</w:t>
            </w:r>
          </w:p>
        </w:tc>
        <w:tc>
          <w:tcPr>
            <w:tcW w:w="564" w:type="dxa"/>
            <w:tcMar>
              <w:top w:w="20" w:type="dxa"/>
              <w:left w:w="50" w:type="dxa"/>
              <w:bottom w:w="20" w:type="dxa"/>
              <w:right w:w="50" w:type="dxa"/>
            </w:tcMar>
          </w:tcPr>
          <w:p w14:paraId="1BB07781" w14:textId="77777777" w:rsidR="00292F36" w:rsidRDefault="00000000">
            <w:r>
              <w:rPr>
                <w:sz w:val="12"/>
              </w:rPr>
              <w:t>0</w:t>
            </w:r>
          </w:p>
        </w:tc>
        <w:tc>
          <w:tcPr>
            <w:tcW w:w="564" w:type="dxa"/>
            <w:tcMar>
              <w:top w:w="20" w:type="dxa"/>
              <w:left w:w="50" w:type="dxa"/>
              <w:bottom w:w="20" w:type="dxa"/>
              <w:right w:w="50" w:type="dxa"/>
            </w:tcMar>
          </w:tcPr>
          <w:p w14:paraId="5BE54A88" w14:textId="77777777" w:rsidR="00292F36" w:rsidRDefault="00000000">
            <w:r>
              <w:rPr>
                <w:sz w:val="12"/>
              </w:rPr>
              <w:t>0.25454545</w:t>
            </w:r>
          </w:p>
        </w:tc>
        <w:tc>
          <w:tcPr>
            <w:tcW w:w="564" w:type="dxa"/>
            <w:tcMar>
              <w:top w:w="20" w:type="dxa"/>
              <w:left w:w="50" w:type="dxa"/>
              <w:bottom w:w="20" w:type="dxa"/>
              <w:right w:w="50" w:type="dxa"/>
            </w:tcMar>
          </w:tcPr>
          <w:p w14:paraId="066925DE" w14:textId="77777777" w:rsidR="00292F36" w:rsidRDefault="00000000">
            <w:r>
              <w:rPr>
                <w:sz w:val="12"/>
              </w:rPr>
              <w:t>0.05454545</w:t>
            </w:r>
          </w:p>
        </w:tc>
        <w:tc>
          <w:tcPr>
            <w:tcW w:w="564" w:type="dxa"/>
            <w:tcMar>
              <w:top w:w="20" w:type="dxa"/>
              <w:left w:w="50" w:type="dxa"/>
              <w:bottom w:w="20" w:type="dxa"/>
              <w:right w:w="50" w:type="dxa"/>
            </w:tcMar>
          </w:tcPr>
          <w:p w14:paraId="0ADE5CB1" w14:textId="77777777" w:rsidR="00292F36" w:rsidRDefault="00000000">
            <w:r>
              <w:rPr>
                <w:sz w:val="12"/>
              </w:rPr>
              <w:t>0.34545455</w:t>
            </w:r>
          </w:p>
        </w:tc>
        <w:tc>
          <w:tcPr>
            <w:tcW w:w="564" w:type="dxa"/>
            <w:tcMar>
              <w:top w:w="20" w:type="dxa"/>
              <w:left w:w="50" w:type="dxa"/>
              <w:bottom w:w="20" w:type="dxa"/>
              <w:right w:w="50" w:type="dxa"/>
            </w:tcMar>
          </w:tcPr>
          <w:p w14:paraId="0F9697C5" w14:textId="77777777" w:rsidR="00292F36" w:rsidRDefault="00000000">
            <w:r>
              <w:rPr>
                <w:sz w:val="12"/>
              </w:rPr>
              <w:t>0.01818182</w:t>
            </w:r>
          </w:p>
        </w:tc>
        <w:tc>
          <w:tcPr>
            <w:tcW w:w="564" w:type="dxa"/>
            <w:tcMar>
              <w:top w:w="20" w:type="dxa"/>
              <w:left w:w="50" w:type="dxa"/>
              <w:bottom w:w="20" w:type="dxa"/>
              <w:right w:w="50" w:type="dxa"/>
            </w:tcMar>
          </w:tcPr>
          <w:p w14:paraId="1F490D27" w14:textId="77777777" w:rsidR="00292F36" w:rsidRDefault="00000000">
            <w:r>
              <w:rPr>
                <w:sz w:val="12"/>
              </w:rPr>
              <w:t>0.32727273</w:t>
            </w:r>
          </w:p>
        </w:tc>
      </w:tr>
      <w:tr w:rsidR="00292F36" w14:paraId="37A7D5A1" w14:textId="77777777">
        <w:tc>
          <w:tcPr>
            <w:tcW w:w="564" w:type="dxa"/>
            <w:tcMar>
              <w:top w:w="20" w:type="dxa"/>
              <w:left w:w="50" w:type="dxa"/>
              <w:bottom w:w="20" w:type="dxa"/>
              <w:right w:w="50" w:type="dxa"/>
            </w:tcMar>
          </w:tcPr>
          <w:p w14:paraId="63E85A91" w14:textId="77777777" w:rsidR="00292F36" w:rsidRDefault="00000000">
            <w:r>
              <w:rPr>
                <w:sz w:val="12"/>
              </w:rPr>
              <w:t>2018_san_miguel_san_miguel_north_mid_1</w:t>
            </w:r>
          </w:p>
        </w:tc>
        <w:tc>
          <w:tcPr>
            <w:tcW w:w="564" w:type="dxa"/>
            <w:tcMar>
              <w:top w:w="20" w:type="dxa"/>
              <w:left w:w="50" w:type="dxa"/>
              <w:bottom w:w="20" w:type="dxa"/>
              <w:right w:w="50" w:type="dxa"/>
            </w:tcMar>
          </w:tcPr>
          <w:p w14:paraId="63E76529" w14:textId="77777777" w:rsidR="00292F36" w:rsidRDefault="00000000">
            <w:r>
              <w:rPr>
                <w:sz w:val="12"/>
              </w:rPr>
              <w:t>-0.7421002</w:t>
            </w:r>
          </w:p>
        </w:tc>
        <w:tc>
          <w:tcPr>
            <w:tcW w:w="564" w:type="dxa"/>
            <w:tcMar>
              <w:top w:w="20" w:type="dxa"/>
              <w:left w:w="50" w:type="dxa"/>
              <w:bottom w:w="20" w:type="dxa"/>
              <w:right w:w="50" w:type="dxa"/>
            </w:tcMar>
          </w:tcPr>
          <w:p w14:paraId="3F20B2BB" w14:textId="77777777" w:rsidR="00292F36" w:rsidRDefault="00000000">
            <w:r>
              <w:rPr>
                <w:sz w:val="12"/>
              </w:rPr>
              <w:t>0.27714497</w:t>
            </w:r>
          </w:p>
        </w:tc>
        <w:tc>
          <w:tcPr>
            <w:tcW w:w="564" w:type="dxa"/>
            <w:tcMar>
              <w:top w:w="20" w:type="dxa"/>
              <w:left w:w="50" w:type="dxa"/>
              <w:bottom w:w="20" w:type="dxa"/>
              <w:right w:w="50" w:type="dxa"/>
            </w:tcMar>
          </w:tcPr>
          <w:p w14:paraId="64758BCB" w14:textId="77777777" w:rsidR="00292F36" w:rsidRDefault="00000000">
            <w:r>
              <w:rPr>
                <w:sz w:val="12"/>
              </w:rPr>
              <w:t>2018</w:t>
            </w:r>
          </w:p>
        </w:tc>
        <w:tc>
          <w:tcPr>
            <w:tcW w:w="564" w:type="dxa"/>
            <w:tcMar>
              <w:top w:w="20" w:type="dxa"/>
              <w:left w:w="50" w:type="dxa"/>
              <w:bottom w:w="20" w:type="dxa"/>
              <w:right w:w="50" w:type="dxa"/>
            </w:tcMar>
          </w:tcPr>
          <w:p w14:paraId="0C80DF1D" w14:textId="77777777" w:rsidR="00292F36" w:rsidRDefault="00000000">
            <w:r>
              <w:rPr>
                <w:sz w:val="12"/>
              </w:rPr>
              <w:t>ensenada</w:t>
            </w:r>
          </w:p>
        </w:tc>
        <w:tc>
          <w:tcPr>
            <w:tcW w:w="564" w:type="dxa"/>
            <w:tcMar>
              <w:top w:w="20" w:type="dxa"/>
              <w:left w:w="50" w:type="dxa"/>
              <w:bottom w:w="20" w:type="dxa"/>
              <w:right w:w="50" w:type="dxa"/>
            </w:tcMar>
          </w:tcPr>
          <w:p w14:paraId="46FC1262" w14:textId="77777777" w:rsidR="00292F36" w:rsidRDefault="00000000">
            <w:r>
              <w:rPr>
                <w:sz w:val="12"/>
              </w:rPr>
              <w:t>North</w:t>
            </w:r>
          </w:p>
        </w:tc>
        <w:tc>
          <w:tcPr>
            <w:tcW w:w="564" w:type="dxa"/>
            <w:tcMar>
              <w:top w:w="20" w:type="dxa"/>
              <w:left w:w="50" w:type="dxa"/>
              <w:bottom w:w="20" w:type="dxa"/>
              <w:right w:w="50" w:type="dxa"/>
            </w:tcMar>
          </w:tcPr>
          <w:p w14:paraId="4F5A11F1" w14:textId="77777777" w:rsidR="00292F36" w:rsidRDefault="00000000">
            <w:r>
              <w:rPr>
                <w:sz w:val="12"/>
              </w:rPr>
              <w:t>san_miguel</w:t>
            </w:r>
          </w:p>
        </w:tc>
        <w:tc>
          <w:tcPr>
            <w:tcW w:w="564" w:type="dxa"/>
            <w:tcMar>
              <w:top w:w="20" w:type="dxa"/>
              <w:left w:w="50" w:type="dxa"/>
              <w:bottom w:w="20" w:type="dxa"/>
              <w:right w:w="50" w:type="dxa"/>
            </w:tcMar>
          </w:tcPr>
          <w:p w14:paraId="4D6F2A4F" w14:textId="77777777" w:rsidR="00292F36" w:rsidRDefault="00000000">
            <w:r>
              <w:rPr>
                <w:sz w:val="12"/>
              </w:rPr>
              <w:t>san_miguel_north_mid</w:t>
            </w:r>
          </w:p>
        </w:tc>
        <w:tc>
          <w:tcPr>
            <w:tcW w:w="564" w:type="dxa"/>
            <w:tcMar>
              <w:top w:w="20" w:type="dxa"/>
              <w:left w:w="50" w:type="dxa"/>
              <w:bottom w:w="20" w:type="dxa"/>
              <w:right w:w="50" w:type="dxa"/>
            </w:tcMar>
          </w:tcPr>
          <w:p w14:paraId="3CB6F7C9" w14:textId="77777777" w:rsidR="00292F36" w:rsidRDefault="00000000">
            <w:r>
              <w:rPr>
                <w:sz w:val="12"/>
              </w:rPr>
              <w:t>5</w:t>
            </w:r>
          </w:p>
        </w:tc>
        <w:tc>
          <w:tcPr>
            <w:tcW w:w="564" w:type="dxa"/>
            <w:tcMar>
              <w:top w:w="20" w:type="dxa"/>
              <w:left w:w="50" w:type="dxa"/>
              <w:bottom w:w="20" w:type="dxa"/>
              <w:right w:w="50" w:type="dxa"/>
            </w:tcMar>
          </w:tcPr>
          <w:p w14:paraId="524CA0C0" w14:textId="77777777" w:rsidR="00292F36" w:rsidRDefault="00000000">
            <w:r>
              <w:rPr>
                <w:sz w:val="12"/>
              </w:rPr>
              <w:t>16.5300007</w:t>
            </w:r>
          </w:p>
        </w:tc>
        <w:tc>
          <w:tcPr>
            <w:tcW w:w="564" w:type="dxa"/>
            <w:tcMar>
              <w:top w:w="20" w:type="dxa"/>
              <w:left w:w="50" w:type="dxa"/>
              <w:bottom w:w="20" w:type="dxa"/>
              <w:right w:w="50" w:type="dxa"/>
            </w:tcMar>
          </w:tcPr>
          <w:p w14:paraId="60BFD192" w14:textId="77777777" w:rsidR="00292F36" w:rsidRDefault="00000000">
            <w:r>
              <w:rPr>
                <w:sz w:val="12"/>
              </w:rPr>
              <w:t>0.17958574</w:t>
            </w:r>
          </w:p>
        </w:tc>
        <w:tc>
          <w:tcPr>
            <w:tcW w:w="564" w:type="dxa"/>
            <w:tcMar>
              <w:top w:w="20" w:type="dxa"/>
              <w:left w:w="50" w:type="dxa"/>
              <w:bottom w:w="20" w:type="dxa"/>
              <w:right w:w="50" w:type="dxa"/>
            </w:tcMar>
          </w:tcPr>
          <w:p w14:paraId="39D7B67D" w14:textId="77777777" w:rsidR="00292F36" w:rsidRDefault="00000000">
            <w:r>
              <w:rPr>
                <w:sz w:val="12"/>
              </w:rPr>
              <w:t>1</w:t>
            </w:r>
          </w:p>
        </w:tc>
        <w:tc>
          <w:tcPr>
            <w:tcW w:w="564" w:type="dxa"/>
            <w:tcMar>
              <w:top w:w="20" w:type="dxa"/>
              <w:left w:w="50" w:type="dxa"/>
              <w:bottom w:w="20" w:type="dxa"/>
              <w:right w:w="50" w:type="dxa"/>
            </w:tcMar>
          </w:tcPr>
          <w:p w14:paraId="2380BB32" w14:textId="77777777" w:rsidR="00292F36" w:rsidRDefault="00000000">
            <w:r>
              <w:rPr>
                <w:sz w:val="12"/>
              </w:rPr>
              <w:t>0</w:t>
            </w:r>
          </w:p>
        </w:tc>
        <w:tc>
          <w:tcPr>
            <w:tcW w:w="564" w:type="dxa"/>
            <w:tcMar>
              <w:top w:w="20" w:type="dxa"/>
              <w:left w:w="50" w:type="dxa"/>
              <w:bottom w:w="20" w:type="dxa"/>
              <w:right w:w="50" w:type="dxa"/>
            </w:tcMar>
          </w:tcPr>
          <w:p w14:paraId="1C9A2237" w14:textId="77777777" w:rsidR="00292F36" w:rsidRDefault="00000000">
            <w:r>
              <w:rPr>
                <w:sz w:val="12"/>
              </w:rPr>
              <w:t>0</w:t>
            </w:r>
          </w:p>
        </w:tc>
        <w:tc>
          <w:tcPr>
            <w:tcW w:w="564" w:type="dxa"/>
            <w:tcMar>
              <w:top w:w="20" w:type="dxa"/>
              <w:left w:w="50" w:type="dxa"/>
              <w:bottom w:w="20" w:type="dxa"/>
              <w:right w:w="50" w:type="dxa"/>
            </w:tcMar>
          </w:tcPr>
          <w:p w14:paraId="601F6288" w14:textId="77777777" w:rsidR="00292F36" w:rsidRDefault="00000000">
            <w:r>
              <w:rPr>
                <w:sz w:val="12"/>
              </w:rPr>
              <w:t>0</w:t>
            </w:r>
          </w:p>
        </w:tc>
        <w:tc>
          <w:tcPr>
            <w:tcW w:w="564" w:type="dxa"/>
            <w:tcMar>
              <w:top w:w="20" w:type="dxa"/>
              <w:left w:w="50" w:type="dxa"/>
              <w:bottom w:w="20" w:type="dxa"/>
              <w:right w:w="50" w:type="dxa"/>
            </w:tcMar>
          </w:tcPr>
          <w:p w14:paraId="2F13F158" w14:textId="77777777" w:rsidR="00292F36" w:rsidRDefault="00000000">
            <w:r>
              <w:rPr>
                <w:sz w:val="12"/>
              </w:rPr>
              <w:t>0</w:t>
            </w:r>
          </w:p>
        </w:tc>
        <w:tc>
          <w:tcPr>
            <w:tcW w:w="564" w:type="dxa"/>
            <w:tcMar>
              <w:top w:w="20" w:type="dxa"/>
              <w:left w:w="50" w:type="dxa"/>
              <w:bottom w:w="20" w:type="dxa"/>
              <w:right w:w="50" w:type="dxa"/>
            </w:tcMar>
          </w:tcPr>
          <w:p w14:paraId="2B1E9310" w14:textId="77777777" w:rsidR="00292F36" w:rsidRDefault="00000000">
            <w:r>
              <w:rPr>
                <w:sz w:val="12"/>
              </w:rPr>
              <w:t>0</w:t>
            </w:r>
          </w:p>
        </w:tc>
        <w:tc>
          <w:tcPr>
            <w:tcW w:w="564" w:type="dxa"/>
            <w:tcMar>
              <w:top w:w="20" w:type="dxa"/>
              <w:left w:w="50" w:type="dxa"/>
              <w:bottom w:w="20" w:type="dxa"/>
              <w:right w:w="50" w:type="dxa"/>
            </w:tcMar>
          </w:tcPr>
          <w:p w14:paraId="4EFC9B56" w14:textId="77777777" w:rsidR="00292F36" w:rsidRDefault="00000000">
            <w:r>
              <w:rPr>
                <w:sz w:val="12"/>
              </w:rPr>
              <w:t>0</w:t>
            </w:r>
          </w:p>
        </w:tc>
        <w:tc>
          <w:tcPr>
            <w:tcW w:w="564" w:type="dxa"/>
            <w:tcMar>
              <w:top w:w="20" w:type="dxa"/>
              <w:left w:w="50" w:type="dxa"/>
              <w:bottom w:w="20" w:type="dxa"/>
              <w:right w:w="50" w:type="dxa"/>
            </w:tcMar>
          </w:tcPr>
          <w:p w14:paraId="4BE019DE" w14:textId="77777777" w:rsidR="00292F36" w:rsidRDefault="00000000">
            <w:r>
              <w:rPr>
                <w:sz w:val="12"/>
              </w:rPr>
              <w:t>0</w:t>
            </w:r>
          </w:p>
        </w:tc>
        <w:tc>
          <w:tcPr>
            <w:tcW w:w="564" w:type="dxa"/>
            <w:tcMar>
              <w:top w:w="20" w:type="dxa"/>
              <w:left w:w="50" w:type="dxa"/>
              <w:bottom w:w="20" w:type="dxa"/>
              <w:right w:w="50" w:type="dxa"/>
            </w:tcMar>
          </w:tcPr>
          <w:p w14:paraId="6F4D3B81" w14:textId="77777777" w:rsidR="00292F36" w:rsidRDefault="00000000">
            <w:r>
              <w:rPr>
                <w:sz w:val="12"/>
              </w:rPr>
              <w:t>0</w:t>
            </w:r>
          </w:p>
        </w:tc>
        <w:tc>
          <w:tcPr>
            <w:tcW w:w="564" w:type="dxa"/>
            <w:tcMar>
              <w:top w:w="20" w:type="dxa"/>
              <w:left w:w="50" w:type="dxa"/>
              <w:bottom w:w="20" w:type="dxa"/>
              <w:right w:w="50" w:type="dxa"/>
            </w:tcMar>
          </w:tcPr>
          <w:p w14:paraId="00F0A640" w14:textId="77777777" w:rsidR="00292F36" w:rsidRDefault="00000000">
            <w:r>
              <w:rPr>
                <w:sz w:val="12"/>
              </w:rPr>
              <w:t>0.08695652</w:t>
            </w:r>
          </w:p>
        </w:tc>
        <w:tc>
          <w:tcPr>
            <w:tcW w:w="564" w:type="dxa"/>
            <w:tcMar>
              <w:top w:w="20" w:type="dxa"/>
              <w:left w:w="50" w:type="dxa"/>
              <w:bottom w:w="20" w:type="dxa"/>
              <w:right w:w="50" w:type="dxa"/>
            </w:tcMar>
          </w:tcPr>
          <w:p w14:paraId="2B268565" w14:textId="77777777" w:rsidR="00292F36" w:rsidRDefault="00000000">
            <w:r>
              <w:rPr>
                <w:sz w:val="12"/>
              </w:rPr>
              <w:t>0.06521739</w:t>
            </w:r>
          </w:p>
        </w:tc>
        <w:tc>
          <w:tcPr>
            <w:tcW w:w="564" w:type="dxa"/>
            <w:tcMar>
              <w:top w:w="20" w:type="dxa"/>
              <w:left w:w="50" w:type="dxa"/>
              <w:bottom w:w="20" w:type="dxa"/>
              <w:right w:w="50" w:type="dxa"/>
            </w:tcMar>
          </w:tcPr>
          <w:p w14:paraId="7FD84A9B" w14:textId="77777777" w:rsidR="00292F36" w:rsidRDefault="00000000">
            <w:r>
              <w:rPr>
                <w:sz w:val="12"/>
              </w:rPr>
              <w:t>0.08695652</w:t>
            </w:r>
          </w:p>
        </w:tc>
        <w:tc>
          <w:tcPr>
            <w:tcW w:w="564" w:type="dxa"/>
            <w:tcMar>
              <w:top w:w="20" w:type="dxa"/>
              <w:left w:w="50" w:type="dxa"/>
              <w:bottom w:w="20" w:type="dxa"/>
              <w:right w:w="50" w:type="dxa"/>
            </w:tcMar>
          </w:tcPr>
          <w:p w14:paraId="27B31CA0" w14:textId="77777777" w:rsidR="00292F36" w:rsidRDefault="00000000">
            <w:r>
              <w:rPr>
                <w:sz w:val="12"/>
              </w:rPr>
              <w:t>0.04347826</w:t>
            </w:r>
          </w:p>
        </w:tc>
        <w:tc>
          <w:tcPr>
            <w:tcW w:w="564" w:type="dxa"/>
            <w:tcMar>
              <w:top w:w="20" w:type="dxa"/>
              <w:left w:w="50" w:type="dxa"/>
              <w:bottom w:w="20" w:type="dxa"/>
              <w:right w:w="50" w:type="dxa"/>
            </w:tcMar>
          </w:tcPr>
          <w:p w14:paraId="1D5DEF08" w14:textId="77777777" w:rsidR="00292F36" w:rsidRDefault="00000000">
            <w:r>
              <w:rPr>
                <w:sz w:val="12"/>
              </w:rPr>
              <w:t>0.7173913</w:t>
            </w:r>
          </w:p>
        </w:tc>
      </w:tr>
      <w:tr w:rsidR="00292F36" w14:paraId="741F5B9A" w14:textId="77777777">
        <w:tc>
          <w:tcPr>
            <w:tcW w:w="564" w:type="dxa"/>
            <w:tcMar>
              <w:top w:w="20" w:type="dxa"/>
              <w:left w:w="50" w:type="dxa"/>
              <w:bottom w:w="20" w:type="dxa"/>
              <w:right w:w="50" w:type="dxa"/>
            </w:tcMar>
          </w:tcPr>
          <w:p w14:paraId="3CBB6585" w14:textId="77777777" w:rsidR="00292F36" w:rsidRDefault="00000000">
            <w:r>
              <w:rPr>
                <w:sz w:val="12"/>
              </w:rPr>
              <w:t>2018_san_miguel_san_miguel_north_mid_2</w:t>
            </w:r>
          </w:p>
        </w:tc>
        <w:tc>
          <w:tcPr>
            <w:tcW w:w="564" w:type="dxa"/>
            <w:tcMar>
              <w:top w:w="20" w:type="dxa"/>
              <w:left w:w="50" w:type="dxa"/>
              <w:bottom w:w="20" w:type="dxa"/>
              <w:right w:w="50" w:type="dxa"/>
            </w:tcMar>
          </w:tcPr>
          <w:p w14:paraId="7C326599" w14:textId="77777777" w:rsidR="00292F36" w:rsidRDefault="00000000">
            <w:r>
              <w:rPr>
                <w:sz w:val="12"/>
              </w:rPr>
              <w:t>-0.7140389</w:t>
            </w:r>
          </w:p>
        </w:tc>
        <w:tc>
          <w:tcPr>
            <w:tcW w:w="564" w:type="dxa"/>
            <w:tcMar>
              <w:top w:w="20" w:type="dxa"/>
              <w:left w:w="50" w:type="dxa"/>
              <w:bottom w:w="20" w:type="dxa"/>
              <w:right w:w="50" w:type="dxa"/>
            </w:tcMar>
          </w:tcPr>
          <w:p w14:paraId="347086F5" w14:textId="77777777" w:rsidR="00292F36" w:rsidRDefault="00000000">
            <w:r>
              <w:rPr>
                <w:sz w:val="12"/>
              </w:rPr>
              <w:t>0.2772024</w:t>
            </w:r>
          </w:p>
        </w:tc>
        <w:tc>
          <w:tcPr>
            <w:tcW w:w="564" w:type="dxa"/>
            <w:tcMar>
              <w:top w:w="20" w:type="dxa"/>
              <w:left w:w="50" w:type="dxa"/>
              <w:bottom w:w="20" w:type="dxa"/>
              <w:right w:w="50" w:type="dxa"/>
            </w:tcMar>
          </w:tcPr>
          <w:p w14:paraId="5BF63FE4" w14:textId="77777777" w:rsidR="00292F36" w:rsidRDefault="00000000">
            <w:r>
              <w:rPr>
                <w:sz w:val="12"/>
              </w:rPr>
              <w:t>2018</w:t>
            </w:r>
          </w:p>
        </w:tc>
        <w:tc>
          <w:tcPr>
            <w:tcW w:w="564" w:type="dxa"/>
            <w:tcMar>
              <w:top w:w="20" w:type="dxa"/>
              <w:left w:w="50" w:type="dxa"/>
              <w:bottom w:w="20" w:type="dxa"/>
              <w:right w:w="50" w:type="dxa"/>
            </w:tcMar>
          </w:tcPr>
          <w:p w14:paraId="10FDF455" w14:textId="77777777" w:rsidR="00292F36" w:rsidRDefault="00000000">
            <w:r>
              <w:rPr>
                <w:sz w:val="12"/>
              </w:rPr>
              <w:t>ensenada</w:t>
            </w:r>
          </w:p>
        </w:tc>
        <w:tc>
          <w:tcPr>
            <w:tcW w:w="564" w:type="dxa"/>
            <w:tcMar>
              <w:top w:w="20" w:type="dxa"/>
              <w:left w:w="50" w:type="dxa"/>
              <w:bottom w:w="20" w:type="dxa"/>
              <w:right w:w="50" w:type="dxa"/>
            </w:tcMar>
          </w:tcPr>
          <w:p w14:paraId="799326EF" w14:textId="77777777" w:rsidR="00292F36" w:rsidRDefault="00000000">
            <w:r>
              <w:rPr>
                <w:sz w:val="12"/>
              </w:rPr>
              <w:t>North</w:t>
            </w:r>
          </w:p>
        </w:tc>
        <w:tc>
          <w:tcPr>
            <w:tcW w:w="564" w:type="dxa"/>
            <w:tcMar>
              <w:top w:w="20" w:type="dxa"/>
              <w:left w:w="50" w:type="dxa"/>
              <w:bottom w:w="20" w:type="dxa"/>
              <w:right w:w="50" w:type="dxa"/>
            </w:tcMar>
          </w:tcPr>
          <w:p w14:paraId="1D4998A9" w14:textId="77777777" w:rsidR="00292F36" w:rsidRDefault="00000000">
            <w:r>
              <w:rPr>
                <w:sz w:val="12"/>
              </w:rPr>
              <w:t>san_miguel</w:t>
            </w:r>
          </w:p>
        </w:tc>
        <w:tc>
          <w:tcPr>
            <w:tcW w:w="564" w:type="dxa"/>
            <w:tcMar>
              <w:top w:w="20" w:type="dxa"/>
              <w:left w:w="50" w:type="dxa"/>
              <w:bottom w:w="20" w:type="dxa"/>
              <w:right w:w="50" w:type="dxa"/>
            </w:tcMar>
          </w:tcPr>
          <w:p w14:paraId="2B724C36" w14:textId="77777777" w:rsidR="00292F36" w:rsidRDefault="00000000">
            <w:r>
              <w:rPr>
                <w:sz w:val="12"/>
              </w:rPr>
              <w:t>san_miguel_north_mid</w:t>
            </w:r>
          </w:p>
        </w:tc>
        <w:tc>
          <w:tcPr>
            <w:tcW w:w="564" w:type="dxa"/>
            <w:tcMar>
              <w:top w:w="20" w:type="dxa"/>
              <w:left w:w="50" w:type="dxa"/>
              <w:bottom w:w="20" w:type="dxa"/>
              <w:right w:w="50" w:type="dxa"/>
            </w:tcMar>
          </w:tcPr>
          <w:p w14:paraId="5AE26BAA" w14:textId="77777777" w:rsidR="00292F36" w:rsidRDefault="00000000">
            <w:r>
              <w:rPr>
                <w:sz w:val="12"/>
              </w:rPr>
              <w:t>15</w:t>
            </w:r>
          </w:p>
        </w:tc>
        <w:tc>
          <w:tcPr>
            <w:tcW w:w="564" w:type="dxa"/>
            <w:tcMar>
              <w:top w:w="20" w:type="dxa"/>
              <w:left w:w="50" w:type="dxa"/>
              <w:bottom w:w="20" w:type="dxa"/>
              <w:right w:w="50" w:type="dxa"/>
            </w:tcMar>
          </w:tcPr>
          <w:p w14:paraId="3B492D81" w14:textId="77777777" w:rsidR="00292F36" w:rsidRDefault="00000000">
            <w:r>
              <w:rPr>
                <w:sz w:val="12"/>
              </w:rPr>
              <w:t>19.5100002</w:t>
            </w:r>
          </w:p>
        </w:tc>
        <w:tc>
          <w:tcPr>
            <w:tcW w:w="564" w:type="dxa"/>
            <w:tcMar>
              <w:top w:w="20" w:type="dxa"/>
              <w:left w:w="50" w:type="dxa"/>
              <w:bottom w:w="20" w:type="dxa"/>
              <w:right w:w="50" w:type="dxa"/>
            </w:tcMar>
          </w:tcPr>
          <w:p w14:paraId="0163720D" w14:textId="77777777" w:rsidR="00292F36" w:rsidRDefault="00000000">
            <w:r>
              <w:rPr>
                <w:sz w:val="12"/>
              </w:rPr>
              <w:t>0.17958574</w:t>
            </w:r>
          </w:p>
        </w:tc>
        <w:tc>
          <w:tcPr>
            <w:tcW w:w="564" w:type="dxa"/>
            <w:tcMar>
              <w:top w:w="20" w:type="dxa"/>
              <w:left w:w="50" w:type="dxa"/>
              <w:bottom w:w="20" w:type="dxa"/>
              <w:right w:w="50" w:type="dxa"/>
            </w:tcMar>
          </w:tcPr>
          <w:p w14:paraId="5F1B1B70" w14:textId="77777777" w:rsidR="00292F36" w:rsidRDefault="00000000">
            <w:r>
              <w:rPr>
                <w:sz w:val="12"/>
              </w:rPr>
              <w:t>0.97183099</w:t>
            </w:r>
          </w:p>
        </w:tc>
        <w:tc>
          <w:tcPr>
            <w:tcW w:w="564" w:type="dxa"/>
            <w:tcMar>
              <w:top w:w="20" w:type="dxa"/>
              <w:left w:w="50" w:type="dxa"/>
              <w:bottom w:w="20" w:type="dxa"/>
              <w:right w:w="50" w:type="dxa"/>
            </w:tcMar>
          </w:tcPr>
          <w:p w14:paraId="2DF872CE" w14:textId="77777777" w:rsidR="00292F36" w:rsidRDefault="00000000">
            <w:r>
              <w:rPr>
                <w:sz w:val="12"/>
              </w:rPr>
              <w:t>0</w:t>
            </w:r>
          </w:p>
        </w:tc>
        <w:tc>
          <w:tcPr>
            <w:tcW w:w="564" w:type="dxa"/>
            <w:tcMar>
              <w:top w:w="20" w:type="dxa"/>
              <w:left w:w="50" w:type="dxa"/>
              <w:bottom w:w="20" w:type="dxa"/>
              <w:right w:w="50" w:type="dxa"/>
            </w:tcMar>
          </w:tcPr>
          <w:p w14:paraId="2F5902FB" w14:textId="77777777" w:rsidR="00292F36" w:rsidRDefault="00000000">
            <w:r>
              <w:rPr>
                <w:sz w:val="12"/>
              </w:rPr>
              <w:t>0.01408451</w:t>
            </w:r>
          </w:p>
        </w:tc>
        <w:tc>
          <w:tcPr>
            <w:tcW w:w="564" w:type="dxa"/>
            <w:tcMar>
              <w:top w:w="20" w:type="dxa"/>
              <w:left w:w="50" w:type="dxa"/>
              <w:bottom w:w="20" w:type="dxa"/>
              <w:right w:w="50" w:type="dxa"/>
            </w:tcMar>
          </w:tcPr>
          <w:p w14:paraId="04D42F3A" w14:textId="77777777" w:rsidR="00292F36" w:rsidRDefault="00000000">
            <w:r>
              <w:rPr>
                <w:sz w:val="12"/>
              </w:rPr>
              <w:t>0.01408451</w:t>
            </w:r>
          </w:p>
        </w:tc>
        <w:tc>
          <w:tcPr>
            <w:tcW w:w="564" w:type="dxa"/>
            <w:tcMar>
              <w:top w:w="20" w:type="dxa"/>
              <w:left w:w="50" w:type="dxa"/>
              <w:bottom w:w="20" w:type="dxa"/>
              <w:right w:w="50" w:type="dxa"/>
            </w:tcMar>
          </w:tcPr>
          <w:p w14:paraId="5B2487F4" w14:textId="77777777" w:rsidR="00292F36" w:rsidRDefault="00000000">
            <w:r>
              <w:rPr>
                <w:sz w:val="12"/>
              </w:rPr>
              <w:t>0</w:t>
            </w:r>
          </w:p>
        </w:tc>
        <w:tc>
          <w:tcPr>
            <w:tcW w:w="564" w:type="dxa"/>
            <w:tcMar>
              <w:top w:w="20" w:type="dxa"/>
              <w:left w:w="50" w:type="dxa"/>
              <w:bottom w:w="20" w:type="dxa"/>
              <w:right w:w="50" w:type="dxa"/>
            </w:tcMar>
          </w:tcPr>
          <w:p w14:paraId="23808B36" w14:textId="77777777" w:rsidR="00292F36" w:rsidRDefault="00000000">
            <w:r>
              <w:rPr>
                <w:sz w:val="12"/>
              </w:rPr>
              <w:t>0</w:t>
            </w:r>
          </w:p>
        </w:tc>
        <w:tc>
          <w:tcPr>
            <w:tcW w:w="564" w:type="dxa"/>
            <w:tcMar>
              <w:top w:w="20" w:type="dxa"/>
              <w:left w:w="50" w:type="dxa"/>
              <w:bottom w:w="20" w:type="dxa"/>
              <w:right w:w="50" w:type="dxa"/>
            </w:tcMar>
          </w:tcPr>
          <w:p w14:paraId="15695BDB" w14:textId="77777777" w:rsidR="00292F36" w:rsidRDefault="00000000">
            <w:r>
              <w:rPr>
                <w:sz w:val="12"/>
              </w:rPr>
              <w:t>0</w:t>
            </w:r>
          </w:p>
        </w:tc>
        <w:tc>
          <w:tcPr>
            <w:tcW w:w="564" w:type="dxa"/>
            <w:tcMar>
              <w:top w:w="20" w:type="dxa"/>
              <w:left w:w="50" w:type="dxa"/>
              <w:bottom w:w="20" w:type="dxa"/>
              <w:right w:w="50" w:type="dxa"/>
            </w:tcMar>
          </w:tcPr>
          <w:p w14:paraId="05F58DBF" w14:textId="77777777" w:rsidR="00292F36" w:rsidRDefault="00000000">
            <w:r>
              <w:rPr>
                <w:sz w:val="12"/>
              </w:rPr>
              <w:t>0</w:t>
            </w:r>
          </w:p>
        </w:tc>
        <w:tc>
          <w:tcPr>
            <w:tcW w:w="564" w:type="dxa"/>
            <w:tcMar>
              <w:top w:w="20" w:type="dxa"/>
              <w:left w:w="50" w:type="dxa"/>
              <w:bottom w:w="20" w:type="dxa"/>
              <w:right w:w="50" w:type="dxa"/>
            </w:tcMar>
          </w:tcPr>
          <w:p w14:paraId="384B79CE" w14:textId="77777777" w:rsidR="00292F36" w:rsidRDefault="00000000">
            <w:r>
              <w:rPr>
                <w:sz w:val="12"/>
              </w:rPr>
              <w:t>0</w:t>
            </w:r>
          </w:p>
        </w:tc>
        <w:tc>
          <w:tcPr>
            <w:tcW w:w="564" w:type="dxa"/>
            <w:tcMar>
              <w:top w:w="20" w:type="dxa"/>
              <w:left w:w="50" w:type="dxa"/>
              <w:bottom w:w="20" w:type="dxa"/>
              <w:right w:w="50" w:type="dxa"/>
            </w:tcMar>
          </w:tcPr>
          <w:p w14:paraId="428CAE20" w14:textId="77777777" w:rsidR="00292F36" w:rsidRDefault="00000000">
            <w:r>
              <w:rPr>
                <w:sz w:val="12"/>
              </w:rPr>
              <w:t>0.10569106</w:t>
            </w:r>
          </w:p>
        </w:tc>
        <w:tc>
          <w:tcPr>
            <w:tcW w:w="564" w:type="dxa"/>
            <w:tcMar>
              <w:top w:w="20" w:type="dxa"/>
              <w:left w:w="50" w:type="dxa"/>
              <w:bottom w:w="20" w:type="dxa"/>
              <w:right w:w="50" w:type="dxa"/>
            </w:tcMar>
          </w:tcPr>
          <w:p w14:paraId="2A00D6BF" w14:textId="77777777" w:rsidR="00292F36" w:rsidRDefault="00000000">
            <w:r>
              <w:rPr>
                <w:sz w:val="12"/>
              </w:rPr>
              <w:t>0.17886179</w:t>
            </w:r>
          </w:p>
        </w:tc>
        <w:tc>
          <w:tcPr>
            <w:tcW w:w="564" w:type="dxa"/>
            <w:tcMar>
              <w:top w:w="20" w:type="dxa"/>
              <w:left w:w="50" w:type="dxa"/>
              <w:bottom w:w="20" w:type="dxa"/>
              <w:right w:w="50" w:type="dxa"/>
            </w:tcMar>
          </w:tcPr>
          <w:p w14:paraId="7D3B1E0C" w14:textId="77777777" w:rsidR="00292F36" w:rsidRDefault="00000000">
            <w:r>
              <w:rPr>
                <w:sz w:val="12"/>
              </w:rPr>
              <w:t>0.02439024</w:t>
            </w:r>
          </w:p>
        </w:tc>
        <w:tc>
          <w:tcPr>
            <w:tcW w:w="564" w:type="dxa"/>
            <w:tcMar>
              <w:top w:w="20" w:type="dxa"/>
              <w:left w:w="50" w:type="dxa"/>
              <w:bottom w:w="20" w:type="dxa"/>
              <w:right w:w="50" w:type="dxa"/>
            </w:tcMar>
          </w:tcPr>
          <w:p w14:paraId="5FFCA932" w14:textId="77777777" w:rsidR="00292F36" w:rsidRDefault="00000000">
            <w:r>
              <w:rPr>
                <w:sz w:val="12"/>
              </w:rPr>
              <w:t>0</w:t>
            </w:r>
          </w:p>
        </w:tc>
        <w:tc>
          <w:tcPr>
            <w:tcW w:w="564" w:type="dxa"/>
            <w:tcMar>
              <w:top w:w="20" w:type="dxa"/>
              <w:left w:w="50" w:type="dxa"/>
              <w:bottom w:w="20" w:type="dxa"/>
              <w:right w:w="50" w:type="dxa"/>
            </w:tcMar>
          </w:tcPr>
          <w:p w14:paraId="7AF3C026" w14:textId="77777777" w:rsidR="00292F36" w:rsidRDefault="00000000">
            <w:r>
              <w:rPr>
                <w:sz w:val="12"/>
              </w:rPr>
              <w:t>0.69105691</w:t>
            </w:r>
          </w:p>
        </w:tc>
      </w:tr>
      <w:tr w:rsidR="00292F36" w14:paraId="4C6851E4" w14:textId="77777777">
        <w:tc>
          <w:tcPr>
            <w:tcW w:w="564" w:type="dxa"/>
            <w:tcMar>
              <w:top w:w="20" w:type="dxa"/>
              <w:left w:w="50" w:type="dxa"/>
              <w:bottom w:w="20" w:type="dxa"/>
              <w:right w:w="50" w:type="dxa"/>
            </w:tcMar>
          </w:tcPr>
          <w:p w14:paraId="720A0F10" w14:textId="77777777" w:rsidR="00292F36" w:rsidRDefault="00000000">
            <w:r>
              <w:rPr>
                <w:sz w:val="12"/>
              </w:rPr>
              <w:t>2018_san_miguel_san_miguel_north_mid_3</w:t>
            </w:r>
          </w:p>
        </w:tc>
        <w:tc>
          <w:tcPr>
            <w:tcW w:w="564" w:type="dxa"/>
            <w:tcMar>
              <w:top w:w="20" w:type="dxa"/>
              <w:left w:w="50" w:type="dxa"/>
              <w:bottom w:w="20" w:type="dxa"/>
              <w:right w:w="50" w:type="dxa"/>
            </w:tcMar>
          </w:tcPr>
          <w:p w14:paraId="06F0DD37" w14:textId="77777777" w:rsidR="00292F36" w:rsidRDefault="00000000">
            <w:r>
              <w:rPr>
                <w:sz w:val="12"/>
              </w:rPr>
              <w:t>-0.7006048</w:t>
            </w:r>
          </w:p>
        </w:tc>
        <w:tc>
          <w:tcPr>
            <w:tcW w:w="564" w:type="dxa"/>
            <w:tcMar>
              <w:top w:w="20" w:type="dxa"/>
              <w:left w:w="50" w:type="dxa"/>
              <w:bottom w:w="20" w:type="dxa"/>
              <w:right w:w="50" w:type="dxa"/>
            </w:tcMar>
          </w:tcPr>
          <w:p w14:paraId="616338F5" w14:textId="77777777" w:rsidR="00292F36" w:rsidRDefault="00000000">
            <w:r>
              <w:rPr>
                <w:sz w:val="12"/>
              </w:rPr>
              <w:t>0.02197951</w:t>
            </w:r>
          </w:p>
        </w:tc>
        <w:tc>
          <w:tcPr>
            <w:tcW w:w="564" w:type="dxa"/>
            <w:tcMar>
              <w:top w:w="20" w:type="dxa"/>
              <w:left w:w="50" w:type="dxa"/>
              <w:bottom w:w="20" w:type="dxa"/>
              <w:right w:w="50" w:type="dxa"/>
            </w:tcMar>
          </w:tcPr>
          <w:p w14:paraId="368CEEC3" w14:textId="77777777" w:rsidR="00292F36" w:rsidRDefault="00000000">
            <w:r>
              <w:rPr>
                <w:sz w:val="12"/>
              </w:rPr>
              <w:t>2018</w:t>
            </w:r>
          </w:p>
        </w:tc>
        <w:tc>
          <w:tcPr>
            <w:tcW w:w="564" w:type="dxa"/>
            <w:tcMar>
              <w:top w:w="20" w:type="dxa"/>
              <w:left w:w="50" w:type="dxa"/>
              <w:bottom w:w="20" w:type="dxa"/>
              <w:right w:w="50" w:type="dxa"/>
            </w:tcMar>
          </w:tcPr>
          <w:p w14:paraId="57B08DEC" w14:textId="77777777" w:rsidR="00292F36" w:rsidRDefault="00000000">
            <w:r>
              <w:rPr>
                <w:sz w:val="12"/>
              </w:rPr>
              <w:t>ensenada</w:t>
            </w:r>
          </w:p>
        </w:tc>
        <w:tc>
          <w:tcPr>
            <w:tcW w:w="564" w:type="dxa"/>
            <w:tcMar>
              <w:top w:w="20" w:type="dxa"/>
              <w:left w:w="50" w:type="dxa"/>
              <w:bottom w:w="20" w:type="dxa"/>
              <w:right w:w="50" w:type="dxa"/>
            </w:tcMar>
          </w:tcPr>
          <w:p w14:paraId="2B4183D5" w14:textId="77777777" w:rsidR="00292F36" w:rsidRDefault="00000000">
            <w:r>
              <w:rPr>
                <w:sz w:val="12"/>
              </w:rPr>
              <w:t>North</w:t>
            </w:r>
          </w:p>
        </w:tc>
        <w:tc>
          <w:tcPr>
            <w:tcW w:w="564" w:type="dxa"/>
            <w:tcMar>
              <w:top w:w="20" w:type="dxa"/>
              <w:left w:w="50" w:type="dxa"/>
              <w:bottom w:w="20" w:type="dxa"/>
              <w:right w:w="50" w:type="dxa"/>
            </w:tcMar>
          </w:tcPr>
          <w:p w14:paraId="0B6B47D7" w14:textId="77777777" w:rsidR="00292F36" w:rsidRDefault="00000000">
            <w:r>
              <w:rPr>
                <w:sz w:val="12"/>
              </w:rPr>
              <w:t>san_miguel</w:t>
            </w:r>
          </w:p>
        </w:tc>
        <w:tc>
          <w:tcPr>
            <w:tcW w:w="564" w:type="dxa"/>
            <w:tcMar>
              <w:top w:w="20" w:type="dxa"/>
              <w:left w:w="50" w:type="dxa"/>
              <w:bottom w:w="20" w:type="dxa"/>
              <w:right w:w="50" w:type="dxa"/>
            </w:tcMar>
          </w:tcPr>
          <w:p w14:paraId="2DAFC532" w14:textId="77777777" w:rsidR="00292F36" w:rsidRDefault="00000000">
            <w:r>
              <w:rPr>
                <w:sz w:val="12"/>
              </w:rPr>
              <w:t>san_miguel_north_mid</w:t>
            </w:r>
          </w:p>
        </w:tc>
        <w:tc>
          <w:tcPr>
            <w:tcW w:w="564" w:type="dxa"/>
            <w:tcMar>
              <w:top w:w="20" w:type="dxa"/>
              <w:left w:w="50" w:type="dxa"/>
              <w:bottom w:w="20" w:type="dxa"/>
              <w:right w:w="50" w:type="dxa"/>
            </w:tcMar>
          </w:tcPr>
          <w:p w14:paraId="4B2CCA95" w14:textId="77777777" w:rsidR="00292F36" w:rsidRDefault="00000000">
            <w:r>
              <w:rPr>
                <w:sz w:val="12"/>
              </w:rPr>
              <w:t>5</w:t>
            </w:r>
          </w:p>
        </w:tc>
        <w:tc>
          <w:tcPr>
            <w:tcW w:w="564" w:type="dxa"/>
            <w:tcMar>
              <w:top w:w="20" w:type="dxa"/>
              <w:left w:w="50" w:type="dxa"/>
              <w:bottom w:w="20" w:type="dxa"/>
              <w:right w:w="50" w:type="dxa"/>
            </w:tcMar>
          </w:tcPr>
          <w:p w14:paraId="1064918B" w14:textId="77777777" w:rsidR="00292F36" w:rsidRDefault="00000000">
            <w:r>
              <w:rPr>
                <w:sz w:val="12"/>
              </w:rPr>
              <w:t>16.2299995</w:t>
            </w:r>
          </w:p>
        </w:tc>
        <w:tc>
          <w:tcPr>
            <w:tcW w:w="564" w:type="dxa"/>
            <w:tcMar>
              <w:top w:w="20" w:type="dxa"/>
              <w:left w:w="50" w:type="dxa"/>
              <w:bottom w:w="20" w:type="dxa"/>
              <w:right w:w="50" w:type="dxa"/>
            </w:tcMar>
          </w:tcPr>
          <w:p w14:paraId="7D304C0C" w14:textId="77777777" w:rsidR="00292F36" w:rsidRDefault="00000000">
            <w:r>
              <w:rPr>
                <w:sz w:val="12"/>
              </w:rPr>
              <w:t>0.17958574</w:t>
            </w:r>
          </w:p>
        </w:tc>
        <w:tc>
          <w:tcPr>
            <w:tcW w:w="564" w:type="dxa"/>
            <w:tcMar>
              <w:top w:w="20" w:type="dxa"/>
              <w:left w:w="50" w:type="dxa"/>
              <w:bottom w:w="20" w:type="dxa"/>
              <w:right w:w="50" w:type="dxa"/>
            </w:tcMar>
          </w:tcPr>
          <w:p w14:paraId="40E25E4C" w14:textId="77777777" w:rsidR="00292F36" w:rsidRDefault="00000000">
            <w:r>
              <w:rPr>
                <w:sz w:val="12"/>
              </w:rPr>
              <w:t>1</w:t>
            </w:r>
          </w:p>
        </w:tc>
        <w:tc>
          <w:tcPr>
            <w:tcW w:w="564" w:type="dxa"/>
            <w:tcMar>
              <w:top w:w="20" w:type="dxa"/>
              <w:left w:w="50" w:type="dxa"/>
              <w:bottom w:w="20" w:type="dxa"/>
              <w:right w:w="50" w:type="dxa"/>
            </w:tcMar>
          </w:tcPr>
          <w:p w14:paraId="47485FB4" w14:textId="77777777" w:rsidR="00292F36" w:rsidRDefault="00000000">
            <w:r>
              <w:rPr>
                <w:sz w:val="12"/>
              </w:rPr>
              <w:t>0</w:t>
            </w:r>
          </w:p>
        </w:tc>
        <w:tc>
          <w:tcPr>
            <w:tcW w:w="564" w:type="dxa"/>
            <w:tcMar>
              <w:top w:w="20" w:type="dxa"/>
              <w:left w:w="50" w:type="dxa"/>
              <w:bottom w:w="20" w:type="dxa"/>
              <w:right w:w="50" w:type="dxa"/>
            </w:tcMar>
          </w:tcPr>
          <w:p w14:paraId="3E8C4AEA" w14:textId="77777777" w:rsidR="00292F36" w:rsidRDefault="00000000">
            <w:r>
              <w:rPr>
                <w:sz w:val="12"/>
              </w:rPr>
              <w:t>0</w:t>
            </w:r>
          </w:p>
        </w:tc>
        <w:tc>
          <w:tcPr>
            <w:tcW w:w="564" w:type="dxa"/>
            <w:tcMar>
              <w:top w:w="20" w:type="dxa"/>
              <w:left w:w="50" w:type="dxa"/>
              <w:bottom w:w="20" w:type="dxa"/>
              <w:right w:w="50" w:type="dxa"/>
            </w:tcMar>
          </w:tcPr>
          <w:p w14:paraId="2722DAA3" w14:textId="77777777" w:rsidR="00292F36" w:rsidRDefault="00000000">
            <w:r>
              <w:rPr>
                <w:sz w:val="12"/>
              </w:rPr>
              <w:t>0</w:t>
            </w:r>
          </w:p>
        </w:tc>
        <w:tc>
          <w:tcPr>
            <w:tcW w:w="564" w:type="dxa"/>
            <w:tcMar>
              <w:top w:w="20" w:type="dxa"/>
              <w:left w:w="50" w:type="dxa"/>
              <w:bottom w:w="20" w:type="dxa"/>
              <w:right w:w="50" w:type="dxa"/>
            </w:tcMar>
          </w:tcPr>
          <w:p w14:paraId="7F2A5AB4" w14:textId="77777777" w:rsidR="00292F36" w:rsidRDefault="00000000">
            <w:r>
              <w:rPr>
                <w:sz w:val="12"/>
              </w:rPr>
              <w:t>0</w:t>
            </w:r>
          </w:p>
        </w:tc>
        <w:tc>
          <w:tcPr>
            <w:tcW w:w="564" w:type="dxa"/>
            <w:tcMar>
              <w:top w:w="20" w:type="dxa"/>
              <w:left w:w="50" w:type="dxa"/>
              <w:bottom w:w="20" w:type="dxa"/>
              <w:right w:w="50" w:type="dxa"/>
            </w:tcMar>
          </w:tcPr>
          <w:p w14:paraId="16E6B423" w14:textId="77777777" w:rsidR="00292F36" w:rsidRDefault="00000000">
            <w:r>
              <w:rPr>
                <w:sz w:val="12"/>
              </w:rPr>
              <w:t>0</w:t>
            </w:r>
          </w:p>
        </w:tc>
        <w:tc>
          <w:tcPr>
            <w:tcW w:w="564" w:type="dxa"/>
            <w:tcMar>
              <w:top w:w="20" w:type="dxa"/>
              <w:left w:w="50" w:type="dxa"/>
              <w:bottom w:w="20" w:type="dxa"/>
              <w:right w:w="50" w:type="dxa"/>
            </w:tcMar>
          </w:tcPr>
          <w:p w14:paraId="2B996939" w14:textId="77777777" w:rsidR="00292F36" w:rsidRDefault="00000000">
            <w:r>
              <w:rPr>
                <w:sz w:val="12"/>
              </w:rPr>
              <w:t>0</w:t>
            </w:r>
          </w:p>
        </w:tc>
        <w:tc>
          <w:tcPr>
            <w:tcW w:w="564" w:type="dxa"/>
            <w:tcMar>
              <w:top w:w="20" w:type="dxa"/>
              <w:left w:w="50" w:type="dxa"/>
              <w:bottom w:w="20" w:type="dxa"/>
              <w:right w:w="50" w:type="dxa"/>
            </w:tcMar>
          </w:tcPr>
          <w:p w14:paraId="376686A0" w14:textId="77777777" w:rsidR="00292F36" w:rsidRDefault="00000000">
            <w:r>
              <w:rPr>
                <w:sz w:val="12"/>
              </w:rPr>
              <w:t>0</w:t>
            </w:r>
          </w:p>
        </w:tc>
        <w:tc>
          <w:tcPr>
            <w:tcW w:w="564" w:type="dxa"/>
            <w:tcMar>
              <w:top w:w="20" w:type="dxa"/>
              <w:left w:w="50" w:type="dxa"/>
              <w:bottom w:w="20" w:type="dxa"/>
              <w:right w:w="50" w:type="dxa"/>
            </w:tcMar>
          </w:tcPr>
          <w:p w14:paraId="73477692" w14:textId="77777777" w:rsidR="00292F36" w:rsidRDefault="00000000">
            <w:r>
              <w:rPr>
                <w:sz w:val="12"/>
              </w:rPr>
              <w:t>0</w:t>
            </w:r>
          </w:p>
        </w:tc>
        <w:tc>
          <w:tcPr>
            <w:tcW w:w="564" w:type="dxa"/>
            <w:tcMar>
              <w:top w:w="20" w:type="dxa"/>
              <w:left w:w="50" w:type="dxa"/>
              <w:bottom w:w="20" w:type="dxa"/>
              <w:right w:w="50" w:type="dxa"/>
            </w:tcMar>
          </w:tcPr>
          <w:p w14:paraId="179CC610" w14:textId="77777777" w:rsidR="00292F36" w:rsidRDefault="00000000">
            <w:r>
              <w:rPr>
                <w:sz w:val="12"/>
              </w:rPr>
              <w:t>0.25</w:t>
            </w:r>
          </w:p>
        </w:tc>
        <w:tc>
          <w:tcPr>
            <w:tcW w:w="564" w:type="dxa"/>
            <w:tcMar>
              <w:top w:w="20" w:type="dxa"/>
              <w:left w:w="50" w:type="dxa"/>
              <w:bottom w:w="20" w:type="dxa"/>
              <w:right w:w="50" w:type="dxa"/>
            </w:tcMar>
          </w:tcPr>
          <w:p w14:paraId="7467136C" w14:textId="77777777" w:rsidR="00292F36" w:rsidRDefault="00000000">
            <w:r>
              <w:rPr>
                <w:sz w:val="12"/>
              </w:rPr>
              <w:t>0.45833333</w:t>
            </w:r>
          </w:p>
        </w:tc>
        <w:tc>
          <w:tcPr>
            <w:tcW w:w="564" w:type="dxa"/>
            <w:tcMar>
              <w:top w:w="20" w:type="dxa"/>
              <w:left w:w="50" w:type="dxa"/>
              <w:bottom w:w="20" w:type="dxa"/>
              <w:right w:w="50" w:type="dxa"/>
            </w:tcMar>
          </w:tcPr>
          <w:p w14:paraId="31611E9B" w14:textId="77777777" w:rsidR="00292F36" w:rsidRDefault="00000000">
            <w:r>
              <w:rPr>
                <w:sz w:val="12"/>
              </w:rPr>
              <w:t>0.08333333</w:t>
            </w:r>
          </w:p>
        </w:tc>
        <w:tc>
          <w:tcPr>
            <w:tcW w:w="564" w:type="dxa"/>
            <w:tcMar>
              <w:top w:w="20" w:type="dxa"/>
              <w:left w:w="50" w:type="dxa"/>
              <w:bottom w:w="20" w:type="dxa"/>
              <w:right w:w="50" w:type="dxa"/>
            </w:tcMar>
          </w:tcPr>
          <w:p w14:paraId="75DFEA43" w14:textId="77777777" w:rsidR="00292F36" w:rsidRDefault="00000000">
            <w:r>
              <w:rPr>
                <w:sz w:val="12"/>
              </w:rPr>
              <w:t>0</w:t>
            </w:r>
          </w:p>
        </w:tc>
        <w:tc>
          <w:tcPr>
            <w:tcW w:w="564" w:type="dxa"/>
            <w:tcMar>
              <w:top w:w="20" w:type="dxa"/>
              <w:left w:w="50" w:type="dxa"/>
              <w:bottom w:w="20" w:type="dxa"/>
              <w:right w:w="50" w:type="dxa"/>
            </w:tcMar>
          </w:tcPr>
          <w:p w14:paraId="2A2AF0E5" w14:textId="77777777" w:rsidR="00292F36" w:rsidRDefault="00000000">
            <w:r>
              <w:rPr>
                <w:sz w:val="12"/>
              </w:rPr>
              <w:t>0.20833333</w:t>
            </w:r>
          </w:p>
        </w:tc>
      </w:tr>
      <w:tr w:rsidR="00292F36" w14:paraId="161FCA38" w14:textId="77777777">
        <w:tc>
          <w:tcPr>
            <w:tcW w:w="564" w:type="dxa"/>
            <w:tcMar>
              <w:top w:w="20" w:type="dxa"/>
              <w:left w:w="50" w:type="dxa"/>
              <w:bottom w:w="20" w:type="dxa"/>
              <w:right w:w="50" w:type="dxa"/>
            </w:tcMar>
          </w:tcPr>
          <w:p w14:paraId="591A635B" w14:textId="77777777" w:rsidR="00292F36" w:rsidRDefault="00000000">
            <w:r>
              <w:rPr>
                <w:sz w:val="12"/>
              </w:rPr>
              <w:t>2018_san_miguel_san_miguel_south_deep_1</w:t>
            </w:r>
          </w:p>
        </w:tc>
        <w:tc>
          <w:tcPr>
            <w:tcW w:w="564" w:type="dxa"/>
            <w:tcMar>
              <w:top w:w="20" w:type="dxa"/>
              <w:left w:w="50" w:type="dxa"/>
              <w:bottom w:w="20" w:type="dxa"/>
              <w:right w:w="50" w:type="dxa"/>
            </w:tcMar>
          </w:tcPr>
          <w:p w14:paraId="6462777E" w14:textId="77777777" w:rsidR="00292F36" w:rsidRDefault="00000000">
            <w:r>
              <w:rPr>
                <w:sz w:val="12"/>
              </w:rPr>
              <w:t>-0.2084036</w:t>
            </w:r>
          </w:p>
        </w:tc>
        <w:tc>
          <w:tcPr>
            <w:tcW w:w="564" w:type="dxa"/>
            <w:tcMar>
              <w:top w:w="20" w:type="dxa"/>
              <w:left w:w="50" w:type="dxa"/>
              <w:bottom w:w="20" w:type="dxa"/>
              <w:right w:w="50" w:type="dxa"/>
            </w:tcMar>
          </w:tcPr>
          <w:p w14:paraId="308F0A05" w14:textId="77777777" w:rsidR="00292F36" w:rsidRDefault="00000000">
            <w:r>
              <w:rPr>
                <w:sz w:val="12"/>
              </w:rPr>
              <w:t>0.82704195</w:t>
            </w:r>
          </w:p>
        </w:tc>
        <w:tc>
          <w:tcPr>
            <w:tcW w:w="564" w:type="dxa"/>
            <w:tcMar>
              <w:top w:w="20" w:type="dxa"/>
              <w:left w:w="50" w:type="dxa"/>
              <w:bottom w:w="20" w:type="dxa"/>
              <w:right w:w="50" w:type="dxa"/>
            </w:tcMar>
          </w:tcPr>
          <w:p w14:paraId="7A803535" w14:textId="77777777" w:rsidR="00292F36" w:rsidRDefault="00000000">
            <w:r>
              <w:rPr>
                <w:sz w:val="12"/>
              </w:rPr>
              <w:t>2018</w:t>
            </w:r>
          </w:p>
        </w:tc>
        <w:tc>
          <w:tcPr>
            <w:tcW w:w="564" w:type="dxa"/>
            <w:tcMar>
              <w:top w:w="20" w:type="dxa"/>
              <w:left w:w="50" w:type="dxa"/>
              <w:bottom w:w="20" w:type="dxa"/>
              <w:right w:w="50" w:type="dxa"/>
            </w:tcMar>
          </w:tcPr>
          <w:p w14:paraId="238638D4" w14:textId="77777777" w:rsidR="00292F36" w:rsidRDefault="00000000">
            <w:r>
              <w:rPr>
                <w:sz w:val="12"/>
              </w:rPr>
              <w:t>ensenada</w:t>
            </w:r>
          </w:p>
        </w:tc>
        <w:tc>
          <w:tcPr>
            <w:tcW w:w="564" w:type="dxa"/>
            <w:tcMar>
              <w:top w:w="20" w:type="dxa"/>
              <w:left w:w="50" w:type="dxa"/>
              <w:bottom w:w="20" w:type="dxa"/>
              <w:right w:w="50" w:type="dxa"/>
            </w:tcMar>
          </w:tcPr>
          <w:p w14:paraId="6F3ED92E" w14:textId="77777777" w:rsidR="00292F36" w:rsidRDefault="00000000">
            <w:r>
              <w:rPr>
                <w:sz w:val="12"/>
              </w:rPr>
              <w:t>North</w:t>
            </w:r>
          </w:p>
        </w:tc>
        <w:tc>
          <w:tcPr>
            <w:tcW w:w="564" w:type="dxa"/>
            <w:tcMar>
              <w:top w:w="20" w:type="dxa"/>
              <w:left w:w="50" w:type="dxa"/>
              <w:bottom w:w="20" w:type="dxa"/>
              <w:right w:w="50" w:type="dxa"/>
            </w:tcMar>
          </w:tcPr>
          <w:p w14:paraId="591EB471" w14:textId="77777777" w:rsidR="00292F36" w:rsidRDefault="00000000">
            <w:r>
              <w:rPr>
                <w:sz w:val="12"/>
              </w:rPr>
              <w:t>san_miguel</w:t>
            </w:r>
          </w:p>
        </w:tc>
        <w:tc>
          <w:tcPr>
            <w:tcW w:w="564" w:type="dxa"/>
            <w:tcMar>
              <w:top w:w="20" w:type="dxa"/>
              <w:left w:w="50" w:type="dxa"/>
              <w:bottom w:w="20" w:type="dxa"/>
              <w:right w:w="50" w:type="dxa"/>
            </w:tcMar>
          </w:tcPr>
          <w:p w14:paraId="09FD4120" w14:textId="77777777" w:rsidR="00292F36" w:rsidRDefault="00000000">
            <w:r>
              <w:rPr>
                <w:sz w:val="12"/>
              </w:rPr>
              <w:t>san_miguel_south_deep</w:t>
            </w:r>
          </w:p>
        </w:tc>
        <w:tc>
          <w:tcPr>
            <w:tcW w:w="564" w:type="dxa"/>
            <w:tcMar>
              <w:top w:w="20" w:type="dxa"/>
              <w:left w:w="50" w:type="dxa"/>
              <w:bottom w:w="20" w:type="dxa"/>
              <w:right w:w="50" w:type="dxa"/>
            </w:tcMar>
          </w:tcPr>
          <w:p w14:paraId="53B81595" w14:textId="77777777" w:rsidR="00292F36" w:rsidRDefault="00000000">
            <w:r>
              <w:rPr>
                <w:sz w:val="12"/>
              </w:rPr>
              <w:t>12</w:t>
            </w:r>
          </w:p>
        </w:tc>
        <w:tc>
          <w:tcPr>
            <w:tcW w:w="564" w:type="dxa"/>
            <w:tcMar>
              <w:top w:w="20" w:type="dxa"/>
              <w:left w:w="50" w:type="dxa"/>
              <w:bottom w:w="20" w:type="dxa"/>
              <w:right w:w="50" w:type="dxa"/>
            </w:tcMar>
          </w:tcPr>
          <w:p w14:paraId="5820CE5E" w14:textId="77777777" w:rsidR="00292F36" w:rsidRDefault="00000000">
            <w:r>
              <w:rPr>
                <w:sz w:val="12"/>
              </w:rPr>
              <w:t>16.5300007</w:t>
            </w:r>
          </w:p>
        </w:tc>
        <w:tc>
          <w:tcPr>
            <w:tcW w:w="564" w:type="dxa"/>
            <w:tcMar>
              <w:top w:w="20" w:type="dxa"/>
              <w:left w:w="50" w:type="dxa"/>
              <w:bottom w:w="20" w:type="dxa"/>
              <w:right w:w="50" w:type="dxa"/>
            </w:tcMar>
          </w:tcPr>
          <w:p w14:paraId="7D99D2CC" w14:textId="77777777" w:rsidR="00292F36" w:rsidRDefault="00000000">
            <w:r>
              <w:rPr>
                <w:sz w:val="12"/>
              </w:rPr>
              <w:t>0.17958574</w:t>
            </w:r>
          </w:p>
        </w:tc>
        <w:tc>
          <w:tcPr>
            <w:tcW w:w="564" w:type="dxa"/>
            <w:tcMar>
              <w:top w:w="20" w:type="dxa"/>
              <w:left w:w="50" w:type="dxa"/>
              <w:bottom w:w="20" w:type="dxa"/>
              <w:right w:w="50" w:type="dxa"/>
            </w:tcMar>
          </w:tcPr>
          <w:p w14:paraId="1138D678" w14:textId="77777777" w:rsidR="00292F36" w:rsidRDefault="00000000">
            <w:r>
              <w:rPr>
                <w:sz w:val="12"/>
              </w:rPr>
              <w:t>0.28571429</w:t>
            </w:r>
          </w:p>
        </w:tc>
        <w:tc>
          <w:tcPr>
            <w:tcW w:w="564" w:type="dxa"/>
            <w:tcMar>
              <w:top w:w="20" w:type="dxa"/>
              <w:left w:w="50" w:type="dxa"/>
              <w:bottom w:w="20" w:type="dxa"/>
              <w:right w:w="50" w:type="dxa"/>
            </w:tcMar>
          </w:tcPr>
          <w:p w14:paraId="4C8884E5" w14:textId="77777777" w:rsidR="00292F36" w:rsidRDefault="00000000">
            <w:r>
              <w:rPr>
                <w:sz w:val="12"/>
              </w:rPr>
              <w:t>0</w:t>
            </w:r>
          </w:p>
        </w:tc>
        <w:tc>
          <w:tcPr>
            <w:tcW w:w="564" w:type="dxa"/>
            <w:tcMar>
              <w:top w:w="20" w:type="dxa"/>
              <w:left w:w="50" w:type="dxa"/>
              <w:bottom w:w="20" w:type="dxa"/>
              <w:right w:w="50" w:type="dxa"/>
            </w:tcMar>
          </w:tcPr>
          <w:p w14:paraId="2C5F3416" w14:textId="77777777" w:rsidR="00292F36" w:rsidRDefault="00000000">
            <w:r>
              <w:rPr>
                <w:sz w:val="12"/>
              </w:rPr>
              <w:t>0</w:t>
            </w:r>
          </w:p>
        </w:tc>
        <w:tc>
          <w:tcPr>
            <w:tcW w:w="564" w:type="dxa"/>
            <w:tcMar>
              <w:top w:w="20" w:type="dxa"/>
              <w:left w:w="50" w:type="dxa"/>
              <w:bottom w:w="20" w:type="dxa"/>
              <w:right w:w="50" w:type="dxa"/>
            </w:tcMar>
          </w:tcPr>
          <w:p w14:paraId="5B5E033C" w14:textId="77777777" w:rsidR="00292F36" w:rsidRDefault="00000000">
            <w:r>
              <w:rPr>
                <w:sz w:val="12"/>
              </w:rPr>
              <w:t>0.71428571</w:t>
            </w:r>
          </w:p>
        </w:tc>
        <w:tc>
          <w:tcPr>
            <w:tcW w:w="564" w:type="dxa"/>
            <w:tcMar>
              <w:top w:w="20" w:type="dxa"/>
              <w:left w:w="50" w:type="dxa"/>
              <w:bottom w:w="20" w:type="dxa"/>
              <w:right w:w="50" w:type="dxa"/>
            </w:tcMar>
          </w:tcPr>
          <w:p w14:paraId="40AF0D6F" w14:textId="77777777" w:rsidR="00292F36" w:rsidRDefault="00000000">
            <w:r>
              <w:rPr>
                <w:sz w:val="12"/>
              </w:rPr>
              <w:t>0</w:t>
            </w:r>
          </w:p>
        </w:tc>
        <w:tc>
          <w:tcPr>
            <w:tcW w:w="564" w:type="dxa"/>
            <w:tcMar>
              <w:top w:w="20" w:type="dxa"/>
              <w:left w:w="50" w:type="dxa"/>
              <w:bottom w:w="20" w:type="dxa"/>
              <w:right w:w="50" w:type="dxa"/>
            </w:tcMar>
          </w:tcPr>
          <w:p w14:paraId="16A31FBD" w14:textId="77777777" w:rsidR="00292F36" w:rsidRDefault="00000000">
            <w:r>
              <w:rPr>
                <w:sz w:val="12"/>
              </w:rPr>
              <w:t>0</w:t>
            </w:r>
          </w:p>
        </w:tc>
        <w:tc>
          <w:tcPr>
            <w:tcW w:w="564" w:type="dxa"/>
            <w:tcMar>
              <w:top w:w="20" w:type="dxa"/>
              <w:left w:w="50" w:type="dxa"/>
              <w:bottom w:w="20" w:type="dxa"/>
              <w:right w:w="50" w:type="dxa"/>
            </w:tcMar>
          </w:tcPr>
          <w:p w14:paraId="0B0542EC" w14:textId="77777777" w:rsidR="00292F36" w:rsidRDefault="00000000">
            <w:r>
              <w:rPr>
                <w:sz w:val="12"/>
              </w:rPr>
              <w:t>0</w:t>
            </w:r>
          </w:p>
        </w:tc>
        <w:tc>
          <w:tcPr>
            <w:tcW w:w="564" w:type="dxa"/>
            <w:tcMar>
              <w:top w:w="20" w:type="dxa"/>
              <w:left w:w="50" w:type="dxa"/>
              <w:bottom w:w="20" w:type="dxa"/>
              <w:right w:w="50" w:type="dxa"/>
            </w:tcMar>
          </w:tcPr>
          <w:p w14:paraId="63E5001E" w14:textId="77777777" w:rsidR="00292F36" w:rsidRDefault="00000000">
            <w:r>
              <w:rPr>
                <w:sz w:val="12"/>
              </w:rPr>
              <w:t>0</w:t>
            </w:r>
          </w:p>
        </w:tc>
        <w:tc>
          <w:tcPr>
            <w:tcW w:w="564" w:type="dxa"/>
            <w:tcMar>
              <w:top w:w="20" w:type="dxa"/>
              <w:left w:w="50" w:type="dxa"/>
              <w:bottom w:w="20" w:type="dxa"/>
              <w:right w:w="50" w:type="dxa"/>
            </w:tcMar>
          </w:tcPr>
          <w:p w14:paraId="63427B6D" w14:textId="77777777" w:rsidR="00292F36" w:rsidRDefault="00000000">
            <w:r>
              <w:rPr>
                <w:sz w:val="12"/>
              </w:rPr>
              <w:t>0.00819672</w:t>
            </w:r>
          </w:p>
        </w:tc>
        <w:tc>
          <w:tcPr>
            <w:tcW w:w="564" w:type="dxa"/>
            <w:tcMar>
              <w:top w:w="20" w:type="dxa"/>
              <w:left w:w="50" w:type="dxa"/>
              <w:bottom w:w="20" w:type="dxa"/>
              <w:right w:w="50" w:type="dxa"/>
            </w:tcMar>
          </w:tcPr>
          <w:p w14:paraId="08860075" w14:textId="77777777" w:rsidR="00292F36" w:rsidRDefault="00000000">
            <w:r>
              <w:rPr>
                <w:sz w:val="12"/>
              </w:rPr>
              <w:t>0.02459016</w:t>
            </w:r>
          </w:p>
        </w:tc>
        <w:tc>
          <w:tcPr>
            <w:tcW w:w="564" w:type="dxa"/>
            <w:tcMar>
              <w:top w:w="20" w:type="dxa"/>
              <w:left w:w="50" w:type="dxa"/>
              <w:bottom w:w="20" w:type="dxa"/>
              <w:right w:w="50" w:type="dxa"/>
            </w:tcMar>
          </w:tcPr>
          <w:p w14:paraId="17CC45A6" w14:textId="77777777" w:rsidR="00292F36" w:rsidRDefault="00000000">
            <w:r>
              <w:rPr>
                <w:sz w:val="12"/>
              </w:rPr>
              <w:t>0.10655738</w:t>
            </w:r>
          </w:p>
        </w:tc>
        <w:tc>
          <w:tcPr>
            <w:tcW w:w="564" w:type="dxa"/>
            <w:tcMar>
              <w:top w:w="20" w:type="dxa"/>
              <w:left w:w="50" w:type="dxa"/>
              <w:bottom w:w="20" w:type="dxa"/>
              <w:right w:w="50" w:type="dxa"/>
            </w:tcMar>
          </w:tcPr>
          <w:p w14:paraId="1298AD2D" w14:textId="77777777" w:rsidR="00292F36" w:rsidRDefault="00000000">
            <w:r>
              <w:rPr>
                <w:sz w:val="12"/>
              </w:rPr>
              <w:t>0.19672131</w:t>
            </w:r>
          </w:p>
        </w:tc>
        <w:tc>
          <w:tcPr>
            <w:tcW w:w="564" w:type="dxa"/>
            <w:tcMar>
              <w:top w:w="20" w:type="dxa"/>
              <w:left w:w="50" w:type="dxa"/>
              <w:bottom w:w="20" w:type="dxa"/>
              <w:right w:w="50" w:type="dxa"/>
            </w:tcMar>
          </w:tcPr>
          <w:p w14:paraId="06384FD9" w14:textId="77777777" w:rsidR="00292F36" w:rsidRDefault="00000000">
            <w:r>
              <w:rPr>
                <w:sz w:val="12"/>
              </w:rPr>
              <w:t>0.2295082</w:t>
            </w:r>
          </w:p>
        </w:tc>
        <w:tc>
          <w:tcPr>
            <w:tcW w:w="564" w:type="dxa"/>
            <w:tcMar>
              <w:top w:w="20" w:type="dxa"/>
              <w:left w:w="50" w:type="dxa"/>
              <w:bottom w:w="20" w:type="dxa"/>
              <w:right w:w="50" w:type="dxa"/>
            </w:tcMar>
          </w:tcPr>
          <w:p w14:paraId="395BE9A9" w14:textId="77777777" w:rsidR="00292F36" w:rsidRDefault="00000000">
            <w:r>
              <w:rPr>
                <w:sz w:val="12"/>
              </w:rPr>
              <w:t>0.43442623</w:t>
            </w:r>
          </w:p>
        </w:tc>
      </w:tr>
      <w:tr w:rsidR="00292F36" w14:paraId="4B5762F2" w14:textId="77777777">
        <w:tc>
          <w:tcPr>
            <w:tcW w:w="564" w:type="dxa"/>
            <w:tcMar>
              <w:top w:w="20" w:type="dxa"/>
              <w:left w:w="50" w:type="dxa"/>
              <w:bottom w:w="20" w:type="dxa"/>
              <w:right w:w="50" w:type="dxa"/>
            </w:tcMar>
          </w:tcPr>
          <w:p w14:paraId="5C9D874E" w14:textId="77777777" w:rsidR="00292F36" w:rsidRDefault="00000000">
            <w:r>
              <w:rPr>
                <w:sz w:val="12"/>
              </w:rPr>
              <w:t>2018_san_miguel_san_miguel_south_deep_2</w:t>
            </w:r>
          </w:p>
        </w:tc>
        <w:tc>
          <w:tcPr>
            <w:tcW w:w="564" w:type="dxa"/>
            <w:tcMar>
              <w:top w:w="20" w:type="dxa"/>
              <w:left w:w="50" w:type="dxa"/>
              <w:bottom w:w="20" w:type="dxa"/>
              <w:right w:w="50" w:type="dxa"/>
            </w:tcMar>
          </w:tcPr>
          <w:p w14:paraId="225CA7AF" w14:textId="77777777" w:rsidR="00292F36" w:rsidRDefault="00000000">
            <w:r>
              <w:rPr>
                <w:sz w:val="12"/>
              </w:rPr>
              <w:t>-0.4103698</w:t>
            </w:r>
          </w:p>
        </w:tc>
        <w:tc>
          <w:tcPr>
            <w:tcW w:w="564" w:type="dxa"/>
            <w:tcMar>
              <w:top w:w="20" w:type="dxa"/>
              <w:left w:w="50" w:type="dxa"/>
              <w:bottom w:w="20" w:type="dxa"/>
              <w:right w:w="50" w:type="dxa"/>
            </w:tcMar>
          </w:tcPr>
          <w:p w14:paraId="5799B113" w14:textId="77777777" w:rsidR="00292F36" w:rsidRDefault="00000000">
            <w:r>
              <w:rPr>
                <w:sz w:val="12"/>
              </w:rPr>
              <w:t>0.28579293</w:t>
            </w:r>
          </w:p>
        </w:tc>
        <w:tc>
          <w:tcPr>
            <w:tcW w:w="564" w:type="dxa"/>
            <w:tcMar>
              <w:top w:w="20" w:type="dxa"/>
              <w:left w:w="50" w:type="dxa"/>
              <w:bottom w:w="20" w:type="dxa"/>
              <w:right w:w="50" w:type="dxa"/>
            </w:tcMar>
          </w:tcPr>
          <w:p w14:paraId="3E2B1133" w14:textId="77777777" w:rsidR="00292F36" w:rsidRDefault="00000000">
            <w:r>
              <w:rPr>
                <w:sz w:val="12"/>
              </w:rPr>
              <w:t>2018</w:t>
            </w:r>
          </w:p>
        </w:tc>
        <w:tc>
          <w:tcPr>
            <w:tcW w:w="564" w:type="dxa"/>
            <w:tcMar>
              <w:top w:w="20" w:type="dxa"/>
              <w:left w:w="50" w:type="dxa"/>
              <w:bottom w:w="20" w:type="dxa"/>
              <w:right w:w="50" w:type="dxa"/>
            </w:tcMar>
          </w:tcPr>
          <w:p w14:paraId="153FAF91" w14:textId="77777777" w:rsidR="00292F36" w:rsidRDefault="00000000">
            <w:r>
              <w:rPr>
                <w:sz w:val="12"/>
              </w:rPr>
              <w:t>ensenada</w:t>
            </w:r>
          </w:p>
        </w:tc>
        <w:tc>
          <w:tcPr>
            <w:tcW w:w="564" w:type="dxa"/>
            <w:tcMar>
              <w:top w:w="20" w:type="dxa"/>
              <w:left w:w="50" w:type="dxa"/>
              <w:bottom w:w="20" w:type="dxa"/>
              <w:right w:w="50" w:type="dxa"/>
            </w:tcMar>
          </w:tcPr>
          <w:p w14:paraId="473EFF94" w14:textId="77777777" w:rsidR="00292F36" w:rsidRDefault="00000000">
            <w:r>
              <w:rPr>
                <w:sz w:val="12"/>
              </w:rPr>
              <w:t>North</w:t>
            </w:r>
          </w:p>
        </w:tc>
        <w:tc>
          <w:tcPr>
            <w:tcW w:w="564" w:type="dxa"/>
            <w:tcMar>
              <w:top w:w="20" w:type="dxa"/>
              <w:left w:w="50" w:type="dxa"/>
              <w:bottom w:w="20" w:type="dxa"/>
              <w:right w:w="50" w:type="dxa"/>
            </w:tcMar>
          </w:tcPr>
          <w:p w14:paraId="56DFA98E" w14:textId="77777777" w:rsidR="00292F36" w:rsidRDefault="00000000">
            <w:r>
              <w:rPr>
                <w:sz w:val="12"/>
              </w:rPr>
              <w:t>san_miguel</w:t>
            </w:r>
          </w:p>
        </w:tc>
        <w:tc>
          <w:tcPr>
            <w:tcW w:w="564" w:type="dxa"/>
            <w:tcMar>
              <w:top w:w="20" w:type="dxa"/>
              <w:left w:w="50" w:type="dxa"/>
              <w:bottom w:w="20" w:type="dxa"/>
              <w:right w:w="50" w:type="dxa"/>
            </w:tcMar>
          </w:tcPr>
          <w:p w14:paraId="5D788FCA" w14:textId="77777777" w:rsidR="00292F36" w:rsidRDefault="00000000">
            <w:r>
              <w:rPr>
                <w:sz w:val="12"/>
              </w:rPr>
              <w:t>san_miguel_south_deep</w:t>
            </w:r>
          </w:p>
        </w:tc>
        <w:tc>
          <w:tcPr>
            <w:tcW w:w="564" w:type="dxa"/>
            <w:tcMar>
              <w:top w:w="20" w:type="dxa"/>
              <w:left w:w="50" w:type="dxa"/>
              <w:bottom w:w="20" w:type="dxa"/>
              <w:right w:w="50" w:type="dxa"/>
            </w:tcMar>
          </w:tcPr>
          <w:p w14:paraId="7531251A" w14:textId="77777777" w:rsidR="00292F36" w:rsidRDefault="00000000">
            <w:r>
              <w:rPr>
                <w:sz w:val="12"/>
              </w:rPr>
              <w:t>12</w:t>
            </w:r>
          </w:p>
        </w:tc>
        <w:tc>
          <w:tcPr>
            <w:tcW w:w="564" w:type="dxa"/>
            <w:tcMar>
              <w:top w:w="20" w:type="dxa"/>
              <w:left w:w="50" w:type="dxa"/>
              <w:bottom w:w="20" w:type="dxa"/>
              <w:right w:w="50" w:type="dxa"/>
            </w:tcMar>
          </w:tcPr>
          <w:p w14:paraId="796945C9" w14:textId="77777777" w:rsidR="00292F36" w:rsidRDefault="00000000">
            <w:r>
              <w:rPr>
                <w:sz w:val="12"/>
              </w:rPr>
              <w:t>16.5300007</w:t>
            </w:r>
          </w:p>
        </w:tc>
        <w:tc>
          <w:tcPr>
            <w:tcW w:w="564" w:type="dxa"/>
            <w:tcMar>
              <w:top w:w="20" w:type="dxa"/>
              <w:left w:w="50" w:type="dxa"/>
              <w:bottom w:w="20" w:type="dxa"/>
              <w:right w:w="50" w:type="dxa"/>
            </w:tcMar>
          </w:tcPr>
          <w:p w14:paraId="56A72D13" w14:textId="77777777" w:rsidR="00292F36" w:rsidRDefault="00000000">
            <w:r>
              <w:rPr>
                <w:sz w:val="12"/>
              </w:rPr>
              <w:t>0.17958574</w:t>
            </w:r>
          </w:p>
        </w:tc>
        <w:tc>
          <w:tcPr>
            <w:tcW w:w="564" w:type="dxa"/>
            <w:tcMar>
              <w:top w:w="20" w:type="dxa"/>
              <w:left w:w="50" w:type="dxa"/>
              <w:bottom w:w="20" w:type="dxa"/>
              <w:right w:w="50" w:type="dxa"/>
            </w:tcMar>
          </w:tcPr>
          <w:p w14:paraId="667911E2" w14:textId="77777777" w:rsidR="00292F36" w:rsidRDefault="00000000">
            <w:r>
              <w:rPr>
                <w:sz w:val="12"/>
              </w:rPr>
              <w:t>0.6</w:t>
            </w:r>
          </w:p>
        </w:tc>
        <w:tc>
          <w:tcPr>
            <w:tcW w:w="564" w:type="dxa"/>
            <w:tcMar>
              <w:top w:w="20" w:type="dxa"/>
              <w:left w:w="50" w:type="dxa"/>
              <w:bottom w:w="20" w:type="dxa"/>
              <w:right w:w="50" w:type="dxa"/>
            </w:tcMar>
          </w:tcPr>
          <w:p w14:paraId="4DAFFF17" w14:textId="77777777" w:rsidR="00292F36" w:rsidRDefault="00000000">
            <w:r>
              <w:rPr>
                <w:sz w:val="12"/>
              </w:rPr>
              <w:t>0.4</w:t>
            </w:r>
          </w:p>
        </w:tc>
        <w:tc>
          <w:tcPr>
            <w:tcW w:w="564" w:type="dxa"/>
            <w:tcMar>
              <w:top w:w="20" w:type="dxa"/>
              <w:left w:w="50" w:type="dxa"/>
              <w:bottom w:w="20" w:type="dxa"/>
              <w:right w:w="50" w:type="dxa"/>
            </w:tcMar>
          </w:tcPr>
          <w:p w14:paraId="73D9F616" w14:textId="77777777" w:rsidR="00292F36" w:rsidRDefault="00000000">
            <w:r>
              <w:rPr>
                <w:sz w:val="12"/>
              </w:rPr>
              <w:t>0</w:t>
            </w:r>
          </w:p>
        </w:tc>
        <w:tc>
          <w:tcPr>
            <w:tcW w:w="564" w:type="dxa"/>
            <w:tcMar>
              <w:top w:w="20" w:type="dxa"/>
              <w:left w:w="50" w:type="dxa"/>
              <w:bottom w:w="20" w:type="dxa"/>
              <w:right w:w="50" w:type="dxa"/>
            </w:tcMar>
          </w:tcPr>
          <w:p w14:paraId="0BC296F1" w14:textId="77777777" w:rsidR="00292F36" w:rsidRDefault="00000000">
            <w:r>
              <w:rPr>
                <w:sz w:val="12"/>
              </w:rPr>
              <w:t>0</w:t>
            </w:r>
          </w:p>
        </w:tc>
        <w:tc>
          <w:tcPr>
            <w:tcW w:w="564" w:type="dxa"/>
            <w:tcMar>
              <w:top w:w="20" w:type="dxa"/>
              <w:left w:w="50" w:type="dxa"/>
              <w:bottom w:w="20" w:type="dxa"/>
              <w:right w:w="50" w:type="dxa"/>
            </w:tcMar>
          </w:tcPr>
          <w:p w14:paraId="43255313" w14:textId="77777777" w:rsidR="00292F36" w:rsidRDefault="00000000">
            <w:r>
              <w:rPr>
                <w:sz w:val="12"/>
              </w:rPr>
              <w:t>0</w:t>
            </w:r>
          </w:p>
        </w:tc>
        <w:tc>
          <w:tcPr>
            <w:tcW w:w="564" w:type="dxa"/>
            <w:tcMar>
              <w:top w:w="20" w:type="dxa"/>
              <w:left w:w="50" w:type="dxa"/>
              <w:bottom w:w="20" w:type="dxa"/>
              <w:right w:w="50" w:type="dxa"/>
            </w:tcMar>
          </w:tcPr>
          <w:p w14:paraId="09F0CA3C" w14:textId="77777777" w:rsidR="00292F36" w:rsidRDefault="00000000">
            <w:r>
              <w:rPr>
                <w:sz w:val="12"/>
              </w:rPr>
              <w:t>0</w:t>
            </w:r>
          </w:p>
        </w:tc>
        <w:tc>
          <w:tcPr>
            <w:tcW w:w="564" w:type="dxa"/>
            <w:tcMar>
              <w:top w:w="20" w:type="dxa"/>
              <w:left w:w="50" w:type="dxa"/>
              <w:bottom w:w="20" w:type="dxa"/>
              <w:right w:w="50" w:type="dxa"/>
            </w:tcMar>
          </w:tcPr>
          <w:p w14:paraId="758B1A76" w14:textId="77777777" w:rsidR="00292F36" w:rsidRDefault="00000000">
            <w:r>
              <w:rPr>
                <w:sz w:val="12"/>
              </w:rPr>
              <w:t>0</w:t>
            </w:r>
          </w:p>
        </w:tc>
        <w:tc>
          <w:tcPr>
            <w:tcW w:w="564" w:type="dxa"/>
            <w:tcMar>
              <w:top w:w="20" w:type="dxa"/>
              <w:left w:w="50" w:type="dxa"/>
              <w:bottom w:w="20" w:type="dxa"/>
              <w:right w:w="50" w:type="dxa"/>
            </w:tcMar>
          </w:tcPr>
          <w:p w14:paraId="748329AF" w14:textId="77777777" w:rsidR="00292F36" w:rsidRDefault="00000000">
            <w:r>
              <w:rPr>
                <w:sz w:val="12"/>
              </w:rPr>
              <w:t>0</w:t>
            </w:r>
          </w:p>
        </w:tc>
        <w:tc>
          <w:tcPr>
            <w:tcW w:w="564" w:type="dxa"/>
            <w:tcMar>
              <w:top w:w="20" w:type="dxa"/>
              <w:left w:w="50" w:type="dxa"/>
              <w:bottom w:w="20" w:type="dxa"/>
              <w:right w:w="50" w:type="dxa"/>
            </w:tcMar>
          </w:tcPr>
          <w:p w14:paraId="66E31256" w14:textId="77777777" w:rsidR="00292F36" w:rsidRDefault="00000000">
            <w:r>
              <w:rPr>
                <w:sz w:val="12"/>
              </w:rPr>
              <w:t>0</w:t>
            </w:r>
          </w:p>
        </w:tc>
        <w:tc>
          <w:tcPr>
            <w:tcW w:w="564" w:type="dxa"/>
            <w:tcMar>
              <w:top w:w="20" w:type="dxa"/>
              <w:left w:w="50" w:type="dxa"/>
              <w:bottom w:w="20" w:type="dxa"/>
              <w:right w:w="50" w:type="dxa"/>
            </w:tcMar>
          </w:tcPr>
          <w:p w14:paraId="30435F82" w14:textId="77777777" w:rsidR="00292F36" w:rsidRDefault="00000000">
            <w:r>
              <w:rPr>
                <w:sz w:val="12"/>
              </w:rPr>
              <w:t>0.01886792</w:t>
            </w:r>
          </w:p>
        </w:tc>
        <w:tc>
          <w:tcPr>
            <w:tcW w:w="564" w:type="dxa"/>
            <w:tcMar>
              <w:top w:w="20" w:type="dxa"/>
              <w:left w:w="50" w:type="dxa"/>
              <w:bottom w:w="20" w:type="dxa"/>
              <w:right w:w="50" w:type="dxa"/>
            </w:tcMar>
          </w:tcPr>
          <w:p w14:paraId="23B3D824" w14:textId="77777777" w:rsidR="00292F36" w:rsidRDefault="00000000">
            <w:r>
              <w:rPr>
                <w:sz w:val="12"/>
              </w:rPr>
              <w:t>0.32075472</w:t>
            </w:r>
          </w:p>
        </w:tc>
        <w:tc>
          <w:tcPr>
            <w:tcW w:w="564" w:type="dxa"/>
            <w:tcMar>
              <w:top w:w="20" w:type="dxa"/>
              <w:left w:w="50" w:type="dxa"/>
              <w:bottom w:w="20" w:type="dxa"/>
              <w:right w:w="50" w:type="dxa"/>
            </w:tcMar>
          </w:tcPr>
          <w:p w14:paraId="4577B5B8" w14:textId="77777777" w:rsidR="00292F36" w:rsidRDefault="00000000">
            <w:r>
              <w:rPr>
                <w:sz w:val="12"/>
              </w:rPr>
              <w:t>0.13679245</w:t>
            </w:r>
          </w:p>
        </w:tc>
        <w:tc>
          <w:tcPr>
            <w:tcW w:w="564" w:type="dxa"/>
            <w:tcMar>
              <w:top w:w="20" w:type="dxa"/>
              <w:left w:w="50" w:type="dxa"/>
              <w:bottom w:w="20" w:type="dxa"/>
              <w:right w:w="50" w:type="dxa"/>
            </w:tcMar>
          </w:tcPr>
          <w:p w14:paraId="1C83291D" w14:textId="77777777" w:rsidR="00292F36" w:rsidRDefault="00000000">
            <w:r>
              <w:rPr>
                <w:sz w:val="12"/>
              </w:rPr>
              <w:t>0.14622642</w:t>
            </w:r>
          </w:p>
        </w:tc>
        <w:tc>
          <w:tcPr>
            <w:tcW w:w="564" w:type="dxa"/>
            <w:tcMar>
              <w:top w:w="20" w:type="dxa"/>
              <w:left w:w="50" w:type="dxa"/>
              <w:bottom w:w="20" w:type="dxa"/>
              <w:right w:w="50" w:type="dxa"/>
            </w:tcMar>
          </w:tcPr>
          <w:p w14:paraId="6ECD0C22" w14:textId="77777777" w:rsidR="00292F36" w:rsidRDefault="00000000">
            <w:r>
              <w:rPr>
                <w:sz w:val="12"/>
              </w:rPr>
              <w:t>0.37735849</w:t>
            </w:r>
          </w:p>
        </w:tc>
      </w:tr>
      <w:tr w:rsidR="00292F36" w14:paraId="42B8F4B3" w14:textId="77777777">
        <w:tc>
          <w:tcPr>
            <w:tcW w:w="564" w:type="dxa"/>
            <w:tcMar>
              <w:top w:w="20" w:type="dxa"/>
              <w:left w:w="50" w:type="dxa"/>
              <w:bottom w:w="20" w:type="dxa"/>
              <w:right w:w="50" w:type="dxa"/>
            </w:tcMar>
          </w:tcPr>
          <w:p w14:paraId="727BBBA6" w14:textId="77777777" w:rsidR="00292F36" w:rsidRDefault="00000000">
            <w:r>
              <w:rPr>
                <w:sz w:val="12"/>
              </w:rPr>
              <w:t>2018_san_miguel_san_miguel_south_deep_3</w:t>
            </w:r>
          </w:p>
        </w:tc>
        <w:tc>
          <w:tcPr>
            <w:tcW w:w="564" w:type="dxa"/>
            <w:tcMar>
              <w:top w:w="20" w:type="dxa"/>
              <w:left w:w="50" w:type="dxa"/>
              <w:bottom w:w="20" w:type="dxa"/>
              <w:right w:w="50" w:type="dxa"/>
            </w:tcMar>
          </w:tcPr>
          <w:p w14:paraId="0FDAB210" w14:textId="77777777" w:rsidR="00292F36" w:rsidRDefault="00000000">
            <w:r>
              <w:rPr>
                <w:sz w:val="12"/>
              </w:rPr>
              <w:t>-0.2041529</w:t>
            </w:r>
          </w:p>
        </w:tc>
        <w:tc>
          <w:tcPr>
            <w:tcW w:w="564" w:type="dxa"/>
            <w:tcMar>
              <w:top w:w="20" w:type="dxa"/>
              <w:left w:w="50" w:type="dxa"/>
              <w:bottom w:w="20" w:type="dxa"/>
              <w:right w:w="50" w:type="dxa"/>
            </w:tcMar>
          </w:tcPr>
          <w:p w14:paraId="53EDD2B9" w14:textId="77777777" w:rsidR="00292F36" w:rsidRDefault="00000000">
            <w:r>
              <w:rPr>
                <w:sz w:val="12"/>
              </w:rPr>
              <w:t>0.5119223</w:t>
            </w:r>
          </w:p>
        </w:tc>
        <w:tc>
          <w:tcPr>
            <w:tcW w:w="564" w:type="dxa"/>
            <w:tcMar>
              <w:top w:w="20" w:type="dxa"/>
              <w:left w:w="50" w:type="dxa"/>
              <w:bottom w:w="20" w:type="dxa"/>
              <w:right w:w="50" w:type="dxa"/>
            </w:tcMar>
          </w:tcPr>
          <w:p w14:paraId="65B9E4E9" w14:textId="77777777" w:rsidR="00292F36" w:rsidRDefault="00000000">
            <w:r>
              <w:rPr>
                <w:sz w:val="12"/>
              </w:rPr>
              <w:t>2018</w:t>
            </w:r>
          </w:p>
        </w:tc>
        <w:tc>
          <w:tcPr>
            <w:tcW w:w="564" w:type="dxa"/>
            <w:tcMar>
              <w:top w:w="20" w:type="dxa"/>
              <w:left w:w="50" w:type="dxa"/>
              <w:bottom w:w="20" w:type="dxa"/>
              <w:right w:w="50" w:type="dxa"/>
            </w:tcMar>
          </w:tcPr>
          <w:p w14:paraId="278FB974" w14:textId="77777777" w:rsidR="00292F36" w:rsidRDefault="00000000">
            <w:r>
              <w:rPr>
                <w:sz w:val="12"/>
              </w:rPr>
              <w:t>ensenada</w:t>
            </w:r>
          </w:p>
        </w:tc>
        <w:tc>
          <w:tcPr>
            <w:tcW w:w="564" w:type="dxa"/>
            <w:tcMar>
              <w:top w:w="20" w:type="dxa"/>
              <w:left w:w="50" w:type="dxa"/>
              <w:bottom w:w="20" w:type="dxa"/>
              <w:right w:w="50" w:type="dxa"/>
            </w:tcMar>
          </w:tcPr>
          <w:p w14:paraId="4FCA65D1" w14:textId="77777777" w:rsidR="00292F36" w:rsidRDefault="00000000">
            <w:r>
              <w:rPr>
                <w:sz w:val="12"/>
              </w:rPr>
              <w:t>North</w:t>
            </w:r>
          </w:p>
        </w:tc>
        <w:tc>
          <w:tcPr>
            <w:tcW w:w="564" w:type="dxa"/>
            <w:tcMar>
              <w:top w:w="20" w:type="dxa"/>
              <w:left w:w="50" w:type="dxa"/>
              <w:bottom w:w="20" w:type="dxa"/>
              <w:right w:w="50" w:type="dxa"/>
            </w:tcMar>
          </w:tcPr>
          <w:p w14:paraId="22B0D221" w14:textId="77777777" w:rsidR="00292F36" w:rsidRDefault="00000000">
            <w:r>
              <w:rPr>
                <w:sz w:val="12"/>
              </w:rPr>
              <w:t>san_miguel</w:t>
            </w:r>
          </w:p>
        </w:tc>
        <w:tc>
          <w:tcPr>
            <w:tcW w:w="564" w:type="dxa"/>
            <w:tcMar>
              <w:top w:w="20" w:type="dxa"/>
              <w:left w:w="50" w:type="dxa"/>
              <w:bottom w:w="20" w:type="dxa"/>
              <w:right w:w="50" w:type="dxa"/>
            </w:tcMar>
          </w:tcPr>
          <w:p w14:paraId="7479EF3D" w14:textId="77777777" w:rsidR="00292F36" w:rsidRDefault="00000000">
            <w:r>
              <w:rPr>
                <w:sz w:val="12"/>
              </w:rPr>
              <w:t>san_miguel_south_deep</w:t>
            </w:r>
          </w:p>
        </w:tc>
        <w:tc>
          <w:tcPr>
            <w:tcW w:w="564" w:type="dxa"/>
            <w:tcMar>
              <w:top w:w="20" w:type="dxa"/>
              <w:left w:w="50" w:type="dxa"/>
              <w:bottom w:w="20" w:type="dxa"/>
              <w:right w:w="50" w:type="dxa"/>
            </w:tcMar>
          </w:tcPr>
          <w:p w14:paraId="04DBDA4B" w14:textId="77777777" w:rsidR="00292F36" w:rsidRDefault="00000000">
            <w:r>
              <w:rPr>
                <w:sz w:val="12"/>
              </w:rPr>
              <w:t>12</w:t>
            </w:r>
          </w:p>
        </w:tc>
        <w:tc>
          <w:tcPr>
            <w:tcW w:w="564" w:type="dxa"/>
            <w:tcMar>
              <w:top w:w="20" w:type="dxa"/>
              <w:left w:w="50" w:type="dxa"/>
              <w:bottom w:w="20" w:type="dxa"/>
              <w:right w:w="50" w:type="dxa"/>
            </w:tcMar>
          </w:tcPr>
          <w:p w14:paraId="01522EB7" w14:textId="77777777" w:rsidR="00292F36" w:rsidRDefault="00000000">
            <w:r>
              <w:rPr>
                <w:sz w:val="12"/>
              </w:rPr>
              <w:t>16.5300007</w:t>
            </w:r>
          </w:p>
        </w:tc>
        <w:tc>
          <w:tcPr>
            <w:tcW w:w="564" w:type="dxa"/>
            <w:tcMar>
              <w:top w:w="20" w:type="dxa"/>
              <w:left w:w="50" w:type="dxa"/>
              <w:bottom w:w="20" w:type="dxa"/>
              <w:right w:w="50" w:type="dxa"/>
            </w:tcMar>
          </w:tcPr>
          <w:p w14:paraId="48D6D030" w14:textId="77777777" w:rsidR="00292F36" w:rsidRDefault="00000000">
            <w:r>
              <w:rPr>
                <w:sz w:val="12"/>
              </w:rPr>
              <w:t>0.17958574</w:t>
            </w:r>
          </w:p>
        </w:tc>
        <w:tc>
          <w:tcPr>
            <w:tcW w:w="564" w:type="dxa"/>
            <w:tcMar>
              <w:top w:w="20" w:type="dxa"/>
              <w:left w:w="50" w:type="dxa"/>
              <w:bottom w:w="20" w:type="dxa"/>
              <w:right w:w="50" w:type="dxa"/>
            </w:tcMar>
          </w:tcPr>
          <w:p w14:paraId="73FD93A2" w14:textId="77777777" w:rsidR="00292F36" w:rsidRDefault="00000000">
            <w:r>
              <w:rPr>
                <w:sz w:val="12"/>
              </w:rPr>
              <w:t>0.35</w:t>
            </w:r>
          </w:p>
        </w:tc>
        <w:tc>
          <w:tcPr>
            <w:tcW w:w="564" w:type="dxa"/>
            <w:tcMar>
              <w:top w:w="20" w:type="dxa"/>
              <w:left w:w="50" w:type="dxa"/>
              <w:bottom w:w="20" w:type="dxa"/>
              <w:right w:w="50" w:type="dxa"/>
            </w:tcMar>
          </w:tcPr>
          <w:p w14:paraId="62159D1E" w14:textId="77777777" w:rsidR="00292F36" w:rsidRDefault="00000000">
            <w:r>
              <w:rPr>
                <w:sz w:val="12"/>
              </w:rPr>
              <w:t>0.25</w:t>
            </w:r>
          </w:p>
        </w:tc>
        <w:tc>
          <w:tcPr>
            <w:tcW w:w="564" w:type="dxa"/>
            <w:tcMar>
              <w:top w:w="20" w:type="dxa"/>
              <w:left w:w="50" w:type="dxa"/>
              <w:bottom w:w="20" w:type="dxa"/>
              <w:right w:w="50" w:type="dxa"/>
            </w:tcMar>
          </w:tcPr>
          <w:p w14:paraId="72397E0F" w14:textId="77777777" w:rsidR="00292F36" w:rsidRDefault="00000000">
            <w:r>
              <w:rPr>
                <w:sz w:val="12"/>
              </w:rPr>
              <w:t>0.2</w:t>
            </w:r>
          </w:p>
        </w:tc>
        <w:tc>
          <w:tcPr>
            <w:tcW w:w="564" w:type="dxa"/>
            <w:tcMar>
              <w:top w:w="20" w:type="dxa"/>
              <w:left w:w="50" w:type="dxa"/>
              <w:bottom w:w="20" w:type="dxa"/>
              <w:right w:w="50" w:type="dxa"/>
            </w:tcMar>
          </w:tcPr>
          <w:p w14:paraId="22A5F073" w14:textId="77777777" w:rsidR="00292F36" w:rsidRDefault="00000000">
            <w:r>
              <w:rPr>
                <w:sz w:val="12"/>
              </w:rPr>
              <w:t>0.2</w:t>
            </w:r>
          </w:p>
        </w:tc>
        <w:tc>
          <w:tcPr>
            <w:tcW w:w="564" w:type="dxa"/>
            <w:tcMar>
              <w:top w:w="20" w:type="dxa"/>
              <w:left w:w="50" w:type="dxa"/>
              <w:bottom w:w="20" w:type="dxa"/>
              <w:right w:w="50" w:type="dxa"/>
            </w:tcMar>
          </w:tcPr>
          <w:p w14:paraId="53062DF0" w14:textId="77777777" w:rsidR="00292F36" w:rsidRDefault="00000000">
            <w:r>
              <w:rPr>
                <w:sz w:val="12"/>
              </w:rPr>
              <w:t>0</w:t>
            </w:r>
          </w:p>
        </w:tc>
        <w:tc>
          <w:tcPr>
            <w:tcW w:w="564" w:type="dxa"/>
            <w:tcMar>
              <w:top w:w="20" w:type="dxa"/>
              <w:left w:w="50" w:type="dxa"/>
              <w:bottom w:w="20" w:type="dxa"/>
              <w:right w:w="50" w:type="dxa"/>
            </w:tcMar>
          </w:tcPr>
          <w:p w14:paraId="2F1D38F0" w14:textId="77777777" w:rsidR="00292F36" w:rsidRDefault="00000000">
            <w:r>
              <w:rPr>
                <w:sz w:val="12"/>
              </w:rPr>
              <w:t>0</w:t>
            </w:r>
          </w:p>
        </w:tc>
        <w:tc>
          <w:tcPr>
            <w:tcW w:w="564" w:type="dxa"/>
            <w:tcMar>
              <w:top w:w="20" w:type="dxa"/>
              <w:left w:w="50" w:type="dxa"/>
              <w:bottom w:w="20" w:type="dxa"/>
              <w:right w:w="50" w:type="dxa"/>
            </w:tcMar>
          </w:tcPr>
          <w:p w14:paraId="0F1E267B" w14:textId="77777777" w:rsidR="00292F36" w:rsidRDefault="00000000">
            <w:r>
              <w:rPr>
                <w:sz w:val="12"/>
              </w:rPr>
              <w:t>0</w:t>
            </w:r>
          </w:p>
        </w:tc>
        <w:tc>
          <w:tcPr>
            <w:tcW w:w="564" w:type="dxa"/>
            <w:tcMar>
              <w:top w:w="20" w:type="dxa"/>
              <w:left w:w="50" w:type="dxa"/>
              <w:bottom w:w="20" w:type="dxa"/>
              <w:right w:w="50" w:type="dxa"/>
            </w:tcMar>
          </w:tcPr>
          <w:p w14:paraId="12B7079D" w14:textId="77777777" w:rsidR="00292F36" w:rsidRDefault="00000000">
            <w:r>
              <w:rPr>
                <w:sz w:val="12"/>
              </w:rPr>
              <w:t>0</w:t>
            </w:r>
          </w:p>
        </w:tc>
        <w:tc>
          <w:tcPr>
            <w:tcW w:w="564" w:type="dxa"/>
            <w:tcMar>
              <w:top w:w="20" w:type="dxa"/>
              <w:left w:w="50" w:type="dxa"/>
              <w:bottom w:w="20" w:type="dxa"/>
              <w:right w:w="50" w:type="dxa"/>
            </w:tcMar>
          </w:tcPr>
          <w:p w14:paraId="12ABDE17" w14:textId="77777777" w:rsidR="00292F36" w:rsidRDefault="00000000">
            <w:r>
              <w:rPr>
                <w:sz w:val="12"/>
              </w:rPr>
              <w:t>0</w:t>
            </w:r>
          </w:p>
        </w:tc>
        <w:tc>
          <w:tcPr>
            <w:tcW w:w="564" w:type="dxa"/>
            <w:tcMar>
              <w:top w:w="20" w:type="dxa"/>
              <w:left w:w="50" w:type="dxa"/>
              <w:bottom w:w="20" w:type="dxa"/>
              <w:right w:w="50" w:type="dxa"/>
            </w:tcMar>
          </w:tcPr>
          <w:p w14:paraId="6673D9D7" w14:textId="77777777" w:rsidR="00292F36" w:rsidRDefault="00000000">
            <w:r>
              <w:rPr>
                <w:sz w:val="12"/>
              </w:rPr>
              <w:t>0.06097561</w:t>
            </w:r>
          </w:p>
        </w:tc>
        <w:tc>
          <w:tcPr>
            <w:tcW w:w="564" w:type="dxa"/>
            <w:tcMar>
              <w:top w:w="20" w:type="dxa"/>
              <w:left w:w="50" w:type="dxa"/>
              <w:bottom w:w="20" w:type="dxa"/>
              <w:right w:w="50" w:type="dxa"/>
            </w:tcMar>
          </w:tcPr>
          <w:p w14:paraId="057903DF" w14:textId="77777777" w:rsidR="00292F36" w:rsidRDefault="00000000">
            <w:r>
              <w:rPr>
                <w:sz w:val="12"/>
              </w:rPr>
              <w:t>0.08536585</w:t>
            </w:r>
          </w:p>
        </w:tc>
        <w:tc>
          <w:tcPr>
            <w:tcW w:w="564" w:type="dxa"/>
            <w:tcMar>
              <w:top w:w="20" w:type="dxa"/>
              <w:left w:w="50" w:type="dxa"/>
              <w:bottom w:w="20" w:type="dxa"/>
              <w:right w:w="50" w:type="dxa"/>
            </w:tcMar>
          </w:tcPr>
          <w:p w14:paraId="0E9631AB" w14:textId="77777777" w:rsidR="00292F36" w:rsidRDefault="00000000">
            <w:r>
              <w:rPr>
                <w:sz w:val="12"/>
              </w:rPr>
              <w:t>0.13414634</w:t>
            </w:r>
          </w:p>
        </w:tc>
        <w:tc>
          <w:tcPr>
            <w:tcW w:w="564" w:type="dxa"/>
            <w:tcMar>
              <w:top w:w="20" w:type="dxa"/>
              <w:left w:w="50" w:type="dxa"/>
              <w:bottom w:w="20" w:type="dxa"/>
              <w:right w:w="50" w:type="dxa"/>
            </w:tcMar>
          </w:tcPr>
          <w:p w14:paraId="32FC34AE" w14:textId="77777777" w:rsidR="00292F36" w:rsidRDefault="00000000">
            <w:r>
              <w:rPr>
                <w:sz w:val="12"/>
              </w:rPr>
              <w:t>0.26829268</w:t>
            </w:r>
          </w:p>
        </w:tc>
        <w:tc>
          <w:tcPr>
            <w:tcW w:w="564" w:type="dxa"/>
            <w:tcMar>
              <w:top w:w="20" w:type="dxa"/>
              <w:left w:w="50" w:type="dxa"/>
              <w:bottom w:w="20" w:type="dxa"/>
              <w:right w:w="50" w:type="dxa"/>
            </w:tcMar>
          </w:tcPr>
          <w:p w14:paraId="107DBC99" w14:textId="77777777" w:rsidR="00292F36" w:rsidRDefault="00000000">
            <w:r>
              <w:rPr>
                <w:sz w:val="12"/>
              </w:rPr>
              <w:t>0.45121951</w:t>
            </w:r>
          </w:p>
        </w:tc>
      </w:tr>
      <w:tr w:rsidR="00292F36" w14:paraId="7C1F11F2" w14:textId="77777777">
        <w:tc>
          <w:tcPr>
            <w:tcW w:w="564" w:type="dxa"/>
            <w:tcMar>
              <w:top w:w="20" w:type="dxa"/>
              <w:left w:w="50" w:type="dxa"/>
              <w:bottom w:w="20" w:type="dxa"/>
              <w:right w:w="50" w:type="dxa"/>
            </w:tcMar>
          </w:tcPr>
          <w:p w14:paraId="4C905CEE" w14:textId="77777777" w:rsidR="00292F36" w:rsidRDefault="00000000">
            <w:r>
              <w:rPr>
                <w:sz w:val="12"/>
              </w:rPr>
              <w:t>2018_san_miguel_san_miguel_south_mid_1</w:t>
            </w:r>
          </w:p>
        </w:tc>
        <w:tc>
          <w:tcPr>
            <w:tcW w:w="564" w:type="dxa"/>
            <w:tcMar>
              <w:top w:w="20" w:type="dxa"/>
              <w:left w:w="50" w:type="dxa"/>
              <w:bottom w:w="20" w:type="dxa"/>
              <w:right w:w="50" w:type="dxa"/>
            </w:tcMar>
          </w:tcPr>
          <w:p w14:paraId="5949F17F" w14:textId="77777777" w:rsidR="00292F36" w:rsidRDefault="00000000">
            <w:r>
              <w:rPr>
                <w:sz w:val="12"/>
              </w:rPr>
              <w:t>-0.51304</w:t>
            </w:r>
          </w:p>
        </w:tc>
        <w:tc>
          <w:tcPr>
            <w:tcW w:w="564" w:type="dxa"/>
            <w:tcMar>
              <w:top w:w="20" w:type="dxa"/>
              <w:left w:w="50" w:type="dxa"/>
              <w:bottom w:w="20" w:type="dxa"/>
              <w:right w:w="50" w:type="dxa"/>
            </w:tcMar>
          </w:tcPr>
          <w:p w14:paraId="04C28994" w14:textId="77777777" w:rsidR="00292F36" w:rsidRDefault="00000000">
            <w:r>
              <w:rPr>
                <w:sz w:val="12"/>
              </w:rPr>
              <w:t>0.07330275</w:t>
            </w:r>
          </w:p>
        </w:tc>
        <w:tc>
          <w:tcPr>
            <w:tcW w:w="564" w:type="dxa"/>
            <w:tcMar>
              <w:top w:w="20" w:type="dxa"/>
              <w:left w:w="50" w:type="dxa"/>
              <w:bottom w:w="20" w:type="dxa"/>
              <w:right w:w="50" w:type="dxa"/>
            </w:tcMar>
          </w:tcPr>
          <w:p w14:paraId="3624B095" w14:textId="77777777" w:rsidR="00292F36" w:rsidRDefault="00000000">
            <w:r>
              <w:rPr>
                <w:sz w:val="12"/>
              </w:rPr>
              <w:t>2018</w:t>
            </w:r>
          </w:p>
        </w:tc>
        <w:tc>
          <w:tcPr>
            <w:tcW w:w="564" w:type="dxa"/>
            <w:tcMar>
              <w:top w:w="20" w:type="dxa"/>
              <w:left w:w="50" w:type="dxa"/>
              <w:bottom w:w="20" w:type="dxa"/>
              <w:right w:w="50" w:type="dxa"/>
            </w:tcMar>
          </w:tcPr>
          <w:p w14:paraId="38971859" w14:textId="77777777" w:rsidR="00292F36" w:rsidRDefault="00000000">
            <w:r>
              <w:rPr>
                <w:sz w:val="12"/>
              </w:rPr>
              <w:t>ensenada</w:t>
            </w:r>
          </w:p>
        </w:tc>
        <w:tc>
          <w:tcPr>
            <w:tcW w:w="564" w:type="dxa"/>
            <w:tcMar>
              <w:top w:w="20" w:type="dxa"/>
              <w:left w:w="50" w:type="dxa"/>
              <w:bottom w:w="20" w:type="dxa"/>
              <w:right w:w="50" w:type="dxa"/>
            </w:tcMar>
          </w:tcPr>
          <w:p w14:paraId="178DEE78" w14:textId="77777777" w:rsidR="00292F36" w:rsidRDefault="00000000">
            <w:r>
              <w:rPr>
                <w:sz w:val="12"/>
              </w:rPr>
              <w:t>North</w:t>
            </w:r>
          </w:p>
        </w:tc>
        <w:tc>
          <w:tcPr>
            <w:tcW w:w="564" w:type="dxa"/>
            <w:tcMar>
              <w:top w:w="20" w:type="dxa"/>
              <w:left w:w="50" w:type="dxa"/>
              <w:bottom w:w="20" w:type="dxa"/>
              <w:right w:w="50" w:type="dxa"/>
            </w:tcMar>
          </w:tcPr>
          <w:p w14:paraId="3B0226CB" w14:textId="77777777" w:rsidR="00292F36" w:rsidRDefault="00000000">
            <w:r>
              <w:rPr>
                <w:sz w:val="12"/>
              </w:rPr>
              <w:t>san_miguel</w:t>
            </w:r>
          </w:p>
        </w:tc>
        <w:tc>
          <w:tcPr>
            <w:tcW w:w="564" w:type="dxa"/>
            <w:tcMar>
              <w:top w:w="20" w:type="dxa"/>
              <w:left w:w="50" w:type="dxa"/>
              <w:bottom w:w="20" w:type="dxa"/>
              <w:right w:w="50" w:type="dxa"/>
            </w:tcMar>
          </w:tcPr>
          <w:p w14:paraId="5C97123C" w14:textId="77777777" w:rsidR="00292F36" w:rsidRDefault="00000000">
            <w:r>
              <w:rPr>
                <w:sz w:val="12"/>
              </w:rPr>
              <w:t>san_miguel_south_mid</w:t>
            </w:r>
          </w:p>
        </w:tc>
        <w:tc>
          <w:tcPr>
            <w:tcW w:w="564" w:type="dxa"/>
            <w:tcMar>
              <w:top w:w="20" w:type="dxa"/>
              <w:left w:w="50" w:type="dxa"/>
              <w:bottom w:w="20" w:type="dxa"/>
              <w:right w:w="50" w:type="dxa"/>
            </w:tcMar>
          </w:tcPr>
          <w:p w14:paraId="2AA3757E" w14:textId="77777777" w:rsidR="00292F36" w:rsidRDefault="00000000">
            <w:r>
              <w:rPr>
                <w:sz w:val="12"/>
              </w:rPr>
              <w:t>4</w:t>
            </w:r>
          </w:p>
        </w:tc>
        <w:tc>
          <w:tcPr>
            <w:tcW w:w="564" w:type="dxa"/>
            <w:tcMar>
              <w:top w:w="20" w:type="dxa"/>
              <w:left w:w="50" w:type="dxa"/>
              <w:bottom w:w="20" w:type="dxa"/>
              <w:right w:w="50" w:type="dxa"/>
            </w:tcMar>
          </w:tcPr>
          <w:p w14:paraId="5BDF399D" w14:textId="77777777" w:rsidR="00292F36" w:rsidRDefault="00000000">
            <w:r>
              <w:rPr>
                <w:sz w:val="12"/>
              </w:rPr>
              <w:t>16.5300007</w:t>
            </w:r>
          </w:p>
        </w:tc>
        <w:tc>
          <w:tcPr>
            <w:tcW w:w="564" w:type="dxa"/>
            <w:tcMar>
              <w:top w:w="20" w:type="dxa"/>
              <w:left w:w="50" w:type="dxa"/>
              <w:bottom w:w="20" w:type="dxa"/>
              <w:right w:w="50" w:type="dxa"/>
            </w:tcMar>
          </w:tcPr>
          <w:p w14:paraId="1DB229E2" w14:textId="77777777" w:rsidR="00292F36" w:rsidRDefault="00000000">
            <w:r>
              <w:rPr>
                <w:sz w:val="12"/>
              </w:rPr>
              <w:t>0.17929815</w:t>
            </w:r>
          </w:p>
        </w:tc>
        <w:tc>
          <w:tcPr>
            <w:tcW w:w="564" w:type="dxa"/>
            <w:tcMar>
              <w:top w:w="20" w:type="dxa"/>
              <w:left w:w="50" w:type="dxa"/>
              <w:bottom w:w="20" w:type="dxa"/>
              <w:right w:w="50" w:type="dxa"/>
            </w:tcMar>
          </w:tcPr>
          <w:p w14:paraId="56FD8184" w14:textId="77777777" w:rsidR="00292F36" w:rsidRDefault="00000000">
            <w:r>
              <w:rPr>
                <w:sz w:val="12"/>
              </w:rPr>
              <w:t>0.94184576</w:t>
            </w:r>
          </w:p>
        </w:tc>
        <w:tc>
          <w:tcPr>
            <w:tcW w:w="564" w:type="dxa"/>
            <w:tcMar>
              <w:top w:w="20" w:type="dxa"/>
              <w:left w:w="50" w:type="dxa"/>
              <w:bottom w:w="20" w:type="dxa"/>
              <w:right w:w="50" w:type="dxa"/>
            </w:tcMar>
          </w:tcPr>
          <w:p w14:paraId="565E8A8E" w14:textId="77777777" w:rsidR="00292F36" w:rsidRDefault="00000000">
            <w:r>
              <w:rPr>
                <w:sz w:val="12"/>
              </w:rPr>
              <w:t>0.00758534</w:t>
            </w:r>
          </w:p>
        </w:tc>
        <w:tc>
          <w:tcPr>
            <w:tcW w:w="564" w:type="dxa"/>
            <w:tcMar>
              <w:top w:w="20" w:type="dxa"/>
              <w:left w:w="50" w:type="dxa"/>
              <w:bottom w:w="20" w:type="dxa"/>
              <w:right w:w="50" w:type="dxa"/>
            </w:tcMar>
          </w:tcPr>
          <w:p w14:paraId="03F64F1E" w14:textId="77777777" w:rsidR="00292F36" w:rsidRDefault="00000000">
            <w:r>
              <w:rPr>
                <w:sz w:val="12"/>
              </w:rPr>
              <w:t>0.0505689</w:t>
            </w:r>
          </w:p>
        </w:tc>
        <w:tc>
          <w:tcPr>
            <w:tcW w:w="564" w:type="dxa"/>
            <w:tcMar>
              <w:top w:w="20" w:type="dxa"/>
              <w:left w:w="50" w:type="dxa"/>
              <w:bottom w:w="20" w:type="dxa"/>
              <w:right w:w="50" w:type="dxa"/>
            </w:tcMar>
          </w:tcPr>
          <w:p w14:paraId="1B45EA19" w14:textId="77777777" w:rsidR="00292F36" w:rsidRDefault="00000000">
            <w:r>
              <w:rPr>
                <w:sz w:val="12"/>
              </w:rPr>
              <w:t>0</w:t>
            </w:r>
          </w:p>
        </w:tc>
        <w:tc>
          <w:tcPr>
            <w:tcW w:w="564" w:type="dxa"/>
            <w:tcMar>
              <w:top w:w="20" w:type="dxa"/>
              <w:left w:w="50" w:type="dxa"/>
              <w:bottom w:w="20" w:type="dxa"/>
              <w:right w:w="50" w:type="dxa"/>
            </w:tcMar>
          </w:tcPr>
          <w:p w14:paraId="64327D66" w14:textId="77777777" w:rsidR="00292F36" w:rsidRDefault="00000000">
            <w:r>
              <w:rPr>
                <w:sz w:val="12"/>
              </w:rPr>
              <w:t>0</w:t>
            </w:r>
          </w:p>
        </w:tc>
        <w:tc>
          <w:tcPr>
            <w:tcW w:w="564" w:type="dxa"/>
            <w:tcMar>
              <w:top w:w="20" w:type="dxa"/>
              <w:left w:w="50" w:type="dxa"/>
              <w:bottom w:w="20" w:type="dxa"/>
              <w:right w:w="50" w:type="dxa"/>
            </w:tcMar>
          </w:tcPr>
          <w:p w14:paraId="0001945D" w14:textId="77777777" w:rsidR="00292F36" w:rsidRDefault="00000000">
            <w:r>
              <w:rPr>
                <w:sz w:val="12"/>
              </w:rPr>
              <w:t>0</w:t>
            </w:r>
          </w:p>
        </w:tc>
        <w:tc>
          <w:tcPr>
            <w:tcW w:w="564" w:type="dxa"/>
            <w:tcMar>
              <w:top w:w="20" w:type="dxa"/>
              <w:left w:w="50" w:type="dxa"/>
              <w:bottom w:w="20" w:type="dxa"/>
              <w:right w:w="50" w:type="dxa"/>
            </w:tcMar>
          </w:tcPr>
          <w:p w14:paraId="57A57340" w14:textId="77777777" w:rsidR="00292F36" w:rsidRDefault="00000000">
            <w:r>
              <w:rPr>
                <w:sz w:val="12"/>
              </w:rPr>
              <w:t>0</w:t>
            </w:r>
          </w:p>
        </w:tc>
        <w:tc>
          <w:tcPr>
            <w:tcW w:w="564" w:type="dxa"/>
            <w:tcMar>
              <w:top w:w="20" w:type="dxa"/>
              <w:left w:w="50" w:type="dxa"/>
              <w:bottom w:w="20" w:type="dxa"/>
              <w:right w:w="50" w:type="dxa"/>
            </w:tcMar>
          </w:tcPr>
          <w:p w14:paraId="01433253" w14:textId="77777777" w:rsidR="00292F36" w:rsidRDefault="00000000">
            <w:r>
              <w:rPr>
                <w:sz w:val="12"/>
              </w:rPr>
              <w:t>0</w:t>
            </w:r>
          </w:p>
        </w:tc>
        <w:tc>
          <w:tcPr>
            <w:tcW w:w="564" w:type="dxa"/>
            <w:tcMar>
              <w:top w:w="20" w:type="dxa"/>
              <w:left w:w="50" w:type="dxa"/>
              <w:bottom w:w="20" w:type="dxa"/>
              <w:right w:w="50" w:type="dxa"/>
            </w:tcMar>
          </w:tcPr>
          <w:p w14:paraId="09EE53DA" w14:textId="77777777" w:rsidR="00292F36" w:rsidRDefault="00000000">
            <w:r>
              <w:rPr>
                <w:sz w:val="12"/>
              </w:rPr>
              <w:t>0</w:t>
            </w:r>
          </w:p>
        </w:tc>
        <w:tc>
          <w:tcPr>
            <w:tcW w:w="564" w:type="dxa"/>
            <w:tcMar>
              <w:top w:w="20" w:type="dxa"/>
              <w:left w:w="50" w:type="dxa"/>
              <w:bottom w:w="20" w:type="dxa"/>
              <w:right w:w="50" w:type="dxa"/>
            </w:tcMar>
          </w:tcPr>
          <w:p w14:paraId="1713806E" w14:textId="77777777" w:rsidR="00292F36" w:rsidRDefault="00000000">
            <w:r>
              <w:rPr>
                <w:sz w:val="12"/>
              </w:rPr>
              <w:t>0.35242291</w:t>
            </w:r>
          </w:p>
        </w:tc>
        <w:tc>
          <w:tcPr>
            <w:tcW w:w="564" w:type="dxa"/>
            <w:tcMar>
              <w:top w:w="20" w:type="dxa"/>
              <w:left w:w="50" w:type="dxa"/>
              <w:bottom w:w="20" w:type="dxa"/>
              <w:right w:w="50" w:type="dxa"/>
            </w:tcMar>
          </w:tcPr>
          <w:p w14:paraId="6232BDB5" w14:textId="77777777" w:rsidR="00292F36" w:rsidRDefault="00000000">
            <w:r>
              <w:rPr>
                <w:sz w:val="12"/>
              </w:rPr>
              <w:t>0.09251101</w:t>
            </w:r>
          </w:p>
        </w:tc>
        <w:tc>
          <w:tcPr>
            <w:tcW w:w="564" w:type="dxa"/>
            <w:tcMar>
              <w:top w:w="20" w:type="dxa"/>
              <w:left w:w="50" w:type="dxa"/>
              <w:bottom w:w="20" w:type="dxa"/>
              <w:right w:w="50" w:type="dxa"/>
            </w:tcMar>
          </w:tcPr>
          <w:p w14:paraId="4FA4C4B9" w14:textId="77777777" w:rsidR="00292F36" w:rsidRDefault="00000000">
            <w:r>
              <w:rPr>
                <w:sz w:val="12"/>
              </w:rPr>
              <w:t>0.02643172</w:t>
            </w:r>
          </w:p>
        </w:tc>
        <w:tc>
          <w:tcPr>
            <w:tcW w:w="564" w:type="dxa"/>
            <w:tcMar>
              <w:top w:w="20" w:type="dxa"/>
              <w:left w:w="50" w:type="dxa"/>
              <w:bottom w:w="20" w:type="dxa"/>
              <w:right w:w="50" w:type="dxa"/>
            </w:tcMar>
          </w:tcPr>
          <w:p w14:paraId="7F1BC804" w14:textId="77777777" w:rsidR="00292F36" w:rsidRDefault="00000000">
            <w:r>
              <w:rPr>
                <w:sz w:val="12"/>
              </w:rPr>
              <w:t>0.08370044</w:t>
            </w:r>
          </w:p>
        </w:tc>
        <w:tc>
          <w:tcPr>
            <w:tcW w:w="564" w:type="dxa"/>
            <w:tcMar>
              <w:top w:w="20" w:type="dxa"/>
              <w:left w:w="50" w:type="dxa"/>
              <w:bottom w:w="20" w:type="dxa"/>
              <w:right w:w="50" w:type="dxa"/>
            </w:tcMar>
          </w:tcPr>
          <w:p w14:paraId="67D54759" w14:textId="77777777" w:rsidR="00292F36" w:rsidRDefault="00000000">
            <w:r>
              <w:rPr>
                <w:sz w:val="12"/>
              </w:rPr>
              <w:t>0.44493392</w:t>
            </w:r>
          </w:p>
        </w:tc>
      </w:tr>
      <w:tr w:rsidR="00292F36" w14:paraId="1611797F" w14:textId="77777777">
        <w:tc>
          <w:tcPr>
            <w:tcW w:w="564" w:type="dxa"/>
            <w:tcMar>
              <w:top w:w="20" w:type="dxa"/>
              <w:left w:w="50" w:type="dxa"/>
              <w:bottom w:w="20" w:type="dxa"/>
              <w:right w:w="50" w:type="dxa"/>
            </w:tcMar>
          </w:tcPr>
          <w:p w14:paraId="4F007157" w14:textId="77777777" w:rsidR="00292F36" w:rsidRDefault="00000000">
            <w:r>
              <w:rPr>
                <w:sz w:val="12"/>
              </w:rPr>
              <w:t>2018_san_miguel_san_miguel_south_mid_2</w:t>
            </w:r>
          </w:p>
        </w:tc>
        <w:tc>
          <w:tcPr>
            <w:tcW w:w="564" w:type="dxa"/>
            <w:tcMar>
              <w:top w:w="20" w:type="dxa"/>
              <w:left w:w="50" w:type="dxa"/>
              <w:bottom w:w="20" w:type="dxa"/>
              <w:right w:w="50" w:type="dxa"/>
            </w:tcMar>
          </w:tcPr>
          <w:p w14:paraId="5F08FD2E" w14:textId="77777777" w:rsidR="00292F36" w:rsidRDefault="00000000">
            <w:r>
              <w:rPr>
                <w:sz w:val="12"/>
              </w:rPr>
              <w:t>-0.7894108</w:t>
            </w:r>
          </w:p>
        </w:tc>
        <w:tc>
          <w:tcPr>
            <w:tcW w:w="564" w:type="dxa"/>
            <w:tcMar>
              <w:top w:w="20" w:type="dxa"/>
              <w:left w:w="50" w:type="dxa"/>
              <w:bottom w:w="20" w:type="dxa"/>
              <w:right w:w="50" w:type="dxa"/>
            </w:tcMar>
          </w:tcPr>
          <w:p w14:paraId="76E5C119" w14:textId="77777777" w:rsidR="00292F36" w:rsidRDefault="00000000">
            <w:r>
              <w:rPr>
                <w:sz w:val="12"/>
              </w:rPr>
              <w:t>0.34232726</w:t>
            </w:r>
          </w:p>
        </w:tc>
        <w:tc>
          <w:tcPr>
            <w:tcW w:w="564" w:type="dxa"/>
            <w:tcMar>
              <w:top w:w="20" w:type="dxa"/>
              <w:left w:w="50" w:type="dxa"/>
              <w:bottom w:w="20" w:type="dxa"/>
              <w:right w:w="50" w:type="dxa"/>
            </w:tcMar>
          </w:tcPr>
          <w:p w14:paraId="672DD1CB" w14:textId="77777777" w:rsidR="00292F36" w:rsidRDefault="00000000">
            <w:r>
              <w:rPr>
                <w:sz w:val="12"/>
              </w:rPr>
              <w:t>2018</w:t>
            </w:r>
          </w:p>
        </w:tc>
        <w:tc>
          <w:tcPr>
            <w:tcW w:w="564" w:type="dxa"/>
            <w:tcMar>
              <w:top w:w="20" w:type="dxa"/>
              <w:left w:w="50" w:type="dxa"/>
              <w:bottom w:w="20" w:type="dxa"/>
              <w:right w:w="50" w:type="dxa"/>
            </w:tcMar>
          </w:tcPr>
          <w:p w14:paraId="63D6405F" w14:textId="77777777" w:rsidR="00292F36" w:rsidRDefault="00000000">
            <w:r>
              <w:rPr>
                <w:sz w:val="12"/>
              </w:rPr>
              <w:t>ensenada</w:t>
            </w:r>
          </w:p>
        </w:tc>
        <w:tc>
          <w:tcPr>
            <w:tcW w:w="564" w:type="dxa"/>
            <w:tcMar>
              <w:top w:w="20" w:type="dxa"/>
              <w:left w:w="50" w:type="dxa"/>
              <w:bottom w:w="20" w:type="dxa"/>
              <w:right w:w="50" w:type="dxa"/>
            </w:tcMar>
          </w:tcPr>
          <w:p w14:paraId="2D705E5F" w14:textId="77777777" w:rsidR="00292F36" w:rsidRDefault="00000000">
            <w:r>
              <w:rPr>
                <w:sz w:val="12"/>
              </w:rPr>
              <w:t>North</w:t>
            </w:r>
          </w:p>
        </w:tc>
        <w:tc>
          <w:tcPr>
            <w:tcW w:w="564" w:type="dxa"/>
            <w:tcMar>
              <w:top w:w="20" w:type="dxa"/>
              <w:left w:w="50" w:type="dxa"/>
              <w:bottom w:w="20" w:type="dxa"/>
              <w:right w:w="50" w:type="dxa"/>
            </w:tcMar>
          </w:tcPr>
          <w:p w14:paraId="4AE11E87" w14:textId="77777777" w:rsidR="00292F36" w:rsidRDefault="00000000">
            <w:r>
              <w:rPr>
                <w:sz w:val="12"/>
              </w:rPr>
              <w:t>san_miguel</w:t>
            </w:r>
          </w:p>
        </w:tc>
        <w:tc>
          <w:tcPr>
            <w:tcW w:w="564" w:type="dxa"/>
            <w:tcMar>
              <w:top w:w="20" w:type="dxa"/>
              <w:left w:w="50" w:type="dxa"/>
              <w:bottom w:w="20" w:type="dxa"/>
              <w:right w:w="50" w:type="dxa"/>
            </w:tcMar>
          </w:tcPr>
          <w:p w14:paraId="395D0DD7" w14:textId="77777777" w:rsidR="00292F36" w:rsidRDefault="00000000">
            <w:r>
              <w:rPr>
                <w:sz w:val="12"/>
              </w:rPr>
              <w:t>san_miguel_south_mid</w:t>
            </w:r>
          </w:p>
        </w:tc>
        <w:tc>
          <w:tcPr>
            <w:tcW w:w="564" w:type="dxa"/>
            <w:tcMar>
              <w:top w:w="20" w:type="dxa"/>
              <w:left w:w="50" w:type="dxa"/>
              <w:bottom w:w="20" w:type="dxa"/>
              <w:right w:w="50" w:type="dxa"/>
            </w:tcMar>
          </w:tcPr>
          <w:p w14:paraId="41E8C10E" w14:textId="77777777" w:rsidR="00292F36" w:rsidRDefault="00000000">
            <w:r>
              <w:rPr>
                <w:sz w:val="12"/>
              </w:rPr>
              <w:t>4</w:t>
            </w:r>
          </w:p>
        </w:tc>
        <w:tc>
          <w:tcPr>
            <w:tcW w:w="564" w:type="dxa"/>
            <w:tcMar>
              <w:top w:w="20" w:type="dxa"/>
              <w:left w:w="50" w:type="dxa"/>
              <w:bottom w:w="20" w:type="dxa"/>
              <w:right w:w="50" w:type="dxa"/>
            </w:tcMar>
          </w:tcPr>
          <w:p w14:paraId="194308A9" w14:textId="77777777" w:rsidR="00292F36" w:rsidRDefault="00000000">
            <w:r>
              <w:rPr>
                <w:sz w:val="12"/>
              </w:rPr>
              <w:t>16.5300007</w:t>
            </w:r>
          </w:p>
        </w:tc>
        <w:tc>
          <w:tcPr>
            <w:tcW w:w="564" w:type="dxa"/>
            <w:tcMar>
              <w:top w:w="20" w:type="dxa"/>
              <w:left w:w="50" w:type="dxa"/>
              <w:bottom w:w="20" w:type="dxa"/>
              <w:right w:w="50" w:type="dxa"/>
            </w:tcMar>
          </w:tcPr>
          <w:p w14:paraId="3BAFF551" w14:textId="77777777" w:rsidR="00292F36" w:rsidRDefault="00000000">
            <w:r>
              <w:rPr>
                <w:sz w:val="12"/>
              </w:rPr>
              <w:t>0.17929815</w:t>
            </w:r>
          </w:p>
        </w:tc>
        <w:tc>
          <w:tcPr>
            <w:tcW w:w="564" w:type="dxa"/>
            <w:tcMar>
              <w:top w:w="20" w:type="dxa"/>
              <w:left w:w="50" w:type="dxa"/>
              <w:bottom w:w="20" w:type="dxa"/>
              <w:right w:w="50" w:type="dxa"/>
            </w:tcMar>
          </w:tcPr>
          <w:p w14:paraId="6862E78F" w14:textId="77777777" w:rsidR="00292F36" w:rsidRDefault="00000000">
            <w:r>
              <w:rPr>
                <w:sz w:val="12"/>
              </w:rPr>
              <w:t>0.97283951</w:t>
            </w:r>
          </w:p>
        </w:tc>
        <w:tc>
          <w:tcPr>
            <w:tcW w:w="564" w:type="dxa"/>
            <w:tcMar>
              <w:top w:w="20" w:type="dxa"/>
              <w:left w:w="50" w:type="dxa"/>
              <w:bottom w:w="20" w:type="dxa"/>
              <w:right w:w="50" w:type="dxa"/>
            </w:tcMar>
          </w:tcPr>
          <w:p w14:paraId="355A4F90" w14:textId="77777777" w:rsidR="00292F36" w:rsidRDefault="00000000">
            <w:r>
              <w:rPr>
                <w:sz w:val="12"/>
              </w:rPr>
              <w:t>0.00493827</w:t>
            </w:r>
          </w:p>
        </w:tc>
        <w:tc>
          <w:tcPr>
            <w:tcW w:w="564" w:type="dxa"/>
            <w:tcMar>
              <w:top w:w="20" w:type="dxa"/>
              <w:left w:w="50" w:type="dxa"/>
              <w:bottom w:w="20" w:type="dxa"/>
              <w:right w:w="50" w:type="dxa"/>
            </w:tcMar>
          </w:tcPr>
          <w:p w14:paraId="64AB0F64" w14:textId="77777777" w:rsidR="00292F36" w:rsidRDefault="00000000">
            <w:r>
              <w:rPr>
                <w:sz w:val="12"/>
              </w:rPr>
              <w:t>0.01975309</w:t>
            </w:r>
          </w:p>
        </w:tc>
        <w:tc>
          <w:tcPr>
            <w:tcW w:w="564" w:type="dxa"/>
            <w:tcMar>
              <w:top w:w="20" w:type="dxa"/>
              <w:left w:w="50" w:type="dxa"/>
              <w:bottom w:w="20" w:type="dxa"/>
              <w:right w:w="50" w:type="dxa"/>
            </w:tcMar>
          </w:tcPr>
          <w:p w14:paraId="117A657E" w14:textId="77777777" w:rsidR="00292F36" w:rsidRDefault="00000000">
            <w:r>
              <w:rPr>
                <w:sz w:val="12"/>
              </w:rPr>
              <w:t>0.00246914</w:t>
            </w:r>
          </w:p>
        </w:tc>
        <w:tc>
          <w:tcPr>
            <w:tcW w:w="564" w:type="dxa"/>
            <w:tcMar>
              <w:top w:w="20" w:type="dxa"/>
              <w:left w:w="50" w:type="dxa"/>
              <w:bottom w:w="20" w:type="dxa"/>
              <w:right w:w="50" w:type="dxa"/>
            </w:tcMar>
          </w:tcPr>
          <w:p w14:paraId="1F945769" w14:textId="77777777" w:rsidR="00292F36" w:rsidRDefault="00000000">
            <w:r>
              <w:rPr>
                <w:sz w:val="12"/>
              </w:rPr>
              <w:t>0</w:t>
            </w:r>
          </w:p>
        </w:tc>
        <w:tc>
          <w:tcPr>
            <w:tcW w:w="564" w:type="dxa"/>
            <w:tcMar>
              <w:top w:w="20" w:type="dxa"/>
              <w:left w:w="50" w:type="dxa"/>
              <w:bottom w:w="20" w:type="dxa"/>
              <w:right w:w="50" w:type="dxa"/>
            </w:tcMar>
          </w:tcPr>
          <w:p w14:paraId="18EA194F" w14:textId="77777777" w:rsidR="00292F36" w:rsidRDefault="00000000">
            <w:r>
              <w:rPr>
                <w:sz w:val="12"/>
              </w:rPr>
              <w:t>0</w:t>
            </w:r>
          </w:p>
        </w:tc>
        <w:tc>
          <w:tcPr>
            <w:tcW w:w="564" w:type="dxa"/>
            <w:tcMar>
              <w:top w:w="20" w:type="dxa"/>
              <w:left w:w="50" w:type="dxa"/>
              <w:bottom w:w="20" w:type="dxa"/>
              <w:right w:w="50" w:type="dxa"/>
            </w:tcMar>
          </w:tcPr>
          <w:p w14:paraId="67D9AE15" w14:textId="77777777" w:rsidR="00292F36" w:rsidRDefault="00000000">
            <w:r>
              <w:rPr>
                <w:sz w:val="12"/>
              </w:rPr>
              <w:t>0</w:t>
            </w:r>
          </w:p>
        </w:tc>
        <w:tc>
          <w:tcPr>
            <w:tcW w:w="564" w:type="dxa"/>
            <w:tcMar>
              <w:top w:w="20" w:type="dxa"/>
              <w:left w:w="50" w:type="dxa"/>
              <w:bottom w:w="20" w:type="dxa"/>
              <w:right w:w="50" w:type="dxa"/>
            </w:tcMar>
          </w:tcPr>
          <w:p w14:paraId="24F85949" w14:textId="77777777" w:rsidR="00292F36" w:rsidRDefault="00000000">
            <w:r>
              <w:rPr>
                <w:sz w:val="12"/>
              </w:rPr>
              <w:t>0</w:t>
            </w:r>
          </w:p>
        </w:tc>
        <w:tc>
          <w:tcPr>
            <w:tcW w:w="564" w:type="dxa"/>
            <w:tcMar>
              <w:top w:w="20" w:type="dxa"/>
              <w:left w:w="50" w:type="dxa"/>
              <w:bottom w:w="20" w:type="dxa"/>
              <w:right w:w="50" w:type="dxa"/>
            </w:tcMar>
          </w:tcPr>
          <w:p w14:paraId="66861072" w14:textId="77777777" w:rsidR="00292F36" w:rsidRDefault="00000000">
            <w:r>
              <w:rPr>
                <w:sz w:val="12"/>
              </w:rPr>
              <w:t>0.00736648</w:t>
            </w:r>
          </w:p>
        </w:tc>
        <w:tc>
          <w:tcPr>
            <w:tcW w:w="564" w:type="dxa"/>
            <w:tcMar>
              <w:top w:w="20" w:type="dxa"/>
              <w:left w:w="50" w:type="dxa"/>
              <w:bottom w:w="20" w:type="dxa"/>
              <w:right w:w="50" w:type="dxa"/>
            </w:tcMar>
          </w:tcPr>
          <w:p w14:paraId="4031D7D4" w14:textId="77777777" w:rsidR="00292F36" w:rsidRDefault="00000000">
            <w:r>
              <w:rPr>
                <w:sz w:val="12"/>
              </w:rPr>
              <w:t>0.04604052</w:t>
            </w:r>
          </w:p>
        </w:tc>
        <w:tc>
          <w:tcPr>
            <w:tcW w:w="564" w:type="dxa"/>
            <w:tcMar>
              <w:top w:w="20" w:type="dxa"/>
              <w:left w:w="50" w:type="dxa"/>
              <w:bottom w:w="20" w:type="dxa"/>
              <w:right w:w="50" w:type="dxa"/>
            </w:tcMar>
          </w:tcPr>
          <w:p w14:paraId="5331C7DE" w14:textId="77777777" w:rsidR="00292F36" w:rsidRDefault="00000000">
            <w:r>
              <w:rPr>
                <w:sz w:val="12"/>
              </w:rPr>
              <w:t>0.02762431</w:t>
            </w:r>
          </w:p>
        </w:tc>
        <w:tc>
          <w:tcPr>
            <w:tcW w:w="564" w:type="dxa"/>
            <w:tcMar>
              <w:top w:w="20" w:type="dxa"/>
              <w:left w:w="50" w:type="dxa"/>
              <w:bottom w:w="20" w:type="dxa"/>
              <w:right w:w="50" w:type="dxa"/>
            </w:tcMar>
          </w:tcPr>
          <w:p w14:paraId="37CD600C" w14:textId="77777777" w:rsidR="00292F36" w:rsidRDefault="00000000">
            <w:r>
              <w:rPr>
                <w:sz w:val="12"/>
              </w:rPr>
              <w:t>0.03499079</w:t>
            </w:r>
          </w:p>
        </w:tc>
        <w:tc>
          <w:tcPr>
            <w:tcW w:w="564" w:type="dxa"/>
            <w:tcMar>
              <w:top w:w="20" w:type="dxa"/>
              <w:left w:w="50" w:type="dxa"/>
              <w:bottom w:w="20" w:type="dxa"/>
              <w:right w:w="50" w:type="dxa"/>
            </w:tcMar>
          </w:tcPr>
          <w:p w14:paraId="5CEA8260" w14:textId="77777777" w:rsidR="00292F36" w:rsidRDefault="00000000">
            <w:r>
              <w:rPr>
                <w:sz w:val="12"/>
              </w:rPr>
              <w:t>0.03130755</w:t>
            </w:r>
          </w:p>
        </w:tc>
        <w:tc>
          <w:tcPr>
            <w:tcW w:w="564" w:type="dxa"/>
            <w:tcMar>
              <w:top w:w="20" w:type="dxa"/>
              <w:left w:w="50" w:type="dxa"/>
              <w:bottom w:w="20" w:type="dxa"/>
              <w:right w:w="50" w:type="dxa"/>
            </w:tcMar>
          </w:tcPr>
          <w:p w14:paraId="2B988ACC" w14:textId="77777777" w:rsidR="00292F36" w:rsidRDefault="00000000">
            <w:r>
              <w:rPr>
                <w:sz w:val="12"/>
              </w:rPr>
              <w:t>0.85267035</w:t>
            </w:r>
          </w:p>
        </w:tc>
      </w:tr>
      <w:tr w:rsidR="00292F36" w14:paraId="47DBA1C0" w14:textId="77777777">
        <w:tc>
          <w:tcPr>
            <w:tcW w:w="564" w:type="dxa"/>
            <w:tcMar>
              <w:top w:w="20" w:type="dxa"/>
              <w:left w:w="50" w:type="dxa"/>
              <w:bottom w:w="20" w:type="dxa"/>
              <w:right w:w="50" w:type="dxa"/>
            </w:tcMar>
          </w:tcPr>
          <w:p w14:paraId="376EB842" w14:textId="77777777" w:rsidR="00292F36" w:rsidRDefault="00000000">
            <w:r>
              <w:rPr>
                <w:sz w:val="12"/>
              </w:rPr>
              <w:t>2018_san_miguel</w:t>
            </w:r>
            <w:r>
              <w:rPr>
                <w:sz w:val="12"/>
              </w:rPr>
              <w:lastRenderedPageBreak/>
              <w:t>_san_miguel_south_mid_3</w:t>
            </w:r>
          </w:p>
        </w:tc>
        <w:tc>
          <w:tcPr>
            <w:tcW w:w="564" w:type="dxa"/>
            <w:tcMar>
              <w:top w:w="20" w:type="dxa"/>
              <w:left w:w="50" w:type="dxa"/>
              <w:bottom w:w="20" w:type="dxa"/>
              <w:right w:w="50" w:type="dxa"/>
            </w:tcMar>
          </w:tcPr>
          <w:p w14:paraId="2D9F7B84" w14:textId="77777777" w:rsidR="00292F36" w:rsidRDefault="00000000">
            <w:r>
              <w:rPr>
                <w:sz w:val="12"/>
              </w:rPr>
              <w:lastRenderedPageBreak/>
              <w:t>-0.726711</w:t>
            </w:r>
            <w:r>
              <w:rPr>
                <w:sz w:val="12"/>
              </w:rPr>
              <w:lastRenderedPageBreak/>
              <w:t>9</w:t>
            </w:r>
          </w:p>
        </w:tc>
        <w:tc>
          <w:tcPr>
            <w:tcW w:w="564" w:type="dxa"/>
            <w:tcMar>
              <w:top w:w="20" w:type="dxa"/>
              <w:left w:w="50" w:type="dxa"/>
              <w:bottom w:w="20" w:type="dxa"/>
              <w:right w:w="50" w:type="dxa"/>
            </w:tcMar>
          </w:tcPr>
          <w:p w14:paraId="5A5251FD" w14:textId="77777777" w:rsidR="00292F36" w:rsidRDefault="00000000">
            <w:r>
              <w:rPr>
                <w:sz w:val="12"/>
              </w:rPr>
              <w:lastRenderedPageBreak/>
              <w:t>0.23502441</w:t>
            </w:r>
          </w:p>
        </w:tc>
        <w:tc>
          <w:tcPr>
            <w:tcW w:w="564" w:type="dxa"/>
            <w:tcMar>
              <w:top w:w="20" w:type="dxa"/>
              <w:left w:w="50" w:type="dxa"/>
              <w:bottom w:w="20" w:type="dxa"/>
              <w:right w:w="50" w:type="dxa"/>
            </w:tcMar>
          </w:tcPr>
          <w:p w14:paraId="23204B5A" w14:textId="77777777" w:rsidR="00292F36" w:rsidRDefault="00000000">
            <w:r>
              <w:rPr>
                <w:sz w:val="12"/>
              </w:rPr>
              <w:t>2018</w:t>
            </w:r>
          </w:p>
        </w:tc>
        <w:tc>
          <w:tcPr>
            <w:tcW w:w="564" w:type="dxa"/>
            <w:tcMar>
              <w:top w:w="20" w:type="dxa"/>
              <w:left w:w="50" w:type="dxa"/>
              <w:bottom w:w="20" w:type="dxa"/>
              <w:right w:w="50" w:type="dxa"/>
            </w:tcMar>
          </w:tcPr>
          <w:p w14:paraId="28F77983" w14:textId="77777777" w:rsidR="00292F36" w:rsidRDefault="00000000">
            <w:r>
              <w:rPr>
                <w:sz w:val="12"/>
              </w:rPr>
              <w:t>ensenada</w:t>
            </w:r>
          </w:p>
        </w:tc>
        <w:tc>
          <w:tcPr>
            <w:tcW w:w="564" w:type="dxa"/>
            <w:tcMar>
              <w:top w:w="20" w:type="dxa"/>
              <w:left w:w="50" w:type="dxa"/>
              <w:bottom w:w="20" w:type="dxa"/>
              <w:right w:w="50" w:type="dxa"/>
            </w:tcMar>
          </w:tcPr>
          <w:p w14:paraId="38FD6ACF" w14:textId="77777777" w:rsidR="00292F36" w:rsidRDefault="00000000">
            <w:r>
              <w:rPr>
                <w:sz w:val="12"/>
              </w:rPr>
              <w:t>North</w:t>
            </w:r>
          </w:p>
        </w:tc>
        <w:tc>
          <w:tcPr>
            <w:tcW w:w="564" w:type="dxa"/>
            <w:tcMar>
              <w:top w:w="20" w:type="dxa"/>
              <w:left w:w="50" w:type="dxa"/>
              <w:bottom w:w="20" w:type="dxa"/>
              <w:right w:w="50" w:type="dxa"/>
            </w:tcMar>
          </w:tcPr>
          <w:p w14:paraId="6CF76754" w14:textId="77777777" w:rsidR="00292F36" w:rsidRDefault="00000000">
            <w:r>
              <w:rPr>
                <w:sz w:val="12"/>
              </w:rPr>
              <w:t>san_miguel</w:t>
            </w:r>
          </w:p>
        </w:tc>
        <w:tc>
          <w:tcPr>
            <w:tcW w:w="564" w:type="dxa"/>
            <w:tcMar>
              <w:top w:w="20" w:type="dxa"/>
              <w:left w:w="50" w:type="dxa"/>
              <w:bottom w:w="20" w:type="dxa"/>
              <w:right w:w="50" w:type="dxa"/>
            </w:tcMar>
          </w:tcPr>
          <w:p w14:paraId="6A440370" w14:textId="77777777" w:rsidR="00292F36" w:rsidRDefault="00000000">
            <w:r>
              <w:rPr>
                <w:sz w:val="12"/>
              </w:rPr>
              <w:t>san_miguel_sout</w:t>
            </w:r>
            <w:r>
              <w:rPr>
                <w:sz w:val="12"/>
              </w:rPr>
              <w:lastRenderedPageBreak/>
              <w:t>h_mid</w:t>
            </w:r>
          </w:p>
        </w:tc>
        <w:tc>
          <w:tcPr>
            <w:tcW w:w="564" w:type="dxa"/>
            <w:tcMar>
              <w:top w:w="20" w:type="dxa"/>
              <w:left w:w="50" w:type="dxa"/>
              <w:bottom w:w="20" w:type="dxa"/>
              <w:right w:w="50" w:type="dxa"/>
            </w:tcMar>
          </w:tcPr>
          <w:p w14:paraId="4E44DE8A" w14:textId="77777777" w:rsidR="00292F36" w:rsidRDefault="00000000">
            <w:r>
              <w:rPr>
                <w:sz w:val="12"/>
              </w:rPr>
              <w:lastRenderedPageBreak/>
              <w:t>10</w:t>
            </w:r>
          </w:p>
        </w:tc>
        <w:tc>
          <w:tcPr>
            <w:tcW w:w="564" w:type="dxa"/>
            <w:tcMar>
              <w:top w:w="20" w:type="dxa"/>
              <w:left w:w="50" w:type="dxa"/>
              <w:bottom w:w="20" w:type="dxa"/>
              <w:right w:w="50" w:type="dxa"/>
            </w:tcMar>
          </w:tcPr>
          <w:p w14:paraId="431A41D4" w14:textId="77777777" w:rsidR="00292F36" w:rsidRDefault="00000000">
            <w:r>
              <w:rPr>
                <w:sz w:val="12"/>
              </w:rPr>
              <w:t>16.5300007</w:t>
            </w:r>
          </w:p>
        </w:tc>
        <w:tc>
          <w:tcPr>
            <w:tcW w:w="564" w:type="dxa"/>
            <w:tcMar>
              <w:top w:w="20" w:type="dxa"/>
              <w:left w:w="50" w:type="dxa"/>
              <w:bottom w:w="20" w:type="dxa"/>
              <w:right w:w="50" w:type="dxa"/>
            </w:tcMar>
          </w:tcPr>
          <w:p w14:paraId="615C38DB" w14:textId="77777777" w:rsidR="00292F36" w:rsidRDefault="00000000">
            <w:r>
              <w:rPr>
                <w:sz w:val="12"/>
              </w:rPr>
              <w:t>0.17929815</w:t>
            </w:r>
          </w:p>
        </w:tc>
        <w:tc>
          <w:tcPr>
            <w:tcW w:w="564" w:type="dxa"/>
            <w:tcMar>
              <w:top w:w="20" w:type="dxa"/>
              <w:left w:w="50" w:type="dxa"/>
              <w:bottom w:w="20" w:type="dxa"/>
              <w:right w:w="50" w:type="dxa"/>
            </w:tcMar>
          </w:tcPr>
          <w:p w14:paraId="29FE1768" w14:textId="77777777" w:rsidR="00292F36" w:rsidRDefault="00000000">
            <w:r>
              <w:rPr>
                <w:sz w:val="12"/>
              </w:rPr>
              <w:t>0.99339207</w:t>
            </w:r>
          </w:p>
        </w:tc>
        <w:tc>
          <w:tcPr>
            <w:tcW w:w="564" w:type="dxa"/>
            <w:tcMar>
              <w:top w:w="20" w:type="dxa"/>
              <w:left w:w="50" w:type="dxa"/>
              <w:bottom w:w="20" w:type="dxa"/>
              <w:right w:w="50" w:type="dxa"/>
            </w:tcMar>
          </w:tcPr>
          <w:p w14:paraId="13D4AF33" w14:textId="77777777" w:rsidR="00292F36" w:rsidRDefault="00000000">
            <w:r>
              <w:rPr>
                <w:sz w:val="12"/>
              </w:rPr>
              <w:t>0.00440529</w:t>
            </w:r>
          </w:p>
        </w:tc>
        <w:tc>
          <w:tcPr>
            <w:tcW w:w="564" w:type="dxa"/>
            <w:tcMar>
              <w:top w:w="20" w:type="dxa"/>
              <w:left w:w="50" w:type="dxa"/>
              <w:bottom w:w="20" w:type="dxa"/>
              <w:right w:w="50" w:type="dxa"/>
            </w:tcMar>
          </w:tcPr>
          <w:p w14:paraId="6151F6C4" w14:textId="77777777" w:rsidR="00292F36" w:rsidRDefault="00000000">
            <w:r>
              <w:rPr>
                <w:sz w:val="12"/>
              </w:rPr>
              <w:t>0.00220264</w:t>
            </w:r>
          </w:p>
        </w:tc>
        <w:tc>
          <w:tcPr>
            <w:tcW w:w="564" w:type="dxa"/>
            <w:tcMar>
              <w:top w:w="20" w:type="dxa"/>
              <w:left w:w="50" w:type="dxa"/>
              <w:bottom w:w="20" w:type="dxa"/>
              <w:right w:w="50" w:type="dxa"/>
            </w:tcMar>
          </w:tcPr>
          <w:p w14:paraId="2074A2BC" w14:textId="77777777" w:rsidR="00292F36" w:rsidRDefault="00000000">
            <w:r>
              <w:rPr>
                <w:sz w:val="12"/>
              </w:rPr>
              <w:t>0</w:t>
            </w:r>
          </w:p>
        </w:tc>
        <w:tc>
          <w:tcPr>
            <w:tcW w:w="564" w:type="dxa"/>
            <w:tcMar>
              <w:top w:w="20" w:type="dxa"/>
              <w:left w:w="50" w:type="dxa"/>
              <w:bottom w:w="20" w:type="dxa"/>
              <w:right w:w="50" w:type="dxa"/>
            </w:tcMar>
          </w:tcPr>
          <w:p w14:paraId="3593BE7E" w14:textId="77777777" w:rsidR="00292F36" w:rsidRDefault="00000000">
            <w:r>
              <w:rPr>
                <w:sz w:val="12"/>
              </w:rPr>
              <w:t>0</w:t>
            </w:r>
          </w:p>
        </w:tc>
        <w:tc>
          <w:tcPr>
            <w:tcW w:w="564" w:type="dxa"/>
            <w:tcMar>
              <w:top w:w="20" w:type="dxa"/>
              <w:left w:w="50" w:type="dxa"/>
              <w:bottom w:w="20" w:type="dxa"/>
              <w:right w:w="50" w:type="dxa"/>
            </w:tcMar>
          </w:tcPr>
          <w:p w14:paraId="7FFFCA73" w14:textId="77777777" w:rsidR="00292F36" w:rsidRDefault="00000000">
            <w:r>
              <w:rPr>
                <w:sz w:val="12"/>
              </w:rPr>
              <w:t>0</w:t>
            </w:r>
          </w:p>
        </w:tc>
        <w:tc>
          <w:tcPr>
            <w:tcW w:w="564" w:type="dxa"/>
            <w:tcMar>
              <w:top w:w="20" w:type="dxa"/>
              <w:left w:w="50" w:type="dxa"/>
              <w:bottom w:w="20" w:type="dxa"/>
              <w:right w:w="50" w:type="dxa"/>
            </w:tcMar>
          </w:tcPr>
          <w:p w14:paraId="1306A673" w14:textId="77777777" w:rsidR="00292F36" w:rsidRDefault="00000000">
            <w:r>
              <w:rPr>
                <w:sz w:val="12"/>
              </w:rPr>
              <w:t>0</w:t>
            </w:r>
          </w:p>
        </w:tc>
        <w:tc>
          <w:tcPr>
            <w:tcW w:w="564" w:type="dxa"/>
            <w:tcMar>
              <w:top w:w="20" w:type="dxa"/>
              <w:left w:w="50" w:type="dxa"/>
              <w:bottom w:w="20" w:type="dxa"/>
              <w:right w:w="50" w:type="dxa"/>
            </w:tcMar>
          </w:tcPr>
          <w:p w14:paraId="012C493F" w14:textId="77777777" w:rsidR="00292F36" w:rsidRDefault="00000000">
            <w:r>
              <w:rPr>
                <w:sz w:val="12"/>
              </w:rPr>
              <w:t>0</w:t>
            </w:r>
          </w:p>
        </w:tc>
        <w:tc>
          <w:tcPr>
            <w:tcW w:w="564" w:type="dxa"/>
            <w:tcMar>
              <w:top w:w="20" w:type="dxa"/>
              <w:left w:w="50" w:type="dxa"/>
              <w:bottom w:w="20" w:type="dxa"/>
              <w:right w:w="50" w:type="dxa"/>
            </w:tcMar>
          </w:tcPr>
          <w:p w14:paraId="1B02A398" w14:textId="77777777" w:rsidR="00292F36" w:rsidRDefault="00000000">
            <w:r>
              <w:rPr>
                <w:sz w:val="12"/>
              </w:rPr>
              <w:t>0</w:t>
            </w:r>
          </w:p>
        </w:tc>
        <w:tc>
          <w:tcPr>
            <w:tcW w:w="564" w:type="dxa"/>
            <w:tcMar>
              <w:top w:w="20" w:type="dxa"/>
              <w:left w:w="50" w:type="dxa"/>
              <w:bottom w:w="20" w:type="dxa"/>
              <w:right w:w="50" w:type="dxa"/>
            </w:tcMar>
          </w:tcPr>
          <w:p w14:paraId="4F4AD06A" w14:textId="77777777" w:rsidR="00292F36" w:rsidRDefault="00000000">
            <w:r>
              <w:rPr>
                <w:sz w:val="12"/>
              </w:rPr>
              <w:t>0.09937888</w:t>
            </w:r>
          </w:p>
        </w:tc>
        <w:tc>
          <w:tcPr>
            <w:tcW w:w="564" w:type="dxa"/>
            <w:tcMar>
              <w:top w:w="20" w:type="dxa"/>
              <w:left w:w="50" w:type="dxa"/>
              <w:bottom w:w="20" w:type="dxa"/>
              <w:right w:w="50" w:type="dxa"/>
            </w:tcMar>
          </w:tcPr>
          <w:p w14:paraId="042A61D1" w14:textId="77777777" w:rsidR="00292F36" w:rsidRDefault="00000000">
            <w:r>
              <w:rPr>
                <w:sz w:val="12"/>
              </w:rPr>
              <w:t>0.04347826</w:t>
            </w:r>
          </w:p>
        </w:tc>
        <w:tc>
          <w:tcPr>
            <w:tcW w:w="564" w:type="dxa"/>
            <w:tcMar>
              <w:top w:w="20" w:type="dxa"/>
              <w:left w:w="50" w:type="dxa"/>
              <w:bottom w:w="20" w:type="dxa"/>
              <w:right w:w="50" w:type="dxa"/>
            </w:tcMar>
          </w:tcPr>
          <w:p w14:paraId="68F74EFD" w14:textId="77777777" w:rsidR="00292F36" w:rsidRDefault="00000000">
            <w:r>
              <w:rPr>
                <w:sz w:val="12"/>
              </w:rPr>
              <w:t>0.04658385</w:t>
            </w:r>
          </w:p>
        </w:tc>
        <w:tc>
          <w:tcPr>
            <w:tcW w:w="564" w:type="dxa"/>
            <w:tcMar>
              <w:top w:w="20" w:type="dxa"/>
              <w:left w:w="50" w:type="dxa"/>
              <w:bottom w:w="20" w:type="dxa"/>
              <w:right w:w="50" w:type="dxa"/>
            </w:tcMar>
          </w:tcPr>
          <w:p w14:paraId="729E255C" w14:textId="77777777" w:rsidR="00292F36" w:rsidRDefault="00000000">
            <w:r>
              <w:rPr>
                <w:sz w:val="12"/>
              </w:rPr>
              <w:t>0.10869565</w:t>
            </w:r>
          </w:p>
        </w:tc>
        <w:tc>
          <w:tcPr>
            <w:tcW w:w="564" w:type="dxa"/>
            <w:tcMar>
              <w:top w:w="20" w:type="dxa"/>
              <w:left w:w="50" w:type="dxa"/>
              <w:bottom w:w="20" w:type="dxa"/>
              <w:right w:w="50" w:type="dxa"/>
            </w:tcMar>
          </w:tcPr>
          <w:p w14:paraId="380C3861" w14:textId="77777777" w:rsidR="00292F36" w:rsidRDefault="00000000">
            <w:r>
              <w:rPr>
                <w:sz w:val="12"/>
              </w:rPr>
              <w:t>0.70186335</w:t>
            </w:r>
          </w:p>
        </w:tc>
      </w:tr>
      <w:tr w:rsidR="00292F36" w14:paraId="6A6E3408" w14:textId="77777777">
        <w:tc>
          <w:tcPr>
            <w:tcW w:w="564" w:type="dxa"/>
            <w:tcMar>
              <w:top w:w="20" w:type="dxa"/>
              <w:left w:w="50" w:type="dxa"/>
              <w:bottom w:w="20" w:type="dxa"/>
              <w:right w:w="50" w:type="dxa"/>
            </w:tcMar>
          </w:tcPr>
          <w:p w14:paraId="4FD92BA6" w14:textId="77777777" w:rsidR="00292F36" w:rsidRDefault="00000000">
            <w:r>
              <w:rPr>
                <w:sz w:val="12"/>
              </w:rPr>
              <w:t>2019_campo_kennedy_campo_kennedy_deep_1</w:t>
            </w:r>
          </w:p>
        </w:tc>
        <w:tc>
          <w:tcPr>
            <w:tcW w:w="564" w:type="dxa"/>
            <w:tcMar>
              <w:top w:w="20" w:type="dxa"/>
              <w:left w:w="50" w:type="dxa"/>
              <w:bottom w:w="20" w:type="dxa"/>
              <w:right w:w="50" w:type="dxa"/>
            </w:tcMar>
          </w:tcPr>
          <w:p w14:paraId="596C6488" w14:textId="77777777" w:rsidR="00292F36" w:rsidRDefault="00000000">
            <w:r>
              <w:rPr>
                <w:sz w:val="12"/>
              </w:rPr>
              <w:t>0.50737993</w:t>
            </w:r>
          </w:p>
        </w:tc>
        <w:tc>
          <w:tcPr>
            <w:tcW w:w="564" w:type="dxa"/>
            <w:tcMar>
              <w:top w:w="20" w:type="dxa"/>
              <w:left w:w="50" w:type="dxa"/>
              <w:bottom w:w="20" w:type="dxa"/>
              <w:right w:w="50" w:type="dxa"/>
            </w:tcMar>
          </w:tcPr>
          <w:p w14:paraId="2E599E75" w14:textId="77777777" w:rsidR="00292F36" w:rsidRDefault="00000000">
            <w:r>
              <w:rPr>
                <w:sz w:val="12"/>
              </w:rPr>
              <w:t>0.42977879</w:t>
            </w:r>
          </w:p>
        </w:tc>
        <w:tc>
          <w:tcPr>
            <w:tcW w:w="564" w:type="dxa"/>
            <w:tcMar>
              <w:top w:w="20" w:type="dxa"/>
              <w:left w:w="50" w:type="dxa"/>
              <w:bottom w:w="20" w:type="dxa"/>
              <w:right w:w="50" w:type="dxa"/>
            </w:tcMar>
          </w:tcPr>
          <w:p w14:paraId="3F20BB4E" w14:textId="77777777" w:rsidR="00292F36" w:rsidRDefault="00000000">
            <w:r>
              <w:rPr>
                <w:sz w:val="12"/>
              </w:rPr>
              <w:t>2019</w:t>
            </w:r>
          </w:p>
        </w:tc>
        <w:tc>
          <w:tcPr>
            <w:tcW w:w="564" w:type="dxa"/>
            <w:tcMar>
              <w:top w:w="20" w:type="dxa"/>
              <w:left w:w="50" w:type="dxa"/>
              <w:bottom w:w="20" w:type="dxa"/>
              <w:right w:w="50" w:type="dxa"/>
            </w:tcMar>
          </w:tcPr>
          <w:p w14:paraId="65BE8024" w14:textId="77777777" w:rsidR="00292F36" w:rsidRDefault="00000000">
            <w:r>
              <w:rPr>
                <w:sz w:val="12"/>
              </w:rPr>
              <w:t>ensenada</w:t>
            </w:r>
          </w:p>
        </w:tc>
        <w:tc>
          <w:tcPr>
            <w:tcW w:w="564" w:type="dxa"/>
            <w:tcMar>
              <w:top w:w="20" w:type="dxa"/>
              <w:left w:w="50" w:type="dxa"/>
              <w:bottom w:w="20" w:type="dxa"/>
              <w:right w:w="50" w:type="dxa"/>
            </w:tcMar>
          </w:tcPr>
          <w:p w14:paraId="5846D8FE" w14:textId="77777777" w:rsidR="00292F36" w:rsidRDefault="00000000">
            <w:r>
              <w:rPr>
                <w:sz w:val="12"/>
              </w:rPr>
              <w:t>North</w:t>
            </w:r>
          </w:p>
        </w:tc>
        <w:tc>
          <w:tcPr>
            <w:tcW w:w="564" w:type="dxa"/>
            <w:tcMar>
              <w:top w:w="20" w:type="dxa"/>
              <w:left w:w="50" w:type="dxa"/>
              <w:bottom w:w="20" w:type="dxa"/>
              <w:right w:w="50" w:type="dxa"/>
            </w:tcMar>
          </w:tcPr>
          <w:p w14:paraId="30FF620A" w14:textId="77777777" w:rsidR="00292F36" w:rsidRDefault="00000000">
            <w:r>
              <w:rPr>
                <w:sz w:val="12"/>
              </w:rPr>
              <w:t>campo_kennedy</w:t>
            </w:r>
          </w:p>
        </w:tc>
        <w:tc>
          <w:tcPr>
            <w:tcW w:w="564" w:type="dxa"/>
            <w:tcMar>
              <w:top w:w="20" w:type="dxa"/>
              <w:left w:w="50" w:type="dxa"/>
              <w:bottom w:w="20" w:type="dxa"/>
              <w:right w:w="50" w:type="dxa"/>
            </w:tcMar>
          </w:tcPr>
          <w:p w14:paraId="5060E456" w14:textId="77777777" w:rsidR="00292F36" w:rsidRDefault="00000000">
            <w:r>
              <w:rPr>
                <w:sz w:val="12"/>
              </w:rPr>
              <w:t>campo_kennedy_deep</w:t>
            </w:r>
          </w:p>
        </w:tc>
        <w:tc>
          <w:tcPr>
            <w:tcW w:w="564" w:type="dxa"/>
            <w:tcMar>
              <w:top w:w="20" w:type="dxa"/>
              <w:left w:w="50" w:type="dxa"/>
              <w:bottom w:w="20" w:type="dxa"/>
              <w:right w:w="50" w:type="dxa"/>
            </w:tcMar>
          </w:tcPr>
          <w:p w14:paraId="302494C1" w14:textId="77777777" w:rsidR="00292F36" w:rsidRDefault="00000000">
            <w:r>
              <w:rPr>
                <w:sz w:val="12"/>
              </w:rPr>
              <w:t>NA</w:t>
            </w:r>
          </w:p>
        </w:tc>
        <w:tc>
          <w:tcPr>
            <w:tcW w:w="564" w:type="dxa"/>
            <w:tcMar>
              <w:top w:w="20" w:type="dxa"/>
              <w:left w:w="50" w:type="dxa"/>
              <w:bottom w:w="20" w:type="dxa"/>
              <w:right w:w="50" w:type="dxa"/>
            </w:tcMar>
          </w:tcPr>
          <w:p w14:paraId="066B7DF8" w14:textId="77777777" w:rsidR="00292F36" w:rsidRDefault="00000000">
            <w:r>
              <w:rPr>
                <w:sz w:val="12"/>
              </w:rPr>
              <w:t>17.8799992</w:t>
            </w:r>
          </w:p>
        </w:tc>
        <w:tc>
          <w:tcPr>
            <w:tcW w:w="564" w:type="dxa"/>
            <w:tcMar>
              <w:top w:w="20" w:type="dxa"/>
              <w:left w:w="50" w:type="dxa"/>
              <w:bottom w:w="20" w:type="dxa"/>
              <w:right w:w="50" w:type="dxa"/>
            </w:tcMar>
          </w:tcPr>
          <w:p w14:paraId="64CC3C01" w14:textId="77777777" w:rsidR="00292F36" w:rsidRDefault="00000000">
            <w:r>
              <w:rPr>
                <w:sz w:val="12"/>
              </w:rPr>
              <w:t>0.19172901</w:t>
            </w:r>
          </w:p>
        </w:tc>
        <w:tc>
          <w:tcPr>
            <w:tcW w:w="564" w:type="dxa"/>
            <w:tcMar>
              <w:top w:w="20" w:type="dxa"/>
              <w:left w:w="50" w:type="dxa"/>
              <w:bottom w:w="20" w:type="dxa"/>
              <w:right w:w="50" w:type="dxa"/>
            </w:tcMar>
          </w:tcPr>
          <w:p w14:paraId="0A26D2F3" w14:textId="77777777" w:rsidR="00292F36" w:rsidRDefault="00000000">
            <w:r>
              <w:rPr>
                <w:sz w:val="12"/>
              </w:rPr>
              <w:t>0.01785714</w:t>
            </w:r>
          </w:p>
        </w:tc>
        <w:tc>
          <w:tcPr>
            <w:tcW w:w="564" w:type="dxa"/>
            <w:tcMar>
              <w:top w:w="20" w:type="dxa"/>
              <w:left w:w="50" w:type="dxa"/>
              <w:bottom w:w="20" w:type="dxa"/>
              <w:right w:w="50" w:type="dxa"/>
            </w:tcMar>
          </w:tcPr>
          <w:p w14:paraId="0E776CED" w14:textId="77777777" w:rsidR="00292F36" w:rsidRDefault="00000000">
            <w:r>
              <w:rPr>
                <w:sz w:val="12"/>
              </w:rPr>
              <w:t>0.01785714</w:t>
            </w:r>
          </w:p>
        </w:tc>
        <w:tc>
          <w:tcPr>
            <w:tcW w:w="564" w:type="dxa"/>
            <w:tcMar>
              <w:top w:w="20" w:type="dxa"/>
              <w:left w:w="50" w:type="dxa"/>
              <w:bottom w:w="20" w:type="dxa"/>
              <w:right w:w="50" w:type="dxa"/>
            </w:tcMar>
          </w:tcPr>
          <w:p w14:paraId="169A7FDD" w14:textId="77777777" w:rsidR="00292F36" w:rsidRDefault="00000000">
            <w:r>
              <w:rPr>
                <w:sz w:val="12"/>
              </w:rPr>
              <w:t>0.46428571</w:t>
            </w:r>
          </w:p>
        </w:tc>
        <w:tc>
          <w:tcPr>
            <w:tcW w:w="564" w:type="dxa"/>
            <w:tcMar>
              <w:top w:w="20" w:type="dxa"/>
              <w:left w:w="50" w:type="dxa"/>
              <w:bottom w:w="20" w:type="dxa"/>
              <w:right w:w="50" w:type="dxa"/>
            </w:tcMar>
          </w:tcPr>
          <w:p w14:paraId="40280ADD" w14:textId="77777777" w:rsidR="00292F36" w:rsidRDefault="00000000">
            <w:r>
              <w:rPr>
                <w:sz w:val="12"/>
              </w:rPr>
              <w:t>0.5</w:t>
            </w:r>
          </w:p>
        </w:tc>
        <w:tc>
          <w:tcPr>
            <w:tcW w:w="564" w:type="dxa"/>
            <w:tcMar>
              <w:top w:w="20" w:type="dxa"/>
              <w:left w:w="50" w:type="dxa"/>
              <w:bottom w:w="20" w:type="dxa"/>
              <w:right w:w="50" w:type="dxa"/>
            </w:tcMar>
          </w:tcPr>
          <w:p w14:paraId="5B35A85C" w14:textId="77777777" w:rsidR="00292F36" w:rsidRDefault="00000000">
            <w:r>
              <w:rPr>
                <w:sz w:val="12"/>
              </w:rPr>
              <w:t>0</w:t>
            </w:r>
          </w:p>
        </w:tc>
        <w:tc>
          <w:tcPr>
            <w:tcW w:w="564" w:type="dxa"/>
            <w:tcMar>
              <w:top w:w="20" w:type="dxa"/>
              <w:left w:w="50" w:type="dxa"/>
              <w:bottom w:w="20" w:type="dxa"/>
              <w:right w:w="50" w:type="dxa"/>
            </w:tcMar>
          </w:tcPr>
          <w:p w14:paraId="3488B6BA" w14:textId="77777777" w:rsidR="00292F36" w:rsidRDefault="00000000">
            <w:r>
              <w:rPr>
                <w:sz w:val="12"/>
              </w:rPr>
              <w:t>0</w:t>
            </w:r>
          </w:p>
        </w:tc>
        <w:tc>
          <w:tcPr>
            <w:tcW w:w="564" w:type="dxa"/>
            <w:tcMar>
              <w:top w:w="20" w:type="dxa"/>
              <w:left w:w="50" w:type="dxa"/>
              <w:bottom w:w="20" w:type="dxa"/>
              <w:right w:w="50" w:type="dxa"/>
            </w:tcMar>
          </w:tcPr>
          <w:p w14:paraId="7BD6C739" w14:textId="77777777" w:rsidR="00292F36" w:rsidRDefault="00000000">
            <w:r>
              <w:rPr>
                <w:sz w:val="12"/>
              </w:rPr>
              <w:t>0</w:t>
            </w:r>
          </w:p>
        </w:tc>
        <w:tc>
          <w:tcPr>
            <w:tcW w:w="564" w:type="dxa"/>
            <w:tcMar>
              <w:top w:w="20" w:type="dxa"/>
              <w:left w:w="50" w:type="dxa"/>
              <w:bottom w:w="20" w:type="dxa"/>
              <w:right w:w="50" w:type="dxa"/>
            </w:tcMar>
          </w:tcPr>
          <w:p w14:paraId="79A5C4BF" w14:textId="77777777" w:rsidR="00292F36" w:rsidRDefault="00000000">
            <w:r>
              <w:rPr>
                <w:sz w:val="12"/>
              </w:rPr>
              <w:t>0</w:t>
            </w:r>
          </w:p>
        </w:tc>
        <w:tc>
          <w:tcPr>
            <w:tcW w:w="564" w:type="dxa"/>
            <w:tcMar>
              <w:top w:w="20" w:type="dxa"/>
              <w:left w:w="50" w:type="dxa"/>
              <w:bottom w:w="20" w:type="dxa"/>
              <w:right w:w="50" w:type="dxa"/>
            </w:tcMar>
          </w:tcPr>
          <w:p w14:paraId="6779DAEE" w14:textId="77777777" w:rsidR="00292F36" w:rsidRDefault="00000000">
            <w:r>
              <w:rPr>
                <w:sz w:val="12"/>
              </w:rPr>
              <w:t>0</w:t>
            </w:r>
          </w:p>
        </w:tc>
        <w:tc>
          <w:tcPr>
            <w:tcW w:w="564" w:type="dxa"/>
            <w:tcMar>
              <w:top w:w="20" w:type="dxa"/>
              <w:left w:w="50" w:type="dxa"/>
              <w:bottom w:w="20" w:type="dxa"/>
              <w:right w:w="50" w:type="dxa"/>
            </w:tcMar>
          </w:tcPr>
          <w:p w14:paraId="48D0CCEE" w14:textId="77777777" w:rsidR="00292F36" w:rsidRDefault="00000000">
            <w:r>
              <w:rPr>
                <w:sz w:val="12"/>
              </w:rPr>
              <w:t>0.7311828</w:t>
            </w:r>
          </w:p>
        </w:tc>
        <w:tc>
          <w:tcPr>
            <w:tcW w:w="564" w:type="dxa"/>
            <w:tcMar>
              <w:top w:w="20" w:type="dxa"/>
              <w:left w:w="50" w:type="dxa"/>
              <w:bottom w:w="20" w:type="dxa"/>
              <w:right w:w="50" w:type="dxa"/>
            </w:tcMar>
          </w:tcPr>
          <w:p w14:paraId="0D529297" w14:textId="77777777" w:rsidR="00292F36" w:rsidRDefault="00000000">
            <w:r>
              <w:rPr>
                <w:sz w:val="12"/>
              </w:rPr>
              <w:t>0.03225806</w:t>
            </w:r>
          </w:p>
        </w:tc>
        <w:tc>
          <w:tcPr>
            <w:tcW w:w="564" w:type="dxa"/>
            <w:tcMar>
              <w:top w:w="20" w:type="dxa"/>
              <w:left w:w="50" w:type="dxa"/>
              <w:bottom w:w="20" w:type="dxa"/>
              <w:right w:w="50" w:type="dxa"/>
            </w:tcMar>
          </w:tcPr>
          <w:p w14:paraId="33CE7350" w14:textId="77777777" w:rsidR="00292F36" w:rsidRDefault="00000000">
            <w:r>
              <w:rPr>
                <w:sz w:val="12"/>
              </w:rPr>
              <w:t>0.05376344</w:t>
            </w:r>
          </w:p>
        </w:tc>
        <w:tc>
          <w:tcPr>
            <w:tcW w:w="564" w:type="dxa"/>
            <w:tcMar>
              <w:top w:w="20" w:type="dxa"/>
              <w:left w:w="50" w:type="dxa"/>
              <w:bottom w:w="20" w:type="dxa"/>
              <w:right w:w="50" w:type="dxa"/>
            </w:tcMar>
          </w:tcPr>
          <w:p w14:paraId="122A9058" w14:textId="77777777" w:rsidR="00292F36" w:rsidRDefault="00000000">
            <w:r>
              <w:rPr>
                <w:sz w:val="12"/>
              </w:rPr>
              <w:t>0.1827957</w:t>
            </w:r>
          </w:p>
        </w:tc>
        <w:tc>
          <w:tcPr>
            <w:tcW w:w="564" w:type="dxa"/>
            <w:tcMar>
              <w:top w:w="20" w:type="dxa"/>
              <w:left w:w="50" w:type="dxa"/>
              <w:bottom w:w="20" w:type="dxa"/>
              <w:right w:w="50" w:type="dxa"/>
            </w:tcMar>
          </w:tcPr>
          <w:p w14:paraId="05F03000" w14:textId="77777777" w:rsidR="00292F36" w:rsidRDefault="00000000">
            <w:r>
              <w:rPr>
                <w:sz w:val="12"/>
              </w:rPr>
              <w:t>0</w:t>
            </w:r>
          </w:p>
        </w:tc>
      </w:tr>
      <w:tr w:rsidR="00292F36" w14:paraId="7D11BFE3" w14:textId="77777777">
        <w:tc>
          <w:tcPr>
            <w:tcW w:w="564" w:type="dxa"/>
            <w:tcMar>
              <w:top w:w="20" w:type="dxa"/>
              <w:left w:w="50" w:type="dxa"/>
              <w:bottom w:w="20" w:type="dxa"/>
              <w:right w:w="50" w:type="dxa"/>
            </w:tcMar>
          </w:tcPr>
          <w:p w14:paraId="20CF146A" w14:textId="77777777" w:rsidR="00292F36" w:rsidRDefault="00000000">
            <w:r>
              <w:rPr>
                <w:sz w:val="12"/>
              </w:rPr>
              <w:t>2019_campo_kennedy_campo_kennedy_deep_2</w:t>
            </w:r>
          </w:p>
        </w:tc>
        <w:tc>
          <w:tcPr>
            <w:tcW w:w="564" w:type="dxa"/>
            <w:tcMar>
              <w:top w:w="20" w:type="dxa"/>
              <w:left w:w="50" w:type="dxa"/>
              <w:bottom w:w="20" w:type="dxa"/>
              <w:right w:w="50" w:type="dxa"/>
            </w:tcMar>
          </w:tcPr>
          <w:p w14:paraId="434EE380" w14:textId="77777777" w:rsidR="00292F36" w:rsidRDefault="00000000">
            <w:r>
              <w:rPr>
                <w:sz w:val="12"/>
              </w:rPr>
              <w:t>0.48430541</w:t>
            </w:r>
          </w:p>
        </w:tc>
        <w:tc>
          <w:tcPr>
            <w:tcW w:w="564" w:type="dxa"/>
            <w:tcMar>
              <w:top w:w="20" w:type="dxa"/>
              <w:left w:w="50" w:type="dxa"/>
              <w:bottom w:w="20" w:type="dxa"/>
              <w:right w:w="50" w:type="dxa"/>
            </w:tcMar>
          </w:tcPr>
          <w:p w14:paraId="447A79CB" w14:textId="77777777" w:rsidR="00292F36" w:rsidRDefault="00000000">
            <w:r>
              <w:rPr>
                <w:sz w:val="12"/>
              </w:rPr>
              <w:t>0.35762313</w:t>
            </w:r>
          </w:p>
        </w:tc>
        <w:tc>
          <w:tcPr>
            <w:tcW w:w="564" w:type="dxa"/>
            <w:tcMar>
              <w:top w:w="20" w:type="dxa"/>
              <w:left w:w="50" w:type="dxa"/>
              <w:bottom w:w="20" w:type="dxa"/>
              <w:right w:w="50" w:type="dxa"/>
            </w:tcMar>
          </w:tcPr>
          <w:p w14:paraId="299F47D9" w14:textId="77777777" w:rsidR="00292F36" w:rsidRDefault="00000000">
            <w:r>
              <w:rPr>
                <w:sz w:val="12"/>
              </w:rPr>
              <w:t>2019</w:t>
            </w:r>
          </w:p>
        </w:tc>
        <w:tc>
          <w:tcPr>
            <w:tcW w:w="564" w:type="dxa"/>
            <w:tcMar>
              <w:top w:w="20" w:type="dxa"/>
              <w:left w:w="50" w:type="dxa"/>
              <w:bottom w:w="20" w:type="dxa"/>
              <w:right w:w="50" w:type="dxa"/>
            </w:tcMar>
          </w:tcPr>
          <w:p w14:paraId="5E942746" w14:textId="77777777" w:rsidR="00292F36" w:rsidRDefault="00000000">
            <w:r>
              <w:rPr>
                <w:sz w:val="12"/>
              </w:rPr>
              <w:t>ensenada</w:t>
            </w:r>
          </w:p>
        </w:tc>
        <w:tc>
          <w:tcPr>
            <w:tcW w:w="564" w:type="dxa"/>
            <w:tcMar>
              <w:top w:w="20" w:type="dxa"/>
              <w:left w:w="50" w:type="dxa"/>
              <w:bottom w:w="20" w:type="dxa"/>
              <w:right w:w="50" w:type="dxa"/>
            </w:tcMar>
          </w:tcPr>
          <w:p w14:paraId="74B3814B" w14:textId="77777777" w:rsidR="00292F36" w:rsidRDefault="00000000">
            <w:r>
              <w:rPr>
                <w:sz w:val="12"/>
              </w:rPr>
              <w:t>North</w:t>
            </w:r>
          </w:p>
        </w:tc>
        <w:tc>
          <w:tcPr>
            <w:tcW w:w="564" w:type="dxa"/>
            <w:tcMar>
              <w:top w:w="20" w:type="dxa"/>
              <w:left w:w="50" w:type="dxa"/>
              <w:bottom w:w="20" w:type="dxa"/>
              <w:right w:w="50" w:type="dxa"/>
            </w:tcMar>
          </w:tcPr>
          <w:p w14:paraId="2574046C" w14:textId="77777777" w:rsidR="00292F36" w:rsidRDefault="00000000">
            <w:r>
              <w:rPr>
                <w:sz w:val="12"/>
              </w:rPr>
              <w:t>campo_kennedy</w:t>
            </w:r>
          </w:p>
        </w:tc>
        <w:tc>
          <w:tcPr>
            <w:tcW w:w="564" w:type="dxa"/>
            <w:tcMar>
              <w:top w:w="20" w:type="dxa"/>
              <w:left w:w="50" w:type="dxa"/>
              <w:bottom w:w="20" w:type="dxa"/>
              <w:right w:w="50" w:type="dxa"/>
            </w:tcMar>
          </w:tcPr>
          <w:p w14:paraId="6EDA658B" w14:textId="77777777" w:rsidR="00292F36" w:rsidRDefault="00000000">
            <w:r>
              <w:rPr>
                <w:sz w:val="12"/>
              </w:rPr>
              <w:t>campo_kennedy_deep</w:t>
            </w:r>
          </w:p>
        </w:tc>
        <w:tc>
          <w:tcPr>
            <w:tcW w:w="564" w:type="dxa"/>
            <w:tcMar>
              <w:top w:w="20" w:type="dxa"/>
              <w:left w:w="50" w:type="dxa"/>
              <w:bottom w:w="20" w:type="dxa"/>
              <w:right w:w="50" w:type="dxa"/>
            </w:tcMar>
          </w:tcPr>
          <w:p w14:paraId="4B767C2F" w14:textId="77777777" w:rsidR="00292F36" w:rsidRDefault="00000000">
            <w:r>
              <w:rPr>
                <w:sz w:val="12"/>
              </w:rPr>
              <w:t>NA</w:t>
            </w:r>
          </w:p>
        </w:tc>
        <w:tc>
          <w:tcPr>
            <w:tcW w:w="564" w:type="dxa"/>
            <w:tcMar>
              <w:top w:w="20" w:type="dxa"/>
              <w:left w:w="50" w:type="dxa"/>
              <w:bottom w:w="20" w:type="dxa"/>
              <w:right w:w="50" w:type="dxa"/>
            </w:tcMar>
          </w:tcPr>
          <w:p w14:paraId="1B86E620" w14:textId="77777777" w:rsidR="00292F36" w:rsidRDefault="00000000">
            <w:r>
              <w:rPr>
                <w:sz w:val="12"/>
              </w:rPr>
              <w:t>17.8799992</w:t>
            </w:r>
          </w:p>
        </w:tc>
        <w:tc>
          <w:tcPr>
            <w:tcW w:w="564" w:type="dxa"/>
            <w:tcMar>
              <w:top w:w="20" w:type="dxa"/>
              <w:left w:w="50" w:type="dxa"/>
              <w:bottom w:w="20" w:type="dxa"/>
              <w:right w:w="50" w:type="dxa"/>
            </w:tcMar>
          </w:tcPr>
          <w:p w14:paraId="2137254E" w14:textId="77777777" w:rsidR="00292F36" w:rsidRDefault="00000000">
            <w:r>
              <w:rPr>
                <w:sz w:val="12"/>
              </w:rPr>
              <w:t>0.19172901</w:t>
            </w:r>
          </w:p>
        </w:tc>
        <w:tc>
          <w:tcPr>
            <w:tcW w:w="564" w:type="dxa"/>
            <w:tcMar>
              <w:top w:w="20" w:type="dxa"/>
              <w:left w:w="50" w:type="dxa"/>
              <w:bottom w:w="20" w:type="dxa"/>
              <w:right w:w="50" w:type="dxa"/>
            </w:tcMar>
          </w:tcPr>
          <w:p w14:paraId="5B9EE658" w14:textId="77777777" w:rsidR="00292F36" w:rsidRDefault="00000000">
            <w:r>
              <w:rPr>
                <w:sz w:val="12"/>
              </w:rPr>
              <w:t>0</w:t>
            </w:r>
          </w:p>
        </w:tc>
        <w:tc>
          <w:tcPr>
            <w:tcW w:w="564" w:type="dxa"/>
            <w:tcMar>
              <w:top w:w="20" w:type="dxa"/>
              <w:left w:w="50" w:type="dxa"/>
              <w:bottom w:w="20" w:type="dxa"/>
              <w:right w:w="50" w:type="dxa"/>
            </w:tcMar>
          </w:tcPr>
          <w:p w14:paraId="79F7A2F8" w14:textId="77777777" w:rsidR="00292F36" w:rsidRDefault="00000000">
            <w:r>
              <w:rPr>
                <w:sz w:val="12"/>
              </w:rPr>
              <w:t>0.14285714</w:t>
            </w:r>
          </w:p>
        </w:tc>
        <w:tc>
          <w:tcPr>
            <w:tcW w:w="564" w:type="dxa"/>
            <w:tcMar>
              <w:top w:w="20" w:type="dxa"/>
              <w:left w:w="50" w:type="dxa"/>
              <w:bottom w:w="20" w:type="dxa"/>
              <w:right w:w="50" w:type="dxa"/>
            </w:tcMar>
          </w:tcPr>
          <w:p w14:paraId="2C33FE9A" w14:textId="77777777" w:rsidR="00292F36" w:rsidRDefault="00000000">
            <w:r>
              <w:rPr>
                <w:sz w:val="12"/>
              </w:rPr>
              <w:t>0.30612245</w:t>
            </w:r>
          </w:p>
        </w:tc>
        <w:tc>
          <w:tcPr>
            <w:tcW w:w="564" w:type="dxa"/>
            <w:tcMar>
              <w:top w:w="20" w:type="dxa"/>
              <w:left w:w="50" w:type="dxa"/>
              <w:bottom w:w="20" w:type="dxa"/>
              <w:right w:w="50" w:type="dxa"/>
            </w:tcMar>
          </w:tcPr>
          <w:p w14:paraId="61BB332F" w14:textId="77777777" w:rsidR="00292F36" w:rsidRDefault="00000000">
            <w:r>
              <w:rPr>
                <w:sz w:val="12"/>
              </w:rPr>
              <w:t>0.55102041</w:t>
            </w:r>
          </w:p>
        </w:tc>
        <w:tc>
          <w:tcPr>
            <w:tcW w:w="564" w:type="dxa"/>
            <w:tcMar>
              <w:top w:w="20" w:type="dxa"/>
              <w:left w:w="50" w:type="dxa"/>
              <w:bottom w:w="20" w:type="dxa"/>
              <w:right w:w="50" w:type="dxa"/>
            </w:tcMar>
          </w:tcPr>
          <w:p w14:paraId="65A778B9" w14:textId="77777777" w:rsidR="00292F36" w:rsidRDefault="00000000">
            <w:r>
              <w:rPr>
                <w:sz w:val="12"/>
              </w:rPr>
              <w:t>0</w:t>
            </w:r>
          </w:p>
        </w:tc>
        <w:tc>
          <w:tcPr>
            <w:tcW w:w="564" w:type="dxa"/>
            <w:tcMar>
              <w:top w:w="20" w:type="dxa"/>
              <w:left w:w="50" w:type="dxa"/>
              <w:bottom w:w="20" w:type="dxa"/>
              <w:right w:w="50" w:type="dxa"/>
            </w:tcMar>
          </w:tcPr>
          <w:p w14:paraId="64CF4B90" w14:textId="77777777" w:rsidR="00292F36" w:rsidRDefault="00000000">
            <w:r>
              <w:rPr>
                <w:sz w:val="12"/>
              </w:rPr>
              <w:t>0</w:t>
            </w:r>
          </w:p>
        </w:tc>
        <w:tc>
          <w:tcPr>
            <w:tcW w:w="564" w:type="dxa"/>
            <w:tcMar>
              <w:top w:w="20" w:type="dxa"/>
              <w:left w:w="50" w:type="dxa"/>
              <w:bottom w:w="20" w:type="dxa"/>
              <w:right w:w="50" w:type="dxa"/>
            </w:tcMar>
          </w:tcPr>
          <w:p w14:paraId="7F92C4E6" w14:textId="77777777" w:rsidR="00292F36" w:rsidRDefault="00000000">
            <w:r>
              <w:rPr>
                <w:sz w:val="12"/>
              </w:rPr>
              <w:t>0</w:t>
            </w:r>
          </w:p>
        </w:tc>
        <w:tc>
          <w:tcPr>
            <w:tcW w:w="564" w:type="dxa"/>
            <w:tcMar>
              <w:top w:w="20" w:type="dxa"/>
              <w:left w:w="50" w:type="dxa"/>
              <w:bottom w:w="20" w:type="dxa"/>
              <w:right w:w="50" w:type="dxa"/>
            </w:tcMar>
          </w:tcPr>
          <w:p w14:paraId="3C98B9D8" w14:textId="77777777" w:rsidR="00292F36" w:rsidRDefault="00000000">
            <w:r>
              <w:rPr>
                <w:sz w:val="12"/>
              </w:rPr>
              <w:t>0</w:t>
            </w:r>
          </w:p>
        </w:tc>
        <w:tc>
          <w:tcPr>
            <w:tcW w:w="564" w:type="dxa"/>
            <w:tcMar>
              <w:top w:w="20" w:type="dxa"/>
              <w:left w:w="50" w:type="dxa"/>
              <w:bottom w:w="20" w:type="dxa"/>
              <w:right w:w="50" w:type="dxa"/>
            </w:tcMar>
          </w:tcPr>
          <w:p w14:paraId="4A1E6AE9" w14:textId="77777777" w:rsidR="00292F36" w:rsidRDefault="00000000">
            <w:r>
              <w:rPr>
                <w:sz w:val="12"/>
              </w:rPr>
              <w:t>0</w:t>
            </w:r>
          </w:p>
        </w:tc>
        <w:tc>
          <w:tcPr>
            <w:tcW w:w="564" w:type="dxa"/>
            <w:tcMar>
              <w:top w:w="20" w:type="dxa"/>
              <w:left w:w="50" w:type="dxa"/>
              <w:bottom w:w="20" w:type="dxa"/>
              <w:right w:w="50" w:type="dxa"/>
            </w:tcMar>
          </w:tcPr>
          <w:p w14:paraId="0BF84583" w14:textId="77777777" w:rsidR="00292F36" w:rsidRDefault="00000000">
            <w:r>
              <w:rPr>
                <w:sz w:val="12"/>
              </w:rPr>
              <w:t>0.71590909</w:t>
            </w:r>
          </w:p>
        </w:tc>
        <w:tc>
          <w:tcPr>
            <w:tcW w:w="564" w:type="dxa"/>
            <w:tcMar>
              <w:top w:w="20" w:type="dxa"/>
              <w:left w:w="50" w:type="dxa"/>
              <w:bottom w:w="20" w:type="dxa"/>
              <w:right w:w="50" w:type="dxa"/>
            </w:tcMar>
          </w:tcPr>
          <w:p w14:paraId="4E8F7666" w14:textId="77777777" w:rsidR="00292F36" w:rsidRDefault="00000000">
            <w:r>
              <w:rPr>
                <w:sz w:val="12"/>
              </w:rPr>
              <w:t>0.01136364</w:t>
            </w:r>
          </w:p>
        </w:tc>
        <w:tc>
          <w:tcPr>
            <w:tcW w:w="564" w:type="dxa"/>
            <w:tcMar>
              <w:top w:w="20" w:type="dxa"/>
              <w:left w:w="50" w:type="dxa"/>
              <w:bottom w:w="20" w:type="dxa"/>
              <w:right w:w="50" w:type="dxa"/>
            </w:tcMar>
          </w:tcPr>
          <w:p w14:paraId="70BE0FA7" w14:textId="77777777" w:rsidR="00292F36" w:rsidRDefault="00000000">
            <w:r>
              <w:rPr>
                <w:sz w:val="12"/>
              </w:rPr>
              <w:t>0.10227273</w:t>
            </w:r>
          </w:p>
        </w:tc>
        <w:tc>
          <w:tcPr>
            <w:tcW w:w="564" w:type="dxa"/>
            <w:tcMar>
              <w:top w:w="20" w:type="dxa"/>
              <w:left w:w="50" w:type="dxa"/>
              <w:bottom w:w="20" w:type="dxa"/>
              <w:right w:w="50" w:type="dxa"/>
            </w:tcMar>
          </w:tcPr>
          <w:p w14:paraId="466B6963" w14:textId="77777777" w:rsidR="00292F36" w:rsidRDefault="00000000">
            <w:r>
              <w:rPr>
                <w:sz w:val="12"/>
              </w:rPr>
              <w:t>0.125</w:t>
            </w:r>
          </w:p>
        </w:tc>
        <w:tc>
          <w:tcPr>
            <w:tcW w:w="564" w:type="dxa"/>
            <w:tcMar>
              <w:top w:w="20" w:type="dxa"/>
              <w:left w:w="50" w:type="dxa"/>
              <w:bottom w:w="20" w:type="dxa"/>
              <w:right w:w="50" w:type="dxa"/>
            </w:tcMar>
          </w:tcPr>
          <w:p w14:paraId="21B6CE36" w14:textId="77777777" w:rsidR="00292F36" w:rsidRDefault="00000000">
            <w:r>
              <w:rPr>
                <w:sz w:val="12"/>
              </w:rPr>
              <w:t>0.04545455</w:t>
            </w:r>
          </w:p>
        </w:tc>
      </w:tr>
      <w:tr w:rsidR="00292F36" w14:paraId="420DE924" w14:textId="77777777">
        <w:tc>
          <w:tcPr>
            <w:tcW w:w="564" w:type="dxa"/>
            <w:tcMar>
              <w:top w:w="20" w:type="dxa"/>
              <w:left w:w="50" w:type="dxa"/>
              <w:bottom w:w="20" w:type="dxa"/>
              <w:right w:w="50" w:type="dxa"/>
            </w:tcMar>
          </w:tcPr>
          <w:p w14:paraId="2CFB523D" w14:textId="77777777" w:rsidR="00292F36" w:rsidRDefault="00000000">
            <w:r>
              <w:rPr>
                <w:sz w:val="12"/>
              </w:rPr>
              <w:t>2019_campo_kennedy_campo_kennedy_mid_1</w:t>
            </w:r>
          </w:p>
        </w:tc>
        <w:tc>
          <w:tcPr>
            <w:tcW w:w="564" w:type="dxa"/>
            <w:tcMar>
              <w:top w:w="20" w:type="dxa"/>
              <w:left w:w="50" w:type="dxa"/>
              <w:bottom w:w="20" w:type="dxa"/>
              <w:right w:w="50" w:type="dxa"/>
            </w:tcMar>
          </w:tcPr>
          <w:p w14:paraId="408EC1DB" w14:textId="77777777" w:rsidR="00292F36" w:rsidRDefault="00000000">
            <w:r>
              <w:rPr>
                <w:sz w:val="12"/>
              </w:rPr>
              <w:t>0.50272474</w:t>
            </w:r>
          </w:p>
        </w:tc>
        <w:tc>
          <w:tcPr>
            <w:tcW w:w="564" w:type="dxa"/>
            <w:tcMar>
              <w:top w:w="20" w:type="dxa"/>
              <w:left w:w="50" w:type="dxa"/>
              <w:bottom w:w="20" w:type="dxa"/>
              <w:right w:w="50" w:type="dxa"/>
            </w:tcMar>
          </w:tcPr>
          <w:p w14:paraId="3FAFC447" w14:textId="77777777" w:rsidR="00292F36" w:rsidRDefault="00000000">
            <w:r>
              <w:rPr>
                <w:sz w:val="12"/>
              </w:rPr>
              <w:t>0.10294002</w:t>
            </w:r>
          </w:p>
        </w:tc>
        <w:tc>
          <w:tcPr>
            <w:tcW w:w="564" w:type="dxa"/>
            <w:tcMar>
              <w:top w:w="20" w:type="dxa"/>
              <w:left w:w="50" w:type="dxa"/>
              <w:bottom w:w="20" w:type="dxa"/>
              <w:right w:w="50" w:type="dxa"/>
            </w:tcMar>
          </w:tcPr>
          <w:p w14:paraId="5509A9D7" w14:textId="77777777" w:rsidR="00292F36" w:rsidRDefault="00000000">
            <w:r>
              <w:rPr>
                <w:sz w:val="12"/>
              </w:rPr>
              <w:t>2019</w:t>
            </w:r>
          </w:p>
        </w:tc>
        <w:tc>
          <w:tcPr>
            <w:tcW w:w="564" w:type="dxa"/>
            <w:tcMar>
              <w:top w:w="20" w:type="dxa"/>
              <w:left w:w="50" w:type="dxa"/>
              <w:bottom w:w="20" w:type="dxa"/>
              <w:right w:w="50" w:type="dxa"/>
            </w:tcMar>
          </w:tcPr>
          <w:p w14:paraId="6EC572F9" w14:textId="77777777" w:rsidR="00292F36" w:rsidRDefault="00000000">
            <w:r>
              <w:rPr>
                <w:sz w:val="12"/>
              </w:rPr>
              <w:t>ensenada</w:t>
            </w:r>
          </w:p>
        </w:tc>
        <w:tc>
          <w:tcPr>
            <w:tcW w:w="564" w:type="dxa"/>
            <w:tcMar>
              <w:top w:w="20" w:type="dxa"/>
              <w:left w:w="50" w:type="dxa"/>
              <w:bottom w:w="20" w:type="dxa"/>
              <w:right w:w="50" w:type="dxa"/>
            </w:tcMar>
          </w:tcPr>
          <w:p w14:paraId="27D89A71" w14:textId="77777777" w:rsidR="00292F36" w:rsidRDefault="00000000">
            <w:r>
              <w:rPr>
                <w:sz w:val="12"/>
              </w:rPr>
              <w:t>North</w:t>
            </w:r>
          </w:p>
        </w:tc>
        <w:tc>
          <w:tcPr>
            <w:tcW w:w="564" w:type="dxa"/>
            <w:tcMar>
              <w:top w:w="20" w:type="dxa"/>
              <w:left w:w="50" w:type="dxa"/>
              <w:bottom w:w="20" w:type="dxa"/>
              <w:right w:w="50" w:type="dxa"/>
            </w:tcMar>
          </w:tcPr>
          <w:p w14:paraId="3BA9AEC1" w14:textId="77777777" w:rsidR="00292F36" w:rsidRDefault="00000000">
            <w:r>
              <w:rPr>
                <w:sz w:val="12"/>
              </w:rPr>
              <w:t>campo_kennedy</w:t>
            </w:r>
          </w:p>
        </w:tc>
        <w:tc>
          <w:tcPr>
            <w:tcW w:w="564" w:type="dxa"/>
            <w:tcMar>
              <w:top w:w="20" w:type="dxa"/>
              <w:left w:w="50" w:type="dxa"/>
              <w:bottom w:w="20" w:type="dxa"/>
              <w:right w:w="50" w:type="dxa"/>
            </w:tcMar>
          </w:tcPr>
          <w:p w14:paraId="77A1E373" w14:textId="77777777" w:rsidR="00292F36" w:rsidRDefault="00000000">
            <w:r>
              <w:rPr>
                <w:sz w:val="12"/>
              </w:rPr>
              <w:t>campo_kennedy_mid</w:t>
            </w:r>
          </w:p>
        </w:tc>
        <w:tc>
          <w:tcPr>
            <w:tcW w:w="564" w:type="dxa"/>
            <w:tcMar>
              <w:top w:w="20" w:type="dxa"/>
              <w:left w:w="50" w:type="dxa"/>
              <w:bottom w:w="20" w:type="dxa"/>
              <w:right w:w="50" w:type="dxa"/>
            </w:tcMar>
          </w:tcPr>
          <w:p w14:paraId="189F9B9B" w14:textId="77777777" w:rsidR="00292F36" w:rsidRDefault="00000000">
            <w:r>
              <w:rPr>
                <w:sz w:val="12"/>
              </w:rPr>
              <w:t>NA</w:t>
            </w:r>
          </w:p>
        </w:tc>
        <w:tc>
          <w:tcPr>
            <w:tcW w:w="564" w:type="dxa"/>
            <w:tcMar>
              <w:top w:w="20" w:type="dxa"/>
              <w:left w:w="50" w:type="dxa"/>
              <w:bottom w:w="20" w:type="dxa"/>
              <w:right w:w="50" w:type="dxa"/>
            </w:tcMar>
          </w:tcPr>
          <w:p w14:paraId="3E214148" w14:textId="77777777" w:rsidR="00292F36" w:rsidRDefault="00000000">
            <w:r>
              <w:rPr>
                <w:sz w:val="12"/>
              </w:rPr>
              <w:t>17.8799992</w:t>
            </w:r>
          </w:p>
        </w:tc>
        <w:tc>
          <w:tcPr>
            <w:tcW w:w="564" w:type="dxa"/>
            <w:tcMar>
              <w:top w:w="20" w:type="dxa"/>
              <w:left w:w="50" w:type="dxa"/>
              <w:bottom w:w="20" w:type="dxa"/>
              <w:right w:w="50" w:type="dxa"/>
            </w:tcMar>
          </w:tcPr>
          <w:p w14:paraId="1CD234EF" w14:textId="77777777" w:rsidR="00292F36" w:rsidRDefault="00000000">
            <w:r>
              <w:rPr>
                <w:sz w:val="12"/>
              </w:rPr>
              <w:t>0.19172901</w:t>
            </w:r>
          </w:p>
        </w:tc>
        <w:tc>
          <w:tcPr>
            <w:tcW w:w="564" w:type="dxa"/>
            <w:tcMar>
              <w:top w:w="20" w:type="dxa"/>
              <w:left w:w="50" w:type="dxa"/>
              <w:bottom w:w="20" w:type="dxa"/>
              <w:right w:w="50" w:type="dxa"/>
            </w:tcMar>
          </w:tcPr>
          <w:p w14:paraId="47457D21" w14:textId="77777777" w:rsidR="00292F36" w:rsidRDefault="00000000">
            <w:r>
              <w:rPr>
                <w:sz w:val="12"/>
              </w:rPr>
              <w:t>0</w:t>
            </w:r>
          </w:p>
        </w:tc>
        <w:tc>
          <w:tcPr>
            <w:tcW w:w="564" w:type="dxa"/>
            <w:tcMar>
              <w:top w:w="20" w:type="dxa"/>
              <w:left w:w="50" w:type="dxa"/>
              <w:bottom w:w="20" w:type="dxa"/>
              <w:right w:w="50" w:type="dxa"/>
            </w:tcMar>
          </w:tcPr>
          <w:p w14:paraId="4FDE3FB1" w14:textId="77777777" w:rsidR="00292F36" w:rsidRDefault="00000000">
            <w:r>
              <w:rPr>
                <w:sz w:val="12"/>
              </w:rPr>
              <w:t>0.43010753</w:t>
            </w:r>
          </w:p>
        </w:tc>
        <w:tc>
          <w:tcPr>
            <w:tcW w:w="564" w:type="dxa"/>
            <w:tcMar>
              <w:top w:w="20" w:type="dxa"/>
              <w:left w:w="50" w:type="dxa"/>
              <w:bottom w:w="20" w:type="dxa"/>
              <w:right w:w="50" w:type="dxa"/>
            </w:tcMar>
          </w:tcPr>
          <w:p w14:paraId="1C3E47F0" w14:textId="77777777" w:rsidR="00292F36" w:rsidRDefault="00000000">
            <w:r>
              <w:rPr>
                <w:sz w:val="12"/>
              </w:rPr>
              <w:t>0</w:t>
            </w:r>
          </w:p>
        </w:tc>
        <w:tc>
          <w:tcPr>
            <w:tcW w:w="564" w:type="dxa"/>
            <w:tcMar>
              <w:top w:w="20" w:type="dxa"/>
              <w:left w:w="50" w:type="dxa"/>
              <w:bottom w:w="20" w:type="dxa"/>
              <w:right w:w="50" w:type="dxa"/>
            </w:tcMar>
          </w:tcPr>
          <w:p w14:paraId="1C5A857A" w14:textId="77777777" w:rsidR="00292F36" w:rsidRDefault="00000000">
            <w:r>
              <w:rPr>
                <w:sz w:val="12"/>
              </w:rPr>
              <w:t>0.56989247</w:t>
            </w:r>
          </w:p>
        </w:tc>
        <w:tc>
          <w:tcPr>
            <w:tcW w:w="564" w:type="dxa"/>
            <w:tcMar>
              <w:top w:w="20" w:type="dxa"/>
              <w:left w:w="50" w:type="dxa"/>
              <w:bottom w:w="20" w:type="dxa"/>
              <w:right w:w="50" w:type="dxa"/>
            </w:tcMar>
          </w:tcPr>
          <w:p w14:paraId="57BF5124" w14:textId="77777777" w:rsidR="00292F36" w:rsidRDefault="00000000">
            <w:r>
              <w:rPr>
                <w:sz w:val="12"/>
              </w:rPr>
              <w:t>0</w:t>
            </w:r>
          </w:p>
        </w:tc>
        <w:tc>
          <w:tcPr>
            <w:tcW w:w="564" w:type="dxa"/>
            <w:tcMar>
              <w:top w:w="20" w:type="dxa"/>
              <w:left w:w="50" w:type="dxa"/>
              <w:bottom w:w="20" w:type="dxa"/>
              <w:right w:w="50" w:type="dxa"/>
            </w:tcMar>
          </w:tcPr>
          <w:p w14:paraId="6198B847" w14:textId="77777777" w:rsidR="00292F36" w:rsidRDefault="00000000">
            <w:r>
              <w:rPr>
                <w:sz w:val="12"/>
              </w:rPr>
              <w:t>0</w:t>
            </w:r>
          </w:p>
        </w:tc>
        <w:tc>
          <w:tcPr>
            <w:tcW w:w="564" w:type="dxa"/>
            <w:tcMar>
              <w:top w:w="20" w:type="dxa"/>
              <w:left w:w="50" w:type="dxa"/>
              <w:bottom w:w="20" w:type="dxa"/>
              <w:right w:w="50" w:type="dxa"/>
            </w:tcMar>
          </w:tcPr>
          <w:p w14:paraId="3AE272B4" w14:textId="77777777" w:rsidR="00292F36" w:rsidRDefault="00000000">
            <w:r>
              <w:rPr>
                <w:sz w:val="12"/>
              </w:rPr>
              <w:t>0</w:t>
            </w:r>
          </w:p>
        </w:tc>
        <w:tc>
          <w:tcPr>
            <w:tcW w:w="564" w:type="dxa"/>
            <w:tcMar>
              <w:top w:w="20" w:type="dxa"/>
              <w:left w:w="50" w:type="dxa"/>
              <w:bottom w:w="20" w:type="dxa"/>
              <w:right w:w="50" w:type="dxa"/>
            </w:tcMar>
          </w:tcPr>
          <w:p w14:paraId="1C574759" w14:textId="77777777" w:rsidR="00292F36" w:rsidRDefault="00000000">
            <w:r>
              <w:rPr>
                <w:sz w:val="12"/>
              </w:rPr>
              <w:t>0</w:t>
            </w:r>
          </w:p>
        </w:tc>
        <w:tc>
          <w:tcPr>
            <w:tcW w:w="564" w:type="dxa"/>
            <w:tcMar>
              <w:top w:w="20" w:type="dxa"/>
              <w:left w:w="50" w:type="dxa"/>
              <w:bottom w:w="20" w:type="dxa"/>
              <w:right w:w="50" w:type="dxa"/>
            </w:tcMar>
          </w:tcPr>
          <w:p w14:paraId="5B58E0A5" w14:textId="77777777" w:rsidR="00292F36" w:rsidRDefault="00000000">
            <w:r>
              <w:rPr>
                <w:sz w:val="12"/>
              </w:rPr>
              <w:t>0</w:t>
            </w:r>
          </w:p>
        </w:tc>
        <w:tc>
          <w:tcPr>
            <w:tcW w:w="564" w:type="dxa"/>
            <w:tcMar>
              <w:top w:w="20" w:type="dxa"/>
              <w:left w:w="50" w:type="dxa"/>
              <w:bottom w:w="20" w:type="dxa"/>
              <w:right w:w="50" w:type="dxa"/>
            </w:tcMar>
          </w:tcPr>
          <w:p w14:paraId="7BAF066F" w14:textId="77777777" w:rsidR="00292F36" w:rsidRDefault="00000000">
            <w:r>
              <w:rPr>
                <w:sz w:val="12"/>
              </w:rPr>
              <w:t>0.76344086</w:t>
            </w:r>
          </w:p>
        </w:tc>
        <w:tc>
          <w:tcPr>
            <w:tcW w:w="564" w:type="dxa"/>
            <w:tcMar>
              <w:top w:w="20" w:type="dxa"/>
              <w:left w:w="50" w:type="dxa"/>
              <w:bottom w:w="20" w:type="dxa"/>
              <w:right w:w="50" w:type="dxa"/>
            </w:tcMar>
          </w:tcPr>
          <w:p w14:paraId="0496D121" w14:textId="77777777" w:rsidR="00292F36" w:rsidRDefault="00000000">
            <w:r>
              <w:rPr>
                <w:sz w:val="12"/>
              </w:rPr>
              <w:t>0.07526882</w:t>
            </w:r>
          </w:p>
        </w:tc>
        <w:tc>
          <w:tcPr>
            <w:tcW w:w="564" w:type="dxa"/>
            <w:tcMar>
              <w:top w:w="20" w:type="dxa"/>
              <w:left w:w="50" w:type="dxa"/>
              <w:bottom w:w="20" w:type="dxa"/>
              <w:right w:w="50" w:type="dxa"/>
            </w:tcMar>
          </w:tcPr>
          <w:p w14:paraId="28E19BC2" w14:textId="77777777" w:rsidR="00292F36" w:rsidRDefault="00000000">
            <w:r>
              <w:rPr>
                <w:sz w:val="12"/>
              </w:rPr>
              <w:t>0.03225806</w:t>
            </w:r>
          </w:p>
        </w:tc>
        <w:tc>
          <w:tcPr>
            <w:tcW w:w="564" w:type="dxa"/>
            <w:tcMar>
              <w:top w:w="20" w:type="dxa"/>
              <w:left w:w="50" w:type="dxa"/>
              <w:bottom w:w="20" w:type="dxa"/>
              <w:right w:w="50" w:type="dxa"/>
            </w:tcMar>
          </w:tcPr>
          <w:p w14:paraId="722120DD" w14:textId="77777777" w:rsidR="00292F36" w:rsidRDefault="00000000">
            <w:r>
              <w:rPr>
                <w:sz w:val="12"/>
              </w:rPr>
              <w:t>0.11827957</w:t>
            </w:r>
          </w:p>
        </w:tc>
        <w:tc>
          <w:tcPr>
            <w:tcW w:w="564" w:type="dxa"/>
            <w:tcMar>
              <w:top w:w="20" w:type="dxa"/>
              <w:left w:w="50" w:type="dxa"/>
              <w:bottom w:w="20" w:type="dxa"/>
              <w:right w:w="50" w:type="dxa"/>
            </w:tcMar>
          </w:tcPr>
          <w:p w14:paraId="7BF6B1BF" w14:textId="77777777" w:rsidR="00292F36" w:rsidRDefault="00000000">
            <w:r>
              <w:rPr>
                <w:sz w:val="12"/>
              </w:rPr>
              <w:t>0.01075269</w:t>
            </w:r>
          </w:p>
        </w:tc>
      </w:tr>
      <w:tr w:rsidR="00292F36" w14:paraId="3E9FD154" w14:textId="77777777">
        <w:tc>
          <w:tcPr>
            <w:tcW w:w="564" w:type="dxa"/>
            <w:tcMar>
              <w:top w:w="20" w:type="dxa"/>
              <w:left w:w="50" w:type="dxa"/>
              <w:bottom w:w="20" w:type="dxa"/>
              <w:right w:w="50" w:type="dxa"/>
            </w:tcMar>
          </w:tcPr>
          <w:p w14:paraId="2AB5F48E" w14:textId="77777777" w:rsidR="00292F36" w:rsidRDefault="00000000">
            <w:r>
              <w:rPr>
                <w:sz w:val="12"/>
              </w:rPr>
              <w:t>2019_campo_kennedy_campo_kennedy_mid_2</w:t>
            </w:r>
          </w:p>
        </w:tc>
        <w:tc>
          <w:tcPr>
            <w:tcW w:w="564" w:type="dxa"/>
            <w:tcMar>
              <w:top w:w="20" w:type="dxa"/>
              <w:left w:w="50" w:type="dxa"/>
              <w:bottom w:w="20" w:type="dxa"/>
              <w:right w:w="50" w:type="dxa"/>
            </w:tcMar>
          </w:tcPr>
          <w:p w14:paraId="2173A356" w14:textId="77777777" w:rsidR="00292F36" w:rsidRDefault="00000000">
            <w:r>
              <w:rPr>
                <w:sz w:val="12"/>
              </w:rPr>
              <w:t>0.51135886</w:t>
            </w:r>
          </w:p>
        </w:tc>
        <w:tc>
          <w:tcPr>
            <w:tcW w:w="564" w:type="dxa"/>
            <w:tcMar>
              <w:top w:w="20" w:type="dxa"/>
              <w:left w:w="50" w:type="dxa"/>
              <w:bottom w:w="20" w:type="dxa"/>
              <w:right w:w="50" w:type="dxa"/>
            </w:tcMar>
          </w:tcPr>
          <w:p w14:paraId="6C4DD31C" w14:textId="77777777" w:rsidR="00292F36" w:rsidRDefault="00000000">
            <w:r>
              <w:rPr>
                <w:sz w:val="12"/>
              </w:rPr>
              <w:t>0.07129329</w:t>
            </w:r>
          </w:p>
        </w:tc>
        <w:tc>
          <w:tcPr>
            <w:tcW w:w="564" w:type="dxa"/>
            <w:tcMar>
              <w:top w:w="20" w:type="dxa"/>
              <w:left w:w="50" w:type="dxa"/>
              <w:bottom w:w="20" w:type="dxa"/>
              <w:right w:w="50" w:type="dxa"/>
            </w:tcMar>
          </w:tcPr>
          <w:p w14:paraId="00A8D435" w14:textId="77777777" w:rsidR="00292F36" w:rsidRDefault="00000000">
            <w:r>
              <w:rPr>
                <w:sz w:val="12"/>
              </w:rPr>
              <w:t>2019</w:t>
            </w:r>
          </w:p>
        </w:tc>
        <w:tc>
          <w:tcPr>
            <w:tcW w:w="564" w:type="dxa"/>
            <w:tcMar>
              <w:top w:w="20" w:type="dxa"/>
              <w:left w:w="50" w:type="dxa"/>
              <w:bottom w:w="20" w:type="dxa"/>
              <w:right w:w="50" w:type="dxa"/>
            </w:tcMar>
          </w:tcPr>
          <w:p w14:paraId="67E1B278" w14:textId="77777777" w:rsidR="00292F36" w:rsidRDefault="00000000">
            <w:r>
              <w:rPr>
                <w:sz w:val="12"/>
              </w:rPr>
              <w:t>ensenada</w:t>
            </w:r>
          </w:p>
        </w:tc>
        <w:tc>
          <w:tcPr>
            <w:tcW w:w="564" w:type="dxa"/>
            <w:tcMar>
              <w:top w:w="20" w:type="dxa"/>
              <w:left w:w="50" w:type="dxa"/>
              <w:bottom w:w="20" w:type="dxa"/>
              <w:right w:w="50" w:type="dxa"/>
            </w:tcMar>
          </w:tcPr>
          <w:p w14:paraId="58888ECB" w14:textId="77777777" w:rsidR="00292F36" w:rsidRDefault="00000000">
            <w:r>
              <w:rPr>
                <w:sz w:val="12"/>
              </w:rPr>
              <w:t>North</w:t>
            </w:r>
          </w:p>
        </w:tc>
        <w:tc>
          <w:tcPr>
            <w:tcW w:w="564" w:type="dxa"/>
            <w:tcMar>
              <w:top w:w="20" w:type="dxa"/>
              <w:left w:w="50" w:type="dxa"/>
              <w:bottom w:w="20" w:type="dxa"/>
              <w:right w:w="50" w:type="dxa"/>
            </w:tcMar>
          </w:tcPr>
          <w:p w14:paraId="09DAE7F4" w14:textId="77777777" w:rsidR="00292F36" w:rsidRDefault="00000000">
            <w:r>
              <w:rPr>
                <w:sz w:val="12"/>
              </w:rPr>
              <w:t>campo_kennedy</w:t>
            </w:r>
          </w:p>
        </w:tc>
        <w:tc>
          <w:tcPr>
            <w:tcW w:w="564" w:type="dxa"/>
            <w:tcMar>
              <w:top w:w="20" w:type="dxa"/>
              <w:left w:w="50" w:type="dxa"/>
              <w:bottom w:w="20" w:type="dxa"/>
              <w:right w:w="50" w:type="dxa"/>
            </w:tcMar>
          </w:tcPr>
          <w:p w14:paraId="2E0125D4" w14:textId="77777777" w:rsidR="00292F36" w:rsidRDefault="00000000">
            <w:r>
              <w:rPr>
                <w:sz w:val="12"/>
              </w:rPr>
              <w:t>campo_kennedy_mid</w:t>
            </w:r>
          </w:p>
        </w:tc>
        <w:tc>
          <w:tcPr>
            <w:tcW w:w="564" w:type="dxa"/>
            <w:tcMar>
              <w:top w:w="20" w:type="dxa"/>
              <w:left w:w="50" w:type="dxa"/>
              <w:bottom w:w="20" w:type="dxa"/>
              <w:right w:w="50" w:type="dxa"/>
            </w:tcMar>
          </w:tcPr>
          <w:p w14:paraId="7D14F39A" w14:textId="77777777" w:rsidR="00292F36" w:rsidRDefault="00000000">
            <w:r>
              <w:rPr>
                <w:sz w:val="12"/>
              </w:rPr>
              <w:t>NA</w:t>
            </w:r>
          </w:p>
        </w:tc>
        <w:tc>
          <w:tcPr>
            <w:tcW w:w="564" w:type="dxa"/>
            <w:tcMar>
              <w:top w:w="20" w:type="dxa"/>
              <w:left w:w="50" w:type="dxa"/>
              <w:bottom w:w="20" w:type="dxa"/>
              <w:right w:w="50" w:type="dxa"/>
            </w:tcMar>
          </w:tcPr>
          <w:p w14:paraId="27D266FD" w14:textId="77777777" w:rsidR="00292F36" w:rsidRDefault="00000000">
            <w:r>
              <w:rPr>
                <w:sz w:val="12"/>
              </w:rPr>
              <w:t>17.8799992</w:t>
            </w:r>
          </w:p>
        </w:tc>
        <w:tc>
          <w:tcPr>
            <w:tcW w:w="564" w:type="dxa"/>
            <w:tcMar>
              <w:top w:w="20" w:type="dxa"/>
              <w:left w:w="50" w:type="dxa"/>
              <w:bottom w:w="20" w:type="dxa"/>
              <w:right w:w="50" w:type="dxa"/>
            </w:tcMar>
          </w:tcPr>
          <w:p w14:paraId="4DC5BE1E" w14:textId="77777777" w:rsidR="00292F36" w:rsidRDefault="00000000">
            <w:r>
              <w:rPr>
                <w:sz w:val="12"/>
              </w:rPr>
              <w:t>0.19172901</w:t>
            </w:r>
          </w:p>
        </w:tc>
        <w:tc>
          <w:tcPr>
            <w:tcW w:w="564" w:type="dxa"/>
            <w:tcMar>
              <w:top w:w="20" w:type="dxa"/>
              <w:left w:w="50" w:type="dxa"/>
              <w:bottom w:w="20" w:type="dxa"/>
              <w:right w:w="50" w:type="dxa"/>
            </w:tcMar>
          </w:tcPr>
          <w:p w14:paraId="361B664E" w14:textId="77777777" w:rsidR="00292F36" w:rsidRDefault="00000000">
            <w:r>
              <w:rPr>
                <w:sz w:val="12"/>
              </w:rPr>
              <w:t>0.00757576</w:t>
            </w:r>
          </w:p>
        </w:tc>
        <w:tc>
          <w:tcPr>
            <w:tcW w:w="564" w:type="dxa"/>
            <w:tcMar>
              <w:top w:w="20" w:type="dxa"/>
              <w:left w:w="50" w:type="dxa"/>
              <w:bottom w:w="20" w:type="dxa"/>
              <w:right w:w="50" w:type="dxa"/>
            </w:tcMar>
          </w:tcPr>
          <w:p w14:paraId="54309D45" w14:textId="77777777" w:rsidR="00292F36" w:rsidRDefault="00000000">
            <w:r>
              <w:rPr>
                <w:sz w:val="12"/>
              </w:rPr>
              <w:t>0.47727273</w:t>
            </w:r>
          </w:p>
        </w:tc>
        <w:tc>
          <w:tcPr>
            <w:tcW w:w="564" w:type="dxa"/>
            <w:tcMar>
              <w:top w:w="20" w:type="dxa"/>
              <w:left w:w="50" w:type="dxa"/>
              <w:bottom w:w="20" w:type="dxa"/>
              <w:right w:w="50" w:type="dxa"/>
            </w:tcMar>
          </w:tcPr>
          <w:p w14:paraId="680E3F39" w14:textId="77777777" w:rsidR="00292F36" w:rsidRDefault="00000000">
            <w:r>
              <w:rPr>
                <w:sz w:val="12"/>
              </w:rPr>
              <w:t>0</w:t>
            </w:r>
          </w:p>
        </w:tc>
        <w:tc>
          <w:tcPr>
            <w:tcW w:w="564" w:type="dxa"/>
            <w:tcMar>
              <w:top w:w="20" w:type="dxa"/>
              <w:left w:w="50" w:type="dxa"/>
              <w:bottom w:w="20" w:type="dxa"/>
              <w:right w:w="50" w:type="dxa"/>
            </w:tcMar>
          </w:tcPr>
          <w:p w14:paraId="059C61C6" w14:textId="77777777" w:rsidR="00292F36" w:rsidRDefault="00000000">
            <w:r>
              <w:rPr>
                <w:sz w:val="12"/>
              </w:rPr>
              <w:t>0.51515152</w:t>
            </w:r>
          </w:p>
        </w:tc>
        <w:tc>
          <w:tcPr>
            <w:tcW w:w="564" w:type="dxa"/>
            <w:tcMar>
              <w:top w:w="20" w:type="dxa"/>
              <w:left w:w="50" w:type="dxa"/>
              <w:bottom w:w="20" w:type="dxa"/>
              <w:right w:w="50" w:type="dxa"/>
            </w:tcMar>
          </w:tcPr>
          <w:p w14:paraId="5B5FAA44" w14:textId="77777777" w:rsidR="00292F36" w:rsidRDefault="00000000">
            <w:r>
              <w:rPr>
                <w:sz w:val="12"/>
              </w:rPr>
              <w:t>0</w:t>
            </w:r>
          </w:p>
        </w:tc>
        <w:tc>
          <w:tcPr>
            <w:tcW w:w="564" w:type="dxa"/>
            <w:tcMar>
              <w:top w:w="20" w:type="dxa"/>
              <w:left w:w="50" w:type="dxa"/>
              <w:bottom w:w="20" w:type="dxa"/>
              <w:right w:w="50" w:type="dxa"/>
            </w:tcMar>
          </w:tcPr>
          <w:p w14:paraId="0013DB88" w14:textId="77777777" w:rsidR="00292F36" w:rsidRDefault="00000000">
            <w:r>
              <w:rPr>
                <w:sz w:val="12"/>
              </w:rPr>
              <w:t>0</w:t>
            </w:r>
          </w:p>
        </w:tc>
        <w:tc>
          <w:tcPr>
            <w:tcW w:w="564" w:type="dxa"/>
            <w:tcMar>
              <w:top w:w="20" w:type="dxa"/>
              <w:left w:w="50" w:type="dxa"/>
              <w:bottom w:w="20" w:type="dxa"/>
              <w:right w:w="50" w:type="dxa"/>
            </w:tcMar>
          </w:tcPr>
          <w:p w14:paraId="14D9A84E" w14:textId="77777777" w:rsidR="00292F36" w:rsidRDefault="00000000">
            <w:r>
              <w:rPr>
                <w:sz w:val="12"/>
              </w:rPr>
              <w:t>0</w:t>
            </w:r>
          </w:p>
        </w:tc>
        <w:tc>
          <w:tcPr>
            <w:tcW w:w="564" w:type="dxa"/>
            <w:tcMar>
              <w:top w:w="20" w:type="dxa"/>
              <w:left w:w="50" w:type="dxa"/>
              <w:bottom w:w="20" w:type="dxa"/>
              <w:right w:w="50" w:type="dxa"/>
            </w:tcMar>
          </w:tcPr>
          <w:p w14:paraId="7D1A7F24" w14:textId="77777777" w:rsidR="00292F36" w:rsidRDefault="00000000">
            <w:r>
              <w:rPr>
                <w:sz w:val="12"/>
              </w:rPr>
              <w:t>0</w:t>
            </w:r>
          </w:p>
        </w:tc>
        <w:tc>
          <w:tcPr>
            <w:tcW w:w="564" w:type="dxa"/>
            <w:tcMar>
              <w:top w:w="20" w:type="dxa"/>
              <w:left w:w="50" w:type="dxa"/>
              <w:bottom w:w="20" w:type="dxa"/>
              <w:right w:w="50" w:type="dxa"/>
            </w:tcMar>
          </w:tcPr>
          <w:p w14:paraId="7C8C8885" w14:textId="77777777" w:rsidR="00292F36" w:rsidRDefault="00000000">
            <w:r>
              <w:rPr>
                <w:sz w:val="12"/>
              </w:rPr>
              <w:t>0</w:t>
            </w:r>
          </w:p>
        </w:tc>
        <w:tc>
          <w:tcPr>
            <w:tcW w:w="564" w:type="dxa"/>
            <w:tcMar>
              <w:top w:w="20" w:type="dxa"/>
              <w:left w:w="50" w:type="dxa"/>
              <w:bottom w:w="20" w:type="dxa"/>
              <w:right w:w="50" w:type="dxa"/>
            </w:tcMar>
          </w:tcPr>
          <w:p w14:paraId="365E5B77" w14:textId="77777777" w:rsidR="00292F36" w:rsidRDefault="00000000">
            <w:r>
              <w:rPr>
                <w:sz w:val="12"/>
              </w:rPr>
              <w:t>0.77419355</w:t>
            </w:r>
          </w:p>
        </w:tc>
        <w:tc>
          <w:tcPr>
            <w:tcW w:w="564" w:type="dxa"/>
            <w:tcMar>
              <w:top w:w="20" w:type="dxa"/>
              <w:left w:w="50" w:type="dxa"/>
              <w:bottom w:w="20" w:type="dxa"/>
              <w:right w:w="50" w:type="dxa"/>
            </w:tcMar>
          </w:tcPr>
          <w:p w14:paraId="5CE7B587" w14:textId="77777777" w:rsidR="00292F36" w:rsidRDefault="00000000">
            <w:r>
              <w:rPr>
                <w:sz w:val="12"/>
              </w:rPr>
              <w:t>0.05645161</w:t>
            </w:r>
          </w:p>
        </w:tc>
        <w:tc>
          <w:tcPr>
            <w:tcW w:w="564" w:type="dxa"/>
            <w:tcMar>
              <w:top w:w="20" w:type="dxa"/>
              <w:left w:w="50" w:type="dxa"/>
              <w:bottom w:w="20" w:type="dxa"/>
              <w:right w:w="50" w:type="dxa"/>
            </w:tcMar>
          </w:tcPr>
          <w:p w14:paraId="402BD8F4" w14:textId="77777777" w:rsidR="00292F36" w:rsidRDefault="00000000">
            <w:r>
              <w:rPr>
                <w:sz w:val="12"/>
              </w:rPr>
              <w:t>0.05645161</w:t>
            </w:r>
          </w:p>
        </w:tc>
        <w:tc>
          <w:tcPr>
            <w:tcW w:w="564" w:type="dxa"/>
            <w:tcMar>
              <w:top w:w="20" w:type="dxa"/>
              <w:left w:w="50" w:type="dxa"/>
              <w:bottom w:w="20" w:type="dxa"/>
              <w:right w:w="50" w:type="dxa"/>
            </w:tcMar>
          </w:tcPr>
          <w:p w14:paraId="6D2EEB78" w14:textId="77777777" w:rsidR="00292F36" w:rsidRDefault="00000000">
            <w:r>
              <w:rPr>
                <w:sz w:val="12"/>
              </w:rPr>
              <w:t>0.08870968</w:t>
            </w:r>
          </w:p>
        </w:tc>
        <w:tc>
          <w:tcPr>
            <w:tcW w:w="564" w:type="dxa"/>
            <w:tcMar>
              <w:top w:w="20" w:type="dxa"/>
              <w:left w:w="50" w:type="dxa"/>
              <w:bottom w:w="20" w:type="dxa"/>
              <w:right w:w="50" w:type="dxa"/>
            </w:tcMar>
          </w:tcPr>
          <w:p w14:paraId="3C0C4AD6" w14:textId="77777777" w:rsidR="00292F36" w:rsidRDefault="00000000">
            <w:r>
              <w:rPr>
                <w:sz w:val="12"/>
              </w:rPr>
              <w:t>0.02419355</w:t>
            </w:r>
          </w:p>
        </w:tc>
      </w:tr>
      <w:tr w:rsidR="00292F36" w14:paraId="2BDBEC51" w14:textId="77777777">
        <w:tc>
          <w:tcPr>
            <w:tcW w:w="564" w:type="dxa"/>
            <w:tcMar>
              <w:top w:w="20" w:type="dxa"/>
              <w:left w:w="50" w:type="dxa"/>
              <w:bottom w:w="20" w:type="dxa"/>
              <w:right w:w="50" w:type="dxa"/>
            </w:tcMar>
          </w:tcPr>
          <w:p w14:paraId="142E5856" w14:textId="77777777" w:rsidR="00292F36" w:rsidRDefault="00000000">
            <w:r>
              <w:rPr>
                <w:sz w:val="12"/>
              </w:rPr>
              <w:t>2019_campo_kennedy_campo_kennedy_shallow_1</w:t>
            </w:r>
          </w:p>
        </w:tc>
        <w:tc>
          <w:tcPr>
            <w:tcW w:w="564" w:type="dxa"/>
            <w:tcMar>
              <w:top w:w="20" w:type="dxa"/>
              <w:left w:w="50" w:type="dxa"/>
              <w:bottom w:w="20" w:type="dxa"/>
              <w:right w:w="50" w:type="dxa"/>
            </w:tcMar>
          </w:tcPr>
          <w:p w14:paraId="50FFA665" w14:textId="77777777" w:rsidR="00292F36" w:rsidRDefault="00000000">
            <w:r>
              <w:rPr>
                <w:sz w:val="12"/>
              </w:rPr>
              <w:t>0.47679209</w:t>
            </w:r>
          </w:p>
        </w:tc>
        <w:tc>
          <w:tcPr>
            <w:tcW w:w="564" w:type="dxa"/>
            <w:tcMar>
              <w:top w:w="20" w:type="dxa"/>
              <w:left w:w="50" w:type="dxa"/>
              <w:bottom w:w="20" w:type="dxa"/>
              <w:right w:w="50" w:type="dxa"/>
            </w:tcMar>
          </w:tcPr>
          <w:p w14:paraId="7A9F51A5" w14:textId="77777777" w:rsidR="00292F36" w:rsidRDefault="00000000">
            <w:r>
              <w:rPr>
                <w:sz w:val="12"/>
              </w:rPr>
              <w:t>0.27372246</w:t>
            </w:r>
          </w:p>
        </w:tc>
        <w:tc>
          <w:tcPr>
            <w:tcW w:w="564" w:type="dxa"/>
            <w:tcMar>
              <w:top w:w="20" w:type="dxa"/>
              <w:left w:w="50" w:type="dxa"/>
              <w:bottom w:w="20" w:type="dxa"/>
              <w:right w:w="50" w:type="dxa"/>
            </w:tcMar>
          </w:tcPr>
          <w:p w14:paraId="4D0C28CB" w14:textId="77777777" w:rsidR="00292F36" w:rsidRDefault="00000000">
            <w:r>
              <w:rPr>
                <w:sz w:val="12"/>
              </w:rPr>
              <w:t>2019</w:t>
            </w:r>
          </w:p>
        </w:tc>
        <w:tc>
          <w:tcPr>
            <w:tcW w:w="564" w:type="dxa"/>
            <w:tcMar>
              <w:top w:w="20" w:type="dxa"/>
              <w:left w:w="50" w:type="dxa"/>
              <w:bottom w:w="20" w:type="dxa"/>
              <w:right w:w="50" w:type="dxa"/>
            </w:tcMar>
          </w:tcPr>
          <w:p w14:paraId="6685C557" w14:textId="77777777" w:rsidR="00292F36" w:rsidRDefault="00000000">
            <w:r>
              <w:rPr>
                <w:sz w:val="12"/>
              </w:rPr>
              <w:t>ensenada</w:t>
            </w:r>
          </w:p>
        </w:tc>
        <w:tc>
          <w:tcPr>
            <w:tcW w:w="564" w:type="dxa"/>
            <w:tcMar>
              <w:top w:w="20" w:type="dxa"/>
              <w:left w:w="50" w:type="dxa"/>
              <w:bottom w:w="20" w:type="dxa"/>
              <w:right w:w="50" w:type="dxa"/>
            </w:tcMar>
          </w:tcPr>
          <w:p w14:paraId="34F09364" w14:textId="77777777" w:rsidR="00292F36" w:rsidRDefault="00000000">
            <w:r>
              <w:rPr>
                <w:sz w:val="12"/>
              </w:rPr>
              <w:t>North</w:t>
            </w:r>
          </w:p>
        </w:tc>
        <w:tc>
          <w:tcPr>
            <w:tcW w:w="564" w:type="dxa"/>
            <w:tcMar>
              <w:top w:w="20" w:type="dxa"/>
              <w:left w:w="50" w:type="dxa"/>
              <w:bottom w:w="20" w:type="dxa"/>
              <w:right w:w="50" w:type="dxa"/>
            </w:tcMar>
          </w:tcPr>
          <w:p w14:paraId="0C5335AE" w14:textId="77777777" w:rsidR="00292F36" w:rsidRDefault="00000000">
            <w:r>
              <w:rPr>
                <w:sz w:val="12"/>
              </w:rPr>
              <w:t>campo_kennedy</w:t>
            </w:r>
          </w:p>
        </w:tc>
        <w:tc>
          <w:tcPr>
            <w:tcW w:w="564" w:type="dxa"/>
            <w:tcMar>
              <w:top w:w="20" w:type="dxa"/>
              <w:left w:w="50" w:type="dxa"/>
              <w:bottom w:w="20" w:type="dxa"/>
              <w:right w:w="50" w:type="dxa"/>
            </w:tcMar>
          </w:tcPr>
          <w:p w14:paraId="6F3EF939" w14:textId="77777777" w:rsidR="00292F36" w:rsidRDefault="00000000">
            <w:r>
              <w:rPr>
                <w:sz w:val="12"/>
              </w:rPr>
              <w:t>campo_kennedy_shallow</w:t>
            </w:r>
          </w:p>
        </w:tc>
        <w:tc>
          <w:tcPr>
            <w:tcW w:w="564" w:type="dxa"/>
            <w:tcMar>
              <w:top w:w="20" w:type="dxa"/>
              <w:left w:w="50" w:type="dxa"/>
              <w:bottom w:w="20" w:type="dxa"/>
              <w:right w:w="50" w:type="dxa"/>
            </w:tcMar>
          </w:tcPr>
          <w:p w14:paraId="5DEBF591" w14:textId="77777777" w:rsidR="00292F36" w:rsidRDefault="00000000">
            <w:r>
              <w:rPr>
                <w:sz w:val="12"/>
              </w:rPr>
              <w:t>NA</w:t>
            </w:r>
          </w:p>
        </w:tc>
        <w:tc>
          <w:tcPr>
            <w:tcW w:w="564" w:type="dxa"/>
            <w:tcMar>
              <w:top w:w="20" w:type="dxa"/>
              <w:left w:w="50" w:type="dxa"/>
              <w:bottom w:w="20" w:type="dxa"/>
              <w:right w:w="50" w:type="dxa"/>
            </w:tcMar>
          </w:tcPr>
          <w:p w14:paraId="4038B13D" w14:textId="77777777" w:rsidR="00292F36" w:rsidRDefault="00000000">
            <w:r>
              <w:rPr>
                <w:sz w:val="12"/>
              </w:rPr>
              <w:t>17.8799992</w:t>
            </w:r>
          </w:p>
        </w:tc>
        <w:tc>
          <w:tcPr>
            <w:tcW w:w="564" w:type="dxa"/>
            <w:tcMar>
              <w:top w:w="20" w:type="dxa"/>
              <w:left w:w="50" w:type="dxa"/>
              <w:bottom w:w="20" w:type="dxa"/>
              <w:right w:w="50" w:type="dxa"/>
            </w:tcMar>
          </w:tcPr>
          <w:p w14:paraId="59F44AC6" w14:textId="77777777" w:rsidR="00292F36" w:rsidRDefault="00000000">
            <w:r>
              <w:rPr>
                <w:sz w:val="12"/>
              </w:rPr>
              <w:t>0.19172901</w:t>
            </w:r>
          </w:p>
        </w:tc>
        <w:tc>
          <w:tcPr>
            <w:tcW w:w="564" w:type="dxa"/>
            <w:tcMar>
              <w:top w:w="20" w:type="dxa"/>
              <w:left w:w="50" w:type="dxa"/>
              <w:bottom w:w="20" w:type="dxa"/>
              <w:right w:w="50" w:type="dxa"/>
            </w:tcMar>
          </w:tcPr>
          <w:p w14:paraId="0BE57110" w14:textId="77777777" w:rsidR="00292F36" w:rsidRDefault="00000000">
            <w:r>
              <w:rPr>
                <w:sz w:val="12"/>
              </w:rPr>
              <w:t>0</w:t>
            </w:r>
          </w:p>
        </w:tc>
        <w:tc>
          <w:tcPr>
            <w:tcW w:w="564" w:type="dxa"/>
            <w:tcMar>
              <w:top w:w="20" w:type="dxa"/>
              <w:left w:w="50" w:type="dxa"/>
              <w:bottom w:w="20" w:type="dxa"/>
              <w:right w:w="50" w:type="dxa"/>
            </w:tcMar>
          </w:tcPr>
          <w:p w14:paraId="7C2F3233" w14:textId="77777777" w:rsidR="00292F36" w:rsidRDefault="00000000">
            <w:r>
              <w:rPr>
                <w:sz w:val="12"/>
              </w:rPr>
              <w:t>0.3190184</w:t>
            </w:r>
          </w:p>
        </w:tc>
        <w:tc>
          <w:tcPr>
            <w:tcW w:w="564" w:type="dxa"/>
            <w:tcMar>
              <w:top w:w="20" w:type="dxa"/>
              <w:left w:w="50" w:type="dxa"/>
              <w:bottom w:w="20" w:type="dxa"/>
              <w:right w:w="50" w:type="dxa"/>
            </w:tcMar>
          </w:tcPr>
          <w:p w14:paraId="39A5C1FE" w14:textId="77777777" w:rsidR="00292F36" w:rsidRDefault="00000000">
            <w:r>
              <w:rPr>
                <w:sz w:val="12"/>
              </w:rPr>
              <w:t>0</w:t>
            </w:r>
          </w:p>
        </w:tc>
        <w:tc>
          <w:tcPr>
            <w:tcW w:w="564" w:type="dxa"/>
            <w:tcMar>
              <w:top w:w="20" w:type="dxa"/>
              <w:left w:w="50" w:type="dxa"/>
              <w:bottom w:w="20" w:type="dxa"/>
              <w:right w:w="50" w:type="dxa"/>
            </w:tcMar>
          </w:tcPr>
          <w:p w14:paraId="271003AB" w14:textId="77777777" w:rsidR="00292F36" w:rsidRDefault="00000000">
            <w:r>
              <w:rPr>
                <w:sz w:val="12"/>
              </w:rPr>
              <w:t>0.6809816</w:t>
            </w:r>
          </w:p>
        </w:tc>
        <w:tc>
          <w:tcPr>
            <w:tcW w:w="564" w:type="dxa"/>
            <w:tcMar>
              <w:top w:w="20" w:type="dxa"/>
              <w:left w:w="50" w:type="dxa"/>
              <w:bottom w:w="20" w:type="dxa"/>
              <w:right w:w="50" w:type="dxa"/>
            </w:tcMar>
          </w:tcPr>
          <w:p w14:paraId="2C697B28" w14:textId="77777777" w:rsidR="00292F36" w:rsidRDefault="00000000">
            <w:r>
              <w:rPr>
                <w:sz w:val="12"/>
              </w:rPr>
              <w:t>0</w:t>
            </w:r>
          </w:p>
        </w:tc>
        <w:tc>
          <w:tcPr>
            <w:tcW w:w="564" w:type="dxa"/>
            <w:tcMar>
              <w:top w:w="20" w:type="dxa"/>
              <w:left w:w="50" w:type="dxa"/>
              <w:bottom w:w="20" w:type="dxa"/>
              <w:right w:w="50" w:type="dxa"/>
            </w:tcMar>
          </w:tcPr>
          <w:p w14:paraId="65A684AC" w14:textId="77777777" w:rsidR="00292F36" w:rsidRDefault="00000000">
            <w:r>
              <w:rPr>
                <w:sz w:val="12"/>
              </w:rPr>
              <w:t>0</w:t>
            </w:r>
          </w:p>
        </w:tc>
        <w:tc>
          <w:tcPr>
            <w:tcW w:w="564" w:type="dxa"/>
            <w:tcMar>
              <w:top w:w="20" w:type="dxa"/>
              <w:left w:w="50" w:type="dxa"/>
              <w:bottom w:w="20" w:type="dxa"/>
              <w:right w:w="50" w:type="dxa"/>
            </w:tcMar>
          </w:tcPr>
          <w:p w14:paraId="403C9DD7" w14:textId="77777777" w:rsidR="00292F36" w:rsidRDefault="00000000">
            <w:r>
              <w:rPr>
                <w:sz w:val="12"/>
              </w:rPr>
              <w:t>0</w:t>
            </w:r>
          </w:p>
        </w:tc>
        <w:tc>
          <w:tcPr>
            <w:tcW w:w="564" w:type="dxa"/>
            <w:tcMar>
              <w:top w:w="20" w:type="dxa"/>
              <w:left w:w="50" w:type="dxa"/>
              <w:bottom w:w="20" w:type="dxa"/>
              <w:right w:w="50" w:type="dxa"/>
            </w:tcMar>
          </w:tcPr>
          <w:p w14:paraId="70801566" w14:textId="77777777" w:rsidR="00292F36" w:rsidRDefault="00000000">
            <w:r>
              <w:rPr>
                <w:sz w:val="12"/>
              </w:rPr>
              <w:t>0</w:t>
            </w:r>
          </w:p>
        </w:tc>
        <w:tc>
          <w:tcPr>
            <w:tcW w:w="564" w:type="dxa"/>
            <w:tcMar>
              <w:top w:w="20" w:type="dxa"/>
              <w:left w:w="50" w:type="dxa"/>
              <w:bottom w:w="20" w:type="dxa"/>
              <w:right w:w="50" w:type="dxa"/>
            </w:tcMar>
          </w:tcPr>
          <w:p w14:paraId="7CC1D127" w14:textId="77777777" w:rsidR="00292F36" w:rsidRDefault="00000000">
            <w:r>
              <w:rPr>
                <w:sz w:val="12"/>
              </w:rPr>
              <w:t>0.00666667</w:t>
            </w:r>
          </w:p>
        </w:tc>
        <w:tc>
          <w:tcPr>
            <w:tcW w:w="564" w:type="dxa"/>
            <w:tcMar>
              <w:top w:w="20" w:type="dxa"/>
              <w:left w:w="50" w:type="dxa"/>
              <w:bottom w:w="20" w:type="dxa"/>
              <w:right w:w="50" w:type="dxa"/>
            </w:tcMar>
          </w:tcPr>
          <w:p w14:paraId="3281C2F9" w14:textId="77777777" w:rsidR="00292F36" w:rsidRDefault="00000000">
            <w:r>
              <w:rPr>
                <w:sz w:val="12"/>
              </w:rPr>
              <w:t>0.65333333</w:t>
            </w:r>
          </w:p>
        </w:tc>
        <w:tc>
          <w:tcPr>
            <w:tcW w:w="564" w:type="dxa"/>
            <w:tcMar>
              <w:top w:w="20" w:type="dxa"/>
              <w:left w:w="50" w:type="dxa"/>
              <w:bottom w:w="20" w:type="dxa"/>
              <w:right w:w="50" w:type="dxa"/>
            </w:tcMar>
          </w:tcPr>
          <w:p w14:paraId="3721A366" w14:textId="77777777" w:rsidR="00292F36" w:rsidRDefault="00000000">
            <w:r>
              <w:rPr>
                <w:sz w:val="12"/>
              </w:rPr>
              <w:t>0.2</w:t>
            </w:r>
          </w:p>
        </w:tc>
        <w:tc>
          <w:tcPr>
            <w:tcW w:w="564" w:type="dxa"/>
            <w:tcMar>
              <w:top w:w="20" w:type="dxa"/>
              <w:left w:w="50" w:type="dxa"/>
              <w:bottom w:w="20" w:type="dxa"/>
              <w:right w:w="50" w:type="dxa"/>
            </w:tcMar>
          </w:tcPr>
          <w:p w14:paraId="20864AD6" w14:textId="77777777" w:rsidR="00292F36" w:rsidRDefault="00000000">
            <w:r>
              <w:rPr>
                <w:sz w:val="12"/>
              </w:rPr>
              <w:t>0.08</w:t>
            </w:r>
          </w:p>
        </w:tc>
        <w:tc>
          <w:tcPr>
            <w:tcW w:w="564" w:type="dxa"/>
            <w:tcMar>
              <w:top w:w="20" w:type="dxa"/>
              <w:left w:w="50" w:type="dxa"/>
              <w:bottom w:w="20" w:type="dxa"/>
              <w:right w:w="50" w:type="dxa"/>
            </w:tcMar>
          </w:tcPr>
          <w:p w14:paraId="5AF1B1DB" w14:textId="77777777" w:rsidR="00292F36" w:rsidRDefault="00000000">
            <w:r>
              <w:rPr>
                <w:sz w:val="12"/>
              </w:rPr>
              <w:t>0.02666667</w:t>
            </w:r>
          </w:p>
        </w:tc>
        <w:tc>
          <w:tcPr>
            <w:tcW w:w="564" w:type="dxa"/>
            <w:tcMar>
              <w:top w:w="20" w:type="dxa"/>
              <w:left w:w="50" w:type="dxa"/>
              <w:bottom w:w="20" w:type="dxa"/>
              <w:right w:w="50" w:type="dxa"/>
            </w:tcMar>
          </w:tcPr>
          <w:p w14:paraId="05410EA8" w14:textId="77777777" w:rsidR="00292F36" w:rsidRDefault="00000000">
            <w:r>
              <w:rPr>
                <w:sz w:val="12"/>
              </w:rPr>
              <w:t>0.03333333</w:t>
            </w:r>
          </w:p>
        </w:tc>
      </w:tr>
      <w:tr w:rsidR="00292F36" w14:paraId="25C9EFDD" w14:textId="77777777">
        <w:tc>
          <w:tcPr>
            <w:tcW w:w="564" w:type="dxa"/>
            <w:tcMar>
              <w:top w:w="20" w:type="dxa"/>
              <w:left w:w="50" w:type="dxa"/>
              <w:bottom w:w="20" w:type="dxa"/>
              <w:right w:w="50" w:type="dxa"/>
            </w:tcMar>
          </w:tcPr>
          <w:p w14:paraId="2F05BC7D" w14:textId="77777777" w:rsidR="00292F36" w:rsidRDefault="00000000">
            <w:r>
              <w:rPr>
                <w:sz w:val="12"/>
              </w:rPr>
              <w:t>2019_campo_kennedy_campo_kennedy_shallow_2</w:t>
            </w:r>
          </w:p>
        </w:tc>
        <w:tc>
          <w:tcPr>
            <w:tcW w:w="564" w:type="dxa"/>
            <w:tcMar>
              <w:top w:w="20" w:type="dxa"/>
              <w:left w:w="50" w:type="dxa"/>
              <w:bottom w:w="20" w:type="dxa"/>
              <w:right w:w="50" w:type="dxa"/>
            </w:tcMar>
          </w:tcPr>
          <w:p w14:paraId="0A1CD1D1" w14:textId="77777777" w:rsidR="00292F36" w:rsidRDefault="00000000">
            <w:r>
              <w:rPr>
                <w:sz w:val="12"/>
              </w:rPr>
              <w:t>0.21643021</w:t>
            </w:r>
          </w:p>
        </w:tc>
        <w:tc>
          <w:tcPr>
            <w:tcW w:w="564" w:type="dxa"/>
            <w:tcMar>
              <w:top w:w="20" w:type="dxa"/>
              <w:left w:w="50" w:type="dxa"/>
              <w:bottom w:w="20" w:type="dxa"/>
              <w:right w:w="50" w:type="dxa"/>
            </w:tcMar>
          </w:tcPr>
          <w:p w14:paraId="0EAA0091" w14:textId="77777777" w:rsidR="00292F36" w:rsidRDefault="00000000">
            <w:r>
              <w:rPr>
                <w:sz w:val="12"/>
              </w:rPr>
              <w:t>1.01706692</w:t>
            </w:r>
          </w:p>
        </w:tc>
        <w:tc>
          <w:tcPr>
            <w:tcW w:w="564" w:type="dxa"/>
            <w:tcMar>
              <w:top w:w="20" w:type="dxa"/>
              <w:left w:w="50" w:type="dxa"/>
              <w:bottom w:w="20" w:type="dxa"/>
              <w:right w:w="50" w:type="dxa"/>
            </w:tcMar>
          </w:tcPr>
          <w:p w14:paraId="2AE472A6" w14:textId="77777777" w:rsidR="00292F36" w:rsidRDefault="00000000">
            <w:r>
              <w:rPr>
                <w:sz w:val="12"/>
              </w:rPr>
              <w:t>2019</w:t>
            </w:r>
          </w:p>
        </w:tc>
        <w:tc>
          <w:tcPr>
            <w:tcW w:w="564" w:type="dxa"/>
            <w:tcMar>
              <w:top w:w="20" w:type="dxa"/>
              <w:left w:w="50" w:type="dxa"/>
              <w:bottom w:w="20" w:type="dxa"/>
              <w:right w:w="50" w:type="dxa"/>
            </w:tcMar>
          </w:tcPr>
          <w:p w14:paraId="190F1815" w14:textId="77777777" w:rsidR="00292F36" w:rsidRDefault="00000000">
            <w:r>
              <w:rPr>
                <w:sz w:val="12"/>
              </w:rPr>
              <w:t>ensenada</w:t>
            </w:r>
          </w:p>
        </w:tc>
        <w:tc>
          <w:tcPr>
            <w:tcW w:w="564" w:type="dxa"/>
            <w:tcMar>
              <w:top w:w="20" w:type="dxa"/>
              <w:left w:w="50" w:type="dxa"/>
              <w:bottom w:w="20" w:type="dxa"/>
              <w:right w:w="50" w:type="dxa"/>
            </w:tcMar>
          </w:tcPr>
          <w:p w14:paraId="731BA5EF" w14:textId="77777777" w:rsidR="00292F36" w:rsidRDefault="00000000">
            <w:r>
              <w:rPr>
                <w:sz w:val="12"/>
              </w:rPr>
              <w:t>North</w:t>
            </w:r>
          </w:p>
        </w:tc>
        <w:tc>
          <w:tcPr>
            <w:tcW w:w="564" w:type="dxa"/>
            <w:tcMar>
              <w:top w:w="20" w:type="dxa"/>
              <w:left w:w="50" w:type="dxa"/>
              <w:bottom w:w="20" w:type="dxa"/>
              <w:right w:w="50" w:type="dxa"/>
            </w:tcMar>
          </w:tcPr>
          <w:p w14:paraId="06B9A688" w14:textId="77777777" w:rsidR="00292F36" w:rsidRDefault="00000000">
            <w:r>
              <w:rPr>
                <w:sz w:val="12"/>
              </w:rPr>
              <w:t>campo_kennedy</w:t>
            </w:r>
          </w:p>
        </w:tc>
        <w:tc>
          <w:tcPr>
            <w:tcW w:w="564" w:type="dxa"/>
            <w:tcMar>
              <w:top w:w="20" w:type="dxa"/>
              <w:left w:w="50" w:type="dxa"/>
              <w:bottom w:w="20" w:type="dxa"/>
              <w:right w:w="50" w:type="dxa"/>
            </w:tcMar>
          </w:tcPr>
          <w:p w14:paraId="1B3667AE" w14:textId="77777777" w:rsidR="00292F36" w:rsidRDefault="00000000">
            <w:r>
              <w:rPr>
                <w:sz w:val="12"/>
              </w:rPr>
              <w:t>campo_kennedy_shallow</w:t>
            </w:r>
          </w:p>
        </w:tc>
        <w:tc>
          <w:tcPr>
            <w:tcW w:w="564" w:type="dxa"/>
            <w:tcMar>
              <w:top w:w="20" w:type="dxa"/>
              <w:left w:w="50" w:type="dxa"/>
              <w:bottom w:w="20" w:type="dxa"/>
              <w:right w:w="50" w:type="dxa"/>
            </w:tcMar>
          </w:tcPr>
          <w:p w14:paraId="11344180" w14:textId="77777777" w:rsidR="00292F36" w:rsidRDefault="00000000">
            <w:r>
              <w:rPr>
                <w:sz w:val="12"/>
              </w:rPr>
              <w:t>NA</w:t>
            </w:r>
          </w:p>
        </w:tc>
        <w:tc>
          <w:tcPr>
            <w:tcW w:w="564" w:type="dxa"/>
            <w:tcMar>
              <w:top w:w="20" w:type="dxa"/>
              <w:left w:w="50" w:type="dxa"/>
              <w:bottom w:w="20" w:type="dxa"/>
              <w:right w:w="50" w:type="dxa"/>
            </w:tcMar>
          </w:tcPr>
          <w:p w14:paraId="1CC18353" w14:textId="77777777" w:rsidR="00292F36" w:rsidRDefault="00000000">
            <w:r>
              <w:rPr>
                <w:sz w:val="12"/>
              </w:rPr>
              <w:t>17.8799992</w:t>
            </w:r>
          </w:p>
        </w:tc>
        <w:tc>
          <w:tcPr>
            <w:tcW w:w="564" w:type="dxa"/>
            <w:tcMar>
              <w:top w:w="20" w:type="dxa"/>
              <w:left w:w="50" w:type="dxa"/>
              <w:bottom w:w="20" w:type="dxa"/>
              <w:right w:w="50" w:type="dxa"/>
            </w:tcMar>
          </w:tcPr>
          <w:p w14:paraId="46D7C6FE" w14:textId="77777777" w:rsidR="00292F36" w:rsidRDefault="00000000">
            <w:r>
              <w:rPr>
                <w:sz w:val="12"/>
              </w:rPr>
              <w:t>0.19172901</w:t>
            </w:r>
          </w:p>
        </w:tc>
        <w:tc>
          <w:tcPr>
            <w:tcW w:w="564" w:type="dxa"/>
            <w:tcMar>
              <w:top w:w="20" w:type="dxa"/>
              <w:left w:w="50" w:type="dxa"/>
              <w:bottom w:w="20" w:type="dxa"/>
              <w:right w:w="50" w:type="dxa"/>
            </w:tcMar>
          </w:tcPr>
          <w:p w14:paraId="5EF9CED2" w14:textId="77777777" w:rsidR="00292F36" w:rsidRDefault="00000000">
            <w:r>
              <w:rPr>
                <w:sz w:val="12"/>
              </w:rPr>
              <w:t>0</w:t>
            </w:r>
          </w:p>
        </w:tc>
        <w:tc>
          <w:tcPr>
            <w:tcW w:w="564" w:type="dxa"/>
            <w:tcMar>
              <w:top w:w="20" w:type="dxa"/>
              <w:left w:w="50" w:type="dxa"/>
              <w:bottom w:w="20" w:type="dxa"/>
              <w:right w:w="50" w:type="dxa"/>
            </w:tcMar>
          </w:tcPr>
          <w:p w14:paraId="3080323F" w14:textId="77777777" w:rsidR="00292F36" w:rsidRDefault="00000000">
            <w:r>
              <w:rPr>
                <w:sz w:val="12"/>
              </w:rPr>
              <w:t>0.33333333</w:t>
            </w:r>
          </w:p>
        </w:tc>
        <w:tc>
          <w:tcPr>
            <w:tcW w:w="564" w:type="dxa"/>
            <w:tcMar>
              <w:top w:w="20" w:type="dxa"/>
              <w:left w:w="50" w:type="dxa"/>
              <w:bottom w:w="20" w:type="dxa"/>
              <w:right w:w="50" w:type="dxa"/>
            </w:tcMar>
          </w:tcPr>
          <w:p w14:paraId="41145A34" w14:textId="77777777" w:rsidR="00292F36" w:rsidRDefault="00000000">
            <w:r>
              <w:rPr>
                <w:sz w:val="12"/>
              </w:rPr>
              <w:t>0</w:t>
            </w:r>
          </w:p>
        </w:tc>
        <w:tc>
          <w:tcPr>
            <w:tcW w:w="564" w:type="dxa"/>
            <w:tcMar>
              <w:top w:w="20" w:type="dxa"/>
              <w:left w:w="50" w:type="dxa"/>
              <w:bottom w:w="20" w:type="dxa"/>
              <w:right w:w="50" w:type="dxa"/>
            </w:tcMar>
          </w:tcPr>
          <w:p w14:paraId="44D54306" w14:textId="77777777" w:rsidR="00292F36" w:rsidRDefault="00000000">
            <w:r>
              <w:rPr>
                <w:sz w:val="12"/>
              </w:rPr>
              <w:t>0.66666667</w:t>
            </w:r>
          </w:p>
        </w:tc>
        <w:tc>
          <w:tcPr>
            <w:tcW w:w="564" w:type="dxa"/>
            <w:tcMar>
              <w:top w:w="20" w:type="dxa"/>
              <w:left w:w="50" w:type="dxa"/>
              <w:bottom w:w="20" w:type="dxa"/>
              <w:right w:w="50" w:type="dxa"/>
            </w:tcMar>
          </w:tcPr>
          <w:p w14:paraId="4479179E" w14:textId="77777777" w:rsidR="00292F36" w:rsidRDefault="00000000">
            <w:r>
              <w:rPr>
                <w:sz w:val="12"/>
              </w:rPr>
              <w:t>0</w:t>
            </w:r>
          </w:p>
        </w:tc>
        <w:tc>
          <w:tcPr>
            <w:tcW w:w="564" w:type="dxa"/>
            <w:tcMar>
              <w:top w:w="20" w:type="dxa"/>
              <w:left w:w="50" w:type="dxa"/>
              <w:bottom w:w="20" w:type="dxa"/>
              <w:right w:w="50" w:type="dxa"/>
            </w:tcMar>
          </w:tcPr>
          <w:p w14:paraId="748BEB73" w14:textId="77777777" w:rsidR="00292F36" w:rsidRDefault="00000000">
            <w:r>
              <w:rPr>
                <w:sz w:val="12"/>
              </w:rPr>
              <w:t>0</w:t>
            </w:r>
          </w:p>
        </w:tc>
        <w:tc>
          <w:tcPr>
            <w:tcW w:w="564" w:type="dxa"/>
            <w:tcMar>
              <w:top w:w="20" w:type="dxa"/>
              <w:left w:w="50" w:type="dxa"/>
              <w:bottom w:w="20" w:type="dxa"/>
              <w:right w:w="50" w:type="dxa"/>
            </w:tcMar>
          </w:tcPr>
          <w:p w14:paraId="36D49FED" w14:textId="77777777" w:rsidR="00292F36" w:rsidRDefault="00000000">
            <w:r>
              <w:rPr>
                <w:sz w:val="12"/>
              </w:rPr>
              <w:t>0</w:t>
            </w:r>
          </w:p>
        </w:tc>
        <w:tc>
          <w:tcPr>
            <w:tcW w:w="564" w:type="dxa"/>
            <w:tcMar>
              <w:top w:w="20" w:type="dxa"/>
              <w:left w:w="50" w:type="dxa"/>
              <w:bottom w:w="20" w:type="dxa"/>
              <w:right w:w="50" w:type="dxa"/>
            </w:tcMar>
          </w:tcPr>
          <w:p w14:paraId="16081866" w14:textId="77777777" w:rsidR="00292F36" w:rsidRDefault="00000000">
            <w:r>
              <w:rPr>
                <w:sz w:val="12"/>
              </w:rPr>
              <w:t>0</w:t>
            </w:r>
          </w:p>
        </w:tc>
        <w:tc>
          <w:tcPr>
            <w:tcW w:w="564" w:type="dxa"/>
            <w:tcMar>
              <w:top w:w="20" w:type="dxa"/>
              <w:left w:w="50" w:type="dxa"/>
              <w:bottom w:w="20" w:type="dxa"/>
              <w:right w:w="50" w:type="dxa"/>
            </w:tcMar>
          </w:tcPr>
          <w:p w14:paraId="4F9CB79A" w14:textId="77777777" w:rsidR="00292F36" w:rsidRDefault="00000000">
            <w:r>
              <w:rPr>
                <w:sz w:val="12"/>
              </w:rPr>
              <w:t>0</w:t>
            </w:r>
          </w:p>
        </w:tc>
        <w:tc>
          <w:tcPr>
            <w:tcW w:w="564" w:type="dxa"/>
            <w:tcMar>
              <w:top w:w="20" w:type="dxa"/>
              <w:left w:w="50" w:type="dxa"/>
              <w:bottom w:w="20" w:type="dxa"/>
              <w:right w:w="50" w:type="dxa"/>
            </w:tcMar>
          </w:tcPr>
          <w:p w14:paraId="4A3C71C7" w14:textId="77777777" w:rsidR="00292F36" w:rsidRDefault="00000000">
            <w:r>
              <w:rPr>
                <w:sz w:val="12"/>
              </w:rPr>
              <w:t>0.03405142</w:t>
            </w:r>
          </w:p>
        </w:tc>
        <w:tc>
          <w:tcPr>
            <w:tcW w:w="564" w:type="dxa"/>
            <w:tcMar>
              <w:top w:w="20" w:type="dxa"/>
              <w:left w:w="50" w:type="dxa"/>
              <w:bottom w:w="20" w:type="dxa"/>
              <w:right w:w="50" w:type="dxa"/>
            </w:tcMar>
          </w:tcPr>
          <w:p w14:paraId="0BE5A92D" w14:textId="77777777" w:rsidR="00292F36" w:rsidRDefault="00000000">
            <w:r>
              <w:rPr>
                <w:sz w:val="12"/>
              </w:rPr>
              <w:t>0.0076442</w:t>
            </w:r>
          </w:p>
        </w:tc>
        <w:tc>
          <w:tcPr>
            <w:tcW w:w="564" w:type="dxa"/>
            <w:tcMar>
              <w:top w:w="20" w:type="dxa"/>
              <w:left w:w="50" w:type="dxa"/>
              <w:bottom w:w="20" w:type="dxa"/>
              <w:right w:w="50" w:type="dxa"/>
            </w:tcMar>
          </w:tcPr>
          <w:p w14:paraId="0497DA93" w14:textId="77777777" w:rsidR="00292F36" w:rsidRDefault="00000000">
            <w:r>
              <w:rPr>
                <w:sz w:val="12"/>
              </w:rPr>
              <w:t>0.00625434</w:t>
            </w:r>
          </w:p>
        </w:tc>
        <w:tc>
          <w:tcPr>
            <w:tcW w:w="564" w:type="dxa"/>
            <w:tcMar>
              <w:top w:w="20" w:type="dxa"/>
              <w:left w:w="50" w:type="dxa"/>
              <w:bottom w:w="20" w:type="dxa"/>
              <w:right w:w="50" w:type="dxa"/>
            </w:tcMar>
          </w:tcPr>
          <w:p w14:paraId="50A8E7DB" w14:textId="77777777" w:rsidR="00292F36" w:rsidRDefault="00000000">
            <w:r>
              <w:rPr>
                <w:sz w:val="12"/>
              </w:rPr>
              <w:t>0.00069493</w:t>
            </w:r>
          </w:p>
        </w:tc>
        <w:tc>
          <w:tcPr>
            <w:tcW w:w="564" w:type="dxa"/>
            <w:tcMar>
              <w:top w:w="20" w:type="dxa"/>
              <w:left w:w="50" w:type="dxa"/>
              <w:bottom w:w="20" w:type="dxa"/>
              <w:right w:w="50" w:type="dxa"/>
            </w:tcMar>
          </w:tcPr>
          <w:p w14:paraId="7AD3AE12" w14:textId="77777777" w:rsidR="00292F36" w:rsidRDefault="00000000">
            <w:r>
              <w:rPr>
                <w:sz w:val="12"/>
              </w:rPr>
              <w:t>0.95135511</w:t>
            </w:r>
          </w:p>
        </w:tc>
      </w:tr>
      <w:tr w:rsidR="00292F36" w14:paraId="6FB1EAF0" w14:textId="77777777">
        <w:tc>
          <w:tcPr>
            <w:tcW w:w="564" w:type="dxa"/>
            <w:tcMar>
              <w:top w:w="20" w:type="dxa"/>
              <w:left w:w="50" w:type="dxa"/>
              <w:bottom w:w="20" w:type="dxa"/>
              <w:right w:w="50" w:type="dxa"/>
            </w:tcMar>
          </w:tcPr>
          <w:p w14:paraId="4F03A669" w14:textId="77777777" w:rsidR="00292F36" w:rsidRDefault="00000000">
            <w:r>
              <w:rPr>
                <w:sz w:val="12"/>
              </w:rPr>
              <w:t>2019_gavilanes_gavilanes_deep_1</w:t>
            </w:r>
          </w:p>
        </w:tc>
        <w:tc>
          <w:tcPr>
            <w:tcW w:w="564" w:type="dxa"/>
            <w:tcMar>
              <w:top w:w="20" w:type="dxa"/>
              <w:left w:w="50" w:type="dxa"/>
              <w:bottom w:w="20" w:type="dxa"/>
              <w:right w:w="50" w:type="dxa"/>
            </w:tcMar>
          </w:tcPr>
          <w:p w14:paraId="5A13DBAA" w14:textId="77777777" w:rsidR="00292F36" w:rsidRDefault="00000000">
            <w:r>
              <w:rPr>
                <w:sz w:val="12"/>
              </w:rPr>
              <w:t>-0.2969114</w:t>
            </w:r>
          </w:p>
        </w:tc>
        <w:tc>
          <w:tcPr>
            <w:tcW w:w="564" w:type="dxa"/>
            <w:tcMar>
              <w:top w:w="20" w:type="dxa"/>
              <w:left w:w="50" w:type="dxa"/>
              <w:bottom w:w="20" w:type="dxa"/>
              <w:right w:w="50" w:type="dxa"/>
            </w:tcMar>
          </w:tcPr>
          <w:p w14:paraId="46DEFA93" w14:textId="77777777" w:rsidR="00292F36" w:rsidRDefault="00000000">
            <w:r>
              <w:rPr>
                <w:sz w:val="12"/>
              </w:rPr>
              <w:t>-0.2984792</w:t>
            </w:r>
          </w:p>
        </w:tc>
        <w:tc>
          <w:tcPr>
            <w:tcW w:w="564" w:type="dxa"/>
            <w:tcMar>
              <w:top w:w="20" w:type="dxa"/>
              <w:left w:w="50" w:type="dxa"/>
              <w:bottom w:w="20" w:type="dxa"/>
              <w:right w:w="50" w:type="dxa"/>
            </w:tcMar>
          </w:tcPr>
          <w:p w14:paraId="733FAFDE" w14:textId="77777777" w:rsidR="00292F36" w:rsidRDefault="00000000">
            <w:r>
              <w:rPr>
                <w:sz w:val="12"/>
              </w:rPr>
              <w:t>2019</w:t>
            </w:r>
          </w:p>
        </w:tc>
        <w:tc>
          <w:tcPr>
            <w:tcW w:w="564" w:type="dxa"/>
            <w:tcMar>
              <w:top w:w="20" w:type="dxa"/>
              <w:left w:w="50" w:type="dxa"/>
              <w:bottom w:w="20" w:type="dxa"/>
              <w:right w:w="50" w:type="dxa"/>
            </w:tcMar>
          </w:tcPr>
          <w:p w14:paraId="6D4AC903" w14:textId="77777777" w:rsidR="00292F36" w:rsidRDefault="00000000">
            <w:r>
              <w:rPr>
                <w:sz w:val="12"/>
              </w:rPr>
              <w:t>punta_eugenia</w:t>
            </w:r>
          </w:p>
        </w:tc>
        <w:tc>
          <w:tcPr>
            <w:tcW w:w="564" w:type="dxa"/>
            <w:tcMar>
              <w:top w:w="20" w:type="dxa"/>
              <w:left w:w="50" w:type="dxa"/>
              <w:bottom w:w="20" w:type="dxa"/>
              <w:right w:w="50" w:type="dxa"/>
            </w:tcMar>
          </w:tcPr>
          <w:p w14:paraId="690E718C" w14:textId="77777777" w:rsidR="00292F36" w:rsidRDefault="00000000">
            <w:r>
              <w:rPr>
                <w:sz w:val="12"/>
              </w:rPr>
              <w:t>South</w:t>
            </w:r>
          </w:p>
        </w:tc>
        <w:tc>
          <w:tcPr>
            <w:tcW w:w="564" w:type="dxa"/>
            <w:tcMar>
              <w:top w:w="20" w:type="dxa"/>
              <w:left w:w="50" w:type="dxa"/>
              <w:bottom w:w="20" w:type="dxa"/>
              <w:right w:w="50" w:type="dxa"/>
            </w:tcMar>
          </w:tcPr>
          <w:p w14:paraId="6A26F2A1" w14:textId="77777777" w:rsidR="00292F36" w:rsidRDefault="00000000">
            <w:r>
              <w:rPr>
                <w:sz w:val="12"/>
              </w:rPr>
              <w:t>gavilanes</w:t>
            </w:r>
          </w:p>
        </w:tc>
        <w:tc>
          <w:tcPr>
            <w:tcW w:w="564" w:type="dxa"/>
            <w:tcMar>
              <w:top w:w="20" w:type="dxa"/>
              <w:left w:w="50" w:type="dxa"/>
              <w:bottom w:w="20" w:type="dxa"/>
              <w:right w:w="50" w:type="dxa"/>
            </w:tcMar>
          </w:tcPr>
          <w:p w14:paraId="73370478" w14:textId="77777777" w:rsidR="00292F36" w:rsidRDefault="00000000">
            <w:r>
              <w:rPr>
                <w:sz w:val="12"/>
              </w:rPr>
              <w:t>gavilanes_deep</w:t>
            </w:r>
          </w:p>
        </w:tc>
        <w:tc>
          <w:tcPr>
            <w:tcW w:w="564" w:type="dxa"/>
            <w:tcMar>
              <w:top w:w="20" w:type="dxa"/>
              <w:left w:w="50" w:type="dxa"/>
              <w:bottom w:w="20" w:type="dxa"/>
              <w:right w:w="50" w:type="dxa"/>
            </w:tcMar>
          </w:tcPr>
          <w:p w14:paraId="20B364B5" w14:textId="77777777" w:rsidR="00292F36" w:rsidRDefault="00000000">
            <w:r>
              <w:rPr>
                <w:sz w:val="12"/>
              </w:rPr>
              <w:t>18</w:t>
            </w:r>
          </w:p>
        </w:tc>
        <w:tc>
          <w:tcPr>
            <w:tcW w:w="564" w:type="dxa"/>
            <w:tcMar>
              <w:top w:w="20" w:type="dxa"/>
              <w:left w:w="50" w:type="dxa"/>
              <w:bottom w:w="20" w:type="dxa"/>
              <w:right w:w="50" w:type="dxa"/>
            </w:tcMar>
          </w:tcPr>
          <w:p w14:paraId="1D2B4A00" w14:textId="77777777" w:rsidR="00292F36" w:rsidRDefault="00000000">
            <w:r>
              <w:rPr>
                <w:sz w:val="12"/>
              </w:rPr>
              <w:t>19.8299999</w:t>
            </w:r>
          </w:p>
        </w:tc>
        <w:tc>
          <w:tcPr>
            <w:tcW w:w="564" w:type="dxa"/>
            <w:tcMar>
              <w:top w:w="20" w:type="dxa"/>
              <w:left w:w="50" w:type="dxa"/>
              <w:bottom w:w="20" w:type="dxa"/>
              <w:right w:w="50" w:type="dxa"/>
            </w:tcMar>
          </w:tcPr>
          <w:p w14:paraId="20C2981A" w14:textId="77777777" w:rsidR="00292F36" w:rsidRDefault="00000000">
            <w:r>
              <w:rPr>
                <w:sz w:val="12"/>
              </w:rPr>
              <w:t>3.66945235</w:t>
            </w:r>
          </w:p>
        </w:tc>
        <w:tc>
          <w:tcPr>
            <w:tcW w:w="564" w:type="dxa"/>
            <w:tcMar>
              <w:top w:w="20" w:type="dxa"/>
              <w:left w:w="50" w:type="dxa"/>
              <w:bottom w:w="20" w:type="dxa"/>
              <w:right w:w="50" w:type="dxa"/>
            </w:tcMar>
          </w:tcPr>
          <w:p w14:paraId="6451D677" w14:textId="77777777" w:rsidR="00292F36" w:rsidRDefault="00000000">
            <w:r>
              <w:rPr>
                <w:sz w:val="12"/>
              </w:rPr>
              <w:t>0.67892977</w:t>
            </w:r>
          </w:p>
        </w:tc>
        <w:tc>
          <w:tcPr>
            <w:tcW w:w="564" w:type="dxa"/>
            <w:tcMar>
              <w:top w:w="20" w:type="dxa"/>
              <w:left w:w="50" w:type="dxa"/>
              <w:bottom w:w="20" w:type="dxa"/>
              <w:right w:w="50" w:type="dxa"/>
            </w:tcMar>
          </w:tcPr>
          <w:p w14:paraId="329D75D6" w14:textId="77777777" w:rsidR="00292F36" w:rsidRDefault="00000000">
            <w:r>
              <w:rPr>
                <w:sz w:val="12"/>
              </w:rPr>
              <w:t>0.01672241</w:t>
            </w:r>
          </w:p>
        </w:tc>
        <w:tc>
          <w:tcPr>
            <w:tcW w:w="564" w:type="dxa"/>
            <w:tcMar>
              <w:top w:w="20" w:type="dxa"/>
              <w:left w:w="50" w:type="dxa"/>
              <w:bottom w:w="20" w:type="dxa"/>
              <w:right w:w="50" w:type="dxa"/>
            </w:tcMar>
          </w:tcPr>
          <w:p w14:paraId="5DBE6E14" w14:textId="77777777" w:rsidR="00292F36" w:rsidRDefault="00000000">
            <w:r>
              <w:rPr>
                <w:sz w:val="12"/>
              </w:rPr>
              <w:t>0.28762542</w:t>
            </w:r>
          </w:p>
        </w:tc>
        <w:tc>
          <w:tcPr>
            <w:tcW w:w="564" w:type="dxa"/>
            <w:tcMar>
              <w:top w:w="20" w:type="dxa"/>
              <w:left w:w="50" w:type="dxa"/>
              <w:bottom w:w="20" w:type="dxa"/>
              <w:right w:w="50" w:type="dxa"/>
            </w:tcMar>
          </w:tcPr>
          <w:p w14:paraId="6D91DF36" w14:textId="77777777" w:rsidR="00292F36" w:rsidRDefault="00000000">
            <w:r>
              <w:rPr>
                <w:sz w:val="12"/>
              </w:rPr>
              <w:t>0.01672241</w:t>
            </w:r>
          </w:p>
        </w:tc>
        <w:tc>
          <w:tcPr>
            <w:tcW w:w="564" w:type="dxa"/>
            <w:tcMar>
              <w:top w:w="20" w:type="dxa"/>
              <w:left w:w="50" w:type="dxa"/>
              <w:bottom w:w="20" w:type="dxa"/>
              <w:right w:w="50" w:type="dxa"/>
            </w:tcMar>
          </w:tcPr>
          <w:p w14:paraId="102D14AE" w14:textId="77777777" w:rsidR="00292F36" w:rsidRDefault="00000000">
            <w:r>
              <w:rPr>
                <w:sz w:val="12"/>
              </w:rPr>
              <w:t>0</w:t>
            </w:r>
          </w:p>
        </w:tc>
        <w:tc>
          <w:tcPr>
            <w:tcW w:w="564" w:type="dxa"/>
            <w:tcMar>
              <w:top w:w="20" w:type="dxa"/>
              <w:left w:w="50" w:type="dxa"/>
              <w:bottom w:w="20" w:type="dxa"/>
              <w:right w:w="50" w:type="dxa"/>
            </w:tcMar>
          </w:tcPr>
          <w:p w14:paraId="2C7F06A4" w14:textId="77777777" w:rsidR="00292F36" w:rsidRDefault="00000000">
            <w:r>
              <w:rPr>
                <w:sz w:val="12"/>
              </w:rPr>
              <w:t>0</w:t>
            </w:r>
          </w:p>
        </w:tc>
        <w:tc>
          <w:tcPr>
            <w:tcW w:w="564" w:type="dxa"/>
            <w:tcMar>
              <w:top w:w="20" w:type="dxa"/>
              <w:left w:w="50" w:type="dxa"/>
              <w:bottom w:w="20" w:type="dxa"/>
              <w:right w:w="50" w:type="dxa"/>
            </w:tcMar>
          </w:tcPr>
          <w:p w14:paraId="202E9A98" w14:textId="77777777" w:rsidR="00292F36" w:rsidRDefault="00000000">
            <w:r>
              <w:rPr>
                <w:sz w:val="12"/>
              </w:rPr>
              <w:t>0</w:t>
            </w:r>
          </w:p>
        </w:tc>
        <w:tc>
          <w:tcPr>
            <w:tcW w:w="564" w:type="dxa"/>
            <w:tcMar>
              <w:top w:w="20" w:type="dxa"/>
              <w:left w:w="50" w:type="dxa"/>
              <w:bottom w:w="20" w:type="dxa"/>
              <w:right w:w="50" w:type="dxa"/>
            </w:tcMar>
          </w:tcPr>
          <w:p w14:paraId="36ED8AF7" w14:textId="77777777" w:rsidR="00292F36" w:rsidRDefault="00000000">
            <w:r>
              <w:rPr>
                <w:sz w:val="12"/>
              </w:rPr>
              <w:t>0</w:t>
            </w:r>
          </w:p>
        </w:tc>
        <w:tc>
          <w:tcPr>
            <w:tcW w:w="564" w:type="dxa"/>
            <w:tcMar>
              <w:top w:w="20" w:type="dxa"/>
              <w:left w:w="50" w:type="dxa"/>
              <w:bottom w:w="20" w:type="dxa"/>
              <w:right w:w="50" w:type="dxa"/>
            </w:tcMar>
          </w:tcPr>
          <w:p w14:paraId="51F90616" w14:textId="77777777" w:rsidR="00292F36" w:rsidRDefault="00000000">
            <w:r>
              <w:rPr>
                <w:sz w:val="12"/>
              </w:rPr>
              <w:t>0.02631579</w:t>
            </w:r>
          </w:p>
        </w:tc>
        <w:tc>
          <w:tcPr>
            <w:tcW w:w="564" w:type="dxa"/>
            <w:tcMar>
              <w:top w:w="20" w:type="dxa"/>
              <w:left w:w="50" w:type="dxa"/>
              <w:bottom w:w="20" w:type="dxa"/>
              <w:right w:w="50" w:type="dxa"/>
            </w:tcMar>
          </w:tcPr>
          <w:p w14:paraId="596B6A75" w14:textId="77777777" w:rsidR="00292F36" w:rsidRDefault="00000000">
            <w:r>
              <w:rPr>
                <w:sz w:val="12"/>
              </w:rPr>
              <w:t>0.71052632</w:t>
            </w:r>
          </w:p>
        </w:tc>
        <w:tc>
          <w:tcPr>
            <w:tcW w:w="564" w:type="dxa"/>
            <w:tcMar>
              <w:top w:w="20" w:type="dxa"/>
              <w:left w:w="50" w:type="dxa"/>
              <w:bottom w:w="20" w:type="dxa"/>
              <w:right w:w="50" w:type="dxa"/>
            </w:tcMar>
          </w:tcPr>
          <w:p w14:paraId="08DFFCFF" w14:textId="77777777" w:rsidR="00292F36" w:rsidRDefault="00000000">
            <w:r>
              <w:rPr>
                <w:sz w:val="12"/>
              </w:rPr>
              <w:t>0</w:t>
            </w:r>
          </w:p>
        </w:tc>
        <w:tc>
          <w:tcPr>
            <w:tcW w:w="564" w:type="dxa"/>
            <w:tcMar>
              <w:top w:w="20" w:type="dxa"/>
              <w:left w:w="50" w:type="dxa"/>
              <w:bottom w:w="20" w:type="dxa"/>
              <w:right w:w="50" w:type="dxa"/>
            </w:tcMar>
          </w:tcPr>
          <w:p w14:paraId="13F98B18" w14:textId="77777777" w:rsidR="00292F36" w:rsidRDefault="00000000">
            <w:r>
              <w:rPr>
                <w:sz w:val="12"/>
              </w:rPr>
              <w:t>0.02631579</w:t>
            </w:r>
          </w:p>
        </w:tc>
        <w:tc>
          <w:tcPr>
            <w:tcW w:w="564" w:type="dxa"/>
            <w:tcMar>
              <w:top w:w="20" w:type="dxa"/>
              <w:left w:w="50" w:type="dxa"/>
              <w:bottom w:w="20" w:type="dxa"/>
              <w:right w:w="50" w:type="dxa"/>
            </w:tcMar>
          </w:tcPr>
          <w:p w14:paraId="6759E3FE" w14:textId="77777777" w:rsidR="00292F36" w:rsidRDefault="00000000">
            <w:r>
              <w:rPr>
                <w:sz w:val="12"/>
              </w:rPr>
              <w:t>0.23684211</w:t>
            </w:r>
          </w:p>
        </w:tc>
        <w:tc>
          <w:tcPr>
            <w:tcW w:w="564" w:type="dxa"/>
            <w:tcMar>
              <w:top w:w="20" w:type="dxa"/>
              <w:left w:w="50" w:type="dxa"/>
              <w:bottom w:w="20" w:type="dxa"/>
              <w:right w:w="50" w:type="dxa"/>
            </w:tcMar>
          </w:tcPr>
          <w:p w14:paraId="7E8C8407" w14:textId="77777777" w:rsidR="00292F36" w:rsidRDefault="00000000">
            <w:r>
              <w:rPr>
                <w:sz w:val="12"/>
              </w:rPr>
              <w:t>0</w:t>
            </w:r>
          </w:p>
        </w:tc>
      </w:tr>
      <w:tr w:rsidR="00292F36" w14:paraId="1E52E878" w14:textId="77777777">
        <w:tc>
          <w:tcPr>
            <w:tcW w:w="564" w:type="dxa"/>
            <w:tcMar>
              <w:top w:w="20" w:type="dxa"/>
              <w:left w:w="50" w:type="dxa"/>
              <w:bottom w:w="20" w:type="dxa"/>
              <w:right w:w="50" w:type="dxa"/>
            </w:tcMar>
          </w:tcPr>
          <w:p w14:paraId="178EF6B2" w14:textId="77777777" w:rsidR="00292F36" w:rsidRDefault="00000000">
            <w:r>
              <w:rPr>
                <w:sz w:val="12"/>
              </w:rPr>
              <w:t>2019_gavilanes_gavilanes_deep_2</w:t>
            </w:r>
          </w:p>
        </w:tc>
        <w:tc>
          <w:tcPr>
            <w:tcW w:w="564" w:type="dxa"/>
            <w:tcMar>
              <w:top w:w="20" w:type="dxa"/>
              <w:left w:w="50" w:type="dxa"/>
              <w:bottom w:w="20" w:type="dxa"/>
              <w:right w:w="50" w:type="dxa"/>
            </w:tcMar>
          </w:tcPr>
          <w:p w14:paraId="629AC7BB" w14:textId="77777777" w:rsidR="00292F36" w:rsidRDefault="00000000">
            <w:r>
              <w:rPr>
                <w:sz w:val="12"/>
              </w:rPr>
              <w:t>-0.6165801</w:t>
            </w:r>
          </w:p>
        </w:tc>
        <w:tc>
          <w:tcPr>
            <w:tcW w:w="564" w:type="dxa"/>
            <w:tcMar>
              <w:top w:w="20" w:type="dxa"/>
              <w:left w:w="50" w:type="dxa"/>
              <w:bottom w:w="20" w:type="dxa"/>
              <w:right w:w="50" w:type="dxa"/>
            </w:tcMar>
          </w:tcPr>
          <w:p w14:paraId="66ED2C32" w14:textId="77777777" w:rsidR="00292F36" w:rsidRDefault="00000000">
            <w:r>
              <w:rPr>
                <w:sz w:val="12"/>
              </w:rPr>
              <w:t>-0.3433409</w:t>
            </w:r>
          </w:p>
        </w:tc>
        <w:tc>
          <w:tcPr>
            <w:tcW w:w="564" w:type="dxa"/>
            <w:tcMar>
              <w:top w:w="20" w:type="dxa"/>
              <w:left w:w="50" w:type="dxa"/>
              <w:bottom w:w="20" w:type="dxa"/>
              <w:right w:w="50" w:type="dxa"/>
            </w:tcMar>
          </w:tcPr>
          <w:p w14:paraId="33C55D25" w14:textId="77777777" w:rsidR="00292F36" w:rsidRDefault="00000000">
            <w:r>
              <w:rPr>
                <w:sz w:val="12"/>
              </w:rPr>
              <w:t>2019</w:t>
            </w:r>
          </w:p>
        </w:tc>
        <w:tc>
          <w:tcPr>
            <w:tcW w:w="564" w:type="dxa"/>
            <w:tcMar>
              <w:top w:w="20" w:type="dxa"/>
              <w:left w:w="50" w:type="dxa"/>
              <w:bottom w:w="20" w:type="dxa"/>
              <w:right w:w="50" w:type="dxa"/>
            </w:tcMar>
          </w:tcPr>
          <w:p w14:paraId="35932C42" w14:textId="77777777" w:rsidR="00292F36" w:rsidRDefault="00000000">
            <w:r>
              <w:rPr>
                <w:sz w:val="12"/>
              </w:rPr>
              <w:t>punta_eugenia</w:t>
            </w:r>
          </w:p>
        </w:tc>
        <w:tc>
          <w:tcPr>
            <w:tcW w:w="564" w:type="dxa"/>
            <w:tcMar>
              <w:top w:w="20" w:type="dxa"/>
              <w:left w:w="50" w:type="dxa"/>
              <w:bottom w:w="20" w:type="dxa"/>
              <w:right w:w="50" w:type="dxa"/>
            </w:tcMar>
          </w:tcPr>
          <w:p w14:paraId="6A15B551" w14:textId="77777777" w:rsidR="00292F36" w:rsidRDefault="00000000">
            <w:r>
              <w:rPr>
                <w:sz w:val="12"/>
              </w:rPr>
              <w:t>South</w:t>
            </w:r>
          </w:p>
        </w:tc>
        <w:tc>
          <w:tcPr>
            <w:tcW w:w="564" w:type="dxa"/>
            <w:tcMar>
              <w:top w:w="20" w:type="dxa"/>
              <w:left w:w="50" w:type="dxa"/>
              <w:bottom w:w="20" w:type="dxa"/>
              <w:right w:w="50" w:type="dxa"/>
            </w:tcMar>
          </w:tcPr>
          <w:p w14:paraId="5DD9E05B" w14:textId="77777777" w:rsidR="00292F36" w:rsidRDefault="00000000">
            <w:r>
              <w:rPr>
                <w:sz w:val="12"/>
              </w:rPr>
              <w:t>gavilanes</w:t>
            </w:r>
          </w:p>
        </w:tc>
        <w:tc>
          <w:tcPr>
            <w:tcW w:w="564" w:type="dxa"/>
            <w:tcMar>
              <w:top w:w="20" w:type="dxa"/>
              <w:left w:w="50" w:type="dxa"/>
              <w:bottom w:w="20" w:type="dxa"/>
              <w:right w:w="50" w:type="dxa"/>
            </w:tcMar>
          </w:tcPr>
          <w:p w14:paraId="0A80ED89" w14:textId="77777777" w:rsidR="00292F36" w:rsidRDefault="00000000">
            <w:r>
              <w:rPr>
                <w:sz w:val="12"/>
              </w:rPr>
              <w:t>gavilanes_deep</w:t>
            </w:r>
          </w:p>
        </w:tc>
        <w:tc>
          <w:tcPr>
            <w:tcW w:w="564" w:type="dxa"/>
            <w:tcMar>
              <w:top w:w="20" w:type="dxa"/>
              <w:left w:w="50" w:type="dxa"/>
              <w:bottom w:w="20" w:type="dxa"/>
              <w:right w:w="50" w:type="dxa"/>
            </w:tcMar>
          </w:tcPr>
          <w:p w14:paraId="0F255885" w14:textId="77777777" w:rsidR="00292F36" w:rsidRDefault="00000000">
            <w:r>
              <w:rPr>
                <w:sz w:val="12"/>
              </w:rPr>
              <w:t>18</w:t>
            </w:r>
          </w:p>
        </w:tc>
        <w:tc>
          <w:tcPr>
            <w:tcW w:w="564" w:type="dxa"/>
            <w:tcMar>
              <w:top w:w="20" w:type="dxa"/>
              <w:left w:w="50" w:type="dxa"/>
              <w:bottom w:w="20" w:type="dxa"/>
              <w:right w:w="50" w:type="dxa"/>
            </w:tcMar>
          </w:tcPr>
          <w:p w14:paraId="26C19F30" w14:textId="77777777" w:rsidR="00292F36" w:rsidRDefault="00000000">
            <w:r>
              <w:rPr>
                <w:sz w:val="12"/>
              </w:rPr>
              <w:t>19.8299999</w:t>
            </w:r>
          </w:p>
        </w:tc>
        <w:tc>
          <w:tcPr>
            <w:tcW w:w="564" w:type="dxa"/>
            <w:tcMar>
              <w:top w:w="20" w:type="dxa"/>
              <w:left w:w="50" w:type="dxa"/>
              <w:bottom w:w="20" w:type="dxa"/>
              <w:right w:w="50" w:type="dxa"/>
            </w:tcMar>
          </w:tcPr>
          <w:p w14:paraId="6D04C91B" w14:textId="77777777" w:rsidR="00292F36" w:rsidRDefault="00000000">
            <w:r>
              <w:rPr>
                <w:sz w:val="12"/>
              </w:rPr>
              <w:t>3.66945235</w:t>
            </w:r>
          </w:p>
        </w:tc>
        <w:tc>
          <w:tcPr>
            <w:tcW w:w="564" w:type="dxa"/>
            <w:tcMar>
              <w:top w:w="20" w:type="dxa"/>
              <w:left w:w="50" w:type="dxa"/>
              <w:bottom w:w="20" w:type="dxa"/>
              <w:right w:w="50" w:type="dxa"/>
            </w:tcMar>
          </w:tcPr>
          <w:p w14:paraId="6BA3F463" w14:textId="77777777" w:rsidR="00292F36" w:rsidRDefault="00000000">
            <w:r>
              <w:rPr>
                <w:sz w:val="12"/>
              </w:rPr>
              <w:t>0.87951807</w:t>
            </w:r>
          </w:p>
        </w:tc>
        <w:tc>
          <w:tcPr>
            <w:tcW w:w="564" w:type="dxa"/>
            <w:tcMar>
              <w:top w:w="20" w:type="dxa"/>
              <w:left w:w="50" w:type="dxa"/>
              <w:bottom w:w="20" w:type="dxa"/>
              <w:right w:w="50" w:type="dxa"/>
            </w:tcMar>
          </w:tcPr>
          <w:p w14:paraId="0BE3633E" w14:textId="77777777" w:rsidR="00292F36" w:rsidRDefault="00000000">
            <w:r>
              <w:rPr>
                <w:sz w:val="12"/>
              </w:rPr>
              <w:t>0.04216867</w:t>
            </w:r>
          </w:p>
        </w:tc>
        <w:tc>
          <w:tcPr>
            <w:tcW w:w="564" w:type="dxa"/>
            <w:tcMar>
              <w:top w:w="20" w:type="dxa"/>
              <w:left w:w="50" w:type="dxa"/>
              <w:bottom w:w="20" w:type="dxa"/>
              <w:right w:w="50" w:type="dxa"/>
            </w:tcMar>
          </w:tcPr>
          <w:p w14:paraId="2D62FCF1" w14:textId="77777777" w:rsidR="00292F36" w:rsidRDefault="00000000">
            <w:r>
              <w:rPr>
                <w:sz w:val="12"/>
              </w:rPr>
              <w:t>0.04819277</w:t>
            </w:r>
          </w:p>
        </w:tc>
        <w:tc>
          <w:tcPr>
            <w:tcW w:w="564" w:type="dxa"/>
            <w:tcMar>
              <w:top w:w="20" w:type="dxa"/>
              <w:left w:w="50" w:type="dxa"/>
              <w:bottom w:w="20" w:type="dxa"/>
              <w:right w:w="50" w:type="dxa"/>
            </w:tcMar>
          </w:tcPr>
          <w:p w14:paraId="498E84F7" w14:textId="77777777" w:rsidR="00292F36" w:rsidRDefault="00000000">
            <w:r>
              <w:rPr>
                <w:sz w:val="12"/>
              </w:rPr>
              <w:t>0.03012048</w:t>
            </w:r>
          </w:p>
        </w:tc>
        <w:tc>
          <w:tcPr>
            <w:tcW w:w="564" w:type="dxa"/>
            <w:tcMar>
              <w:top w:w="20" w:type="dxa"/>
              <w:left w:w="50" w:type="dxa"/>
              <w:bottom w:w="20" w:type="dxa"/>
              <w:right w:w="50" w:type="dxa"/>
            </w:tcMar>
          </w:tcPr>
          <w:p w14:paraId="7B8FC248" w14:textId="77777777" w:rsidR="00292F36" w:rsidRDefault="00000000">
            <w:r>
              <w:rPr>
                <w:sz w:val="12"/>
              </w:rPr>
              <w:t>0</w:t>
            </w:r>
          </w:p>
        </w:tc>
        <w:tc>
          <w:tcPr>
            <w:tcW w:w="564" w:type="dxa"/>
            <w:tcMar>
              <w:top w:w="20" w:type="dxa"/>
              <w:left w:w="50" w:type="dxa"/>
              <w:bottom w:w="20" w:type="dxa"/>
              <w:right w:w="50" w:type="dxa"/>
            </w:tcMar>
          </w:tcPr>
          <w:p w14:paraId="551D3A18" w14:textId="77777777" w:rsidR="00292F36" w:rsidRDefault="00000000">
            <w:r>
              <w:rPr>
                <w:sz w:val="12"/>
              </w:rPr>
              <w:t>0</w:t>
            </w:r>
          </w:p>
        </w:tc>
        <w:tc>
          <w:tcPr>
            <w:tcW w:w="564" w:type="dxa"/>
            <w:tcMar>
              <w:top w:w="20" w:type="dxa"/>
              <w:left w:w="50" w:type="dxa"/>
              <w:bottom w:w="20" w:type="dxa"/>
              <w:right w:w="50" w:type="dxa"/>
            </w:tcMar>
          </w:tcPr>
          <w:p w14:paraId="5D4A80CF" w14:textId="77777777" w:rsidR="00292F36" w:rsidRDefault="00000000">
            <w:r>
              <w:rPr>
                <w:sz w:val="12"/>
              </w:rPr>
              <w:t>0</w:t>
            </w:r>
          </w:p>
        </w:tc>
        <w:tc>
          <w:tcPr>
            <w:tcW w:w="564" w:type="dxa"/>
            <w:tcMar>
              <w:top w:w="20" w:type="dxa"/>
              <w:left w:w="50" w:type="dxa"/>
              <w:bottom w:w="20" w:type="dxa"/>
              <w:right w:w="50" w:type="dxa"/>
            </w:tcMar>
          </w:tcPr>
          <w:p w14:paraId="0E3C7A17" w14:textId="77777777" w:rsidR="00292F36" w:rsidRDefault="00000000">
            <w:r>
              <w:rPr>
                <w:sz w:val="12"/>
              </w:rPr>
              <w:t>0</w:t>
            </w:r>
          </w:p>
        </w:tc>
        <w:tc>
          <w:tcPr>
            <w:tcW w:w="564" w:type="dxa"/>
            <w:tcMar>
              <w:top w:w="20" w:type="dxa"/>
              <w:left w:w="50" w:type="dxa"/>
              <w:bottom w:w="20" w:type="dxa"/>
              <w:right w:w="50" w:type="dxa"/>
            </w:tcMar>
          </w:tcPr>
          <w:p w14:paraId="4124859E" w14:textId="77777777" w:rsidR="00292F36" w:rsidRDefault="00000000">
            <w:r>
              <w:rPr>
                <w:sz w:val="12"/>
              </w:rPr>
              <w:t>0.02702703</w:t>
            </w:r>
          </w:p>
        </w:tc>
        <w:tc>
          <w:tcPr>
            <w:tcW w:w="564" w:type="dxa"/>
            <w:tcMar>
              <w:top w:w="20" w:type="dxa"/>
              <w:left w:w="50" w:type="dxa"/>
              <w:bottom w:w="20" w:type="dxa"/>
              <w:right w:w="50" w:type="dxa"/>
            </w:tcMar>
          </w:tcPr>
          <w:p w14:paraId="3126E042" w14:textId="77777777" w:rsidR="00292F36" w:rsidRDefault="00000000">
            <w:r>
              <w:rPr>
                <w:sz w:val="12"/>
              </w:rPr>
              <w:t>0.27027027</w:t>
            </w:r>
          </w:p>
        </w:tc>
        <w:tc>
          <w:tcPr>
            <w:tcW w:w="564" w:type="dxa"/>
            <w:tcMar>
              <w:top w:w="20" w:type="dxa"/>
              <w:left w:w="50" w:type="dxa"/>
              <w:bottom w:w="20" w:type="dxa"/>
              <w:right w:w="50" w:type="dxa"/>
            </w:tcMar>
          </w:tcPr>
          <w:p w14:paraId="3B75FFFF" w14:textId="77777777" w:rsidR="00292F36" w:rsidRDefault="00000000">
            <w:r>
              <w:rPr>
                <w:sz w:val="12"/>
              </w:rPr>
              <w:t>0.05405405</w:t>
            </w:r>
          </w:p>
        </w:tc>
        <w:tc>
          <w:tcPr>
            <w:tcW w:w="564" w:type="dxa"/>
            <w:tcMar>
              <w:top w:w="20" w:type="dxa"/>
              <w:left w:w="50" w:type="dxa"/>
              <w:bottom w:w="20" w:type="dxa"/>
              <w:right w:w="50" w:type="dxa"/>
            </w:tcMar>
          </w:tcPr>
          <w:p w14:paraId="38EAA012" w14:textId="77777777" w:rsidR="00292F36" w:rsidRDefault="00000000">
            <w:r>
              <w:rPr>
                <w:sz w:val="12"/>
              </w:rPr>
              <w:t>0.05405405</w:t>
            </w:r>
          </w:p>
        </w:tc>
        <w:tc>
          <w:tcPr>
            <w:tcW w:w="564" w:type="dxa"/>
            <w:tcMar>
              <w:top w:w="20" w:type="dxa"/>
              <w:left w:w="50" w:type="dxa"/>
              <w:bottom w:w="20" w:type="dxa"/>
              <w:right w:w="50" w:type="dxa"/>
            </w:tcMar>
          </w:tcPr>
          <w:p w14:paraId="1C0BA27D" w14:textId="77777777" w:rsidR="00292F36" w:rsidRDefault="00000000">
            <w:r>
              <w:rPr>
                <w:sz w:val="12"/>
              </w:rPr>
              <w:t>0.59459459</w:t>
            </w:r>
          </w:p>
        </w:tc>
        <w:tc>
          <w:tcPr>
            <w:tcW w:w="564" w:type="dxa"/>
            <w:tcMar>
              <w:top w:w="20" w:type="dxa"/>
              <w:left w:w="50" w:type="dxa"/>
              <w:bottom w:w="20" w:type="dxa"/>
              <w:right w:w="50" w:type="dxa"/>
            </w:tcMar>
          </w:tcPr>
          <w:p w14:paraId="056567FC" w14:textId="77777777" w:rsidR="00292F36" w:rsidRDefault="00000000">
            <w:r>
              <w:rPr>
                <w:sz w:val="12"/>
              </w:rPr>
              <w:t>0</w:t>
            </w:r>
          </w:p>
        </w:tc>
      </w:tr>
      <w:tr w:rsidR="00292F36" w14:paraId="6CE69BB6" w14:textId="77777777">
        <w:tc>
          <w:tcPr>
            <w:tcW w:w="564" w:type="dxa"/>
            <w:tcMar>
              <w:top w:w="20" w:type="dxa"/>
              <w:left w:w="50" w:type="dxa"/>
              <w:bottom w:w="20" w:type="dxa"/>
              <w:right w:w="50" w:type="dxa"/>
            </w:tcMar>
          </w:tcPr>
          <w:p w14:paraId="6DAD06BA" w14:textId="77777777" w:rsidR="00292F36" w:rsidRDefault="00000000">
            <w:r>
              <w:rPr>
                <w:sz w:val="12"/>
              </w:rPr>
              <w:t>2019_gavilanes_gavilanes_mid_1</w:t>
            </w:r>
          </w:p>
        </w:tc>
        <w:tc>
          <w:tcPr>
            <w:tcW w:w="564" w:type="dxa"/>
            <w:tcMar>
              <w:top w:w="20" w:type="dxa"/>
              <w:left w:w="50" w:type="dxa"/>
              <w:bottom w:w="20" w:type="dxa"/>
              <w:right w:w="50" w:type="dxa"/>
            </w:tcMar>
          </w:tcPr>
          <w:p w14:paraId="21E8042F" w14:textId="77777777" w:rsidR="00292F36" w:rsidRDefault="00000000">
            <w:r>
              <w:rPr>
                <w:sz w:val="12"/>
              </w:rPr>
              <w:t>-0.1405013</w:t>
            </w:r>
          </w:p>
        </w:tc>
        <w:tc>
          <w:tcPr>
            <w:tcW w:w="564" w:type="dxa"/>
            <w:tcMar>
              <w:top w:w="20" w:type="dxa"/>
              <w:left w:w="50" w:type="dxa"/>
              <w:bottom w:w="20" w:type="dxa"/>
              <w:right w:w="50" w:type="dxa"/>
            </w:tcMar>
          </w:tcPr>
          <w:p w14:paraId="5CF5473B" w14:textId="77777777" w:rsidR="00292F36" w:rsidRDefault="00000000">
            <w:r>
              <w:rPr>
                <w:sz w:val="12"/>
              </w:rPr>
              <w:t>-0.1977433</w:t>
            </w:r>
          </w:p>
        </w:tc>
        <w:tc>
          <w:tcPr>
            <w:tcW w:w="564" w:type="dxa"/>
            <w:tcMar>
              <w:top w:w="20" w:type="dxa"/>
              <w:left w:w="50" w:type="dxa"/>
              <w:bottom w:w="20" w:type="dxa"/>
              <w:right w:w="50" w:type="dxa"/>
            </w:tcMar>
          </w:tcPr>
          <w:p w14:paraId="48BA7933" w14:textId="77777777" w:rsidR="00292F36" w:rsidRDefault="00000000">
            <w:r>
              <w:rPr>
                <w:sz w:val="12"/>
              </w:rPr>
              <w:t>2019</w:t>
            </w:r>
          </w:p>
        </w:tc>
        <w:tc>
          <w:tcPr>
            <w:tcW w:w="564" w:type="dxa"/>
            <w:tcMar>
              <w:top w:w="20" w:type="dxa"/>
              <w:left w:w="50" w:type="dxa"/>
              <w:bottom w:w="20" w:type="dxa"/>
              <w:right w:w="50" w:type="dxa"/>
            </w:tcMar>
          </w:tcPr>
          <w:p w14:paraId="34C88068" w14:textId="77777777" w:rsidR="00292F36" w:rsidRDefault="00000000">
            <w:r>
              <w:rPr>
                <w:sz w:val="12"/>
              </w:rPr>
              <w:t>punta_eugenia</w:t>
            </w:r>
          </w:p>
        </w:tc>
        <w:tc>
          <w:tcPr>
            <w:tcW w:w="564" w:type="dxa"/>
            <w:tcMar>
              <w:top w:w="20" w:type="dxa"/>
              <w:left w:w="50" w:type="dxa"/>
              <w:bottom w:w="20" w:type="dxa"/>
              <w:right w:w="50" w:type="dxa"/>
            </w:tcMar>
          </w:tcPr>
          <w:p w14:paraId="0AF2D852" w14:textId="77777777" w:rsidR="00292F36" w:rsidRDefault="00000000">
            <w:r>
              <w:rPr>
                <w:sz w:val="12"/>
              </w:rPr>
              <w:t>South</w:t>
            </w:r>
          </w:p>
        </w:tc>
        <w:tc>
          <w:tcPr>
            <w:tcW w:w="564" w:type="dxa"/>
            <w:tcMar>
              <w:top w:w="20" w:type="dxa"/>
              <w:left w:w="50" w:type="dxa"/>
              <w:bottom w:w="20" w:type="dxa"/>
              <w:right w:w="50" w:type="dxa"/>
            </w:tcMar>
          </w:tcPr>
          <w:p w14:paraId="216180A8" w14:textId="77777777" w:rsidR="00292F36" w:rsidRDefault="00000000">
            <w:r>
              <w:rPr>
                <w:sz w:val="12"/>
              </w:rPr>
              <w:t>gavilanes</w:t>
            </w:r>
          </w:p>
        </w:tc>
        <w:tc>
          <w:tcPr>
            <w:tcW w:w="564" w:type="dxa"/>
            <w:tcMar>
              <w:top w:w="20" w:type="dxa"/>
              <w:left w:w="50" w:type="dxa"/>
              <w:bottom w:w="20" w:type="dxa"/>
              <w:right w:w="50" w:type="dxa"/>
            </w:tcMar>
          </w:tcPr>
          <w:p w14:paraId="34916FB8" w14:textId="77777777" w:rsidR="00292F36" w:rsidRDefault="00000000">
            <w:r>
              <w:rPr>
                <w:sz w:val="12"/>
              </w:rPr>
              <w:t>gavilanes_mid</w:t>
            </w:r>
          </w:p>
        </w:tc>
        <w:tc>
          <w:tcPr>
            <w:tcW w:w="564" w:type="dxa"/>
            <w:tcMar>
              <w:top w:w="20" w:type="dxa"/>
              <w:left w:w="50" w:type="dxa"/>
              <w:bottom w:w="20" w:type="dxa"/>
              <w:right w:w="50" w:type="dxa"/>
            </w:tcMar>
          </w:tcPr>
          <w:p w14:paraId="4A77B2A5" w14:textId="77777777" w:rsidR="00292F36" w:rsidRDefault="00000000">
            <w:r>
              <w:rPr>
                <w:sz w:val="12"/>
              </w:rPr>
              <w:t>12</w:t>
            </w:r>
          </w:p>
        </w:tc>
        <w:tc>
          <w:tcPr>
            <w:tcW w:w="564" w:type="dxa"/>
            <w:tcMar>
              <w:top w:w="20" w:type="dxa"/>
              <w:left w:w="50" w:type="dxa"/>
              <w:bottom w:w="20" w:type="dxa"/>
              <w:right w:w="50" w:type="dxa"/>
            </w:tcMar>
          </w:tcPr>
          <w:p w14:paraId="6D0D44BF" w14:textId="77777777" w:rsidR="00292F36" w:rsidRDefault="00000000">
            <w:r>
              <w:rPr>
                <w:sz w:val="12"/>
              </w:rPr>
              <w:t>19.8299999</w:t>
            </w:r>
          </w:p>
        </w:tc>
        <w:tc>
          <w:tcPr>
            <w:tcW w:w="564" w:type="dxa"/>
            <w:tcMar>
              <w:top w:w="20" w:type="dxa"/>
              <w:left w:w="50" w:type="dxa"/>
              <w:bottom w:w="20" w:type="dxa"/>
              <w:right w:w="50" w:type="dxa"/>
            </w:tcMar>
          </w:tcPr>
          <w:p w14:paraId="3113474D" w14:textId="77777777" w:rsidR="00292F36" w:rsidRDefault="00000000">
            <w:r>
              <w:rPr>
                <w:sz w:val="12"/>
              </w:rPr>
              <w:t>3.66945235</w:t>
            </w:r>
          </w:p>
        </w:tc>
        <w:tc>
          <w:tcPr>
            <w:tcW w:w="564" w:type="dxa"/>
            <w:tcMar>
              <w:top w:w="20" w:type="dxa"/>
              <w:left w:w="50" w:type="dxa"/>
              <w:bottom w:w="20" w:type="dxa"/>
              <w:right w:w="50" w:type="dxa"/>
            </w:tcMar>
          </w:tcPr>
          <w:p w14:paraId="4BA32ED0" w14:textId="77777777" w:rsidR="00292F36" w:rsidRDefault="00000000">
            <w:r>
              <w:rPr>
                <w:sz w:val="12"/>
              </w:rPr>
              <w:t>0.61935484</w:t>
            </w:r>
          </w:p>
        </w:tc>
        <w:tc>
          <w:tcPr>
            <w:tcW w:w="564" w:type="dxa"/>
            <w:tcMar>
              <w:top w:w="20" w:type="dxa"/>
              <w:left w:w="50" w:type="dxa"/>
              <w:bottom w:w="20" w:type="dxa"/>
              <w:right w:w="50" w:type="dxa"/>
            </w:tcMar>
          </w:tcPr>
          <w:p w14:paraId="4E47B33C" w14:textId="77777777" w:rsidR="00292F36" w:rsidRDefault="00000000">
            <w:r>
              <w:rPr>
                <w:sz w:val="12"/>
              </w:rPr>
              <w:t>0.19354839</w:t>
            </w:r>
          </w:p>
        </w:tc>
        <w:tc>
          <w:tcPr>
            <w:tcW w:w="564" w:type="dxa"/>
            <w:tcMar>
              <w:top w:w="20" w:type="dxa"/>
              <w:left w:w="50" w:type="dxa"/>
              <w:bottom w:w="20" w:type="dxa"/>
              <w:right w:w="50" w:type="dxa"/>
            </w:tcMar>
          </w:tcPr>
          <w:p w14:paraId="2FB3DE30" w14:textId="77777777" w:rsidR="00292F36" w:rsidRDefault="00000000">
            <w:r>
              <w:rPr>
                <w:sz w:val="12"/>
              </w:rPr>
              <w:t>0.13548387</w:t>
            </w:r>
          </w:p>
        </w:tc>
        <w:tc>
          <w:tcPr>
            <w:tcW w:w="564" w:type="dxa"/>
            <w:tcMar>
              <w:top w:w="20" w:type="dxa"/>
              <w:left w:w="50" w:type="dxa"/>
              <w:bottom w:w="20" w:type="dxa"/>
              <w:right w:w="50" w:type="dxa"/>
            </w:tcMar>
          </w:tcPr>
          <w:p w14:paraId="225FA5AA" w14:textId="77777777" w:rsidR="00292F36" w:rsidRDefault="00000000">
            <w:r>
              <w:rPr>
                <w:sz w:val="12"/>
              </w:rPr>
              <w:t>0.0516129</w:t>
            </w:r>
          </w:p>
        </w:tc>
        <w:tc>
          <w:tcPr>
            <w:tcW w:w="564" w:type="dxa"/>
            <w:tcMar>
              <w:top w:w="20" w:type="dxa"/>
              <w:left w:w="50" w:type="dxa"/>
              <w:bottom w:w="20" w:type="dxa"/>
              <w:right w:w="50" w:type="dxa"/>
            </w:tcMar>
          </w:tcPr>
          <w:p w14:paraId="4A633683" w14:textId="77777777" w:rsidR="00292F36" w:rsidRDefault="00000000">
            <w:r>
              <w:rPr>
                <w:sz w:val="12"/>
              </w:rPr>
              <w:t>0</w:t>
            </w:r>
          </w:p>
        </w:tc>
        <w:tc>
          <w:tcPr>
            <w:tcW w:w="564" w:type="dxa"/>
            <w:tcMar>
              <w:top w:w="20" w:type="dxa"/>
              <w:left w:w="50" w:type="dxa"/>
              <w:bottom w:w="20" w:type="dxa"/>
              <w:right w:w="50" w:type="dxa"/>
            </w:tcMar>
          </w:tcPr>
          <w:p w14:paraId="5B2F0B91" w14:textId="77777777" w:rsidR="00292F36" w:rsidRDefault="00000000">
            <w:r>
              <w:rPr>
                <w:sz w:val="12"/>
              </w:rPr>
              <w:t>0</w:t>
            </w:r>
          </w:p>
        </w:tc>
        <w:tc>
          <w:tcPr>
            <w:tcW w:w="564" w:type="dxa"/>
            <w:tcMar>
              <w:top w:w="20" w:type="dxa"/>
              <w:left w:w="50" w:type="dxa"/>
              <w:bottom w:w="20" w:type="dxa"/>
              <w:right w:w="50" w:type="dxa"/>
            </w:tcMar>
          </w:tcPr>
          <w:p w14:paraId="36DB9A8F" w14:textId="77777777" w:rsidR="00292F36" w:rsidRDefault="00000000">
            <w:r>
              <w:rPr>
                <w:sz w:val="12"/>
              </w:rPr>
              <w:t>0</w:t>
            </w:r>
          </w:p>
        </w:tc>
        <w:tc>
          <w:tcPr>
            <w:tcW w:w="564" w:type="dxa"/>
            <w:tcMar>
              <w:top w:w="20" w:type="dxa"/>
              <w:left w:w="50" w:type="dxa"/>
              <w:bottom w:w="20" w:type="dxa"/>
              <w:right w:w="50" w:type="dxa"/>
            </w:tcMar>
          </w:tcPr>
          <w:p w14:paraId="21C53478" w14:textId="77777777" w:rsidR="00292F36" w:rsidRDefault="00000000">
            <w:r>
              <w:rPr>
                <w:sz w:val="12"/>
              </w:rPr>
              <w:t>0</w:t>
            </w:r>
          </w:p>
        </w:tc>
        <w:tc>
          <w:tcPr>
            <w:tcW w:w="564" w:type="dxa"/>
            <w:tcMar>
              <w:top w:w="20" w:type="dxa"/>
              <w:left w:w="50" w:type="dxa"/>
              <w:bottom w:w="20" w:type="dxa"/>
              <w:right w:w="50" w:type="dxa"/>
            </w:tcMar>
          </w:tcPr>
          <w:p w14:paraId="257AB53D" w14:textId="77777777" w:rsidR="00292F36" w:rsidRDefault="00000000">
            <w:r>
              <w:rPr>
                <w:sz w:val="12"/>
              </w:rPr>
              <w:t>0.15384615</w:t>
            </w:r>
          </w:p>
        </w:tc>
        <w:tc>
          <w:tcPr>
            <w:tcW w:w="564" w:type="dxa"/>
            <w:tcMar>
              <w:top w:w="20" w:type="dxa"/>
              <w:left w:w="50" w:type="dxa"/>
              <w:bottom w:w="20" w:type="dxa"/>
              <w:right w:w="50" w:type="dxa"/>
            </w:tcMar>
          </w:tcPr>
          <w:p w14:paraId="6F87B03C" w14:textId="77777777" w:rsidR="00292F36" w:rsidRDefault="00000000">
            <w:r>
              <w:rPr>
                <w:sz w:val="12"/>
              </w:rPr>
              <w:t>0.76923077</w:t>
            </w:r>
          </w:p>
        </w:tc>
        <w:tc>
          <w:tcPr>
            <w:tcW w:w="564" w:type="dxa"/>
            <w:tcMar>
              <w:top w:w="20" w:type="dxa"/>
              <w:left w:w="50" w:type="dxa"/>
              <w:bottom w:w="20" w:type="dxa"/>
              <w:right w:w="50" w:type="dxa"/>
            </w:tcMar>
          </w:tcPr>
          <w:p w14:paraId="4380EE26" w14:textId="77777777" w:rsidR="00292F36" w:rsidRDefault="00000000">
            <w:r>
              <w:rPr>
                <w:sz w:val="12"/>
              </w:rPr>
              <w:t>0.07692308</w:t>
            </w:r>
          </w:p>
        </w:tc>
        <w:tc>
          <w:tcPr>
            <w:tcW w:w="564" w:type="dxa"/>
            <w:tcMar>
              <w:top w:w="20" w:type="dxa"/>
              <w:left w:w="50" w:type="dxa"/>
              <w:bottom w:w="20" w:type="dxa"/>
              <w:right w:w="50" w:type="dxa"/>
            </w:tcMar>
          </w:tcPr>
          <w:p w14:paraId="443D077D" w14:textId="77777777" w:rsidR="00292F36" w:rsidRDefault="00000000">
            <w:r>
              <w:rPr>
                <w:sz w:val="12"/>
              </w:rPr>
              <w:t>0</w:t>
            </w:r>
          </w:p>
        </w:tc>
        <w:tc>
          <w:tcPr>
            <w:tcW w:w="564" w:type="dxa"/>
            <w:tcMar>
              <w:top w:w="20" w:type="dxa"/>
              <w:left w:w="50" w:type="dxa"/>
              <w:bottom w:w="20" w:type="dxa"/>
              <w:right w:w="50" w:type="dxa"/>
            </w:tcMar>
          </w:tcPr>
          <w:p w14:paraId="74551E86" w14:textId="77777777" w:rsidR="00292F36" w:rsidRDefault="00000000">
            <w:r>
              <w:rPr>
                <w:sz w:val="12"/>
              </w:rPr>
              <w:t>0</w:t>
            </w:r>
          </w:p>
        </w:tc>
        <w:tc>
          <w:tcPr>
            <w:tcW w:w="564" w:type="dxa"/>
            <w:tcMar>
              <w:top w:w="20" w:type="dxa"/>
              <w:left w:w="50" w:type="dxa"/>
              <w:bottom w:w="20" w:type="dxa"/>
              <w:right w:w="50" w:type="dxa"/>
            </w:tcMar>
          </w:tcPr>
          <w:p w14:paraId="0080EBE7" w14:textId="77777777" w:rsidR="00292F36" w:rsidRDefault="00000000">
            <w:r>
              <w:rPr>
                <w:sz w:val="12"/>
              </w:rPr>
              <w:t>0</w:t>
            </w:r>
          </w:p>
        </w:tc>
      </w:tr>
      <w:tr w:rsidR="00292F36" w14:paraId="6FCB6C69" w14:textId="77777777">
        <w:tc>
          <w:tcPr>
            <w:tcW w:w="564" w:type="dxa"/>
            <w:tcMar>
              <w:top w:w="20" w:type="dxa"/>
              <w:left w:w="50" w:type="dxa"/>
              <w:bottom w:w="20" w:type="dxa"/>
              <w:right w:w="50" w:type="dxa"/>
            </w:tcMar>
          </w:tcPr>
          <w:p w14:paraId="65F0880E" w14:textId="77777777" w:rsidR="00292F36" w:rsidRDefault="00000000">
            <w:r>
              <w:rPr>
                <w:sz w:val="12"/>
              </w:rPr>
              <w:t>2019_gavilanes_gavilanes_mid_2</w:t>
            </w:r>
          </w:p>
        </w:tc>
        <w:tc>
          <w:tcPr>
            <w:tcW w:w="564" w:type="dxa"/>
            <w:tcMar>
              <w:top w:w="20" w:type="dxa"/>
              <w:left w:w="50" w:type="dxa"/>
              <w:bottom w:w="20" w:type="dxa"/>
              <w:right w:w="50" w:type="dxa"/>
            </w:tcMar>
          </w:tcPr>
          <w:p w14:paraId="57A07EE4" w14:textId="77777777" w:rsidR="00292F36" w:rsidRDefault="00000000">
            <w:r>
              <w:rPr>
                <w:sz w:val="12"/>
              </w:rPr>
              <w:t>-0.2487962</w:t>
            </w:r>
          </w:p>
        </w:tc>
        <w:tc>
          <w:tcPr>
            <w:tcW w:w="564" w:type="dxa"/>
            <w:tcMar>
              <w:top w:w="20" w:type="dxa"/>
              <w:left w:w="50" w:type="dxa"/>
              <w:bottom w:w="20" w:type="dxa"/>
              <w:right w:w="50" w:type="dxa"/>
            </w:tcMar>
          </w:tcPr>
          <w:p w14:paraId="4330C9B1" w14:textId="77777777" w:rsidR="00292F36" w:rsidRDefault="00000000">
            <w:r>
              <w:rPr>
                <w:sz w:val="12"/>
              </w:rPr>
              <w:t>-0.1906547</w:t>
            </w:r>
          </w:p>
        </w:tc>
        <w:tc>
          <w:tcPr>
            <w:tcW w:w="564" w:type="dxa"/>
            <w:tcMar>
              <w:top w:w="20" w:type="dxa"/>
              <w:left w:w="50" w:type="dxa"/>
              <w:bottom w:w="20" w:type="dxa"/>
              <w:right w:w="50" w:type="dxa"/>
            </w:tcMar>
          </w:tcPr>
          <w:p w14:paraId="41B67579" w14:textId="77777777" w:rsidR="00292F36" w:rsidRDefault="00000000">
            <w:r>
              <w:rPr>
                <w:sz w:val="12"/>
              </w:rPr>
              <w:t>2019</w:t>
            </w:r>
          </w:p>
        </w:tc>
        <w:tc>
          <w:tcPr>
            <w:tcW w:w="564" w:type="dxa"/>
            <w:tcMar>
              <w:top w:w="20" w:type="dxa"/>
              <w:left w:w="50" w:type="dxa"/>
              <w:bottom w:w="20" w:type="dxa"/>
              <w:right w:w="50" w:type="dxa"/>
            </w:tcMar>
          </w:tcPr>
          <w:p w14:paraId="0FC58B8F" w14:textId="77777777" w:rsidR="00292F36" w:rsidRDefault="00000000">
            <w:r>
              <w:rPr>
                <w:sz w:val="12"/>
              </w:rPr>
              <w:t>punta_eugenia</w:t>
            </w:r>
          </w:p>
        </w:tc>
        <w:tc>
          <w:tcPr>
            <w:tcW w:w="564" w:type="dxa"/>
            <w:tcMar>
              <w:top w:w="20" w:type="dxa"/>
              <w:left w:w="50" w:type="dxa"/>
              <w:bottom w:w="20" w:type="dxa"/>
              <w:right w:w="50" w:type="dxa"/>
            </w:tcMar>
          </w:tcPr>
          <w:p w14:paraId="2887B64E" w14:textId="77777777" w:rsidR="00292F36" w:rsidRDefault="00000000">
            <w:r>
              <w:rPr>
                <w:sz w:val="12"/>
              </w:rPr>
              <w:t>South</w:t>
            </w:r>
          </w:p>
        </w:tc>
        <w:tc>
          <w:tcPr>
            <w:tcW w:w="564" w:type="dxa"/>
            <w:tcMar>
              <w:top w:w="20" w:type="dxa"/>
              <w:left w:w="50" w:type="dxa"/>
              <w:bottom w:w="20" w:type="dxa"/>
              <w:right w:w="50" w:type="dxa"/>
            </w:tcMar>
          </w:tcPr>
          <w:p w14:paraId="7969A181" w14:textId="77777777" w:rsidR="00292F36" w:rsidRDefault="00000000">
            <w:r>
              <w:rPr>
                <w:sz w:val="12"/>
              </w:rPr>
              <w:t>gavilanes</w:t>
            </w:r>
          </w:p>
        </w:tc>
        <w:tc>
          <w:tcPr>
            <w:tcW w:w="564" w:type="dxa"/>
            <w:tcMar>
              <w:top w:w="20" w:type="dxa"/>
              <w:left w:w="50" w:type="dxa"/>
              <w:bottom w:w="20" w:type="dxa"/>
              <w:right w:w="50" w:type="dxa"/>
            </w:tcMar>
          </w:tcPr>
          <w:p w14:paraId="6465C387" w14:textId="77777777" w:rsidR="00292F36" w:rsidRDefault="00000000">
            <w:r>
              <w:rPr>
                <w:sz w:val="12"/>
              </w:rPr>
              <w:t>gavilanes_mid</w:t>
            </w:r>
          </w:p>
        </w:tc>
        <w:tc>
          <w:tcPr>
            <w:tcW w:w="564" w:type="dxa"/>
            <w:tcMar>
              <w:top w:w="20" w:type="dxa"/>
              <w:left w:w="50" w:type="dxa"/>
              <w:bottom w:w="20" w:type="dxa"/>
              <w:right w:w="50" w:type="dxa"/>
            </w:tcMar>
          </w:tcPr>
          <w:p w14:paraId="2F0B0103" w14:textId="77777777" w:rsidR="00292F36" w:rsidRDefault="00000000">
            <w:r>
              <w:rPr>
                <w:sz w:val="12"/>
              </w:rPr>
              <w:t>12</w:t>
            </w:r>
          </w:p>
        </w:tc>
        <w:tc>
          <w:tcPr>
            <w:tcW w:w="564" w:type="dxa"/>
            <w:tcMar>
              <w:top w:w="20" w:type="dxa"/>
              <w:left w:w="50" w:type="dxa"/>
              <w:bottom w:w="20" w:type="dxa"/>
              <w:right w:w="50" w:type="dxa"/>
            </w:tcMar>
          </w:tcPr>
          <w:p w14:paraId="5432AA4D" w14:textId="77777777" w:rsidR="00292F36" w:rsidRDefault="00000000">
            <w:r>
              <w:rPr>
                <w:sz w:val="12"/>
              </w:rPr>
              <w:t>19.8299999</w:t>
            </w:r>
          </w:p>
        </w:tc>
        <w:tc>
          <w:tcPr>
            <w:tcW w:w="564" w:type="dxa"/>
            <w:tcMar>
              <w:top w:w="20" w:type="dxa"/>
              <w:left w:w="50" w:type="dxa"/>
              <w:bottom w:w="20" w:type="dxa"/>
              <w:right w:w="50" w:type="dxa"/>
            </w:tcMar>
          </w:tcPr>
          <w:p w14:paraId="36BC407D" w14:textId="77777777" w:rsidR="00292F36" w:rsidRDefault="00000000">
            <w:r>
              <w:rPr>
                <w:sz w:val="12"/>
              </w:rPr>
              <w:t>3.66945235</w:t>
            </w:r>
          </w:p>
        </w:tc>
        <w:tc>
          <w:tcPr>
            <w:tcW w:w="564" w:type="dxa"/>
            <w:tcMar>
              <w:top w:w="20" w:type="dxa"/>
              <w:left w:w="50" w:type="dxa"/>
              <w:bottom w:w="20" w:type="dxa"/>
              <w:right w:w="50" w:type="dxa"/>
            </w:tcMar>
          </w:tcPr>
          <w:p w14:paraId="6F02C031" w14:textId="77777777" w:rsidR="00292F36" w:rsidRDefault="00000000">
            <w:r>
              <w:rPr>
                <w:sz w:val="12"/>
              </w:rPr>
              <w:t>0.65666667</w:t>
            </w:r>
          </w:p>
        </w:tc>
        <w:tc>
          <w:tcPr>
            <w:tcW w:w="564" w:type="dxa"/>
            <w:tcMar>
              <w:top w:w="20" w:type="dxa"/>
              <w:left w:w="50" w:type="dxa"/>
              <w:bottom w:w="20" w:type="dxa"/>
              <w:right w:w="50" w:type="dxa"/>
            </w:tcMar>
          </w:tcPr>
          <w:p w14:paraId="57940E43" w14:textId="77777777" w:rsidR="00292F36" w:rsidRDefault="00000000">
            <w:r>
              <w:rPr>
                <w:sz w:val="12"/>
              </w:rPr>
              <w:t>0.20666667</w:t>
            </w:r>
          </w:p>
        </w:tc>
        <w:tc>
          <w:tcPr>
            <w:tcW w:w="564" w:type="dxa"/>
            <w:tcMar>
              <w:top w:w="20" w:type="dxa"/>
              <w:left w:w="50" w:type="dxa"/>
              <w:bottom w:w="20" w:type="dxa"/>
              <w:right w:w="50" w:type="dxa"/>
            </w:tcMar>
          </w:tcPr>
          <w:p w14:paraId="65F400EC" w14:textId="77777777" w:rsidR="00292F36" w:rsidRDefault="00000000">
            <w:r>
              <w:rPr>
                <w:sz w:val="12"/>
              </w:rPr>
              <w:t>0.04</w:t>
            </w:r>
          </w:p>
        </w:tc>
        <w:tc>
          <w:tcPr>
            <w:tcW w:w="564" w:type="dxa"/>
            <w:tcMar>
              <w:top w:w="20" w:type="dxa"/>
              <w:left w:w="50" w:type="dxa"/>
              <w:bottom w:w="20" w:type="dxa"/>
              <w:right w:w="50" w:type="dxa"/>
            </w:tcMar>
          </w:tcPr>
          <w:p w14:paraId="5CD43CBE" w14:textId="77777777" w:rsidR="00292F36" w:rsidRDefault="00000000">
            <w:r>
              <w:rPr>
                <w:sz w:val="12"/>
              </w:rPr>
              <w:t>0.09666667</w:t>
            </w:r>
          </w:p>
        </w:tc>
        <w:tc>
          <w:tcPr>
            <w:tcW w:w="564" w:type="dxa"/>
            <w:tcMar>
              <w:top w:w="20" w:type="dxa"/>
              <w:left w:w="50" w:type="dxa"/>
              <w:bottom w:w="20" w:type="dxa"/>
              <w:right w:w="50" w:type="dxa"/>
            </w:tcMar>
          </w:tcPr>
          <w:p w14:paraId="552B2B26" w14:textId="77777777" w:rsidR="00292F36" w:rsidRDefault="00000000">
            <w:r>
              <w:rPr>
                <w:sz w:val="12"/>
              </w:rPr>
              <w:t>0</w:t>
            </w:r>
          </w:p>
        </w:tc>
        <w:tc>
          <w:tcPr>
            <w:tcW w:w="564" w:type="dxa"/>
            <w:tcMar>
              <w:top w:w="20" w:type="dxa"/>
              <w:left w:w="50" w:type="dxa"/>
              <w:bottom w:w="20" w:type="dxa"/>
              <w:right w:w="50" w:type="dxa"/>
            </w:tcMar>
          </w:tcPr>
          <w:p w14:paraId="742340BF" w14:textId="77777777" w:rsidR="00292F36" w:rsidRDefault="00000000">
            <w:r>
              <w:rPr>
                <w:sz w:val="12"/>
              </w:rPr>
              <w:t>0</w:t>
            </w:r>
          </w:p>
        </w:tc>
        <w:tc>
          <w:tcPr>
            <w:tcW w:w="564" w:type="dxa"/>
            <w:tcMar>
              <w:top w:w="20" w:type="dxa"/>
              <w:left w:w="50" w:type="dxa"/>
              <w:bottom w:w="20" w:type="dxa"/>
              <w:right w:w="50" w:type="dxa"/>
            </w:tcMar>
          </w:tcPr>
          <w:p w14:paraId="0777C777" w14:textId="77777777" w:rsidR="00292F36" w:rsidRDefault="00000000">
            <w:r>
              <w:rPr>
                <w:sz w:val="12"/>
              </w:rPr>
              <w:t>0</w:t>
            </w:r>
          </w:p>
        </w:tc>
        <w:tc>
          <w:tcPr>
            <w:tcW w:w="564" w:type="dxa"/>
            <w:tcMar>
              <w:top w:w="20" w:type="dxa"/>
              <w:left w:w="50" w:type="dxa"/>
              <w:bottom w:w="20" w:type="dxa"/>
              <w:right w:w="50" w:type="dxa"/>
            </w:tcMar>
          </w:tcPr>
          <w:p w14:paraId="192BDF3F" w14:textId="77777777" w:rsidR="00292F36" w:rsidRDefault="00000000">
            <w:r>
              <w:rPr>
                <w:sz w:val="12"/>
              </w:rPr>
              <w:t>0</w:t>
            </w:r>
          </w:p>
        </w:tc>
        <w:tc>
          <w:tcPr>
            <w:tcW w:w="564" w:type="dxa"/>
            <w:tcMar>
              <w:top w:w="20" w:type="dxa"/>
              <w:left w:w="50" w:type="dxa"/>
              <w:bottom w:w="20" w:type="dxa"/>
              <w:right w:w="50" w:type="dxa"/>
            </w:tcMar>
          </w:tcPr>
          <w:p w14:paraId="43204482" w14:textId="77777777" w:rsidR="00292F36" w:rsidRDefault="00000000">
            <w:r>
              <w:rPr>
                <w:sz w:val="12"/>
              </w:rPr>
              <w:t>0</w:t>
            </w:r>
          </w:p>
        </w:tc>
        <w:tc>
          <w:tcPr>
            <w:tcW w:w="564" w:type="dxa"/>
            <w:tcMar>
              <w:top w:w="20" w:type="dxa"/>
              <w:left w:w="50" w:type="dxa"/>
              <w:bottom w:w="20" w:type="dxa"/>
              <w:right w:w="50" w:type="dxa"/>
            </w:tcMar>
          </w:tcPr>
          <w:p w14:paraId="47F11A26" w14:textId="77777777" w:rsidR="00292F36" w:rsidRDefault="00000000">
            <w:r>
              <w:rPr>
                <w:sz w:val="12"/>
              </w:rPr>
              <w:t>0.5</w:t>
            </w:r>
          </w:p>
        </w:tc>
        <w:tc>
          <w:tcPr>
            <w:tcW w:w="564" w:type="dxa"/>
            <w:tcMar>
              <w:top w:w="20" w:type="dxa"/>
              <w:left w:w="50" w:type="dxa"/>
              <w:bottom w:w="20" w:type="dxa"/>
              <w:right w:w="50" w:type="dxa"/>
            </w:tcMar>
          </w:tcPr>
          <w:p w14:paraId="0785055D" w14:textId="77777777" w:rsidR="00292F36" w:rsidRDefault="00000000">
            <w:r>
              <w:rPr>
                <w:sz w:val="12"/>
              </w:rPr>
              <w:t>0.08333333</w:t>
            </w:r>
          </w:p>
        </w:tc>
        <w:tc>
          <w:tcPr>
            <w:tcW w:w="564" w:type="dxa"/>
            <w:tcMar>
              <w:top w:w="20" w:type="dxa"/>
              <w:left w:w="50" w:type="dxa"/>
              <w:bottom w:w="20" w:type="dxa"/>
              <w:right w:w="50" w:type="dxa"/>
            </w:tcMar>
          </w:tcPr>
          <w:p w14:paraId="152B874C" w14:textId="77777777" w:rsidR="00292F36" w:rsidRDefault="00000000">
            <w:r>
              <w:rPr>
                <w:sz w:val="12"/>
              </w:rPr>
              <w:t>0.16666667</w:t>
            </w:r>
          </w:p>
        </w:tc>
        <w:tc>
          <w:tcPr>
            <w:tcW w:w="564" w:type="dxa"/>
            <w:tcMar>
              <w:top w:w="20" w:type="dxa"/>
              <w:left w:w="50" w:type="dxa"/>
              <w:bottom w:w="20" w:type="dxa"/>
              <w:right w:w="50" w:type="dxa"/>
            </w:tcMar>
          </w:tcPr>
          <w:p w14:paraId="41F21F2A" w14:textId="77777777" w:rsidR="00292F36" w:rsidRDefault="00000000">
            <w:r>
              <w:rPr>
                <w:sz w:val="12"/>
              </w:rPr>
              <w:t>0.25</w:t>
            </w:r>
          </w:p>
        </w:tc>
        <w:tc>
          <w:tcPr>
            <w:tcW w:w="564" w:type="dxa"/>
            <w:tcMar>
              <w:top w:w="20" w:type="dxa"/>
              <w:left w:w="50" w:type="dxa"/>
              <w:bottom w:w="20" w:type="dxa"/>
              <w:right w:w="50" w:type="dxa"/>
            </w:tcMar>
          </w:tcPr>
          <w:p w14:paraId="00A25CB6" w14:textId="77777777" w:rsidR="00292F36" w:rsidRDefault="00000000">
            <w:r>
              <w:rPr>
                <w:sz w:val="12"/>
              </w:rPr>
              <w:t>0</w:t>
            </w:r>
          </w:p>
        </w:tc>
      </w:tr>
      <w:tr w:rsidR="00292F36" w14:paraId="16D2395D" w14:textId="77777777">
        <w:tc>
          <w:tcPr>
            <w:tcW w:w="564" w:type="dxa"/>
            <w:tcMar>
              <w:top w:w="20" w:type="dxa"/>
              <w:left w:w="50" w:type="dxa"/>
              <w:bottom w:w="20" w:type="dxa"/>
              <w:right w:w="50" w:type="dxa"/>
            </w:tcMar>
          </w:tcPr>
          <w:p w14:paraId="6A0ADE1F" w14:textId="77777777" w:rsidR="00292F36" w:rsidRDefault="00000000">
            <w:r>
              <w:rPr>
                <w:sz w:val="12"/>
              </w:rPr>
              <w:t>2019_gavilanes_gavilanes_shallow_</w:t>
            </w:r>
            <w:r>
              <w:rPr>
                <w:sz w:val="12"/>
              </w:rPr>
              <w:lastRenderedPageBreak/>
              <w:t>1</w:t>
            </w:r>
          </w:p>
        </w:tc>
        <w:tc>
          <w:tcPr>
            <w:tcW w:w="564" w:type="dxa"/>
            <w:tcMar>
              <w:top w:w="20" w:type="dxa"/>
              <w:left w:w="50" w:type="dxa"/>
              <w:bottom w:w="20" w:type="dxa"/>
              <w:right w:w="50" w:type="dxa"/>
            </w:tcMar>
          </w:tcPr>
          <w:p w14:paraId="3DF838BB" w14:textId="77777777" w:rsidR="00292F36" w:rsidRDefault="00000000">
            <w:r>
              <w:rPr>
                <w:sz w:val="12"/>
              </w:rPr>
              <w:lastRenderedPageBreak/>
              <w:t>-0.5980302</w:t>
            </w:r>
          </w:p>
        </w:tc>
        <w:tc>
          <w:tcPr>
            <w:tcW w:w="564" w:type="dxa"/>
            <w:tcMar>
              <w:top w:w="20" w:type="dxa"/>
              <w:left w:w="50" w:type="dxa"/>
              <w:bottom w:w="20" w:type="dxa"/>
              <w:right w:w="50" w:type="dxa"/>
            </w:tcMar>
          </w:tcPr>
          <w:p w14:paraId="76A5463B" w14:textId="77777777" w:rsidR="00292F36" w:rsidRDefault="00000000">
            <w:r>
              <w:rPr>
                <w:sz w:val="12"/>
              </w:rPr>
              <w:t>-0.1531856</w:t>
            </w:r>
          </w:p>
        </w:tc>
        <w:tc>
          <w:tcPr>
            <w:tcW w:w="564" w:type="dxa"/>
            <w:tcMar>
              <w:top w:w="20" w:type="dxa"/>
              <w:left w:w="50" w:type="dxa"/>
              <w:bottom w:w="20" w:type="dxa"/>
              <w:right w:w="50" w:type="dxa"/>
            </w:tcMar>
          </w:tcPr>
          <w:p w14:paraId="3D843FA4" w14:textId="77777777" w:rsidR="00292F36" w:rsidRDefault="00000000">
            <w:r>
              <w:rPr>
                <w:sz w:val="12"/>
              </w:rPr>
              <w:t>2019</w:t>
            </w:r>
          </w:p>
        </w:tc>
        <w:tc>
          <w:tcPr>
            <w:tcW w:w="564" w:type="dxa"/>
            <w:tcMar>
              <w:top w:w="20" w:type="dxa"/>
              <w:left w:w="50" w:type="dxa"/>
              <w:bottom w:w="20" w:type="dxa"/>
              <w:right w:w="50" w:type="dxa"/>
            </w:tcMar>
          </w:tcPr>
          <w:p w14:paraId="158A5A50" w14:textId="77777777" w:rsidR="00292F36" w:rsidRDefault="00000000">
            <w:r>
              <w:rPr>
                <w:sz w:val="12"/>
              </w:rPr>
              <w:t>punta_eugenia</w:t>
            </w:r>
          </w:p>
        </w:tc>
        <w:tc>
          <w:tcPr>
            <w:tcW w:w="564" w:type="dxa"/>
            <w:tcMar>
              <w:top w:w="20" w:type="dxa"/>
              <w:left w:w="50" w:type="dxa"/>
              <w:bottom w:w="20" w:type="dxa"/>
              <w:right w:w="50" w:type="dxa"/>
            </w:tcMar>
          </w:tcPr>
          <w:p w14:paraId="77B75978" w14:textId="77777777" w:rsidR="00292F36" w:rsidRDefault="00000000">
            <w:r>
              <w:rPr>
                <w:sz w:val="12"/>
              </w:rPr>
              <w:t>South</w:t>
            </w:r>
          </w:p>
        </w:tc>
        <w:tc>
          <w:tcPr>
            <w:tcW w:w="564" w:type="dxa"/>
            <w:tcMar>
              <w:top w:w="20" w:type="dxa"/>
              <w:left w:w="50" w:type="dxa"/>
              <w:bottom w:w="20" w:type="dxa"/>
              <w:right w:w="50" w:type="dxa"/>
            </w:tcMar>
          </w:tcPr>
          <w:p w14:paraId="4FF04974" w14:textId="77777777" w:rsidR="00292F36" w:rsidRDefault="00000000">
            <w:r>
              <w:rPr>
                <w:sz w:val="12"/>
              </w:rPr>
              <w:t>gavilanes</w:t>
            </w:r>
          </w:p>
        </w:tc>
        <w:tc>
          <w:tcPr>
            <w:tcW w:w="564" w:type="dxa"/>
            <w:tcMar>
              <w:top w:w="20" w:type="dxa"/>
              <w:left w:w="50" w:type="dxa"/>
              <w:bottom w:w="20" w:type="dxa"/>
              <w:right w:w="50" w:type="dxa"/>
            </w:tcMar>
          </w:tcPr>
          <w:p w14:paraId="503EC088" w14:textId="77777777" w:rsidR="00292F36" w:rsidRDefault="00000000">
            <w:r>
              <w:rPr>
                <w:sz w:val="12"/>
              </w:rPr>
              <w:t>gavilanes_shallow</w:t>
            </w:r>
          </w:p>
        </w:tc>
        <w:tc>
          <w:tcPr>
            <w:tcW w:w="564" w:type="dxa"/>
            <w:tcMar>
              <w:top w:w="20" w:type="dxa"/>
              <w:left w:w="50" w:type="dxa"/>
              <w:bottom w:w="20" w:type="dxa"/>
              <w:right w:w="50" w:type="dxa"/>
            </w:tcMar>
          </w:tcPr>
          <w:p w14:paraId="126CEFA2" w14:textId="77777777" w:rsidR="00292F36" w:rsidRDefault="00000000">
            <w:r>
              <w:rPr>
                <w:sz w:val="12"/>
              </w:rPr>
              <w:t>8</w:t>
            </w:r>
          </w:p>
        </w:tc>
        <w:tc>
          <w:tcPr>
            <w:tcW w:w="564" w:type="dxa"/>
            <w:tcMar>
              <w:top w:w="20" w:type="dxa"/>
              <w:left w:w="50" w:type="dxa"/>
              <w:bottom w:w="20" w:type="dxa"/>
              <w:right w:w="50" w:type="dxa"/>
            </w:tcMar>
          </w:tcPr>
          <w:p w14:paraId="7831E59A" w14:textId="77777777" w:rsidR="00292F36" w:rsidRDefault="00000000">
            <w:r>
              <w:rPr>
                <w:sz w:val="12"/>
              </w:rPr>
              <w:t>19.8299999</w:t>
            </w:r>
          </w:p>
        </w:tc>
        <w:tc>
          <w:tcPr>
            <w:tcW w:w="564" w:type="dxa"/>
            <w:tcMar>
              <w:top w:w="20" w:type="dxa"/>
              <w:left w:w="50" w:type="dxa"/>
              <w:bottom w:w="20" w:type="dxa"/>
              <w:right w:w="50" w:type="dxa"/>
            </w:tcMar>
          </w:tcPr>
          <w:p w14:paraId="2D42374A" w14:textId="77777777" w:rsidR="00292F36" w:rsidRDefault="00000000">
            <w:r>
              <w:rPr>
                <w:sz w:val="12"/>
              </w:rPr>
              <w:t>3.66945235</w:t>
            </w:r>
          </w:p>
        </w:tc>
        <w:tc>
          <w:tcPr>
            <w:tcW w:w="564" w:type="dxa"/>
            <w:tcMar>
              <w:top w:w="20" w:type="dxa"/>
              <w:left w:w="50" w:type="dxa"/>
              <w:bottom w:w="20" w:type="dxa"/>
              <w:right w:w="50" w:type="dxa"/>
            </w:tcMar>
          </w:tcPr>
          <w:p w14:paraId="604FCC66" w14:textId="77777777" w:rsidR="00292F36" w:rsidRDefault="00000000">
            <w:r>
              <w:rPr>
                <w:sz w:val="12"/>
              </w:rPr>
              <w:t>0.94444444</w:t>
            </w:r>
          </w:p>
        </w:tc>
        <w:tc>
          <w:tcPr>
            <w:tcW w:w="564" w:type="dxa"/>
            <w:tcMar>
              <w:top w:w="20" w:type="dxa"/>
              <w:left w:w="50" w:type="dxa"/>
              <w:bottom w:w="20" w:type="dxa"/>
              <w:right w:w="50" w:type="dxa"/>
            </w:tcMar>
          </w:tcPr>
          <w:p w14:paraId="70615FEF" w14:textId="77777777" w:rsidR="00292F36" w:rsidRDefault="00000000">
            <w:r>
              <w:rPr>
                <w:sz w:val="12"/>
              </w:rPr>
              <w:t>0.04700855</w:t>
            </w:r>
          </w:p>
        </w:tc>
        <w:tc>
          <w:tcPr>
            <w:tcW w:w="564" w:type="dxa"/>
            <w:tcMar>
              <w:top w:w="20" w:type="dxa"/>
              <w:left w:w="50" w:type="dxa"/>
              <w:bottom w:w="20" w:type="dxa"/>
              <w:right w:w="50" w:type="dxa"/>
            </w:tcMar>
          </w:tcPr>
          <w:p w14:paraId="62AA4FD4" w14:textId="77777777" w:rsidR="00292F36" w:rsidRDefault="00000000">
            <w:r>
              <w:rPr>
                <w:sz w:val="12"/>
              </w:rPr>
              <w:t>0.00854701</w:t>
            </w:r>
          </w:p>
        </w:tc>
        <w:tc>
          <w:tcPr>
            <w:tcW w:w="564" w:type="dxa"/>
            <w:tcMar>
              <w:top w:w="20" w:type="dxa"/>
              <w:left w:w="50" w:type="dxa"/>
              <w:bottom w:w="20" w:type="dxa"/>
              <w:right w:w="50" w:type="dxa"/>
            </w:tcMar>
          </w:tcPr>
          <w:p w14:paraId="3AC56988" w14:textId="77777777" w:rsidR="00292F36" w:rsidRDefault="00000000">
            <w:r>
              <w:rPr>
                <w:sz w:val="12"/>
              </w:rPr>
              <w:t>0</w:t>
            </w:r>
          </w:p>
        </w:tc>
        <w:tc>
          <w:tcPr>
            <w:tcW w:w="564" w:type="dxa"/>
            <w:tcMar>
              <w:top w:w="20" w:type="dxa"/>
              <w:left w:w="50" w:type="dxa"/>
              <w:bottom w:w="20" w:type="dxa"/>
              <w:right w:w="50" w:type="dxa"/>
            </w:tcMar>
          </w:tcPr>
          <w:p w14:paraId="426E675D" w14:textId="77777777" w:rsidR="00292F36" w:rsidRDefault="00000000">
            <w:r>
              <w:rPr>
                <w:sz w:val="12"/>
              </w:rPr>
              <w:t>0</w:t>
            </w:r>
          </w:p>
        </w:tc>
        <w:tc>
          <w:tcPr>
            <w:tcW w:w="564" w:type="dxa"/>
            <w:tcMar>
              <w:top w:w="20" w:type="dxa"/>
              <w:left w:w="50" w:type="dxa"/>
              <w:bottom w:w="20" w:type="dxa"/>
              <w:right w:w="50" w:type="dxa"/>
            </w:tcMar>
          </w:tcPr>
          <w:p w14:paraId="20803646" w14:textId="77777777" w:rsidR="00292F36" w:rsidRDefault="00000000">
            <w:r>
              <w:rPr>
                <w:sz w:val="12"/>
              </w:rPr>
              <w:t>0</w:t>
            </w:r>
          </w:p>
        </w:tc>
        <w:tc>
          <w:tcPr>
            <w:tcW w:w="564" w:type="dxa"/>
            <w:tcMar>
              <w:top w:w="20" w:type="dxa"/>
              <w:left w:w="50" w:type="dxa"/>
              <w:bottom w:w="20" w:type="dxa"/>
              <w:right w:w="50" w:type="dxa"/>
            </w:tcMar>
          </w:tcPr>
          <w:p w14:paraId="71AEECF3" w14:textId="77777777" w:rsidR="00292F36" w:rsidRDefault="00000000">
            <w:r>
              <w:rPr>
                <w:sz w:val="12"/>
              </w:rPr>
              <w:t>0</w:t>
            </w:r>
          </w:p>
        </w:tc>
        <w:tc>
          <w:tcPr>
            <w:tcW w:w="564" w:type="dxa"/>
            <w:tcMar>
              <w:top w:w="20" w:type="dxa"/>
              <w:left w:w="50" w:type="dxa"/>
              <w:bottom w:w="20" w:type="dxa"/>
              <w:right w:w="50" w:type="dxa"/>
            </w:tcMar>
          </w:tcPr>
          <w:p w14:paraId="5EC51818" w14:textId="77777777" w:rsidR="00292F36" w:rsidRDefault="00000000">
            <w:r>
              <w:rPr>
                <w:sz w:val="12"/>
              </w:rPr>
              <w:t>0</w:t>
            </w:r>
          </w:p>
        </w:tc>
        <w:tc>
          <w:tcPr>
            <w:tcW w:w="564" w:type="dxa"/>
            <w:tcMar>
              <w:top w:w="20" w:type="dxa"/>
              <w:left w:w="50" w:type="dxa"/>
              <w:bottom w:w="20" w:type="dxa"/>
              <w:right w:w="50" w:type="dxa"/>
            </w:tcMar>
          </w:tcPr>
          <w:p w14:paraId="4A3A2743" w14:textId="77777777" w:rsidR="00292F36" w:rsidRDefault="00000000">
            <w:r>
              <w:rPr>
                <w:sz w:val="12"/>
              </w:rPr>
              <w:t>0</w:t>
            </w:r>
          </w:p>
        </w:tc>
        <w:tc>
          <w:tcPr>
            <w:tcW w:w="564" w:type="dxa"/>
            <w:tcMar>
              <w:top w:w="20" w:type="dxa"/>
              <w:left w:w="50" w:type="dxa"/>
              <w:bottom w:w="20" w:type="dxa"/>
              <w:right w:w="50" w:type="dxa"/>
            </w:tcMar>
          </w:tcPr>
          <w:p w14:paraId="34010750" w14:textId="77777777" w:rsidR="00292F36" w:rsidRDefault="00000000">
            <w:r>
              <w:rPr>
                <w:sz w:val="12"/>
              </w:rPr>
              <w:t>0.41176471</w:t>
            </w:r>
          </w:p>
        </w:tc>
        <w:tc>
          <w:tcPr>
            <w:tcW w:w="564" w:type="dxa"/>
            <w:tcMar>
              <w:top w:w="20" w:type="dxa"/>
              <w:left w:w="50" w:type="dxa"/>
              <w:bottom w:w="20" w:type="dxa"/>
              <w:right w:w="50" w:type="dxa"/>
            </w:tcMar>
          </w:tcPr>
          <w:p w14:paraId="268256F7" w14:textId="77777777" w:rsidR="00292F36" w:rsidRDefault="00000000">
            <w:r>
              <w:rPr>
                <w:sz w:val="12"/>
              </w:rPr>
              <w:t>0.47058824</w:t>
            </w:r>
          </w:p>
        </w:tc>
        <w:tc>
          <w:tcPr>
            <w:tcW w:w="564" w:type="dxa"/>
            <w:tcMar>
              <w:top w:w="20" w:type="dxa"/>
              <w:left w:w="50" w:type="dxa"/>
              <w:bottom w:w="20" w:type="dxa"/>
              <w:right w:w="50" w:type="dxa"/>
            </w:tcMar>
          </w:tcPr>
          <w:p w14:paraId="714EFF78" w14:textId="77777777" w:rsidR="00292F36" w:rsidRDefault="00000000">
            <w:r>
              <w:rPr>
                <w:sz w:val="12"/>
              </w:rPr>
              <w:t>0.05882353</w:t>
            </w:r>
          </w:p>
        </w:tc>
        <w:tc>
          <w:tcPr>
            <w:tcW w:w="564" w:type="dxa"/>
            <w:tcMar>
              <w:top w:w="20" w:type="dxa"/>
              <w:left w:w="50" w:type="dxa"/>
              <w:bottom w:w="20" w:type="dxa"/>
              <w:right w:w="50" w:type="dxa"/>
            </w:tcMar>
          </w:tcPr>
          <w:p w14:paraId="7EAB9234" w14:textId="77777777" w:rsidR="00292F36" w:rsidRDefault="00000000">
            <w:r>
              <w:rPr>
                <w:sz w:val="12"/>
              </w:rPr>
              <w:t>0.05882353</w:t>
            </w:r>
          </w:p>
        </w:tc>
        <w:tc>
          <w:tcPr>
            <w:tcW w:w="564" w:type="dxa"/>
            <w:tcMar>
              <w:top w:w="20" w:type="dxa"/>
              <w:left w:w="50" w:type="dxa"/>
              <w:bottom w:w="20" w:type="dxa"/>
              <w:right w:w="50" w:type="dxa"/>
            </w:tcMar>
          </w:tcPr>
          <w:p w14:paraId="1714DF96" w14:textId="77777777" w:rsidR="00292F36" w:rsidRDefault="00000000">
            <w:r>
              <w:rPr>
                <w:sz w:val="12"/>
              </w:rPr>
              <w:t>0</w:t>
            </w:r>
          </w:p>
        </w:tc>
      </w:tr>
      <w:tr w:rsidR="00292F36" w14:paraId="6C2FA54B" w14:textId="77777777">
        <w:tc>
          <w:tcPr>
            <w:tcW w:w="564" w:type="dxa"/>
            <w:tcMar>
              <w:top w:w="20" w:type="dxa"/>
              <w:left w:w="50" w:type="dxa"/>
              <w:bottom w:w="20" w:type="dxa"/>
              <w:right w:w="50" w:type="dxa"/>
            </w:tcMar>
          </w:tcPr>
          <w:p w14:paraId="19EF5D49" w14:textId="77777777" w:rsidR="00292F36" w:rsidRDefault="00000000">
            <w:r>
              <w:rPr>
                <w:sz w:val="12"/>
              </w:rPr>
              <w:t>2019_isla_san_jeronimo_isla_san_jeronimo_china_town_deep_1</w:t>
            </w:r>
          </w:p>
        </w:tc>
        <w:tc>
          <w:tcPr>
            <w:tcW w:w="564" w:type="dxa"/>
            <w:tcMar>
              <w:top w:w="20" w:type="dxa"/>
              <w:left w:w="50" w:type="dxa"/>
              <w:bottom w:w="20" w:type="dxa"/>
              <w:right w:w="50" w:type="dxa"/>
            </w:tcMar>
          </w:tcPr>
          <w:p w14:paraId="0EDA6B5A" w14:textId="77777777" w:rsidR="00292F36" w:rsidRDefault="00000000">
            <w:r>
              <w:rPr>
                <w:sz w:val="12"/>
              </w:rPr>
              <w:t>0.67004032</w:t>
            </w:r>
          </w:p>
        </w:tc>
        <w:tc>
          <w:tcPr>
            <w:tcW w:w="564" w:type="dxa"/>
            <w:tcMar>
              <w:top w:w="20" w:type="dxa"/>
              <w:left w:w="50" w:type="dxa"/>
              <w:bottom w:w="20" w:type="dxa"/>
              <w:right w:w="50" w:type="dxa"/>
            </w:tcMar>
          </w:tcPr>
          <w:p w14:paraId="6C550727" w14:textId="77777777" w:rsidR="00292F36" w:rsidRDefault="00000000">
            <w:r>
              <w:rPr>
                <w:sz w:val="12"/>
              </w:rPr>
              <w:t>-0.4166162</w:t>
            </w:r>
          </w:p>
        </w:tc>
        <w:tc>
          <w:tcPr>
            <w:tcW w:w="564" w:type="dxa"/>
            <w:tcMar>
              <w:top w:w="20" w:type="dxa"/>
              <w:left w:w="50" w:type="dxa"/>
              <w:bottom w:w="20" w:type="dxa"/>
              <w:right w:w="50" w:type="dxa"/>
            </w:tcMar>
          </w:tcPr>
          <w:p w14:paraId="15004A7F" w14:textId="77777777" w:rsidR="00292F36" w:rsidRDefault="00000000">
            <w:r>
              <w:rPr>
                <w:sz w:val="12"/>
              </w:rPr>
              <w:t>2019</w:t>
            </w:r>
          </w:p>
        </w:tc>
        <w:tc>
          <w:tcPr>
            <w:tcW w:w="564" w:type="dxa"/>
            <w:tcMar>
              <w:top w:w="20" w:type="dxa"/>
              <w:left w:w="50" w:type="dxa"/>
              <w:bottom w:w="20" w:type="dxa"/>
              <w:right w:w="50" w:type="dxa"/>
            </w:tcMar>
          </w:tcPr>
          <w:p w14:paraId="4736B032" w14:textId="77777777" w:rsidR="00292F36" w:rsidRDefault="00000000">
            <w:r>
              <w:rPr>
                <w:sz w:val="12"/>
              </w:rPr>
              <w:t>el_rosario</w:t>
            </w:r>
          </w:p>
        </w:tc>
        <w:tc>
          <w:tcPr>
            <w:tcW w:w="564" w:type="dxa"/>
            <w:tcMar>
              <w:top w:w="20" w:type="dxa"/>
              <w:left w:w="50" w:type="dxa"/>
              <w:bottom w:w="20" w:type="dxa"/>
              <w:right w:w="50" w:type="dxa"/>
            </w:tcMar>
          </w:tcPr>
          <w:p w14:paraId="181241A3" w14:textId="77777777" w:rsidR="00292F36" w:rsidRDefault="00000000">
            <w:r>
              <w:rPr>
                <w:sz w:val="12"/>
              </w:rPr>
              <w:t>Middle</w:t>
            </w:r>
          </w:p>
        </w:tc>
        <w:tc>
          <w:tcPr>
            <w:tcW w:w="564" w:type="dxa"/>
            <w:tcMar>
              <w:top w:w="20" w:type="dxa"/>
              <w:left w:w="50" w:type="dxa"/>
              <w:bottom w:w="20" w:type="dxa"/>
              <w:right w:w="50" w:type="dxa"/>
            </w:tcMar>
          </w:tcPr>
          <w:p w14:paraId="0F6CCB08" w14:textId="77777777" w:rsidR="00292F36" w:rsidRDefault="00000000">
            <w:r>
              <w:rPr>
                <w:sz w:val="12"/>
              </w:rPr>
              <w:t>isla_san_jeronimo</w:t>
            </w:r>
          </w:p>
        </w:tc>
        <w:tc>
          <w:tcPr>
            <w:tcW w:w="564" w:type="dxa"/>
            <w:tcMar>
              <w:top w:w="20" w:type="dxa"/>
              <w:left w:w="50" w:type="dxa"/>
              <w:bottom w:w="20" w:type="dxa"/>
              <w:right w:w="50" w:type="dxa"/>
            </w:tcMar>
          </w:tcPr>
          <w:p w14:paraId="5BB5A9F4" w14:textId="77777777" w:rsidR="00292F36" w:rsidRDefault="00000000">
            <w:r>
              <w:rPr>
                <w:sz w:val="12"/>
              </w:rPr>
              <w:t>isla_san_jeronimo_china_town_deep</w:t>
            </w:r>
          </w:p>
        </w:tc>
        <w:tc>
          <w:tcPr>
            <w:tcW w:w="564" w:type="dxa"/>
            <w:tcMar>
              <w:top w:w="20" w:type="dxa"/>
              <w:left w:w="50" w:type="dxa"/>
              <w:bottom w:w="20" w:type="dxa"/>
              <w:right w:w="50" w:type="dxa"/>
            </w:tcMar>
          </w:tcPr>
          <w:p w14:paraId="6345CA62" w14:textId="77777777" w:rsidR="00292F36" w:rsidRDefault="00000000">
            <w:r>
              <w:rPr>
                <w:sz w:val="12"/>
              </w:rPr>
              <w:t>7</w:t>
            </w:r>
          </w:p>
        </w:tc>
        <w:tc>
          <w:tcPr>
            <w:tcW w:w="564" w:type="dxa"/>
            <w:tcMar>
              <w:top w:w="20" w:type="dxa"/>
              <w:left w:w="50" w:type="dxa"/>
              <w:bottom w:w="20" w:type="dxa"/>
              <w:right w:w="50" w:type="dxa"/>
            </w:tcMar>
          </w:tcPr>
          <w:p w14:paraId="0771FC27" w14:textId="77777777" w:rsidR="00292F36" w:rsidRDefault="00000000">
            <w:r>
              <w:rPr>
                <w:sz w:val="12"/>
              </w:rPr>
              <w:t>19.4799995</w:t>
            </w:r>
          </w:p>
        </w:tc>
        <w:tc>
          <w:tcPr>
            <w:tcW w:w="564" w:type="dxa"/>
            <w:tcMar>
              <w:top w:w="20" w:type="dxa"/>
              <w:left w:w="50" w:type="dxa"/>
              <w:bottom w:w="20" w:type="dxa"/>
              <w:right w:w="50" w:type="dxa"/>
            </w:tcMar>
          </w:tcPr>
          <w:p w14:paraId="3AE322E2" w14:textId="77777777" w:rsidR="00292F36" w:rsidRDefault="00000000">
            <w:r>
              <w:rPr>
                <w:sz w:val="12"/>
              </w:rPr>
              <w:t>1.83373266</w:t>
            </w:r>
          </w:p>
        </w:tc>
        <w:tc>
          <w:tcPr>
            <w:tcW w:w="564" w:type="dxa"/>
            <w:tcMar>
              <w:top w:w="20" w:type="dxa"/>
              <w:left w:w="50" w:type="dxa"/>
              <w:bottom w:w="20" w:type="dxa"/>
              <w:right w:w="50" w:type="dxa"/>
            </w:tcMar>
          </w:tcPr>
          <w:p w14:paraId="36BE1337" w14:textId="77777777" w:rsidR="00292F36" w:rsidRDefault="00000000">
            <w:r>
              <w:rPr>
                <w:sz w:val="12"/>
              </w:rPr>
              <w:t>0</w:t>
            </w:r>
          </w:p>
        </w:tc>
        <w:tc>
          <w:tcPr>
            <w:tcW w:w="564" w:type="dxa"/>
            <w:tcMar>
              <w:top w:w="20" w:type="dxa"/>
              <w:left w:w="50" w:type="dxa"/>
              <w:bottom w:w="20" w:type="dxa"/>
              <w:right w:w="50" w:type="dxa"/>
            </w:tcMar>
          </w:tcPr>
          <w:p w14:paraId="34F3FA06" w14:textId="77777777" w:rsidR="00292F36" w:rsidRDefault="00000000">
            <w:r>
              <w:rPr>
                <w:sz w:val="12"/>
              </w:rPr>
              <w:t>1</w:t>
            </w:r>
          </w:p>
        </w:tc>
        <w:tc>
          <w:tcPr>
            <w:tcW w:w="564" w:type="dxa"/>
            <w:tcMar>
              <w:top w:w="20" w:type="dxa"/>
              <w:left w:w="50" w:type="dxa"/>
              <w:bottom w:w="20" w:type="dxa"/>
              <w:right w:w="50" w:type="dxa"/>
            </w:tcMar>
          </w:tcPr>
          <w:p w14:paraId="0ECB983E" w14:textId="77777777" w:rsidR="00292F36" w:rsidRDefault="00000000">
            <w:r>
              <w:rPr>
                <w:sz w:val="12"/>
              </w:rPr>
              <w:t>0</w:t>
            </w:r>
          </w:p>
        </w:tc>
        <w:tc>
          <w:tcPr>
            <w:tcW w:w="564" w:type="dxa"/>
            <w:tcMar>
              <w:top w:w="20" w:type="dxa"/>
              <w:left w:w="50" w:type="dxa"/>
              <w:bottom w:w="20" w:type="dxa"/>
              <w:right w:w="50" w:type="dxa"/>
            </w:tcMar>
          </w:tcPr>
          <w:p w14:paraId="339C30C1" w14:textId="77777777" w:rsidR="00292F36" w:rsidRDefault="00000000">
            <w:r>
              <w:rPr>
                <w:sz w:val="12"/>
              </w:rPr>
              <w:t>0</w:t>
            </w:r>
          </w:p>
        </w:tc>
        <w:tc>
          <w:tcPr>
            <w:tcW w:w="564" w:type="dxa"/>
            <w:tcMar>
              <w:top w:w="20" w:type="dxa"/>
              <w:left w:w="50" w:type="dxa"/>
              <w:bottom w:w="20" w:type="dxa"/>
              <w:right w:w="50" w:type="dxa"/>
            </w:tcMar>
          </w:tcPr>
          <w:p w14:paraId="0A0738BA" w14:textId="77777777" w:rsidR="00292F36" w:rsidRDefault="00000000">
            <w:r>
              <w:rPr>
                <w:sz w:val="12"/>
              </w:rPr>
              <w:t>0</w:t>
            </w:r>
          </w:p>
        </w:tc>
        <w:tc>
          <w:tcPr>
            <w:tcW w:w="564" w:type="dxa"/>
            <w:tcMar>
              <w:top w:w="20" w:type="dxa"/>
              <w:left w:w="50" w:type="dxa"/>
              <w:bottom w:w="20" w:type="dxa"/>
              <w:right w:w="50" w:type="dxa"/>
            </w:tcMar>
          </w:tcPr>
          <w:p w14:paraId="5217FE87" w14:textId="77777777" w:rsidR="00292F36" w:rsidRDefault="00000000">
            <w:r>
              <w:rPr>
                <w:sz w:val="12"/>
              </w:rPr>
              <w:t>0</w:t>
            </w:r>
          </w:p>
        </w:tc>
        <w:tc>
          <w:tcPr>
            <w:tcW w:w="564" w:type="dxa"/>
            <w:tcMar>
              <w:top w:w="20" w:type="dxa"/>
              <w:left w:w="50" w:type="dxa"/>
              <w:bottom w:w="20" w:type="dxa"/>
              <w:right w:w="50" w:type="dxa"/>
            </w:tcMar>
          </w:tcPr>
          <w:p w14:paraId="7D8C5B67" w14:textId="77777777" w:rsidR="00292F36" w:rsidRDefault="00000000">
            <w:r>
              <w:rPr>
                <w:sz w:val="12"/>
              </w:rPr>
              <w:t>0</w:t>
            </w:r>
          </w:p>
        </w:tc>
        <w:tc>
          <w:tcPr>
            <w:tcW w:w="564" w:type="dxa"/>
            <w:tcMar>
              <w:top w:w="20" w:type="dxa"/>
              <w:left w:w="50" w:type="dxa"/>
              <w:bottom w:w="20" w:type="dxa"/>
              <w:right w:w="50" w:type="dxa"/>
            </w:tcMar>
          </w:tcPr>
          <w:p w14:paraId="0C9B80DF" w14:textId="77777777" w:rsidR="00292F36" w:rsidRDefault="00000000">
            <w:r>
              <w:rPr>
                <w:sz w:val="12"/>
              </w:rPr>
              <w:t>0</w:t>
            </w:r>
          </w:p>
        </w:tc>
        <w:tc>
          <w:tcPr>
            <w:tcW w:w="564" w:type="dxa"/>
            <w:tcMar>
              <w:top w:w="20" w:type="dxa"/>
              <w:left w:w="50" w:type="dxa"/>
              <w:bottom w:w="20" w:type="dxa"/>
              <w:right w:w="50" w:type="dxa"/>
            </w:tcMar>
          </w:tcPr>
          <w:p w14:paraId="44ABA7A1" w14:textId="77777777" w:rsidR="00292F36" w:rsidRDefault="00000000">
            <w:r>
              <w:rPr>
                <w:sz w:val="12"/>
              </w:rPr>
              <w:t>0.00568182</w:t>
            </w:r>
          </w:p>
        </w:tc>
        <w:tc>
          <w:tcPr>
            <w:tcW w:w="564" w:type="dxa"/>
            <w:tcMar>
              <w:top w:w="20" w:type="dxa"/>
              <w:left w:w="50" w:type="dxa"/>
              <w:bottom w:w="20" w:type="dxa"/>
              <w:right w:w="50" w:type="dxa"/>
            </w:tcMar>
          </w:tcPr>
          <w:p w14:paraId="084AA34F" w14:textId="77777777" w:rsidR="00292F36" w:rsidRDefault="00000000">
            <w:r>
              <w:rPr>
                <w:sz w:val="12"/>
              </w:rPr>
              <w:t>0.95170455</w:t>
            </w:r>
          </w:p>
        </w:tc>
        <w:tc>
          <w:tcPr>
            <w:tcW w:w="564" w:type="dxa"/>
            <w:tcMar>
              <w:top w:w="20" w:type="dxa"/>
              <w:left w:w="50" w:type="dxa"/>
              <w:bottom w:w="20" w:type="dxa"/>
              <w:right w:w="50" w:type="dxa"/>
            </w:tcMar>
          </w:tcPr>
          <w:p w14:paraId="3267BCAE" w14:textId="77777777" w:rsidR="00292F36" w:rsidRDefault="00000000">
            <w:r>
              <w:rPr>
                <w:sz w:val="12"/>
              </w:rPr>
              <w:t>0.01420455</w:t>
            </w:r>
          </w:p>
        </w:tc>
        <w:tc>
          <w:tcPr>
            <w:tcW w:w="564" w:type="dxa"/>
            <w:tcMar>
              <w:top w:w="20" w:type="dxa"/>
              <w:left w:w="50" w:type="dxa"/>
              <w:bottom w:w="20" w:type="dxa"/>
              <w:right w:w="50" w:type="dxa"/>
            </w:tcMar>
          </w:tcPr>
          <w:p w14:paraId="50BE34C7" w14:textId="77777777" w:rsidR="00292F36" w:rsidRDefault="00000000">
            <w:r>
              <w:rPr>
                <w:sz w:val="12"/>
              </w:rPr>
              <w:t>0.00852273</w:t>
            </w:r>
          </w:p>
        </w:tc>
        <w:tc>
          <w:tcPr>
            <w:tcW w:w="564" w:type="dxa"/>
            <w:tcMar>
              <w:top w:w="20" w:type="dxa"/>
              <w:left w:w="50" w:type="dxa"/>
              <w:bottom w:w="20" w:type="dxa"/>
              <w:right w:w="50" w:type="dxa"/>
            </w:tcMar>
          </w:tcPr>
          <w:p w14:paraId="2BFBA0C5" w14:textId="77777777" w:rsidR="00292F36" w:rsidRDefault="00000000">
            <w:r>
              <w:rPr>
                <w:sz w:val="12"/>
              </w:rPr>
              <w:t>0.00284091</w:t>
            </w:r>
          </w:p>
        </w:tc>
        <w:tc>
          <w:tcPr>
            <w:tcW w:w="564" w:type="dxa"/>
            <w:tcMar>
              <w:top w:w="20" w:type="dxa"/>
              <w:left w:w="50" w:type="dxa"/>
              <w:bottom w:w="20" w:type="dxa"/>
              <w:right w:w="50" w:type="dxa"/>
            </w:tcMar>
          </w:tcPr>
          <w:p w14:paraId="6F535D4F" w14:textId="77777777" w:rsidR="00292F36" w:rsidRDefault="00000000">
            <w:r>
              <w:rPr>
                <w:sz w:val="12"/>
              </w:rPr>
              <w:t>0.01704545</w:t>
            </w:r>
          </w:p>
        </w:tc>
      </w:tr>
      <w:tr w:rsidR="00292F36" w14:paraId="48AF0F16" w14:textId="77777777">
        <w:tc>
          <w:tcPr>
            <w:tcW w:w="564" w:type="dxa"/>
            <w:tcMar>
              <w:top w:w="20" w:type="dxa"/>
              <w:left w:w="50" w:type="dxa"/>
              <w:bottom w:w="20" w:type="dxa"/>
              <w:right w:w="50" w:type="dxa"/>
            </w:tcMar>
          </w:tcPr>
          <w:p w14:paraId="7AE5295A" w14:textId="77777777" w:rsidR="00292F36" w:rsidRDefault="00000000">
            <w:r>
              <w:rPr>
                <w:sz w:val="12"/>
              </w:rPr>
              <w:t>2019_isla_san_jeronimo_isla_san_jeronimo_china_town_deep_2</w:t>
            </w:r>
          </w:p>
        </w:tc>
        <w:tc>
          <w:tcPr>
            <w:tcW w:w="564" w:type="dxa"/>
            <w:tcMar>
              <w:top w:w="20" w:type="dxa"/>
              <w:left w:w="50" w:type="dxa"/>
              <w:bottom w:w="20" w:type="dxa"/>
              <w:right w:w="50" w:type="dxa"/>
            </w:tcMar>
          </w:tcPr>
          <w:p w14:paraId="44704C51" w14:textId="77777777" w:rsidR="00292F36" w:rsidRDefault="00000000">
            <w:r>
              <w:rPr>
                <w:sz w:val="12"/>
              </w:rPr>
              <w:t>0.7567549</w:t>
            </w:r>
          </w:p>
        </w:tc>
        <w:tc>
          <w:tcPr>
            <w:tcW w:w="564" w:type="dxa"/>
            <w:tcMar>
              <w:top w:w="20" w:type="dxa"/>
              <w:left w:w="50" w:type="dxa"/>
              <w:bottom w:w="20" w:type="dxa"/>
              <w:right w:w="50" w:type="dxa"/>
            </w:tcMar>
          </w:tcPr>
          <w:p w14:paraId="232CAB8D" w14:textId="77777777" w:rsidR="00292F36" w:rsidRDefault="00000000">
            <w:r>
              <w:rPr>
                <w:sz w:val="12"/>
              </w:rPr>
              <w:t>0.32968165</w:t>
            </w:r>
          </w:p>
        </w:tc>
        <w:tc>
          <w:tcPr>
            <w:tcW w:w="564" w:type="dxa"/>
            <w:tcMar>
              <w:top w:w="20" w:type="dxa"/>
              <w:left w:w="50" w:type="dxa"/>
              <w:bottom w:w="20" w:type="dxa"/>
              <w:right w:w="50" w:type="dxa"/>
            </w:tcMar>
          </w:tcPr>
          <w:p w14:paraId="03BDF7D3" w14:textId="77777777" w:rsidR="00292F36" w:rsidRDefault="00000000">
            <w:r>
              <w:rPr>
                <w:sz w:val="12"/>
              </w:rPr>
              <w:t>2019</w:t>
            </w:r>
          </w:p>
        </w:tc>
        <w:tc>
          <w:tcPr>
            <w:tcW w:w="564" w:type="dxa"/>
            <w:tcMar>
              <w:top w:w="20" w:type="dxa"/>
              <w:left w:w="50" w:type="dxa"/>
              <w:bottom w:w="20" w:type="dxa"/>
              <w:right w:w="50" w:type="dxa"/>
            </w:tcMar>
          </w:tcPr>
          <w:p w14:paraId="29D90497" w14:textId="77777777" w:rsidR="00292F36" w:rsidRDefault="00000000">
            <w:r>
              <w:rPr>
                <w:sz w:val="12"/>
              </w:rPr>
              <w:t>el_rosario</w:t>
            </w:r>
          </w:p>
        </w:tc>
        <w:tc>
          <w:tcPr>
            <w:tcW w:w="564" w:type="dxa"/>
            <w:tcMar>
              <w:top w:w="20" w:type="dxa"/>
              <w:left w:w="50" w:type="dxa"/>
              <w:bottom w:w="20" w:type="dxa"/>
              <w:right w:w="50" w:type="dxa"/>
            </w:tcMar>
          </w:tcPr>
          <w:p w14:paraId="0591CB68" w14:textId="77777777" w:rsidR="00292F36" w:rsidRDefault="00000000">
            <w:r>
              <w:rPr>
                <w:sz w:val="12"/>
              </w:rPr>
              <w:t>Middle</w:t>
            </w:r>
          </w:p>
        </w:tc>
        <w:tc>
          <w:tcPr>
            <w:tcW w:w="564" w:type="dxa"/>
            <w:tcMar>
              <w:top w:w="20" w:type="dxa"/>
              <w:left w:w="50" w:type="dxa"/>
              <w:bottom w:w="20" w:type="dxa"/>
              <w:right w:w="50" w:type="dxa"/>
            </w:tcMar>
          </w:tcPr>
          <w:p w14:paraId="45351140" w14:textId="77777777" w:rsidR="00292F36" w:rsidRDefault="00000000">
            <w:r>
              <w:rPr>
                <w:sz w:val="12"/>
              </w:rPr>
              <w:t>isla_san_jeronimo</w:t>
            </w:r>
          </w:p>
        </w:tc>
        <w:tc>
          <w:tcPr>
            <w:tcW w:w="564" w:type="dxa"/>
            <w:tcMar>
              <w:top w:w="20" w:type="dxa"/>
              <w:left w:w="50" w:type="dxa"/>
              <w:bottom w:w="20" w:type="dxa"/>
              <w:right w:w="50" w:type="dxa"/>
            </w:tcMar>
          </w:tcPr>
          <w:p w14:paraId="1FE38E22" w14:textId="77777777" w:rsidR="00292F36" w:rsidRDefault="00000000">
            <w:r>
              <w:rPr>
                <w:sz w:val="12"/>
              </w:rPr>
              <w:t>isla_san_jeronimo_china_town_deep</w:t>
            </w:r>
          </w:p>
        </w:tc>
        <w:tc>
          <w:tcPr>
            <w:tcW w:w="564" w:type="dxa"/>
            <w:tcMar>
              <w:top w:w="20" w:type="dxa"/>
              <w:left w:w="50" w:type="dxa"/>
              <w:bottom w:w="20" w:type="dxa"/>
              <w:right w:w="50" w:type="dxa"/>
            </w:tcMar>
          </w:tcPr>
          <w:p w14:paraId="77D06592" w14:textId="77777777" w:rsidR="00292F36" w:rsidRDefault="00000000">
            <w:r>
              <w:rPr>
                <w:sz w:val="12"/>
              </w:rPr>
              <w:t>7</w:t>
            </w:r>
          </w:p>
        </w:tc>
        <w:tc>
          <w:tcPr>
            <w:tcW w:w="564" w:type="dxa"/>
            <w:tcMar>
              <w:top w:w="20" w:type="dxa"/>
              <w:left w:w="50" w:type="dxa"/>
              <w:bottom w:w="20" w:type="dxa"/>
              <w:right w:w="50" w:type="dxa"/>
            </w:tcMar>
          </w:tcPr>
          <w:p w14:paraId="10D58D39" w14:textId="77777777" w:rsidR="00292F36" w:rsidRDefault="00000000">
            <w:r>
              <w:rPr>
                <w:sz w:val="12"/>
              </w:rPr>
              <w:t>19.4799995</w:t>
            </w:r>
          </w:p>
        </w:tc>
        <w:tc>
          <w:tcPr>
            <w:tcW w:w="564" w:type="dxa"/>
            <w:tcMar>
              <w:top w:w="20" w:type="dxa"/>
              <w:left w:w="50" w:type="dxa"/>
              <w:bottom w:w="20" w:type="dxa"/>
              <w:right w:w="50" w:type="dxa"/>
            </w:tcMar>
          </w:tcPr>
          <w:p w14:paraId="6B978EDC" w14:textId="77777777" w:rsidR="00292F36" w:rsidRDefault="00000000">
            <w:r>
              <w:rPr>
                <w:sz w:val="12"/>
              </w:rPr>
              <w:t>1.83373266</w:t>
            </w:r>
          </w:p>
        </w:tc>
        <w:tc>
          <w:tcPr>
            <w:tcW w:w="564" w:type="dxa"/>
            <w:tcMar>
              <w:top w:w="20" w:type="dxa"/>
              <w:left w:w="50" w:type="dxa"/>
              <w:bottom w:w="20" w:type="dxa"/>
              <w:right w:w="50" w:type="dxa"/>
            </w:tcMar>
          </w:tcPr>
          <w:p w14:paraId="30506EE1" w14:textId="77777777" w:rsidR="00292F36" w:rsidRDefault="00000000">
            <w:r>
              <w:rPr>
                <w:sz w:val="12"/>
              </w:rPr>
              <w:t>0</w:t>
            </w:r>
          </w:p>
        </w:tc>
        <w:tc>
          <w:tcPr>
            <w:tcW w:w="564" w:type="dxa"/>
            <w:tcMar>
              <w:top w:w="20" w:type="dxa"/>
              <w:left w:w="50" w:type="dxa"/>
              <w:bottom w:w="20" w:type="dxa"/>
              <w:right w:w="50" w:type="dxa"/>
            </w:tcMar>
          </w:tcPr>
          <w:p w14:paraId="18BA893A" w14:textId="77777777" w:rsidR="00292F36" w:rsidRDefault="00000000">
            <w:r>
              <w:rPr>
                <w:sz w:val="12"/>
              </w:rPr>
              <w:t>0.09090909</w:t>
            </w:r>
          </w:p>
        </w:tc>
        <w:tc>
          <w:tcPr>
            <w:tcW w:w="564" w:type="dxa"/>
            <w:tcMar>
              <w:top w:w="20" w:type="dxa"/>
              <w:left w:w="50" w:type="dxa"/>
              <w:bottom w:w="20" w:type="dxa"/>
              <w:right w:w="50" w:type="dxa"/>
            </w:tcMar>
          </w:tcPr>
          <w:p w14:paraId="472F4798" w14:textId="77777777" w:rsidR="00292F36" w:rsidRDefault="00000000">
            <w:r>
              <w:rPr>
                <w:sz w:val="12"/>
              </w:rPr>
              <w:t>0.90909091</w:t>
            </w:r>
          </w:p>
        </w:tc>
        <w:tc>
          <w:tcPr>
            <w:tcW w:w="564" w:type="dxa"/>
            <w:tcMar>
              <w:top w:w="20" w:type="dxa"/>
              <w:left w:w="50" w:type="dxa"/>
              <w:bottom w:w="20" w:type="dxa"/>
              <w:right w:w="50" w:type="dxa"/>
            </w:tcMar>
          </w:tcPr>
          <w:p w14:paraId="7BDA5DAB" w14:textId="77777777" w:rsidR="00292F36" w:rsidRDefault="00000000">
            <w:r>
              <w:rPr>
                <w:sz w:val="12"/>
              </w:rPr>
              <w:t>0</w:t>
            </w:r>
          </w:p>
        </w:tc>
        <w:tc>
          <w:tcPr>
            <w:tcW w:w="564" w:type="dxa"/>
            <w:tcMar>
              <w:top w:w="20" w:type="dxa"/>
              <w:left w:w="50" w:type="dxa"/>
              <w:bottom w:w="20" w:type="dxa"/>
              <w:right w:w="50" w:type="dxa"/>
            </w:tcMar>
          </w:tcPr>
          <w:p w14:paraId="034865F5" w14:textId="77777777" w:rsidR="00292F36" w:rsidRDefault="00000000">
            <w:r>
              <w:rPr>
                <w:sz w:val="12"/>
              </w:rPr>
              <w:t>0</w:t>
            </w:r>
          </w:p>
        </w:tc>
        <w:tc>
          <w:tcPr>
            <w:tcW w:w="564" w:type="dxa"/>
            <w:tcMar>
              <w:top w:w="20" w:type="dxa"/>
              <w:left w:w="50" w:type="dxa"/>
              <w:bottom w:w="20" w:type="dxa"/>
              <w:right w:w="50" w:type="dxa"/>
            </w:tcMar>
          </w:tcPr>
          <w:p w14:paraId="0B7C0CA6" w14:textId="77777777" w:rsidR="00292F36" w:rsidRDefault="00000000">
            <w:r>
              <w:rPr>
                <w:sz w:val="12"/>
              </w:rPr>
              <w:t>0</w:t>
            </w:r>
          </w:p>
        </w:tc>
        <w:tc>
          <w:tcPr>
            <w:tcW w:w="564" w:type="dxa"/>
            <w:tcMar>
              <w:top w:w="20" w:type="dxa"/>
              <w:left w:w="50" w:type="dxa"/>
              <w:bottom w:w="20" w:type="dxa"/>
              <w:right w:w="50" w:type="dxa"/>
            </w:tcMar>
          </w:tcPr>
          <w:p w14:paraId="30FDE8F7" w14:textId="77777777" w:rsidR="00292F36" w:rsidRDefault="00000000">
            <w:r>
              <w:rPr>
                <w:sz w:val="12"/>
              </w:rPr>
              <w:t>0</w:t>
            </w:r>
          </w:p>
        </w:tc>
        <w:tc>
          <w:tcPr>
            <w:tcW w:w="564" w:type="dxa"/>
            <w:tcMar>
              <w:top w:w="20" w:type="dxa"/>
              <w:left w:w="50" w:type="dxa"/>
              <w:bottom w:w="20" w:type="dxa"/>
              <w:right w:w="50" w:type="dxa"/>
            </w:tcMar>
          </w:tcPr>
          <w:p w14:paraId="17DF2018" w14:textId="77777777" w:rsidR="00292F36" w:rsidRDefault="00000000">
            <w:r>
              <w:rPr>
                <w:sz w:val="12"/>
              </w:rPr>
              <w:t>0</w:t>
            </w:r>
          </w:p>
        </w:tc>
        <w:tc>
          <w:tcPr>
            <w:tcW w:w="564" w:type="dxa"/>
            <w:tcMar>
              <w:top w:w="20" w:type="dxa"/>
              <w:left w:w="50" w:type="dxa"/>
              <w:bottom w:w="20" w:type="dxa"/>
              <w:right w:w="50" w:type="dxa"/>
            </w:tcMar>
          </w:tcPr>
          <w:p w14:paraId="65DEF12D" w14:textId="77777777" w:rsidR="00292F36" w:rsidRDefault="00000000">
            <w:r>
              <w:rPr>
                <w:sz w:val="12"/>
              </w:rPr>
              <w:t>0</w:t>
            </w:r>
          </w:p>
        </w:tc>
        <w:tc>
          <w:tcPr>
            <w:tcW w:w="564" w:type="dxa"/>
            <w:tcMar>
              <w:top w:w="20" w:type="dxa"/>
              <w:left w:w="50" w:type="dxa"/>
              <w:bottom w:w="20" w:type="dxa"/>
              <w:right w:w="50" w:type="dxa"/>
            </w:tcMar>
          </w:tcPr>
          <w:p w14:paraId="34D7333D" w14:textId="77777777" w:rsidR="00292F36" w:rsidRDefault="00000000">
            <w:r>
              <w:rPr>
                <w:sz w:val="12"/>
              </w:rPr>
              <w:t>0.77181208</w:t>
            </w:r>
          </w:p>
        </w:tc>
        <w:tc>
          <w:tcPr>
            <w:tcW w:w="564" w:type="dxa"/>
            <w:tcMar>
              <w:top w:w="20" w:type="dxa"/>
              <w:left w:w="50" w:type="dxa"/>
              <w:bottom w:w="20" w:type="dxa"/>
              <w:right w:w="50" w:type="dxa"/>
            </w:tcMar>
          </w:tcPr>
          <w:p w14:paraId="3ED56BE6" w14:textId="77777777" w:rsidR="00292F36" w:rsidRDefault="00000000">
            <w:r>
              <w:rPr>
                <w:sz w:val="12"/>
              </w:rPr>
              <w:t>0.0704698</w:t>
            </w:r>
          </w:p>
        </w:tc>
        <w:tc>
          <w:tcPr>
            <w:tcW w:w="564" w:type="dxa"/>
            <w:tcMar>
              <w:top w:w="20" w:type="dxa"/>
              <w:left w:w="50" w:type="dxa"/>
              <w:bottom w:w="20" w:type="dxa"/>
              <w:right w:w="50" w:type="dxa"/>
            </w:tcMar>
          </w:tcPr>
          <w:p w14:paraId="1C992E00" w14:textId="77777777" w:rsidR="00292F36" w:rsidRDefault="00000000">
            <w:r>
              <w:rPr>
                <w:sz w:val="12"/>
              </w:rPr>
              <w:t>0.01342282</w:t>
            </w:r>
          </w:p>
        </w:tc>
        <w:tc>
          <w:tcPr>
            <w:tcW w:w="564" w:type="dxa"/>
            <w:tcMar>
              <w:top w:w="20" w:type="dxa"/>
              <w:left w:w="50" w:type="dxa"/>
              <w:bottom w:w="20" w:type="dxa"/>
              <w:right w:w="50" w:type="dxa"/>
            </w:tcMar>
          </w:tcPr>
          <w:p w14:paraId="3B866881" w14:textId="77777777" w:rsidR="00292F36" w:rsidRDefault="00000000">
            <w:r>
              <w:rPr>
                <w:sz w:val="12"/>
              </w:rPr>
              <w:t>0</w:t>
            </w:r>
          </w:p>
        </w:tc>
        <w:tc>
          <w:tcPr>
            <w:tcW w:w="564" w:type="dxa"/>
            <w:tcMar>
              <w:top w:w="20" w:type="dxa"/>
              <w:left w:w="50" w:type="dxa"/>
              <w:bottom w:w="20" w:type="dxa"/>
              <w:right w:w="50" w:type="dxa"/>
            </w:tcMar>
          </w:tcPr>
          <w:p w14:paraId="2E63E0AD" w14:textId="77777777" w:rsidR="00292F36" w:rsidRDefault="00000000">
            <w:r>
              <w:rPr>
                <w:sz w:val="12"/>
              </w:rPr>
              <w:t>0.1442953</w:t>
            </w:r>
          </w:p>
        </w:tc>
      </w:tr>
      <w:tr w:rsidR="00292F36" w14:paraId="527AC6E9" w14:textId="77777777">
        <w:tc>
          <w:tcPr>
            <w:tcW w:w="564" w:type="dxa"/>
            <w:tcMar>
              <w:top w:w="20" w:type="dxa"/>
              <w:left w:w="50" w:type="dxa"/>
              <w:bottom w:w="20" w:type="dxa"/>
              <w:right w:w="50" w:type="dxa"/>
            </w:tcMar>
          </w:tcPr>
          <w:p w14:paraId="7EE28858" w14:textId="77777777" w:rsidR="00292F36" w:rsidRDefault="00000000">
            <w:r>
              <w:rPr>
                <w:sz w:val="12"/>
              </w:rPr>
              <w:t>2019_isla_san_jeronimo_isla_san_jeronimo_china_town_shallow_1</w:t>
            </w:r>
          </w:p>
        </w:tc>
        <w:tc>
          <w:tcPr>
            <w:tcW w:w="564" w:type="dxa"/>
            <w:tcMar>
              <w:top w:w="20" w:type="dxa"/>
              <w:left w:w="50" w:type="dxa"/>
              <w:bottom w:w="20" w:type="dxa"/>
              <w:right w:w="50" w:type="dxa"/>
            </w:tcMar>
          </w:tcPr>
          <w:p w14:paraId="53959180" w14:textId="77777777" w:rsidR="00292F36" w:rsidRDefault="00000000">
            <w:r>
              <w:rPr>
                <w:sz w:val="12"/>
              </w:rPr>
              <w:t>0.59121011</w:t>
            </w:r>
          </w:p>
        </w:tc>
        <w:tc>
          <w:tcPr>
            <w:tcW w:w="564" w:type="dxa"/>
            <w:tcMar>
              <w:top w:w="20" w:type="dxa"/>
              <w:left w:w="50" w:type="dxa"/>
              <w:bottom w:w="20" w:type="dxa"/>
              <w:right w:w="50" w:type="dxa"/>
            </w:tcMar>
          </w:tcPr>
          <w:p w14:paraId="2BFBCD2B" w14:textId="77777777" w:rsidR="00292F36" w:rsidRDefault="00000000">
            <w:r>
              <w:rPr>
                <w:sz w:val="12"/>
              </w:rPr>
              <w:t>-0.3006357</w:t>
            </w:r>
          </w:p>
        </w:tc>
        <w:tc>
          <w:tcPr>
            <w:tcW w:w="564" w:type="dxa"/>
            <w:tcMar>
              <w:top w:w="20" w:type="dxa"/>
              <w:left w:w="50" w:type="dxa"/>
              <w:bottom w:w="20" w:type="dxa"/>
              <w:right w:w="50" w:type="dxa"/>
            </w:tcMar>
          </w:tcPr>
          <w:p w14:paraId="75FAB326" w14:textId="77777777" w:rsidR="00292F36" w:rsidRDefault="00000000">
            <w:r>
              <w:rPr>
                <w:sz w:val="12"/>
              </w:rPr>
              <w:t>2019</w:t>
            </w:r>
          </w:p>
        </w:tc>
        <w:tc>
          <w:tcPr>
            <w:tcW w:w="564" w:type="dxa"/>
            <w:tcMar>
              <w:top w:w="20" w:type="dxa"/>
              <w:left w:w="50" w:type="dxa"/>
              <w:bottom w:w="20" w:type="dxa"/>
              <w:right w:w="50" w:type="dxa"/>
            </w:tcMar>
          </w:tcPr>
          <w:p w14:paraId="2DB7B26A" w14:textId="77777777" w:rsidR="00292F36" w:rsidRDefault="00000000">
            <w:r>
              <w:rPr>
                <w:sz w:val="12"/>
              </w:rPr>
              <w:t>el_rosario</w:t>
            </w:r>
          </w:p>
        </w:tc>
        <w:tc>
          <w:tcPr>
            <w:tcW w:w="564" w:type="dxa"/>
            <w:tcMar>
              <w:top w:w="20" w:type="dxa"/>
              <w:left w:w="50" w:type="dxa"/>
              <w:bottom w:w="20" w:type="dxa"/>
              <w:right w:w="50" w:type="dxa"/>
            </w:tcMar>
          </w:tcPr>
          <w:p w14:paraId="7B445EDA" w14:textId="77777777" w:rsidR="00292F36" w:rsidRDefault="00000000">
            <w:r>
              <w:rPr>
                <w:sz w:val="12"/>
              </w:rPr>
              <w:t>Middle</w:t>
            </w:r>
          </w:p>
        </w:tc>
        <w:tc>
          <w:tcPr>
            <w:tcW w:w="564" w:type="dxa"/>
            <w:tcMar>
              <w:top w:w="20" w:type="dxa"/>
              <w:left w:w="50" w:type="dxa"/>
              <w:bottom w:w="20" w:type="dxa"/>
              <w:right w:w="50" w:type="dxa"/>
            </w:tcMar>
          </w:tcPr>
          <w:p w14:paraId="08F7C2F1" w14:textId="77777777" w:rsidR="00292F36" w:rsidRDefault="00000000">
            <w:r>
              <w:rPr>
                <w:sz w:val="12"/>
              </w:rPr>
              <w:t>isla_san_jeronimo</w:t>
            </w:r>
          </w:p>
        </w:tc>
        <w:tc>
          <w:tcPr>
            <w:tcW w:w="564" w:type="dxa"/>
            <w:tcMar>
              <w:top w:w="20" w:type="dxa"/>
              <w:left w:w="50" w:type="dxa"/>
              <w:bottom w:w="20" w:type="dxa"/>
              <w:right w:w="50" w:type="dxa"/>
            </w:tcMar>
          </w:tcPr>
          <w:p w14:paraId="23FE40B0" w14:textId="77777777" w:rsidR="00292F36" w:rsidRDefault="00000000">
            <w:r>
              <w:rPr>
                <w:sz w:val="12"/>
              </w:rPr>
              <w:t>isla_san_jeronimo_china_town_shallow</w:t>
            </w:r>
          </w:p>
        </w:tc>
        <w:tc>
          <w:tcPr>
            <w:tcW w:w="564" w:type="dxa"/>
            <w:tcMar>
              <w:top w:w="20" w:type="dxa"/>
              <w:left w:w="50" w:type="dxa"/>
              <w:bottom w:w="20" w:type="dxa"/>
              <w:right w:w="50" w:type="dxa"/>
            </w:tcMar>
          </w:tcPr>
          <w:p w14:paraId="6C046F0F" w14:textId="77777777" w:rsidR="00292F36" w:rsidRDefault="00000000">
            <w:r>
              <w:rPr>
                <w:sz w:val="12"/>
              </w:rPr>
              <w:t>14</w:t>
            </w:r>
          </w:p>
        </w:tc>
        <w:tc>
          <w:tcPr>
            <w:tcW w:w="564" w:type="dxa"/>
            <w:tcMar>
              <w:top w:w="20" w:type="dxa"/>
              <w:left w:w="50" w:type="dxa"/>
              <w:bottom w:w="20" w:type="dxa"/>
              <w:right w:w="50" w:type="dxa"/>
            </w:tcMar>
          </w:tcPr>
          <w:p w14:paraId="01258B76" w14:textId="77777777" w:rsidR="00292F36" w:rsidRDefault="00000000">
            <w:r>
              <w:rPr>
                <w:sz w:val="12"/>
              </w:rPr>
              <w:t>19.4799995</w:t>
            </w:r>
          </w:p>
        </w:tc>
        <w:tc>
          <w:tcPr>
            <w:tcW w:w="564" w:type="dxa"/>
            <w:tcMar>
              <w:top w:w="20" w:type="dxa"/>
              <w:left w:w="50" w:type="dxa"/>
              <w:bottom w:w="20" w:type="dxa"/>
              <w:right w:w="50" w:type="dxa"/>
            </w:tcMar>
          </w:tcPr>
          <w:p w14:paraId="1863EED5" w14:textId="77777777" w:rsidR="00292F36" w:rsidRDefault="00000000">
            <w:r>
              <w:rPr>
                <w:sz w:val="12"/>
              </w:rPr>
              <w:t>2.29322479</w:t>
            </w:r>
          </w:p>
        </w:tc>
        <w:tc>
          <w:tcPr>
            <w:tcW w:w="564" w:type="dxa"/>
            <w:tcMar>
              <w:top w:w="20" w:type="dxa"/>
              <w:left w:w="50" w:type="dxa"/>
              <w:bottom w:w="20" w:type="dxa"/>
              <w:right w:w="50" w:type="dxa"/>
            </w:tcMar>
          </w:tcPr>
          <w:p w14:paraId="4CCE275D" w14:textId="77777777" w:rsidR="00292F36" w:rsidRDefault="00000000">
            <w:r>
              <w:rPr>
                <w:sz w:val="12"/>
              </w:rPr>
              <w:t>0</w:t>
            </w:r>
          </w:p>
        </w:tc>
        <w:tc>
          <w:tcPr>
            <w:tcW w:w="564" w:type="dxa"/>
            <w:tcMar>
              <w:top w:w="20" w:type="dxa"/>
              <w:left w:w="50" w:type="dxa"/>
              <w:bottom w:w="20" w:type="dxa"/>
              <w:right w:w="50" w:type="dxa"/>
            </w:tcMar>
          </w:tcPr>
          <w:p w14:paraId="1BC8F2CA" w14:textId="77777777" w:rsidR="00292F36" w:rsidRDefault="00000000">
            <w:r>
              <w:rPr>
                <w:sz w:val="12"/>
              </w:rPr>
              <w:t>1</w:t>
            </w:r>
          </w:p>
        </w:tc>
        <w:tc>
          <w:tcPr>
            <w:tcW w:w="564" w:type="dxa"/>
            <w:tcMar>
              <w:top w:w="20" w:type="dxa"/>
              <w:left w:w="50" w:type="dxa"/>
              <w:bottom w:w="20" w:type="dxa"/>
              <w:right w:w="50" w:type="dxa"/>
            </w:tcMar>
          </w:tcPr>
          <w:p w14:paraId="07170302" w14:textId="77777777" w:rsidR="00292F36" w:rsidRDefault="00000000">
            <w:r>
              <w:rPr>
                <w:sz w:val="12"/>
              </w:rPr>
              <w:t>0</w:t>
            </w:r>
          </w:p>
        </w:tc>
        <w:tc>
          <w:tcPr>
            <w:tcW w:w="564" w:type="dxa"/>
            <w:tcMar>
              <w:top w:w="20" w:type="dxa"/>
              <w:left w:w="50" w:type="dxa"/>
              <w:bottom w:w="20" w:type="dxa"/>
              <w:right w:w="50" w:type="dxa"/>
            </w:tcMar>
          </w:tcPr>
          <w:p w14:paraId="18DB0C1E" w14:textId="77777777" w:rsidR="00292F36" w:rsidRDefault="00000000">
            <w:r>
              <w:rPr>
                <w:sz w:val="12"/>
              </w:rPr>
              <w:t>0</w:t>
            </w:r>
          </w:p>
        </w:tc>
        <w:tc>
          <w:tcPr>
            <w:tcW w:w="564" w:type="dxa"/>
            <w:tcMar>
              <w:top w:w="20" w:type="dxa"/>
              <w:left w:w="50" w:type="dxa"/>
              <w:bottom w:w="20" w:type="dxa"/>
              <w:right w:w="50" w:type="dxa"/>
            </w:tcMar>
          </w:tcPr>
          <w:p w14:paraId="266C8AB4" w14:textId="77777777" w:rsidR="00292F36" w:rsidRDefault="00000000">
            <w:r>
              <w:rPr>
                <w:sz w:val="12"/>
              </w:rPr>
              <w:t>0</w:t>
            </w:r>
          </w:p>
        </w:tc>
        <w:tc>
          <w:tcPr>
            <w:tcW w:w="564" w:type="dxa"/>
            <w:tcMar>
              <w:top w:w="20" w:type="dxa"/>
              <w:left w:w="50" w:type="dxa"/>
              <w:bottom w:w="20" w:type="dxa"/>
              <w:right w:w="50" w:type="dxa"/>
            </w:tcMar>
          </w:tcPr>
          <w:p w14:paraId="2D11F0E3" w14:textId="77777777" w:rsidR="00292F36" w:rsidRDefault="00000000">
            <w:r>
              <w:rPr>
                <w:sz w:val="12"/>
              </w:rPr>
              <w:t>0</w:t>
            </w:r>
          </w:p>
        </w:tc>
        <w:tc>
          <w:tcPr>
            <w:tcW w:w="564" w:type="dxa"/>
            <w:tcMar>
              <w:top w:w="20" w:type="dxa"/>
              <w:left w:w="50" w:type="dxa"/>
              <w:bottom w:w="20" w:type="dxa"/>
              <w:right w:w="50" w:type="dxa"/>
            </w:tcMar>
          </w:tcPr>
          <w:p w14:paraId="2452F19C" w14:textId="77777777" w:rsidR="00292F36" w:rsidRDefault="00000000">
            <w:r>
              <w:rPr>
                <w:sz w:val="12"/>
              </w:rPr>
              <w:t>0</w:t>
            </w:r>
          </w:p>
        </w:tc>
        <w:tc>
          <w:tcPr>
            <w:tcW w:w="564" w:type="dxa"/>
            <w:tcMar>
              <w:top w:w="20" w:type="dxa"/>
              <w:left w:w="50" w:type="dxa"/>
              <w:bottom w:w="20" w:type="dxa"/>
              <w:right w:w="50" w:type="dxa"/>
            </w:tcMar>
          </w:tcPr>
          <w:p w14:paraId="1D0BA98B" w14:textId="77777777" w:rsidR="00292F36" w:rsidRDefault="00000000">
            <w:r>
              <w:rPr>
                <w:sz w:val="12"/>
              </w:rPr>
              <w:t>0</w:t>
            </w:r>
          </w:p>
        </w:tc>
        <w:tc>
          <w:tcPr>
            <w:tcW w:w="564" w:type="dxa"/>
            <w:tcMar>
              <w:top w:w="20" w:type="dxa"/>
              <w:left w:w="50" w:type="dxa"/>
              <w:bottom w:w="20" w:type="dxa"/>
              <w:right w:w="50" w:type="dxa"/>
            </w:tcMar>
          </w:tcPr>
          <w:p w14:paraId="6373F1FD" w14:textId="77777777" w:rsidR="00292F36" w:rsidRDefault="00000000">
            <w:r>
              <w:rPr>
                <w:sz w:val="12"/>
              </w:rPr>
              <w:t>0</w:t>
            </w:r>
          </w:p>
        </w:tc>
        <w:tc>
          <w:tcPr>
            <w:tcW w:w="564" w:type="dxa"/>
            <w:tcMar>
              <w:top w:w="20" w:type="dxa"/>
              <w:left w:w="50" w:type="dxa"/>
              <w:bottom w:w="20" w:type="dxa"/>
              <w:right w:w="50" w:type="dxa"/>
            </w:tcMar>
          </w:tcPr>
          <w:p w14:paraId="72177576" w14:textId="77777777" w:rsidR="00292F36" w:rsidRDefault="00000000">
            <w:r>
              <w:rPr>
                <w:sz w:val="12"/>
              </w:rPr>
              <w:t>0.59375</w:t>
            </w:r>
          </w:p>
        </w:tc>
        <w:tc>
          <w:tcPr>
            <w:tcW w:w="564" w:type="dxa"/>
            <w:tcMar>
              <w:top w:w="20" w:type="dxa"/>
              <w:left w:w="50" w:type="dxa"/>
              <w:bottom w:w="20" w:type="dxa"/>
              <w:right w:w="50" w:type="dxa"/>
            </w:tcMar>
          </w:tcPr>
          <w:p w14:paraId="0902280E" w14:textId="77777777" w:rsidR="00292F36" w:rsidRDefault="00000000">
            <w:r>
              <w:rPr>
                <w:sz w:val="12"/>
              </w:rPr>
              <w:t>0.1875</w:t>
            </w:r>
          </w:p>
        </w:tc>
        <w:tc>
          <w:tcPr>
            <w:tcW w:w="564" w:type="dxa"/>
            <w:tcMar>
              <w:top w:w="20" w:type="dxa"/>
              <w:left w:w="50" w:type="dxa"/>
              <w:bottom w:w="20" w:type="dxa"/>
              <w:right w:w="50" w:type="dxa"/>
            </w:tcMar>
          </w:tcPr>
          <w:p w14:paraId="32C7620D" w14:textId="77777777" w:rsidR="00292F36" w:rsidRDefault="00000000">
            <w:r>
              <w:rPr>
                <w:sz w:val="12"/>
              </w:rPr>
              <w:t>0</w:t>
            </w:r>
          </w:p>
        </w:tc>
        <w:tc>
          <w:tcPr>
            <w:tcW w:w="564" w:type="dxa"/>
            <w:tcMar>
              <w:top w:w="20" w:type="dxa"/>
              <w:left w:w="50" w:type="dxa"/>
              <w:bottom w:w="20" w:type="dxa"/>
              <w:right w:w="50" w:type="dxa"/>
            </w:tcMar>
          </w:tcPr>
          <w:p w14:paraId="260952B5" w14:textId="77777777" w:rsidR="00292F36" w:rsidRDefault="00000000">
            <w:r>
              <w:rPr>
                <w:sz w:val="12"/>
              </w:rPr>
              <w:t>0</w:t>
            </w:r>
          </w:p>
        </w:tc>
        <w:tc>
          <w:tcPr>
            <w:tcW w:w="564" w:type="dxa"/>
            <w:tcMar>
              <w:top w:w="20" w:type="dxa"/>
              <w:left w:w="50" w:type="dxa"/>
              <w:bottom w:w="20" w:type="dxa"/>
              <w:right w:w="50" w:type="dxa"/>
            </w:tcMar>
          </w:tcPr>
          <w:p w14:paraId="4EB6B641" w14:textId="77777777" w:rsidR="00292F36" w:rsidRDefault="00000000">
            <w:r>
              <w:rPr>
                <w:sz w:val="12"/>
              </w:rPr>
              <w:t>0.21875</w:t>
            </w:r>
          </w:p>
        </w:tc>
      </w:tr>
      <w:tr w:rsidR="00292F36" w14:paraId="06BD8CF3" w14:textId="77777777">
        <w:tc>
          <w:tcPr>
            <w:tcW w:w="564" w:type="dxa"/>
            <w:tcMar>
              <w:top w:w="20" w:type="dxa"/>
              <w:left w:w="50" w:type="dxa"/>
              <w:bottom w:w="20" w:type="dxa"/>
              <w:right w:w="50" w:type="dxa"/>
            </w:tcMar>
          </w:tcPr>
          <w:p w14:paraId="4B2DB6AE" w14:textId="77777777" w:rsidR="00292F36" w:rsidRDefault="00000000">
            <w:r>
              <w:rPr>
                <w:sz w:val="12"/>
              </w:rPr>
              <w:t>2019_isla_san_jeronimo_isla_san_jeronimo_china_town_shallow_2</w:t>
            </w:r>
          </w:p>
        </w:tc>
        <w:tc>
          <w:tcPr>
            <w:tcW w:w="564" w:type="dxa"/>
            <w:tcMar>
              <w:top w:w="20" w:type="dxa"/>
              <w:left w:w="50" w:type="dxa"/>
              <w:bottom w:w="20" w:type="dxa"/>
              <w:right w:w="50" w:type="dxa"/>
            </w:tcMar>
          </w:tcPr>
          <w:p w14:paraId="33C6097A" w14:textId="77777777" w:rsidR="00292F36" w:rsidRDefault="00000000">
            <w:r>
              <w:rPr>
                <w:sz w:val="12"/>
              </w:rPr>
              <w:t>0.84463487</w:t>
            </w:r>
          </w:p>
        </w:tc>
        <w:tc>
          <w:tcPr>
            <w:tcW w:w="564" w:type="dxa"/>
            <w:tcMar>
              <w:top w:w="20" w:type="dxa"/>
              <w:left w:w="50" w:type="dxa"/>
              <w:bottom w:w="20" w:type="dxa"/>
              <w:right w:w="50" w:type="dxa"/>
            </w:tcMar>
          </w:tcPr>
          <w:p w14:paraId="4F66661C" w14:textId="77777777" w:rsidR="00292F36" w:rsidRDefault="00000000">
            <w:r>
              <w:rPr>
                <w:sz w:val="12"/>
              </w:rPr>
              <w:t>0.28593593</w:t>
            </w:r>
          </w:p>
        </w:tc>
        <w:tc>
          <w:tcPr>
            <w:tcW w:w="564" w:type="dxa"/>
            <w:tcMar>
              <w:top w:w="20" w:type="dxa"/>
              <w:left w:w="50" w:type="dxa"/>
              <w:bottom w:w="20" w:type="dxa"/>
              <w:right w:w="50" w:type="dxa"/>
            </w:tcMar>
          </w:tcPr>
          <w:p w14:paraId="26682361" w14:textId="77777777" w:rsidR="00292F36" w:rsidRDefault="00000000">
            <w:r>
              <w:rPr>
                <w:sz w:val="12"/>
              </w:rPr>
              <w:t>2019</w:t>
            </w:r>
          </w:p>
        </w:tc>
        <w:tc>
          <w:tcPr>
            <w:tcW w:w="564" w:type="dxa"/>
            <w:tcMar>
              <w:top w:w="20" w:type="dxa"/>
              <w:left w:w="50" w:type="dxa"/>
              <w:bottom w:w="20" w:type="dxa"/>
              <w:right w:w="50" w:type="dxa"/>
            </w:tcMar>
          </w:tcPr>
          <w:p w14:paraId="0422069A" w14:textId="77777777" w:rsidR="00292F36" w:rsidRDefault="00000000">
            <w:r>
              <w:rPr>
                <w:sz w:val="12"/>
              </w:rPr>
              <w:t>el_rosario</w:t>
            </w:r>
          </w:p>
        </w:tc>
        <w:tc>
          <w:tcPr>
            <w:tcW w:w="564" w:type="dxa"/>
            <w:tcMar>
              <w:top w:w="20" w:type="dxa"/>
              <w:left w:w="50" w:type="dxa"/>
              <w:bottom w:w="20" w:type="dxa"/>
              <w:right w:w="50" w:type="dxa"/>
            </w:tcMar>
          </w:tcPr>
          <w:p w14:paraId="2863E490" w14:textId="77777777" w:rsidR="00292F36" w:rsidRDefault="00000000">
            <w:r>
              <w:rPr>
                <w:sz w:val="12"/>
              </w:rPr>
              <w:t>Middle</w:t>
            </w:r>
          </w:p>
        </w:tc>
        <w:tc>
          <w:tcPr>
            <w:tcW w:w="564" w:type="dxa"/>
            <w:tcMar>
              <w:top w:w="20" w:type="dxa"/>
              <w:left w:w="50" w:type="dxa"/>
              <w:bottom w:w="20" w:type="dxa"/>
              <w:right w:w="50" w:type="dxa"/>
            </w:tcMar>
          </w:tcPr>
          <w:p w14:paraId="1B443F02" w14:textId="77777777" w:rsidR="00292F36" w:rsidRDefault="00000000">
            <w:r>
              <w:rPr>
                <w:sz w:val="12"/>
              </w:rPr>
              <w:t>isla_san_jeronimo</w:t>
            </w:r>
          </w:p>
        </w:tc>
        <w:tc>
          <w:tcPr>
            <w:tcW w:w="564" w:type="dxa"/>
            <w:tcMar>
              <w:top w:w="20" w:type="dxa"/>
              <w:left w:w="50" w:type="dxa"/>
              <w:bottom w:w="20" w:type="dxa"/>
              <w:right w:w="50" w:type="dxa"/>
            </w:tcMar>
          </w:tcPr>
          <w:p w14:paraId="2431E946" w14:textId="77777777" w:rsidR="00292F36" w:rsidRDefault="00000000">
            <w:r>
              <w:rPr>
                <w:sz w:val="12"/>
              </w:rPr>
              <w:t>isla_san_jeronimo_china_town_shallow</w:t>
            </w:r>
          </w:p>
        </w:tc>
        <w:tc>
          <w:tcPr>
            <w:tcW w:w="564" w:type="dxa"/>
            <w:tcMar>
              <w:top w:w="20" w:type="dxa"/>
              <w:left w:w="50" w:type="dxa"/>
              <w:bottom w:w="20" w:type="dxa"/>
              <w:right w:w="50" w:type="dxa"/>
            </w:tcMar>
          </w:tcPr>
          <w:p w14:paraId="29CEE917" w14:textId="77777777" w:rsidR="00292F36" w:rsidRDefault="00000000">
            <w:r>
              <w:rPr>
                <w:sz w:val="12"/>
              </w:rPr>
              <w:t>14</w:t>
            </w:r>
          </w:p>
        </w:tc>
        <w:tc>
          <w:tcPr>
            <w:tcW w:w="564" w:type="dxa"/>
            <w:tcMar>
              <w:top w:w="20" w:type="dxa"/>
              <w:left w:w="50" w:type="dxa"/>
              <w:bottom w:w="20" w:type="dxa"/>
              <w:right w:w="50" w:type="dxa"/>
            </w:tcMar>
          </w:tcPr>
          <w:p w14:paraId="01D0D5DA" w14:textId="77777777" w:rsidR="00292F36" w:rsidRDefault="00000000">
            <w:r>
              <w:rPr>
                <w:sz w:val="12"/>
              </w:rPr>
              <w:t>19.4799995</w:t>
            </w:r>
          </w:p>
        </w:tc>
        <w:tc>
          <w:tcPr>
            <w:tcW w:w="564" w:type="dxa"/>
            <w:tcMar>
              <w:top w:w="20" w:type="dxa"/>
              <w:left w:w="50" w:type="dxa"/>
              <w:bottom w:w="20" w:type="dxa"/>
              <w:right w:w="50" w:type="dxa"/>
            </w:tcMar>
          </w:tcPr>
          <w:p w14:paraId="43A8AC0A" w14:textId="77777777" w:rsidR="00292F36" w:rsidRDefault="00000000">
            <w:r>
              <w:rPr>
                <w:sz w:val="12"/>
              </w:rPr>
              <w:t>2.29322479</w:t>
            </w:r>
          </w:p>
        </w:tc>
        <w:tc>
          <w:tcPr>
            <w:tcW w:w="564" w:type="dxa"/>
            <w:tcMar>
              <w:top w:w="20" w:type="dxa"/>
              <w:left w:w="50" w:type="dxa"/>
              <w:bottom w:w="20" w:type="dxa"/>
              <w:right w:w="50" w:type="dxa"/>
            </w:tcMar>
          </w:tcPr>
          <w:p w14:paraId="38DCDD0B" w14:textId="77777777" w:rsidR="00292F36" w:rsidRDefault="00000000">
            <w:r>
              <w:rPr>
                <w:sz w:val="12"/>
              </w:rPr>
              <w:t>0</w:t>
            </w:r>
          </w:p>
        </w:tc>
        <w:tc>
          <w:tcPr>
            <w:tcW w:w="564" w:type="dxa"/>
            <w:tcMar>
              <w:top w:w="20" w:type="dxa"/>
              <w:left w:w="50" w:type="dxa"/>
              <w:bottom w:w="20" w:type="dxa"/>
              <w:right w:w="50" w:type="dxa"/>
            </w:tcMar>
          </w:tcPr>
          <w:p w14:paraId="0C18BE93" w14:textId="77777777" w:rsidR="00292F36" w:rsidRDefault="00000000">
            <w:r>
              <w:rPr>
                <w:sz w:val="12"/>
              </w:rPr>
              <w:t>0.09090909</w:t>
            </w:r>
          </w:p>
        </w:tc>
        <w:tc>
          <w:tcPr>
            <w:tcW w:w="564" w:type="dxa"/>
            <w:tcMar>
              <w:top w:w="20" w:type="dxa"/>
              <w:left w:w="50" w:type="dxa"/>
              <w:bottom w:w="20" w:type="dxa"/>
              <w:right w:w="50" w:type="dxa"/>
            </w:tcMar>
          </w:tcPr>
          <w:p w14:paraId="2C53BD22" w14:textId="77777777" w:rsidR="00292F36" w:rsidRDefault="00000000">
            <w:r>
              <w:rPr>
                <w:sz w:val="12"/>
              </w:rPr>
              <w:t>0.90909091</w:t>
            </w:r>
          </w:p>
        </w:tc>
        <w:tc>
          <w:tcPr>
            <w:tcW w:w="564" w:type="dxa"/>
            <w:tcMar>
              <w:top w:w="20" w:type="dxa"/>
              <w:left w:w="50" w:type="dxa"/>
              <w:bottom w:w="20" w:type="dxa"/>
              <w:right w:w="50" w:type="dxa"/>
            </w:tcMar>
          </w:tcPr>
          <w:p w14:paraId="238B8FE1" w14:textId="77777777" w:rsidR="00292F36" w:rsidRDefault="00000000">
            <w:r>
              <w:rPr>
                <w:sz w:val="12"/>
              </w:rPr>
              <w:t>0</w:t>
            </w:r>
          </w:p>
        </w:tc>
        <w:tc>
          <w:tcPr>
            <w:tcW w:w="564" w:type="dxa"/>
            <w:tcMar>
              <w:top w:w="20" w:type="dxa"/>
              <w:left w:w="50" w:type="dxa"/>
              <w:bottom w:w="20" w:type="dxa"/>
              <w:right w:w="50" w:type="dxa"/>
            </w:tcMar>
          </w:tcPr>
          <w:p w14:paraId="3C1B6C00" w14:textId="77777777" w:rsidR="00292F36" w:rsidRDefault="00000000">
            <w:r>
              <w:rPr>
                <w:sz w:val="12"/>
              </w:rPr>
              <w:t>0</w:t>
            </w:r>
          </w:p>
        </w:tc>
        <w:tc>
          <w:tcPr>
            <w:tcW w:w="564" w:type="dxa"/>
            <w:tcMar>
              <w:top w:w="20" w:type="dxa"/>
              <w:left w:w="50" w:type="dxa"/>
              <w:bottom w:w="20" w:type="dxa"/>
              <w:right w:w="50" w:type="dxa"/>
            </w:tcMar>
          </w:tcPr>
          <w:p w14:paraId="030B1DDC" w14:textId="77777777" w:rsidR="00292F36" w:rsidRDefault="00000000">
            <w:r>
              <w:rPr>
                <w:sz w:val="12"/>
              </w:rPr>
              <w:t>0</w:t>
            </w:r>
          </w:p>
        </w:tc>
        <w:tc>
          <w:tcPr>
            <w:tcW w:w="564" w:type="dxa"/>
            <w:tcMar>
              <w:top w:w="20" w:type="dxa"/>
              <w:left w:w="50" w:type="dxa"/>
              <w:bottom w:w="20" w:type="dxa"/>
              <w:right w:w="50" w:type="dxa"/>
            </w:tcMar>
          </w:tcPr>
          <w:p w14:paraId="5C853CF0" w14:textId="77777777" w:rsidR="00292F36" w:rsidRDefault="00000000">
            <w:r>
              <w:rPr>
                <w:sz w:val="12"/>
              </w:rPr>
              <w:t>0</w:t>
            </w:r>
          </w:p>
        </w:tc>
        <w:tc>
          <w:tcPr>
            <w:tcW w:w="564" w:type="dxa"/>
            <w:tcMar>
              <w:top w:w="20" w:type="dxa"/>
              <w:left w:w="50" w:type="dxa"/>
              <w:bottom w:w="20" w:type="dxa"/>
              <w:right w:w="50" w:type="dxa"/>
            </w:tcMar>
          </w:tcPr>
          <w:p w14:paraId="7E7FAFFB" w14:textId="77777777" w:rsidR="00292F36" w:rsidRDefault="00000000">
            <w:r>
              <w:rPr>
                <w:sz w:val="12"/>
              </w:rPr>
              <w:t>0</w:t>
            </w:r>
          </w:p>
        </w:tc>
        <w:tc>
          <w:tcPr>
            <w:tcW w:w="564" w:type="dxa"/>
            <w:tcMar>
              <w:top w:w="20" w:type="dxa"/>
              <w:left w:w="50" w:type="dxa"/>
              <w:bottom w:w="20" w:type="dxa"/>
              <w:right w:w="50" w:type="dxa"/>
            </w:tcMar>
          </w:tcPr>
          <w:p w14:paraId="038F3D81" w14:textId="77777777" w:rsidR="00292F36" w:rsidRDefault="00000000">
            <w:r>
              <w:rPr>
                <w:sz w:val="12"/>
              </w:rPr>
              <w:t>0.01234568</w:t>
            </w:r>
          </w:p>
        </w:tc>
        <w:tc>
          <w:tcPr>
            <w:tcW w:w="564" w:type="dxa"/>
            <w:tcMar>
              <w:top w:w="20" w:type="dxa"/>
              <w:left w:w="50" w:type="dxa"/>
              <w:bottom w:w="20" w:type="dxa"/>
              <w:right w:w="50" w:type="dxa"/>
            </w:tcMar>
          </w:tcPr>
          <w:p w14:paraId="29372102" w14:textId="77777777" w:rsidR="00292F36" w:rsidRDefault="00000000">
            <w:r>
              <w:rPr>
                <w:sz w:val="12"/>
              </w:rPr>
              <w:t>0.90123457</w:t>
            </w:r>
          </w:p>
        </w:tc>
        <w:tc>
          <w:tcPr>
            <w:tcW w:w="564" w:type="dxa"/>
            <w:tcMar>
              <w:top w:w="20" w:type="dxa"/>
              <w:left w:w="50" w:type="dxa"/>
              <w:bottom w:w="20" w:type="dxa"/>
              <w:right w:w="50" w:type="dxa"/>
            </w:tcMar>
          </w:tcPr>
          <w:p w14:paraId="42FA0478" w14:textId="77777777" w:rsidR="00292F36" w:rsidRDefault="00000000">
            <w:r>
              <w:rPr>
                <w:sz w:val="12"/>
              </w:rPr>
              <w:t>0.05555556</w:t>
            </w:r>
          </w:p>
        </w:tc>
        <w:tc>
          <w:tcPr>
            <w:tcW w:w="564" w:type="dxa"/>
            <w:tcMar>
              <w:top w:w="20" w:type="dxa"/>
              <w:left w:w="50" w:type="dxa"/>
              <w:bottom w:w="20" w:type="dxa"/>
              <w:right w:w="50" w:type="dxa"/>
            </w:tcMar>
          </w:tcPr>
          <w:p w14:paraId="0C8A5905" w14:textId="77777777" w:rsidR="00292F36" w:rsidRDefault="00000000">
            <w:r>
              <w:rPr>
                <w:sz w:val="12"/>
              </w:rPr>
              <w:t>0.02469136</w:t>
            </w:r>
          </w:p>
        </w:tc>
        <w:tc>
          <w:tcPr>
            <w:tcW w:w="564" w:type="dxa"/>
            <w:tcMar>
              <w:top w:w="20" w:type="dxa"/>
              <w:left w:w="50" w:type="dxa"/>
              <w:bottom w:w="20" w:type="dxa"/>
              <w:right w:w="50" w:type="dxa"/>
            </w:tcMar>
          </w:tcPr>
          <w:p w14:paraId="3285DE19" w14:textId="77777777" w:rsidR="00292F36" w:rsidRDefault="00000000">
            <w:r>
              <w:rPr>
                <w:sz w:val="12"/>
              </w:rPr>
              <w:t>0.00617284</w:t>
            </w:r>
          </w:p>
        </w:tc>
        <w:tc>
          <w:tcPr>
            <w:tcW w:w="564" w:type="dxa"/>
            <w:tcMar>
              <w:top w:w="20" w:type="dxa"/>
              <w:left w:w="50" w:type="dxa"/>
              <w:bottom w:w="20" w:type="dxa"/>
              <w:right w:w="50" w:type="dxa"/>
            </w:tcMar>
          </w:tcPr>
          <w:p w14:paraId="54A63148" w14:textId="77777777" w:rsidR="00292F36" w:rsidRDefault="00000000">
            <w:r>
              <w:rPr>
                <w:sz w:val="12"/>
              </w:rPr>
              <w:t>0</w:t>
            </w:r>
          </w:p>
        </w:tc>
      </w:tr>
      <w:tr w:rsidR="00292F36" w14:paraId="0064EE11" w14:textId="77777777">
        <w:tc>
          <w:tcPr>
            <w:tcW w:w="564" w:type="dxa"/>
            <w:tcMar>
              <w:top w:w="20" w:type="dxa"/>
              <w:left w:w="50" w:type="dxa"/>
              <w:bottom w:w="20" w:type="dxa"/>
              <w:right w:w="50" w:type="dxa"/>
            </w:tcMar>
          </w:tcPr>
          <w:p w14:paraId="30D4E812" w14:textId="77777777" w:rsidR="00292F36" w:rsidRDefault="00000000">
            <w:r>
              <w:rPr>
                <w:sz w:val="12"/>
              </w:rPr>
              <w:t>2019_isla_san_jeronimo_isla_san_jeronimo_sport_fish_deep_1</w:t>
            </w:r>
          </w:p>
        </w:tc>
        <w:tc>
          <w:tcPr>
            <w:tcW w:w="564" w:type="dxa"/>
            <w:tcMar>
              <w:top w:w="20" w:type="dxa"/>
              <w:left w:w="50" w:type="dxa"/>
              <w:bottom w:w="20" w:type="dxa"/>
              <w:right w:w="50" w:type="dxa"/>
            </w:tcMar>
          </w:tcPr>
          <w:p w14:paraId="72D7D14E" w14:textId="77777777" w:rsidR="00292F36" w:rsidRDefault="00000000">
            <w:r>
              <w:rPr>
                <w:sz w:val="12"/>
              </w:rPr>
              <w:t>0.52593465</w:t>
            </w:r>
          </w:p>
        </w:tc>
        <w:tc>
          <w:tcPr>
            <w:tcW w:w="564" w:type="dxa"/>
            <w:tcMar>
              <w:top w:w="20" w:type="dxa"/>
              <w:left w:w="50" w:type="dxa"/>
              <w:bottom w:w="20" w:type="dxa"/>
              <w:right w:w="50" w:type="dxa"/>
            </w:tcMar>
          </w:tcPr>
          <w:p w14:paraId="5C858436" w14:textId="77777777" w:rsidR="00292F36" w:rsidRDefault="00000000">
            <w:r>
              <w:rPr>
                <w:sz w:val="12"/>
              </w:rPr>
              <w:t>-0.3537672</w:t>
            </w:r>
          </w:p>
        </w:tc>
        <w:tc>
          <w:tcPr>
            <w:tcW w:w="564" w:type="dxa"/>
            <w:tcMar>
              <w:top w:w="20" w:type="dxa"/>
              <w:left w:w="50" w:type="dxa"/>
              <w:bottom w:w="20" w:type="dxa"/>
              <w:right w:w="50" w:type="dxa"/>
            </w:tcMar>
          </w:tcPr>
          <w:p w14:paraId="092DF498" w14:textId="77777777" w:rsidR="00292F36" w:rsidRDefault="00000000">
            <w:r>
              <w:rPr>
                <w:sz w:val="12"/>
              </w:rPr>
              <w:t>2019</w:t>
            </w:r>
          </w:p>
        </w:tc>
        <w:tc>
          <w:tcPr>
            <w:tcW w:w="564" w:type="dxa"/>
            <w:tcMar>
              <w:top w:w="20" w:type="dxa"/>
              <w:left w:w="50" w:type="dxa"/>
              <w:bottom w:w="20" w:type="dxa"/>
              <w:right w:w="50" w:type="dxa"/>
            </w:tcMar>
          </w:tcPr>
          <w:p w14:paraId="430D310D" w14:textId="77777777" w:rsidR="00292F36" w:rsidRDefault="00000000">
            <w:r>
              <w:rPr>
                <w:sz w:val="12"/>
              </w:rPr>
              <w:t>el_rosario</w:t>
            </w:r>
          </w:p>
        </w:tc>
        <w:tc>
          <w:tcPr>
            <w:tcW w:w="564" w:type="dxa"/>
            <w:tcMar>
              <w:top w:w="20" w:type="dxa"/>
              <w:left w:w="50" w:type="dxa"/>
              <w:bottom w:w="20" w:type="dxa"/>
              <w:right w:w="50" w:type="dxa"/>
            </w:tcMar>
          </w:tcPr>
          <w:p w14:paraId="6C1FA4A6" w14:textId="77777777" w:rsidR="00292F36" w:rsidRDefault="00000000">
            <w:r>
              <w:rPr>
                <w:sz w:val="12"/>
              </w:rPr>
              <w:t>Middle</w:t>
            </w:r>
          </w:p>
        </w:tc>
        <w:tc>
          <w:tcPr>
            <w:tcW w:w="564" w:type="dxa"/>
            <w:tcMar>
              <w:top w:w="20" w:type="dxa"/>
              <w:left w:w="50" w:type="dxa"/>
              <w:bottom w:w="20" w:type="dxa"/>
              <w:right w:w="50" w:type="dxa"/>
            </w:tcMar>
          </w:tcPr>
          <w:p w14:paraId="14FC67D9" w14:textId="77777777" w:rsidR="00292F36" w:rsidRDefault="00000000">
            <w:r>
              <w:rPr>
                <w:sz w:val="12"/>
              </w:rPr>
              <w:t>isla_san_jeronimo</w:t>
            </w:r>
          </w:p>
        </w:tc>
        <w:tc>
          <w:tcPr>
            <w:tcW w:w="564" w:type="dxa"/>
            <w:tcMar>
              <w:top w:w="20" w:type="dxa"/>
              <w:left w:w="50" w:type="dxa"/>
              <w:bottom w:w="20" w:type="dxa"/>
              <w:right w:w="50" w:type="dxa"/>
            </w:tcMar>
          </w:tcPr>
          <w:p w14:paraId="3228A6C1" w14:textId="77777777" w:rsidR="00292F36" w:rsidRDefault="00000000">
            <w:r>
              <w:rPr>
                <w:sz w:val="12"/>
              </w:rPr>
              <w:t>isla_san_jeronimo_sport_fish_deep</w:t>
            </w:r>
          </w:p>
        </w:tc>
        <w:tc>
          <w:tcPr>
            <w:tcW w:w="564" w:type="dxa"/>
            <w:tcMar>
              <w:top w:w="20" w:type="dxa"/>
              <w:left w:w="50" w:type="dxa"/>
              <w:bottom w:w="20" w:type="dxa"/>
              <w:right w:w="50" w:type="dxa"/>
            </w:tcMar>
          </w:tcPr>
          <w:p w14:paraId="5C92196C" w14:textId="77777777" w:rsidR="00292F36" w:rsidRDefault="00000000">
            <w:r>
              <w:rPr>
                <w:sz w:val="12"/>
              </w:rPr>
              <w:t>14</w:t>
            </w:r>
          </w:p>
        </w:tc>
        <w:tc>
          <w:tcPr>
            <w:tcW w:w="564" w:type="dxa"/>
            <w:tcMar>
              <w:top w:w="20" w:type="dxa"/>
              <w:left w:w="50" w:type="dxa"/>
              <w:bottom w:w="20" w:type="dxa"/>
              <w:right w:w="50" w:type="dxa"/>
            </w:tcMar>
          </w:tcPr>
          <w:p w14:paraId="6BE61FDF" w14:textId="77777777" w:rsidR="00292F36" w:rsidRDefault="00000000">
            <w:r>
              <w:rPr>
                <w:sz w:val="12"/>
              </w:rPr>
              <w:t>19.5599995</w:t>
            </w:r>
          </w:p>
        </w:tc>
        <w:tc>
          <w:tcPr>
            <w:tcW w:w="564" w:type="dxa"/>
            <w:tcMar>
              <w:top w:w="20" w:type="dxa"/>
              <w:left w:w="50" w:type="dxa"/>
              <w:bottom w:w="20" w:type="dxa"/>
              <w:right w:w="50" w:type="dxa"/>
            </w:tcMar>
          </w:tcPr>
          <w:p w14:paraId="76618D78" w14:textId="77777777" w:rsidR="00292F36" w:rsidRDefault="00000000">
            <w:r>
              <w:rPr>
                <w:sz w:val="12"/>
              </w:rPr>
              <w:t>1.60393054</w:t>
            </w:r>
          </w:p>
        </w:tc>
        <w:tc>
          <w:tcPr>
            <w:tcW w:w="564" w:type="dxa"/>
            <w:tcMar>
              <w:top w:w="20" w:type="dxa"/>
              <w:left w:w="50" w:type="dxa"/>
              <w:bottom w:w="20" w:type="dxa"/>
              <w:right w:w="50" w:type="dxa"/>
            </w:tcMar>
          </w:tcPr>
          <w:p w14:paraId="177D1E2C" w14:textId="77777777" w:rsidR="00292F36" w:rsidRDefault="00000000">
            <w:r>
              <w:rPr>
                <w:sz w:val="12"/>
              </w:rPr>
              <w:t>0</w:t>
            </w:r>
          </w:p>
        </w:tc>
        <w:tc>
          <w:tcPr>
            <w:tcW w:w="564" w:type="dxa"/>
            <w:tcMar>
              <w:top w:w="20" w:type="dxa"/>
              <w:left w:w="50" w:type="dxa"/>
              <w:bottom w:w="20" w:type="dxa"/>
              <w:right w:w="50" w:type="dxa"/>
            </w:tcMar>
          </w:tcPr>
          <w:p w14:paraId="35FB2EEA" w14:textId="77777777" w:rsidR="00292F36" w:rsidRDefault="00000000">
            <w:r>
              <w:rPr>
                <w:sz w:val="12"/>
              </w:rPr>
              <w:t>0.91346154</w:t>
            </w:r>
          </w:p>
        </w:tc>
        <w:tc>
          <w:tcPr>
            <w:tcW w:w="564" w:type="dxa"/>
            <w:tcMar>
              <w:top w:w="20" w:type="dxa"/>
              <w:left w:w="50" w:type="dxa"/>
              <w:bottom w:w="20" w:type="dxa"/>
              <w:right w:w="50" w:type="dxa"/>
            </w:tcMar>
          </w:tcPr>
          <w:p w14:paraId="004391F1" w14:textId="77777777" w:rsidR="00292F36" w:rsidRDefault="00000000">
            <w:r>
              <w:rPr>
                <w:sz w:val="12"/>
              </w:rPr>
              <w:t>0.08653846</w:t>
            </w:r>
          </w:p>
        </w:tc>
        <w:tc>
          <w:tcPr>
            <w:tcW w:w="564" w:type="dxa"/>
            <w:tcMar>
              <w:top w:w="20" w:type="dxa"/>
              <w:left w:w="50" w:type="dxa"/>
              <w:bottom w:w="20" w:type="dxa"/>
              <w:right w:w="50" w:type="dxa"/>
            </w:tcMar>
          </w:tcPr>
          <w:p w14:paraId="3B42703E" w14:textId="77777777" w:rsidR="00292F36" w:rsidRDefault="00000000">
            <w:r>
              <w:rPr>
                <w:sz w:val="12"/>
              </w:rPr>
              <w:t>0</w:t>
            </w:r>
          </w:p>
        </w:tc>
        <w:tc>
          <w:tcPr>
            <w:tcW w:w="564" w:type="dxa"/>
            <w:tcMar>
              <w:top w:w="20" w:type="dxa"/>
              <w:left w:w="50" w:type="dxa"/>
              <w:bottom w:w="20" w:type="dxa"/>
              <w:right w:w="50" w:type="dxa"/>
            </w:tcMar>
          </w:tcPr>
          <w:p w14:paraId="7ED8BC02" w14:textId="77777777" w:rsidR="00292F36" w:rsidRDefault="00000000">
            <w:r>
              <w:rPr>
                <w:sz w:val="12"/>
              </w:rPr>
              <w:t>0</w:t>
            </w:r>
          </w:p>
        </w:tc>
        <w:tc>
          <w:tcPr>
            <w:tcW w:w="564" w:type="dxa"/>
            <w:tcMar>
              <w:top w:w="20" w:type="dxa"/>
              <w:left w:w="50" w:type="dxa"/>
              <w:bottom w:w="20" w:type="dxa"/>
              <w:right w:w="50" w:type="dxa"/>
            </w:tcMar>
          </w:tcPr>
          <w:p w14:paraId="5BB19DDF" w14:textId="77777777" w:rsidR="00292F36" w:rsidRDefault="00000000">
            <w:r>
              <w:rPr>
                <w:sz w:val="12"/>
              </w:rPr>
              <w:t>0</w:t>
            </w:r>
          </w:p>
        </w:tc>
        <w:tc>
          <w:tcPr>
            <w:tcW w:w="564" w:type="dxa"/>
            <w:tcMar>
              <w:top w:w="20" w:type="dxa"/>
              <w:left w:w="50" w:type="dxa"/>
              <w:bottom w:w="20" w:type="dxa"/>
              <w:right w:w="50" w:type="dxa"/>
            </w:tcMar>
          </w:tcPr>
          <w:p w14:paraId="48026BAC" w14:textId="77777777" w:rsidR="00292F36" w:rsidRDefault="00000000">
            <w:r>
              <w:rPr>
                <w:sz w:val="12"/>
              </w:rPr>
              <w:t>0</w:t>
            </w:r>
          </w:p>
        </w:tc>
        <w:tc>
          <w:tcPr>
            <w:tcW w:w="564" w:type="dxa"/>
            <w:tcMar>
              <w:top w:w="20" w:type="dxa"/>
              <w:left w:w="50" w:type="dxa"/>
              <w:bottom w:w="20" w:type="dxa"/>
              <w:right w:w="50" w:type="dxa"/>
            </w:tcMar>
          </w:tcPr>
          <w:p w14:paraId="1FE98266" w14:textId="77777777" w:rsidR="00292F36" w:rsidRDefault="00000000">
            <w:r>
              <w:rPr>
                <w:sz w:val="12"/>
              </w:rPr>
              <w:t>0</w:t>
            </w:r>
          </w:p>
        </w:tc>
        <w:tc>
          <w:tcPr>
            <w:tcW w:w="564" w:type="dxa"/>
            <w:tcMar>
              <w:top w:w="20" w:type="dxa"/>
              <w:left w:w="50" w:type="dxa"/>
              <w:bottom w:w="20" w:type="dxa"/>
              <w:right w:w="50" w:type="dxa"/>
            </w:tcMar>
          </w:tcPr>
          <w:p w14:paraId="5C3C3F85" w14:textId="77777777" w:rsidR="00292F36" w:rsidRDefault="00000000">
            <w:r>
              <w:rPr>
                <w:sz w:val="12"/>
              </w:rPr>
              <w:t>0</w:t>
            </w:r>
          </w:p>
        </w:tc>
        <w:tc>
          <w:tcPr>
            <w:tcW w:w="564" w:type="dxa"/>
            <w:tcMar>
              <w:top w:w="20" w:type="dxa"/>
              <w:left w:w="50" w:type="dxa"/>
              <w:bottom w:w="20" w:type="dxa"/>
              <w:right w:w="50" w:type="dxa"/>
            </w:tcMar>
          </w:tcPr>
          <w:p w14:paraId="0E5DC190" w14:textId="77777777" w:rsidR="00292F36" w:rsidRDefault="00000000">
            <w:r>
              <w:rPr>
                <w:sz w:val="12"/>
              </w:rPr>
              <w:t>0.6684492</w:t>
            </w:r>
          </w:p>
        </w:tc>
        <w:tc>
          <w:tcPr>
            <w:tcW w:w="564" w:type="dxa"/>
            <w:tcMar>
              <w:top w:w="20" w:type="dxa"/>
              <w:left w:w="50" w:type="dxa"/>
              <w:bottom w:w="20" w:type="dxa"/>
              <w:right w:w="50" w:type="dxa"/>
            </w:tcMar>
          </w:tcPr>
          <w:p w14:paraId="3DD76889" w14:textId="77777777" w:rsidR="00292F36" w:rsidRDefault="00000000">
            <w:r>
              <w:rPr>
                <w:sz w:val="12"/>
              </w:rPr>
              <w:t>0.18716578</w:t>
            </w:r>
          </w:p>
        </w:tc>
        <w:tc>
          <w:tcPr>
            <w:tcW w:w="564" w:type="dxa"/>
            <w:tcMar>
              <w:top w:w="20" w:type="dxa"/>
              <w:left w:w="50" w:type="dxa"/>
              <w:bottom w:w="20" w:type="dxa"/>
              <w:right w:w="50" w:type="dxa"/>
            </w:tcMar>
          </w:tcPr>
          <w:p w14:paraId="0BD22498" w14:textId="77777777" w:rsidR="00292F36" w:rsidRDefault="00000000">
            <w:r>
              <w:rPr>
                <w:sz w:val="12"/>
              </w:rPr>
              <w:t>0</w:t>
            </w:r>
          </w:p>
        </w:tc>
        <w:tc>
          <w:tcPr>
            <w:tcW w:w="564" w:type="dxa"/>
            <w:tcMar>
              <w:top w:w="20" w:type="dxa"/>
              <w:left w:w="50" w:type="dxa"/>
              <w:bottom w:w="20" w:type="dxa"/>
              <w:right w:w="50" w:type="dxa"/>
            </w:tcMar>
          </w:tcPr>
          <w:p w14:paraId="17D28003" w14:textId="77777777" w:rsidR="00292F36" w:rsidRDefault="00000000">
            <w:r>
              <w:rPr>
                <w:sz w:val="12"/>
              </w:rPr>
              <w:t>0.09625668</w:t>
            </w:r>
          </w:p>
        </w:tc>
        <w:tc>
          <w:tcPr>
            <w:tcW w:w="564" w:type="dxa"/>
            <w:tcMar>
              <w:top w:w="20" w:type="dxa"/>
              <w:left w:w="50" w:type="dxa"/>
              <w:bottom w:w="20" w:type="dxa"/>
              <w:right w:w="50" w:type="dxa"/>
            </w:tcMar>
          </w:tcPr>
          <w:p w14:paraId="0185ADB0" w14:textId="77777777" w:rsidR="00292F36" w:rsidRDefault="00000000">
            <w:r>
              <w:rPr>
                <w:sz w:val="12"/>
              </w:rPr>
              <w:t>0.04812834</w:t>
            </w:r>
          </w:p>
        </w:tc>
      </w:tr>
      <w:tr w:rsidR="00292F36" w14:paraId="70636171" w14:textId="77777777">
        <w:tc>
          <w:tcPr>
            <w:tcW w:w="564" w:type="dxa"/>
            <w:tcMar>
              <w:top w:w="20" w:type="dxa"/>
              <w:left w:w="50" w:type="dxa"/>
              <w:bottom w:w="20" w:type="dxa"/>
              <w:right w:w="50" w:type="dxa"/>
            </w:tcMar>
          </w:tcPr>
          <w:p w14:paraId="3B0DAD56" w14:textId="77777777" w:rsidR="00292F36" w:rsidRDefault="00000000">
            <w:r>
              <w:rPr>
                <w:sz w:val="12"/>
              </w:rPr>
              <w:t>2019_isla_san_jeronimo_isla_san_jeronimo_sport_fish_deep_2</w:t>
            </w:r>
          </w:p>
        </w:tc>
        <w:tc>
          <w:tcPr>
            <w:tcW w:w="564" w:type="dxa"/>
            <w:tcMar>
              <w:top w:w="20" w:type="dxa"/>
              <w:left w:w="50" w:type="dxa"/>
              <w:bottom w:w="20" w:type="dxa"/>
              <w:right w:w="50" w:type="dxa"/>
            </w:tcMar>
          </w:tcPr>
          <w:p w14:paraId="16BF9333" w14:textId="77777777" w:rsidR="00292F36" w:rsidRDefault="00000000">
            <w:r>
              <w:rPr>
                <w:sz w:val="12"/>
              </w:rPr>
              <w:t>0.6444235</w:t>
            </w:r>
          </w:p>
        </w:tc>
        <w:tc>
          <w:tcPr>
            <w:tcW w:w="564" w:type="dxa"/>
            <w:tcMar>
              <w:top w:w="20" w:type="dxa"/>
              <w:left w:w="50" w:type="dxa"/>
              <w:bottom w:w="20" w:type="dxa"/>
              <w:right w:w="50" w:type="dxa"/>
            </w:tcMar>
          </w:tcPr>
          <w:p w14:paraId="4E7EB629" w14:textId="77777777" w:rsidR="00292F36" w:rsidRDefault="00000000">
            <w:r>
              <w:rPr>
                <w:sz w:val="12"/>
              </w:rPr>
              <w:t>-0.3572459</w:t>
            </w:r>
          </w:p>
        </w:tc>
        <w:tc>
          <w:tcPr>
            <w:tcW w:w="564" w:type="dxa"/>
            <w:tcMar>
              <w:top w:w="20" w:type="dxa"/>
              <w:left w:w="50" w:type="dxa"/>
              <w:bottom w:w="20" w:type="dxa"/>
              <w:right w:w="50" w:type="dxa"/>
            </w:tcMar>
          </w:tcPr>
          <w:p w14:paraId="6E1F2A4B" w14:textId="77777777" w:rsidR="00292F36" w:rsidRDefault="00000000">
            <w:r>
              <w:rPr>
                <w:sz w:val="12"/>
              </w:rPr>
              <w:t>2019</w:t>
            </w:r>
          </w:p>
        </w:tc>
        <w:tc>
          <w:tcPr>
            <w:tcW w:w="564" w:type="dxa"/>
            <w:tcMar>
              <w:top w:w="20" w:type="dxa"/>
              <w:left w:w="50" w:type="dxa"/>
              <w:bottom w:w="20" w:type="dxa"/>
              <w:right w:w="50" w:type="dxa"/>
            </w:tcMar>
          </w:tcPr>
          <w:p w14:paraId="3CA67290" w14:textId="77777777" w:rsidR="00292F36" w:rsidRDefault="00000000">
            <w:r>
              <w:rPr>
                <w:sz w:val="12"/>
              </w:rPr>
              <w:t>el_rosario</w:t>
            </w:r>
          </w:p>
        </w:tc>
        <w:tc>
          <w:tcPr>
            <w:tcW w:w="564" w:type="dxa"/>
            <w:tcMar>
              <w:top w:w="20" w:type="dxa"/>
              <w:left w:w="50" w:type="dxa"/>
              <w:bottom w:w="20" w:type="dxa"/>
              <w:right w:w="50" w:type="dxa"/>
            </w:tcMar>
          </w:tcPr>
          <w:p w14:paraId="5885C6C4" w14:textId="77777777" w:rsidR="00292F36" w:rsidRDefault="00000000">
            <w:r>
              <w:rPr>
                <w:sz w:val="12"/>
              </w:rPr>
              <w:t>Middle</w:t>
            </w:r>
          </w:p>
        </w:tc>
        <w:tc>
          <w:tcPr>
            <w:tcW w:w="564" w:type="dxa"/>
            <w:tcMar>
              <w:top w:w="20" w:type="dxa"/>
              <w:left w:w="50" w:type="dxa"/>
              <w:bottom w:w="20" w:type="dxa"/>
              <w:right w:w="50" w:type="dxa"/>
            </w:tcMar>
          </w:tcPr>
          <w:p w14:paraId="1F273FD9" w14:textId="77777777" w:rsidR="00292F36" w:rsidRDefault="00000000">
            <w:r>
              <w:rPr>
                <w:sz w:val="12"/>
              </w:rPr>
              <w:t>isla_san_jeronimo</w:t>
            </w:r>
          </w:p>
        </w:tc>
        <w:tc>
          <w:tcPr>
            <w:tcW w:w="564" w:type="dxa"/>
            <w:tcMar>
              <w:top w:w="20" w:type="dxa"/>
              <w:left w:w="50" w:type="dxa"/>
              <w:bottom w:w="20" w:type="dxa"/>
              <w:right w:w="50" w:type="dxa"/>
            </w:tcMar>
          </w:tcPr>
          <w:p w14:paraId="3FC917DD" w14:textId="77777777" w:rsidR="00292F36" w:rsidRDefault="00000000">
            <w:r>
              <w:rPr>
                <w:sz w:val="12"/>
              </w:rPr>
              <w:t>isla_san_jeronimo_sport_fish_deep</w:t>
            </w:r>
          </w:p>
        </w:tc>
        <w:tc>
          <w:tcPr>
            <w:tcW w:w="564" w:type="dxa"/>
            <w:tcMar>
              <w:top w:w="20" w:type="dxa"/>
              <w:left w:w="50" w:type="dxa"/>
              <w:bottom w:w="20" w:type="dxa"/>
              <w:right w:w="50" w:type="dxa"/>
            </w:tcMar>
          </w:tcPr>
          <w:p w14:paraId="20A53D53" w14:textId="77777777" w:rsidR="00292F36" w:rsidRDefault="00000000">
            <w:r>
              <w:rPr>
                <w:sz w:val="12"/>
              </w:rPr>
              <w:t>14</w:t>
            </w:r>
          </w:p>
        </w:tc>
        <w:tc>
          <w:tcPr>
            <w:tcW w:w="564" w:type="dxa"/>
            <w:tcMar>
              <w:top w:w="20" w:type="dxa"/>
              <w:left w:w="50" w:type="dxa"/>
              <w:bottom w:w="20" w:type="dxa"/>
              <w:right w:w="50" w:type="dxa"/>
            </w:tcMar>
          </w:tcPr>
          <w:p w14:paraId="7E2E49ED" w14:textId="77777777" w:rsidR="00292F36" w:rsidRDefault="00000000">
            <w:r>
              <w:rPr>
                <w:sz w:val="12"/>
              </w:rPr>
              <w:t>19.5599995</w:t>
            </w:r>
          </w:p>
        </w:tc>
        <w:tc>
          <w:tcPr>
            <w:tcW w:w="564" w:type="dxa"/>
            <w:tcMar>
              <w:top w:w="20" w:type="dxa"/>
              <w:left w:w="50" w:type="dxa"/>
              <w:bottom w:w="20" w:type="dxa"/>
              <w:right w:w="50" w:type="dxa"/>
            </w:tcMar>
          </w:tcPr>
          <w:p w14:paraId="50D712D1" w14:textId="77777777" w:rsidR="00292F36" w:rsidRDefault="00000000">
            <w:r>
              <w:rPr>
                <w:sz w:val="12"/>
              </w:rPr>
              <w:t>1.60393054</w:t>
            </w:r>
          </w:p>
        </w:tc>
        <w:tc>
          <w:tcPr>
            <w:tcW w:w="564" w:type="dxa"/>
            <w:tcMar>
              <w:top w:w="20" w:type="dxa"/>
              <w:left w:w="50" w:type="dxa"/>
              <w:bottom w:w="20" w:type="dxa"/>
              <w:right w:w="50" w:type="dxa"/>
            </w:tcMar>
          </w:tcPr>
          <w:p w14:paraId="65F9B038" w14:textId="77777777" w:rsidR="00292F36" w:rsidRDefault="00000000">
            <w:r>
              <w:rPr>
                <w:sz w:val="12"/>
              </w:rPr>
              <w:t>0</w:t>
            </w:r>
          </w:p>
        </w:tc>
        <w:tc>
          <w:tcPr>
            <w:tcW w:w="564" w:type="dxa"/>
            <w:tcMar>
              <w:top w:w="20" w:type="dxa"/>
              <w:left w:w="50" w:type="dxa"/>
              <w:bottom w:w="20" w:type="dxa"/>
              <w:right w:w="50" w:type="dxa"/>
            </w:tcMar>
          </w:tcPr>
          <w:p w14:paraId="36EA3B72" w14:textId="77777777" w:rsidR="00292F36" w:rsidRDefault="00000000">
            <w:r>
              <w:rPr>
                <w:sz w:val="12"/>
              </w:rPr>
              <w:t>0.87064677</w:t>
            </w:r>
          </w:p>
        </w:tc>
        <w:tc>
          <w:tcPr>
            <w:tcW w:w="564" w:type="dxa"/>
            <w:tcMar>
              <w:top w:w="20" w:type="dxa"/>
              <w:left w:w="50" w:type="dxa"/>
              <w:bottom w:w="20" w:type="dxa"/>
              <w:right w:w="50" w:type="dxa"/>
            </w:tcMar>
          </w:tcPr>
          <w:p w14:paraId="52F75BDB" w14:textId="77777777" w:rsidR="00292F36" w:rsidRDefault="00000000">
            <w:r>
              <w:rPr>
                <w:sz w:val="12"/>
              </w:rPr>
              <w:t>0.12935323</w:t>
            </w:r>
          </w:p>
        </w:tc>
        <w:tc>
          <w:tcPr>
            <w:tcW w:w="564" w:type="dxa"/>
            <w:tcMar>
              <w:top w:w="20" w:type="dxa"/>
              <w:left w:w="50" w:type="dxa"/>
              <w:bottom w:w="20" w:type="dxa"/>
              <w:right w:w="50" w:type="dxa"/>
            </w:tcMar>
          </w:tcPr>
          <w:p w14:paraId="768BB96C" w14:textId="77777777" w:rsidR="00292F36" w:rsidRDefault="00000000">
            <w:r>
              <w:rPr>
                <w:sz w:val="12"/>
              </w:rPr>
              <w:t>0</w:t>
            </w:r>
          </w:p>
        </w:tc>
        <w:tc>
          <w:tcPr>
            <w:tcW w:w="564" w:type="dxa"/>
            <w:tcMar>
              <w:top w:w="20" w:type="dxa"/>
              <w:left w:w="50" w:type="dxa"/>
              <w:bottom w:w="20" w:type="dxa"/>
              <w:right w:w="50" w:type="dxa"/>
            </w:tcMar>
          </w:tcPr>
          <w:p w14:paraId="69554E68" w14:textId="77777777" w:rsidR="00292F36" w:rsidRDefault="00000000">
            <w:r>
              <w:rPr>
                <w:sz w:val="12"/>
              </w:rPr>
              <w:t>0</w:t>
            </w:r>
          </w:p>
        </w:tc>
        <w:tc>
          <w:tcPr>
            <w:tcW w:w="564" w:type="dxa"/>
            <w:tcMar>
              <w:top w:w="20" w:type="dxa"/>
              <w:left w:w="50" w:type="dxa"/>
              <w:bottom w:w="20" w:type="dxa"/>
              <w:right w:w="50" w:type="dxa"/>
            </w:tcMar>
          </w:tcPr>
          <w:p w14:paraId="08ADD476" w14:textId="77777777" w:rsidR="00292F36" w:rsidRDefault="00000000">
            <w:r>
              <w:rPr>
                <w:sz w:val="12"/>
              </w:rPr>
              <w:t>0</w:t>
            </w:r>
          </w:p>
        </w:tc>
        <w:tc>
          <w:tcPr>
            <w:tcW w:w="564" w:type="dxa"/>
            <w:tcMar>
              <w:top w:w="20" w:type="dxa"/>
              <w:left w:w="50" w:type="dxa"/>
              <w:bottom w:w="20" w:type="dxa"/>
              <w:right w:w="50" w:type="dxa"/>
            </w:tcMar>
          </w:tcPr>
          <w:p w14:paraId="0FBC5CD5" w14:textId="77777777" w:rsidR="00292F36" w:rsidRDefault="00000000">
            <w:r>
              <w:rPr>
                <w:sz w:val="12"/>
              </w:rPr>
              <w:t>0</w:t>
            </w:r>
          </w:p>
        </w:tc>
        <w:tc>
          <w:tcPr>
            <w:tcW w:w="564" w:type="dxa"/>
            <w:tcMar>
              <w:top w:w="20" w:type="dxa"/>
              <w:left w:w="50" w:type="dxa"/>
              <w:bottom w:w="20" w:type="dxa"/>
              <w:right w:w="50" w:type="dxa"/>
            </w:tcMar>
          </w:tcPr>
          <w:p w14:paraId="48420011" w14:textId="77777777" w:rsidR="00292F36" w:rsidRDefault="00000000">
            <w:r>
              <w:rPr>
                <w:sz w:val="12"/>
              </w:rPr>
              <w:t>0</w:t>
            </w:r>
          </w:p>
        </w:tc>
        <w:tc>
          <w:tcPr>
            <w:tcW w:w="564" w:type="dxa"/>
            <w:tcMar>
              <w:top w:w="20" w:type="dxa"/>
              <w:left w:w="50" w:type="dxa"/>
              <w:bottom w:w="20" w:type="dxa"/>
              <w:right w:w="50" w:type="dxa"/>
            </w:tcMar>
          </w:tcPr>
          <w:p w14:paraId="270957DB" w14:textId="77777777" w:rsidR="00292F36" w:rsidRDefault="00000000">
            <w:r>
              <w:rPr>
                <w:sz w:val="12"/>
              </w:rPr>
              <w:t>0</w:t>
            </w:r>
          </w:p>
        </w:tc>
        <w:tc>
          <w:tcPr>
            <w:tcW w:w="564" w:type="dxa"/>
            <w:tcMar>
              <w:top w:w="20" w:type="dxa"/>
              <w:left w:w="50" w:type="dxa"/>
              <w:bottom w:w="20" w:type="dxa"/>
              <w:right w:w="50" w:type="dxa"/>
            </w:tcMar>
          </w:tcPr>
          <w:p w14:paraId="2C7C3192" w14:textId="77777777" w:rsidR="00292F36" w:rsidRDefault="00000000">
            <w:r>
              <w:rPr>
                <w:sz w:val="12"/>
              </w:rPr>
              <w:t>0.93577982</w:t>
            </w:r>
          </w:p>
        </w:tc>
        <w:tc>
          <w:tcPr>
            <w:tcW w:w="564" w:type="dxa"/>
            <w:tcMar>
              <w:top w:w="20" w:type="dxa"/>
              <w:left w:w="50" w:type="dxa"/>
              <w:bottom w:w="20" w:type="dxa"/>
              <w:right w:w="50" w:type="dxa"/>
            </w:tcMar>
          </w:tcPr>
          <w:p w14:paraId="33866CAE" w14:textId="77777777" w:rsidR="00292F36" w:rsidRDefault="00000000">
            <w:r>
              <w:rPr>
                <w:sz w:val="12"/>
              </w:rPr>
              <w:t>0</w:t>
            </w:r>
          </w:p>
        </w:tc>
        <w:tc>
          <w:tcPr>
            <w:tcW w:w="564" w:type="dxa"/>
            <w:tcMar>
              <w:top w:w="20" w:type="dxa"/>
              <w:left w:w="50" w:type="dxa"/>
              <w:bottom w:w="20" w:type="dxa"/>
              <w:right w:w="50" w:type="dxa"/>
            </w:tcMar>
          </w:tcPr>
          <w:p w14:paraId="4704235B" w14:textId="77777777" w:rsidR="00292F36" w:rsidRDefault="00000000">
            <w:r>
              <w:rPr>
                <w:sz w:val="12"/>
              </w:rPr>
              <w:t>0</w:t>
            </w:r>
          </w:p>
        </w:tc>
        <w:tc>
          <w:tcPr>
            <w:tcW w:w="564" w:type="dxa"/>
            <w:tcMar>
              <w:top w:w="20" w:type="dxa"/>
              <w:left w:w="50" w:type="dxa"/>
              <w:bottom w:w="20" w:type="dxa"/>
              <w:right w:w="50" w:type="dxa"/>
            </w:tcMar>
          </w:tcPr>
          <w:p w14:paraId="04CD333A" w14:textId="77777777" w:rsidR="00292F36" w:rsidRDefault="00000000">
            <w:r>
              <w:rPr>
                <w:sz w:val="12"/>
              </w:rPr>
              <w:t>0.04587156</w:t>
            </w:r>
          </w:p>
        </w:tc>
        <w:tc>
          <w:tcPr>
            <w:tcW w:w="564" w:type="dxa"/>
            <w:tcMar>
              <w:top w:w="20" w:type="dxa"/>
              <w:left w:w="50" w:type="dxa"/>
              <w:bottom w:w="20" w:type="dxa"/>
              <w:right w:w="50" w:type="dxa"/>
            </w:tcMar>
          </w:tcPr>
          <w:p w14:paraId="4F32F164" w14:textId="77777777" w:rsidR="00292F36" w:rsidRDefault="00000000">
            <w:r>
              <w:rPr>
                <w:sz w:val="12"/>
              </w:rPr>
              <w:t>0.01834862</w:t>
            </w:r>
          </w:p>
        </w:tc>
      </w:tr>
      <w:tr w:rsidR="00292F36" w14:paraId="604D4720" w14:textId="77777777">
        <w:tc>
          <w:tcPr>
            <w:tcW w:w="564" w:type="dxa"/>
            <w:tcMar>
              <w:top w:w="20" w:type="dxa"/>
              <w:left w:w="50" w:type="dxa"/>
              <w:bottom w:w="20" w:type="dxa"/>
              <w:right w:w="50" w:type="dxa"/>
            </w:tcMar>
          </w:tcPr>
          <w:p w14:paraId="2F9E1D45" w14:textId="77777777" w:rsidR="00292F36" w:rsidRDefault="00000000">
            <w:r>
              <w:rPr>
                <w:sz w:val="12"/>
              </w:rPr>
              <w:t>2019_isla_san_jeronimo_isla_san_jeronimo_sport_fish_mid_1</w:t>
            </w:r>
          </w:p>
        </w:tc>
        <w:tc>
          <w:tcPr>
            <w:tcW w:w="564" w:type="dxa"/>
            <w:tcMar>
              <w:top w:w="20" w:type="dxa"/>
              <w:left w:w="50" w:type="dxa"/>
              <w:bottom w:w="20" w:type="dxa"/>
              <w:right w:w="50" w:type="dxa"/>
            </w:tcMar>
          </w:tcPr>
          <w:p w14:paraId="5FD5A539" w14:textId="77777777" w:rsidR="00292F36" w:rsidRDefault="00000000">
            <w:r>
              <w:rPr>
                <w:sz w:val="12"/>
              </w:rPr>
              <w:t>0.51197527</w:t>
            </w:r>
          </w:p>
        </w:tc>
        <w:tc>
          <w:tcPr>
            <w:tcW w:w="564" w:type="dxa"/>
            <w:tcMar>
              <w:top w:w="20" w:type="dxa"/>
              <w:left w:w="50" w:type="dxa"/>
              <w:bottom w:w="20" w:type="dxa"/>
              <w:right w:w="50" w:type="dxa"/>
            </w:tcMar>
          </w:tcPr>
          <w:p w14:paraId="22306EA6" w14:textId="77777777" w:rsidR="00292F36" w:rsidRDefault="00000000">
            <w:r>
              <w:rPr>
                <w:sz w:val="12"/>
              </w:rPr>
              <w:t>-0.3497525</w:t>
            </w:r>
          </w:p>
        </w:tc>
        <w:tc>
          <w:tcPr>
            <w:tcW w:w="564" w:type="dxa"/>
            <w:tcMar>
              <w:top w:w="20" w:type="dxa"/>
              <w:left w:w="50" w:type="dxa"/>
              <w:bottom w:w="20" w:type="dxa"/>
              <w:right w:w="50" w:type="dxa"/>
            </w:tcMar>
          </w:tcPr>
          <w:p w14:paraId="3711A235" w14:textId="77777777" w:rsidR="00292F36" w:rsidRDefault="00000000">
            <w:r>
              <w:rPr>
                <w:sz w:val="12"/>
              </w:rPr>
              <w:t>2019</w:t>
            </w:r>
          </w:p>
        </w:tc>
        <w:tc>
          <w:tcPr>
            <w:tcW w:w="564" w:type="dxa"/>
            <w:tcMar>
              <w:top w:w="20" w:type="dxa"/>
              <w:left w:w="50" w:type="dxa"/>
              <w:bottom w:w="20" w:type="dxa"/>
              <w:right w:w="50" w:type="dxa"/>
            </w:tcMar>
          </w:tcPr>
          <w:p w14:paraId="3A88A52B" w14:textId="77777777" w:rsidR="00292F36" w:rsidRDefault="00000000">
            <w:r>
              <w:rPr>
                <w:sz w:val="12"/>
              </w:rPr>
              <w:t>el_rosario</w:t>
            </w:r>
          </w:p>
        </w:tc>
        <w:tc>
          <w:tcPr>
            <w:tcW w:w="564" w:type="dxa"/>
            <w:tcMar>
              <w:top w:w="20" w:type="dxa"/>
              <w:left w:w="50" w:type="dxa"/>
              <w:bottom w:w="20" w:type="dxa"/>
              <w:right w:w="50" w:type="dxa"/>
            </w:tcMar>
          </w:tcPr>
          <w:p w14:paraId="27353B43" w14:textId="77777777" w:rsidR="00292F36" w:rsidRDefault="00000000">
            <w:r>
              <w:rPr>
                <w:sz w:val="12"/>
              </w:rPr>
              <w:t>Middle</w:t>
            </w:r>
          </w:p>
        </w:tc>
        <w:tc>
          <w:tcPr>
            <w:tcW w:w="564" w:type="dxa"/>
            <w:tcMar>
              <w:top w:w="20" w:type="dxa"/>
              <w:left w:w="50" w:type="dxa"/>
              <w:bottom w:w="20" w:type="dxa"/>
              <w:right w:w="50" w:type="dxa"/>
            </w:tcMar>
          </w:tcPr>
          <w:p w14:paraId="402F4E9C" w14:textId="77777777" w:rsidR="00292F36" w:rsidRDefault="00000000">
            <w:r>
              <w:rPr>
                <w:sz w:val="12"/>
              </w:rPr>
              <w:t>isla_san_jeronimo</w:t>
            </w:r>
          </w:p>
        </w:tc>
        <w:tc>
          <w:tcPr>
            <w:tcW w:w="564" w:type="dxa"/>
            <w:tcMar>
              <w:top w:w="20" w:type="dxa"/>
              <w:left w:w="50" w:type="dxa"/>
              <w:bottom w:w="20" w:type="dxa"/>
              <w:right w:w="50" w:type="dxa"/>
            </w:tcMar>
          </w:tcPr>
          <w:p w14:paraId="71E78545" w14:textId="77777777" w:rsidR="00292F36" w:rsidRDefault="00000000">
            <w:r>
              <w:rPr>
                <w:sz w:val="12"/>
              </w:rPr>
              <w:t>isla_san_jeronimo_sport_fish_mid</w:t>
            </w:r>
          </w:p>
        </w:tc>
        <w:tc>
          <w:tcPr>
            <w:tcW w:w="564" w:type="dxa"/>
            <w:tcMar>
              <w:top w:w="20" w:type="dxa"/>
              <w:left w:w="50" w:type="dxa"/>
              <w:bottom w:w="20" w:type="dxa"/>
              <w:right w:w="50" w:type="dxa"/>
            </w:tcMar>
          </w:tcPr>
          <w:p w14:paraId="59F096A9" w14:textId="77777777" w:rsidR="00292F36" w:rsidRDefault="00000000">
            <w:r>
              <w:rPr>
                <w:sz w:val="12"/>
              </w:rPr>
              <w:t>10</w:t>
            </w:r>
          </w:p>
        </w:tc>
        <w:tc>
          <w:tcPr>
            <w:tcW w:w="564" w:type="dxa"/>
            <w:tcMar>
              <w:top w:w="20" w:type="dxa"/>
              <w:left w:w="50" w:type="dxa"/>
              <w:bottom w:w="20" w:type="dxa"/>
              <w:right w:w="50" w:type="dxa"/>
            </w:tcMar>
          </w:tcPr>
          <w:p w14:paraId="7DD0AF20" w14:textId="77777777" w:rsidR="00292F36" w:rsidRDefault="00000000">
            <w:r>
              <w:rPr>
                <w:sz w:val="12"/>
              </w:rPr>
              <w:t>19.5599995</w:t>
            </w:r>
          </w:p>
        </w:tc>
        <w:tc>
          <w:tcPr>
            <w:tcW w:w="564" w:type="dxa"/>
            <w:tcMar>
              <w:top w:w="20" w:type="dxa"/>
              <w:left w:w="50" w:type="dxa"/>
              <w:bottom w:w="20" w:type="dxa"/>
              <w:right w:w="50" w:type="dxa"/>
            </w:tcMar>
          </w:tcPr>
          <w:p w14:paraId="49DB67BE" w14:textId="77777777" w:rsidR="00292F36" w:rsidRDefault="00000000">
            <w:r>
              <w:rPr>
                <w:sz w:val="12"/>
              </w:rPr>
              <w:t>1.83373266</w:t>
            </w:r>
          </w:p>
        </w:tc>
        <w:tc>
          <w:tcPr>
            <w:tcW w:w="564" w:type="dxa"/>
            <w:tcMar>
              <w:top w:w="20" w:type="dxa"/>
              <w:left w:w="50" w:type="dxa"/>
              <w:bottom w:w="20" w:type="dxa"/>
              <w:right w:w="50" w:type="dxa"/>
            </w:tcMar>
          </w:tcPr>
          <w:p w14:paraId="0127CD4D" w14:textId="77777777" w:rsidR="00292F36" w:rsidRDefault="00000000">
            <w:r>
              <w:rPr>
                <w:sz w:val="12"/>
              </w:rPr>
              <w:t>0.03482587</w:t>
            </w:r>
          </w:p>
        </w:tc>
        <w:tc>
          <w:tcPr>
            <w:tcW w:w="564" w:type="dxa"/>
            <w:tcMar>
              <w:top w:w="20" w:type="dxa"/>
              <w:left w:w="50" w:type="dxa"/>
              <w:bottom w:w="20" w:type="dxa"/>
              <w:right w:w="50" w:type="dxa"/>
            </w:tcMar>
          </w:tcPr>
          <w:p w14:paraId="6EFBBE50" w14:textId="77777777" w:rsidR="00292F36" w:rsidRDefault="00000000">
            <w:r>
              <w:rPr>
                <w:sz w:val="12"/>
              </w:rPr>
              <w:t>0.92537313</w:t>
            </w:r>
          </w:p>
        </w:tc>
        <w:tc>
          <w:tcPr>
            <w:tcW w:w="564" w:type="dxa"/>
            <w:tcMar>
              <w:top w:w="20" w:type="dxa"/>
              <w:left w:w="50" w:type="dxa"/>
              <w:bottom w:w="20" w:type="dxa"/>
              <w:right w:w="50" w:type="dxa"/>
            </w:tcMar>
          </w:tcPr>
          <w:p w14:paraId="4AC0FDDF" w14:textId="77777777" w:rsidR="00292F36" w:rsidRDefault="00000000">
            <w:r>
              <w:rPr>
                <w:sz w:val="12"/>
              </w:rPr>
              <w:t>0.039801</w:t>
            </w:r>
          </w:p>
        </w:tc>
        <w:tc>
          <w:tcPr>
            <w:tcW w:w="564" w:type="dxa"/>
            <w:tcMar>
              <w:top w:w="20" w:type="dxa"/>
              <w:left w:w="50" w:type="dxa"/>
              <w:bottom w:w="20" w:type="dxa"/>
              <w:right w:w="50" w:type="dxa"/>
            </w:tcMar>
          </w:tcPr>
          <w:p w14:paraId="68D82E26" w14:textId="77777777" w:rsidR="00292F36" w:rsidRDefault="00000000">
            <w:r>
              <w:rPr>
                <w:sz w:val="12"/>
              </w:rPr>
              <w:t>0</w:t>
            </w:r>
          </w:p>
        </w:tc>
        <w:tc>
          <w:tcPr>
            <w:tcW w:w="564" w:type="dxa"/>
            <w:tcMar>
              <w:top w:w="20" w:type="dxa"/>
              <w:left w:w="50" w:type="dxa"/>
              <w:bottom w:w="20" w:type="dxa"/>
              <w:right w:w="50" w:type="dxa"/>
            </w:tcMar>
          </w:tcPr>
          <w:p w14:paraId="486F555A" w14:textId="77777777" w:rsidR="00292F36" w:rsidRDefault="00000000">
            <w:r>
              <w:rPr>
                <w:sz w:val="12"/>
              </w:rPr>
              <w:t>0</w:t>
            </w:r>
          </w:p>
        </w:tc>
        <w:tc>
          <w:tcPr>
            <w:tcW w:w="564" w:type="dxa"/>
            <w:tcMar>
              <w:top w:w="20" w:type="dxa"/>
              <w:left w:w="50" w:type="dxa"/>
              <w:bottom w:w="20" w:type="dxa"/>
              <w:right w:w="50" w:type="dxa"/>
            </w:tcMar>
          </w:tcPr>
          <w:p w14:paraId="722A2699" w14:textId="77777777" w:rsidR="00292F36" w:rsidRDefault="00000000">
            <w:r>
              <w:rPr>
                <w:sz w:val="12"/>
              </w:rPr>
              <w:t>0</w:t>
            </w:r>
          </w:p>
        </w:tc>
        <w:tc>
          <w:tcPr>
            <w:tcW w:w="564" w:type="dxa"/>
            <w:tcMar>
              <w:top w:w="20" w:type="dxa"/>
              <w:left w:w="50" w:type="dxa"/>
              <w:bottom w:w="20" w:type="dxa"/>
              <w:right w:w="50" w:type="dxa"/>
            </w:tcMar>
          </w:tcPr>
          <w:p w14:paraId="5617B1AB" w14:textId="77777777" w:rsidR="00292F36" w:rsidRDefault="00000000">
            <w:r>
              <w:rPr>
                <w:sz w:val="12"/>
              </w:rPr>
              <w:t>0</w:t>
            </w:r>
          </w:p>
        </w:tc>
        <w:tc>
          <w:tcPr>
            <w:tcW w:w="564" w:type="dxa"/>
            <w:tcMar>
              <w:top w:w="20" w:type="dxa"/>
              <w:left w:w="50" w:type="dxa"/>
              <w:bottom w:w="20" w:type="dxa"/>
              <w:right w:w="50" w:type="dxa"/>
            </w:tcMar>
          </w:tcPr>
          <w:p w14:paraId="6607D126" w14:textId="77777777" w:rsidR="00292F36" w:rsidRDefault="00000000">
            <w:r>
              <w:rPr>
                <w:sz w:val="12"/>
              </w:rPr>
              <w:t>0</w:t>
            </w:r>
          </w:p>
        </w:tc>
        <w:tc>
          <w:tcPr>
            <w:tcW w:w="564" w:type="dxa"/>
            <w:tcMar>
              <w:top w:w="20" w:type="dxa"/>
              <w:left w:w="50" w:type="dxa"/>
              <w:bottom w:w="20" w:type="dxa"/>
              <w:right w:w="50" w:type="dxa"/>
            </w:tcMar>
          </w:tcPr>
          <w:p w14:paraId="54EF8B73" w14:textId="77777777" w:rsidR="00292F36" w:rsidRDefault="00000000">
            <w:r>
              <w:rPr>
                <w:sz w:val="12"/>
              </w:rPr>
              <w:t>0.00694444</w:t>
            </w:r>
          </w:p>
        </w:tc>
        <w:tc>
          <w:tcPr>
            <w:tcW w:w="564" w:type="dxa"/>
            <w:tcMar>
              <w:top w:w="20" w:type="dxa"/>
              <w:left w:w="50" w:type="dxa"/>
              <w:bottom w:w="20" w:type="dxa"/>
              <w:right w:w="50" w:type="dxa"/>
            </w:tcMar>
          </w:tcPr>
          <w:p w14:paraId="04C5A328" w14:textId="77777777" w:rsidR="00292F36" w:rsidRDefault="00000000">
            <w:r>
              <w:rPr>
                <w:sz w:val="12"/>
              </w:rPr>
              <w:t>0.71527778</w:t>
            </w:r>
          </w:p>
        </w:tc>
        <w:tc>
          <w:tcPr>
            <w:tcW w:w="564" w:type="dxa"/>
            <w:tcMar>
              <w:top w:w="20" w:type="dxa"/>
              <w:left w:w="50" w:type="dxa"/>
              <w:bottom w:w="20" w:type="dxa"/>
              <w:right w:w="50" w:type="dxa"/>
            </w:tcMar>
          </w:tcPr>
          <w:p w14:paraId="2D10E9FC" w14:textId="77777777" w:rsidR="00292F36" w:rsidRDefault="00000000">
            <w:r>
              <w:rPr>
                <w:sz w:val="12"/>
              </w:rPr>
              <w:t>0.15277778</w:t>
            </w:r>
          </w:p>
        </w:tc>
        <w:tc>
          <w:tcPr>
            <w:tcW w:w="564" w:type="dxa"/>
            <w:tcMar>
              <w:top w:w="20" w:type="dxa"/>
              <w:left w:w="50" w:type="dxa"/>
              <w:bottom w:w="20" w:type="dxa"/>
              <w:right w:w="50" w:type="dxa"/>
            </w:tcMar>
          </w:tcPr>
          <w:p w14:paraId="7CED21B7" w14:textId="77777777" w:rsidR="00292F36" w:rsidRDefault="00000000">
            <w:r>
              <w:rPr>
                <w:sz w:val="12"/>
              </w:rPr>
              <w:t>0</w:t>
            </w:r>
          </w:p>
        </w:tc>
        <w:tc>
          <w:tcPr>
            <w:tcW w:w="564" w:type="dxa"/>
            <w:tcMar>
              <w:top w:w="20" w:type="dxa"/>
              <w:left w:w="50" w:type="dxa"/>
              <w:bottom w:w="20" w:type="dxa"/>
              <w:right w:w="50" w:type="dxa"/>
            </w:tcMar>
          </w:tcPr>
          <w:p w14:paraId="30335A06" w14:textId="77777777" w:rsidR="00292F36" w:rsidRDefault="00000000">
            <w:r>
              <w:rPr>
                <w:sz w:val="12"/>
              </w:rPr>
              <w:t>0.06944444</w:t>
            </w:r>
          </w:p>
        </w:tc>
        <w:tc>
          <w:tcPr>
            <w:tcW w:w="564" w:type="dxa"/>
            <w:tcMar>
              <w:top w:w="20" w:type="dxa"/>
              <w:left w:w="50" w:type="dxa"/>
              <w:bottom w:w="20" w:type="dxa"/>
              <w:right w:w="50" w:type="dxa"/>
            </w:tcMar>
          </w:tcPr>
          <w:p w14:paraId="3D116B47" w14:textId="77777777" w:rsidR="00292F36" w:rsidRDefault="00000000">
            <w:r>
              <w:rPr>
                <w:sz w:val="12"/>
              </w:rPr>
              <w:t>0.05555556</w:t>
            </w:r>
          </w:p>
        </w:tc>
      </w:tr>
      <w:tr w:rsidR="00292F36" w14:paraId="055286FD" w14:textId="77777777">
        <w:tc>
          <w:tcPr>
            <w:tcW w:w="564" w:type="dxa"/>
            <w:tcMar>
              <w:top w:w="20" w:type="dxa"/>
              <w:left w:w="50" w:type="dxa"/>
              <w:bottom w:w="20" w:type="dxa"/>
              <w:right w:w="50" w:type="dxa"/>
            </w:tcMar>
          </w:tcPr>
          <w:p w14:paraId="0FAE89A5" w14:textId="77777777" w:rsidR="00292F36" w:rsidRDefault="00000000">
            <w:r>
              <w:rPr>
                <w:sz w:val="12"/>
              </w:rPr>
              <w:t>2019_isla_san_jeronimo_isla_san_jeronimo_sport_fish_mid_2</w:t>
            </w:r>
          </w:p>
        </w:tc>
        <w:tc>
          <w:tcPr>
            <w:tcW w:w="564" w:type="dxa"/>
            <w:tcMar>
              <w:top w:w="20" w:type="dxa"/>
              <w:left w:w="50" w:type="dxa"/>
              <w:bottom w:w="20" w:type="dxa"/>
              <w:right w:w="50" w:type="dxa"/>
            </w:tcMar>
          </w:tcPr>
          <w:p w14:paraId="35E32B73" w14:textId="77777777" w:rsidR="00292F36" w:rsidRDefault="00000000">
            <w:r>
              <w:rPr>
                <w:sz w:val="12"/>
              </w:rPr>
              <w:t>0.62393436</w:t>
            </w:r>
          </w:p>
        </w:tc>
        <w:tc>
          <w:tcPr>
            <w:tcW w:w="564" w:type="dxa"/>
            <w:tcMar>
              <w:top w:w="20" w:type="dxa"/>
              <w:left w:w="50" w:type="dxa"/>
              <w:bottom w:w="20" w:type="dxa"/>
              <w:right w:w="50" w:type="dxa"/>
            </w:tcMar>
          </w:tcPr>
          <w:p w14:paraId="6706B091" w14:textId="77777777" w:rsidR="00292F36" w:rsidRDefault="00000000">
            <w:r>
              <w:rPr>
                <w:sz w:val="12"/>
              </w:rPr>
              <w:t>-0.3869744</w:t>
            </w:r>
          </w:p>
        </w:tc>
        <w:tc>
          <w:tcPr>
            <w:tcW w:w="564" w:type="dxa"/>
            <w:tcMar>
              <w:top w:w="20" w:type="dxa"/>
              <w:left w:w="50" w:type="dxa"/>
              <w:bottom w:w="20" w:type="dxa"/>
              <w:right w:w="50" w:type="dxa"/>
            </w:tcMar>
          </w:tcPr>
          <w:p w14:paraId="06B0AA0F" w14:textId="77777777" w:rsidR="00292F36" w:rsidRDefault="00000000">
            <w:r>
              <w:rPr>
                <w:sz w:val="12"/>
              </w:rPr>
              <w:t>2019</w:t>
            </w:r>
          </w:p>
        </w:tc>
        <w:tc>
          <w:tcPr>
            <w:tcW w:w="564" w:type="dxa"/>
            <w:tcMar>
              <w:top w:w="20" w:type="dxa"/>
              <w:left w:w="50" w:type="dxa"/>
              <w:bottom w:w="20" w:type="dxa"/>
              <w:right w:w="50" w:type="dxa"/>
            </w:tcMar>
          </w:tcPr>
          <w:p w14:paraId="4278ACD5" w14:textId="77777777" w:rsidR="00292F36" w:rsidRDefault="00000000">
            <w:r>
              <w:rPr>
                <w:sz w:val="12"/>
              </w:rPr>
              <w:t>el_rosario</w:t>
            </w:r>
          </w:p>
        </w:tc>
        <w:tc>
          <w:tcPr>
            <w:tcW w:w="564" w:type="dxa"/>
            <w:tcMar>
              <w:top w:w="20" w:type="dxa"/>
              <w:left w:w="50" w:type="dxa"/>
              <w:bottom w:w="20" w:type="dxa"/>
              <w:right w:w="50" w:type="dxa"/>
            </w:tcMar>
          </w:tcPr>
          <w:p w14:paraId="2A8B47BD" w14:textId="77777777" w:rsidR="00292F36" w:rsidRDefault="00000000">
            <w:r>
              <w:rPr>
                <w:sz w:val="12"/>
              </w:rPr>
              <w:t>Middle</w:t>
            </w:r>
          </w:p>
        </w:tc>
        <w:tc>
          <w:tcPr>
            <w:tcW w:w="564" w:type="dxa"/>
            <w:tcMar>
              <w:top w:w="20" w:type="dxa"/>
              <w:left w:w="50" w:type="dxa"/>
              <w:bottom w:w="20" w:type="dxa"/>
              <w:right w:w="50" w:type="dxa"/>
            </w:tcMar>
          </w:tcPr>
          <w:p w14:paraId="3C4BE7C4" w14:textId="77777777" w:rsidR="00292F36" w:rsidRDefault="00000000">
            <w:r>
              <w:rPr>
                <w:sz w:val="12"/>
              </w:rPr>
              <w:t>isla_san_jeronimo</w:t>
            </w:r>
          </w:p>
        </w:tc>
        <w:tc>
          <w:tcPr>
            <w:tcW w:w="564" w:type="dxa"/>
            <w:tcMar>
              <w:top w:w="20" w:type="dxa"/>
              <w:left w:w="50" w:type="dxa"/>
              <w:bottom w:w="20" w:type="dxa"/>
              <w:right w:w="50" w:type="dxa"/>
            </w:tcMar>
          </w:tcPr>
          <w:p w14:paraId="47071655" w14:textId="77777777" w:rsidR="00292F36" w:rsidRDefault="00000000">
            <w:r>
              <w:rPr>
                <w:sz w:val="12"/>
              </w:rPr>
              <w:t>isla_san_jeronimo_sport_fish_mid</w:t>
            </w:r>
          </w:p>
        </w:tc>
        <w:tc>
          <w:tcPr>
            <w:tcW w:w="564" w:type="dxa"/>
            <w:tcMar>
              <w:top w:w="20" w:type="dxa"/>
              <w:left w:w="50" w:type="dxa"/>
              <w:bottom w:w="20" w:type="dxa"/>
              <w:right w:w="50" w:type="dxa"/>
            </w:tcMar>
          </w:tcPr>
          <w:p w14:paraId="75F08355" w14:textId="77777777" w:rsidR="00292F36" w:rsidRDefault="00000000">
            <w:r>
              <w:rPr>
                <w:sz w:val="12"/>
              </w:rPr>
              <w:t>10</w:t>
            </w:r>
          </w:p>
        </w:tc>
        <w:tc>
          <w:tcPr>
            <w:tcW w:w="564" w:type="dxa"/>
            <w:tcMar>
              <w:top w:w="20" w:type="dxa"/>
              <w:left w:w="50" w:type="dxa"/>
              <w:bottom w:w="20" w:type="dxa"/>
              <w:right w:w="50" w:type="dxa"/>
            </w:tcMar>
          </w:tcPr>
          <w:p w14:paraId="26EB4685" w14:textId="77777777" w:rsidR="00292F36" w:rsidRDefault="00000000">
            <w:r>
              <w:rPr>
                <w:sz w:val="12"/>
              </w:rPr>
              <w:t>19.5599995</w:t>
            </w:r>
          </w:p>
        </w:tc>
        <w:tc>
          <w:tcPr>
            <w:tcW w:w="564" w:type="dxa"/>
            <w:tcMar>
              <w:top w:w="20" w:type="dxa"/>
              <w:left w:w="50" w:type="dxa"/>
              <w:bottom w:w="20" w:type="dxa"/>
              <w:right w:w="50" w:type="dxa"/>
            </w:tcMar>
          </w:tcPr>
          <w:p w14:paraId="2AFD32B6" w14:textId="77777777" w:rsidR="00292F36" w:rsidRDefault="00000000">
            <w:r>
              <w:rPr>
                <w:sz w:val="12"/>
              </w:rPr>
              <w:t>1.83373266</w:t>
            </w:r>
          </w:p>
        </w:tc>
        <w:tc>
          <w:tcPr>
            <w:tcW w:w="564" w:type="dxa"/>
            <w:tcMar>
              <w:top w:w="20" w:type="dxa"/>
              <w:left w:w="50" w:type="dxa"/>
              <w:bottom w:w="20" w:type="dxa"/>
              <w:right w:w="50" w:type="dxa"/>
            </w:tcMar>
          </w:tcPr>
          <w:p w14:paraId="4E8F3427" w14:textId="77777777" w:rsidR="00292F36" w:rsidRDefault="00000000">
            <w:r>
              <w:rPr>
                <w:sz w:val="12"/>
              </w:rPr>
              <w:t>0.03196347</w:t>
            </w:r>
          </w:p>
        </w:tc>
        <w:tc>
          <w:tcPr>
            <w:tcW w:w="564" w:type="dxa"/>
            <w:tcMar>
              <w:top w:w="20" w:type="dxa"/>
              <w:left w:w="50" w:type="dxa"/>
              <w:bottom w:w="20" w:type="dxa"/>
              <w:right w:w="50" w:type="dxa"/>
            </w:tcMar>
          </w:tcPr>
          <w:p w14:paraId="66D0934F" w14:textId="77777777" w:rsidR="00292F36" w:rsidRDefault="00000000">
            <w:r>
              <w:rPr>
                <w:sz w:val="12"/>
              </w:rPr>
              <w:t>0.91324201</w:t>
            </w:r>
          </w:p>
        </w:tc>
        <w:tc>
          <w:tcPr>
            <w:tcW w:w="564" w:type="dxa"/>
            <w:tcMar>
              <w:top w:w="20" w:type="dxa"/>
              <w:left w:w="50" w:type="dxa"/>
              <w:bottom w:w="20" w:type="dxa"/>
              <w:right w:w="50" w:type="dxa"/>
            </w:tcMar>
          </w:tcPr>
          <w:p w14:paraId="6AB0210D" w14:textId="77777777" w:rsidR="00292F36" w:rsidRDefault="00000000">
            <w:r>
              <w:rPr>
                <w:sz w:val="12"/>
              </w:rPr>
              <w:t>0.05479452</w:t>
            </w:r>
          </w:p>
        </w:tc>
        <w:tc>
          <w:tcPr>
            <w:tcW w:w="564" w:type="dxa"/>
            <w:tcMar>
              <w:top w:w="20" w:type="dxa"/>
              <w:left w:w="50" w:type="dxa"/>
              <w:bottom w:w="20" w:type="dxa"/>
              <w:right w:w="50" w:type="dxa"/>
            </w:tcMar>
          </w:tcPr>
          <w:p w14:paraId="01F0EA62" w14:textId="77777777" w:rsidR="00292F36" w:rsidRDefault="00000000">
            <w:r>
              <w:rPr>
                <w:sz w:val="12"/>
              </w:rPr>
              <w:t>0</w:t>
            </w:r>
          </w:p>
        </w:tc>
        <w:tc>
          <w:tcPr>
            <w:tcW w:w="564" w:type="dxa"/>
            <w:tcMar>
              <w:top w:w="20" w:type="dxa"/>
              <w:left w:w="50" w:type="dxa"/>
              <w:bottom w:w="20" w:type="dxa"/>
              <w:right w:w="50" w:type="dxa"/>
            </w:tcMar>
          </w:tcPr>
          <w:p w14:paraId="125C7258" w14:textId="77777777" w:rsidR="00292F36" w:rsidRDefault="00000000">
            <w:r>
              <w:rPr>
                <w:sz w:val="12"/>
              </w:rPr>
              <w:t>0</w:t>
            </w:r>
          </w:p>
        </w:tc>
        <w:tc>
          <w:tcPr>
            <w:tcW w:w="564" w:type="dxa"/>
            <w:tcMar>
              <w:top w:w="20" w:type="dxa"/>
              <w:left w:w="50" w:type="dxa"/>
              <w:bottom w:w="20" w:type="dxa"/>
              <w:right w:w="50" w:type="dxa"/>
            </w:tcMar>
          </w:tcPr>
          <w:p w14:paraId="7F9B4B0C" w14:textId="77777777" w:rsidR="00292F36" w:rsidRDefault="00000000">
            <w:r>
              <w:rPr>
                <w:sz w:val="12"/>
              </w:rPr>
              <w:t>0</w:t>
            </w:r>
          </w:p>
        </w:tc>
        <w:tc>
          <w:tcPr>
            <w:tcW w:w="564" w:type="dxa"/>
            <w:tcMar>
              <w:top w:w="20" w:type="dxa"/>
              <w:left w:w="50" w:type="dxa"/>
              <w:bottom w:w="20" w:type="dxa"/>
              <w:right w:w="50" w:type="dxa"/>
            </w:tcMar>
          </w:tcPr>
          <w:p w14:paraId="039AFB3B" w14:textId="77777777" w:rsidR="00292F36" w:rsidRDefault="00000000">
            <w:r>
              <w:rPr>
                <w:sz w:val="12"/>
              </w:rPr>
              <w:t>0</w:t>
            </w:r>
          </w:p>
        </w:tc>
        <w:tc>
          <w:tcPr>
            <w:tcW w:w="564" w:type="dxa"/>
            <w:tcMar>
              <w:top w:w="20" w:type="dxa"/>
              <w:left w:w="50" w:type="dxa"/>
              <w:bottom w:w="20" w:type="dxa"/>
              <w:right w:w="50" w:type="dxa"/>
            </w:tcMar>
          </w:tcPr>
          <w:p w14:paraId="6BA4C140" w14:textId="77777777" w:rsidR="00292F36" w:rsidRDefault="00000000">
            <w:r>
              <w:rPr>
                <w:sz w:val="12"/>
              </w:rPr>
              <w:t>0</w:t>
            </w:r>
          </w:p>
        </w:tc>
        <w:tc>
          <w:tcPr>
            <w:tcW w:w="564" w:type="dxa"/>
            <w:tcMar>
              <w:top w:w="20" w:type="dxa"/>
              <w:left w:w="50" w:type="dxa"/>
              <w:bottom w:w="20" w:type="dxa"/>
              <w:right w:w="50" w:type="dxa"/>
            </w:tcMar>
          </w:tcPr>
          <w:p w14:paraId="2A96A4A5" w14:textId="77777777" w:rsidR="00292F36" w:rsidRDefault="00000000">
            <w:r>
              <w:rPr>
                <w:sz w:val="12"/>
              </w:rPr>
              <w:t>0.03910615</w:t>
            </w:r>
          </w:p>
        </w:tc>
        <w:tc>
          <w:tcPr>
            <w:tcW w:w="564" w:type="dxa"/>
            <w:tcMar>
              <w:top w:w="20" w:type="dxa"/>
              <w:left w:w="50" w:type="dxa"/>
              <w:bottom w:w="20" w:type="dxa"/>
              <w:right w:w="50" w:type="dxa"/>
            </w:tcMar>
          </w:tcPr>
          <w:p w14:paraId="70371319" w14:textId="77777777" w:rsidR="00292F36" w:rsidRDefault="00000000">
            <w:r>
              <w:rPr>
                <w:sz w:val="12"/>
              </w:rPr>
              <w:t>0.9273743</w:t>
            </w:r>
          </w:p>
        </w:tc>
        <w:tc>
          <w:tcPr>
            <w:tcW w:w="564" w:type="dxa"/>
            <w:tcMar>
              <w:top w:w="20" w:type="dxa"/>
              <w:left w:w="50" w:type="dxa"/>
              <w:bottom w:w="20" w:type="dxa"/>
              <w:right w:w="50" w:type="dxa"/>
            </w:tcMar>
          </w:tcPr>
          <w:p w14:paraId="0BE49907" w14:textId="77777777" w:rsidR="00292F36" w:rsidRDefault="00000000">
            <w:r>
              <w:rPr>
                <w:sz w:val="12"/>
              </w:rPr>
              <w:t>0.01117318</w:t>
            </w:r>
          </w:p>
        </w:tc>
        <w:tc>
          <w:tcPr>
            <w:tcW w:w="564" w:type="dxa"/>
            <w:tcMar>
              <w:top w:w="20" w:type="dxa"/>
              <w:left w:w="50" w:type="dxa"/>
              <w:bottom w:w="20" w:type="dxa"/>
              <w:right w:w="50" w:type="dxa"/>
            </w:tcMar>
          </w:tcPr>
          <w:p w14:paraId="5BCF4715" w14:textId="77777777" w:rsidR="00292F36" w:rsidRDefault="00000000">
            <w:r>
              <w:rPr>
                <w:sz w:val="12"/>
              </w:rPr>
              <w:t>0</w:t>
            </w:r>
          </w:p>
        </w:tc>
        <w:tc>
          <w:tcPr>
            <w:tcW w:w="564" w:type="dxa"/>
            <w:tcMar>
              <w:top w:w="20" w:type="dxa"/>
              <w:left w:w="50" w:type="dxa"/>
              <w:bottom w:w="20" w:type="dxa"/>
              <w:right w:w="50" w:type="dxa"/>
            </w:tcMar>
          </w:tcPr>
          <w:p w14:paraId="39E6CA8B" w14:textId="77777777" w:rsidR="00292F36" w:rsidRDefault="00000000">
            <w:r>
              <w:rPr>
                <w:sz w:val="12"/>
              </w:rPr>
              <w:t>0.00558659</w:t>
            </w:r>
          </w:p>
        </w:tc>
        <w:tc>
          <w:tcPr>
            <w:tcW w:w="564" w:type="dxa"/>
            <w:tcMar>
              <w:top w:w="20" w:type="dxa"/>
              <w:left w:w="50" w:type="dxa"/>
              <w:bottom w:w="20" w:type="dxa"/>
              <w:right w:w="50" w:type="dxa"/>
            </w:tcMar>
          </w:tcPr>
          <w:p w14:paraId="65F50F22" w14:textId="77777777" w:rsidR="00292F36" w:rsidRDefault="00000000">
            <w:r>
              <w:rPr>
                <w:sz w:val="12"/>
              </w:rPr>
              <w:t>0.01675978</w:t>
            </w:r>
          </w:p>
        </w:tc>
      </w:tr>
      <w:tr w:rsidR="00292F36" w14:paraId="498386B6" w14:textId="77777777">
        <w:tc>
          <w:tcPr>
            <w:tcW w:w="564" w:type="dxa"/>
            <w:tcMar>
              <w:top w:w="20" w:type="dxa"/>
              <w:left w:w="50" w:type="dxa"/>
              <w:bottom w:w="20" w:type="dxa"/>
              <w:right w:w="50" w:type="dxa"/>
            </w:tcMar>
          </w:tcPr>
          <w:p w14:paraId="4A114025" w14:textId="77777777" w:rsidR="00292F36" w:rsidRDefault="00000000">
            <w:r>
              <w:rPr>
                <w:sz w:val="12"/>
              </w:rPr>
              <w:lastRenderedPageBreak/>
              <w:t>2019_isla_san_jeronimo_isla_san_jeronimo_sport_fish_shallow_1</w:t>
            </w:r>
          </w:p>
        </w:tc>
        <w:tc>
          <w:tcPr>
            <w:tcW w:w="564" w:type="dxa"/>
            <w:tcMar>
              <w:top w:w="20" w:type="dxa"/>
              <w:left w:w="50" w:type="dxa"/>
              <w:bottom w:w="20" w:type="dxa"/>
              <w:right w:w="50" w:type="dxa"/>
            </w:tcMar>
          </w:tcPr>
          <w:p w14:paraId="12D6BA0A" w14:textId="77777777" w:rsidR="00292F36" w:rsidRDefault="00000000">
            <w:r>
              <w:rPr>
                <w:sz w:val="12"/>
              </w:rPr>
              <w:t>0.44238637</w:t>
            </w:r>
          </w:p>
        </w:tc>
        <w:tc>
          <w:tcPr>
            <w:tcW w:w="564" w:type="dxa"/>
            <w:tcMar>
              <w:top w:w="20" w:type="dxa"/>
              <w:left w:w="50" w:type="dxa"/>
              <w:bottom w:w="20" w:type="dxa"/>
              <w:right w:w="50" w:type="dxa"/>
            </w:tcMar>
          </w:tcPr>
          <w:p w14:paraId="52ABC901" w14:textId="77777777" w:rsidR="00292F36" w:rsidRDefault="00000000">
            <w:r>
              <w:rPr>
                <w:sz w:val="12"/>
              </w:rPr>
              <w:t>-0.3916667</w:t>
            </w:r>
          </w:p>
        </w:tc>
        <w:tc>
          <w:tcPr>
            <w:tcW w:w="564" w:type="dxa"/>
            <w:tcMar>
              <w:top w:w="20" w:type="dxa"/>
              <w:left w:w="50" w:type="dxa"/>
              <w:bottom w:w="20" w:type="dxa"/>
              <w:right w:w="50" w:type="dxa"/>
            </w:tcMar>
          </w:tcPr>
          <w:p w14:paraId="234B0E1F" w14:textId="77777777" w:rsidR="00292F36" w:rsidRDefault="00000000">
            <w:r>
              <w:rPr>
                <w:sz w:val="12"/>
              </w:rPr>
              <w:t>2019</w:t>
            </w:r>
          </w:p>
        </w:tc>
        <w:tc>
          <w:tcPr>
            <w:tcW w:w="564" w:type="dxa"/>
            <w:tcMar>
              <w:top w:w="20" w:type="dxa"/>
              <w:left w:w="50" w:type="dxa"/>
              <w:bottom w:w="20" w:type="dxa"/>
              <w:right w:w="50" w:type="dxa"/>
            </w:tcMar>
          </w:tcPr>
          <w:p w14:paraId="11697E2D" w14:textId="77777777" w:rsidR="00292F36" w:rsidRDefault="00000000">
            <w:r>
              <w:rPr>
                <w:sz w:val="12"/>
              </w:rPr>
              <w:t>el_rosario</w:t>
            </w:r>
          </w:p>
        </w:tc>
        <w:tc>
          <w:tcPr>
            <w:tcW w:w="564" w:type="dxa"/>
            <w:tcMar>
              <w:top w:w="20" w:type="dxa"/>
              <w:left w:w="50" w:type="dxa"/>
              <w:bottom w:w="20" w:type="dxa"/>
              <w:right w:w="50" w:type="dxa"/>
            </w:tcMar>
          </w:tcPr>
          <w:p w14:paraId="171A3FB2" w14:textId="77777777" w:rsidR="00292F36" w:rsidRDefault="00000000">
            <w:r>
              <w:rPr>
                <w:sz w:val="12"/>
              </w:rPr>
              <w:t>Middle</w:t>
            </w:r>
          </w:p>
        </w:tc>
        <w:tc>
          <w:tcPr>
            <w:tcW w:w="564" w:type="dxa"/>
            <w:tcMar>
              <w:top w:w="20" w:type="dxa"/>
              <w:left w:w="50" w:type="dxa"/>
              <w:bottom w:w="20" w:type="dxa"/>
              <w:right w:w="50" w:type="dxa"/>
            </w:tcMar>
          </w:tcPr>
          <w:p w14:paraId="650A3DBE" w14:textId="77777777" w:rsidR="00292F36" w:rsidRDefault="00000000">
            <w:r>
              <w:rPr>
                <w:sz w:val="12"/>
              </w:rPr>
              <w:t>isla_san_jeronimo</w:t>
            </w:r>
          </w:p>
        </w:tc>
        <w:tc>
          <w:tcPr>
            <w:tcW w:w="564" w:type="dxa"/>
            <w:tcMar>
              <w:top w:w="20" w:type="dxa"/>
              <w:left w:w="50" w:type="dxa"/>
              <w:bottom w:w="20" w:type="dxa"/>
              <w:right w:w="50" w:type="dxa"/>
            </w:tcMar>
          </w:tcPr>
          <w:p w14:paraId="54EF970F" w14:textId="77777777" w:rsidR="00292F36" w:rsidRDefault="00000000">
            <w:r>
              <w:rPr>
                <w:sz w:val="12"/>
              </w:rPr>
              <w:t>isla_san_jeronimo_sport_fish_shallow</w:t>
            </w:r>
          </w:p>
        </w:tc>
        <w:tc>
          <w:tcPr>
            <w:tcW w:w="564" w:type="dxa"/>
            <w:tcMar>
              <w:top w:w="20" w:type="dxa"/>
              <w:left w:w="50" w:type="dxa"/>
              <w:bottom w:w="20" w:type="dxa"/>
              <w:right w:w="50" w:type="dxa"/>
            </w:tcMar>
          </w:tcPr>
          <w:p w14:paraId="06831004" w14:textId="77777777" w:rsidR="00292F36" w:rsidRDefault="00000000">
            <w:r>
              <w:rPr>
                <w:sz w:val="12"/>
              </w:rPr>
              <w:t>7</w:t>
            </w:r>
          </w:p>
        </w:tc>
        <w:tc>
          <w:tcPr>
            <w:tcW w:w="564" w:type="dxa"/>
            <w:tcMar>
              <w:top w:w="20" w:type="dxa"/>
              <w:left w:w="50" w:type="dxa"/>
              <w:bottom w:w="20" w:type="dxa"/>
              <w:right w:w="50" w:type="dxa"/>
            </w:tcMar>
          </w:tcPr>
          <w:p w14:paraId="6D0A1CB4" w14:textId="77777777" w:rsidR="00292F36" w:rsidRDefault="00000000">
            <w:r>
              <w:rPr>
                <w:sz w:val="12"/>
              </w:rPr>
              <w:t>19.5599995</w:t>
            </w:r>
          </w:p>
        </w:tc>
        <w:tc>
          <w:tcPr>
            <w:tcW w:w="564" w:type="dxa"/>
            <w:tcMar>
              <w:top w:w="20" w:type="dxa"/>
              <w:left w:w="50" w:type="dxa"/>
              <w:bottom w:w="20" w:type="dxa"/>
              <w:right w:w="50" w:type="dxa"/>
            </w:tcMar>
          </w:tcPr>
          <w:p w14:paraId="37FC0886" w14:textId="77777777" w:rsidR="00292F36" w:rsidRDefault="00000000">
            <w:r>
              <w:rPr>
                <w:sz w:val="12"/>
              </w:rPr>
              <w:t>1.83373266</w:t>
            </w:r>
          </w:p>
        </w:tc>
        <w:tc>
          <w:tcPr>
            <w:tcW w:w="564" w:type="dxa"/>
            <w:tcMar>
              <w:top w:w="20" w:type="dxa"/>
              <w:left w:w="50" w:type="dxa"/>
              <w:bottom w:w="20" w:type="dxa"/>
              <w:right w:w="50" w:type="dxa"/>
            </w:tcMar>
          </w:tcPr>
          <w:p w14:paraId="5ADFBC25" w14:textId="77777777" w:rsidR="00292F36" w:rsidRDefault="00000000">
            <w:r>
              <w:rPr>
                <w:sz w:val="12"/>
              </w:rPr>
              <w:t>0.15730337</w:t>
            </w:r>
          </w:p>
        </w:tc>
        <w:tc>
          <w:tcPr>
            <w:tcW w:w="564" w:type="dxa"/>
            <w:tcMar>
              <w:top w:w="20" w:type="dxa"/>
              <w:left w:w="50" w:type="dxa"/>
              <w:bottom w:w="20" w:type="dxa"/>
              <w:right w:w="50" w:type="dxa"/>
            </w:tcMar>
          </w:tcPr>
          <w:p w14:paraId="5441AB83" w14:textId="77777777" w:rsidR="00292F36" w:rsidRDefault="00000000">
            <w:r>
              <w:rPr>
                <w:sz w:val="12"/>
              </w:rPr>
              <w:t>0.82022472</w:t>
            </w:r>
          </w:p>
        </w:tc>
        <w:tc>
          <w:tcPr>
            <w:tcW w:w="564" w:type="dxa"/>
            <w:tcMar>
              <w:top w:w="20" w:type="dxa"/>
              <w:left w:w="50" w:type="dxa"/>
              <w:bottom w:w="20" w:type="dxa"/>
              <w:right w:w="50" w:type="dxa"/>
            </w:tcMar>
          </w:tcPr>
          <w:p w14:paraId="765D92C8" w14:textId="77777777" w:rsidR="00292F36" w:rsidRDefault="00000000">
            <w:r>
              <w:rPr>
                <w:sz w:val="12"/>
              </w:rPr>
              <w:t>0.02247191</w:t>
            </w:r>
          </w:p>
        </w:tc>
        <w:tc>
          <w:tcPr>
            <w:tcW w:w="564" w:type="dxa"/>
            <w:tcMar>
              <w:top w:w="20" w:type="dxa"/>
              <w:left w:w="50" w:type="dxa"/>
              <w:bottom w:w="20" w:type="dxa"/>
              <w:right w:w="50" w:type="dxa"/>
            </w:tcMar>
          </w:tcPr>
          <w:p w14:paraId="7ED50CD2" w14:textId="77777777" w:rsidR="00292F36" w:rsidRDefault="00000000">
            <w:r>
              <w:rPr>
                <w:sz w:val="12"/>
              </w:rPr>
              <w:t>0</w:t>
            </w:r>
          </w:p>
        </w:tc>
        <w:tc>
          <w:tcPr>
            <w:tcW w:w="564" w:type="dxa"/>
            <w:tcMar>
              <w:top w:w="20" w:type="dxa"/>
              <w:left w:w="50" w:type="dxa"/>
              <w:bottom w:w="20" w:type="dxa"/>
              <w:right w:w="50" w:type="dxa"/>
            </w:tcMar>
          </w:tcPr>
          <w:p w14:paraId="4E59D265" w14:textId="77777777" w:rsidR="00292F36" w:rsidRDefault="00000000">
            <w:r>
              <w:rPr>
                <w:sz w:val="12"/>
              </w:rPr>
              <w:t>0</w:t>
            </w:r>
          </w:p>
        </w:tc>
        <w:tc>
          <w:tcPr>
            <w:tcW w:w="564" w:type="dxa"/>
            <w:tcMar>
              <w:top w:w="20" w:type="dxa"/>
              <w:left w:w="50" w:type="dxa"/>
              <w:bottom w:w="20" w:type="dxa"/>
              <w:right w:w="50" w:type="dxa"/>
            </w:tcMar>
          </w:tcPr>
          <w:p w14:paraId="66E93B24" w14:textId="77777777" w:rsidR="00292F36" w:rsidRDefault="00000000">
            <w:r>
              <w:rPr>
                <w:sz w:val="12"/>
              </w:rPr>
              <w:t>0</w:t>
            </w:r>
          </w:p>
        </w:tc>
        <w:tc>
          <w:tcPr>
            <w:tcW w:w="564" w:type="dxa"/>
            <w:tcMar>
              <w:top w:w="20" w:type="dxa"/>
              <w:left w:w="50" w:type="dxa"/>
              <w:bottom w:w="20" w:type="dxa"/>
              <w:right w:w="50" w:type="dxa"/>
            </w:tcMar>
          </w:tcPr>
          <w:p w14:paraId="1C8EB4BD" w14:textId="77777777" w:rsidR="00292F36" w:rsidRDefault="00000000">
            <w:r>
              <w:rPr>
                <w:sz w:val="12"/>
              </w:rPr>
              <w:t>0</w:t>
            </w:r>
          </w:p>
        </w:tc>
        <w:tc>
          <w:tcPr>
            <w:tcW w:w="564" w:type="dxa"/>
            <w:tcMar>
              <w:top w:w="20" w:type="dxa"/>
              <w:left w:w="50" w:type="dxa"/>
              <w:bottom w:w="20" w:type="dxa"/>
              <w:right w:w="50" w:type="dxa"/>
            </w:tcMar>
          </w:tcPr>
          <w:p w14:paraId="29B87647" w14:textId="77777777" w:rsidR="00292F36" w:rsidRDefault="00000000">
            <w:r>
              <w:rPr>
                <w:sz w:val="12"/>
              </w:rPr>
              <w:t>0</w:t>
            </w:r>
          </w:p>
        </w:tc>
        <w:tc>
          <w:tcPr>
            <w:tcW w:w="564" w:type="dxa"/>
            <w:tcMar>
              <w:top w:w="20" w:type="dxa"/>
              <w:left w:w="50" w:type="dxa"/>
              <w:bottom w:w="20" w:type="dxa"/>
              <w:right w:w="50" w:type="dxa"/>
            </w:tcMar>
          </w:tcPr>
          <w:p w14:paraId="249E3D70" w14:textId="77777777" w:rsidR="00292F36" w:rsidRDefault="00000000">
            <w:r>
              <w:rPr>
                <w:sz w:val="12"/>
              </w:rPr>
              <w:t>0.03571429</w:t>
            </w:r>
          </w:p>
        </w:tc>
        <w:tc>
          <w:tcPr>
            <w:tcW w:w="564" w:type="dxa"/>
            <w:tcMar>
              <w:top w:w="20" w:type="dxa"/>
              <w:left w:w="50" w:type="dxa"/>
              <w:bottom w:w="20" w:type="dxa"/>
              <w:right w:w="50" w:type="dxa"/>
            </w:tcMar>
          </w:tcPr>
          <w:p w14:paraId="65A7BBA4" w14:textId="77777777" w:rsidR="00292F36" w:rsidRDefault="00000000">
            <w:r>
              <w:rPr>
                <w:sz w:val="12"/>
              </w:rPr>
              <w:t>0.92857143</w:t>
            </w:r>
          </w:p>
        </w:tc>
        <w:tc>
          <w:tcPr>
            <w:tcW w:w="564" w:type="dxa"/>
            <w:tcMar>
              <w:top w:w="20" w:type="dxa"/>
              <w:left w:w="50" w:type="dxa"/>
              <w:bottom w:w="20" w:type="dxa"/>
              <w:right w:w="50" w:type="dxa"/>
            </w:tcMar>
          </w:tcPr>
          <w:p w14:paraId="6ED66721" w14:textId="77777777" w:rsidR="00292F36" w:rsidRDefault="00000000">
            <w:r>
              <w:rPr>
                <w:sz w:val="12"/>
              </w:rPr>
              <w:t>0.03571429</w:t>
            </w:r>
          </w:p>
        </w:tc>
        <w:tc>
          <w:tcPr>
            <w:tcW w:w="564" w:type="dxa"/>
            <w:tcMar>
              <w:top w:w="20" w:type="dxa"/>
              <w:left w:w="50" w:type="dxa"/>
              <w:bottom w:w="20" w:type="dxa"/>
              <w:right w:w="50" w:type="dxa"/>
            </w:tcMar>
          </w:tcPr>
          <w:p w14:paraId="323F540D" w14:textId="77777777" w:rsidR="00292F36" w:rsidRDefault="00000000">
            <w:r>
              <w:rPr>
                <w:sz w:val="12"/>
              </w:rPr>
              <w:t>0</w:t>
            </w:r>
          </w:p>
        </w:tc>
        <w:tc>
          <w:tcPr>
            <w:tcW w:w="564" w:type="dxa"/>
            <w:tcMar>
              <w:top w:w="20" w:type="dxa"/>
              <w:left w:w="50" w:type="dxa"/>
              <w:bottom w:w="20" w:type="dxa"/>
              <w:right w:w="50" w:type="dxa"/>
            </w:tcMar>
          </w:tcPr>
          <w:p w14:paraId="42884253" w14:textId="77777777" w:rsidR="00292F36" w:rsidRDefault="00000000">
            <w:r>
              <w:rPr>
                <w:sz w:val="12"/>
              </w:rPr>
              <w:t>0</w:t>
            </w:r>
          </w:p>
        </w:tc>
        <w:tc>
          <w:tcPr>
            <w:tcW w:w="564" w:type="dxa"/>
            <w:tcMar>
              <w:top w:w="20" w:type="dxa"/>
              <w:left w:w="50" w:type="dxa"/>
              <w:bottom w:w="20" w:type="dxa"/>
              <w:right w:w="50" w:type="dxa"/>
            </w:tcMar>
          </w:tcPr>
          <w:p w14:paraId="00654E8F" w14:textId="77777777" w:rsidR="00292F36" w:rsidRDefault="00000000">
            <w:r>
              <w:rPr>
                <w:sz w:val="12"/>
              </w:rPr>
              <w:t>0</w:t>
            </w:r>
          </w:p>
        </w:tc>
      </w:tr>
      <w:tr w:rsidR="00292F36" w14:paraId="013423AB" w14:textId="77777777">
        <w:tc>
          <w:tcPr>
            <w:tcW w:w="564" w:type="dxa"/>
            <w:tcMar>
              <w:top w:w="20" w:type="dxa"/>
              <w:left w:w="50" w:type="dxa"/>
              <w:bottom w:w="20" w:type="dxa"/>
              <w:right w:w="50" w:type="dxa"/>
            </w:tcMar>
          </w:tcPr>
          <w:p w14:paraId="55D3C7E3" w14:textId="77777777" w:rsidR="00292F36" w:rsidRDefault="00000000">
            <w:r>
              <w:rPr>
                <w:sz w:val="12"/>
              </w:rPr>
              <w:t>2019_isla_san_jeronimo_isla_san_jeronimo_sport_fish_shallow_2</w:t>
            </w:r>
          </w:p>
        </w:tc>
        <w:tc>
          <w:tcPr>
            <w:tcW w:w="564" w:type="dxa"/>
            <w:tcMar>
              <w:top w:w="20" w:type="dxa"/>
              <w:left w:w="50" w:type="dxa"/>
              <w:bottom w:w="20" w:type="dxa"/>
              <w:right w:w="50" w:type="dxa"/>
            </w:tcMar>
          </w:tcPr>
          <w:p w14:paraId="38A83A8A" w14:textId="77777777" w:rsidR="00292F36" w:rsidRDefault="00000000">
            <w:r>
              <w:rPr>
                <w:sz w:val="12"/>
              </w:rPr>
              <w:t>0.19559457</w:t>
            </w:r>
          </w:p>
        </w:tc>
        <w:tc>
          <w:tcPr>
            <w:tcW w:w="564" w:type="dxa"/>
            <w:tcMar>
              <w:top w:w="20" w:type="dxa"/>
              <w:left w:w="50" w:type="dxa"/>
              <w:bottom w:w="20" w:type="dxa"/>
              <w:right w:w="50" w:type="dxa"/>
            </w:tcMar>
          </w:tcPr>
          <w:p w14:paraId="28DA8944" w14:textId="77777777" w:rsidR="00292F36" w:rsidRDefault="00000000">
            <w:r>
              <w:rPr>
                <w:sz w:val="12"/>
              </w:rPr>
              <w:t>-0.4023163</w:t>
            </w:r>
          </w:p>
        </w:tc>
        <w:tc>
          <w:tcPr>
            <w:tcW w:w="564" w:type="dxa"/>
            <w:tcMar>
              <w:top w:w="20" w:type="dxa"/>
              <w:left w:w="50" w:type="dxa"/>
              <w:bottom w:w="20" w:type="dxa"/>
              <w:right w:w="50" w:type="dxa"/>
            </w:tcMar>
          </w:tcPr>
          <w:p w14:paraId="62D0B3F7" w14:textId="77777777" w:rsidR="00292F36" w:rsidRDefault="00000000">
            <w:r>
              <w:rPr>
                <w:sz w:val="12"/>
              </w:rPr>
              <w:t>2019</w:t>
            </w:r>
          </w:p>
        </w:tc>
        <w:tc>
          <w:tcPr>
            <w:tcW w:w="564" w:type="dxa"/>
            <w:tcMar>
              <w:top w:w="20" w:type="dxa"/>
              <w:left w:w="50" w:type="dxa"/>
              <w:bottom w:w="20" w:type="dxa"/>
              <w:right w:w="50" w:type="dxa"/>
            </w:tcMar>
          </w:tcPr>
          <w:p w14:paraId="7B9508C2" w14:textId="77777777" w:rsidR="00292F36" w:rsidRDefault="00000000">
            <w:r>
              <w:rPr>
                <w:sz w:val="12"/>
              </w:rPr>
              <w:t>el_rosario</w:t>
            </w:r>
          </w:p>
        </w:tc>
        <w:tc>
          <w:tcPr>
            <w:tcW w:w="564" w:type="dxa"/>
            <w:tcMar>
              <w:top w:w="20" w:type="dxa"/>
              <w:left w:w="50" w:type="dxa"/>
              <w:bottom w:w="20" w:type="dxa"/>
              <w:right w:w="50" w:type="dxa"/>
            </w:tcMar>
          </w:tcPr>
          <w:p w14:paraId="1F7DE840" w14:textId="77777777" w:rsidR="00292F36" w:rsidRDefault="00000000">
            <w:r>
              <w:rPr>
                <w:sz w:val="12"/>
              </w:rPr>
              <w:t>Middle</w:t>
            </w:r>
          </w:p>
        </w:tc>
        <w:tc>
          <w:tcPr>
            <w:tcW w:w="564" w:type="dxa"/>
            <w:tcMar>
              <w:top w:w="20" w:type="dxa"/>
              <w:left w:w="50" w:type="dxa"/>
              <w:bottom w:w="20" w:type="dxa"/>
              <w:right w:w="50" w:type="dxa"/>
            </w:tcMar>
          </w:tcPr>
          <w:p w14:paraId="3C4396C6" w14:textId="77777777" w:rsidR="00292F36" w:rsidRDefault="00000000">
            <w:r>
              <w:rPr>
                <w:sz w:val="12"/>
              </w:rPr>
              <w:t>isla_san_jeronimo</w:t>
            </w:r>
          </w:p>
        </w:tc>
        <w:tc>
          <w:tcPr>
            <w:tcW w:w="564" w:type="dxa"/>
            <w:tcMar>
              <w:top w:w="20" w:type="dxa"/>
              <w:left w:w="50" w:type="dxa"/>
              <w:bottom w:w="20" w:type="dxa"/>
              <w:right w:w="50" w:type="dxa"/>
            </w:tcMar>
          </w:tcPr>
          <w:p w14:paraId="07FBF443" w14:textId="77777777" w:rsidR="00292F36" w:rsidRDefault="00000000">
            <w:r>
              <w:rPr>
                <w:sz w:val="12"/>
              </w:rPr>
              <w:t>isla_san_jeronimo_sport_fish_shallow</w:t>
            </w:r>
          </w:p>
        </w:tc>
        <w:tc>
          <w:tcPr>
            <w:tcW w:w="564" w:type="dxa"/>
            <w:tcMar>
              <w:top w:w="20" w:type="dxa"/>
              <w:left w:w="50" w:type="dxa"/>
              <w:bottom w:w="20" w:type="dxa"/>
              <w:right w:w="50" w:type="dxa"/>
            </w:tcMar>
          </w:tcPr>
          <w:p w14:paraId="67D66902" w14:textId="77777777" w:rsidR="00292F36" w:rsidRDefault="00000000">
            <w:r>
              <w:rPr>
                <w:sz w:val="12"/>
              </w:rPr>
              <w:t>7</w:t>
            </w:r>
          </w:p>
        </w:tc>
        <w:tc>
          <w:tcPr>
            <w:tcW w:w="564" w:type="dxa"/>
            <w:tcMar>
              <w:top w:w="20" w:type="dxa"/>
              <w:left w:w="50" w:type="dxa"/>
              <w:bottom w:w="20" w:type="dxa"/>
              <w:right w:w="50" w:type="dxa"/>
            </w:tcMar>
          </w:tcPr>
          <w:p w14:paraId="2787542F" w14:textId="77777777" w:rsidR="00292F36" w:rsidRDefault="00000000">
            <w:r>
              <w:rPr>
                <w:sz w:val="12"/>
              </w:rPr>
              <w:t>19.5599995</w:t>
            </w:r>
          </w:p>
        </w:tc>
        <w:tc>
          <w:tcPr>
            <w:tcW w:w="564" w:type="dxa"/>
            <w:tcMar>
              <w:top w:w="20" w:type="dxa"/>
              <w:left w:w="50" w:type="dxa"/>
              <w:bottom w:w="20" w:type="dxa"/>
              <w:right w:w="50" w:type="dxa"/>
            </w:tcMar>
          </w:tcPr>
          <w:p w14:paraId="0DB55C7B" w14:textId="77777777" w:rsidR="00292F36" w:rsidRDefault="00000000">
            <w:r>
              <w:rPr>
                <w:sz w:val="12"/>
              </w:rPr>
              <w:t>1.83373266</w:t>
            </w:r>
          </w:p>
        </w:tc>
        <w:tc>
          <w:tcPr>
            <w:tcW w:w="564" w:type="dxa"/>
            <w:tcMar>
              <w:top w:w="20" w:type="dxa"/>
              <w:left w:w="50" w:type="dxa"/>
              <w:bottom w:w="20" w:type="dxa"/>
              <w:right w:w="50" w:type="dxa"/>
            </w:tcMar>
          </w:tcPr>
          <w:p w14:paraId="01A98027" w14:textId="77777777" w:rsidR="00292F36" w:rsidRDefault="00000000">
            <w:r>
              <w:rPr>
                <w:sz w:val="12"/>
              </w:rPr>
              <w:t>0.375</w:t>
            </w:r>
          </w:p>
        </w:tc>
        <w:tc>
          <w:tcPr>
            <w:tcW w:w="564" w:type="dxa"/>
            <w:tcMar>
              <w:top w:w="20" w:type="dxa"/>
              <w:left w:w="50" w:type="dxa"/>
              <w:bottom w:w="20" w:type="dxa"/>
              <w:right w:w="50" w:type="dxa"/>
            </w:tcMar>
          </w:tcPr>
          <w:p w14:paraId="5EA604C0" w14:textId="77777777" w:rsidR="00292F36" w:rsidRDefault="00000000">
            <w:r>
              <w:rPr>
                <w:sz w:val="12"/>
              </w:rPr>
              <w:t>0.61029412</w:t>
            </w:r>
          </w:p>
        </w:tc>
        <w:tc>
          <w:tcPr>
            <w:tcW w:w="564" w:type="dxa"/>
            <w:tcMar>
              <w:top w:w="20" w:type="dxa"/>
              <w:left w:w="50" w:type="dxa"/>
              <w:bottom w:w="20" w:type="dxa"/>
              <w:right w:w="50" w:type="dxa"/>
            </w:tcMar>
          </w:tcPr>
          <w:p w14:paraId="22111684" w14:textId="77777777" w:rsidR="00292F36" w:rsidRDefault="00000000">
            <w:r>
              <w:rPr>
                <w:sz w:val="12"/>
              </w:rPr>
              <w:t>0.01470588</w:t>
            </w:r>
          </w:p>
        </w:tc>
        <w:tc>
          <w:tcPr>
            <w:tcW w:w="564" w:type="dxa"/>
            <w:tcMar>
              <w:top w:w="20" w:type="dxa"/>
              <w:left w:w="50" w:type="dxa"/>
              <w:bottom w:w="20" w:type="dxa"/>
              <w:right w:w="50" w:type="dxa"/>
            </w:tcMar>
          </w:tcPr>
          <w:p w14:paraId="04997FF4" w14:textId="77777777" w:rsidR="00292F36" w:rsidRDefault="00000000">
            <w:r>
              <w:rPr>
                <w:sz w:val="12"/>
              </w:rPr>
              <w:t>0</w:t>
            </w:r>
          </w:p>
        </w:tc>
        <w:tc>
          <w:tcPr>
            <w:tcW w:w="564" w:type="dxa"/>
            <w:tcMar>
              <w:top w:w="20" w:type="dxa"/>
              <w:left w:w="50" w:type="dxa"/>
              <w:bottom w:w="20" w:type="dxa"/>
              <w:right w:w="50" w:type="dxa"/>
            </w:tcMar>
          </w:tcPr>
          <w:p w14:paraId="0FCE5762" w14:textId="77777777" w:rsidR="00292F36" w:rsidRDefault="00000000">
            <w:r>
              <w:rPr>
                <w:sz w:val="12"/>
              </w:rPr>
              <w:t>0</w:t>
            </w:r>
          </w:p>
        </w:tc>
        <w:tc>
          <w:tcPr>
            <w:tcW w:w="564" w:type="dxa"/>
            <w:tcMar>
              <w:top w:w="20" w:type="dxa"/>
              <w:left w:w="50" w:type="dxa"/>
              <w:bottom w:w="20" w:type="dxa"/>
              <w:right w:w="50" w:type="dxa"/>
            </w:tcMar>
          </w:tcPr>
          <w:p w14:paraId="79FB16BA" w14:textId="77777777" w:rsidR="00292F36" w:rsidRDefault="00000000">
            <w:r>
              <w:rPr>
                <w:sz w:val="12"/>
              </w:rPr>
              <w:t>0</w:t>
            </w:r>
          </w:p>
        </w:tc>
        <w:tc>
          <w:tcPr>
            <w:tcW w:w="564" w:type="dxa"/>
            <w:tcMar>
              <w:top w:w="20" w:type="dxa"/>
              <w:left w:w="50" w:type="dxa"/>
              <w:bottom w:w="20" w:type="dxa"/>
              <w:right w:w="50" w:type="dxa"/>
            </w:tcMar>
          </w:tcPr>
          <w:p w14:paraId="30A3CC64" w14:textId="77777777" w:rsidR="00292F36" w:rsidRDefault="00000000">
            <w:r>
              <w:rPr>
                <w:sz w:val="12"/>
              </w:rPr>
              <w:t>0</w:t>
            </w:r>
          </w:p>
        </w:tc>
        <w:tc>
          <w:tcPr>
            <w:tcW w:w="564" w:type="dxa"/>
            <w:tcMar>
              <w:top w:w="20" w:type="dxa"/>
              <w:left w:w="50" w:type="dxa"/>
              <w:bottom w:w="20" w:type="dxa"/>
              <w:right w:w="50" w:type="dxa"/>
            </w:tcMar>
          </w:tcPr>
          <w:p w14:paraId="16E4E4AF" w14:textId="77777777" w:rsidR="00292F36" w:rsidRDefault="00000000">
            <w:r>
              <w:rPr>
                <w:sz w:val="12"/>
              </w:rPr>
              <w:t>0</w:t>
            </w:r>
          </w:p>
        </w:tc>
        <w:tc>
          <w:tcPr>
            <w:tcW w:w="564" w:type="dxa"/>
            <w:tcMar>
              <w:top w:w="20" w:type="dxa"/>
              <w:left w:w="50" w:type="dxa"/>
              <w:bottom w:w="20" w:type="dxa"/>
              <w:right w:w="50" w:type="dxa"/>
            </w:tcMar>
          </w:tcPr>
          <w:p w14:paraId="6625C492" w14:textId="77777777" w:rsidR="00292F36" w:rsidRDefault="00000000">
            <w:r>
              <w:rPr>
                <w:sz w:val="12"/>
              </w:rPr>
              <w:t>0</w:t>
            </w:r>
          </w:p>
        </w:tc>
        <w:tc>
          <w:tcPr>
            <w:tcW w:w="564" w:type="dxa"/>
            <w:tcMar>
              <w:top w:w="20" w:type="dxa"/>
              <w:left w:w="50" w:type="dxa"/>
              <w:bottom w:w="20" w:type="dxa"/>
              <w:right w:w="50" w:type="dxa"/>
            </w:tcMar>
          </w:tcPr>
          <w:p w14:paraId="51F2FB51" w14:textId="77777777" w:rsidR="00292F36" w:rsidRDefault="00000000">
            <w:r>
              <w:rPr>
                <w:sz w:val="12"/>
              </w:rPr>
              <w:t>1</w:t>
            </w:r>
          </w:p>
        </w:tc>
        <w:tc>
          <w:tcPr>
            <w:tcW w:w="564" w:type="dxa"/>
            <w:tcMar>
              <w:top w:w="20" w:type="dxa"/>
              <w:left w:w="50" w:type="dxa"/>
              <w:bottom w:w="20" w:type="dxa"/>
              <w:right w:w="50" w:type="dxa"/>
            </w:tcMar>
          </w:tcPr>
          <w:p w14:paraId="71A029F0" w14:textId="77777777" w:rsidR="00292F36" w:rsidRDefault="00000000">
            <w:r>
              <w:rPr>
                <w:sz w:val="12"/>
              </w:rPr>
              <w:t>0</w:t>
            </w:r>
          </w:p>
        </w:tc>
        <w:tc>
          <w:tcPr>
            <w:tcW w:w="564" w:type="dxa"/>
            <w:tcMar>
              <w:top w:w="20" w:type="dxa"/>
              <w:left w:w="50" w:type="dxa"/>
              <w:bottom w:w="20" w:type="dxa"/>
              <w:right w:w="50" w:type="dxa"/>
            </w:tcMar>
          </w:tcPr>
          <w:p w14:paraId="2875E263" w14:textId="77777777" w:rsidR="00292F36" w:rsidRDefault="00000000">
            <w:r>
              <w:rPr>
                <w:sz w:val="12"/>
              </w:rPr>
              <w:t>0</w:t>
            </w:r>
          </w:p>
        </w:tc>
        <w:tc>
          <w:tcPr>
            <w:tcW w:w="564" w:type="dxa"/>
            <w:tcMar>
              <w:top w:w="20" w:type="dxa"/>
              <w:left w:w="50" w:type="dxa"/>
              <w:bottom w:w="20" w:type="dxa"/>
              <w:right w:w="50" w:type="dxa"/>
            </w:tcMar>
          </w:tcPr>
          <w:p w14:paraId="4D7AAFBA" w14:textId="77777777" w:rsidR="00292F36" w:rsidRDefault="00000000">
            <w:r>
              <w:rPr>
                <w:sz w:val="12"/>
              </w:rPr>
              <w:t>0</w:t>
            </w:r>
          </w:p>
        </w:tc>
        <w:tc>
          <w:tcPr>
            <w:tcW w:w="564" w:type="dxa"/>
            <w:tcMar>
              <w:top w:w="20" w:type="dxa"/>
              <w:left w:w="50" w:type="dxa"/>
              <w:bottom w:w="20" w:type="dxa"/>
              <w:right w:w="50" w:type="dxa"/>
            </w:tcMar>
          </w:tcPr>
          <w:p w14:paraId="76B46283" w14:textId="77777777" w:rsidR="00292F36" w:rsidRDefault="00000000">
            <w:r>
              <w:rPr>
                <w:sz w:val="12"/>
              </w:rPr>
              <w:t>0</w:t>
            </w:r>
          </w:p>
        </w:tc>
      </w:tr>
      <w:tr w:rsidR="00292F36" w14:paraId="58DF3AF7" w14:textId="77777777">
        <w:tc>
          <w:tcPr>
            <w:tcW w:w="564" w:type="dxa"/>
            <w:tcMar>
              <w:top w:w="20" w:type="dxa"/>
              <w:left w:w="50" w:type="dxa"/>
              <w:bottom w:w="20" w:type="dxa"/>
              <w:right w:w="50" w:type="dxa"/>
            </w:tcMar>
          </w:tcPr>
          <w:p w14:paraId="48491623" w14:textId="77777777" w:rsidR="00292F36" w:rsidRDefault="00000000">
            <w:r>
              <w:rPr>
                <w:sz w:val="12"/>
              </w:rPr>
              <w:t>2019_isla_san_roque_isla_san_roque_deep_1</w:t>
            </w:r>
          </w:p>
        </w:tc>
        <w:tc>
          <w:tcPr>
            <w:tcW w:w="564" w:type="dxa"/>
            <w:tcMar>
              <w:top w:w="20" w:type="dxa"/>
              <w:left w:w="50" w:type="dxa"/>
              <w:bottom w:w="20" w:type="dxa"/>
              <w:right w:w="50" w:type="dxa"/>
            </w:tcMar>
          </w:tcPr>
          <w:p w14:paraId="36E30D57" w14:textId="77777777" w:rsidR="00292F36" w:rsidRDefault="00000000">
            <w:r>
              <w:rPr>
                <w:sz w:val="12"/>
              </w:rPr>
              <w:t>0.38109811</w:t>
            </w:r>
          </w:p>
        </w:tc>
        <w:tc>
          <w:tcPr>
            <w:tcW w:w="564" w:type="dxa"/>
            <w:tcMar>
              <w:top w:w="20" w:type="dxa"/>
              <w:left w:w="50" w:type="dxa"/>
              <w:bottom w:w="20" w:type="dxa"/>
              <w:right w:w="50" w:type="dxa"/>
            </w:tcMar>
          </w:tcPr>
          <w:p w14:paraId="3F8392A1" w14:textId="77777777" w:rsidR="00292F36" w:rsidRDefault="00000000">
            <w:r>
              <w:rPr>
                <w:sz w:val="12"/>
              </w:rPr>
              <w:t>-0.6654544</w:t>
            </w:r>
          </w:p>
        </w:tc>
        <w:tc>
          <w:tcPr>
            <w:tcW w:w="564" w:type="dxa"/>
            <w:tcMar>
              <w:top w:w="20" w:type="dxa"/>
              <w:left w:w="50" w:type="dxa"/>
              <w:bottom w:w="20" w:type="dxa"/>
              <w:right w:w="50" w:type="dxa"/>
            </w:tcMar>
          </w:tcPr>
          <w:p w14:paraId="359D0407" w14:textId="77777777" w:rsidR="00292F36" w:rsidRDefault="00000000">
            <w:r>
              <w:rPr>
                <w:sz w:val="12"/>
              </w:rPr>
              <w:t>2019</w:t>
            </w:r>
          </w:p>
        </w:tc>
        <w:tc>
          <w:tcPr>
            <w:tcW w:w="564" w:type="dxa"/>
            <w:tcMar>
              <w:top w:w="20" w:type="dxa"/>
              <w:left w:w="50" w:type="dxa"/>
              <w:bottom w:w="20" w:type="dxa"/>
              <w:right w:w="50" w:type="dxa"/>
            </w:tcMar>
          </w:tcPr>
          <w:p w14:paraId="63B05CB4" w14:textId="77777777" w:rsidR="00292F36" w:rsidRDefault="00000000">
            <w:r>
              <w:rPr>
                <w:sz w:val="12"/>
              </w:rPr>
              <w:t>bahia_asuncion</w:t>
            </w:r>
          </w:p>
        </w:tc>
        <w:tc>
          <w:tcPr>
            <w:tcW w:w="564" w:type="dxa"/>
            <w:tcMar>
              <w:top w:w="20" w:type="dxa"/>
              <w:left w:w="50" w:type="dxa"/>
              <w:bottom w:w="20" w:type="dxa"/>
              <w:right w:w="50" w:type="dxa"/>
            </w:tcMar>
          </w:tcPr>
          <w:p w14:paraId="7FE14F43" w14:textId="77777777" w:rsidR="00292F36" w:rsidRDefault="00000000">
            <w:r>
              <w:rPr>
                <w:sz w:val="12"/>
              </w:rPr>
              <w:t>South</w:t>
            </w:r>
          </w:p>
        </w:tc>
        <w:tc>
          <w:tcPr>
            <w:tcW w:w="564" w:type="dxa"/>
            <w:tcMar>
              <w:top w:w="20" w:type="dxa"/>
              <w:left w:w="50" w:type="dxa"/>
              <w:bottom w:w="20" w:type="dxa"/>
              <w:right w:w="50" w:type="dxa"/>
            </w:tcMar>
          </w:tcPr>
          <w:p w14:paraId="01AAB06F" w14:textId="77777777" w:rsidR="00292F36" w:rsidRDefault="00000000">
            <w:r>
              <w:rPr>
                <w:sz w:val="12"/>
              </w:rPr>
              <w:t>isla_san_roque</w:t>
            </w:r>
          </w:p>
        </w:tc>
        <w:tc>
          <w:tcPr>
            <w:tcW w:w="564" w:type="dxa"/>
            <w:tcMar>
              <w:top w:w="20" w:type="dxa"/>
              <w:left w:w="50" w:type="dxa"/>
              <w:bottom w:w="20" w:type="dxa"/>
              <w:right w:w="50" w:type="dxa"/>
            </w:tcMar>
          </w:tcPr>
          <w:p w14:paraId="0C3F45CE" w14:textId="77777777" w:rsidR="00292F36" w:rsidRDefault="00000000">
            <w:r>
              <w:rPr>
                <w:sz w:val="12"/>
              </w:rPr>
              <w:t>isla_san_roque_deep</w:t>
            </w:r>
          </w:p>
        </w:tc>
        <w:tc>
          <w:tcPr>
            <w:tcW w:w="564" w:type="dxa"/>
            <w:tcMar>
              <w:top w:w="20" w:type="dxa"/>
              <w:left w:w="50" w:type="dxa"/>
              <w:bottom w:w="20" w:type="dxa"/>
              <w:right w:w="50" w:type="dxa"/>
            </w:tcMar>
          </w:tcPr>
          <w:p w14:paraId="72659B25" w14:textId="77777777" w:rsidR="00292F36" w:rsidRDefault="00000000">
            <w:r>
              <w:rPr>
                <w:sz w:val="12"/>
              </w:rPr>
              <w:t>18</w:t>
            </w:r>
          </w:p>
        </w:tc>
        <w:tc>
          <w:tcPr>
            <w:tcW w:w="564" w:type="dxa"/>
            <w:tcMar>
              <w:top w:w="20" w:type="dxa"/>
              <w:left w:w="50" w:type="dxa"/>
              <w:bottom w:w="20" w:type="dxa"/>
              <w:right w:w="50" w:type="dxa"/>
            </w:tcMar>
          </w:tcPr>
          <w:p w14:paraId="3EFDCAD3" w14:textId="77777777" w:rsidR="00292F36" w:rsidRDefault="00000000">
            <w:r>
              <w:rPr>
                <w:sz w:val="12"/>
              </w:rPr>
              <w:t>21.3899994</w:t>
            </w:r>
          </w:p>
        </w:tc>
        <w:tc>
          <w:tcPr>
            <w:tcW w:w="564" w:type="dxa"/>
            <w:tcMar>
              <w:top w:w="20" w:type="dxa"/>
              <w:left w:w="50" w:type="dxa"/>
              <w:bottom w:w="20" w:type="dxa"/>
              <w:right w:w="50" w:type="dxa"/>
            </w:tcMar>
          </w:tcPr>
          <w:p w14:paraId="295ADCE4" w14:textId="77777777" w:rsidR="00292F36" w:rsidRDefault="00000000">
            <w:r>
              <w:rPr>
                <w:sz w:val="12"/>
              </w:rPr>
              <w:t>3.80794835</w:t>
            </w:r>
          </w:p>
        </w:tc>
        <w:tc>
          <w:tcPr>
            <w:tcW w:w="564" w:type="dxa"/>
            <w:tcMar>
              <w:top w:w="20" w:type="dxa"/>
              <w:left w:w="50" w:type="dxa"/>
              <w:bottom w:w="20" w:type="dxa"/>
              <w:right w:w="50" w:type="dxa"/>
            </w:tcMar>
          </w:tcPr>
          <w:p w14:paraId="1DD8E14F" w14:textId="77777777" w:rsidR="00292F36" w:rsidRDefault="00000000">
            <w:r>
              <w:rPr>
                <w:sz w:val="12"/>
              </w:rPr>
              <w:t>0</w:t>
            </w:r>
          </w:p>
        </w:tc>
        <w:tc>
          <w:tcPr>
            <w:tcW w:w="564" w:type="dxa"/>
            <w:tcMar>
              <w:top w:w="20" w:type="dxa"/>
              <w:left w:w="50" w:type="dxa"/>
              <w:bottom w:w="20" w:type="dxa"/>
              <w:right w:w="50" w:type="dxa"/>
            </w:tcMar>
          </w:tcPr>
          <w:p w14:paraId="24485C4F" w14:textId="77777777" w:rsidR="00292F36" w:rsidRDefault="00000000">
            <w:r>
              <w:rPr>
                <w:sz w:val="12"/>
              </w:rPr>
              <w:t>0.66666667</w:t>
            </w:r>
          </w:p>
        </w:tc>
        <w:tc>
          <w:tcPr>
            <w:tcW w:w="564" w:type="dxa"/>
            <w:tcMar>
              <w:top w:w="20" w:type="dxa"/>
              <w:left w:w="50" w:type="dxa"/>
              <w:bottom w:w="20" w:type="dxa"/>
              <w:right w:w="50" w:type="dxa"/>
            </w:tcMar>
          </w:tcPr>
          <w:p w14:paraId="0709F68E" w14:textId="77777777" w:rsidR="00292F36" w:rsidRDefault="00000000">
            <w:r>
              <w:rPr>
                <w:sz w:val="12"/>
              </w:rPr>
              <w:t>0.33333333</w:t>
            </w:r>
          </w:p>
        </w:tc>
        <w:tc>
          <w:tcPr>
            <w:tcW w:w="564" w:type="dxa"/>
            <w:tcMar>
              <w:top w:w="20" w:type="dxa"/>
              <w:left w:w="50" w:type="dxa"/>
              <w:bottom w:w="20" w:type="dxa"/>
              <w:right w:w="50" w:type="dxa"/>
            </w:tcMar>
          </w:tcPr>
          <w:p w14:paraId="24444D60" w14:textId="77777777" w:rsidR="00292F36" w:rsidRDefault="00000000">
            <w:r>
              <w:rPr>
                <w:sz w:val="12"/>
              </w:rPr>
              <w:t>0</w:t>
            </w:r>
          </w:p>
        </w:tc>
        <w:tc>
          <w:tcPr>
            <w:tcW w:w="564" w:type="dxa"/>
            <w:tcMar>
              <w:top w:w="20" w:type="dxa"/>
              <w:left w:w="50" w:type="dxa"/>
              <w:bottom w:w="20" w:type="dxa"/>
              <w:right w:w="50" w:type="dxa"/>
            </w:tcMar>
          </w:tcPr>
          <w:p w14:paraId="6B5920A8" w14:textId="77777777" w:rsidR="00292F36" w:rsidRDefault="00000000">
            <w:r>
              <w:rPr>
                <w:sz w:val="12"/>
              </w:rPr>
              <w:t>0</w:t>
            </w:r>
          </w:p>
        </w:tc>
        <w:tc>
          <w:tcPr>
            <w:tcW w:w="564" w:type="dxa"/>
            <w:tcMar>
              <w:top w:w="20" w:type="dxa"/>
              <w:left w:w="50" w:type="dxa"/>
              <w:bottom w:w="20" w:type="dxa"/>
              <w:right w:w="50" w:type="dxa"/>
            </w:tcMar>
          </w:tcPr>
          <w:p w14:paraId="5546C37E" w14:textId="77777777" w:rsidR="00292F36" w:rsidRDefault="00000000">
            <w:r>
              <w:rPr>
                <w:sz w:val="12"/>
              </w:rPr>
              <w:t>0</w:t>
            </w:r>
          </w:p>
        </w:tc>
        <w:tc>
          <w:tcPr>
            <w:tcW w:w="564" w:type="dxa"/>
            <w:tcMar>
              <w:top w:w="20" w:type="dxa"/>
              <w:left w:w="50" w:type="dxa"/>
              <w:bottom w:w="20" w:type="dxa"/>
              <w:right w:w="50" w:type="dxa"/>
            </w:tcMar>
          </w:tcPr>
          <w:p w14:paraId="16C6995C" w14:textId="77777777" w:rsidR="00292F36" w:rsidRDefault="00000000">
            <w:r>
              <w:rPr>
                <w:sz w:val="12"/>
              </w:rPr>
              <w:t>0</w:t>
            </w:r>
          </w:p>
        </w:tc>
        <w:tc>
          <w:tcPr>
            <w:tcW w:w="564" w:type="dxa"/>
            <w:tcMar>
              <w:top w:w="20" w:type="dxa"/>
              <w:left w:w="50" w:type="dxa"/>
              <w:bottom w:w="20" w:type="dxa"/>
              <w:right w:w="50" w:type="dxa"/>
            </w:tcMar>
          </w:tcPr>
          <w:p w14:paraId="5BF61711" w14:textId="77777777" w:rsidR="00292F36" w:rsidRDefault="00000000">
            <w:r>
              <w:rPr>
                <w:sz w:val="12"/>
              </w:rPr>
              <w:t>0</w:t>
            </w:r>
          </w:p>
        </w:tc>
        <w:tc>
          <w:tcPr>
            <w:tcW w:w="564" w:type="dxa"/>
            <w:tcMar>
              <w:top w:w="20" w:type="dxa"/>
              <w:left w:w="50" w:type="dxa"/>
              <w:bottom w:w="20" w:type="dxa"/>
              <w:right w:w="50" w:type="dxa"/>
            </w:tcMar>
          </w:tcPr>
          <w:p w14:paraId="0ADFCD4E" w14:textId="77777777" w:rsidR="00292F36" w:rsidRDefault="00000000">
            <w:r>
              <w:rPr>
                <w:sz w:val="12"/>
              </w:rPr>
              <w:t>0</w:t>
            </w:r>
          </w:p>
        </w:tc>
        <w:tc>
          <w:tcPr>
            <w:tcW w:w="564" w:type="dxa"/>
            <w:tcMar>
              <w:top w:w="20" w:type="dxa"/>
              <w:left w:w="50" w:type="dxa"/>
              <w:bottom w:w="20" w:type="dxa"/>
              <w:right w:w="50" w:type="dxa"/>
            </w:tcMar>
          </w:tcPr>
          <w:p w14:paraId="46D3F2EA" w14:textId="77777777" w:rsidR="00292F36" w:rsidRDefault="00000000">
            <w:r>
              <w:rPr>
                <w:sz w:val="12"/>
              </w:rPr>
              <w:t>0.4</w:t>
            </w:r>
          </w:p>
        </w:tc>
        <w:tc>
          <w:tcPr>
            <w:tcW w:w="564" w:type="dxa"/>
            <w:tcMar>
              <w:top w:w="20" w:type="dxa"/>
              <w:left w:w="50" w:type="dxa"/>
              <w:bottom w:w="20" w:type="dxa"/>
              <w:right w:w="50" w:type="dxa"/>
            </w:tcMar>
          </w:tcPr>
          <w:p w14:paraId="4C1AE315" w14:textId="77777777" w:rsidR="00292F36" w:rsidRDefault="00000000">
            <w:r>
              <w:rPr>
                <w:sz w:val="12"/>
              </w:rPr>
              <w:t>0</w:t>
            </w:r>
          </w:p>
        </w:tc>
        <w:tc>
          <w:tcPr>
            <w:tcW w:w="564" w:type="dxa"/>
            <w:tcMar>
              <w:top w:w="20" w:type="dxa"/>
              <w:left w:w="50" w:type="dxa"/>
              <w:bottom w:w="20" w:type="dxa"/>
              <w:right w:w="50" w:type="dxa"/>
            </w:tcMar>
          </w:tcPr>
          <w:p w14:paraId="3E8681EF" w14:textId="77777777" w:rsidR="00292F36" w:rsidRDefault="00000000">
            <w:r>
              <w:rPr>
                <w:sz w:val="12"/>
              </w:rPr>
              <w:t>0</w:t>
            </w:r>
          </w:p>
        </w:tc>
        <w:tc>
          <w:tcPr>
            <w:tcW w:w="564" w:type="dxa"/>
            <w:tcMar>
              <w:top w:w="20" w:type="dxa"/>
              <w:left w:w="50" w:type="dxa"/>
              <w:bottom w:w="20" w:type="dxa"/>
              <w:right w:w="50" w:type="dxa"/>
            </w:tcMar>
          </w:tcPr>
          <w:p w14:paraId="4933777A" w14:textId="77777777" w:rsidR="00292F36" w:rsidRDefault="00000000">
            <w:r>
              <w:rPr>
                <w:sz w:val="12"/>
              </w:rPr>
              <w:t>0.6</w:t>
            </w:r>
          </w:p>
        </w:tc>
        <w:tc>
          <w:tcPr>
            <w:tcW w:w="564" w:type="dxa"/>
            <w:tcMar>
              <w:top w:w="20" w:type="dxa"/>
              <w:left w:w="50" w:type="dxa"/>
              <w:bottom w:w="20" w:type="dxa"/>
              <w:right w:w="50" w:type="dxa"/>
            </w:tcMar>
          </w:tcPr>
          <w:p w14:paraId="567B725D" w14:textId="77777777" w:rsidR="00292F36" w:rsidRDefault="00000000">
            <w:r>
              <w:rPr>
                <w:sz w:val="12"/>
              </w:rPr>
              <w:t>0</w:t>
            </w:r>
          </w:p>
        </w:tc>
      </w:tr>
      <w:tr w:rsidR="00292F36" w14:paraId="18FE4918" w14:textId="77777777">
        <w:tc>
          <w:tcPr>
            <w:tcW w:w="564" w:type="dxa"/>
            <w:tcMar>
              <w:top w:w="20" w:type="dxa"/>
              <w:left w:w="50" w:type="dxa"/>
              <w:bottom w:w="20" w:type="dxa"/>
              <w:right w:w="50" w:type="dxa"/>
            </w:tcMar>
          </w:tcPr>
          <w:p w14:paraId="06E60620" w14:textId="77777777" w:rsidR="00292F36" w:rsidRDefault="00000000">
            <w:r>
              <w:rPr>
                <w:sz w:val="12"/>
              </w:rPr>
              <w:t>2019_isla_san_roque_isla_san_roque_deep_2</w:t>
            </w:r>
          </w:p>
        </w:tc>
        <w:tc>
          <w:tcPr>
            <w:tcW w:w="564" w:type="dxa"/>
            <w:tcMar>
              <w:top w:w="20" w:type="dxa"/>
              <w:left w:w="50" w:type="dxa"/>
              <w:bottom w:w="20" w:type="dxa"/>
              <w:right w:w="50" w:type="dxa"/>
            </w:tcMar>
          </w:tcPr>
          <w:p w14:paraId="4185BEC9" w14:textId="77777777" w:rsidR="00292F36" w:rsidRDefault="00000000">
            <w:r>
              <w:rPr>
                <w:sz w:val="12"/>
              </w:rPr>
              <w:t>0.19560345</w:t>
            </w:r>
          </w:p>
        </w:tc>
        <w:tc>
          <w:tcPr>
            <w:tcW w:w="564" w:type="dxa"/>
            <w:tcMar>
              <w:top w:w="20" w:type="dxa"/>
              <w:left w:w="50" w:type="dxa"/>
              <w:bottom w:w="20" w:type="dxa"/>
              <w:right w:w="50" w:type="dxa"/>
            </w:tcMar>
          </w:tcPr>
          <w:p w14:paraId="42F4F199" w14:textId="77777777" w:rsidR="00292F36" w:rsidRDefault="00000000">
            <w:r>
              <w:rPr>
                <w:sz w:val="12"/>
              </w:rPr>
              <w:t>-0.8222786</w:t>
            </w:r>
          </w:p>
        </w:tc>
        <w:tc>
          <w:tcPr>
            <w:tcW w:w="564" w:type="dxa"/>
            <w:tcMar>
              <w:top w:w="20" w:type="dxa"/>
              <w:left w:w="50" w:type="dxa"/>
              <w:bottom w:w="20" w:type="dxa"/>
              <w:right w:w="50" w:type="dxa"/>
            </w:tcMar>
          </w:tcPr>
          <w:p w14:paraId="49E5467C" w14:textId="77777777" w:rsidR="00292F36" w:rsidRDefault="00000000">
            <w:r>
              <w:rPr>
                <w:sz w:val="12"/>
              </w:rPr>
              <w:t>2019</w:t>
            </w:r>
          </w:p>
        </w:tc>
        <w:tc>
          <w:tcPr>
            <w:tcW w:w="564" w:type="dxa"/>
            <w:tcMar>
              <w:top w:w="20" w:type="dxa"/>
              <w:left w:w="50" w:type="dxa"/>
              <w:bottom w:w="20" w:type="dxa"/>
              <w:right w:w="50" w:type="dxa"/>
            </w:tcMar>
          </w:tcPr>
          <w:p w14:paraId="7BCDDCF5" w14:textId="77777777" w:rsidR="00292F36" w:rsidRDefault="00000000">
            <w:r>
              <w:rPr>
                <w:sz w:val="12"/>
              </w:rPr>
              <w:t>bahia_asuncion</w:t>
            </w:r>
          </w:p>
        </w:tc>
        <w:tc>
          <w:tcPr>
            <w:tcW w:w="564" w:type="dxa"/>
            <w:tcMar>
              <w:top w:w="20" w:type="dxa"/>
              <w:left w:w="50" w:type="dxa"/>
              <w:bottom w:w="20" w:type="dxa"/>
              <w:right w:w="50" w:type="dxa"/>
            </w:tcMar>
          </w:tcPr>
          <w:p w14:paraId="23A2A202" w14:textId="77777777" w:rsidR="00292F36" w:rsidRDefault="00000000">
            <w:r>
              <w:rPr>
                <w:sz w:val="12"/>
              </w:rPr>
              <w:t>South</w:t>
            </w:r>
          </w:p>
        </w:tc>
        <w:tc>
          <w:tcPr>
            <w:tcW w:w="564" w:type="dxa"/>
            <w:tcMar>
              <w:top w:w="20" w:type="dxa"/>
              <w:left w:w="50" w:type="dxa"/>
              <w:bottom w:w="20" w:type="dxa"/>
              <w:right w:w="50" w:type="dxa"/>
            </w:tcMar>
          </w:tcPr>
          <w:p w14:paraId="312DFC12" w14:textId="77777777" w:rsidR="00292F36" w:rsidRDefault="00000000">
            <w:r>
              <w:rPr>
                <w:sz w:val="12"/>
              </w:rPr>
              <w:t>isla_san_roque</w:t>
            </w:r>
          </w:p>
        </w:tc>
        <w:tc>
          <w:tcPr>
            <w:tcW w:w="564" w:type="dxa"/>
            <w:tcMar>
              <w:top w:w="20" w:type="dxa"/>
              <w:left w:w="50" w:type="dxa"/>
              <w:bottom w:w="20" w:type="dxa"/>
              <w:right w:w="50" w:type="dxa"/>
            </w:tcMar>
          </w:tcPr>
          <w:p w14:paraId="4C2C141B" w14:textId="77777777" w:rsidR="00292F36" w:rsidRDefault="00000000">
            <w:r>
              <w:rPr>
                <w:sz w:val="12"/>
              </w:rPr>
              <w:t>isla_san_roque_deep</w:t>
            </w:r>
          </w:p>
        </w:tc>
        <w:tc>
          <w:tcPr>
            <w:tcW w:w="564" w:type="dxa"/>
            <w:tcMar>
              <w:top w:w="20" w:type="dxa"/>
              <w:left w:w="50" w:type="dxa"/>
              <w:bottom w:w="20" w:type="dxa"/>
              <w:right w:w="50" w:type="dxa"/>
            </w:tcMar>
          </w:tcPr>
          <w:p w14:paraId="520C3A48" w14:textId="77777777" w:rsidR="00292F36" w:rsidRDefault="00000000">
            <w:r>
              <w:rPr>
                <w:sz w:val="12"/>
              </w:rPr>
              <w:t>18</w:t>
            </w:r>
          </w:p>
        </w:tc>
        <w:tc>
          <w:tcPr>
            <w:tcW w:w="564" w:type="dxa"/>
            <w:tcMar>
              <w:top w:w="20" w:type="dxa"/>
              <w:left w:w="50" w:type="dxa"/>
              <w:bottom w:w="20" w:type="dxa"/>
              <w:right w:w="50" w:type="dxa"/>
            </w:tcMar>
          </w:tcPr>
          <w:p w14:paraId="3A24BA44" w14:textId="77777777" w:rsidR="00292F36" w:rsidRDefault="00000000">
            <w:r>
              <w:rPr>
                <w:sz w:val="12"/>
              </w:rPr>
              <w:t>21.3899994</w:t>
            </w:r>
          </w:p>
        </w:tc>
        <w:tc>
          <w:tcPr>
            <w:tcW w:w="564" w:type="dxa"/>
            <w:tcMar>
              <w:top w:w="20" w:type="dxa"/>
              <w:left w:w="50" w:type="dxa"/>
              <w:bottom w:w="20" w:type="dxa"/>
              <w:right w:w="50" w:type="dxa"/>
            </w:tcMar>
          </w:tcPr>
          <w:p w14:paraId="2E0AA1F0" w14:textId="77777777" w:rsidR="00292F36" w:rsidRDefault="00000000">
            <w:r>
              <w:rPr>
                <w:sz w:val="12"/>
              </w:rPr>
              <w:t>3.80794835</w:t>
            </w:r>
          </w:p>
        </w:tc>
        <w:tc>
          <w:tcPr>
            <w:tcW w:w="564" w:type="dxa"/>
            <w:tcMar>
              <w:top w:w="20" w:type="dxa"/>
              <w:left w:w="50" w:type="dxa"/>
              <w:bottom w:w="20" w:type="dxa"/>
              <w:right w:w="50" w:type="dxa"/>
            </w:tcMar>
          </w:tcPr>
          <w:p w14:paraId="68F348DB" w14:textId="77777777" w:rsidR="00292F36" w:rsidRDefault="00000000">
            <w:r>
              <w:rPr>
                <w:sz w:val="12"/>
              </w:rPr>
              <w:t>0</w:t>
            </w:r>
          </w:p>
        </w:tc>
        <w:tc>
          <w:tcPr>
            <w:tcW w:w="564" w:type="dxa"/>
            <w:tcMar>
              <w:top w:w="20" w:type="dxa"/>
              <w:left w:w="50" w:type="dxa"/>
              <w:bottom w:w="20" w:type="dxa"/>
              <w:right w:w="50" w:type="dxa"/>
            </w:tcMar>
          </w:tcPr>
          <w:p w14:paraId="583EDD23" w14:textId="77777777" w:rsidR="00292F36" w:rsidRDefault="00000000">
            <w:r>
              <w:rPr>
                <w:sz w:val="12"/>
              </w:rPr>
              <w:t>0.32075472</w:t>
            </w:r>
          </w:p>
        </w:tc>
        <w:tc>
          <w:tcPr>
            <w:tcW w:w="564" w:type="dxa"/>
            <w:tcMar>
              <w:top w:w="20" w:type="dxa"/>
              <w:left w:w="50" w:type="dxa"/>
              <w:bottom w:w="20" w:type="dxa"/>
              <w:right w:w="50" w:type="dxa"/>
            </w:tcMar>
          </w:tcPr>
          <w:p w14:paraId="7EB670E9" w14:textId="77777777" w:rsidR="00292F36" w:rsidRDefault="00000000">
            <w:r>
              <w:rPr>
                <w:sz w:val="12"/>
              </w:rPr>
              <w:t>0.67924528</w:t>
            </w:r>
          </w:p>
        </w:tc>
        <w:tc>
          <w:tcPr>
            <w:tcW w:w="564" w:type="dxa"/>
            <w:tcMar>
              <w:top w:w="20" w:type="dxa"/>
              <w:left w:w="50" w:type="dxa"/>
              <w:bottom w:w="20" w:type="dxa"/>
              <w:right w:w="50" w:type="dxa"/>
            </w:tcMar>
          </w:tcPr>
          <w:p w14:paraId="38169BBF" w14:textId="77777777" w:rsidR="00292F36" w:rsidRDefault="00000000">
            <w:r>
              <w:rPr>
                <w:sz w:val="12"/>
              </w:rPr>
              <w:t>0</w:t>
            </w:r>
          </w:p>
        </w:tc>
        <w:tc>
          <w:tcPr>
            <w:tcW w:w="564" w:type="dxa"/>
            <w:tcMar>
              <w:top w:w="20" w:type="dxa"/>
              <w:left w:w="50" w:type="dxa"/>
              <w:bottom w:w="20" w:type="dxa"/>
              <w:right w:w="50" w:type="dxa"/>
            </w:tcMar>
          </w:tcPr>
          <w:p w14:paraId="5661C707" w14:textId="77777777" w:rsidR="00292F36" w:rsidRDefault="00000000">
            <w:r>
              <w:rPr>
                <w:sz w:val="12"/>
              </w:rPr>
              <w:t>0</w:t>
            </w:r>
          </w:p>
        </w:tc>
        <w:tc>
          <w:tcPr>
            <w:tcW w:w="564" w:type="dxa"/>
            <w:tcMar>
              <w:top w:w="20" w:type="dxa"/>
              <w:left w:w="50" w:type="dxa"/>
              <w:bottom w:w="20" w:type="dxa"/>
              <w:right w:w="50" w:type="dxa"/>
            </w:tcMar>
          </w:tcPr>
          <w:p w14:paraId="001D2CD1" w14:textId="77777777" w:rsidR="00292F36" w:rsidRDefault="00000000">
            <w:r>
              <w:rPr>
                <w:sz w:val="12"/>
              </w:rPr>
              <w:t>0</w:t>
            </w:r>
          </w:p>
        </w:tc>
        <w:tc>
          <w:tcPr>
            <w:tcW w:w="564" w:type="dxa"/>
            <w:tcMar>
              <w:top w:w="20" w:type="dxa"/>
              <w:left w:w="50" w:type="dxa"/>
              <w:bottom w:w="20" w:type="dxa"/>
              <w:right w:w="50" w:type="dxa"/>
            </w:tcMar>
          </w:tcPr>
          <w:p w14:paraId="7A4CF629" w14:textId="77777777" w:rsidR="00292F36" w:rsidRDefault="00000000">
            <w:r>
              <w:rPr>
                <w:sz w:val="12"/>
              </w:rPr>
              <w:t>0</w:t>
            </w:r>
          </w:p>
        </w:tc>
        <w:tc>
          <w:tcPr>
            <w:tcW w:w="564" w:type="dxa"/>
            <w:tcMar>
              <w:top w:w="20" w:type="dxa"/>
              <w:left w:w="50" w:type="dxa"/>
              <w:bottom w:w="20" w:type="dxa"/>
              <w:right w:w="50" w:type="dxa"/>
            </w:tcMar>
          </w:tcPr>
          <w:p w14:paraId="758C717D" w14:textId="77777777" w:rsidR="00292F36" w:rsidRDefault="00000000">
            <w:r>
              <w:rPr>
                <w:sz w:val="12"/>
              </w:rPr>
              <w:t>0</w:t>
            </w:r>
          </w:p>
        </w:tc>
        <w:tc>
          <w:tcPr>
            <w:tcW w:w="564" w:type="dxa"/>
            <w:tcMar>
              <w:top w:w="20" w:type="dxa"/>
              <w:left w:w="50" w:type="dxa"/>
              <w:bottom w:w="20" w:type="dxa"/>
              <w:right w:w="50" w:type="dxa"/>
            </w:tcMar>
          </w:tcPr>
          <w:p w14:paraId="27EAB489" w14:textId="77777777" w:rsidR="00292F36" w:rsidRDefault="00000000">
            <w:r>
              <w:rPr>
                <w:sz w:val="12"/>
              </w:rPr>
              <w:t>0</w:t>
            </w:r>
          </w:p>
        </w:tc>
        <w:tc>
          <w:tcPr>
            <w:tcW w:w="564" w:type="dxa"/>
            <w:tcMar>
              <w:top w:w="20" w:type="dxa"/>
              <w:left w:w="50" w:type="dxa"/>
              <w:bottom w:w="20" w:type="dxa"/>
              <w:right w:w="50" w:type="dxa"/>
            </w:tcMar>
          </w:tcPr>
          <w:p w14:paraId="721CA370" w14:textId="77777777" w:rsidR="00292F36" w:rsidRDefault="00000000">
            <w:r>
              <w:rPr>
                <w:sz w:val="12"/>
              </w:rPr>
              <w:t>0.37837838</w:t>
            </w:r>
          </w:p>
        </w:tc>
        <w:tc>
          <w:tcPr>
            <w:tcW w:w="564" w:type="dxa"/>
            <w:tcMar>
              <w:top w:w="20" w:type="dxa"/>
              <w:left w:w="50" w:type="dxa"/>
              <w:bottom w:w="20" w:type="dxa"/>
              <w:right w:w="50" w:type="dxa"/>
            </w:tcMar>
          </w:tcPr>
          <w:p w14:paraId="4FB6FE51" w14:textId="77777777" w:rsidR="00292F36" w:rsidRDefault="00000000">
            <w:r>
              <w:rPr>
                <w:sz w:val="12"/>
              </w:rPr>
              <w:t>0</w:t>
            </w:r>
          </w:p>
        </w:tc>
        <w:tc>
          <w:tcPr>
            <w:tcW w:w="564" w:type="dxa"/>
            <w:tcMar>
              <w:top w:w="20" w:type="dxa"/>
              <w:left w:w="50" w:type="dxa"/>
              <w:bottom w:w="20" w:type="dxa"/>
              <w:right w:w="50" w:type="dxa"/>
            </w:tcMar>
          </w:tcPr>
          <w:p w14:paraId="3A474237" w14:textId="77777777" w:rsidR="00292F36" w:rsidRDefault="00000000">
            <w:r>
              <w:rPr>
                <w:sz w:val="12"/>
              </w:rPr>
              <w:t>0.02702703</w:t>
            </w:r>
          </w:p>
        </w:tc>
        <w:tc>
          <w:tcPr>
            <w:tcW w:w="564" w:type="dxa"/>
            <w:tcMar>
              <w:top w:w="20" w:type="dxa"/>
              <w:left w:w="50" w:type="dxa"/>
              <w:bottom w:w="20" w:type="dxa"/>
              <w:right w:w="50" w:type="dxa"/>
            </w:tcMar>
          </w:tcPr>
          <w:p w14:paraId="5AC41B2F" w14:textId="77777777" w:rsidR="00292F36" w:rsidRDefault="00000000">
            <w:r>
              <w:rPr>
                <w:sz w:val="12"/>
              </w:rPr>
              <w:t>0.59459459</w:t>
            </w:r>
          </w:p>
        </w:tc>
        <w:tc>
          <w:tcPr>
            <w:tcW w:w="564" w:type="dxa"/>
            <w:tcMar>
              <w:top w:w="20" w:type="dxa"/>
              <w:left w:w="50" w:type="dxa"/>
              <w:bottom w:w="20" w:type="dxa"/>
              <w:right w:w="50" w:type="dxa"/>
            </w:tcMar>
          </w:tcPr>
          <w:p w14:paraId="3053C6CC" w14:textId="77777777" w:rsidR="00292F36" w:rsidRDefault="00000000">
            <w:r>
              <w:rPr>
                <w:sz w:val="12"/>
              </w:rPr>
              <w:t>0</w:t>
            </w:r>
          </w:p>
        </w:tc>
      </w:tr>
      <w:tr w:rsidR="00292F36" w14:paraId="0D9F1D47" w14:textId="77777777">
        <w:tc>
          <w:tcPr>
            <w:tcW w:w="564" w:type="dxa"/>
            <w:tcMar>
              <w:top w:w="20" w:type="dxa"/>
              <w:left w:w="50" w:type="dxa"/>
              <w:bottom w:w="20" w:type="dxa"/>
              <w:right w:w="50" w:type="dxa"/>
            </w:tcMar>
          </w:tcPr>
          <w:p w14:paraId="6E46CE0C" w14:textId="77777777" w:rsidR="00292F36" w:rsidRDefault="00000000">
            <w:r>
              <w:rPr>
                <w:sz w:val="12"/>
              </w:rPr>
              <w:t>2019_isla_san_roque_isla_san_roque_mid_1</w:t>
            </w:r>
          </w:p>
        </w:tc>
        <w:tc>
          <w:tcPr>
            <w:tcW w:w="564" w:type="dxa"/>
            <w:tcMar>
              <w:top w:w="20" w:type="dxa"/>
              <w:left w:w="50" w:type="dxa"/>
              <w:bottom w:w="20" w:type="dxa"/>
              <w:right w:w="50" w:type="dxa"/>
            </w:tcMar>
          </w:tcPr>
          <w:p w14:paraId="2D5B8245" w14:textId="77777777" w:rsidR="00292F36" w:rsidRDefault="00000000">
            <w:r>
              <w:rPr>
                <w:sz w:val="12"/>
              </w:rPr>
              <w:t>0.49793236</w:t>
            </w:r>
          </w:p>
        </w:tc>
        <w:tc>
          <w:tcPr>
            <w:tcW w:w="564" w:type="dxa"/>
            <w:tcMar>
              <w:top w:w="20" w:type="dxa"/>
              <w:left w:w="50" w:type="dxa"/>
              <w:bottom w:w="20" w:type="dxa"/>
              <w:right w:w="50" w:type="dxa"/>
            </w:tcMar>
          </w:tcPr>
          <w:p w14:paraId="2AA157BA" w14:textId="77777777" w:rsidR="00292F36" w:rsidRDefault="00000000">
            <w:r>
              <w:rPr>
                <w:sz w:val="12"/>
              </w:rPr>
              <w:t>-0.5672859</w:t>
            </w:r>
          </w:p>
        </w:tc>
        <w:tc>
          <w:tcPr>
            <w:tcW w:w="564" w:type="dxa"/>
            <w:tcMar>
              <w:top w:w="20" w:type="dxa"/>
              <w:left w:w="50" w:type="dxa"/>
              <w:bottom w:w="20" w:type="dxa"/>
              <w:right w:w="50" w:type="dxa"/>
            </w:tcMar>
          </w:tcPr>
          <w:p w14:paraId="0AAF3910" w14:textId="77777777" w:rsidR="00292F36" w:rsidRDefault="00000000">
            <w:r>
              <w:rPr>
                <w:sz w:val="12"/>
              </w:rPr>
              <w:t>2019</w:t>
            </w:r>
          </w:p>
        </w:tc>
        <w:tc>
          <w:tcPr>
            <w:tcW w:w="564" w:type="dxa"/>
            <w:tcMar>
              <w:top w:w="20" w:type="dxa"/>
              <w:left w:w="50" w:type="dxa"/>
              <w:bottom w:w="20" w:type="dxa"/>
              <w:right w:w="50" w:type="dxa"/>
            </w:tcMar>
          </w:tcPr>
          <w:p w14:paraId="7F2CE104" w14:textId="77777777" w:rsidR="00292F36" w:rsidRDefault="00000000">
            <w:r>
              <w:rPr>
                <w:sz w:val="12"/>
              </w:rPr>
              <w:t>bahia_asuncion</w:t>
            </w:r>
          </w:p>
        </w:tc>
        <w:tc>
          <w:tcPr>
            <w:tcW w:w="564" w:type="dxa"/>
            <w:tcMar>
              <w:top w:w="20" w:type="dxa"/>
              <w:left w:w="50" w:type="dxa"/>
              <w:bottom w:w="20" w:type="dxa"/>
              <w:right w:w="50" w:type="dxa"/>
            </w:tcMar>
          </w:tcPr>
          <w:p w14:paraId="77C15E38" w14:textId="77777777" w:rsidR="00292F36" w:rsidRDefault="00000000">
            <w:r>
              <w:rPr>
                <w:sz w:val="12"/>
              </w:rPr>
              <w:t>South</w:t>
            </w:r>
          </w:p>
        </w:tc>
        <w:tc>
          <w:tcPr>
            <w:tcW w:w="564" w:type="dxa"/>
            <w:tcMar>
              <w:top w:w="20" w:type="dxa"/>
              <w:left w:w="50" w:type="dxa"/>
              <w:bottom w:w="20" w:type="dxa"/>
              <w:right w:w="50" w:type="dxa"/>
            </w:tcMar>
          </w:tcPr>
          <w:p w14:paraId="50488FA4" w14:textId="77777777" w:rsidR="00292F36" w:rsidRDefault="00000000">
            <w:r>
              <w:rPr>
                <w:sz w:val="12"/>
              </w:rPr>
              <w:t>isla_san_roque</w:t>
            </w:r>
          </w:p>
        </w:tc>
        <w:tc>
          <w:tcPr>
            <w:tcW w:w="564" w:type="dxa"/>
            <w:tcMar>
              <w:top w:w="20" w:type="dxa"/>
              <w:left w:w="50" w:type="dxa"/>
              <w:bottom w:w="20" w:type="dxa"/>
              <w:right w:w="50" w:type="dxa"/>
            </w:tcMar>
          </w:tcPr>
          <w:p w14:paraId="0ABB65D1" w14:textId="77777777" w:rsidR="00292F36" w:rsidRDefault="00000000">
            <w:r>
              <w:rPr>
                <w:sz w:val="12"/>
              </w:rPr>
              <w:t>isla_san_roque_mid</w:t>
            </w:r>
          </w:p>
        </w:tc>
        <w:tc>
          <w:tcPr>
            <w:tcW w:w="564" w:type="dxa"/>
            <w:tcMar>
              <w:top w:w="20" w:type="dxa"/>
              <w:left w:w="50" w:type="dxa"/>
              <w:bottom w:w="20" w:type="dxa"/>
              <w:right w:w="50" w:type="dxa"/>
            </w:tcMar>
          </w:tcPr>
          <w:p w14:paraId="523DB13B" w14:textId="77777777" w:rsidR="00292F36" w:rsidRDefault="00000000">
            <w:r>
              <w:rPr>
                <w:sz w:val="12"/>
              </w:rPr>
              <w:t>12</w:t>
            </w:r>
          </w:p>
        </w:tc>
        <w:tc>
          <w:tcPr>
            <w:tcW w:w="564" w:type="dxa"/>
            <w:tcMar>
              <w:top w:w="20" w:type="dxa"/>
              <w:left w:w="50" w:type="dxa"/>
              <w:bottom w:w="20" w:type="dxa"/>
              <w:right w:w="50" w:type="dxa"/>
            </w:tcMar>
          </w:tcPr>
          <w:p w14:paraId="23C50804" w14:textId="77777777" w:rsidR="00292F36" w:rsidRDefault="00000000">
            <w:r>
              <w:rPr>
                <w:sz w:val="12"/>
              </w:rPr>
              <w:t>21.3899994</w:t>
            </w:r>
          </w:p>
        </w:tc>
        <w:tc>
          <w:tcPr>
            <w:tcW w:w="564" w:type="dxa"/>
            <w:tcMar>
              <w:top w:w="20" w:type="dxa"/>
              <w:left w:w="50" w:type="dxa"/>
              <w:bottom w:w="20" w:type="dxa"/>
              <w:right w:w="50" w:type="dxa"/>
            </w:tcMar>
          </w:tcPr>
          <w:p w14:paraId="58D1444A" w14:textId="77777777" w:rsidR="00292F36" w:rsidRDefault="00000000">
            <w:r>
              <w:rPr>
                <w:sz w:val="12"/>
              </w:rPr>
              <w:t>3.80794835</w:t>
            </w:r>
          </w:p>
        </w:tc>
        <w:tc>
          <w:tcPr>
            <w:tcW w:w="564" w:type="dxa"/>
            <w:tcMar>
              <w:top w:w="20" w:type="dxa"/>
              <w:left w:w="50" w:type="dxa"/>
              <w:bottom w:w="20" w:type="dxa"/>
              <w:right w:w="50" w:type="dxa"/>
            </w:tcMar>
          </w:tcPr>
          <w:p w14:paraId="6F35A59E" w14:textId="77777777" w:rsidR="00292F36" w:rsidRDefault="00000000">
            <w:r>
              <w:rPr>
                <w:sz w:val="12"/>
              </w:rPr>
              <w:t>0</w:t>
            </w:r>
          </w:p>
        </w:tc>
        <w:tc>
          <w:tcPr>
            <w:tcW w:w="564" w:type="dxa"/>
            <w:tcMar>
              <w:top w:w="20" w:type="dxa"/>
              <w:left w:w="50" w:type="dxa"/>
              <w:bottom w:w="20" w:type="dxa"/>
              <w:right w:w="50" w:type="dxa"/>
            </w:tcMar>
          </w:tcPr>
          <w:p w14:paraId="781F9D53" w14:textId="77777777" w:rsidR="00292F36" w:rsidRDefault="00000000">
            <w:r>
              <w:rPr>
                <w:sz w:val="12"/>
              </w:rPr>
              <w:t>1</w:t>
            </w:r>
          </w:p>
        </w:tc>
        <w:tc>
          <w:tcPr>
            <w:tcW w:w="564" w:type="dxa"/>
            <w:tcMar>
              <w:top w:w="20" w:type="dxa"/>
              <w:left w:w="50" w:type="dxa"/>
              <w:bottom w:w="20" w:type="dxa"/>
              <w:right w:w="50" w:type="dxa"/>
            </w:tcMar>
          </w:tcPr>
          <w:p w14:paraId="6FE36DD0" w14:textId="77777777" w:rsidR="00292F36" w:rsidRDefault="00000000">
            <w:r>
              <w:rPr>
                <w:sz w:val="12"/>
              </w:rPr>
              <w:t>0</w:t>
            </w:r>
          </w:p>
        </w:tc>
        <w:tc>
          <w:tcPr>
            <w:tcW w:w="564" w:type="dxa"/>
            <w:tcMar>
              <w:top w:w="20" w:type="dxa"/>
              <w:left w:w="50" w:type="dxa"/>
              <w:bottom w:w="20" w:type="dxa"/>
              <w:right w:w="50" w:type="dxa"/>
            </w:tcMar>
          </w:tcPr>
          <w:p w14:paraId="02F8BDBA" w14:textId="77777777" w:rsidR="00292F36" w:rsidRDefault="00000000">
            <w:r>
              <w:rPr>
                <w:sz w:val="12"/>
              </w:rPr>
              <w:t>0</w:t>
            </w:r>
          </w:p>
        </w:tc>
        <w:tc>
          <w:tcPr>
            <w:tcW w:w="564" w:type="dxa"/>
            <w:tcMar>
              <w:top w:w="20" w:type="dxa"/>
              <w:left w:w="50" w:type="dxa"/>
              <w:bottom w:w="20" w:type="dxa"/>
              <w:right w:w="50" w:type="dxa"/>
            </w:tcMar>
          </w:tcPr>
          <w:p w14:paraId="1B93311C" w14:textId="77777777" w:rsidR="00292F36" w:rsidRDefault="00000000">
            <w:r>
              <w:rPr>
                <w:sz w:val="12"/>
              </w:rPr>
              <w:t>0</w:t>
            </w:r>
          </w:p>
        </w:tc>
        <w:tc>
          <w:tcPr>
            <w:tcW w:w="564" w:type="dxa"/>
            <w:tcMar>
              <w:top w:w="20" w:type="dxa"/>
              <w:left w:w="50" w:type="dxa"/>
              <w:bottom w:w="20" w:type="dxa"/>
              <w:right w:w="50" w:type="dxa"/>
            </w:tcMar>
          </w:tcPr>
          <w:p w14:paraId="78CFBCE9" w14:textId="77777777" w:rsidR="00292F36" w:rsidRDefault="00000000">
            <w:r>
              <w:rPr>
                <w:sz w:val="12"/>
              </w:rPr>
              <w:t>0</w:t>
            </w:r>
          </w:p>
        </w:tc>
        <w:tc>
          <w:tcPr>
            <w:tcW w:w="564" w:type="dxa"/>
            <w:tcMar>
              <w:top w:w="20" w:type="dxa"/>
              <w:left w:w="50" w:type="dxa"/>
              <w:bottom w:w="20" w:type="dxa"/>
              <w:right w:w="50" w:type="dxa"/>
            </w:tcMar>
          </w:tcPr>
          <w:p w14:paraId="548F4143" w14:textId="77777777" w:rsidR="00292F36" w:rsidRDefault="00000000">
            <w:r>
              <w:rPr>
                <w:sz w:val="12"/>
              </w:rPr>
              <w:t>0</w:t>
            </w:r>
          </w:p>
        </w:tc>
        <w:tc>
          <w:tcPr>
            <w:tcW w:w="564" w:type="dxa"/>
            <w:tcMar>
              <w:top w:w="20" w:type="dxa"/>
              <w:left w:w="50" w:type="dxa"/>
              <w:bottom w:w="20" w:type="dxa"/>
              <w:right w:w="50" w:type="dxa"/>
            </w:tcMar>
          </w:tcPr>
          <w:p w14:paraId="16C78288" w14:textId="77777777" w:rsidR="00292F36" w:rsidRDefault="00000000">
            <w:r>
              <w:rPr>
                <w:sz w:val="12"/>
              </w:rPr>
              <w:t>0</w:t>
            </w:r>
          </w:p>
        </w:tc>
        <w:tc>
          <w:tcPr>
            <w:tcW w:w="564" w:type="dxa"/>
            <w:tcMar>
              <w:top w:w="20" w:type="dxa"/>
              <w:left w:w="50" w:type="dxa"/>
              <w:bottom w:w="20" w:type="dxa"/>
              <w:right w:w="50" w:type="dxa"/>
            </w:tcMar>
          </w:tcPr>
          <w:p w14:paraId="7EE7510D" w14:textId="77777777" w:rsidR="00292F36" w:rsidRDefault="00000000">
            <w:r>
              <w:rPr>
                <w:sz w:val="12"/>
              </w:rPr>
              <w:t>0.11940299</w:t>
            </w:r>
          </w:p>
        </w:tc>
        <w:tc>
          <w:tcPr>
            <w:tcW w:w="564" w:type="dxa"/>
            <w:tcMar>
              <w:top w:w="20" w:type="dxa"/>
              <w:left w:w="50" w:type="dxa"/>
              <w:bottom w:w="20" w:type="dxa"/>
              <w:right w:w="50" w:type="dxa"/>
            </w:tcMar>
          </w:tcPr>
          <w:p w14:paraId="0B1D6207" w14:textId="77777777" w:rsidR="00292F36" w:rsidRDefault="00000000">
            <w:r>
              <w:rPr>
                <w:sz w:val="12"/>
              </w:rPr>
              <w:t>0.49253731</w:t>
            </w:r>
          </w:p>
        </w:tc>
        <w:tc>
          <w:tcPr>
            <w:tcW w:w="564" w:type="dxa"/>
            <w:tcMar>
              <w:top w:w="20" w:type="dxa"/>
              <w:left w:w="50" w:type="dxa"/>
              <w:bottom w:w="20" w:type="dxa"/>
              <w:right w:w="50" w:type="dxa"/>
            </w:tcMar>
          </w:tcPr>
          <w:p w14:paraId="0146553A" w14:textId="77777777" w:rsidR="00292F36" w:rsidRDefault="00000000">
            <w:r>
              <w:rPr>
                <w:sz w:val="12"/>
              </w:rPr>
              <w:t>0.02985075</w:t>
            </w:r>
          </w:p>
        </w:tc>
        <w:tc>
          <w:tcPr>
            <w:tcW w:w="564" w:type="dxa"/>
            <w:tcMar>
              <w:top w:w="20" w:type="dxa"/>
              <w:left w:w="50" w:type="dxa"/>
              <w:bottom w:w="20" w:type="dxa"/>
              <w:right w:w="50" w:type="dxa"/>
            </w:tcMar>
          </w:tcPr>
          <w:p w14:paraId="02404BC5" w14:textId="77777777" w:rsidR="00292F36" w:rsidRDefault="00000000">
            <w:r>
              <w:rPr>
                <w:sz w:val="12"/>
              </w:rPr>
              <w:t>0</w:t>
            </w:r>
          </w:p>
        </w:tc>
        <w:tc>
          <w:tcPr>
            <w:tcW w:w="564" w:type="dxa"/>
            <w:tcMar>
              <w:top w:w="20" w:type="dxa"/>
              <w:left w:w="50" w:type="dxa"/>
              <w:bottom w:w="20" w:type="dxa"/>
              <w:right w:w="50" w:type="dxa"/>
            </w:tcMar>
          </w:tcPr>
          <w:p w14:paraId="77A772CC" w14:textId="77777777" w:rsidR="00292F36" w:rsidRDefault="00000000">
            <w:r>
              <w:rPr>
                <w:sz w:val="12"/>
              </w:rPr>
              <w:t>0.35820896</w:t>
            </w:r>
          </w:p>
        </w:tc>
        <w:tc>
          <w:tcPr>
            <w:tcW w:w="564" w:type="dxa"/>
            <w:tcMar>
              <w:top w:w="20" w:type="dxa"/>
              <w:left w:w="50" w:type="dxa"/>
              <w:bottom w:w="20" w:type="dxa"/>
              <w:right w:w="50" w:type="dxa"/>
            </w:tcMar>
          </w:tcPr>
          <w:p w14:paraId="6DEBE438" w14:textId="77777777" w:rsidR="00292F36" w:rsidRDefault="00000000">
            <w:r>
              <w:rPr>
                <w:sz w:val="12"/>
              </w:rPr>
              <w:t>0</w:t>
            </w:r>
          </w:p>
        </w:tc>
      </w:tr>
      <w:tr w:rsidR="00292F36" w14:paraId="33BB7D34" w14:textId="77777777">
        <w:tc>
          <w:tcPr>
            <w:tcW w:w="564" w:type="dxa"/>
            <w:tcMar>
              <w:top w:w="20" w:type="dxa"/>
              <w:left w:w="50" w:type="dxa"/>
              <w:bottom w:w="20" w:type="dxa"/>
              <w:right w:w="50" w:type="dxa"/>
            </w:tcMar>
          </w:tcPr>
          <w:p w14:paraId="2C32D3AF" w14:textId="77777777" w:rsidR="00292F36" w:rsidRDefault="00000000">
            <w:r>
              <w:rPr>
                <w:sz w:val="12"/>
              </w:rPr>
              <w:t>2019_isla_san_roque_isla_san_roque_mid_2</w:t>
            </w:r>
          </w:p>
        </w:tc>
        <w:tc>
          <w:tcPr>
            <w:tcW w:w="564" w:type="dxa"/>
            <w:tcMar>
              <w:top w:w="20" w:type="dxa"/>
              <w:left w:w="50" w:type="dxa"/>
              <w:bottom w:w="20" w:type="dxa"/>
              <w:right w:w="50" w:type="dxa"/>
            </w:tcMar>
          </w:tcPr>
          <w:p w14:paraId="34EF9E77" w14:textId="77777777" w:rsidR="00292F36" w:rsidRDefault="00000000">
            <w:r>
              <w:rPr>
                <w:sz w:val="12"/>
              </w:rPr>
              <w:t>0.496443</w:t>
            </w:r>
          </w:p>
        </w:tc>
        <w:tc>
          <w:tcPr>
            <w:tcW w:w="564" w:type="dxa"/>
            <w:tcMar>
              <w:top w:w="20" w:type="dxa"/>
              <w:left w:w="50" w:type="dxa"/>
              <w:bottom w:w="20" w:type="dxa"/>
              <w:right w:w="50" w:type="dxa"/>
            </w:tcMar>
          </w:tcPr>
          <w:p w14:paraId="679F166B" w14:textId="77777777" w:rsidR="00292F36" w:rsidRDefault="00000000">
            <w:r>
              <w:rPr>
                <w:sz w:val="12"/>
              </w:rPr>
              <w:t>-0.7823939</w:t>
            </w:r>
          </w:p>
        </w:tc>
        <w:tc>
          <w:tcPr>
            <w:tcW w:w="564" w:type="dxa"/>
            <w:tcMar>
              <w:top w:w="20" w:type="dxa"/>
              <w:left w:w="50" w:type="dxa"/>
              <w:bottom w:w="20" w:type="dxa"/>
              <w:right w:w="50" w:type="dxa"/>
            </w:tcMar>
          </w:tcPr>
          <w:p w14:paraId="5D2BE2E2" w14:textId="77777777" w:rsidR="00292F36" w:rsidRDefault="00000000">
            <w:r>
              <w:rPr>
                <w:sz w:val="12"/>
              </w:rPr>
              <w:t>2019</w:t>
            </w:r>
          </w:p>
        </w:tc>
        <w:tc>
          <w:tcPr>
            <w:tcW w:w="564" w:type="dxa"/>
            <w:tcMar>
              <w:top w:w="20" w:type="dxa"/>
              <w:left w:w="50" w:type="dxa"/>
              <w:bottom w:w="20" w:type="dxa"/>
              <w:right w:w="50" w:type="dxa"/>
            </w:tcMar>
          </w:tcPr>
          <w:p w14:paraId="77ABD409" w14:textId="77777777" w:rsidR="00292F36" w:rsidRDefault="00000000">
            <w:r>
              <w:rPr>
                <w:sz w:val="12"/>
              </w:rPr>
              <w:t>bahia_asuncion</w:t>
            </w:r>
          </w:p>
        </w:tc>
        <w:tc>
          <w:tcPr>
            <w:tcW w:w="564" w:type="dxa"/>
            <w:tcMar>
              <w:top w:w="20" w:type="dxa"/>
              <w:left w:w="50" w:type="dxa"/>
              <w:bottom w:w="20" w:type="dxa"/>
              <w:right w:w="50" w:type="dxa"/>
            </w:tcMar>
          </w:tcPr>
          <w:p w14:paraId="15F2589B" w14:textId="77777777" w:rsidR="00292F36" w:rsidRDefault="00000000">
            <w:r>
              <w:rPr>
                <w:sz w:val="12"/>
              </w:rPr>
              <w:t>South</w:t>
            </w:r>
          </w:p>
        </w:tc>
        <w:tc>
          <w:tcPr>
            <w:tcW w:w="564" w:type="dxa"/>
            <w:tcMar>
              <w:top w:w="20" w:type="dxa"/>
              <w:left w:w="50" w:type="dxa"/>
              <w:bottom w:w="20" w:type="dxa"/>
              <w:right w:w="50" w:type="dxa"/>
            </w:tcMar>
          </w:tcPr>
          <w:p w14:paraId="0D3DE50A" w14:textId="77777777" w:rsidR="00292F36" w:rsidRDefault="00000000">
            <w:r>
              <w:rPr>
                <w:sz w:val="12"/>
              </w:rPr>
              <w:t>isla_san_roque</w:t>
            </w:r>
          </w:p>
        </w:tc>
        <w:tc>
          <w:tcPr>
            <w:tcW w:w="564" w:type="dxa"/>
            <w:tcMar>
              <w:top w:w="20" w:type="dxa"/>
              <w:left w:w="50" w:type="dxa"/>
              <w:bottom w:w="20" w:type="dxa"/>
              <w:right w:w="50" w:type="dxa"/>
            </w:tcMar>
          </w:tcPr>
          <w:p w14:paraId="1A8862FD" w14:textId="77777777" w:rsidR="00292F36" w:rsidRDefault="00000000">
            <w:r>
              <w:rPr>
                <w:sz w:val="12"/>
              </w:rPr>
              <w:t>isla_san_roque_mid</w:t>
            </w:r>
          </w:p>
        </w:tc>
        <w:tc>
          <w:tcPr>
            <w:tcW w:w="564" w:type="dxa"/>
            <w:tcMar>
              <w:top w:w="20" w:type="dxa"/>
              <w:left w:w="50" w:type="dxa"/>
              <w:bottom w:w="20" w:type="dxa"/>
              <w:right w:w="50" w:type="dxa"/>
            </w:tcMar>
          </w:tcPr>
          <w:p w14:paraId="7D4A39C8" w14:textId="77777777" w:rsidR="00292F36" w:rsidRDefault="00000000">
            <w:r>
              <w:rPr>
                <w:sz w:val="12"/>
              </w:rPr>
              <w:t>12</w:t>
            </w:r>
          </w:p>
        </w:tc>
        <w:tc>
          <w:tcPr>
            <w:tcW w:w="564" w:type="dxa"/>
            <w:tcMar>
              <w:top w:w="20" w:type="dxa"/>
              <w:left w:w="50" w:type="dxa"/>
              <w:bottom w:w="20" w:type="dxa"/>
              <w:right w:w="50" w:type="dxa"/>
            </w:tcMar>
          </w:tcPr>
          <w:p w14:paraId="23979E80" w14:textId="77777777" w:rsidR="00292F36" w:rsidRDefault="00000000">
            <w:r>
              <w:rPr>
                <w:sz w:val="12"/>
              </w:rPr>
              <w:t>21.3899994</w:t>
            </w:r>
          </w:p>
        </w:tc>
        <w:tc>
          <w:tcPr>
            <w:tcW w:w="564" w:type="dxa"/>
            <w:tcMar>
              <w:top w:w="20" w:type="dxa"/>
              <w:left w:w="50" w:type="dxa"/>
              <w:bottom w:w="20" w:type="dxa"/>
              <w:right w:w="50" w:type="dxa"/>
            </w:tcMar>
          </w:tcPr>
          <w:p w14:paraId="0AA85D1C" w14:textId="77777777" w:rsidR="00292F36" w:rsidRDefault="00000000">
            <w:r>
              <w:rPr>
                <w:sz w:val="12"/>
              </w:rPr>
              <w:t>3.80794835</w:t>
            </w:r>
          </w:p>
        </w:tc>
        <w:tc>
          <w:tcPr>
            <w:tcW w:w="564" w:type="dxa"/>
            <w:tcMar>
              <w:top w:w="20" w:type="dxa"/>
              <w:left w:w="50" w:type="dxa"/>
              <w:bottom w:w="20" w:type="dxa"/>
              <w:right w:w="50" w:type="dxa"/>
            </w:tcMar>
          </w:tcPr>
          <w:p w14:paraId="7808AF05" w14:textId="77777777" w:rsidR="00292F36" w:rsidRDefault="00000000">
            <w:r>
              <w:rPr>
                <w:sz w:val="12"/>
              </w:rPr>
              <w:t>0</w:t>
            </w:r>
          </w:p>
        </w:tc>
        <w:tc>
          <w:tcPr>
            <w:tcW w:w="564" w:type="dxa"/>
            <w:tcMar>
              <w:top w:w="20" w:type="dxa"/>
              <w:left w:w="50" w:type="dxa"/>
              <w:bottom w:w="20" w:type="dxa"/>
              <w:right w:w="50" w:type="dxa"/>
            </w:tcMar>
          </w:tcPr>
          <w:p w14:paraId="002F4756" w14:textId="77777777" w:rsidR="00292F36" w:rsidRDefault="00000000">
            <w:r>
              <w:rPr>
                <w:sz w:val="12"/>
              </w:rPr>
              <w:t>0.98214286</w:t>
            </w:r>
          </w:p>
        </w:tc>
        <w:tc>
          <w:tcPr>
            <w:tcW w:w="564" w:type="dxa"/>
            <w:tcMar>
              <w:top w:w="20" w:type="dxa"/>
              <w:left w:w="50" w:type="dxa"/>
              <w:bottom w:w="20" w:type="dxa"/>
              <w:right w:w="50" w:type="dxa"/>
            </w:tcMar>
          </w:tcPr>
          <w:p w14:paraId="30D04CBD" w14:textId="77777777" w:rsidR="00292F36" w:rsidRDefault="00000000">
            <w:r>
              <w:rPr>
                <w:sz w:val="12"/>
              </w:rPr>
              <w:t>0.01785714</w:t>
            </w:r>
          </w:p>
        </w:tc>
        <w:tc>
          <w:tcPr>
            <w:tcW w:w="564" w:type="dxa"/>
            <w:tcMar>
              <w:top w:w="20" w:type="dxa"/>
              <w:left w:w="50" w:type="dxa"/>
              <w:bottom w:w="20" w:type="dxa"/>
              <w:right w:w="50" w:type="dxa"/>
            </w:tcMar>
          </w:tcPr>
          <w:p w14:paraId="421CC5BA" w14:textId="77777777" w:rsidR="00292F36" w:rsidRDefault="00000000">
            <w:r>
              <w:rPr>
                <w:sz w:val="12"/>
              </w:rPr>
              <w:t>0</w:t>
            </w:r>
          </w:p>
        </w:tc>
        <w:tc>
          <w:tcPr>
            <w:tcW w:w="564" w:type="dxa"/>
            <w:tcMar>
              <w:top w:w="20" w:type="dxa"/>
              <w:left w:w="50" w:type="dxa"/>
              <w:bottom w:w="20" w:type="dxa"/>
              <w:right w:w="50" w:type="dxa"/>
            </w:tcMar>
          </w:tcPr>
          <w:p w14:paraId="64DA5B57" w14:textId="77777777" w:rsidR="00292F36" w:rsidRDefault="00000000">
            <w:r>
              <w:rPr>
                <w:sz w:val="12"/>
              </w:rPr>
              <w:t>0</w:t>
            </w:r>
          </w:p>
        </w:tc>
        <w:tc>
          <w:tcPr>
            <w:tcW w:w="564" w:type="dxa"/>
            <w:tcMar>
              <w:top w:w="20" w:type="dxa"/>
              <w:left w:w="50" w:type="dxa"/>
              <w:bottom w:w="20" w:type="dxa"/>
              <w:right w:w="50" w:type="dxa"/>
            </w:tcMar>
          </w:tcPr>
          <w:p w14:paraId="27EF1297" w14:textId="77777777" w:rsidR="00292F36" w:rsidRDefault="00000000">
            <w:r>
              <w:rPr>
                <w:sz w:val="12"/>
              </w:rPr>
              <w:t>0</w:t>
            </w:r>
          </w:p>
        </w:tc>
        <w:tc>
          <w:tcPr>
            <w:tcW w:w="564" w:type="dxa"/>
            <w:tcMar>
              <w:top w:w="20" w:type="dxa"/>
              <w:left w:w="50" w:type="dxa"/>
              <w:bottom w:w="20" w:type="dxa"/>
              <w:right w:w="50" w:type="dxa"/>
            </w:tcMar>
          </w:tcPr>
          <w:p w14:paraId="19A8F99C" w14:textId="77777777" w:rsidR="00292F36" w:rsidRDefault="00000000">
            <w:r>
              <w:rPr>
                <w:sz w:val="12"/>
              </w:rPr>
              <w:t>0</w:t>
            </w:r>
          </w:p>
        </w:tc>
        <w:tc>
          <w:tcPr>
            <w:tcW w:w="564" w:type="dxa"/>
            <w:tcMar>
              <w:top w:w="20" w:type="dxa"/>
              <w:left w:w="50" w:type="dxa"/>
              <w:bottom w:w="20" w:type="dxa"/>
              <w:right w:w="50" w:type="dxa"/>
            </w:tcMar>
          </w:tcPr>
          <w:p w14:paraId="027C857B" w14:textId="77777777" w:rsidR="00292F36" w:rsidRDefault="00000000">
            <w:r>
              <w:rPr>
                <w:sz w:val="12"/>
              </w:rPr>
              <w:t>0</w:t>
            </w:r>
          </w:p>
        </w:tc>
        <w:tc>
          <w:tcPr>
            <w:tcW w:w="564" w:type="dxa"/>
            <w:tcMar>
              <w:top w:w="20" w:type="dxa"/>
              <w:left w:w="50" w:type="dxa"/>
              <w:bottom w:w="20" w:type="dxa"/>
              <w:right w:w="50" w:type="dxa"/>
            </w:tcMar>
          </w:tcPr>
          <w:p w14:paraId="7E196ECF" w14:textId="77777777" w:rsidR="00292F36" w:rsidRDefault="00000000">
            <w:r>
              <w:rPr>
                <w:sz w:val="12"/>
              </w:rPr>
              <w:t>0</w:t>
            </w:r>
          </w:p>
        </w:tc>
        <w:tc>
          <w:tcPr>
            <w:tcW w:w="564" w:type="dxa"/>
            <w:tcMar>
              <w:top w:w="20" w:type="dxa"/>
              <w:left w:w="50" w:type="dxa"/>
              <w:bottom w:w="20" w:type="dxa"/>
              <w:right w:w="50" w:type="dxa"/>
            </w:tcMar>
          </w:tcPr>
          <w:p w14:paraId="30BD0512" w14:textId="77777777" w:rsidR="00292F36" w:rsidRDefault="00000000">
            <w:r>
              <w:rPr>
                <w:sz w:val="12"/>
              </w:rPr>
              <w:t>0.22727273</w:t>
            </w:r>
          </w:p>
        </w:tc>
        <w:tc>
          <w:tcPr>
            <w:tcW w:w="564" w:type="dxa"/>
            <w:tcMar>
              <w:top w:w="20" w:type="dxa"/>
              <w:left w:w="50" w:type="dxa"/>
              <w:bottom w:w="20" w:type="dxa"/>
              <w:right w:w="50" w:type="dxa"/>
            </w:tcMar>
          </w:tcPr>
          <w:p w14:paraId="5E785655" w14:textId="77777777" w:rsidR="00292F36" w:rsidRDefault="00000000">
            <w:r>
              <w:rPr>
                <w:sz w:val="12"/>
              </w:rPr>
              <w:t>0</w:t>
            </w:r>
          </w:p>
        </w:tc>
        <w:tc>
          <w:tcPr>
            <w:tcW w:w="564" w:type="dxa"/>
            <w:tcMar>
              <w:top w:w="20" w:type="dxa"/>
              <w:left w:w="50" w:type="dxa"/>
              <w:bottom w:w="20" w:type="dxa"/>
              <w:right w:w="50" w:type="dxa"/>
            </w:tcMar>
          </w:tcPr>
          <w:p w14:paraId="4994F011" w14:textId="77777777" w:rsidR="00292F36" w:rsidRDefault="00000000">
            <w:r>
              <w:rPr>
                <w:sz w:val="12"/>
              </w:rPr>
              <w:t>0</w:t>
            </w:r>
          </w:p>
        </w:tc>
        <w:tc>
          <w:tcPr>
            <w:tcW w:w="564" w:type="dxa"/>
            <w:tcMar>
              <w:top w:w="20" w:type="dxa"/>
              <w:left w:w="50" w:type="dxa"/>
              <w:bottom w:w="20" w:type="dxa"/>
              <w:right w:w="50" w:type="dxa"/>
            </w:tcMar>
          </w:tcPr>
          <w:p w14:paraId="71CA994F" w14:textId="77777777" w:rsidR="00292F36" w:rsidRDefault="00000000">
            <w:r>
              <w:rPr>
                <w:sz w:val="12"/>
              </w:rPr>
              <w:t>0.77272727</w:t>
            </w:r>
          </w:p>
        </w:tc>
        <w:tc>
          <w:tcPr>
            <w:tcW w:w="564" w:type="dxa"/>
            <w:tcMar>
              <w:top w:w="20" w:type="dxa"/>
              <w:left w:w="50" w:type="dxa"/>
              <w:bottom w:w="20" w:type="dxa"/>
              <w:right w:w="50" w:type="dxa"/>
            </w:tcMar>
          </w:tcPr>
          <w:p w14:paraId="04686370" w14:textId="77777777" w:rsidR="00292F36" w:rsidRDefault="00000000">
            <w:r>
              <w:rPr>
                <w:sz w:val="12"/>
              </w:rPr>
              <w:t>0</w:t>
            </w:r>
          </w:p>
        </w:tc>
      </w:tr>
      <w:tr w:rsidR="00292F36" w14:paraId="4A9E2837" w14:textId="77777777">
        <w:tc>
          <w:tcPr>
            <w:tcW w:w="564" w:type="dxa"/>
            <w:tcMar>
              <w:top w:w="20" w:type="dxa"/>
              <w:left w:w="50" w:type="dxa"/>
              <w:bottom w:w="20" w:type="dxa"/>
              <w:right w:w="50" w:type="dxa"/>
            </w:tcMar>
          </w:tcPr>
          <w:p w14:paraId="3ABF129A" w14:textId="77777777" w:rsidR="00292F36" w:rsidRDefault="00000000">
            <w:r>
              <w:rPr>
                <w:sz w:val="12"/>
              </w:rPr>
              <w:t>2019_isla_san_roque_isla_san_roque_shallow_1</w:t>
            </w:r>
          </w:p>
        </w:tc>
        <w:tc>
          <w:tcPr>
            <w:tcW w:w="564" w:type="dxa"/>
            <w:tcMar>
              <w:top w:w="20" w:type="dxa"/>
              <w:left w:w="50" w:type="dxa"/>
              <w:bottom w:w="20" w:type="dxa"/>
              <w:right w:w="50" w:type="dxa"/>
            </w:tcMar>
          </w:tcPr>
          <w:p w14:paraId="4F396833" w14:textId="77777777" w:rsidR="00292F36" w:rsidRDefault="00000000">
            <w:r>
              <w:rPr>
                <w:sz w:val="12"/>
              </w:rPr>
              <w:t>0.47989658</w:t>
            </w:r>
          </w:p>
        </w:tc>
        <w:tc>
          <w:tcPr>
            <w:tcW w:w="564" w:type="dxa"/>
            <w:tcMar>
              <w:top w:w="20" w:type="dxa"/>
              <w:left w:w="50" w:type="dxa"/>
              <w:bottom w:w="20" w:type="dxa"/>
              <w:right w:w="50" w:type="dxa"/>
            </w:tcMar>
          </w:tcPr>
          <w:p w14:paraId="685F4697" w14:textId="77777777" w:rsidR="00292F36" w:rsidRDefault="00000000">
            <w:r>
              <w:rPr>
                <w:sz w:val="12"/>
              </w:rPr>
              <w:t>-0.6738812</w:t>
            </w:r>
          </w:p>
        </w:tc>
        <w:tc>
          <w:tcPr>
            <w:tcW w:w="564" w:type="dxa"/>
            <w:tcMar>
              <w:top w:w="20" w:type="dxa"/>
              <w:left w:w="50" w:type="dxa"/>
              <w:bottom w:w="20" w:type="dxa"/>
              <w:right w:w="50" w:type="dxa"/>
            </w:tcMar>
          </w:tcPr>
          <w:p w14:paraId="2A23F56F" w14:textId="77777777" w:rsidR="00292F36" w:rsidRDefault="00000000">
            <w:r>
              <w:rPr>
                <w:sz w:val="12"/>
              </w:rPr>
              <w:t>2019</w:t>
            </w:r>
          </w:p>
        </w:tc>
        <w:tc>
          <w:tcPr>
            <w:tcW w:w="564" w:type="dxa"/>
            <w:tcMar>
              <w:top w:w="20" w:type="dxa"/>
              <w:left w:w="50" w:type="dxa"/>
              <w:bottom w:w="20" w:type="dxa"/>
              <w:right w:w="50" w:type="dxa"/>
            </w:tcMar>
          </w:tcPr>
          <w:p w14:paraId="408B705A" w14:textId="77777777" w:rsidR="00292F36" w:rsidRDefault="00000000">
            <w:r>
              <w:rPr>
                <w:sz w:val="12"/>
              </w:rPr>
              <w:t>bahia_asuncion</w:t>
            </w:r>
          </w:p>
        </w:tc>
        <w:tc>
          <w:tcPr>
            <w:tcW w:w="564" w:type="dxa"/>
            <w:tcMar>
              <w:top w:w="20" w:type="dxa"/>
              <w:left w:w="50" w:type="dxa"/>
              <w:bottom w:w="20" w:type="dxa"/>
              <w:right w:w="50" w:type="dxa"/>
            </w:tcMar>
          </w:tcPr>
          <w:p w14:paraId="4061FC0B" w14:textId="77777777" w:rsidR="00292F36" w:rsidRDefault="00000000">
            <w:r>
              <w:rPr>
                <w:sz w:val="12"/>
              </w:rPr>
              <w:t>South</w:t>
            </w:r>
          </w:p>
        </w:tc>
        <w:tc>
          <w:tcPr>
            <w:tcW w:w="564" w:type="dxa"/>
            <w:tcMar>
              <w:top w:w="20" w:type="dxa"/>
              <w:left w:w="50" w:type="dxa"/>
              <w:bottom w:w="20" w:type="dxa"/>
              <w:right w:w="50" w:type="dxa"/>
            </w:tcMar>
          </w:tcPr>
          <w:p w14:paraId="0A0F198D" w14:textId="77777777" w:rsidR="00292F36" w:rsidRDefault="00000000">
            <w:r>
              <w:rPr>
                <w:sz w:val="12"/>
              </w:rPr>
              <w:t>isla_san_roque</w:t>
            </w:r>
          </w:p>
        </w:tc>
        <w:tc>
          <w:tcPr>
            <w:tcW w:w="564" w:type="dxa"/>
            <w:tcMar>
              <w:top w:w="20" w:type="dxa"/>
              <w:left w:w="50" w:type="dxa"/>
              <w:bottom w:w="20" w:type="dxa"/>
              <w:right w:w="50" w:type="dxa"/>
            </w:tcMar>
          </w:tcPr>
          <w:p w14:paraId="0053EAC0" w14:textId="77777777" w:rsidR="00292F36" w:rsidRDefault="00000000">
            <w:r>
              <w:rPr>
                <w:sz w:val="12"/>
              </w:rPr>
              <w:t>isla_san_roque_shallow</w:t>
            </w:r>
          </w:p>
        </w:tc>
        <w:tc>
          <w:tcPr>
            <w:tcW w:w="564" w:type="dxa"/>
            <w:tcMar>
              <w:top w:w="20" w:type="dxa"/>
              <w:left w:w="50" w:type="dxa"/>
              <w:bottom w:w="20" w:type="dxa"/>
              <w:right w:w="50" w:type="dxa"/>
            </w:tcMar>
          </w:tcPr>
          <w:p w14:paraId="2E6187E4" w14:textId="77777777" w:rsidR="00292F36" w:rsidRDefault="00000000">
            <w:r>
              <w:rPr>
                <w:sz w:val="12"/>
              </w:rPr>
              <w:t>6</w:t>
            </w:r>
          </w:p>
        </w:tc>
        <w:tc>
          <w:tcPr>
            <w:tcW w:w="564" w:type="dxa"/>
            <w:tcMar>
              <w:top w:w="20" w:type="dxa"/>
              <w:left w:w="50" w:type="dxa"/>
              <w:bottom w:w="20" w:type="dxa"/>
              <w:right w:w="50" w:type="dxa"/>
            </w:tcMar>
          </w:tcPr>
          <w:p w14:paraId="6EA6FBE3" w14:textId="77777777" w:rsidR="00292F36" w:rsidRDefault="00000000">
            <w:r>
              <w:rPr>
                <w:sz w:val="12"/>
              </w:rPr>
              <w:t>21.3899994</w:t>
            </w:r>
          </w:p>
        </w:tc>
        <w:tc>
          <w:tcPr>
            <w:tcW w:w="564" w:type="dxa"/>
            <w:tcMar>
              <w:top w:w="20" w:type="dxa"/>
              <w:left w:w="50" w:type="dxa"/>
              <w:bottom w:w="20" w:type="dxa"/>
              <w:right w:w="50" w:type="dxa"/>
            </w:tcMar>
          </w:tcPr>
          <w:p w14:paraId="171A1553" w14:textId="77777777" w:rsidR="00292F36" w:rsidRDefault="00000000">
            <w:r>
              <w:rPr>
                <w:sz w:val="12"/>
              </w:rPr>
              <w:t>3.80794835</w:t>
            </w:r>
          </w:p>
        </w:tc>
        <w:tc>
          <w:tcPr>
            <w:tcW w:w="564" w:type="dxa"/>
            <w:tcMar>
              <w:top w:w="20" w:type="dxa"/>
              <w:left w:w="50" w:type="dxa"/>
              <w:bottom w:w="20" w:type="dxa"/>
              <w:right w:w="50" w:type="dxa"/>
            </w:tcMar>
          </w:tcPr>
          <w:p w14:paraId="5EB0CD2B" w14:textId="77777777" w:rsidR="00292F36" w:rsidRDefault="00000000">
            <w:r>
              <w:rPr>
                <w:sz w:val="12"/>
              </w:rPr>
              <w:t>0</w:t>
            </w:r>
          </w:p>
        </w:tc>
        <w:tc>
          <w:tcPr>
            <w:tcW w:w="564" w:type="dxa"/>
            <w:tcMar>
              <w:top w:w="20" w:type="dxa"/>
              <w:left w:w="50" w:type="dxa"/>
              <w:bottom w:w="20" w:type="dxa"/>
              <w:right w:w="50" w:type="dxa"/>
            </w:tcMar>
          </w:tcPr>
          <w:p w14:paraId="3FBBD76B" w14:textId="77777777" w:rsidR="00292F36" w:rsidRDefault="00000000">
            <w:r>
              <w:rPr>
                <w:sz w:val="12"/>
              </w:rPr>
              <w:t>0.79881657</w:t>
            </w:r>
          </w:p>
        </w:tc>
        <w:tc>
          <w:tcPr>
            <w:tcW w:w="564" w:type="dxa"/>
            <w:tcMar>
              <w:top w:w="20" w:type="dxa"/>
              <w:left w:w="50" w:type="dxa"/>
              <w:bottom w:w="20" w:type="dxa"/>
              <w:right w:w="50" w:type="dxa"/>
            </w:tcMar>
          </w:tcPr>
          <w:p w14:paraId="2443F3D2" w14:textId="77777777" w:rsidR="00292F36" w:rsidRDefault="00000000">
            <w:r>
              <w:rPr>
                <w:sz w:val="12"/>
              </w:rPr>
              <w:t>0.18934911</w:t>
            </w:r>
          </w:p>
        </w:tc>
        <w:tc>
          <w:tcPr>
            <w:tcW w:w="564" w:type="dxa"/>
            <w:tcMar>
              <w:top w:w="20" w:type="dxa"/>
              <w:left w:w="50" w:type="dxa"/>
              <w:bottom w:w="20" w:type="dxa"/>
              <w:right w:w="50" w:type="dxa"/>
            </w:tcMar>
          </w:tcPr>
          <w:p w14:paraId="5DED91DC" w14:textId="77777777" w:rsidR="00292F36" w:rsidRDefault="00000000">
            <w:r>
              <w:rPr>
                <w:sz w:val="12"/>
              </w:rPr>
              <w:t>0.01183432</w:t>
            </w:r>
          </w:p>
        </w:tc>
        <w:tc>
          <w:tcPr>
            <w:tcW w:w="564" w:type="dxa"/>
            <w:tcMar>
              <w:top w:w="20" w:type="dxa"/>
              <w:left w:w="50" w:type="dxa"/>
              <w:bottom w:w="20" w:type="dxa"/>
              <w:right w:w="50" w:type="dxa"/>
            </w:tcMar>
          </w:tcPr>
          <w:p w14:paraId="7E018534" w14:textId="77777777" w:rsidR="00292F36" w:rsidRDefault="00000000">
            <w:r>
              <w:rPr>
                <w:sz w:val="12"/>
              </w:rPr>
              <w:t>0</w:t>
            </w:r>
          </w:p>
        </w:tc>
        <w:tc>
          <w:tcPr>
            <w:tcW w:w="564" w:type="dxa"/>
            <w:tcMar>
              <w:top w:w="20" w:type="dxa"/>
              <w:left w:w="50" w:type="dxa"/>
              <w:bottom w:w="20" w:type="dxa"/>
              <w:right w:w="50" w:type="dxa"/>
            </w:tcMar>
          </w:tcPr>
          <w:p w14:paraId="1B600564" w14:textId="77777777" w:rsidR="00292F36" w:rsidRDefault="00000000">
            <w:r>
              <w:rPr>
                <w:sz w:val="12"/>
              </w:rPr>
              <w:t>0</w:t>
            </w:r>
          </w:p>
        </w:tc>
        <w:tc>
          <w:tcPr>
            <w:tcW w:w="564" w:type="dxa"/>
            <w:tcMar>
              <w:top w:w="20" w:type="dxa"/>
              <w:left w:w="50" w:type="dxa"/>
              <w:bottom w:w="20" w:type="dxa"/>
              <w:right w:w="50" w:type="dxa"/>
            </w:tcMar>
          </w:tcPr>
          <w:p w14:paraId="4DBB9D93" w14:textId="77777777" w:rsidR="00292F36" w:rsidRDefault="00000000">
            <w:r>
              <w:rPr>
                <w:sz w:val="12"/>
              </w:rPr>
              <w:t>0</w:t>
            </w:r>
          </w:p>
        </w:tc>
        <w:tc>
          <w:tcPr>
            <w:tcW w:w="564" w:type="dxa"/>
            <w:tcMar>
              <w:top w:w="20" w:type="dxa"/>
              <w:left w:w="50" w:type="dxa"/>
              <w:bottom w:w="20" w:type="dxa"/>
              <w:right w:w="50" w:type="dxa"/>
            </w:tcMar>
          </w:tcPr>
          <w:p w14:paraId="3198FED9" w14:textId="77777777" w:rsidR="00292F36" w:rsidRDefault="00000000">
            <w:r>
              <w:rPr>
                <w:sz w:val="12"/>
              </w:rPr>
              <w:t>0</w:t>
            </w:r>
          </w:p>
        </w:tc>
        <w:tc>
          <w:tcPr>
            <w:tcW w:w="564" w:type="dxa"/>
            <w:tcMar>
              <w:top w:w="20" w:type="dxa"/>
              <w:left w:w="50" w:type="dxa"/>
              <w:bottom w:w="20" w:type="dxa"/>
              <w:right w:w="50" w:type="dxa"/>
            </w:tcMar>
          </w:tcPr>
          <w:p w14:paraId="55759AA1" w14:textId="77777777" w:rsidR="00292F36" w:rsidRDefault="00000000">
            <w:r>
              <w:rPr>
                <w:sz w:val="12"/>
              </w:rPr>
              <w:t>0</w:t>
            </w:r>
          </w:p>
        </w:tc>
        <w:tc>
          <w:tcPr>
            <w:tcW w:w="564" w:type="dxa"/>
            <w:tcMar>
              <w:top w:w="20" w:type="dxa"/>
              <w:left w:w="50" w:type="dxa"/>
              <w:bottom w:w="20" w:type="dxa"/>
              <w:right w:w="50" w:type="dxa"/>
            </w:tcMar>
          </w:tcPr>
          <w:p w14:paraId="1BB9FD7D" w14:textId="77777777" w:rsidR="00292F36" w:rsidRDefault="00000000">
            <w:r>
              <w:rPr>
                <w:sz w:val="12"/>
              </w:rPr>
              <w:t>0.21052632</w:t>
            </w:r>
          </w:p>
        </w:tc>
        <w:tc>
          <w:tcPr>
            <w:tcW w:w="564" w:type="dxa"/>
            <w:tcMar>
              <w:top w:w="20" w:type="dxa"/>
              <w:left w:w="50" w:type="dxa"/>
              <w:bottom w:w="20" w:type="dxa"/>
              <w:right w:w="50" w:type="dxa"/>
            </w:tcMar>
          </w:tcPr>
          <w:p w14:paraId="493E6692" w14:textId="77777777" w:rsidR="00292F36" w:rsidRDefault="00000000">
            <w:r>
              <w:rPr>
                <w:sz w:val="12"/>
              </w:rPr>
              <w:t>0.52631579</w:t>
            </w:r>
          </w:p>
        </w:tc>
        <w:tc>
          <w:tcPr>
            <w:tcW w:w="564" w:type="dxa"/>
            <w:tcMar>
              <w:top w:w="20" w:type="dxa"/>
              <w:left w:w="50" w:type="dxa"/>
              <w:bottom w:w="20" w:type="dxa"/>
              <w:right w:w="50" w:type="dxa"/>
            </w:tcMar>
          </w:tcPr>
          <w:p w14:paraId="79F1D7C9" w14:textId="77777777" w:rsidR="00292F36" w:rsidRDefault="00000000">
            <w:r>
              <w:rPr>
                <w:sz w:val="12"/>
              </w:rPr>
              <w:t>0</w:t>
            </w:r>
          </w:p>
        </w:tc>
        <w:tc>
          <w:tcPr>
            <w:tcW w:w="564" w:type="dxa"/>
            <w:tcMar>
              <w:top w:w="20" w:type="dxa"/>
              <w:left w:w="50" w:type="dxa"/>
              <w:bottom w:w="20" w:type="dxa"/>
              <w:right w:w="50" w:type="dxa"/>
            </w:tcMar>
          </w:tcPr>
          <w:p w14:paraId="4DF037AC" w14:textId="77777777" w:rsidR="00292F36" w:rsidRDefault="00000000">
            <w:r>
              <w:rPr>
                <w:sz w:val="12"/>
              </w:rPr>
              <w:t>0.26315789</w:t>
            </w:r>
          </w:p>
        </w:tc>
        <w:tc>
          <w:tcPr>
            <w:tcW w:w="564" w:type="dxa"/>
            <w:tcMar>
              <w:top w:w="20" w:type="dxa"/>
              <w:left w:w="50" w:type="dxa"/>
              <w:bottom w:w="20" w:type="dxa"/>
              <w:right w:w="50" w:type="dxa"/>
            </w:tcMar>
          </w:tcPr>
          <w:p w14:paraId="1394B2DB" w14:textId="77777777" w:rsidR="00292F36" w:rsidRDefault="00000000">
            <w:r>
              <w:rPr>
                <w:sz w:val="12"/>
              </w:rPr>
              <w:t>0</w:t>
            </w:r>
          </w:p>
        </w:tc>
      </w:tr>
      <w:tr w:rsidR="00292F36" w14:paraId="63D95FE3" w14:textId="77777777">
        <w:tc>
          <w:tcPr>
            <w:tcW w:w="564" w:type="dxa"/>
            <w:tcMar>
              <w:top w:w="20" w:type="dxa"/>
              <w:left w:w="50" w:type="dxa"/>
              <w:bottom w:w="20" w:type="dxa"/>
              <w:right w:w="50" w:type="dxa"/>
            </w:tcMar>
          </w:tcPr>
          <w:p w14:paraId="3079A9B6" w14:textId="77777777" w:rsidR="00292F36" w:rsidRDefault="00000000">
            <w:r>
              <w:rPr>
                <w:sz w:val="12"/>
              </w:rPr>
              <w:t>2019_isla_san_roque_isla_san_roque_shallow_2</w:t>
            </w:r>
          </w:p>
        </w:tc>
        <w:tc>
          <w:tcPr>
            <w:tcW w:w="564" w:type="dxa"/>
            <w:tcMar>
              <w:top w:w="20" w:type="dxa"/>
              <w:left w:w="50" w:type="dxa"/>
              <w:bottom w:w="20" w:type="dxa"/>
              <w:right w:w="50" w:type="dxa"/>
            </w:tcMar>
          </w:tcPr>
          <w:p w14:paraId="46707BE4" w14:textId="77777777" w:rsidR="00292F36" w:rsidRDefault="00000000">
            <w:r>
              <w:rPr>
                <w:sz w:val="12"/>
              </w:rPr>
              <w:t>0.39415334</w:t>
            </w:r>
          </w:p>
        </w:tc>
        <w:tc>
          <w:tcPr>
            <w:tcW w:w="564" w:type="dxa"/>
            <w:tcMar>
              <w:top w:w="20" w:type="dxa"/>
              <w:left w:w="50" w:type="dxa"/>
              <w:bottom w:w="20" w:type="dxa"/>
              <w:right w:w="50" w:type="dxa"/>
            </w:tcMar>
          </w:tcPr>
          <w:p w14:paraId="644DAC53" w14:textId="77777777" w:rsidR="00292F36" w:rsidRDefault="00000000">
            <w:r>
              <w:rPr>
                <w:sz w:val="12"/>
              </w:rPr>
              <w:t>-0.7212709</w:t>
            </w:r>
          </w:p>
        </w:tc>
        <w:tc>
          <w:tcPr>
            <w:tcW w:w="564" w:type="dxa"/>
            <w:tcMar>
              <w:top w:w="20" w:type="dxa"/>
              <w:left w:w="50" w:type="dxa"/>
              <w:bottom w:w="20" w:type="dxa"/>
              <w:right w:w="50" w:type="dxa"/>
            </w:tcMar>
          </w:tcPr>
          <w:p w14:paraId="12D8C578" w14:textId="77777777" w:rsidR="00292F36" w:rsidRDefault="00000000">
            <w:r>
              <w:rPr>
                <w:sz w:val="12"/>
              </w:rPr>
              <w:t>2019</w:t>
            </w:r>
          </w:p>
        </w:tc>
        <w:tc>
          <w:tcPr>
            <w:tcW w:w="564" w:type="dxa"/>
            <w:tcMar>
              <w:top w:w="20" w:type="dxa"/>
              <w:left w:w="50" w:type="dxa"/>
              <w:bottom w:w="20" w:type="dxa"/>
              <w:right w:w="50" w:type="dxa"/>
            </w:tcMar>
          </w:tcPr>
          <w:p w14:paraId="211C53DA" w14:textId="77777777" w:rsidR="00292F36" w:rsidRDefault="00000000">
            <w:r>
              <w:rPr>
                <w:sz w:val="12"/>
              </w:rPr>
              <w:t>bahia_asuncion</w:t>
            </w:r>
          </w:p>
        </w:tc>
        <w:tc>
          <w:tcPr>
            <w:tcW w:w="564" w:type="dxa"/>
            <w:tcMar>
              <w:top w:w="20" w:type="dxa"/>
              <w:left w:w="50" w:type="dxa"/>
              <w:bottom w:w="20" w:type="dxa"/>
              <w:right w:w="50" w:type="dxa"/>
            </w:tcMar>
          </w:tcPr>
          <w:p w14:paraId="56C9A211" w14:textId="77777777" w:rsidR="00292F36" w:rsidRDefault="00000000">
            <w:r>
              <w:rPr>
                <w:sz w:val="12"/>
              </w:rPr>
              <w:t>South</w:t>
            </w:r>
          </w:p>
        </w:tc>
        <w:tc>
          <w:tcPr>
            <w:tcW w:w="564" w:type="dxa"/>
            <w:tcMar>
              <w:top w:w="20" w:type="dxa"/>
              <w:left w:w="50" w:type="dxa"/>
              <w:bottom w:w="20" w:type="dxa"/>
              <w:right w:w="50" w:type="dxa"/>
            </w:tcMar>
          </w:tcPr>
          <w:p w14:paraId="105B5825" w14:textId="77777777" w:rsidR="00292F36" w:rsidRDefault="00000000">
            <w:r>
              <w:rPr>
                <w:sz w:val="12"/>
              </w:rPr>
              <w:t>isla_san_roque</w:t>
            </w:r>
          </w:p>
        </w:tc>
        <w:tc>
          <w:tcPr>
            <w:tcW w:w="564" w:type="dxa"/>
            <w:tcMar>
              <w:top w:w="20" w:type="dxa"/>
              <w:left w:w="50" w:type="dxa"/>
              <w:bottom w:w="20" w:type="dxa"/>
              <w:right w:w="50" w:type="dxa"/>
            </w:tcMar>
          </w:tcPr>
          <w:p w14:paraId="1B51417C" w14:textId="77777777" w:rsidR="00292F36" w:rsidRDefault="00000000">
            <w:r>
              <w:rPr>
                <w:sz w:val="12"/>
              </w:rPr>
              <w:t>isla_san_roque_shallow</w:t>
            </w:r>
          </w:p>
        </w:tc>
        <w:tc>
          <w:tcPr>
            <w:tcW w:w="564" w:type="dxa"/>
            <w:tcMar>
              <w:top w:w="20" w:type="dxa"/>
              <w:left w:w="50" w:type="dxa"/>
              <w:bottom w:w="20" w:type="dxa"/>
              <w:right w:w="50" w:type="dxa"/>
            </w:tcMar>
          </w:tcPr>
          <w:p w14:paraId="1749F4D0" w14:textId="77777777" w:rsidR="00292F36" w:rsidRDefault="00000000">
            <w:r>
              <w:rPr>
                <w:sz w:val="12"/>
              </w:rPr>
              <w:t>6</w:t>
            </w:r>
          </w:p>
        </w:tc>
        <w:tc>
          <w:tcPr>
            <w:tcW w:w="564" w:type="dxa"/>
            <w:tcMar>
              <w:top w:w="20" w:type="dxa"/>
              <w:left w:w="50" w:type="dxa"/>
              <w:bottom w:w="20" w:type="dxa"/>
              <w:right w:w="50" w:type="dxa"/>
            </w:tcMar>
          </w:tcPr>
          <w:p w14:paraId="0B417CF9" w14:textId="77777777" w:rsidR="00292F36" w:rsidRDefault="00000000">
            <w:r>
              <w:rPr>
                <w:sz w:val="12"/>
              </w:rPr>
              <w:t>21.3899994</w:t>
            </w:r>
          </w:p>
        </w:tc>
        <w:tc>
          <w:tcPr>
            <w:tcW w:w="564" w:type="dxa"/>
            <w:tcMar>
              <w:top w:w="20" w:type="dxa"/>
              <w:left w:w="50" w:type="dxa"/>
              <w:bottom w:w="20" w:type="dxa"/>
              <w:right w:w="50" w:type="dxa"/>
            </w:tcMar>
          </w:tcPr>
          <w:p w14:paraId="6A6412C7" w14:textId="77777777" w:rsidR="00292F36" w:rsidRDefault="00000000">
            <w:r>
              <w:rPr>
                <w:sz w:val="12"/>
              </w:rPr>
              <w:t>3.80794835</w:t>
            </w:r>
          </w:p>
        </w:tc>
        <w:tc>
          <w:tcPr>
            <w:tcW w:w="564" w:type="dxa"/>
            <w:tcMar>
              <w:top w:w="20" w:type="dxa"/>
              <w:left w:w="50" w:type="dxa"/>
              <w:bottom w:w="20" w:type="dxa"/>
              <w:right w:w="50" w:type="dxa"/>
            </w:tcMar>
          </w:tcPr>
          <w:p w14:paraId="1C315096" w14:textId="77777777" w:rsidR="00292F36" w:rsidRDefault="00000000">
            <w:r>
              <w:rPr>
                <w:sz w:val="12"/>
              </w:rPr>
              <w:t>0</w:t>
            </w:r>
          </w:p>
        </w:tc>
        <w:tc>
          <w:tcPr>
            <w:tcW w:w="564" w:type="dxa"/>
            <w:tcMar>
              <w:top w:w="20" w:type="dxa"/>
              <w:left w:w="50" w:type="dxa"/>
              <w:bottom w:w="20" w:type="dxa"/>
              <w:right w:w="50" w:type="dxa"/>
            </w:tcMar>
          </w:tcPr>
          <w:p w14:paraId="2AED3A5F" w14:textId="77777777" w:rsidR="00292F36" w:rsidRDefault="00000000">
            <w:r>
              <w:rPr>
                <w:sz w:val="12"/>
              </w:rPr>
              <w:t>0.7375</w:t>
            </w:r>
          </w:p>
        </w:tc>
        <w:tc>
          <w:tcPr>
            <w:tcW w:w="564" w:type="dxa"/>
            <w:tcMar>
              <w:top w:w="20" w:type="dxa"/>
              <w:left w:w="50" w:type="dxa"/>
              <w:bottom w:w="20" w:type="dxa"/>
              <w:right w:w="50" w:type="dxa"/>
            </w:tcMar>
          </w:tcPr>
          <w:p w14:paraId="69E52AF9" w14:textId="77777777" w:rsidR="00292F36" w:rsidRDefault="00000000">
            <w:r>
              <w:rPr>
                <w:sz w:val="12"/>
              </w:rPr>
              <w:t>0.2625</w:t>
            </w:r>
          </w:p>
        </w:tc>
        <w:tc>
          <w:tcPr>
            <w:tcW w:w="564" w:type="dxa"/>
            <w:tcMar>
              <w:top w:w="20" w:type="dxa"/>
              <w:left w:w="50" w:type="dxa"/>
              <w:bottom w:w="20" w:type="dxa"/>
              <w:right w:w="50" w:type="dxa"/>
            </w:tcMar>
          </w:tcPr>
          <w:p w14:paraId="17AE71D8" w14:textId="77777777" w:rsidR="00292F36" w:rsidRDefault="00000000">
            <w:r>
              <w:rPr>
                <w:sz w:val="12"/>
              </w:rPr>
              <w:t>0</w:t>
            </w:r>
          </w:p>
        </w:tc>
        <w:tc>
          <w:tcPr>
            <w:tcW w:w="564" w:type="dxa"/>
            <w:tcMar>
              <w:top w:w="20" w:type="dxa"/>
              <w:left w:w="50" w:type="dxa"/>
              <w:bottom w:w="20" w:type="dxa"/>
              <w:right w:w="50" w:type="dxa"/>
            </w:tcMar>
          </w:tcPr>
          <w:p w14:paraId="1A5227B7" w14:textId="77777777" w:rsidR="00292F36" w:rsidRDefault="00000000">
            <w:r>
              <w:rPr>
                <w:sz w:val="12"/>
              </w:rPr>
              <w:t>0</w:t>
            </w:r>
          </w:p>
        </w:tc>
        <w:tc>
          <w:tcPr>
            <w:tcW w:w="564" w:type="dxa"/>
            <w:tcMar>
              <w:top w:w="20" w:type="dxa"/>
              <w:left w:w="50" w:type="dxa"/>
              <w:bottom w:w="20" w:type="dxa"/>
              <w:right w:w="50" w:type="dxa"/>
            </w:tcMar>
          </w:tcPr>
          <w:p w14:paraId="5CCA4C74" w14:textId="77777777" w:rsidR="00292F36" w:rsidRDefault="00000000">
            <w:r>
              <w:rPr>
                <w:sz w:val="12"/>
              </w:rPr>
              <w:t>0</w:t>
            </w:r>
          </w:p>
        </w:tc>
        <w:tc>
          <w:tcPr>
            <w:tcW w:w="564" w:type="dxa"/>
            <w:tcMar>
              <w:top w:w="20" w:type="dxa"/>
              <w:left w:w="50" w:type="dxa"/>
              <w:bottom w:w="20" w:type="dxa"/>
              <w:right w:w="50" w:type="dxa"/>
            </w:tcMar>
          </w:tcPr>
          <w:p w14:paraId="57E3E817" w14:textId="77777777" w:rsidR="00292F36" w:rsidRDefault="00000000">
            <w:r>
              <w:rPr>
                <w:sz w:val="12"/>
              </w:rPr>
              <w:t>0</w:t>
            </w:r>
          </w:p>
        </w:tc>
        <w:tc>
          <w:tcPr>
            <w:tcW w:w="564" w:type="dxa"/>
            <w:tcMar>
              <w:top w:w="20" w:type="dxa"/>
              <w:left w:w="50" w:type="dxa"/>
              <w:bottom w:w="20" w:type="dxa"/>
              <w:right w:w="50" w:type="dxa"/>
            </w:tcMar>
          </w:tcPr>
          <w:p w14:paraId="5D4B8E0D" w14:textId="77777777" w:rsidR="00292F36" w:rsidRDefault="00000000">
            <w:r>
              <w:rPr>
                <w:sz w:val="12"/>
              </w:rPr>
              <w:t>0</w:t>
            </w:r>
          </w:p>
        </w:tc>
        <w:tc>
          <w:tcPr>
            <w:tcW w:w="564" w:type="dxa"/>
            <w:tcMar>
              <w:top w:w="20" w:type="dxa"/>
              <w:left w:w="50" w:type="dxa"/>
              <w:bottom w:w="20" w:type="dxa"/>
              <w:right w:w="50" w:type="dxa"/>
            </w:tcMar>
          </w:tcPr>
          <w:p w14:paraId="36955E71" w14:textId="77777777" w:rsidR="00292F36" w:rsidRDefault="00000000">
            <w:r>
              <w:rPr>
                <w:sz w:val="12"/>
              </w:rPr>
              <w:t>0</w:t>
            </w:r>
          </w:p>
        </w:tc>
        <w:tc>
          <w:tcPr>
            <w:tcW w:w="564" w:type="dxa"/>
            <w:tcMar>
              <w:top w:w="20" w:type="dxa"/>
              <w:left w:w="50" w:type="dxa"/>
              <w:bottom w:w="20" w:type="dxa"/>
              <w:right w:w="50" w:type="dxa"/>
            </w:tcMar>
          </w:tcPr>
          <w:p w14:paraId="1B54E71A" w14:textId="77777777" w:rsidR="00292F36" w:rsidRDefault="00000000">
            <w:r>
              <w:rPr>
                <w:sz w:val="12"/>
              </w:rPr>
              <w:t>0.22222222</w:t>
            </w:r>
          </w:p>
        </w:tc>
        <w:tc>
          <w:tcPr>
            <w:tcW w:w="564" w:type="dxa"/>
            <w:tcMar>
              <w:top w:w="20" w:type="dxa"/>
              <w:left w:w="50" w:type="dxa"/>
              <w:bottom w:w="20" w:type="dxa"/>
              <w:right w:w="50" w:type="dxa"/>
            </w:tcMar>
          </w:tcPr>
          <w:p w14:paraId="23327FF4" w14:textId="77777777" w:rsidR="00292F36" w:rsidRDefault="00000000">
            <w:r>
              <w:rPr>
                <w:sz w:val="12"/>
              </w:rPr>
              <w:t>0.16666667</w:t>
            </w:r>
          </w:p>
        </w:tc>
        <w:tc>
          <w:tcPr>
            <w:tcW w:w="564" w:type="dxa"/>
            <w:tcMar>
              <w:top w:w="20" w:type="dxa"/>
              <w:left w:w="50" w:type="dxa"/>
              <w:bottom w:w="20" w:type="dxa"/>
              <w:right w:w="50" w:type="dxa"/>
            </w:tcMar>
          </w:tcPr>
          <w:p w14:paraId="63636D42" w14:textId="77777777" w:rsidR="00292F36" w:rsidRDefault="00000000">
            <w:r>
              <w:rPr>
                <w:sz w:val="12"/>
              </w:rPr>
              <w:t>0</w:t>
            </w:r>
          </w:p>
        </w:tc>
        <w:tc>
          <w:tcPr>
            <w:tcW w:w="564" w:type="dxa"/>
            <w:tcMar>
              <w:top w:w="20" w:type="dxa"/>
              <w:left w:w="50" w:type="dxa"/>
              <w:bottom w:w="20" w:type="dxa"/>
              <w:right w:w="50" w:type="dxa"/>
            </w:tcMar>
          </w:tcPr>
          <w:p w14:paraId="786370F6" w14:textId="77777777" w:rsidR="00292F36" w:rsidRDefault="00000000">
            <w:r>
              <w:rPr>
                <w:sz w:val="12"/>
              </w:rPr>
              <w:t>0.61111111</w:t>
            </w:r>
          </w:p>
        </w:tc>
        <w:tc>
          <w:tcPr>
            <w:tcW w:w="564" w:type="dxa"/>
            <w:tcMar>
              <w:top w:w="20" w:type="dxa"/>
              <w:left w:w="50" w:type="dxa"/>
              <w:bottom w:w="20" w:type="dxa"/>
              <w:right w:w="50" w:type="dxa"/>
            </w:tcMar>
          </w:tcPr>
          <w:p w14:paraId="19F19477" w14:textId="77777777" w:rsidR="00292F36" w:rsidRDefault="00000000">
            <w:r>
              <w:rPr>
                <w:sz w:val="12"/>
              </w:rPr>
              <w:t>0</w:t>
            </w:r>
          </w:p>
        </w:tc>
      </w:tr>
      <w:tr w:rsidR="00292F36" w14:paraId="3ACD1CE1" w14:textId="77777777">
        <w:tc>
          <w:tcPr>
            <w:tcW w:w="564" w:type="dxa"/>
            <w:tcMar>
              <w:top w:w="20" w:type="dxa"/>
              <w:left w:w="50" w:type="dxa"/>
              <w:bottom w:w="20" w:type="dxa"/>
              <w:right w:w="50" w:type="dxa"/>
            </w:tcMar>
          </w:tcPr>
          <w:p w14:paraId="25406C52" w14:textId="77777777" w:rsidR="00292F36" w:rsidRDefault="00000000">
            <w:r>
              <w:rPr>
                <w:sz w:val="12"/>
              </w:rPr>
              <w:t>2019_isla_todos_santos_isla_todos_santos_canal_north_1</w:t>
            </w:r>
          </w:p>
        </w:tc>
        <w:tc>
          <w:tcPr>
            <w:tcW w:w="564" w:type="dxa"/>
            <w:tcMar>
              <w:top w:w="20" w:type="dxa"/>
              <w:left w:w="50" w:type="dxa"/>
              <w:bottom w:w="20" w:type="dxa"/>
              <w:right w:w="50" w:type="dxa"/>
            </w:tcMar>
          </w:tcPr>
          <w:p w14:paraId="33884BFF" w14:textId="77777777" w:rsidR="00292F36" w:rsidRDefault="00000000">
            <w:r>
              <w:rPr>
                <w:sz w:val="12"/>
              </w:rPr>
              <w:t>-0.5245589</w:t>
            </w:r>
          </w:p>
        </w:tc>
        <w:tc>
          <w:tcPr>
            <w:tcW w:w="564" w:type="dxa"/>
            <w:tcMar>
              <w:top w:w="20" w:type="dxa"/>
              <w:left w:w="50" w:type="dxa"/>
              <w:bottom w:w="20" w:type="dxa"/>
              <w:right w:w="50" w:type="dxa"/>
            </w:tcMar>
          </w:tcPr>
          <w:p w14:paraId="0ED8570C" w14:textId="77777777" w:rsidR="00292F36" w:rsidRDefault="00000000">
            <w:r>
              <w:rPr>
                <w:sz w:val="12"/>
              </w:rPr>
              <w:t>-0.0620532</w:t>
            </w:r>
          </w:p>
        </w:tc>
        <w:tc>
          <w:tcPr>
            <w:tcW w:w="564" w:type="dxa"/>
            <w:tcMar>
              <w:top w:w="20" w:type="dxa"/>
              <w:left w:w="50" w:type="dxa"/>
              <w:bottom w:w="20" w:type="dxa"/>
              <w:right w:w="50" w:type="dxa"/>
            </w:tcMar>
          </w:tcPr>
          <w:p w14:paraId="1C901FEF" w14:textId="77777777" w:rsidR="00292F36" w:rsidRDefault="00000000">
            <w:r>
              <w:rPr>
                <w:sz w:val="12"/>
              </w:rPr>
              <w:t>2019</w:t>
            </w:r>
          </w:p>
        </w:tc>
        <w:tc>
          <w:tcPr>
            <w:tcW w:w="564" w:type="dxa"/>
            <w:tcMar>
              <w:top w:w="20" w:type="dxa"/>
              <w:left w:w="50" w:type="dxa"/>
              <w:bottom w:w="20" w:type="dxa"/>
              <w:right w:w="50" w:type="dxa"/>
            </w:tcMar>
          </w:tcPr>
          <w:p w14:paraId="6025CC9E" w14:textId="77777777" w:rsidR="00292F36" w:rsidRDefault="00000000">
            <w:r>
              <w:rPr>
                <w:sz w:val="12"/>
              </w:rPr>
              <w:t>ensenada</w:t>
            </w:r>
          </w:p>
        </w:tc>
        <w:tc>
          <w:tcPr>
            <w:tcW w:w="564" w:type="dxa"/>
            <w:tcMar>
              <w:top w:w="20" w:type="dxa"/>
              <w:left w:w="50" w:type="dxa"/>
              <w:bottom w:w="20" w:type="dxa"/>
              <w:right w:w="50" w:type="dxa"/>
            </w:tcMar>
          </w:tcPr>
          <w:p w14:paraId="2527BD77" w14:textId="77777777" w:rsidR="00292F36" w:rsidRDefault="00000000">
            <w:r>
              <w:rPr>
                <w:sz w:val="12"/>
              </w:rPr>
              <w:t>North</w:t>
            </w:r>
          </w:p>
        </w:tc>
        <w:tc>
          <w:tcPr>
            <w:tcW w:w="564" w:type="dxa"/>
            <w:tcMar>
              <w:top w:w="20" w:type="dxa"/>
              <w:left w:w="50" w:type="dxa"/>
              <w:bottom w:w="20" w:type="dxa"/>
              <w:right w:w="50" w:type="dxa"/>
            </w:tcMar>
          </w:tcPr>
          <w:p w14:paraId="009C3F92" w14:textId="77777777" w:rsidR="00292F36" w:rsidRDefault="00000000">
            <w:r>
              <w:rPr>
                <w:sz w:val="12"/>
              </w:rPr>
              <w:t>isla_todos_santos</w:t>
            </w:r>
          </w:p>
        </w:tc>
        <w:tc>
          <w:tcPr>
            <w:tcW w:w="564" w:type="dxa"/>
            <w:tcMar>
              <w:top w:w="20" w:type="dxa"/>
              <w:left w:w="50" w:type="dxa"/>
              <w:bottom w:w="20" w:type="dxa"/>
              <w:right w:w="50" w:type="dxa"/>
            </w:tcMar>
          </w:tcPr>
          <w:p w14:paraId="053F8681" w14:textId="77777777" w:rsidR="00292F36" w:rsidRDefault="00000000">
            <w:r>
              <w:rPr>
                <w:sz w:val="12"/>
              </w:rPr>
              <w:t>isla_todos_santos_canal_north</w:t>
            </w:r>
          </w:p>
        </w:tc>
        <w:tc>
          <w:tcPr>
            <w:tcW w:w="564" w:type="dxa"/>
            <w:tcMar>
              <w:top w:w="20" w:type="dxa"/>
              <w:left w:w="50" w:type="dxa"/>
              <w:bottom w:w="20" w:type="dxa"/>
              <w:right w:w="50" w:type="dxa"/>
            </w:tcMar>
          </w:tcPr>
          <w:p w14:paraId="7117BAC2" w14:textId="77777777" w:rsidR="00292F36" w:rsidRDefault="00000000">
            <w:r>
              <w:rPr>
                <w:sz w:val="12"/>
              </w:rPr>
              <w:t>8</w:t>
            </w:r>
          </w:p>
        </w:tc>
        <w:tc>
          <w:tcPr>
            <w:tcW w:w="564" w:type="dxa"/>
            <w:tcMar>
              <w:top w:w="20" w:type="dxa"/>
              <w:left w:w="50" w:type="dxa"/>
              <w:bottom w:w="20" w:type="dxa"/>
              <w:right w:w="50" w:type="dxa"/>
            </w:tcMar>
          </w:tcPr>
          <w:p w14:paraId="36649D26" w14:textId="77777777" w:rsidR="00292F36" w:rsidRDefault="00000000">
            <w:r>
              <w:rPr>
                <w:sz w:val="12"/>
              </w:rPr>
              <w:t>16.8700008</w:t>
            </w:r>
          </w:p>
        </w:tc>
        <w:tc>
          <w:tcPr>
            <w:tcW w:w="564" w:type="dxa"/>
            <w:tcMar>
              <w:top w:w="20" w:type="dxa"/>
              <w:left w:w="50" w:type="dxa"/>
              <w:bottom w:w="20" w:type="dxa"/>
              <w:right w:w="50" w:type="dxa"/>
            </w:tcMar>
          </w:tcPr>
          <w:p w14:paraId="4CED95D8" w14:textId="77777777" w:rsidR="00292F36" w:rsidRDefault="00000000">
            <w:r>
              <w:rPr>
                <w:sz w:val="12"/>
              </w:rPr>
              <w:t>0.18190624</w:t>
            </w:r>
          </w:p>
        </w:tc>
        <w:tc>
          <w:tcPr>
            <w:tcW w:w="564" w:type="dxa"/>
            <w:tcMar>
              <w:top w:w="20" w:type="dxa"/>
              <w:left w:w="50" w:type="dxa"/>
              <w:bottom w:w="20" w:type="dxa"/>
              <w:right w:w="50" w:type="dxa"/>
            </w:tcMar>
          </w:tcPr>
          <w:p w14:paraId="519A4D8B" w14:textId="77777777" w:rsidR="00292F36" w:rsidRDefault="00000000">
            <w:r>
              <w:rPr>
                <w:sz w:val="12"/>
              </w:rPr>
              <w:t>0.71376812</w:t>
            </w:r>
          </w:p>
        </w:tc>
        <w:tc>
          <w:tcPr>
            <w:tcW w:w="564" w:type="dxa"/>
            <w:tcMar>
              <w:top w:w="20" w:type="dxa"/>
              <w:left w:w="50" w:type="dxa"/>
              <w:bottom w:w="20" w:type="dxa"/>
              <w:right w:w="50" w:type="dxa"/>
            </w:tcMar>
          </w:tcPr>
          <w:p w14:paraId="279DB1AD" w14:textId="77777777" w:rsidR="00292F36" w:rsidRDefault="00000000">
            <w:r>
              <w:rPr>
                <w:sz w:val="12"/>
              </w:rPr>
              <w:t>0</w:t>
            </w:r>
          </w:p>
        </w:tc>
        <w:tc>
          <w:tcPr>
            <w:tcW w:w="564" w:type="dxa"/>
            <w:tcMar>
              <w:top w:w="20" w:type="dxa"/>
              <w:left w:w="50" w:type="dxa"/>
              <w:bottom w:w="20" w:type="dxa"/>
              <w:right w:w="50" w:type="dxa"/>
            </w:tcMar>
          </w:tcPr>
          <w:p w14:paraId="67B60E11" w14:textId="77777777" w:rsidR="00292F36" w:rsidRDefault="00000000">
            <w:r>
              <w:rPr>
                <w:sz w:val="12"/>
              </w:rPr>
              <w:t>0.02536232</w:t>
            </w:r>
          </w:p>
        </w:tc>
        <w:tc>
          <w:tcPr>
            <w:tcW w:w="564" w:type="dxa"/>
            <w:tcMar>
              <w:top w:w="20" w:type="dxa"/>
              <w:left w:w="50" w:type="dxa"/>
              <w:bottom w:w="20" w:type="dxa"/>
              <w:right w:w="50" w:type="dxa"/>
            </w:tcMar>
          </w:tcPr>
          <w:p w14:paraId="4E46824F" w14:textId="77777777" w:rsidR="00292F36" w:rsidRDefault="00000000">
            <w:r>
              <w:rPr>
                <w:sz w:val="12"/>
              </w:rPr>
              <w:t>0.26086957</w:t>
            </w:r>
          </w:p>
        </w:tc>
        <w:tc>
          <w:tcPr>
            <w:tcW w:w="564" w:type="dxa"/>
            <w:tcMar>
              <w:top w:w="20" w:type="dxa"/>
              <w:left w:w="50" w:type="dxa"/>
              <w:bottom w:w="20" w:type="dxa"/>
              <w:right w:w="50" w:type="dxa"/>
            </w:tcMar>
          </w:tcPr>
          <w:p w14:paraId="0201EC44" w14:textId="77777777" w:rsidR="00292F36" w:rsidRDefault="00000000">
            <w:r>
              <w:rPr>
                <w:sz w:val="12"/>
              </w:rPr>
              <w:t>0</w:t>
            </w:r>
          </w:p>
        </w:tc>
        <w:tc>
          <w:tcPr>
            <w:tcW w:w="564" w:type="dxa"/>
            <w:tcMar>
              <w:top w:w="20" w:type="dxa"/>
              <w:left w:w="50" w:type="dxa"/>
              <w:bottom w:w="20" w:type="dxa"/>
              <w:right w:w="50" w:type="dxa"/>
            </w:tcMar>
          </w:tcPr>
          <w:p w14:paraId="1ED19ED5" w14:textId="77777777" w:rsidR="00292F36" w:rsidRDefault="00000000">
            <w:r>
              <w:rPr>
                <w:sz w:val="12"/>
              </w:rPr>
              <w:t>0</w:t>
            </w:r>
          </w:p>
        </w:tc>
        <w:tc>
          <w:tcPr>
            <w:tcW w:w="564" w:type="dxa"/>
            <w:tcMar>
              <w:top w:w="20" w:type="dxa"/>
              <w:left w:w="50" w:type="dxa"/>
              <w:bottom w:w="20" w:type="dxa"/>
              <w:right w:w="50" w:type="dxa"/>
            </w:tcMar>
          </w:tcPr>
          <w:p w14:paraId="6AC718B6" w14:textId="77777777" w:rsidR="00292F36" w:rsidRDefault="00000000">
            <w:r>
              <w:rPr>
                <w:sz w:val="12"/>
              </w:rPr>
              <w:t>0</w:t>
            </w:r>
          </w:p>
        </w:tc>
        <w:tc>
          <w:tcPr>
            <w:tcW w:w="564" w:type="dxa"/>
            <w:tcMar>
              <w:top w:w="20" w:type="dxa"/>
              <w:left w:w="50" w:type="dxa"/>
              <w:bottom w:w="20" w:type="dxa"/>
              <w:right w:w="50" w:type="dxa"/>
            </w:tcMar>
          </w:tcPr>
          <w:p w14:paraId="730BEBF6" w14:textId="77777777" w:rsidR="00292F36" w:rsidRDefault="00000000">
            <w:r>
              <w:rPr>
                <w:sz w:val="12"/>
              </w:rPr>
              <w:t>0</w:t>
            </w:r>
          </w:p>
        </w:tc>
        <w:tc>
          <w:tcPr>
            <w:tcW w:w="564" w:type="dxa"/>
            <w:tcMar>
              <w:top w:w="20" w:type="dxa"/>
              <w:left w:w="50" w:type="dxa"/>
              <w:bottom w:w="20" w:type="dxa"/>
              <w:right w:w="50" w:type="dxa"/>
            </w:tcMar>
          </w:tcPr>
          <w:p w14:paraId="2B682126" w14:textId="77777777" w:rsidR="00292F36" w:rsidRDefault="00000000">
            <w:r>
              <w:rPr>
                <w:sz w:val="12"/>
              </w:rPr>
              <w:t>0</w:t>
            </w:r>
          </w:p>
        </w:tc>
        <w:tc>
          <w:tcPr>
            <w:tcW w:w="564" w:type="dxa"/>
            <w:tcMar>
              <w:top w:w="20" w:type="dxa"/>
              <w:left w:w="50" w:type="dxa"/>
              <w:bottom w:w="20" w:type="dxa"/>
              <w:right w:w="50" w:type="dxa"/>
            </w:tcMar>
          </w:tcPr>
          <w:p w14:paraId="54CC6E1E" w14:textId="77777777" w:rsidR="00292F36" w:rsidRDefault="00000000">
            <w:r>
              <w:rPr>
                <w:sz w:val="12"/>
              </w:rPr>
              <w:t>0.30769231</w:t>
            </w:r>
          </w:p>
        </w:tc>
        <w:tc>
          <w:tcPr>
            <w:tcW w:w="564" w:type="dxa"/>
            <w:tcMar>
              <w:top w:w="20" w:type="dxa"/>
              <w:left w:w="50" w:type="dxa"/>
              <w:bottom w:w="20" w:type="dxa"/>
              <w:right w:w="50" w:type="dxa"/>
            </w:tcMar>
          </w:tcPr>
          <w:p w14:paraId="41A96165" w14:textId="77777777" w:rsidR="00292F36" w:rsidRDefault="00000000">
            <w:r>
              <w:rPr>
                <w:sz w:val="12"/>
              </w:rPr>
              <w:t>0.30769231</w:t>
            </w:r>
          </w:p>
        </w:tc>
        <w:tc>
          <w:tcPr>
            <w:tcW w:w="564" w:type="dxa"/>
            <w:tcMar>
              <w:top w:w="20" w:type="dxa"/>
              <w:left w:w="50" w:type="dxa"/>
              <w:bottom w:w="20" w:type="dxa"/>
              <w:right w:w="50" w:type="dxa"/>
            </w:tcMar>
          </w:tcPr>
          <w:p w14:paraId="1A0A3A22" w14:textId="77777777" w:rsidR="00292F36" w:rsidRDefault="00000000">
            <w:r>
              <w:rPr>
                <w:sz w:val="12"/>
              </w:rPr>
              <w:t>0</w:t>
            </w:r>
          </w:p>
        </w:tc>
        <w:tc>
          <w:tcPr>
            <w:tcW w:w="564" w:type="dxa"/>
            <w:tcMar>
              <w:top w:w="20" w:type="dxa"/>
              <w:left w:w="50" w:type="dxa"/>
              <w:bottom w:w="20" w:type="dxa"/>
              <w:right w:w="50" w:type="dxa"/>
            </w:tcMar>
          </w:tcPr>
          <w:p w14:paraId="1564E70C" w14:textId="77777777" w:rsidR="00292F36" w:rsidRDefault="00000000">
            <w:r>
              <w:rPr>
                <w:sz w:val="12"/>
              </w:rPr>
              <w:t>0.38461538</w:t>
            </w:r>
          </w:p>
        </w:tc>
        <w:tc>
          <w:tcPr>
            <w:tcW w:w="564" w:type="dxa"/>
            <w:tcMar>
              <w:top w:w="20" w:type="dxa"/>
              <w:left w:w="50" w:type="dxa"/>
              <w:bottom w:w="20" w:type="dxa"/>
              <w:right w:w="50" w:type="dxa"/>
            </w:tcMar>
          </w:tcPr>
          <w:p w14:paraId="5B006FC7" w14:textId="77777777" w:rsidR="00292F36" w:rsidRDefault="00000000">
            <w:r>
              <w:rPr>
                <w:sz w:val="12"/>
              </w:rPr>
              <w:t>0</w:t>
            </w:r>
          </w:p>
        </w:tc>
      </w:tr>
      <w:tr w:rsidR="00292F36" w14:paraId="47CA1E0B" w14:textId="77777777">
        <w:tc>
          <w:tcPr>
            <w:tcW w:w="564" w:type="dxa"/>
            <w:tcMar>
              <w:top w:w="20" w:type="dxa"/>
              <w:left w:w="50" w:type="dxa"/>
              <w:bottom w:w="20" w:type="dxa"/>
              <w:right w:w="50" w:type="dxa"/>
            </w:tcMar>
          </w:tcPr>
          <w:p w14:paraId="69D9B9AE" w14:textId="77777777" w:rsidR="00292F36" w:rsidRDefault="00000000">
            <w:r>
              <w:rPr>
                <w:sz w:val="12"/>
              </w:rPr>
              <w:t>2019_isla_todos_santos_isla_todos_</w:t>
            </w:r>
            <w:r>
              <w:rPr>
                <w:sz w:val="12"/>
              </w:rPr>
              <w:lastRenderedPageBreak/>
              <w:t>santos_canal_north_2</w:t>
            </w:r>
          </w:p>
        </w:tc>
        <w:tc>
          <w:tcPr>
            <w:tcW w:w="564" w:type="dxa"/>
            <w:tcMar>
              <w:top w:w="20" w:type="dxa"/>
              <w:left w:w="50" w:type="dxa"/>
              <w:bottom w:w="20" w:type="dxa"/>
              <w:right w:w="50" w:type="dxa"/>
            </w:tcMar>
          </w:tcPr>
          <w:p w14:paraId="60B52F29" w14:textId="77777777" w:rsidR="00292F36" w:rsidRDefault="00000000">
            <w:r>
              <w:rPr>
                <w:sz w:val="12"/>
              </w:rPr>
              <w:lastRenderedPageBreak/>
              <w:t>0.2488759</w:t>
            </w:r>
          </w:p>
        </w:tc>
        <w:tc>
          <w:tcPr>
            <w:tcW w:w="564" w:type="dxa"/>
            <w:tcMar>
              <w:top w:w="20" w:type="dxa"/>
              <w:left w:w="50" w:type="dxa"/>
              <w:bottom w:w="20" w:type="dxa"/>
              <w:right w:w="50" w:type="dxa"/>
            </w:tcMar>
          </w:tcPr>
          <w:p w14:paraId="21DF27C4" w14:textId="77777777" w:rsidR="00292F36" w:rsidRDefault="00000000">
            <w:r>
              <w:rPr>
                <w:sz w:val="12"/>
              </w:rPr>
              <w:t>0.71855331</w:t>
            </w:r>
          </w:p>
        </w:tc>
        <w:tc>
          <w:tcPr>
            <w:tcW w:w="564" w:type="dxa"/>
            <w:tcMar>
              <w:top w:w="20" w:type="dxa"/>
              <w:left w:w="50" w:type="dxa"/>
              <w:bottom w:w="20" w:type="dxa"/>
              <w:right w:w="50" w:type="dxa"/>
            </w:tcMar>
          </w:tcPr>
          <w:p w14:paraId="090544F3" w14:textId="77777777" w:rsidR="00292F36" w:rsidRDefault="00000000">
            <w:r>
              <w:rPr>
                <w:sz w:val="12"/>
              </w:rPr>
              <w:t>NA</w:t>
            </w:r>
          </w:p>
        </w:tc>
        <w:tc>
          <w:tcPr>
            <w:tcW w:w="564" w:type="dxa"/>
            <w:tcMar>
              <w:top w:w="20" w:type="dxa"/>
              <w:left w:w="50" w:type="dxa"/>
              <w:bottom w:w="20" w:type="dxa"/>
              <w:right w:w="50" w:type="dxa"/>
            </w:tcMar>
          </w:tcPr>
          <w:p w14:paraId="2A32E157" w14:textId="77777777" w:rsidR="00292F36" w:rsidRDefault="00000000">
            <w:r>
              <w:rPr>
                <w:sz w:val="12"/>
              </w:rPr>
              <w:t>NA</w:t>
            </w:r>
          </w:p>
        </w:tc>
        <w:tc>
          <w:tcPr>
            <w:tcW w:w="564" w:type="dxa"/>
            <w:tcMar>
              <w:top w:w="20" w:type="dxa"/>
              <w:left w:w="50" w:type="dxa"/>
              <w:bottom w:w="20" w:type="dxa"/>
              <w:right w:w="50" w:type="dxa"/>
            </w:tcMar>
          </w:tcPr>
          <w:p w14:paraId="7CFB8FE2" w14:textId="77777777" w:rsidR="00292F36" w:rsidRDefault="00000000">
            <w:r>
              <w:rPr>
                <w:sz w:val="12"/>
              </w:rPr>
              <w:t>NA</w:t>
            </w:r>
          </w:p>
        </w:tc>
        <w:tc>
          <w:tcPr>
            <w:tcW w:w="564" w:type="dxa"/>
            <w:tcMar>
              <w:top w:w="20" w:type="dxa"/>
              <w:left w:w="50" w:type="dxa"/>
              <w:bottom w:w="20" w:type="dxa"/>
              <w:right w:w="50" w:type="dxa"/>
            </w:tcMar>
          </w:tcPr>
          <w:p w14:paraId="59CBC3AA" w14:textId="77777777" w:rsidR="00292F36" w:rsidRDefault="00000000">
            <w:r>
              <w:rPr>
                <w:sz w:val="12"/>
              </w:rPr>
              <w:t>NA</w:t>
            </w:r>
          </w:p>
        </w:tc>
        <w:tc>
          <w:tcPr>
            <w:tcW w:w="564" w:type="dxa"/>
            <w:tcMar>
              <w:top w:w="20" w:type="dxa"/>
              <w:left w:w="50" w:type="dxa"/>
              <w:bottom w:w="20" w:type="dxa"/>
              <w:right w:w="50" w:type="dxa"/>
            </w:tcMar>
          </w:tcPr>
          <w:p w14:paraId="791E469E" w14:textId="77777777" w:rsidR="00292F36" w:rsidRDefault="00000000">
            <w:r>
              <w:rPr>
                <w:sz w:val="12"/>
              </w:rPr>
              <w:t>NA</w:t>
            </w:r>
          </w:p>
        </w:tc>
        <w:tc>
          <w:tcPr>
            <w:tcW w:w="564" w:type="dxa"/>
            <w:tcMar>
              <w:top w:w="20" w:type="dxa"/>
              <w:left w:w="50" w:type="dxa"/>
              <w:bottom w:w="20" w:type="dxa"/>
              <w:right w:w="50" w:type="dxa"/>
            </w:tcMar>
          </w:tcPr>
          <w:p w14:paraId="198810E3" w14:textId="77777777" w:rsidR="00292F36" w:rsidRDefault="00000000">
            <w:r>
              <w:rPr>
                <w:sz w:val="12"/>
              </w:rPr>
              <w:t>NA</w:t>
            </w:r>
          </w:p>
        </w:tc>
        <w:tc>
          <w:tcPr>
            <w:tcW w:w="564" w:type="dxa"/>
            <w:tcMar>
              <w:top w:w="20" w:type="dxa"/>
              <w:left w:w="50" w:type="dxa"/>
              <w:bottom w:w="20" w:type="dxa"/>
              <w:right w:w="50" w:type="dxa"/>
            </w:tcMar>
          </w:tcPr>
          <w:p w14:paraId="13FCA71D" w14:textId="77777777" w:rsidR="00292F36" w:rsidRDefault="00000000">
            <w:r>
              <w:rPr>
                <w:sz w:val="12"/>
              </w:rPr>
              <w:t>NA</w:t>
            </w:r>
          </w:p>
        </w:tc>
        <w:tc>
          <w:tcPr>
            <w:tcW w:w="564" w:type="dxa"/>
            <w:tcMar>
              <w:top w:w="20" w:type="dxa"/>
              <w:left w:w="50" w:type="dxa"/>
              <w:bottom w:w="20" w:type="dxa"/>
              <w:right w:w="50" w:type="dxa"/>
            </w:tcMar>
          </w:tcPr>
          <w:p w14:paraId="5EA3C46C" w14:textId="77777777" w:rsidR="00292F36" w:rsidRDefault="00000000">
            <w:r>
              <w:rPr>
                <w:sz w:val="12"/>
              </w:rPr>
              <w:t>NA</w:t>
            </w:r>
          </w:p>
        </w:tc>
        <w:tc>
          <w:tcPr>
            <w:tcW w:w="564" w:type="dxa"/>
            <w:tcMar>
              <w:top w:w="20" w:type="dxa"/>
              <w:left w:w="50" w:type="dxa"/>
              <w:bottom w:w="20" w:type="dxa"/>
              <w:right w:w="50" w:type="dxa"/>
            </w:tcMar>
          </w:tcPr>
          <w:p w14:paraId="4BB3489D" w14:textId="77777777" w:rsidR="00292F36" w:rsidRDefault="00000000">
            <w:r>
              <w:rPr>
                <w:sz w:val="12"/>
              </w:rPr>
              <w:t>0.0375</w:t>
            </w:r>
          </w:p>
        </w:tc>
        <w:tc>
          <w:tcPr>
            <w:tcW w:w="564" w:type="dxa"/>
            <w:tcMar>
              <w:top w:w="20" w:type="dxa"/>
              <w:left w:w="50" w:type="dxa"/>
              <w:bottom w:w="20" w:type="dxa"/>
              <w:right w:w="50" w:type="dxa"/>
            </w:tcMar>
          </w:tcPr>
          <w:p w14:paraId="37F57FA9" w14:textId="77777777" w:rsidR="00292F36" w:rsidRDefault="00000000">
            <w:r>
              <w:rPr>
                <w:sz w:val="12"/>
              </w:rPr>
              <w:t>0</w:t>
            </w:r>
          </w:p>
        </w:tc>
        <w:tc>
          <w:tcPr>
            <w:tcW w:w="564" w:type="dxa"/>
            <w:tcMar>
              <w:top w:w="20" w:type="dxa"/>
              <w:left w:w="50" w:type="dxa"/>
              <w:bottom w:w="20" w:type="dxa"/>
              <w:right w:w="50" w:type="dxa"/>
            </w:tcMar>
          </w:tcPr>
          <w:p w14:paraId="602F3AF4" w14:textId="77777777" w:rsidR="00292F36" w:rsidRDefault="00000000">
            <w:r>
              <w:rPr>
                <w:sz w:val="12"/>
              </w:rPr>
              <w:t>0.3375</w:t>
            </w:r>
          </w:p>
        </w:tc>
        <w:tc>
          <w:tcPr>
            <w:tcW w:w="564" w:type="dxa"/>
            <w:tcMar>
              <w:top w:w="20" w:type="dxa"/>
              <w:left w:w="50" w:type="dxa"/>
              <w:bottom w:w="20" w:type="dxa"/>
              <w:right w:w="50" w:type="dxa"/>
            </w:tcMar>
          </w:tcPr>
          <w:p w14:paraId="0EF58433" w14:textId="77777777" w:rsidR="00292F36" w:rsidRDefault="00000000">
            <w:r>
              <w:rPr>
                <w:sz w:val="12"/>
              </w:rPr>
              <w:t>0.625</w:t>
            </w:r>
          </w:p>
        </w:tc>
        <w:tc>
          <w:tcPr>
            <w:tcW w:w="564" w:type="dxa"/>
            <w:tcMar>
              <w:top w:w="20" w:type="dxa"/>
              <w:left w:w="50" w:type="dxa"/>
              <w:bottom w:w="20" w:type="dxa"/>
              <w:right w:w="50" w:type="dxa"/>
            </w:tcMar>
          </w:tcPr>
          <w:p w14:paraId="7BDD5F08" w14:textId="77777777" w:rsidR="00292F36" w:rsidRDefault="00000000">
            <w:r>
              <w:rPr>
                <w:sz w:val="12"/>
              </w:rPr>
              <w:t>0</w:t>
            </w:r>
          </w:p>
        </w:tc>
        <w:tc>
          <w:tcPr>
            <w:tcW w:w="564" w:type="dxa"/>
            <w:tcMar>
              <w:top w:w="20" w:type="dxa"/>
              <w:left w:w="50" w:type="dxa"/>
              <w:bottom w:w="20" w:type="dxa"/>
              <w:right w:w="50" w:type="dxa"/>
            </w:tcMar>
          </w:tcPr>
          <w:p w14:paraId="7693B32F" w14:textId="77777777" w:rsidR="00292F36" w:rsidRDefault="00000000">
            <w:r>
              <w:rPr>
                <w:sz w:val="12"/>
              </w:rPr>
              <w:t>0</w:t>
            </w:r>
          </w:p>
        </w:tc>
        <w:tc>
          <w:tcPr>
            <w:tcW w:w="564" w:type="dxa"/>
            <w:tcMar>
              <w:top w:w="20" w:type="dxa"/>
              <w:left w:w="50" w:type="dxa"/>
              <w:bottom w:w="20" w:type="dxa"/>
              <w:right w:w="50" w:type="dxa"/>
            </w:tcMar>
          </w:tcPr>
          <w:p w14:paraId="1B4E06E4" w14:textId="77777777" w:rsidR="00292F36" w:rsidRDefault="00000000">
            <w:r>
              <w:rPr>
                <w:sz w:val="12"/>
              </w:rPr>
              <w:t>0</w:t>
            </w:r>
          </w:p>
        </w:tc>
        <w:tc>
          <w:tcPr>
            <w:tcW w:w="564" w:type="dxa"/>
            <w:tcMar>
              <w:top w:w="20" w:type="dxa"/>
              <w:left w:w="50" w:type="dxa"/>
              <w:bottom w:w="20" w:type="dxa"/>
              <w:right w:w="50" w:type="dxa"/>
            </w:tcMar>
          </w:tcPr>
          <w:p w14:paraId="1B6B1333" w14:textId="77777777" w:rsidR="00292F36" w:rsidRDefault="00000000">
            <w:r>
              <w:rPr>
                <w:sz w:val="12"/>
              </w:rPr>
              <w:t>0</w:t>
            </w:r>
          </w:p>
        </w:tc>
        <w:tc>
          <w:tcPr>
            <w:tcW w:w="564" w:type="dxa"/>
            <w:tcMar>
              <w:top w:w="20" w:type="dxa"/>
              <w:left w:w="50" w:type="dxa"/>
              <w:bottom w:w="20" w:type="dxa"/>
              <w:right w:w="50" w:type="dxa"/>
            </w:tcMar>
          </w:tcPr>
          <w:p w14:paraId="75CC521B" w14:textId="77777777" w:rsidR="00292F36" w:rsidRDefault="00000000">
            <w:r>
              <w:rPr>
                <w:sz w:val="12"/>
              </w:rPr>
              <w:t>0</w:t>
            </w:r>
          </w:p>
        </w:tc>
        <w:tc>
          <w:tcPr>
            <w:tcW w:w="564" w:type="dxa"/>
            <w:tcMar>
              <w:top w:w="20" w:type="dxa"/>
              <w:left w:w="50" w:type="dxa"/>
              <w:bottom w:w="20" w:type="dxa"/>
              <w:right w:w="50" w:type="dxa"/>
            </w:tcMar>
          </w:tcPr>
          <w:p w14:paraId="3A76DA0F" w14:textId="77777777" w:rsidR="00292F36" w:rsidRDefault="00000000">
            <w:r>
              <w:rPr>
                <w:sz w:val="12"/>
              </w:rPr>
              <w:t>0.25</w:t>
            </w:r>
          </w:p>
        </w:tc>
        <w:tc>
          <w:tcPr>
            <w:tcW w:w="564" w:type="dxa"/>
            <w:tcMar>
              <w:top w:w="20" w:type="dxa"/>
              <w:left w:w="50" w:type="dxa"/>
              <w:bottom w:w="20" w:type="dxa"/>
              <w:right w:w="50" w:type="dxa"/>
            </w:tcMar>
          </w:tcPr>
          <w:p w14:paraId="7C983BDA" w14:textId="77777777" w:rsidR="00292F36" w:rsidRDefault="00000000">
            <w:r>
              <w:rPr>
                <w:sz w:val="12"/>
              </w:rPr>
              <w:t>0.25</w:t>
            </w:r>
          </w:p>
        </w:tc>
        <w:tc>
          <w:tcPr>
            <w:tcW w:w="564" w:type="dxa"/>
            <w:tcMar>
              <w:top w:w="20" w:type="dxa"/>
              <w:left w:w="50" w:type="dxa"/>
              <w:bottom w:w="20" w:type="dxa"/>
              <w:right w:w="50" w:type="dxa"/>
            </w:tcMar>
          </w:tcPr>
          <w:p w14:paraId="773D0231" w14:textId="77777777" w:rsidR="00292F36" w:rsidRDefault="00000000">
            <w:r>
              <w:rPr>
                <w:sz w:val="12"/>
              </w:rPr>
              <w:t>0</w:t>
            </w:r>
          </w:p>
        </w:tc>
        <w:tc>
          <w:tcPr>
            <w:tcW w:w="564" w:type="dxa"/>
            <w:tcMar>
              <w:top w:w="20" w:type="dxa"/>
              <w:left w:w="50" w:type="dxa"/>
              <w:bottom w:w="20" w:type="dxa"/>
              <w:right w:w="50" w:type="dxa"/>
            </w:tcMar>
          </w:tcPr>
          <w:p w14:paraId="7A8A167F" w14:textId="77777777" w:rsidR="00292F36" w:rsidRDefault="00000000">
            <w:r>
              <w:rPr>
                <w:sz w:val="12"/>
              </w:rPr>
              <w:t>0.5</w:t>
            </w:r>
          </w:p>
        </w:tc>
        <w:tc>
          <w:tcPr>
            <w:tcW w:w="564" w:type="dxa"/>
            <w:tcMar>
              <w:top w:w="20" w:type="dxa"/>
              <w:left w:w="50" w:type="dxa"/>
              <w:bottom w:w="20" w:type="dxa"/>
              <w:right w:w="50" w:type="dxa"/>
            </w:tcMar>
          </w:tcPr>
          <w:p w14:paraId="1E8DFA5A" w14:textId="77777777" w:rsidR="00292F36" w:rsidRDefault="00000000">
            <w:r>
              <w:rPr>
                <w:sz w:val="12"/>
              </w:rPr>
              <w:t>0</w:t>
            </w:r>
          </w:p>
        </w:tc>
      </w:tr>
      <w:tr w:rsidR="00292F36" w14:paraId="34DC51A3" w14:textId="77777777">
        <w:tc>
          <w:tcPr>
            <w:tcW w:w="564" w:type="dxa"/>
            <w:tcMar>
              <w:top w:w="20" w:type="dxa"/>
              <w:left w:w="50" w:type="dxa"/>
              <w:bottom w:w="20" w:type="dxa"/>
              <w:right w:w="50" w:type="dxa"/>
            </w:tcMar>
          </w:tcPr>
          <w:p w14:paraId="2FEF738C" w14:textId="77777777" w:rsidR="00292F36" w:rsidRDefault="00000000">
            <w:r>
              <w:rPr>
                <w:sz w:val="12"/>
              </w:rPr>
              <w:t>2019_isla_todos_santos_isla_todos_santos_canal_shallow_amaia_1</w:t>
            </w:r>
          </w:p>
        </w:tc>
        <w:tc>
          <w:tcPr>
            <w:tcW w:w="564" w:type="dxa"/>
            <w:tcMar>
              <w:top w:w="20" w:type="dxa"/>
              <w:left w:w="50" w:type="dxa"/>
              <w:bottom w:w="20" w:type="dxa"/>
              <w:right w:w="50" w:type="dxa"/>
            </w:tcMar>
          </w:tcPr>
          <w:p w14:paraId="10309CC0" w14:textId="77777777" w:rsidR="00292F36" w:rsidRDefault="00000000">
            <w:r>
              <w:rPr>
                <w:sz w:val="12"/>
              </w:rPr>
              <w:t>0.35349237</w:t>
            </w:r>
          </w:p>
        </w:tc>
        <w:tc>
          <w:tcPr>
            <w:tcW w:w="564" w:type="dxa"/>
            <w:tcMar>
              <w:top w:w="20" w:type="dxa"/>
              <w:left w:w="50" w:type="dxa"/>
              <w:bottom w:w="20" w:type="dxa"/>
              <w:right w:w="50" w:type="dxa"/>
            </w:tcMar>
          </w:tcPr>
          <w:p w14:paraId="33FA31E4" w14:textId="77777777" w:rsidR="00292F36" w:rsidRDefault="00000000">
            <w:r>
              <w:rPr>
                <w:sz w:val="12"/>
              </w:rPr>
              <w:t>0.67483846</w:t>
            </w:r>
          </w:p>
        </w:tc>
        <w:tc>
          <w:tcPr>
            <w:tcW w:w="564" w:type="dxa"/>
            <w:tcMar>
              <w:top w:w="20" w:type="dxa"/>
              <w:left w:w="50" w:type="dxa"/>
              <w:bottom w:w="20" w:type="dxa"/>
              <w:right w:w="50" w:type="dxa"/>
            </w:tcMar>
          </w:tcPr>
          <w:p w14:paraId="2058BDE3" w14:textId="77777777" w:rsidR="00292F36" w:rsidRDefault="00000000">
            <w:r>
              <w:rPr>
                <w:sz w:val="12"/>
              </w:rPr>
              <w:t>2019</w:t>
            </w:r>
          </w:p>
        </w:tc>
        <w:tc>
          <w:tcPr>
            <w:tcW w:w="564" w:type="dxa"/>
            <w:tcMar>
              <w:top w:w="20" w:type="dxa"/>
              <w:left w:w="50" w:type="dxa"/>
              <w:bottom w:w="20" w:type="dxa"/>
              <w:right w:w="50" w:type="dxa"/>
            </w:tcMar>
          </w:tcPr>
          <w:p w14:paraId="077980F0" w14:textId="77777777" w:rsidR="00292F36" w:rsidRDefault="00000000">
            <w:r>
              <w:rPr>
                <w:sz w:val="12"/>
              </w:rPr>
              <w:t>ensenada</w:t>
            </w:r>
          </w:p>
        </w:tc>
        <w:tc>
          <w:tcPr>
            <w:tcW w:w="564" w:type="dxa"/>
            <w:tcMar>
              <w:top w:w="20" w:type="dxa"/>
              <w:left w:w="50" w:type="dxa"/>
              <w:bottom w:w="20" w:type="dxa"/>
              <w:right w:w="50" w:type="dxa"/>
            </w:tcMar>
          </w:tcPr>
          <w:p w14:paraId="5B543800" w14:textId="77777777" w:rsidR="00292F36" w:rsidRDefault="00000000">
            <w:r>
              <w:rPr>
                <w:sz w:val="12"/>
              </w:rPr>
              <w:t>North</w:t>
            </w:r>
          </w:p>
        </w:tc>
        <w:tc>
          <w:tcPr>
            <w:tcW w:w="564" w:type="dxa"/>
            <w:tcMar>
              <w:top w:w="20" w:type="dxa"/>
              <w:left w:w="50" w:type="dxa"/>
              <w:bottom w:w="20" w:type="dxa"/>
              <w:right w:w="50" w:type="dxa"/>
            </w:tcMar>
          </w:tcPr>
          <w:p w14:paraId="48F53669" w14:textId="77777777" w:rsidR="00292F36" w:rsidRDefault="00000000">
            <w:r>
              <w:rPr>
                <w:sz w:val="12"/>
              </w:rPr>
              <w:t>isla_todos_santos</w:t>
            </w:r>
          </w:p>
        </w:tc>
        <w:tc>
          <w:tcPr>
            <w:tcW w:w="564" w:type="dxa"/>
            <w:tcMar>
              <w:top w:w="20" w:type="dxa"/>
              <w:left w:w="50" w:type="dxa"/>
              <w:bottom w:w="20" w:type="dxa"/>
              <w:right w:w="50" w:type="dxa"/>
            </w:tcMar>
          </w:tcPr>
          <w:p w14:paraId="02352EE4" w14:textId="77777777" w:rsidR="00292F36" w:rsidRDefault="00000000">
            <w:r>
              <w:rPr>
                <w:sz w:val="12"/>
              </w:rPr>
              <w:t>isla_todos_santos_canal_shallow_amaia</w:t>
            </w:r>
          </w:p>
        </w:tc>
        <w:tc>
          <w:tcPr>
            <w:tcW w:w="564" w:type="dxa"/>
            <w:tcMar>
              <w:top w:w="20" w:type="dxa"/>
              <w:left w:w="50" w:type="dxa"/>
              <w:bottom w:w="20" w:type="dxa"/>
              <w:right w:w="50" w:type="dxa"/>
            </w:tcMar>
          </w:tcPr>
          <w:p w14:paraId="4D54A503" w14:textId="77777777" w:rsidR="00292F36" w:rsidRDefault="00000000">
            <w:r>
              <w:rPr>
                <w:sz w:val="12"/>
              </w:rPr>
              <w:t>5</w:t>
            </w:r>
          </w:p>
        </w:tc>
        <w:tc>
          <w:tcPr>
            <w:tcW w:w="564" w:type="dxa"/>
            <w:tcMar>
              <w:top w:w="20" w:type="dxa"/>
              <w:left w:w="50" w:type="dxa"/>
              <w:bottom w:w="20" w:type="dxa"/>
              <w:right w:w="50" w:type="dxa"/>
            </w:tcMar>
          </w:tcPr>
          <w:p w14:paraId="434B492C" w14:textId="77777777" w:rsidR="00292F36" w:rsidRDefault="00000000">
            <w:r>
              <w:rPr>
                <w:sz w:val="12"/>
              </w:rPr>
              <w:t>16.8700008</w:t>
            </w:r>
          </w:p>
        </w:tc>
        <w:tc>
          <w:tcPr>
            <w:tcW w:w="564" w:type="dxa"/>
            <w:tcMar>
              <w:top w:w="20" w:type="dxa"/>
              <w:left w:w="50" w:type="dxa"/>
              <w:bottom w:w="20" w:type="dxa"/>
              <w:right w:w="50" w:type="dxa"/>
            </w:tcMar>
          </w:tcPr>
          <w:p w14:paraId="3A42E8BD" w14:textId="77777777" w:rsidR="00292F36" w:rsidRDefault="00000000">
            <w:r>
              <w:rPr>
                <w:sz w:val="12"/>
              </w:rPr>
              <w:t>0.18190624</w:t>
            </w:r>
          </w:p>
        </w:tc>
        <w:tc>
          <w:tcPr>
            <w:tcW w:w="564" w:type="dxa"/>
            <w:tcMar>
              <w:top w:w="20" w:type="dxa"/>
              <w:left w:w="50" w:type="dxa"/>
              <w:bottom w:w="20" w:type="dxa"/>
              <w:right w:w="50" w:type="dxa"/>
            </w:tcMar>
          </w:tcPr>
          <w:p w14:paraId="33E766A3" w14:textId="77777777" w:rsidR="00292F36" w:rsidRDefault="00000000">
            <w:r>
              <w:rPr>
                <w:sz w:val="12"/>
              </w:rPr>
              <w:t>0</w:t>
            </w:r>
          </w:p>
        </w:tc>
        <w:tc>
          <w:tcPr>
            <w:tcW w:w="564" w:type="dxa"/>
            <w:tcMar>
              <w:top w:w="20" w:type="dxa"/>
              <w:left w:w="50" w:type="dxa"/>
              <w:bottom w:w="20" w:type="dxa"/>
              <w:right w:w="50" w:type="dxa"/>
            </w:tcMar>
          </w:tcPr>
          <w:p w14:paraId="4F595C19" w14:textId="77777777" w:rsidR="00292F36" w:rsidRDefault="00000000">
            <w:r>
              <w:rPr>
                <w:sz w:val="12"/>
              </w:rPr>
              <w:t>0</w:t>
            </w:r>
          </w:p>
        </w:tc>
        <w:tc>
          <w:tcPr>
            <w:tcW w:w="564" w:type="dxa"/>
            <w:tcMar>
              <w:top w:w="20" w:type="dxa"/>
              <w:left w:w="50" w:type="dxa"/>
              <w:bottom w:w="20" w:type="dxa"/>
              <w:right w:w="50" w:type="dxa"/>
            </w:tcMar>
          </w:tcPr>
          <w:p w14:paraId="322EFF9A" w14:textId="77777777" w:rsidR="00292F36" w:rsidRDefault="00000000">
            <w:r>
              <w:rPr>
                <w:sz w:val="12"/>
              </w:rPr>
              <w:t>0.14695341</w:t>
            </w:r>
          </w:p>
        </w:tc>
        <w:tc>
          <w:tcPr>
            <w:tcW w:w="564" w:type="dxa"/>
            <w:tcMar>
              <w:top w:w="20" w:type="dxa"/>
              <w:left w:w="50" w:type="dxa"/>
              <w:bottom w:w="20" w:type="dxa"/>
              <w:right w:w="50" w:type="dxa"/>
            </w:tcMar>
          </w:tcPr>
          <w:p w14:paraId="50108C96" w14:textId="77777777" w:rsidR="00292F36" w:rsidRDefault="00000000">
            <w:r>
              <w:rPr>
                <w:sz w:val="12"/>
              </w:rPr>
              <w:t>0.85304659</w:t>
            </w:r>
          </w:p>
        </w:tc>
        <w:tc>
          <w:tcPr>
            <w:tcW w:w="564" w:type="dxa"/>
            <w:tcMar>
              <w:top w:w="20" w:type="dxa"/>
              <w:left w:w="50" w:type="dxa"/>
              <w:bottom w:w="20" w:type="dxa"/>
              <w:right w:w="50" w:type="dxa"/>
            </w:tcMar>
          </w:tcPr>
          <w:p w14:paraId="25EE47EF" w14:textId="77777777" w:rsidR="00292F36" w:rsidRDefault="00000000">
            <w:r>
              <w:rPr>
                <w:sz w:val="12"/>
              </w:rPr>
              <w:t>0</w:t>
            </w:r>
          </w:p>
        </w:tc>
        <w:tc>
          <w:tcPr>
            <w:tcW w:w="564" w:type="dxa"/>
            <w:tcMar>
              <w:top w:w="20" w:type="dxa"/>
              <w:left w:w="50" w:type="dxa"/>
              <w:bottom w:w="20" w:type="dxa"/>
              <w:right w:w="50" w:type="dxa"/>
            </w:tcMar>
          </w:tcPr>
          <w:p w14:paraId="414A75D0" w14:textId="77777777" w:rsidR="00292F36" w:rsidRDefault="00000000">
            <w:r>
              <w:rPr>
                <w:sz w:val="12"/>
              </w:rPr>
              <w:t>0</w:t>
            </w:r>
          </w:p>
        </w:tc>
        <w:tc>
          <w:tcPr>
            <w:tcW w:w="564" w:type="dxa"/>
            <w:tcMar>
              <w:top w:w="20" w:type="dxa"/>
              <w:left w:w="50" w:type="dxa"/>
              <w:bottom w:w="20" w:type="dxa"/>
              <w:right w:w="50" w:type="dxa"/>
            </w:tcMar>
          </w:tcPr>
          <w:p w14:paraId="60968C2B" w14:textId="77777777" w:rsidR="00292F36" w:rsidRDefault="00000000">
            <w:r>
              <w:rPr>
                <w:sz w:val="12"/>
              </w:rPr>
              <w:t>0</w:t>
            </w:r>
          </w:p>
        </w:tc>
        <w:tc>
          <w:tcPr>
            <w:tcW w:w="564" w:type="dxa"/>
            <w:tcMar>
              <w:top w:w="20" w:type="dxa"/>
              <w:left w:w="50" w:type="dxa"/>
              <w:bottom w:w="20" w:type="dxa"/>
              <w:right w:w="50" w:type="dxa"/>
            </w:tcMar>
          </w:tcPr>
          <w:p w14:paraId="0A8C4523" w14:textId="77777777" w:rsidR="00292F36" w:rsidRDefault="00000000">
            <w:r>
              <w:rPr>
                <w:sz w:val="12"/>
              </w:rPr>
              <w:t>0</w:t>
            </w:r>
          </w:p>
        </w:tc>
        <w:tc>
          <w:tcPr>
            <w:tcW w:w="564" w:type="dxa"/>
            <w:tcMar>
              <w:top w:w="20" w:type="dxa"/>
              <w:left w:w="50" w:type="dxa"/>
              <w:bottom w:w="20" w:type="dxa"/>
              <w:right w:w="50" w:type="dxa"/>
            </w:tcMar>
          </w:tcPr>
          <w:p w14:paraId="4244F853" w14:textId="77777777" w:rsidR="00292F36" w:rsidRDefault="00000000">
            <w:r>
              <w:rPr>
                <w:sz w:val="12"/>
              </w:rPr>
              <w:t>0.04225352</w:t>
            </w:r>
          </w:p>
        </w:tc>
        <w:tc>
          <w:tcPr>
            <w:tcW w:w="564" w:type="dxa"/>
            <w:tcMar>
              <w:top w:w="20" w:type="dxa"/>
              <w:left w:w="50" w:type="dxa"/>
              <w:bottom w:w="20" w:type="dxa"/>
              <w:right w:w="50" w:type="dxa"/>
            </w:tcMar>
          </w:tcPr>
          <w:p w14:paraId="6AF77339" w14:textId="77777777" w:rsidR="00292F36" w:rsidRDefault="00000000">
            <w:r>
              <w:rPr>
                <w:sz w:val="12"/>
              </w:rPr>
              <w:t>0.52112676</w:t>
            </w:r>
          </w:p>
        </w:tc>
        <w:tc>
          <w:tcPr>
            <w:tcW w:w="564" w:type="dxa"/>
            <w:tcMar>
              <w:top w:w="20" w:type="dxa"/>
              <w:left w:w="50" w:type="dxa"/>
              <w:bottom w:w="20" w:type="dxa"/>
              <w:right w:w="50" w:type="dxa"/>
            </w:tcMar>
          </w:tcPr>
          <w:p w14:paraId="320C4134" w14:textId="77777777" w:rsidR="00292F36" w:rsidRDefault="00000000">
            <w:r>
              <w:rPr>
                <w:sz w:val="12"/>
              </w:rPr>
              <w:t>0.07042254</w:t>
            </w:r>
          </w:p>
        </w:tc>
        <w:tc>
          <w:tcPr>
            <w:tcW w:w="564" w:type="dxa"/>
            <w:tcMar>
              <w:top w:w="20" w:type="dxa"/>
              <w:left w:w="50" w:type="dxa"/>
              <w:bottom w:w="20" w:type="dxa"/>
              <w:right w:w="50" w:type="dxa"/>
            </w:tcMar>
          </w:tcPr>
          <w:p w14:paraId="1B2E2629" w14:textId="77777777" w:rsidR="00292F36" w:rsidRDefault="00000000">
            <w:r>
              <w:rPr>
                <w:sz w:val="12"/>
              </w:rPr>
              <w:t>0</w:t>
            </w:r>
          </w:p>
        </w:tc>
        <w:tc>
          <w:tcPr>
            <w:tcW w:w="564" w:type="dxa"/>
            <w:tcMar>
              <w:top w:w="20" w:type="dxa"/>
              <w:left w:w="50" w:type="dxa"/>
              <w:bottom w:w="20" w:type="dxa"/>
              <w:right w:w="50" w:type="dxa"/>
            </w:tcMar>
          </w:tcPr>
          <w:p w14:paraId="547AA432" w14:textId="77777777" w:rsidR="00292F36" w:rsidRDefault="00000000">
            <w:r>
              <w:rPr>
                <w:sz w:val="12"/>
              </w:rPr>
              <w:t>0</w:t>
            </w:r>
          </w:p>
        </w:tc>
        <w:tc>
          <w:tcPr>
            <w:tcW w:w="564" w:type="dxa"/>
            <w:tcMar>
              <w:top w:w="20" w:type="dxa"/>
              <w:left w:w="50" w:type="dxa"/>
              <w:bottom w:w="20" w:type="dxa"/>
              <w:right w:w="50" w:type="dxa"/>
            </w:tcMar>
          </w:tcPr>
          <w:p w14:paraId="7FF9FFEE" w14:textId="77777777" w:rsidR="00292F36" w:rsidRDefault="00000000">
            <w:r>
              <w:rPr>
                <w:sz w:val="12"/>
              </w:rPr>
              <w:t>0.36619718</w:t>
            </w:r>
          </w:p>
        </w:tc>
      </w:tr>
      <w:tr w:rsidR="00292F36" w14:paraId="3D865B69" w14:textId="77777777">
        <w:tc>
          <w:tcPr>
            <w:tcW w:w="564" w:type="dxa"/>
            <w:tcMar>
              <w:top w:w="20" w:type="dxa"/>
              <w:left w:w="50" w:type="dxa"/>
              <w:bottom w:w="20" w:type="dxa"/>
              <w:right w:w="50" w:type="dxa"/>
            </w:tcMar>
          </w:tcPr>
          <w:p w14:paraId="03349D94" w14:textId="77777777" w:rsidR="00292F36" w:rsidRDefault="00000000">
            <w:r>
              <w:rPr>
                <w:sz w:val="12"/>
              </w:rPr>
              <w:t>2019_isla_todos_santos_isla_todos_santos_exposed_south_1</w:t>
            </w:r>
          </w:p>
        </w:tc>
        <w:tc>
          <w:tcPr>
            <w:tcW w:w="564" w:type="dxa"/>
            <w:tcMar>
              <w:top w:w="20" w:type="dxa"/>
              <w:left w:w="50" w:type="dxa"/>
              <w:bottom w:w="20" w:type="dxa"/>
              <w:right w:w="50" w:type="dxa"/>
            </w:tcMar>
          </w:tcPr>
          <w:p w14:paraId="148DF58F" w14:textId="77777777" w:rsidR="00292F36" w:rsidRDefault="00000000">
            <w:r>
              <w:rPr>
                <w:sz w:val="12"/>
              </w:rPr>
              <w:t>0.11181562</w:t>
            </w:r>
          </w:p>
        </w:tc>
        <w:tc>
          <w:tcPr>
            <w:tcW w:w="564" w:type="dxa"/>
            <w:tcMar>
              <w:top w:w="20" w:type="dxa"/>
              <w:left w:w="50" w:type="dxa"/>
              <w:bottom w:w="20" w:type="dxa"/>
              <w:right w:w="50" w:type="dxa"/>
            </w:tcMar>
          </w:tcPr>
          <w:p w14:paraId="25122AAC" w14:textId="77777777" w:rsidR="00292F36" w:rsidRDefault="00000000">
            <w:r>
              <w:rPr>
                <w:sz w:val="12"/>
              </w:rPr>
              <w:t>0.41131888</w:t>
            </w:r>
          </w:p>
        </w:tc>
        <w:tc>
          <w:tcPr>
            <w:tcW w:w="564" w:type="dxa"/>
            <w:tcMar>
              <w:top w:w="20" w:type="dxa"/>
              <w:left w:w="50" w:type="dxa"/>
              <w:bottom w:w="20" w:type="dxa"/>
              <w:right w:w="50" w:type="dxa"/>
            </w:tcMar>
          </w:tcPr>
          <w:p w14:paraId="44FBCA0C" w14:textId="77777777" w:rsidR="00292F36" w:rsidRDefault="00000000">
            <w:r>
              <w:rPr>
                <w:sz w:val="12"/>
              </w:rPr>
              <w:t>NA</w:t>
            </w:r>
          </w:p>
        </w:tc>
        <w:tc>
          <w:tcPr>
            <w:tcW w:w="564" w:type="dxa"/>
            <w:tcMar>
              <w:top w:w="20" w:type="dxa"/>
              <w:left w:w="50" w:type="dxa"/>
              <w:bottom w:w="20" w:type="dxa"/>
              <w:right w:w="50" w:type="dxa"/>
            </w:tcMar>
          </w:tcPr>
          <w:p w14:paraId="0A8305BB" w14:textId="77777777" w:rsidR="00292F36" w:rsidRDefault="00000000">
            <w:r>
              <w:rPr>
                <w:sz w:val="12"/>
              </w:rPr>
              <w:t>NA</w:t>
            </w:r>
          </w:p>
        </w:tc>
        <w:tc>
          <w:tcPr>
            <w:tcW w:w="564" w:type="dxa"/>
            <w:tcMar>
              <w:top w:w="20" w:type="dxa"/>
              <w:left w:w="50" w:type="dxa"/>
              <w:bottom w:w="20" w:type="dxa"/>
              <w:right w:w="50" w:type="dxa"/>
            </w:tcMar>
          </w:tcPr>
          <w:p w14:paraId="5F7F8277" w14:textId="77777777" w:rsidR="00292F36" w:rsidRDefault="00000000">
            <w:r>
              <w:rPr>
                <w:sz w:val="12"/>
              </w:rPr>
              <w:t>NA</w:t>
            </w:r>
          </w:p>
        </w:tc>
        <w:tc>
          <w:tcPr>
            <w:tcW w:w="564" w:type="dxa"/>
            <w:tcMar>
              <w:top w:w="20" w:type="dxa"/>
              <w:left w:w="50" w:type="dxa"/>
              <w:bottom w:w="20" w:type="dxa"/>
              <w:right w:w="50" w:type="dxa"/>
            </w:tcMar>
          </w:tcPr>
          <w:p w14:paraId="39BCFD87" w14:textId="77777777" w:rsidR="00292F36" w:rsidRDefault="00000000">
            <w:r>
              <w:rPr>
                <w:sz w:val="12"/>
              </w:rPr>
              <w:t>NA</w:t>
            </w:r>
          </w:p>
        </w:tc>
        <w:tc>
          <w:tcPr>
            <w:tcW w:w="564" w:type="dxa"/>
            <w:tcMar>
              <w:top w:w="20" w:type="dxa"/>
              <w:left w:w="50" w:type="dxa"/>
              <w:bottom w:w="20" w:type="dxa"/>
              <w:right w:w="50" w:type="dxa"/>
            </w:tcMar>
          </w:tcPr>
          <w:p w14:paraId="2256E5E8" w14:textId="77777777" w:rsidR="00292F36" w:rsidRDefault="00000000">
            <w:r>
              <w:rPr>
                <w:sz w:val="12"/>
              </w:rPr>
              <w:t>NA</w:t>
            </w:r>
          </w:p>
        </w:tc>
        <w:tc>
          <w:tcPr>
            <w:tcW w:w="564" w:type="dxa"/>
            <w:tcMar>
              <w:top w:w="20" w:type="dxa"/>
              <w:left w:w="50" w:type="dxa"/>
              <w:bottom w:w="20" w:type="dxa"/>
              <w:right w:w="50" w:type="dxa"/>
            </w:tcMar>
          </w:tcPr>
          <w:p w14:paraId="7ABEC228" w14:textId="77777777" w:rsidR="00292F36" w:rsidRDefault="00000000">
            <w:r>
              <w:rPr>
                <w:sz w:val="12"/>
              </w:rPr>
              <w:t>NA</w:t>
            </w:r>
          </w:p>
        </w:tc>
        <w:tc>
          <w:tcPr>
            <w:tcW w:w="564" w:type="dxa"/>
            <w:tcMar>
              <w:top w:w="20" w:type="dxa"/>
              <w:left w:w="50" w:type="dxa"/>
              <w:bottom w:w="20" w:type="dxa"/>
              <w:right w:w="50" w:type="dxa"/>
            </w:tcMar>
          </w:tcPr>
          <w:p w14:paraId="032B6050" w14:textId="77777777" w:rsidR="00292F36" w:rsidRDefault="00000000">
            <w:r>
              <w:rPr>
                <w:sz w:val="12"/>
              </w:rPr>
              <w:t>NA</w:t>
            </w:r>
          </w:p>
        </w:tc>
        <w:tc>
          <w:tcPr>
            <w:tcW w:w="564" w:type="dxa"/>
            <w:tcMar>
              <w:top w:w="20" w:type="dxa"/>
              <w:left w:w="50" w:type="dxa"/>
              <w:bottom w:w="20" w:type="dxa"/>
              <w:right w:w="50" w:type="dxa"/>
            </w:tcMar>
          </w:tcPr>
          <w:p w14:paraId="321A8034" w14:textId="77777777" w:rsidR="00292F36" w:rsidRDefault="00000000">
            <w:r>
              <w:rPr>
                <w:sz w:val="12"/>
              </w:rPr>
              <w:t>NA</w:t>
            </w:r>
          </w:p>
        </w:tc>
        <w:tc>
          <w:tcPr>
            <w:tcW w:w="564" w:type="dxa"/>
            <w:tcMar>
              <w:top w:w="20" w:type="dxa"/>
              <w:left w:w="50" w:type="dxa"/>
              <w:bottom w:w="20" w:type="dxa"/>
              <w:right w:w="50" w:type="dxa"/>
            </w:tcMar>
          </w:tcPr>
          <w:p w14:paraId="3DB52C00" w14:textId="77777777" w:rsidR="00292F36" w:rsidRDefault="00000000">
            <w:r>
              <w:rPr>
                <w:sz w:val="12"/>
              </w:rPr>
              <w:t>0.19047619</w:t>
            </w:r>
          </w:p>
        </w:tc>
        <w:tc>
          <w:tcPr>
            <w:tcW w:w="564" w:type="dxa"/>
            <w:tcMar>
              <w:top w:w="20" w:type="dxa"/>
              <w:left w:w="50" w:type="dxa"/>
              <w:bottom w:w="20" w:type="dxa"/>
              <w:right w:w="50" w:type="dxa"/>
            </w:tcMar>
          </w:tcPr>
          <w:p w14:paraId="6A65D610" w14:textId="77777777" w:rsidR="00292F36" w:rsidRDefault="00000000">
            <w:r>
              <w:rPr>
                <w:sz w:val="12"/>
              </w:rPr>
              <w:t>0.33333333</w:t>
            </w:r>
          </w:p>
        </w:tc>
        <w:tc>
          <w:tcPr>
            <w:tcW w:w="564" w:type="dxa"/>
            <w:tcMar>
              <w:top w:w="20" w:type="dxa"/>
              <w:left w:w="50" w:type="dxa"/>
              <w:bottom w:w="20" w:type="dxa"/>
              <w:right w:w="50" w:type="dxa"/>
            </w:tcMar>
          </w:tcPr>
          <w:p w14:paraId="5FD20A63" w14:textId="77777777" w:rsidR="00292F36" w:rsidRDefault="00000000">
            <w:r>
              <w:rPr>
                <w:sz w:val="12"/>
              </w:rPr>
              <w:t>0.14285714</w:t>
            </w:r>
          </w:p>
        </w:tc>
        <w:tc>
          <w:tcPr>
            <w:tcW w:w="564" w:type="dxa"/>
            <w:tcMar>
              <w:top w:w="20" w:type="dxa"/>
              <w:left w:w="50" w:type="dxa"/>
              <w:bottom w:w="20" w:type="dxa"/>
              <w:right w:w="50" w:type="dxa"/>
            </w:tcMar>
          </w:tcPr>
          <w:p w14:paraId="17E56B5B" w14:textId="77777777" w:rsidR="00292F36" w:rsidRDefault="00000000">
            <w:r>
              <w:rPr>
                <w:sz w:val="12"/>
              </w:rPr>
              <w:t>0.33333333</w:t>
            </w:r>
          </w:p>
        </w:tc>
        <w:tc>
          <w:tcPr>
            <w:tcW w:w="564" w:type="dxa"/>
            <w:tcMar>
              <w:top w:w="20" w:type="dxa"/>
              <w:left w:w="50" w:type="dxa"/>
              <w:bottom w:w="20" w:type="dxa"/>
              <w:right w:w="50" w:type="dxa"/>
            </w:tcMar>
          </w:tcPr>
          <w:p w14:paraId="57545168" w14:textId="77777777" w:rsidR="00292F36" w:rsidRDefault="00000000">
            <w:r>
              <w:rPr>
                <w:sz w:val="12"/>
              </w:rPr>
              <w:t>0</w:t>
            </w:r>
          </w:p>
        </w:tc>
        <w:tc>
          <w:tcPr>
            <w:tcW w:w="564" w:type="dxa"/>
            <w:tcMar>
              <w:top w:w="20" w:type="dxa"/>
              <w:left w:w="50" w:type="dxa"/>
              <w:bottom w:w="20" w:type="dxa"/>
              <w:right w:w="50" w:type="dxa"/>
            </w:tcMar>
          </w:tcPr>
          <w:p w14:paraId="58C3EA55" w14:textId="77777777" w:rsidR="00292F36" w:rsidRDefault="00000000">
            <w:r>
              <w:rPr>
                <w:sz w:val="12"/>
              </w:rPr>
              <w:t>0</w:t>
            </w:r>
          </w:p>
        </w:tc>
        <w:tc>
          <w:tcPr>
            <w:tcW w:w="564" w:type="dxa"/>
            <w:tcMar>
              <w:top w:w="20" w:type="dxa"/>
              <w:left w:w="50" w:type="dxa"/>
              <w:bottom w:w="20" w:type="dxa"/>
              <w:right w:w="50" w:type="dxa"/>
            </w:tcMar>
          </w:tcPr>
          <w:p w14:paraId="6F0199C4" w14:textId="77777777" w:rsidR="00292F36" w:rsidRDefault="00000000">
            <w:r>
              <w:rPr>
                <w:sz w:val="12"/>
              </w:rPr>
              <w:t>0</w:t>
            </w:r>
          </w:p>
        </w:tc>
        <w:tc>
          <w:tcPr>
            <w:tcW w:w="564" w:type="dxa"/>
            <w:tcMar>
              <w:top w:w="20" w:type="dxa"/>
              <w:left w:w="50" w:type="dxa"/>
              <w:bottom w:w="20" w:type="dxa"/>
              <w:right w:w="50" w:type="dxa"/>
            </w:tcMar>
          </w:tcPr>
          <w:p w14:paraId="2B74DAB5" w14:textId="77777777" w:rsidR="00292F36" w:rsidRDefault="00000000">
            <w:r>
              <w:rPr>
                <w:sz w:val="12"/>
              </w:rPr>
              <w:t>0</w:t>
            </w:r>
          </w:p>
        </w:tc>
        <w:tc>
          <w:tcPr>
            <w:tcW w:w="564" w:type="dxa"/>
            <w:tcMar>
              <w:top w:w="20" w:type="dxa"/>
              <w:left w:w="50" w:type="dxa"/>
              <w:bottom w:w="20" w:type="dxa"/>
              <w:right w:w="50" w:type="dxa"/>
            </w:tcMar>
          </w:tcPr>
          <w:p w14:paraId="3CF717D0" w14:textId="77777777" w:rsidR="00292F36" w:rsidRDefault="00000000">
            <w:r>
              <w:rPr>
                <w:sz w:val="12"/>
              </w:rPr>
              <w:t>0.03030303</w:t>
            </w:r>
          </w:p>
        </w:tc>
        <w:tc>
          <w:tcPr>
            <w:tcW w:w="564" w:type="dxa"/>
            <w:tcMar>
              <w:top w:w="20" w:type="dxa"/>
              <w:left w:w="50" w:type="dxa"/>
              <w:bottom w:w="20" w:type="dxa"/>
              <w:right w:w="50" w:type="dxa"/>
            </w:tcMar>
          </w:tcPr>
          <w:p w14:paraId="6E595A08" w14:textId="77777777" w:rsidR="00292F36" w:rsidRDefault="00000000">
            <w:r>
              <w:rPr>
                <w:sz w:val="12"/>
              </w:rPr>
              <w:t>0.28030303</w:t>
            </w:r>
          </w:p>
        </w:tc>
        <w:tc>
          <w:tcPr>
            <w:tcW w:w="564" w:type="dxa"/>
            <w:tcMar>
              <w:top w:w="20" w:type="dxa"/>
              <w:left w:w="50" w:type="dxa"/>
              <w:bottom w:w="20" w:type="dxa"/>
              <w:right w:w="50" w:type="dxa"/>
            </w:tcMar>
          </w:tcPr>
          <w:p w14:paraId="74DFCC14" w14:textId="77777777" w:rsidR="00292F36" w:rsidRDefault="00000000">
            <w:r>
              <w:rPr>
                <w:sz w:val="12"/>
              </w:rPr>
              <w:t>0.03787879</w:t>
            </w:r>
          </w:p>
        </w:tc>
        <w:tc>
          <w:tcPr>
            <w:tcW w:w="564" w:type="dxa"/>
            <w:tcMar>
              <w:top w:w="20" w:type="dxa"/>
              <w:left w:w="50" w:type="dxa"/>
              <w:bottom w:w="20" w:type="dxa"/>
              <w:right w:w="50" w:type="dxa"/>
            </w:tcMar>
          </w:tcPr>
          <w:p w14:paraId="48A5201D" w14:textId="77777777" w:rsidR="00292F36" w:rsidRDefault="00000000">
            <w:r>
              <w:rPr>
                <w:sz w:val="12"/>
              </w:rPr>
              <w:t>0.06818182</w:t>
            </w:r>
          </w:p>
        </w:tc>
        <w:tc>
          <w:tcPr>
            <w:tcW w:w="564" w:type="dxa"/>
            <w:tcMar>
              <w:top w:w="20" w:type="dxa"/>
              <w:left w:w="50" w:type="dxa"/>
              <w:bottom w:w="20" w:type="dxa"/>
              <w:right w:w="50" w:type="dxa"/>
            </w:tcMar>
          </w:tcPr>
          <w:p w14:paraId="01CDD454" w14:textId="77777777" w:rsidR="00292F36" w:rsidRDefault="00000000">
            <w:r>
              <w:rPr>
                <w:sz w:val="12"/>
              </w:rPr>
              <w:t>0.07575758</w:t>
            </w:r>
          </w:p>
        </w:tc>
        <w:tc>
          <w:tcPr>
            <w:tcW w:w="564" w:type="dxa"/>
            <w:tcMar>
              <w:top w:w="20" w:type="dxa"/>
              <w:left w:w="50" w:type="dxa"/>
              <w:bottom w:w="20" w:type="dxa"/>
              <w:right w:w="50" w:type="dxa"/>
            </w:tcMar>
          </w:tcPr>
          <w:p w14:paraId="50573B2F" w14:textId="77777777" w:rsidR="00292F36" w:rsidRDefault="00000000">
            <w:r>
              <w:rPr>
                <w:sz w:val="12"/>
              </w:rPr>
              <w:t>0.50757576</w:t>
            </w:r>
          </w:p>
        </w:tc>
      </w:tr>
      <w:tr w:rsidR="00292F36" w14:paraId="039CD5B0" w14:textId="77777777">
        <w:tc>
          <w:tcPr>
            <w:tcW w:w="564" w:type="dxa"/>
            <w:tcMar>
              <w:top w:w="20" w:type="dxa"/>
              <w:left w:w="50" w:type="dxa"/>
              <w:bottom w:w="20" w:type="dxa"/>
              <w:right w:w="50" w:type="dxa"/>
            </w:tcMar>
          </w:tcPr>
          <w:p w14:paraId="666D93BF" w14:textId="77777777" w:rsidR="00292F36" w:rsidRDefault="00000000">
            <w:r>
              <w:rPr>
                <w:sz w:val="12"/>
              </w:rPr>
              <w:t>2019_piedra_blanca_piedra_blanca_deep_1</w:t>
            </w:r>
          </w:p>
        </w:tc>
        <w:tc>
          <w:tcPr>
            <w:tcW w:w="564" w:type="dxa"/>
            <w:tcMar>
              <w:top w:w="20" w:type="dxa"/>
              <w:left w:w="50" w:type="dxa"/>
              <w:bottom w:w="20" w:type="dxa"/>
              <w:right w:w="50" w:type="dxa"/>
            </w:tcMar>
          </w:tcPr>
          <w:p w14:paraId="14CA06F7" w14:textId="77777777" w:rsidR="00292F36" w:rsidRDefault="00000000">
            <w:r>
              <w:rPr>
                <w:sz w:val="12"/>
              </w:rPr>
              <w:t>-0.2448043</w:t>
            </w:r>
          </w:p>
        </w:tc>
        <w:tc>
          <w:tcPr>
            <w:tcW w:w="564" w:type="dxa"/>
            <w:tcMar>
              <w:top w:w="20" w:type="dxa"/>
              <w:left w:w="50" w:type="dxa"/>
              <w:bottom w:w="20" w:type="dxa"/>
              <w:right w:w="50" w:type="dxa"/>
            </w:tcMar>
          </w:tcPr>
          <w:p w14:paraId="2579FFE2" w14:textId="77777777" w:rsidR="00292F36" w:rsidRDefault="00000000">
            <w:r>
              <w:rPr>
                <w:sz w:val="12"/>
              </w:rPr>
              <w:t>-0.2968402</w:t>
            </w:r>
          </w:p>
        </w:tc>
        <w:tc>
          <w:tcPr>
            <w:tcW w:w="564" w:type="dxa"/>
            <w:tcMar>
              <w:top w:w="20" w:type="dxa"/>
              <w:left w:w="50" w:type="dxa"/>
              <w:bottom w:w="20" w:type="dxa"/>
              <w:right w:w="50" w:type="dxa"/>
            </w:tcMar>
          </w:tcPr>
          <w:p w14:paraId="545A45E3" w14:textId="77777777" w:rsidR="00292F36" w:rsidRDefault="00000000">
            <w:r>
              <w:rPr>
                <w:sz w:val="12"/>
              </w:rPr>
              <w:t>2019</w:t>
            </w:r>
          </w:p>
        </w:tc>
        <w:tc>
          <w:tcPr>
            <w:tcW w:w="564" w:type="dxa"/>
            <w:tcMar>
              <w:top w:w="20" w:type="dxa"/>
              <w:left w:w="50" w:type="dxa"/>
              <w:bottom w:w="20" w:type="dxa"/>
              <w:right w:w="50" w:type="dxa"/>
            </w:tcMar>
          </w:tcPr>
          <w:p w14:paraId="2637E591" w14:textId="77777777" w:rsidR="00292F36" w:rsidRDefault="00000000">
            <w:r>
              <w:rPr>
                <w:sz w:val="12"/>
              </w:rPr>
              <w:t>punta_eugenia</w:t>
            </w:r>
          </w:p>
        </w:tc>
        <w:tc>
          <w:tcPr>
            <w:tcW w:w="564" w:type="dxa"/>
            <w:tcMar>
              <w:top w:w="20" w:type="dxa"/>
              <w:left w:w="50" w:type="dxa"/>
              <w:bottom w:w="20" w:type="dxa"/>
              <w:right w:w="50" w:type="dxa"/>
            </w:tcMar>
          </w:tcPr>
          <w:p w14:paraId="496EA5D2" w14:textId="77777777" w:rsidR="00292F36" w:rsidRDefault="00000000">
            <w:r>
              <w:rPr>
                <w:sz w:val="12"/>
              </w:rPr>
              <w:t>South</w:t>
            </w:r>
          </w:p>
        </w:tc>
        <w:tc>
          <w:tcPr>
            <w:tcW w:w="564" w:type="dxa"/>
            <w:tcMar>
              <w:top w:w="20" w:type="dxa"/>
              <w:left w:w="50" w:type="dxa"/>
              <w:bottom w:w="20" w:type="dxa"/>
              <w:right w:w="50" w:type="dxa"/>
            </w:tcMar>
          </w:tcPr>
          <w:p w14:paraId="34DC4155" w14:textId="77777777" w:rsidR="00292F36" w:rsidRDefault="00000000">
            <w:r>
              <w:rPr>
                <w:sz w:val="12"/>
              </w:rPr>
              <w:t>piedra_blanca</w:t>
            </w:r>
          </w:p>
        </w:tc>
        <w:tc>
          <w:tcPr>
            <w:tcW w:w="564" w:type="dxa"/>
            <w:tcMar>
              <w:top w:w="20" w:type="dxa"/>
              <w:left w:w="50" w:type="dxa"/>
              <w:bottom w:w="20" w:type="dxa"/>
              <w:right w:w="50" w:type="dxa"/>
            </w:tcMar>
          </w:tcPr>
          <w:p w14:paraId="00C31DC5" w14:textId="77777777" w:rsidR="00292F36" w:rsidRDefault="00000000">
            <w:r>
              <w:rPr>
                <w:sz w:val="12"/>
              </w:rPr>
              <w:t>piedra_blanca_deep</w:t>
            </w:r>
          </w:p>
        </w:tc>
        <w:tc>
          <w:tcPr>
            <w:tcW w:w="564" w:type="dxa"/>
            <w:tcMar>
              <w:top w:w="20" w:type="dxa"/>
              <w:left w:w="50" w:type="dxa"/>
              <w:bottom w:w="20" w:type="dxa"/>
              <w:right w:w="50" w:type="dxa"/>
            </w:tcMar>
          </w:tcPr>
          <w:p w14:paraId="5859B168" w14:textId="77777777" w:rsidR="00292F36" w:rsidRDefault="00000000">
            <w:r>
              <w:rPr>
                <w:sz w:val="12"/>
              </w:rPr>
              <w:t>16</w:t>
            </w:r>
          </w:p>
        </w:tc>
        <w:tc>
          <w:tcPr>
            <w:tcW w:w="564" w:type="dxa"/>
            <w:tcMar>
              <w:top w:w="20" w:type="dxa"/>
              <w:left w:w="50" w:type="dxa"/>
              <w:bottom w:w="20" w:type="dxa"/>
              <w:right w:w="50" w:type="dxa"/>
            </w:tcMar>
          </w:tcPr>
          <w:p w14:paraId="03F7CE62" w14:textId="77777777" w:rsidR="00292F36" w:rsidRDefault="00000000">
            <w:r>
              <w:rPr>
                <w:sz w:val="12"/>
              </w:rPr>
              <w:t>20.0900002</w:t>
            </w:r>
          </w:p>
        </w:tc>
        <w:tc>
          <w:tcPr>
            <w:tcW w:w="564" w:type="dxa"/>
            <w:tcMar>
              <w:top w:w="20" w:type="dxa"/>
              <w:left w:w="50" w:type="dxa"/>
              <w:bottom w:w="20" w:type="dxa"/>
              <w:right w:w="50" w:type="dxa"/>
            </w:tcMar>
          </w:tcPr>
          <w:p w14:paraId="54B53E3F" w14:textId="77777777" w:rsidR="00292F36" w:rsidRDefault="00000000">
            <w:r>
              <w:rPr>
                <w:sz w:val="12"/>
              </w:rPr>
              <w:t>3.58301472</w:t>
            </w:r>
          </w:p>
        </w:tc>
        <w:tc>
          <w:tcPr>
            <w:tcW w:w="564" w:type="dxa"/>
            <w:tcMar>
              <w:top w:w="20" w:type="dxa"/>
              <w:left w:w="50" w:type="dxa"/>
              <w:bottom w:w="20" w:type="dxa"/>
              <w:right w:w="50" w:type="dxa"/>
            </w:tcMar>
          </w:tcPr>
          <w:p w14:paraId="4821DD04" w14:textId="77777777" w:rsidR="00292F36" w:rsidRDefault="00000000">
            <w:r>
              <w:rPr>
                <w:sz w:val="12"/>
              </w:rPr>
              <w:t>0.63368984</w:t>
            </w:r>
          </w:p>
        </w:tc>
        <w:tc>
          <w:tcPr>
            <w:tcW w:w="564" w:type="dxa"/>
            <w:tcMar>
              <w:top w:w="20" w:type="dxa"/>
              <w:left w:w="50" w:type="dxa"/>
              <w:bottom w:w="20" w:type="dxa"/>
              <w:right w:w="50" w:type="dxa"/>
            </w:tcMar>
          </w:tcPr>
          <w:p w14:paraId="5628AC08" w14:textId="77777777" w:rsidR="00292F36" w:rsidRDefault="00000000">
            <w:r>
              <w:rPr>
                <w:sz w:val="12"/>
              </w:rPr>
              <w:t>0.09358289</w:t>
            </w:r>
          </w:p>
        </w:tc>
        <w:tc>
          <w:tcPr>
            <w:tcW w:w="564" w:type="dxa"/>
            <w:tcMar>
              <w:top w:w="20" w:type="dxa"/>
              <w:left w:w="50" w:type="dxa"/>
              <w:bottom w:w="20" w:type="dxa"/>
              <w:right w:w="50" w:type="dxa"/>
            </w:tcMar>
          </w:tcPr>
          <w:p w14:paraId="715C96FB" w14:textId="77777777" w:rsidR="00292F36" w:rsidRDefault="00000000">
            <w:r>
              <w:rPr>
                <w:sz w:val="12"/>
              </w:rPr>
              <w:t>0.27272727</w:t>
            </w:r>
          </w:p>
        </w:tc>
        <w:tc>
          <w:tcPr>
            <w:tcW w:w="564" w:type="dxa"/>
            <w:tcMar>
              <w:top w:w="20" w:type="dxa"/>
              <w:left w:w="50" w:type="dxa"/>
              <w:bottom w:w="20" w:type="dxa"/>
              <w:right w:w="50" w:type="dxa"/>
            </w:tcMar>
          </w:tcPr>
          <w:p w14:paraId="0819007E" w14:textId="77777777" w:rsidR="00292F36" w:rsidRDefault="00000000">
            <w:r>
              <w:rPr>
                <w:sz w:val="12"/>
              </w:rPr>
              <w:t>0</w:t>
            </w:r>
          </w:p>
        </w:tc>
        <w:tc>
          <w:tcPr>
            <w:tcW w:w="564" w:type="dxa"/>
            <w:tcMar>
              <w:top w:w="20" w:type="dxa"/>
              <w:left w:w="50" w:type="dxa"/>
              <w:bottom w:w="20" w:type="dxa"/>
              <w:right w:w="50" w:type="dxa"/>
            </w:tcMar>
          </w:tcPr>
          <w:p w14:paraId="42348511" w14:textId="77777777" w:rsidR="00292F36" w:rsidRDefault="00000000">
            <w:r>
              <w:rPr>
                <w:sz w:val="12"/>
              </w:rPr>
              <w:t>0</w:t>
            </w:r>
          </w:p>
        </w:tc>
        <w:tc>
          <w:tcPr>
            <w:tcW w:w="564" w:type="dxa"/>
            <w:tcMar>
              <w:top w:w="20" w:type="dxa"/>
              <w:left w:w="50" w:type="dxa"/>
              <w:bottom w:w="20" w:type="dxa"/>
              <w:right w:w="50" w:type="dxa"/>
            </w:tcMar>
          </w:tcPr>
          <w:p w14:paraId="73E1A5DA" w14:textId="77777777" w:rsidR="00292F36" w:rsidRDefault="00000000">
            <w:r>
              <w:rPr>
                <w:sz w:val="12"/>
              </w:rPr>
              <w:t>0</w:t>
            </w:r>
          </w:p>
        </w:tc>
        <w:tc>
          <w:tcPr>
            <w:tcW w:w="564" w:type="dxa"/>
            <w:tcMar>
              <w:top w:w="20" w:type="dxa"/>
              <w:left w:w="50" w:type="dxa"/>
              <w:bottom w:w="20" w:type="dxa"/>
              <w:right w:w="50" w:type="dxa"/>
            </w:tcMar>
          </w:tcPr>
          <w:p w14:paraId="32A4A3BE" w14:textId="77777777" w:rsidR="00292F36" w:rsidRDefault="00000000">
            <w:r>
              <w:rPr>
                <w:sz w:val="12"/>
              </w:rPr>
              <w:t>0</w:t>
            </w:r>
          </w:p>
        </w:tc>
        <w:tc>
          <w:tcPr>
            <w:tcW w:w="564" w:type="dxa"/>
            <w:tcMar>
              <w:top w:w="20" w:type="dxa"/>
              <w:left w:w="50" w:type="dxa"/>
              <w:bottom w:w="20" w:type="dxa"/>
              <w:right w:w="50" w:type="dxa"/>
            </w:tcMar>
          </w:tcPr>
          <w:p w14:paraId="712A7A20" w14:textId="77777777" w:rsidR="00292F36" w:rsidRDefault="00000000">
            <w:r>
              <w:rPr>
                <w:sz w:val="12"/>
              </w:rPr>
              <w:t>0</w:t>
            </w:r>
          </w:p>
        </w:tc>
        <w:tc>
          <w:tcPr>
            <w:tcW w:w="564" w:type="dxa"/>
            <w:tcMar>
              <w:top w:w="20" w:type="dxa"/>
              <w:left w:w="50" w:type="dxa"/>
              <w:bottom w:w="20" w:type="dxa"/>
              <w:right w:w="50" w:type="dxa"/>
            </w:tcMar>
          </w:tcPr>
          <w:p w14:paraId="059C101F" w14:textId="77777777" w:rsidR="00292F36" w:rsidRDefault="00000000">
            <w:r>
              <w:rPr>
                <w:sz w:val="12"/>
              </w:rPr>
              <w:t>0.01282051</w:t>
            </w:r>
          </w:p>
        </w:tc>
        <w:tc>
          <w:tcPr>
            <w:tcW w:w="564" w:type="dxa"/>
            <w:tcMar>
              <w:top w:w="20" w:type="dxa"/>
              <w:left w:w="50" w:type="dxa"/>
              <w:bottom w:w="20" w:type="dxa"/>
              <w:right w:w="50" w:type="dxa"/>
            </w:tcMar>
          </w:tcPr>
          <w:p w14:paraId="4F23175A" w14:textId="77777777" w:rsidR="00292F36" w:rsidRDefault="00000000">
            <w:r>
              <w:rPr>
                <w:sz w:val="12"/>
              </w:rPr>
              <w:t>0.70512821</w:t>
            </w:r>
          </w:p>
        </w:tc>
        <w:tc>
          <w:tcPr>
            <w:tcW w:w="564" w:type="dxa"/>
            <w:tcMar>
              <w:top w:w="20" w:type="dxa"/>
              <w:left w:w="50" w:type="dxa"/>
              <w:bottom w:w="20" w:type="dxa"/>
              <w:right w:w="50" w:type="dxa"/>
            </w:tcMar>
          </w:tcPr>
          <w:p w14:paraId="1043CA57" w14:textId="77777777" w:rsidR="00292F36" w:rsidRDefault="00000000">
            <w:r>
              <w:rPr>
                <w:sz w:val="12"/>
              </w:rPr>
              <w:t>0.01282051</w:t>
            </w:r>
          </w:p>
        </w:tc>
        <w:tc>
          <w:tcPr>
            <w:tcW w:w="564" w:type="dxa"/>
            <w:tcMar>
              <w:top w:w="20" w:type="dxa"/>
              <w:left w:w="50" w:type="dxa"/>
              <w:bottom w:w="20" w:type="dxa"/>
              <w:right w:w="50" w:type="dxa"/>
            </w:tcMar>
          </w:tcPr>
          <w:p w14:paraId="13B61BA3" w14:textId="77777777" w:rsidR="00292F36" w:rsidRDefault="00000000">
            <w:r>
              <w:rPr>
                <w:sz w:val="12"/>
              </w:rPr>
              <w:t>0.01282051</w:t>
            </w:r>
          </w:p>
        </w:tc>
        <w:tc>
          <w:tcPr>
            <w:tcW w:w="564" w:type="dxa"/>
            <w:tcMar>
              <w:top w:w="20" w:type="dxa"/>
              <w:left w:w="50" w:type="dxa"/>
              <w:bottom w:w="20" w:type="dxa"/>
              <w:right w:w="50" w:type="dxa"/>
            </w:tcMar>
          </w:tcPr>
          <w:p w14:paraId="4C4F0040" w14:textId="77777777" w:rsidR="00292F36" w:rsidRDefault="00000000">
            <w:r>
              <w:rPr>
                <w:sz w:val="12"/>
              </w:rPr>
              <w:t>0.25641026</w:t>
            </w:r>
          </w:p>
        </w:tc>
        <w:tc>
          <w:tcPr>
            <w:tcW w:w="564" w:type="dxa"/>
            <w:tcMar>
              <w:top w:w="20" w:type="dxa"/>
              <w:left w:w="50" w:type="dxa"/>
              <w:bottom w:w="20" w:type="dxa"/>
              <w:right w:w="50" w:type="dxa"/>
            </w:tcMar>
          </w:tcPr>
          <w:p w14:paraId="0DC96E65" w14:textId="77777777" w:rsidR="00292F36" w:rsidRDefault="00000000">
            <w:r>
              <w:rPr>
                <w:sz w:val="12"/>
              </w:rPr>
              <w:t>0</w:t>
            </w:r>
          </w:p>
        </w:tc>
      </w:tr>
      <w:tr w:rsidR="00292F36" w14:paraId="18BDA1A2" w14:textId="77777777">
        <w:tc>
          <w:tcPr>
            <w:tcW w:w="564" w:type="dxa"/>
            <w:tcMar>
              <w:top w:w="20" w:type="dxa"/>
              <w:left w:w="50" w:type="dxa"/>
              <w:bottom w:w="20" w:type="dxa"/>
              <w:right w:w="50" w:type="dxa"/>
            </w:tcMar>
          </w:tcPr>
          <w:p w14:paraId="32BE6EDF" w14:textId="77777777" w:rsidR="00292F36" w:rsidRDefault="00000000">
            <w:r>
              <w:rPr>
                <w:sz w:val="12"/>
              </w:rPr>
              <w:t>2019_piedra_blanca_piedra_blanca_deep_2</w:t>
            </w:r>
          </w:p>
        </w:tc>
        <w:tc>
          <w:tcPr>
            <w:tcW w:w="564" w:type="dxa"/>
            <w:tcMar>
              <w:top w:w="20" w:type="dxa"/>
              <w:left w:w="50" w:type="dxa"/>
              <w:bottom w:w="20" w:type="dxa"/>
              <w:right w:w="50" w:type="dxa"/>
            </w:tcMar>
          </w:tcPr>
          <w:p w14:paraId="4EB021C0" w14:textId="77777777" w:rsidR="00292F36" w:rsidRDefault="00000000">
            <w:r>
              <w:rPr>
                <w:sz w:val="12"/>
              </w:rPr>
              <w:t>-0.1901261</w:t>
            </w:r>
          </w:p>
        </w:tc>
        <w:tc>
          <w:tcPr>
            <w:tcW w:w="564" w:type="dxa"/>
            <w:tcMar>
              <w:top w:w="20" w:type="dxa"/>
              <w:left w:w="50" w:type="dxa"/>
              <w:bottom w:w="20" w:type="dxa"/>
              <w:right w:w="50" w:type="dxa"/>
            </w:tcMar>
          </w:tcPr>
          <w:p w14:paraId="560B9A31" w14:textId="77777777" w:rsidR="00292F36" w:rsidRDefault="00000000">
            <w:r>
              <w:rPr>
                <w:sz w:val="12"/>
              </w:rPr>
              <w:t>-0.4029475</w:t>
            </w:r>
          </w:p>
        </w:tc>
        <w:tc>
          <w:tcPr>
            <w:tcW w:w="564" w:type="dxa"/>
            <w:tcMar>
              <w:top w:w="20" w:type="dxa"/>
              <w:left w:w="50" w:type="dxa"/>
              <w:bottom w:w="20" w:type="dxa"/>
              <w:right w:w="50" w:type="dxa"/>
            </w:tcMar>
          </w:tcPr>
          <w:p w14:paraId="162722AB" w14:textId="77777777" w:rsidR="00292F36" w:rsidRDefault="00000000">
            <w:r>
              <w:rPr>
                <w:sz w:val="12"/>
              </w:rPr>
              <w:t>2019</w:t>
            </w:r>
          </w:p>
        </w:tc>
        <w:tc>
          <w:tcPr>
            <w:tcW w:w="564" w:type="dxa"/>
            <w:tcMar>
              <w:top w:w="20" w:type="dxa"/>
              <w:left w:w="50" w:type="dxa"/>
              <w:bottom w:w="20" w:type="dxa"/>
              <w:right w:w="50" w:type="dxa"/>
            </w:tcMar>
          </w:tcPr>
          <w:p w14:paraId="7669BDEE" w14:textId="77777777" w:rsidR="00292F36" w:rsidRDefault="00000000">
            <w:r>
              <w:rPr>
                <w:sz w:val="12"/>
              </w:rPr>
              <w:t>punta_eugenia</w:t>
            </w:r>
          </w:p>
        </w:tc>
        <w:tc>
          <w:tcPr>
            <w:tcW w:w="564" w:type="dxa"/>
            <w:tcMar>
              <w:top w:w="20" w:type="dxa"/>
              <w:left w:w="50" w:type="dxa"/>
              <w:bottom w:w="20" w:type="dxa"/>
              <w:right w:w="50" w:type="dxa"/>
            </w:tcMar>
          </w:tcPr>
          <w:p w14:paraId="51A83C0F" w14:textId="77777777" w:rsidR="00292F36" w:rsidRDefault="00000000">
            <w:r>
              <w:rPr>
                <w:sz w:val="12"/>
              </w:rPr>
              <w:t>South</w:t>
            </w:r>
          </w:p>
        </w:tc>
        <w:tc>
          <w:tcPr>
            <w:tcW w:w="564" w:type="dxa"/>
            <w:tcMar>
              <w:top w:w="20" w:type="dxa"/>
              <w:left w:w="50" w:type="dxa"/>
              <w:bottom w:w="20" w:type="dxa"/>
              <w:right w:w="50" w:type="dxa"/>
            </w:tcMar>
          </w:tcPr>
          <w:p w14:paraId="3E14FB2B" w14:textId="77777777" w:rsidR="00292F36" w:rsidRDefault="00000000">
            <w:r>
              <w:rPr>
                <w:sz w:val="12"/>
              </w:rPr>
              <w:t>piedra_blanca</w:t>
            </w:r>
          </w:p>
        </w:tc>
        <w:tc>
          <w:tcPr>
            <w:tcW w:w="564" w:type="dxa"/>
            <w:tcMar>
              <w:top w:w="20" w:type="dxa"/>
              <w:left w:w="50" w:type="dxa"/>
              <w:bottom w:w="20" w:type="dxa"/>
              <w:right w:w="50" w:type="dxa"/>
            </w:tcMar>
          </w:tcPr>
          <w:p w14:paraId="45F473CB" w14:textId="77777777" w:rsidR="00292F36" w:rsidRDefault="00000000">
            <w:r>
              <w:rPr>
                <w:sz w:val="12"/>
              </w:rPr>
              <w:t>piedra_blanca_deep</w:t>
            </w:r>
          </w:p>
        </w:tc>
        <w:tc>
          <w:tcPr>
            <w:tcW w:w="564" w:type="dxa"/>
            <w:tcMar>
              <w:top w:w="20" w:type="dxa"/>
              <w:left w:w="50" w:type="dxa"/>
              <w:bottom w:w="20" w:type="dxa"/>
              <w:right w:w="50" w:type="dxa"/>
            </w:tcMar>
          </w:tcPr>
          <w:p w14:paraId="4E0AFE0C" w14:textId="77777777" w:rsidR="00292F36" w:rsidRDefault="00000000">
            <w:r>
              <w:rPr>
                <w:sz w:val="12"/>
              </w:rPr>
              <w:t>16</w:t>
            </w:r>
          </w:p>
        </w:tc>
        <w:tc>
          <w:tcPr>
            <w:tcW w:w="564" w:type="dxa"/>
            <w:tcMar>
              <w:top w:w="20" w:type="dxa"/>
              <w:left w:w="50" w:type="dxa"/>
              <w:bottom w:w="20" w:type="dxa"/>
              <w:right w:w="50" w:type="dxa"/>
            </w:tcMar>
          </w:tcPr>
          <w:p w14:paraId="16C10142" w14:textId="77777777" w:rsidR="00292F36" w:rsidRDefault="00000000">
            <w:r>
              <w:rPr>
                <w:sz w:val="12"/>
              </w:rPr>
              <w:t>20.0900002</w:t>
            </w:r>
          </w:p>
        </w:tc>
        <w:tc>
          <w:tcPr>
            <w:tcW w:w="564" w:type="dxa"/>
            <w:tcMar>
              <w:top w:w="20" w:type="dxa"/>
              <w:left w:w="50" w:type="dxa"/>
              <w:bottom w:w="20" w:type="dxa"/>
              <w:right w:w="50" w:type="dxa"/>
            </w:tcMar>
          </w:tcPr>
          <w:p w14:paraId="0559EDDD" w14:textId="77777777" w:rsidR="00292F36" w:rsidRDefault="00000000">
            <w:r>
              <w:rPr>
                <w:sz w:val="12"/>
              </w:rPr>
              <w:t>3.58301472</w:t>
            </w:r>
          </w:p>
        </w:tc>
        <w:tc>
          <w:tcPr>
            <w:tcW w:w="564" w:type="dxa"/>
            <w:tcMar>
              <w:top w:w="20" w:type="dxa"/>
              <w:left w:w="50" w:type="dxa"/>
              <w:bottom w:w="20" w:type="dxa"/>
              <w:right w:w="50" w:type="dxa"/>
            </w:tcMar>
          </w:tcPr>
          <w:p w14:paraId="6606E331" w14:textId="77777777" w:rsidR="00292F36" w:rsidRDefault="00000000">
            <w:r>
              <w:rPr>
                <w:sz w:val="12"/>
              </w:rPr>
              <w:t>0.63398693</w:t>
            </w:r>
          </w:p>
        </w:tc>
        <w:tc>
          <w:tcPr>
            <w:tcW w:w="564" w:type="dxa"/>
            <w:tcMar>
              <w:top w:w="20" w:type="dxa"/>
              <w:left w:w="50" w:type="dxa"/>
              <w:bottom w:w="20" w:type="dxa"/>
              <w:right w:w="50" w:type="dxa"/>
            </w:tcMar>
          </w:tcPr>
          <w:p w14:paraId="3146B993" w14:textId="77777777" w:rsidR="00292F36" w:rsidRDefault="00000000">
            <w:r>
              <w:rPr>
                <w:sz w:val="12"/>
              </w:rPr>
              <w:t>0.35294118</w:t>
            </w:r>
          </w:p>
        </w:tc>
        <w:tc>
          <w:tcPr>
            <w:tcW w:w="564" w:type="dxa"/>
            <w:tcMar>
              <w:top w:w="20" w:type="dxa"/>
              <w:left w:w="50" w:type="dxa"/>
              <w:bottom w:w="20" w:type="dxa"/>
              <w:right w:w="50" w:type="dxa"/>
            </w:tcMar>
          </w:tcPr>
          <w:p w14:paraId="014A1007" w14:textId="77777777" w:rsidR="00292F36" w:rsidRDefault="00000000">
            <w:r>
              <w:rPr>
                <w:sz w:val="12"/>
              </w:rPr>
              <w:t>0.0130719</w:t>
            </w:r>
          </w:p>
        </w:tc>
        <w:tc>
          <w:tcPr>
            <w:tcW w:w="564" w:type="dxa"/>
            <w:tcMar>
              <w:top w:w="20" w:type="dxa"/>
              <w:left w:w="50" w:type="dxa"/>
              <w:bottom w:w="20" w:type="dxa"/>
              <w:right w:w="50" w:type="dxa"/>
            </w:tcMar>
          </w:tcPr>
          <w:p w14:paraId="115584EF" w14:textId="77777777" w:rsidR="00292F36" w:rsidRDefault="00000000">
            <w:r>
              <w:rPr>
                <w:sz w:val="12"/>
              </w:rPr>
              <w:t>0</w:t>
            </w:r>
          </w:p>
        </w:tc>
        <w:tc>
          <w:tcPr>
            <w:tcW w:w="564" w:type="dxa"/>
            <w:tcMar>
              <w:top w:w="20" w:type="dxa"/>
              <w:left w:w="50" w:type="dxa"/>
              <w:bottom w:w="20" w:type="dxa"/>
              <w:right w:w="50" w:type="dxa"/>
            </w:tcMar>
          </w:tcPr>
          <w:p w14:paraId="18D974A2" w14:textId="77777777" w:rsidR="00292F36" w:rsidRDefault="00000000">
            <w:r>
              <w:rPr>
                <w:sz w:val="12"/>
              </w:rPr>
              <w:t>0</w:t>
            </w:r>
          </w:p>
        </w:tc>
        <w:tc>
          <w:tcPr>
            <w:tcW w:w="564" w:type="dxa"/>
            <w:tcMar>
              <w:top w:w="20" w:type="dxa"/>
              <w:left w:w="50" w:type="dxa"/>
              <w:bottom w:w="20" w:type="dxa"/>
              <w:right w:w="50" w:type="dxa"/>
            </w:tcMar>
          </w:tcPr>
          <w:p w14:paraId="695C257B" w14:textId="77777777" w:rsidR="00292F36" w:rsidRDefault="00000000">
            <w:r>
              <w:rPr>
                <w:sz w:val="12"/>
              </w:rPr>
              <w:t>0</w:t>
            </w:r>
          </w:p>
        </w:tc>
        <w:tc>
          <w:tcPr>
            <w:tcW w:w="564" w:type="dxa"/>
            <w:tcMar>
              <w:top w:w="20" w:type="dxa"/>
              <w:left w:w="50" w:type="dxa"/>
              <w:bottom w:w="20" w:type="dxa"/>
              <w:right w:w="50" w:type="dxa"/>
            </w:tcMar>
          </w:tcPr>
          <w:p w14:paraId="0F16D1D7" w14:textId="77777777" w:rsidR="00292F36" w:rsidRDefault="00000000">
            <w:r>
              <w:rPr>
                <w:sz w:val="12"/>
              </w:rPr>
              <w:t>0</w:t>
            </w:r>
          </w:p>
        </w:tc>
        <w:tc>
          <w:tcPr>
            <w:tcW w:w="564" w:type="dxa"/>
            <w:tcMar>
              <w:top w:w="20" w:type="dxa"/>
              <w:left w:w="50" w:type="dxa"/>
              <w:bottom w:w="20" w:type="dxa"/>
              <w:right w:w="50" w:type="dxa"/>
            </w:tcMar>
          </w:tcPr>
          <w:p w14:paraId="797CE16B" w14:textId="77777777" w:rsidR="00292F36" w:rsidRDefault="00000000">
            <w:r>
              <w:rPr>
                <w:sz w:val="12"/>
              </w:rPr>
              <w:t>0</w:t>
            </w:r>
          </w:p>
        </w:tc>
        <w:tc>
          <w:tcPr>
            <w:tcW w:w="564" w:type="dxa"/>
            <w:tcMar>
              <w:top w:w="20" w:type="dxa"/>
              <w:left w:w="50" w:type="dxa"/>
              <w:bottom w:w="20" w:type="dxa"/>
              <w:right w:w="50" w:type="dxa"/>
            </w:tcMar>
          </w:tcPr>
          <w:p w14:paraId="46E0CE8A" w14:textId="77777777" w:rsidR="00292F36" w:rsidRDefault="00000000">
            <w:r>
              <w:rPr>
                <w:sz w:val="12"/>
              </w:rPr>
              <w:t>0</w:t>
            </w:r>
          </w:p>
        </w:tc>
        <w:tc>
          <w:tcPr>
            <w:tcW w:w="564" w:type="dxa"/>
            <w:tcMar>
              <w:top w:w="20" w:type="dxa"/>
              <w:left w:w="50" w:type="dxa"/>
              <w:bottom w:w="20" w:type="dxa"/>
              <w:right w:w="50" w:type="dxa"/>
            </w:tcMar>
          </w:tcPr>
          <w:p w14:paraId="396069F6" w14:textId="77777777" w:rsidR="00292F36" w:rsidRDefault="00000000">
            <w:r>
              <w:rPr>
                <w:sz w:val="12"/>
              </w:rPr>
              <w:t>0.57647059</w:t>
            </w:r>
          </w:p>
        </w:tc>
        <w:tc>
          <w:tcPr>
            <w:tcW w:w="564" w:type="dxa"/>
            <w:tcMar>
              <w:top w:w="20" w:type="dxa"/>
              <w:left w:w="50" w:type="dxa"/>
              <w:bottom w:w="20" w:type="dxa"/>
              <w:right w:w="50" w:type="dxa"/>
            </w:tcMar>
          </w:tcPr>
          <w:p w14:paraId="42CDD670" w14:textId="77777777" w:rsidR="00292F36" w:rsidRDefault="00000000">
            <w:r>
              <w:rPr>
                <w:sz w:val="12"/>
              </w:rPr>
              <w:t>0</w:t>
            </w:r>
          </w:p>
        </w:tc>
        <w:tc>
          <w:tcPr>
            <w:tcW w:w="564" w:type="dxa"/>
            <w:tcMar>
              <w:top w:w="20" w:type="dxa"/>
              <w:left w:w="50" w:type="dxa"/>
              <w:bottom w:w="20" w:type="dxa"/>
              <w:right w:w="50" w:type="dxa"/>
            </w:tcMar>
          </w:tcPr>
          <w:p w14:paraId="6DA858E2" w14:textId="77777777" w:rsidR="00292F36" w:rsidRDefault="00000000">
            <w:r>
              <w:rPr>
                <w:sz w:val="12"/>
              </w:rPr>
              <w:t>0.01176471</w:t>
            </w:r>
          </w:p>
        </w:tc>
        <w:tc>
          <w:tcPr>
            <w:tcW w:w="564" w:type="dxa"/>
            <w:tcMar>
              <w:top w:w="20" w:type="dxa"/>
              <w:left w:w="50" w:type="dxa"/>
              <w:bottom w:w="20" w:type="dxa"/>
              <w:right w:w="50" w:type="dxa"/>
            </w:tcMar>
          </w:tcPr>
          <w:p w14:paraId="6E66B9E7" w14:textId="77777777" w:rsidR="00292F36" w:rsidRDefault="00000000">
            <w:r>
              <w:rPr>
                <w:sz w:val="12"/>
              </w:rPr>
              <w:t>0.41176471</w:t>
            </w:r>
          </w:p>
        </w:tc>
        <w:tc>
          <w:tcPr>
            <w:tcW w:w="564" w:type="dxa"/>
            <w:tcMar>
              <w:top w:w="20" w:type="dxa"/>
              <w:left w:w="50" w:type="dxa"/>
              <w:bottom w:w="20" w:type="dxa"/>
              <w:right w:w="50" w:type="dxa"/>
            </w:tcMar>
          </w:tcPr>
          <w:p w14:paraId="75F6D105" w14:textId="77777777" w:rsidR="00292F36" w:rsidRDefault="00000000">
            <w:r>
              <w:rPr>
                <w:sz w:val="12"/>
              </w:rPr>
              <w:t>0</w:t>
            </w:r>
          </w:p>
        </w:tc>
      </w:tr>
      <w:tr w:rsidR="00292F36" w14:paraId="64690FD3" w14:textId="77777777">
        <w:tc>
          <w:tcPr>
            <w:tcW w:w="564" w:type="dxa"/>
            <w:tcMar>
              <w:top w:w="20" w:type="dxa"/>
              <w:left w:w="50" w:type="dxa"/>
              <w:bottom w:w="20" w:type="dxa"/>
              <w:right w:w="50" w:type="dxa"/>
            </w:tcMar>
          </w:tcPr>
          <w:p w14:paraId="3DEE7E39" w14:textId="77777777" w:rsidR="00292F36" w:rsidRDefault="00000000">
            <w:r>
              <w:rPr>
                <w:sz w:val="12"/>
              </w:rPr>
              <w:t>2019_piedra_blanca_piedra_blanca_mid_1</w:t>
            </w:r>
          </w:p>
        </w:tc>
        <w:tc>
          <w:tcPr>
            <w:tcW w:w="564" w:type="dxa"/>
            <w:tcMar>
              <w:top w:w="20" w:type="dxa"/>
              <w:left w:w="50" w:type="dxa"/>
              <w:bottom w:w="20" w:type="dxa"/>
              <w:right w:w="50" w:type="dxa"/>
            </w:tcMar>
          </w:tcPr>
          <w:p w14:paraId="016D174B" w14:textId="77777777" w:rsidR="00292F36" w:rsidRDefault="00000000">
            <w:r>
              <w:rPr>
                <w:sz w:val="12"/>
              </w:rPr>
              <w:t>-0.4886465</w:t>
            </w:r>
          </w:p>
        </w:tc>
        <w:tc>
          <w:tcPr>
            <w:tcW w:w="564" w:type="dxa"/>
            <w:tcMar>
              <w:top w:w="20" w:type="dxa"/>
              <w:left w:w="50" w:type="dxa"/>
              <w:bottom w:w="20" w:type="dxa"/>
              <w:right w:w="50" w:type="dxa"/>
            </w:tcMar>
          </w:tcPr>
          <w:p w14:paraId="51234FC4" w14:textId="77777777" w:rsidR="00292F36" w:rsidRDefault="00000000">
            <w:r>
              <w:rPr>
                <w:sz w:val="12"/>
              </w:rPr>
              <w:t>-0.1976739</w:t>
            </w:r>
          </w:p>
        </w:tc>
        <w:tc>
          <w:tcPr>
            <w:tcW w:w="564" w:type="dxa"/>
            <w:tcMar>
              <w:top w:w="20" w:type="dxa"/>
              <w:left w:w="50" w:type="dxa"/>
              <w:bottom w:w="20" w:type="dxa"/>
              <w:right w:w="50" w:type="dxa"/>
            </w:tcMar>
          </w:tcPr>
          <w:p w14:paraId="52B802E5" w14:textId="77777777" w:rsidR="00292F36" w:rsidRDefault="00000000">
            <w:r>
              <w:rPr>
                <w:sz w:val="12"/>
              </w:rPr>
              <w:t>2019</w:t>
            </w:r>
          </w:p>
        </w:tc>
        <w:tc>
          <w:tcPr>
            <w:tcW w:w="564" w:type="dxa"/>
            <w:tcMar>
              <w:top w:w="20" w:type="dxa"/>
              <w:left w:w="50" w:type="dxa"/>
              <w:bottom w:w="20" w:type="dxa"/>
              <w:right w:w="50" w:type="dxa"/>
            </w:tcMar>
          </w:tcPr>
          <w:p w14:paraId="7853F7AF" w14:textId="77777777" w:rsidR="00292F36" w:rsidRDefault="00000000">
            <w:r>
              <w:rPr>
                <w:sz w:val="12"/>
              </w:rPr>
              <w:t>punta_eugenia</w:t>
            </w:r>
          </w:p>
        </w:tc>
        <w:tc>
          <w:tcPr>
            <w:tcW w:w="564" w:type="dxa"/>
            <w:tcMar>
              <w:top w:w="20" w:type="dxa"/>
              <w:left w:w="50" w:type="dxa"/>
              <w:bottom w:w="20" w:type="dxa"/>
              <w:right w:w="50" w:type="dxa"/>
            </w:tcMar>
          </w:tcPr>
          <w:p w14:paraId="4851F560" w14:textId="77777777" w:rsidR="00292F36" w:rsidRDefault="00000000">
            <w:r>
              <w:rPr>
                <w:sz w:val="12"/>
              </w:rPr>
              <w:t>South</w:t>
            </w:r>
          </w:p>
        </w:tc>
        <w:tc>
          <w:tcPr>
            <w:tcW w:w="564" w:type="dxa"/>
            <w:tcMar>
              <w:top w:w="20" w:type="dxa"/>
              <w:left w:w="50" w:type="dxa"/>
              <w:bottom w:w="20" w:type="dxa"/>
              <w:right w:w="50" w:type="dxa"/>
            </w:tcMar>
          </w:tcPr>
          <w:p w14:paraId="0B3F4702" w14:textId="77777777" w:rsidR="00292F36" w:rsidRDefault="00000000">
            <w:r>
              <w:rPr>
                <w:sz w:val="12"/>
              </w:rPr>
              <w:t>piedra_blanca</w:t>
            </w:r>
          </w:p>
        </w:tc>
        <w:tc>
          <w:tcPr>
            <w:tcW w:w="564" w:type="dxa"/>
            <w:tcMar>
              <w:top w:w="20" w:type="dxa"/>
              <w:left w:w="50" w:type="dxa"/>
              <w:bottom w:w="20" w:type="dxa"/>
              <w:right w:w="50" w:type="dxa"/>
            </w:tcMar>
          </w:tcPr>
          <w:p w14:paraId="1593D71E" w14:textId="77777777" w:rsidR="00292F36" w:rsidRDefault="00000000">
            <w:r>
              <w:rPr>
                <w:sz w:val="12"/>
              </w:rPr>
              <w:t>piedra_blanca_mid</w:t>
            </w:r>
          </w:p>
        </w:tc>
        <w:tc>
          <w:tcPr>
            <w:tcW w:w="564" w:type="dxa"/>
            <w:tcMar>
              <w:top w:w="20" w:type="dxa"/>
              <w:left w:w="50" w:type="dxa"/>
              <w:bottom w:w="20" w:type="dxa"/>
              <w:right w:w="50" w:type="dxa"/>
            </w:tcMar>
          </w:tcPr>
          <w:p w14:paraId="63B066FF" w14:textId="77777777" w:rsidR="00292F36" w:rsidRDefault="00000000">
            <w:r>
              <w:rPr>
                <w:sz w:val="12"/>
              </w:rPr>
              <w:t>11</w:t>
            </w:r>
          </w:p>
        </w:tc>
        <w:tc>
          <w:tcPr>
            <w:tcW w:w="564" w:type="dxa"/>
            <w:tcMar>
              <w:top w:w="20" w:type="dxa"/>
              <w:left w:w="50" w:type="dxa"/>
              <w:bottom w:w="20" w:type="dxa"/>
              <w:right w:w="50" w:type="dxa"/>
            </w:tcMar>
          </w:tcPr>
          <w:p w14:paraId="016C4152" w14:textId="77777777" w:rsidR="00292F36" w:rsidRDefault="00000000">
            <w:r>
              <w:rPr>
                <w:sz w:val="12"/>
              </w:rPr>
              <w:t>20.0900002</w:t>
            </w:r>
          </w:p>
        </w:tc>
        <w:tc>
          <w:tcPr>
            <w:tcW w:w="564" w:type="dxa"/>
            <w:tcMar>
              <w:top w:w="20" w:type="dxa"/>
              <w:left w:w="50" w:type="dxa"/>
              <w:bottom w:w="20" w:type="dxa"/>
              <w:right w:w="50" w:type="dxa"/>
            </w:tcMar>
          </w:tcPr>
          <w:p w14:paraId="3112A3DB" w14:textId="77777777" w:rsidR="00292F36" w:rsidRDefault="00000000">
            <w:r>
              <w:rPr>
                <w:sz w:val="12"/>
              </w:rPr>
              <w:t>3.58301472</w:t>
            </w:r>
          </w:p>
        </w:tc>
        <w:tc>
          <w:tcPr>
            <w:tcW w:w="564" w:type="dxa"/>
            <w:tcMar>
              <w:top w:w="20" w:type="dxa"/>
              <w:left w:w="50" w:type="dxa"/>
              <w:bottom w:w="20" w:type="dxa"/>
              <w:right w:w="50" w:type="dxa"/>
            </w:tcMar>
          </w:tcPr>
          <w:p w14:paraId="3324E3D3" w14:textId="77777777" w:rsidR="00292F36" w:rsidRDefault="00000000">
            <w:r>
              <w:rPr>
                <w:sz w:val="12"/>
              </w:rPr>
              <w:t>0.98074609</w:t>
            </w:r>
          </w:p>
        </w:tc>
        <w:tc>
          <w:tcPr>
            <w:tcW w:w="564" w:type="dxa"/>
            <w:tcMar>
              <w:top w:w="20" w:type="dxa"/>
              <w:left w:w="50" w:type="dxa"/>
              <w:bottom w:w="20" w:type="dxa"/>
              <w:right w:w="50" w:type="dxa"/>
            </w:tcMar>
          </w:tcPr>
          <w:p w14:paraId="2944DDC6" w14:textId="77777777" w:rsidR="00292F36" w:rsidRDefault="00000000">
            <w:r>
              <w:rPr>
                <w:sz w:val="12"/>
              </w:rPr>
              <w:t>0.00481348</w:t>
            </w:r>
          </w:p>
        </w:tc>
        <w:tc>
          <w:tcPr>
            <w:tcW w:w="564" w:type="dxa"/>
            <w:tcMar>
              <w:top w:w="20" w:type="dxa"/>
              <w:left w:w="50" w:type="dxa"/>
              <w:bottom w:w="20" w:type="dxa"/>
              <w:right w:w="50" w:type="dxa"/>
            </w:tcMar>
          </w:tcPr>
          <w:p w14:paraId="51FCB508" w14:textId="77777777" w:rsidR="00292F36" w:rsidRDefault="00000000">
            <w:r>
              <w:rPr>
                <w:sz w:val="12"/>
              </w:rPr>
              <w:t>0.01203369</w:t>
            </w:r>
          </w:p>
        </w:tc>
        <w:tc>
          <w:tcPr>
            <w:tcW w:w="564" w:type="dxa"/>
            <w:tcMar>
              <w:top w:w="20" w:type="dxa"/>
              <w:left w:w="50" w:type="dxa"/>
              <w:bottom w:w="20" w:type="dxa"/>
              <w:right w:w="50" w:type="dxa"/>
            </w:tcMar>
          </w:tcPr>
          <w:p w14:paraId="66B9C9A9" w14:textId="77777777" w:rsidR="00292F36" w:rsidRDefault="00000000">
            <w:r>
              <w:rPr>
                <w:sz w:val="12"/>
              </w:rPr>
              <w:t>0.00240674</w:t>
            </w:r>
          </w:p>
        </w:tc>
        <w:tc>
          <w:tcPr>
            <w:tcW w:w="564" w:type="dxa"/>
            <w:tcMar>
              <w:top w:w="20" w:type="dxa"/>
              <w:left w:w="50" w:type="dxa"/>
              <w:bottom w:w="20" w:type="dxa"/>
              <w:right w:w="50" w:type="dxa"/>
            </w:tcMar>
          </w:tcPr>
          <w:p w14:paraId="007A4126" w14:textId="77777777" w:rsidR="00292F36" w:rsidRDefault="00000000">
            <w:r>
              <w:rPr>
                <w:sz w:val="12"/>
              </w:rPr>
              <w:t>0</w:t>
            </w:r>
          </w:p>
        </w:tc>
        <w:tc>
          <w:tcPr>
            <w:tcW w:w="564" w:type="dxa"/>
            <w:tcMar>
              <w:top w:w="20" w:type="dxa"/>
              <w:left w:w="50" w:type="dxa"/>
              <w:bottom w:w="20" w:type="dxa"/>
              <w:right w:w="50" w:type="dxa"/>
            </w:tcMar>
          </w:tcPr>
          <w:p w14:paraId="6D21FFBB" w14:textId="77777777" w:rsidR="00292F36" w:rsidRDefault="00000000">
            <w:r>
              <w:rPr>
                <w:sz w:val="12"/>
              </w:rPr>
              <w:t>0</w:t>
            </w:r>
          </w:p>
        </w:tc>
        <w:tc>
          <w:tcPr>
            <w:tcW w:w="564" w:type="dxa"/>
            <w:tcMar>
              <w:top w:w="20" w:type="dxa"/>
              <w:left w:w="50" w:type="dxa"/>
              <w:bottom w:w="20" w:type="dxa"/>
              <w:right w:w="50" w:type="dxa"/>
            </w:tcMar>
          </w:tcPr>
          <w:p w14:paraId="4C5C9A3A" w14:textId="77777777" w:rsidR="00292F36" w:rsidRDefault="00000000">
            <w:r>
              <w:rPr>
                <w:sz w:val="12"/>
              </w:rPr>
              <w:t>0</w:t>
            </w:r>
          </w:p>
        </w:tc>
        <w:tc>
          <w:tcPr>
            <w:tcW w:w="564" w:type="dxa"/>
            <w:tcMar>
              <w:top w:w="20" w:type="dxa"/>
              <w:left w:w="50" w:type="dxa"/>
              <w:bottom w:w="20" w:type="dxa"/>
              <w:right w:w="50" w:type="dxa"/>
            </w:tcMar>
          </w:tcPr>
          <w:p w14:paraId="17957AAA" w14:textId="77777777" w:rsidR="00292F36" w:rsidRDefault="00000000">
            <w:r>
              <w:rPr>
                <w:sz w:val="12"/>
              </w:rPr>
              <w:t>0</w:t>
            </w:r>
          </w:p>
        </w:tc>
        <w:tc>
          <w:tcPr>
            <w:tcW w:w="564" w:type="dxa"/>
            <w:tcMar>
              <w:top w:w="20" w:type="dxa"/>
              <w:left w:w="50" w:type="dxa"/>
              <w:bottom w:w="20" w:type="dxa"/>
              <w:right w:w="50" w:type="dxa"/>
            </w:tcMar>
          </w:tcPr>
          <w:p w14:paraId="5C8F8C32" w14:textId="77777777" w:rsidR="00292F36" w:rsidRDefault="00000000">
            <w:r>
              <w:rPr>
                <w:sz w:val="12"/>
              </w:rPr>
              <w:t>0</w:t>
            </w:r>
          </w:p>
        </w:tc>
        <w:tc>
          <w:tcPr>
            <w:tcW w:w="564" w:type="dxa"/>
            <w:tcMar>
              <w:top w:w="20" w:type="dxa"/>
              <w:left w:w="50" w:type="dxa"/>
              <w:bottom w:w="20" w:type="dxa"/>
              <w:right w:w="50" w:type="dxa"/>
            </w:tcMar>
          </w:tcPr>
          <w:p w14:paraId="0A023C19" w14:textId="77777777" w:rsidR="00292F36" w:rsidRDefault="00000000">
            <w:r>
              <w:rPr>
                <w:sz w:val="12"/>
              </w:rPr>
              <w:t>0.66666667</w:t>
            </w:r>
          </w:p>
        </w:tc>
        <w:tc>
          <w:tcPr>
            <w:tcW w:w="564" w:type="dxa"/>
            <w:tcMar>
              <w:top w:w="20" w:type="dxa"/>
              <w:left w:w="50" w:type="dxa"/>
              <w:bottom w:w="20" w:type="dxa"/>
              <w:right w:w="50" w:type="dxa"/>
            </w:tcMar>
          </w:tcPr>
          <w:p w14:paraId="12C84E12" w14:textId="77777777" w:rsidR="00292F36" w:rsidRDefault="00000000">
            <w:r>
              <w:rPr>
                <w:sz w:val="12"/>
              </w:rPr>
              <w:t>0.27380952</w:t>
            </w:r>
          </w:p>
        </w:tc>
        <w:tc>
          <w:tcPr>
            <w:tcW w:w="564" w:type="dxa"/>
            <w:tcMar>
              <w:top w:w="20" w:type="dxa"/>
              <w:left w:w="50" w:type="dxa"/>
              <w:bottom w:w="20" w:type="dxa"/>
              <w:right w:w="50" w:type="dxa"/>
            </w:tcMar>
          </w:tcPr>
          <w:p w14:paraId="2967CADA" w14:textId="77777777" w:rsidR="00292F36" w:rsidRDefault="00000000">
            <w:r>
              <w:rPr>
                <w:sz w:val="12"/>
              </w:rPr>
              <w:t>0.00595238</w:t>
            </w:r>
          </w:p>
        </w:tc>
        <w:tc>
          <w:tcPr>
            <w:tcW w:w="564" w:type="dxa"/>
            <w:tcMar>
              <w:top w:w="20" w:type="dxa"/>
              <w:left w:w="50" w:type="dxa"/>
              <w:bottom w:w="20" w:type="dxa"/>
              <w:right w:w="50" w:type="dxa"/>
            </w:tcMar>
          </w:tcPr>
          <w:p w14:paraId="0DDDDD86" w14:textId="77777777" w:rsidR="00292F36" w:rsidRDefault="00000000">
            <w:r>
              <w:rPr>
                <w:sz w:val="12"/>
              </w:rPr>
              <w:t>0.05357143</w:t>
            </w:r>
          </w:p>
        </w:tc>
        <w:tc>
          <w:tcPr>
            <w:tcW w:w="564" w:type="dxa"/>
            <w:tcMar>
              <w:top w:w="20" w:type="dxa"/>
              <w:left w:w="50" w:type="dxa"/>
              <w:bottom w:w="20" w:type="dxa"/>
              <w:right w:w="50" w:type="dxa"/>
            </w:tcMar>
          </w:tcPr>
          <w:p w14:paraId="1388065E" w14:textId="77777777" w:rsidR="00292F36" w:rsidRDefault="00000000">
            <w:r>
              <w:rPr>
                <w:sz w:val="12"/>
              </w:rPr>
              <w:t>0</w:t>
            </w:r>
          </w:p>
        </w:tc>
      </w:tr>
      <w:tr w:rsidR="00292F36" w14:paraId="02692BF5" w14:textId="77777777">
        <w:tc>
          <w:tcPr>
            <w:tcW w:w="564" w:type="dxa"/>
            <w:tcMar>
              <w:top w:w="20" w:type="dxa"/>
              <w:left w:w="50" w:type="dxa"/>
              <w:bottom w:w="20" w:type="dxa"/>
              <w:right w:w="50" w:type="dxa"/>
            </w:tcMar>
          </w:tcPr>
          <w:p w14:paraId="2D90FD07" w14:textId="77777777" w:rsidR="00292F36" w:rsidRDefault="00000000">
            <w:r>
              <w:rPr>
                <w:sz w:val="12"/>
              </w:rPr>
              <w:t>2019_piedra_blanca_piedra_blanca_shallow_1</w:t>
            </w:r>
          </w:p>
        </w:tc>
        <w:tc>
          <w:tcPr>
            <w:tcW w:w="564" w:type="dxa"/>
            <w:tcMar>
              <w:top w:w="20" w:type="dxa"/>
              <w:left w:w="50" w:type="dxa"/>
              <w:bottom w:w="20" w:type="dxa"/>
              <w:right w:w="50" w:type="dxa"/>
            </w:tcMar>
          </w:tcPr>
          <w:p w14:paraId="2E47B42F" w14:textId="77777777" w:rsidR="00292F36" w:rsidRDefault="00000000">
            <w:r>
              <w:rPr>
                <w:sz w:val="12"/>
              </w:rPr>
              <w:t>-0.5895106</w:t>
            </w:r>
          </w:p>
        </w:tc>
        <w:tc>
          <w:tcPr>
            <w:tcW w:w="564" w:type="dxa"/>
            <w:tcMar>
              <w:top w:w="20" w:type="dxa"/>
              <w:left w:w="50" w:type="dxa"/>
              <w:bottom w:w="20" w:type="dxa"/>
              <w:right w:w="50" w:type="dxa"/>
            </w:tcMar>
          </w:tcPr>
          <w:p w14:paraId="0FD84339" w14:textId="77777777" w:rsidR="00292F36" w:rsidRDefault="00000000">
            <w:r>
              <w:rPr>
                <w:sz w:val="12"/>
              </w:rPr>
              <w:t>-0.1582509</w:t>
            </w:r>
          </w:p>
        </w:tc>
        <w:tc>
          <w:tcPr>
            <w:tcW w:w="564" w:type="dxa"/>
            <w:tcMar>
              <w:top w:w="20" w:type="dxa"/>
              <w:left w:w="50" w:type="dxa"/>
              <w:bottom w:w="20" w:type="dxa"/>
              <w:right w:w="50" w:type="dxa"/>
            </w:tcMar>
          </w:tcPr>
          <w:p w14:paraId="76979481" w14:textId="77777777" w:rsidR="00292F36" w:rsidRDefault="00000000">
            <w:r>
              <w:rPr>
                <w:sz w:val="12"/>
              </w:rPr>
              <w:t>2019</w:t>
            </w:r>
          </w:p>
        </w:tc>
        <w:tc>
          <w:tcPr>
            <w:tcW w:w="564" w:type="dxa"/>
            <w:tcMar>
              <w:top w:w="20" w:type="dxa"/>
              <w:left w:w="50" w:type="dxa"/>
              <w:bottom w:w="20" w:type="dxa"/>
              <w:right w:w="50" w:type="dxa"/>
            </w:tcMar>
          </w:tcPr>
          <w:p w14:paraId="30291EE9" w14:textId="77777777" w:rsidR="00292F36" w:rsidRDefault="00000000">
            <w:r>
              <w:rPr>
                <w:sz w:val="12"/>
              </w:rPr>
              <w:t>punta_eugenia</w:t>
            </w:r>
          </w:p>
        </w:tc>
        <w:tc>
          <w:tcPr>
            <w:tcW w:w="564" w:type="dxa"/>
            <w:tcMar>
              <w:top w:w="20" w:type="dxa"/>
              <w:left w:w="50" w:type="dxa"/>
              <w:bottom w:w="20" w:type="dxa"/>
              <w:right w:w="50" w:type="dxa"/>
            </w:tcMar>
          </w:tcPr>
          <w:p w14:paraId="3493A8D6" w14:textId="77777777" w:rsidR="00292F36" w:rsidRDefault="00000000">
            <w:r>
              <w:rPr>
                <w:sz w:val="12"/>
              </w:rPr>
              <w:t>South</w:t>
            </w:r>
          </w:p>
        </w:tc>
        <w:tc>
          <w:tcPr>
            <w:tcW w:w="564" w:type="dxa"/>
            <w:tcMar>
              <w:top w:w="20" w:type="dxa"/>
              <w:left w:w="50" w:type="dxa"/>
              <w:bottom w:w="20" w:type="dxa"/>
              <w:right w:w="50" w:type="dxa"/>
            </w:tcMar>
          </w:tcPr>
          <w:p w14:paraId="1FC0EB91" w14:textId="77777777" w:rsidR="00292F36" w:rsidRDefault="00000000">
            <w:r>
              <w:rPr>
                <w:sz w:val="12"/>
              </w:rPr>
              <w:t>piedra_blanca</w:t>
            </w:r>
          </w:p>
        </w:tc>
        <w:tc>
          <w:tcPr>
            <w:tcW w:w="564" w:type="dxa"/>
            <w:tcMar>
              <w:top w:w="20" w:type="dxa"/>
              <w:left w:w="50" w:type="dxa"/>
              <w:bottom w:w="20" w:type="dxa"/>
              <w:right w:w="50" w:type="dxa"/>
            </w:tcMar>
          </w:tcPr>
          <w:p w14:paraId="4719DAA3" w14:textId="77777777" w:rsidR="00292F36" w:rsidRDefault="00000000">
            <w:r>
              <w:rPr>
                <w:sz w:val="12"/>
              </w:rPr>
              <w:t>piedra_blanca_shallow</w:t>
            </w:r>
          </w:p>
        </w:tc>
        <w:tc>
          <w:tcPr>
            <w:tcW w:w="564" w:type="dxa"/>
            <w:tcMar>
              <w:top w:w="20" w:type="dxa"/>
              <w:left w:w="50" w:type="dxa"/>
              <w:bottom w:w="20" w:type="dxa"/>
              <w:right w:w="50" w:type="dxa"/>
            </w:tcMar>
          </w:tcPr>
          <w:p w14:paraId="45E58B90" w14:textId="77777777" w:rsidR="00292F36" w:rsidRDefault="00000000">
            <w:r>
              <w:rPr>
                <w:sz w:val="12"/>
              </w:rPr>
              <w:t>6</w:t>
            </w:r>
          </w:p>
        </w:tc>
        <w:tc>
          <w:tcPr>
            <w:tcW w:w="564" w:type="dxa"/>
            <w:tcMar>
              <w:top w:w="20" w:type="dxa"/>
              <w:left w:w="50" w:type="dxa"/>
              <w:bottom w:w="20" w:type="dxa"/>
              <w:right w:w="50" w:type="dxa"/>
            </w:tcMar>
          </w:tcPr>
          <w:p w14:paraId="1227DFD1" w14:textId="77777777" w:rsidR="00292F36" w:rsidRDefault="00000000">
            <w:r>
              <w:rPr>
                <w:sz w:val="12"/>
              </w:rPr>
              <w:t>20.0900002</w:t>
            </w:r>
          </w:p>
        </w:tc>
        <w:tc>
          <w:tcPr>
            <w:tcW w:w="564" w:type="dxa"/>
            <w:tcMar>
              <w:top w:w="20" w:type="dxa"/>
              <w:left w:w="50" w:type="dxa"/>
              <w:bottom w:w="20" w:type="dxa"/>
              <w:right w:w="50" w:type="dxa"/>
            </w:tcMar>
          </w:tcPr>
          <w:p w14:paraId="1EC219DD" w14:textId="77777777" w:rsidR="00292F36" w:rsidRDefault="00000000">
            <w:r>
              <w:rPr>
                <w:sz w:val="12"/>
              </w:rPr>
              <w:t>3.58301472</w:t>
            </w:r>
          </w:p>
        </w:tc>
        <w:tc>
          <w:tcPr>
            <w:tcW w:w="564" w:type="dxa"/>
            <w:tcMar>
              <w:top w:w="20" w:type="dxa"/>
              <w:left w:w="50" w:type="dxa"/>
              <w:bottom w:w="20" w:type="dxa"/>
              <w:right w:w="50" w:type="dxa"/>
            </w:tcMar>
          </w:tcPr>
          <w:p w14:paraId="1766EAF6" w14:textId="77777777" w:rsidR="00292F36" w:rsidRDefault="00000000">
            <w:r>
              <w:rPr>
                <w:sz w:val="12"/>
              </w:rPr>
              <w:t>0.89561587</w:t>
            </w:r>
          </w:p>
        </w:tc>
        <w:tc>
          <w:tcPr>
            <w:tcW w:w="564" w:type="dxa"/>
            <w:tcMar>
              <w:top w:w="20" w:type="dxa"/>
              <w:left w:w="50" w:type="dxa"/>
              <w:bottom w:w="20" w:type="dxa"/>
              <w:right w:w="50" w:type="dxa"/>
            </w:tcMar>
          </w:tcPr>
          <w:p w14:paraId="62509145" w14:textId="77777777" w:rsidR="00292F36" w:rsidRDefault="00000000">
            <w:r>
              <w:rPr>
                <w:sz w:val="12"/>
              </w:rPr>
              <w:t>0.10438413</w:t>
            </w:r>
          </w:p>
        </w:tc>
        <w:tc>
          <w:tcPr>
            <w:tcW w:w="564" w:type="dxa"/>
            <w:tcMar>
              <w:top w:w="20" w:type="dxa"/>
              <w:left w:w="50" w:type="dxa"/>
              <w:bottom w:w="20" w:type="dxa"/>
              <w:right w:w="50" w:type="dxa"/>
            </w:tcMar>
          </w:tcPr>
          <w:p w14:paraId="47E1DCDB" w14:textId="77777777" w:rsidR="00292F36" w:rsidRDefault="00000000">
            <w:r>
              <w:rPr>
                <w:sz w:val="12"/>
              </w:rPr>
              <w:t>0</w:t>
            </w:r>
          </w:p>
        </w:tc>
        <w:tc>
          <w:tcPr>
            <w:tcW w:w="564" w:type="dxa"/>
            <w:tcMar>
              <w:top w:w="20" w:type="dxa"/>
              <w:left w:w="50" w:type="dxa"/>
              <w:bottom w:w="20" w:type="dxa"/>
              <w:right w:w="50" w:type="dxa"/>
            </w:tcMar>
          </w:tcPr>
          <w:p w14:paraId="3EE2A0C4" w14:textId="77777777" w:rsidR="00292F36" w:rsidRDefault="00000000">
            <w:r>
              <w:rPr>
                <w:sz w:val="12"/>
              </w:rPr>
              <w:t>0</w:t>
            </w:r>
          </w:p>
        </w:tc>
        <w:tc>
          <w:tcPr>
            <w:tcW w:w="564" w:type="dxa"/>
            <w:tcMar>
              <w:top w:w="20" w:type="dxa"/>
              <w:left w:w="50" w:type="dxa"/>
              <w:bottom w:w="20" w:type="dxa"/>
              <w:right w:w="50" w:type="dxa"/>
            </w:tcMar>
          </w:tcPr>
          <w:p w14:paraId="173E4590" w14:textId="77777777" w:rsidR="00292F36" w:rsidRDefault="00000000">
            <w:r>
              <w:rPr>
                <w:sz w:val="12"/>
              </w:rPr>
              <w:t>0</w:t>
            </w:r>
          </w:p>
        </w:tc>
        <w:tc>
          <w:tcPr>
            <w:tcW w:w="564" w:type="dxa"/>
            <w:tcMar>
              <w:top w:w="20" w:type="dxa"/>
              <w:left w:w="50" w:type="dxa"/>
              <w:bottom w:w="20" w:type="dxa"/>
              <w:right w:w="50" w:type="dxa"/>
            </w:tcMar>
          </w:tcPr>
          <w:p w14:paraId="4AFF6E4B" w14:textId="77777777" w:rsidR="00292F36" w:rsidRDefault="00000000">
            <w:r>
              <w:rPr>
                <w:sz w:val="12"/>
              </w:rPr>
              <w:t>0</w:t>
            </w:r>
          </w:p>
        </w:tc>
        <w:tc>
          <w:tcPr>
            <w:tcW w:w="564" w:type="dxa"/>
            <w:tcMar>
              <w:top w:w="20" w:type="dxa"/>
              <w:left w:w="50" w:type="dxa"/>
              <w:bottom w:w="20" w:type="dxa"/>
              <w:right w:w="50" w:type="dxa"/>
            </w:tcMar>
          </w:tcPr>
          <w:p w14:paraId="443709F0" w14:textId="77777777" w:rsidR="00292F36" w:rsidRDefault="00000000">
            <w:r>
              <w:rPr>
                <w:sz w:val="12"/>
              </w:rPr>
              <w:t>0</w:t>
            </w:r>
          </w:p>
        </w:tc>
        <w:tc>
          <w:tcPr>
            <w:tcW w:w="564" w:type="dxa"/>
            <w:tcMar>
              <w:top w:w="20" w:type="dxa"/>
              <w:left w:w="50" w:type="dxa"/>
              <w:bottom w:w="20" w:type="dxa"/>
              <w:right w:w="50" w:type="dxa"/>
            </w:tcMar>
          </w:tcPr>
          <w:p w14:paraId="0E851C19" w14:textId="77777777" w:rsidR="00292F36" w:rsidRDefault="00000000">
            <w:r>
              <w:rPr>
                <w:sz w:val="12"/>
              </w:rPr>
              <w:t>0</w:t>
            </w:r>
          </w:p>
        </w:tc>
        <w:tc>
          <w:tcPr>
            <w:tcW w:w="564" w:type="dxa"/>
            <w:tcMar>
              <w:top w:w="20" w:type="dxa"/>
              <w:left w:w="50" w:type="dxa"/>
              <w:bottom w:w="20" w:type="dxa"/>
              <w:right w:w="50" w:type="dxa"/>
            </w:tcMar>
          </w:tcPr>
          <w:p w14:paraId="2393B1BE" w14:textId="77777777" w:rsidR="00292F36" w:rsidRDefault="00000000">
            <w:r>
              <w:rPr>
                <w:sz w:val="12"/>
              </w:rPr>
              <w:t>0</w:t>
            </w:r>
          </w:p>
        </w:tc>
        <w:tc>
          <w:tcPr>
            <w:tcW w:w="564" w:type="dxa"/>
            <w:tcMar>
              <w:top w:w="20" w:type="dxa"/>
              <w:left w:w="50" w:type="dxa"/>
              <w:bottom w:w="20" w:type="dxa"/>
              <w:right w:w="50" w:type="dxa"/>
            </w:tcMar>
          </w:tcPr>
          <w:p w14:paraId="74168483" w14:textId="77777777" w:rsidR="00292F36" w:rsidRDefault="00000000">
            <w:r>
              <w:rPr>
                <w:sz w:val="12"/>
              </w:rPr>
              <w:t>0.3875</w:t>
            </w:r>
          </w:p>
        </w:tc>
        <w:tc>
          <w:tcPr>
            <w:tcW w:w="564" w:type="dxa"/>
            <w:tcMar>
              <w:top w:w="20" w:type="dxa"/>
              <w:left w:w="50" w:type="dxa"/>
              <w:bottom w:w="20" w:type="dxa"/>
              <w:right w:w="50" w:type="dxa"/>
            </w:tcMar>
          </w:tcPr>
          <w:p w14:paraId="1EE6822A" w14:textId="77777777" w:rsidR="00292F36" w:rsidRDefault="00000000">
            <w:r>
              <w:rPr>
                <w:sz w:val="12"/>
              </w:rPr>
              <w:t>0.55</w:t>
            </w:r>
          </w:p>
        </w:tc>
        <w:tc>
          <w:tcPr>
            <w:tcW w:w="564" w:type="dxa"/>
            <w:tcMar>
              <w:top w:w="20" w:type="dxa"/>
              <w:left w:w="50" w:type="dxa"/>
              <w:bottom w:w="20" w:type="dxa"/>
              <w:right w:w="50" w:type="dxa"/>
            </w:tcMar>
          </w:tcPr>
          <w:p w14:paraId="0C1C4061" w14:textId="77777777" w:rsidR="00292F36" w:rsidRDefault="00000000">
            <w:r>
              <w:rPr>
                <w:sz w:val="12"/>
              </w:rPr>
              <w:t>0.0125</w:t>
            </w:r>
          </w:p>
        </w:tc>
        <w:tc>
          <w:tcPr>
            <w:tcW w:w="564" w:type="dxa"/>
            <w:tcMar>
              <w:top w:w="20" w:type="dxa"/>
              <w:left w:w="50" w:type="dxa"/>
              <w:bottom w:w="20" w:type="dxa"/>
              <w:right w:w="50" w:type="dxa"/>
            </w:tcMar>
          </w:tcPr>
          <w:p w14:paraId="32DE88C7" w14:textId="77777777" w:rsidR="00292F36" w:rsidRDefault="00000000">
            <w:r>
              <w:rPr>
                <w:sz w:val="12"/>
              </w:rPr>
              <w:t>0.05</w:t>
            </w:r>
          </w:p>
        </w:tc>
        <w:tc>
          <w:tcPr>
            <w:tcW w:w="564" w:type="dxa"/>
            <w:tcMar>
              <w:top w:w="20" w:type="dxa"/>
              <w:left w:w="50" w:type="dxa"/>
              <w:bottom w:w="20" w:type="dxa"/>
              <w:right w:w="50" w:type="dxa"/>
            </w:tcMar>
          </w:tcPr>
          <w:p w14:paraId="1E321555" w14:textId="77777777" w:rsidR="00292F36" w:rsidRDefault="00000000">
            <w:r>
              <w:rPr>
                <w:sz w:val="12"/>
              </w:rPr>
              <w:t>0</w:t>
            </w:r>
          </w:p>
        </w:tc>
      </w:tr>
      <w:tr w:rsidR="00292F36" w14:paraId="4496659F" w14:textId="77777777">
        <w:tc>
          <w:tcPr>
            <w:tcW w:w="564" w:type="dxa"/>
            <w:tcMar>
              <w:top w:w="20" w:type="dxa"/>
              <w:left w:w="50" w:type="dxa"/>
              <w:bottom w:w="20" w:type="dxa"/>
              <w:right w:w="50" w:type="dxa"/>
            </w:tcMar>
          </w:tcPr>
          <w:p w14:paraId="17C813D3" w14:textId="77777777" w:rsidR="00292F36" w:rsidRDefault="00000000">
            <w:r>
              <w:rPr>
                <w:sz w:val="12"/>
              </w:rPr>
              <w:t>2019_piedra_blanca_piedra_blanca_shallow_2</w:t>
            </w:r>
          </w:p>
        </w:tc>
        <w:tc>
          <w:tcPr>
            <w:tcW w:w="564" w:type="dxa"/>
            <w:tcMar>
              <w:top w:w="20" w:type="dxa"/>
              <w:left w:w="50" w:type="dxa"/>
              <w:bottom w:w="20" w:type="dxa"/>
              <w:right w:w="50" w:type="dxa"/>
            </w:tcMar>
          </w:tcPr>
          <w:p w14:paraId="71AD3382" w14:textId="77777777" w:rsidR="00292F36" w:rsidRDefault="00000000">
            <w:r>
              <w:rPr>
                <w:sz w:val="12"/>
              </w:rPr>
              <w:t>-0.7731421</w:t>
            </w:r>
          </w:p>
        </w:tc>
        <w:tc>
          <w:tcPr>
            <w:tcW w:w="564" w:type="dxa"/>
            <w:tcMar>
              <w:top w:w="20" w:type="dxa"/>
              <w:left w:w="50" w:type="dxa"/>
              <w:bottom w:w="20" w:type="dxa"/>
              <w:right w:w="50" w:type="dxa"/>
            </w:tcMar>
          </w:tcPr>
          <w:p w14:paraId="1C9DF95D" w14:textId="77777777" w:rsidR="00292F36" w:rsidRDefault="00000000">
            <w:r>
              <w:rPr>
                <w:sz w:val="12"/>
              </w:rPr>
              <w:t>-0.1589149</w:t>
            </w:r>
          </w:p>
        </w:tc>
        <w:tc>
          <w:tcPr>
            <w:tcW w:w="564" w:type="dxa"/>
            <w:tcMar>
              <w:top w:w="20" w:type="dxa"/>
              <w:left w:w="50" w:type="dxa"/>
              <w:bottom w:w="20" w:type="dxa"/>
              <w:right w:w="50" w:type="dxa"/>
            </w:tcMar>
          </w:tcPr>
          <w:p w14:paraId="73743747" w14:textId="77777777" w:rsidR="00292F36" w:rsidRDefault="00000000">
            <w:r>
              <w:rPr>
                <w:sz w:val="12"/>
              </w:rPr>
              <w:t>2019</w:t>
            </w:r>
          </w:p>
        </w:tc>
        <w:tc>
          <w:tcPr>
            <w:tcW w:w="564" w:type="dxa"/>
            <w:tcMar>
              <w:top w:w="20" w:type="dxa"/>
              <w:left w:w="50" w:type="dxa"/>
              <w:bottom w:w="20" w:type="dxa"/>
              <w:right w:w="50" w:type="dxa"/>
            </w:tcMar>
          </w:tcPr>
          <w:p w14:paraId="4C799E78" w14:textId="77777777" w:rsidR="00292F36" w:rsidRDefault="00000000">
            <w:r>
              <w:rPr>
                <w:sz w:val="12"/>
              </w:rPr>
              <w:t>punta_eugenia</w:t>
            </w:r>
          </w:p>
        </w:tc>
        <w:tc>
          <w:tcPr>
            <w:tcW w:w="564" w:type="dxa"/>
            <w:tcMar>
              <w:top w:w="20" w:type="dxa"/>
              <w:left w:w="50" w:type="dxa"/>
              <w:bottom w:w="20" w:type="dxa"/>
              <w:right w:w="50" w:type="dxa"/>
            </w:tcMar>
          </w:tcPr>
          <w:p w14:paraId="70C14F36" w14:textId="77777777" w:rsidR="00292F36" w:rsidRDefault="00000000">
            <w:r>
              <w:rPr>
                <w:sz w:val="12"/>
              </w:rPr>
              <w:t>South</w:t>
            </w:r>
          </w:p>
        </w:tc>
        <w:tc>
          <w:tcPr>
            <w:tcW w:w="564" w:type="dxa"/>
            <w:tcMar>
              <w:top w:w="20" w:type="dxa"/>
              <w:left w:w="50" w:type="dxa"/>
              <w:bottom w:w="20" w:type="dxa"/>
              <w:right w:w="50" w:type="dxa"/>
            </w:tcMar>
          </w:tcPr>
          <w:p w14:paraId="4308C0DB" w14:textId="77777777" w:rsidR="00292F36" w:rsidRDefault="00000000">
            <w:r>
              <w:rPr>
                <w:sz w:val="12"/>
              </w:rPr>
              <w:t>piedra_blanca</w:t>
            </w:r>
          </w:p>
        </w:tc>
        <w:tc>
          <w:tcPr>
            <w:tcW w:w="564" w:type="dxa"/>
            <w:tcMar>
              <w:top w:w="20" w:type="dxa"/>
              <w:left w:w="50" w:type="dxa"/>
              <w:bottom w:w="20" w:type="dxa"/>
              <w:right w:w="50" w:type="dxa"/>
            </w:tcMar>
          </w:tcPr>
          <w:p w14:paraId="41DB5D29" w14:textId="77777777" w:rsidR="00292F36" w:rsidRDefault="00000000">
            <w:r>
              <w:rPr>
                <w:sz w:val="12"/>
              </w:rPr>
              <w:t>piedra_blanca_shallow</w:t>
            </w:r>
          </w:p>
        </w:tc>
        <w:tc>
          <w:tcPr>
            <w:tcW w:w="564" w:type="dxa"/>
            <w:tcMar>
              <w:top w:w="20" w:type="dxa"/>
              <w:left w:w="50" w:type="dxa"/>
              <w:bottom w:w="20" w:type="dxa"/>
              <w:right w:w="50" w:type="dxa"/>
            </w:tcMar>
          </w:tcPr>
          <w:p w14:paraId="1791D24D" w14:textId="77777777" w:rsidR="00292F36" w:rsidRDefault="00000000">
            <w:r>
              <w:rPr>
                <w:sz w:val="12"/>
              </w:rPr>
              <w:t>6</w:t>
            </w:r>
          </w:p>
        </w:tc>
        <w:tc>
          <w:tcPr>
            <w:tcW w:w="564" w:type="dxa"/>
            <w:tcMar>
              <w:top w:w="20" w:type="dxa"/>
              <w:left w:w="50" w:type="dxa"/>
              <w:bottom w:w="20" w:type="dxa"/>
              <w:right w:w="50" w:type="dxa"/>
            </w:tcMar>
          </w:tcPr>
          <w:p w14:paraId="503D96BC" w14:textId="77777777" w:rsidR="00292F36" w:rsidRDefault="00000000">
            <w:r>
              <w:rPr>
                <w:sz w:val="12"/>
              </w:rPr>
              <w:t>20.0900002</w:t>
            </w:r>
          </w:p>
        </w:tc>
        <w:tc>
          <w:tcPr>
            <w:tcW w:w="564" w:type="dxa"/>
            <w:tcMar>
              <w:top w:w="20" w:type="dxa"/>
              <w:left w:w="50" w:type="dxa"/>
              <w:bottom w:w="20" w:type="dxa"/>
              <w:right w:w="50" w:type="dxa"/>
            </w:tcMar>
          </w:tcPr>
          <w:p w14:paraId="65CC7E11" w14:textId="77777777" w:rsidR="00292F36" w:rsidRDefault="00000000">
            <w:r>
              <w:rPr>
                <w:sz w:val="12"/>
              </w:rPr>
              <w:t>3.58301472</w:t>
            </w:r>
          </w:p>
        </w:tc>
        <w:tc>
          <w:tcPr>
            <w:tcW w:w="564" w:type="dxa"/>
            <w:tcMar>
              <w:top w:w="20" w:type="dxa"/>
              <w:left w:w="50" w:type="dxa"/>
              <w:bottom w:w="20" w:type="dxa"/>
              <w:right w:w="50" w:type="dxa"/>
            </w:tcMar>
          </w:tcPr>
          <w:p w14:paraId="710D2EDC" w14:textId="77777777" w:rsidR="00292F36" w:rsidRDefault="00000000">
            <w:r>
              <w:rPr>
                <w:sz w:val="12"/>
              </w:rPr>
              <w:t>0.94352159</w:t>
            </w:r>
          </w:p>
        </w:tc>
        <w:tc>
          <w:tcPr>
            <w:tcW w:w="564" w:type="dxa"/>
            <w:tcMar>
              <w:top w:w="20" w:type="dxa"/>
              <w:left w:w="50" w:type="dxa"/>
              <w:bottom w:w="20" w:type="dxa"/>
              <w:right w:w="50" w:type="dxa"/>
            </w:tcMar>
          </w:tcPr>
          <w:p w14:paraId="21CBA236" w14:textId="77777777" w:rsidR="00292F36" w:rsidRDefault="00000000">
            <w:r>
              <w:rPr>
                <w:sz w:val="12"/>
              </w:rPr>
              <w:t>0.03986711</w:t>
            </w:r>
          </w:p>
        </w:tc>
        <w:tc>
          <w:tcPr>
            <w:tcW w:w="564" w:type="dxa"/>
            <w:tcMar>
              <w:top w:w="20" w:type="dxa"/>
              <w:left w:w="50" w:type="dxa"/>
              <w:bottom w:w="20" w:type="dxa"/>
              <w:right w:w="50" w:type="dxa"/>
            </w:tcMar>
          </w:tcPr>
          <w:p w14:paraId="1C1AC7DD" w14:textId="77777777" w:rsidR="00292F36" w:rsidRDefault="00000000">
            <w:r>
              <w:rPr>
                <w:sz w:val="12"/>
              </w:rPr>
              <w:t>0.0166113</w:t>
            </w:r>
          </w:p>
        </w:tc>
        <w:tc>
          <w:tcPr>
            <w:tcW w:w="564" w:type="dxa"/>
            <w:tcMar>
              <w:top w:w="20" w:type="dxa"/>
              <w:left w:w="50" w:type="dxa"/>
              <w:bottom w:w="20" w:type="dxa"/>
              <w:right w:w="50" w:type="dxa"/>
            </w:tcMar>
          </w:tcPr>
          <w:p w14:paraId="4A721F62" w14:textId="77777777" w:rsidR="00292F36" w:rsidRDefault="00000000">
            <w:r>
              <w:rPr>
                <w:sz w:val="12"/>
              </w:rPr>
              <w:t>0</w:t>
            </w:r>
          </w:p>
        </w:tc>
        <w:tc>
          <w:tcPr>
            <w:tcW w:w="564" w:type="dxa"/>
            <w:tcMar>
              <w:top w:w="20" w:type="dxa"/>
              <w:left w:w="50" w:type="dxa"/>
              <w:bottom w:w="20" w:type="dxa"/>
              <w:right w:w="50" w:type="dxa"/>
            </w:tcMar>
          </w:tcPr>
          <w:p w14:paraId="172AD1FD" w14:textId="77777777" w:rsidR="00292F36" w:rsidRDefault="00000000">
            <w:r>
              <w:rPr>
                <w:sz w:val="12"/>
              </w:rPr>
              <w:t>0</w:t>
            </w:r>
          </w:p>
        </w:tc>
        <w:tc>
          <w:tcPr>
            <w:tcW w:w="564" w:type="dxa"/>
            <w:tcMar>
              <w:top w:w="20" w:type="dxa"/>
              <w:left w:w="50" w:type="dxa"/>
              <w:bottom w:w="20" w:type="dxa"/>
              <w:right w:w="50" w:type="dxa"/>
            </w:tcMar>
          </w:tcPr>
          <w:p w14:paraId="60C69327" w14:textId="77777777" w:rsidR="00292F36" w:rsidRDefault="00000000">
            <w:r>
              <w:rPr>
                <w:sz w:val="12"/>
              </w:rPr>
              <w:t>0</w:t>
            </w:r>
          </w:p>
        </w:tc>
        <w:tc>
          <w:tcPr>
            <w:tcW w:w="564" w:type="dxa"/>
            <w:tcMar>
              <w:top w:w="20" w:type="dxa"/>
              <w:left w:w="50" w:type="dxa"/>
              <w:bottom w:w="20" w:type="dxa"/>
              <w:right w:w="50" w:type="dxa"/>
            </w:tcMar>
          </w:tcPr>
          <w:p w14:paraId="3D081A82" w14:textId="77777777" w:rsidR="00292F36" w:rsidRDefault="00000000">
            <w:r>
              <w:rPr>
                <w:sz w:val="12"/>
              </w:rPr>
              <w:t>0</w:t>
            </w:r>
          </w:p>
        </w:tc>
        <w:tc>
          <w:tcPr>
            <w:tcW w:w="564" w:type="dxa"/>
            <w:tcMar>
              <w:top w:w="20" w:type="dxa"/>
              <w:left w:w="50" w:type="dxa"/>
              <w:bottom w:w="20" w:type="dxa"/>
              <w:right w:w="50" w:type="dxa"/>
            </w:tcMar>
          </w:tcPr>
          <w:p w14:paraId="7AEDB0CF" w14:textId="77777777" w:rsidR="00292F36" w:rsidRDefault="00000000">
            <w:r>
              <w:rPr>
                <w:sz w:val="12"/>
              </w:rPr>
              <w:t>0</w:t>
            </w:r>
          </w:p>
        </w:tc>
        <w:tc>
          <w:tcPr>
            <w:tcW w:w="564" w:type="dxa"/>
            <w:tcMar>
              <w:top w:w="20" w:type="dxa"/>
              <w:left w:w="50" w:type="dxa"/>
              <w:bottom w:w="20" w:type="dxa"/>
              <w:right w:w="50" w:type="dxa"/>
            </w:tcMar>
          </w:tcPr>
          <w:p w14:paraId="0BA4EF43" w14:textId="77777777" w:rsidR="00292F36" w:rsidRDefault="00000000">
            <w:r>
              <w:rPr>
                <w:sz w:val="12"/>
              </w:rPr>
              <w:t>0.05405405</w:t>
            </w:r>
          </w:p>
        </w:tc>
        <w:tc>
          <w:tcPr>
            <w:tcW w:w="564" w:type="dxa"/>
            <w:tcMar>
              <w:top w:w="20" w:type="dxa"/>
              <w:left w:w="50" w:type="dxa"/>
              <w:bottom w:w="20" w:type="dxa"/>
              <w:right w:w="50" w:type="dxa"/>
            </w:tcMar>
          </w:tcPr>
          <w:p w14:paraId="517B8CC5" w14:textId="77777777" w:rsidR="00292F36" w:rsidRDefault="00000000">
            <w:r>
              <w:rPr>
                <w:sz w:val="12"/>
              </w:rPr>
              <w:t>0.21621622</w:t>
            </w:r>
          </w:p>
        </w:tc>
        <w:tc>
          <w:tcPr>
            <w:tcW w:w="564" w:type="dxa"/>
            <w:tcMar>
              <w:top w:w="20" w:type="dxa"/>
              <w:left w:w="50" w:type="dxa"/>
              <w:bottom w:w="20" w:type="dxa"/>
              <w:right w:w="50" w:type="dxa"/>
            </w:tcMar>
          </w:tcPr>
          <w:p w14:paraId="0BD43A96" w14:textId="77777777" w:rsidR="00292F36" w:rsidRDefault="00000000">
            <w:r>
              <w:rPr>
                <w:sz w:val="12"/>
              </w:rPr>
              <w:t>0.64864865</w:t>
            </w:r>
          </w:p>
        </w:tc>
        <w:tc>
          <w:tcPr>
            <w:tcW w:w="564" w:type="dxa"/>
            <w:tcMar>
              <w:top w:w="20" w:type="dxa"/>
              <w:left w:w="50" w:type="dxa"/>
              <w:bottom w:w="20" w:type="dxa"/>
              <w:right w:w="50" w:type="dxa"/>
            </w:tcMar>
          </w:tcPr>
          <w:p w14:paraId="67D837E0" w14:textId="77777777" w:rsidR="00292F36" w:rsidRDefault="00000000">
            <w:r>
              <w:rPr>
                <w:sz w:val="12"/>
              </w:rPr>
              <w:t>0</w:t>
            </w:r>
          </w:p>
        </w:tc>
        <w:tc>
          <w:tcPr>
            <w:tcW w:w="564" w:type="dxa"/>
            <w:tcMar>
              <w:top w:w="20" w:type="dxa"/>
              <w:left w:w="50" w:type="dxa"/>
              <w:bottom w:w="20" w:type="dxa"/>
              <w:right w:w="50" w:type="dxa"/>
            </w:tcMar>
          </w:tcPr>
          <w:p w14:paraId="6CE46CBB" w14:textId="77777777" w:rsidR="00292F36" w:rsidRDefault="00000000">
            <w:r>
              <w:rPr>
                <w:sz w:val="12"/>
              </w:rPr>
              <w:t>0.08108108</w:t>
            </w:r>
          </w:p>
        </w:tc>
        <w:tc>
          <w:tcPr>
            <w:tcW w:w="564" w:type="dxa"/>
            <w:tcMar>
              <w:top w:w="20" w:type="dxa"/>
              <w:left w:w="50" w:type="dxa"/>
              <w:bottom w:w="20" w:type="dxa"/>
              <w:right w:w="50" w:type="dxa"/>
            </w:tcMar>
          </w:tcPr>
          <w:p w14:paraId="122C3267" w14:textId="77777777" w:rsidR="00292F36" w:rsidRDefault="00000000">
            <w:r>
              <w:rPr>
                <w:sz w:val="12"/>
              </w:rPr>
              <w:t>0</w:t>
            </w:r>
          </w:p>
        </w:tc>
      </w:tr>
      <w:tr w:rsidR="00292F36" w14:paraId="353EDD42" w14:textId="77777777">
        <w:tc>
          <w:tcPr>
            <w:tcW w:w="564" w:type="dxa"/>
            <w:tcMar>
              <w:top w:w="20" w:type="dxa"/>
              <w:left w:w="50" w:type="dxa"/>
              <w:bottom w:w="20" w:type="dxa"/>
              <w:right w:w="50" w:type="dxa"/>
            </w:tcMar>
          </w:tcPr>
          <w:p w14:paraId="58C5542F" w14:textId="77777777" w:rsidR="00292F36" w:rsidRDefault="00000000">
            <w:r>
              <w:rPr>
                <w:sz w:val="12"/>
              </w:rPr>
              <w:t>2019_punta_banda_punta_banda_deep_1</w:t>
            </w:r>
          </w:p>
        </w:tc>
        <w:tc>
          <w:tcPr>
            <w:tcW w:w="564" w:type="dxa"/>
            <w:tcMar>
              <w:top w:w="20" w:type="dxa"/>
              <w:left w:w="50" w:type="dxa"/>
              <w:bottom w:w="20" w:type="dxa"/>
              <w:right w:w="50" w:type="dxa"/>
            </w:tcMar>
          </w:tcPr>
          <w:p w14:paraId="253B7D98" w14:textId="77777777" w:rsidR="00292F36" w:rsidRDefault="00000000">
            <w:r>
              <w:rPr>
                <w:sz w:val="12"/>
              </w:rPr>
              <w:t>-0.3797441</w:t>
            </w:r>
          </w:p>
        </w:tc>
        <w:tc>
          <w:tcPr>
            <w:tcW w:w="564" w:type="dxa"/>
            <w:tcMar>
              <w:top w:w="20" w:type="dxa"/>
              <w:left w:w="50" w:type="dxa"/>
              <w:bottom w:w="20" w:type="dxa"/>
              <w:right w:w="50" w:type="dxa"/>
            </w:tcMar>
          </w:tcPr>
          <w:p w14:paraId="764E06FC" w14:textId="77777777" w:rsidR="00292F36" w:rsidRDefault="00000000">
            <w:r>
              <w:rPr>
                <w:sz w:val="12"/>
              </w:rPr>
              <w:t>0.07486976</w:t>
            </w:r>
          </w:p>
        </w:tc>
        <w:tc>
          <w:tcPr>
            <w:tcW w:w="564" w:type="dxa"/>
            <w:tcMar>
              <w:top w:w="20" w:type="dxa"/>
              <w:left w:w="50" w:type="dxa"/>
              <w:bottom w:w="20" w:type="dxa"/>
              <w:right w:w="50" w:type="dxa"/>
            </w:tcMar>
          </w:tcPr>
          <w:p w14:paraId="2A6ED86D" w14:textId="77777777" w:rsidR="00292F36" w:rsidRDefault="00000000">
            <w:r>
              <w:rPr>
                <w:sz w:val="12"/>
              </w:rPr>
              <w:t>2019</w:t>
            </w:r>
          </w:p>
        </w:tc>
        <w:tc>
          <w:tcPr>
            <w:tcW w:w="564" w:type="dxa"/>
            <w:tcMar>
              <w:top w:w="20" w:type="dxa"/>
              <w:left w:w="50" w:type="dxa"/>
              <w:bottom w:w="20" w:type="dxa"/>
              <w:right w:w="50" w:type="dxa"/>
            </w:tcMar>
          </w:tcPr>
          <w:p w14:paraId="79719035" w14:textId="77777777" w:rsidR="00292F36" w:rsidRDefault="00000000">
            <w:r>
              <w:rPr>
                <w:sz w:val="12"/>
              </w:rPr>
              <w:t>ensenada</w:t>
            </w:r>
          </w:p>
        </w:tc>
        <w:tc>
          <w:tcPr>
            <w:tcW w:w="564" w:type="dxa"/>
            <w:tcMar>
              <w:top w:w="20" w:type="dxa"/>
              <w:left w:w="50" w:type="dxa"/>
              <w:bottom w:w="20" w:type="dxa"/>
              <w:right w:w="50" w:type="dxa"/>
            </w:tcMar>
          </w:tcPr>
          <w:p w14:paraId="14B62D74" w14:textId="77777777" w:rsidR="00292F36" w:rsidRDefault="00000000">
            <w:r>
              <w:rPr>
                <w:sz w:val="12"/>
              </w:rPr>
              <w:t>North</w:t>
            </w:r>
          </w:p>
        </w:tc>
        <w:tc>
          <w:tcPr>
            <w:tcW w:w="564" w:type="dxa"/>
            <w:tcMar>
              <w:top w:w="20" w:type="dxa"/>
              <w:left w:w="50" w:type="dxa"/>
              <w:bottom w:w="20" w:type="dxa"/>
              <w:right w:w="50" w:type="dxa"/>
            </w:tcMar>
          </w:tcPr>
          <w:p w14:paraId="2BFA79B5" w14:textId="77777777" w:rsidR="00292F36" w:rsidRDefault="00000000">
            <w:r>
              <w:rPr>
                <w:sz w:val="12"/>
              </w:rPr>
              <w:t>punta_banda</w:t>
            </w:r>
          </w:p>
        </w:tc>
        <w:tc>
          <w:tcPr>
            <w:tcW w:w="564" w:type="dxa"/>
            <w:tcMar>
              <w:top w:w="20" w:type="dxa"/>
              <w:left w:w="50" w:type="dxa"/>
              <w:bottom w:w="20" w:type="dxa"/>
              <w:right w:w="50" w:type="dxa"/>
            </w:tcMar>
          </w:tcPr>
          <w:p w14:paraId="431BE1EE" w14:textId="77777777" w:rsidR="00292F36" w:rsidRDefault="00000000">
            <w:r>
              <w:rPr>
                <w:sz w:val="12"/>
              </w:rPr>
              <w:t>punta_banda_deep</w:t>
            </w:r>
          </w:p>
        </w:tc>
        <w:tc>
          <w:tcPr>
            <w:tcW w:w="564" w:type="dxa"/>
            <w:tcMar>
              <w:top w:w="20" w:type="dxa"/>
              <w:left w:w="50" w:type="dxa"/>
              <w:bottom w:w="20" w:type="dxa"/>
              <w:right w:w="50" w:type="dxa"/>
            </w:tcMar>
          </w:tcPr>
          <w:p w14:paraId="1FB744C0" w14:textId="77777777" w:rsidR="00292F36" w:rsidRDefault="00000000">
            <w:r>
              <w:rPr>
                <w:sz w:val="12"/>
              </w:rPr>
              <w:t>17</w:t>
            </w:r>
          </w:p>
        </w:tc>
        <w:tc>
          <w:tcPr>
            <w:tcW w:w="564" w:type="dxa"/>
            <w:tcMar>
              <w:top w:w="20" w:type="dxa"/>
              <w:left w:w="50" w:type="dxa"/>
              <w:bottom w:w="20" w:type="dxa"/>
              <w:right w:w="50" w:type="dxa"/>
            </w:tcMar>
          </w:tcPr>
          <w:p w14:paraId="54D532B2" w14:textId="77777777" w:rsidR="00292F36" w:rsidRDefault="00000000">
            <w:r>
              <w:rPr>
                <w:sz w:val="12"/>
              </w:rPr>
              <w:t>18.7199993</w:t>
            </w:r>
          </w:p>
        </w:tc>
        <w:tc>
          <w:tcPr>
            <w:tcW w:w="564" w:type="dxa"/>
            <w:tcMar>
              <w:top w:w="20" w:type="dxa"/>
              <w:left w:w="50" w:type="dxa"/>
              <w:bottom w:w="20" w:type="dxa"/>
              <w:right w:w="50" w:type="dxa"/>
            </w:tcMar>
          </w:tcPr>
          <w:p w14:paraId="1206B24E" w14:textId="77777777" w:rsidR="00292F36" w:rsidRDefault="00000000">
            <w:r>
              <w:rPr>
                <w:sz w:val="12"/>
              </w:rPr>
              <w:t>0.1786304</w:t>
            </w:r>
          </w:p>
        </w:tc>
        <w:tc>
          <w:tcPr>
            <w:tcW w:w="564" w:type="dxa"/>
            <w:tcMar>
              <w:top w:w="20" w:type="dxa"/>
              <w:left w:w="50" w:type="dxa"/>
              <w:bottom w:w="20" w:type="dxa"/>
              <w:right w:w="50" w:type="dxa"/>
            </w:tcMar>
          </w:tcPr>
          <w:p w14:paraId="25F3136F" w14:textId="77777777" w:rsidR="00292F36" w:rsidRDefault="00000000">
            <w:r>
              <w:rPr>
                <w:sz w:val="12"/>
              </w:rPr>
              <w:t>0.76470588</w:t>
            </w:r>
          </w:p>
        </w:tc>
        <w:tc>
          <w:tcPr>
            <w:tcW w:w="564" w:type="dxa"/>
            <w:tcMar>
              <w:top w:w="20" w:type="dxa"/>
              <w:left w:w="50" w:type="dxa"/>
              <w:bottom w:w="20" w:type="dxa"/>
              <w:right w:w="50" w:type="dxa"/>
            </w:tcMar>
          </w:tcPr>
          <w:p w14:paraId="793D4C88" w14:textId="77777777" w:rsidR="00292F36" w:rsidRDefault="00000000">
            <w:r>
              <w:rPr>
                <w:sz w:val="12"/>
              </w:rPr>
              <w:t>0</w:t>
            </w:r>
          </w:p>
        </w:tc>
        <w:tc>
          <w:tcPr>
            <w:tcW w:w="564" w:type="dxa"/>
            <w:tcMar>
              <w:top w:w="20" w:type="dxa"/>
              <w:left w:w="50" w:type="dxa"/>
              <w:bottom w:w="20" w:type="dxa"/>
              <w:right w:w="50" w:type="dxa"/>
            </w:tcMar>
          </w:tcPr>
          <w:p w14:paraId="3FADFAFD" w14:textId="77777777" w:rsidR="00292F36" w:rsidRDefault="00000000">
            <w:r>
              <w:rPr>
                <w:sz w:val="12"/>
              </w:rPr>
              <w:t>0</w:t>
            </w:r>
          </w:p>
        </w:tc>
        <w:tc>
          <w:tcPr>
            <w:tcW w:w="564" w:type="dxa"/>
            <w:tcMar>
              <w:top w:w="20" w:type="dxa"/>
              <w:left w:w="50" w:type="dxa"/>
              <w:bottom w:w="20" w:type="dxa"/>
              <w:right w:w="50" w:type="dxa"/>
            </w:tcMar>
          </w:tcPr>
          <w:p w14:paraId="10827FE0" w14:textId="77777777" w:rsidR="00292F36" w:rsidRDefault="00000000">
            <w:r>
              <w:rPr>
                <w:sz w:val="12"/>
              </w:rPr>
              <w:t>0.23529412</w:t>
            </w:r>
          </w:p>
        </w:tc>
        <w:tc>
          <w:tcPr>
            <w:tcW w:w="564" w:type="dxa"/>
            <w:tcMar>
              <w:top w:w="20" w:type="dxa"/>
              <w:left w:w="50" w:type="dxa"/>
              <w:bottom w:w="20" w:type="dxa"/>
              <w:right w:w="50" w:type="dxa"/>
            </w:tcMar>
          </w:tcPr>
          <w:p w14:paraId="79705E2F" w14:textId="77777777" w:rsidR="00292F36" w:rsidRDefault="00000000">
            <w:r>
              <w:rPr>
                <w:sz w:val="12"/>
              </w:rPr>
              <w:t>0</w:t>
            </w:r>
          </w:p>
        </w:tc>
        <w:tc>
          <w:tcPr>
            <w:tcW w:w="564" w:type="dxa"/>
            <w:tcMar>
              <w:top w:w="20" w:type="dxa"/>
              <w:left w:w="50" w:type="dxa"/>
              <w:bottom w:w="20" w:type="dxa"/>
              <w:right w:w="50" w:type="dxa"/>
            </w:tcMar>
          </w:tcPr>
          <w:p w14:paraId="66DA188C" w14:textId="77777777" w:rsidR="00292F36" w:rsidRDefault="00000000">
            <w:r>
              <w:rPr>
                <w:sz w:val="12"/>
              </w:rPr>
              <w:t>0</w:t>
            </w:r>
          </w:p>
        </w:tc>
        <w:tc>
          <w:tcPr>
            <w:tcW w:w="564" w:type="dxa"/>
            <w:tcMar>
              <w:top w:w="20" w:type="dxa"/>
              <w:left w:w="50" w:type="dxa"/>
              <w:bottom w:w="20" w:type="dxa"/>
              <w:right w:w="50" w:type="dxa"/>
            </w:tcMar>
          </w:tcPr>
          <w:p w14:paraId="57ECAD37" w14:textId="77777777" w:rsidR="00292F36" w:rsidRDefault="00000000">
            <w:r>
              <w:rPr>
                <w:sz w:val="12"/>
              </w:rPr>
              <w:t>0</w:t>
            </w:r>
          </w:p>
        </w:tc>
        <w:tc>
          <w:tcPr>
            <w:tcW w:w="564" w:type="dxa"/>
            <w:tcMar>
              <w:top w:w="20" w:type="dxa"/>
              <w:left w:w="50" w:type="dxa"/>
              <w:bottom w:w="20" w:type="dxa"/>
              <w:right w:w="50" w:type="dxa"/>
            </w:tcMar>
          </w:tcPr>
          <w:p w14:paraId="2DBE0893" w14:textId="77777777" w:rsidR="00292F36" w:rsidRDefault="00000000">
            <w:r>
              <w:rPr>
                <w:sz w:val="12"/>
              </w:rPr>
              <w:t>0</w:t>
            </w:r>
          </w:p>
        </w:tc>
        <w:tc>
          <w:tcPr>
            <w:tcW w:w="564" w:type="dxa"/>
            <w:tcMar>
              <w:top w:w="20" w:type="dxa"/>
              <w:left w:w="50" w:type="dxa"/>
              <w:bottom w:w="20" w:type="dxa"/>
              <w:right w:w="50" w:type="dxa"/>
            </w:tcMar>
          </w:tcPr>
          <w:p w14:paraId="6E5BB0F6" w14:textId="77777777" w:rsidR="00292F36" w:rsidRDefault="00000000">
            <w:r>
              <w:rPr>
                <w:sz w:val="12"/>
              </w:rPr>
              <w:t>0.03738318</w:t>
            </w:r>
          </w:p>
        </w:tc>
        <w:tc>
          <w:tcPr>
            <w:tcW w:w="564" w:type="dxa"/>
            <w:tcMar>
              <w:top w:w="20" w:type="dxa"/>
              <w:left w:w="50" w:type="dxa"/>
              <w:bottom w:w="20" w:type="dxa"/>
              <w:right w:w="50" w:type="dxa"/>
            </w:tcMar>
          </w:tcPr>
          <w:p w14:paraId="4EA0CB19" w14:textId="77777777" w:rsidR="00292F36" w:rsidRDefault="00000000">
            <w:r>
              <w:rPr>
                <w:sz w:val="12"/>
              </w:rPr>
              <w:t>0.43925234</w:t>
            </w:r>
          </w:p>
        </w:tc>
        <w:tc>
          <w:tcPr>
            <w:tcW w:w="564" w:type="dxa"/>
            <w:tcMar>
              <w:top w:w="20" w:type="dxa"/>
              <w:left w:w="50" w:type="dxa"/>
              <w:bottom w:w="20" w:type="dxa"/>
              <w:right w:w="50" w:type="dxa"/>
            </w:tcMar>
          </w:tcPr>
          <w:p w14:paraId="099C4FFB" w14:textId="77777777" w:rsidR="00292F36" w:rsidRDefault="00000000">
            <w:r>
              <w:rPr>
                <w:sz w:val="12"/>
              </w:rPr>
              <w:t>0.13084112</w:t>
            </w:r>
          </w:p>
        </w:tc>
        <w:tc>
          <w:tcPr>
            <w:tcW w:w="564" w:type="dxa"/>
            <w:tcMar>
              <w:top w:w="20" w:type="dxa"/>
              <w:left w:w="50" w:type="dxa"/>
              <w:bottom w:w="20" w:type="dxa"/>
              <w:right w:w="50" w:type="dxa"/>
            </w:tcMar>
          </w:tcPr>
          <w:p w14:paraId="4CB5181D" w14:textId="77777777" w:rsidR="00292F36" w:rsidRDefault="00000000">
            <w:r>
              <w:rPr>
                <w:sz w:val="12"/>
              </w:rPr>
              <w:t>0.09345794</w:t>
            </w:r>
          </w:p>
        </w:tc>
        <w:tc>
          <w:tcPr>
            <w:tcW w:w="564" w:type="dxa"/>
            <w:tcMar>
              <w:top w:w="20" w:type="dxa"/>
              <w:left w:w="50" w:type="dxa"/>
              <w:bottom w:w="20" w:type="dxa"/>
              <w:right w:w="50" w:type="dxa"/>
            </w:tcMar>
          </w:tcPr>
          <w:p w14:paraId="5A6AF8C2" w14:textId="77777777" w:rsidR="00292F36" w:rsidRDefault="00000000">
            <w:r>
              <w:rPr>
                <w:sz w:val="12"/>
              </w:rPr>
              <w:t>0.10280374</w:t>
            </w:r>
          </w:p>
        </w:tc>
        <w:tc>
          <w:tcPr>
            <w:tcW w:w="564" w:type="dxa"/>
            <w:tcMar>
              <w:top w:w="20" w:type="dxa"/>
              <w:left w:w="50" w:type="dxa"/>
              <w:bottom w:w="20" w:type="dxa"/>
              <w:right w:w="50" w:type="dxa"/>
            </w:tcMar>
          </w:tcPr>
          <w:p w14:paraId="54D61DB7" w14:textId="77777777" w:rsidR="00292F36" w:rsidRDefault="00000000">
            <w:r>
              <w:rPr>
                <w:sz w:val="12"/>
              </w:rPr>
              <w:t>0.19626168</w:t>
            </w:r>
          </w:p>
        </w:tc>
      </w:tr>
      <w:tr w:rsidR="00292F36" w14:paraId="776451CA" w14:textId="77777777">
        <w:tc>
          <w:tcPr>
            <w:tcW w:w="564" w:type="dxa"/>
            <w:tcMar>
              <w:top w:w="20" w:type="dxa"/>
              <w:left w:w="50" w:type="dxa"/>
              <w:bottom w:w="20" w:type="dxa"/>
              <w:right w:w="50" w:type="dxa"/>
            </w:tcMar>
          </w:tcPr>
          <w:p w14:paraId="47BAF668" w14:textId="77777777" w:rsidR="00292F36" w:rsidRDefault="00000000">
            <w:r>
              <w:rPr>
                <w:sz w:val="12"/>
              </w:rPr>
              <w:t>2019_punta_banda_punta_banda_mid_1</w:t>
            </w:r>
          </w:p>
        </w:tc>
        <w:tc>
          <w:tcPr>
            <w:tcW w:w="564" w:type="dxa"/>
            <w:tcMar>
              <w:top w:w="20" w:type="dxa"/>
              <w:left w:w="50" w:type="dxa"/>
              <w:bottom w:w="20" w:type="dxa"/>
              <w:right w:w="50" w:type="dxa"/>
            </w:tcMar>
          </w:tcPr>
          <w:p w14:paraId="6A8BCDEB" w14:textId="77777777" w:rsidR="00292F36" w:rsidRDefault="00000000">
            <w:r>
              <w:rPr>
                <w:sz w:val="12"/>
              </w:rPr>
              <w:t>0.06806053</w:t>
            </w:r>
          </w:p>
        </w:tc>
        <w:tc>
          <w:tcPr>
            <w:tcW w:w="564" w:type="dxa"/>
            <w:tcMar>
              <w:top w:w="20" w:type="dxa"/>
              <w:left w:w="50" w:type="dxa"/>
              <w:bottom w:w="20" w:type="dxa"/>
              <w:right w:w="50" w:type="dxa"/>
            </w:tcMar>
          </w:tcPr>
          <w:p w14:paraId="10679DEB" w14:textId="77777777" w:rsidR="00292F36" w:rsidRDefault="00000000">
            <w:r>
              <w:rPr>
                <w:sz w:val="12"/>
              </w:rPr>
              <w:t>0.65243193</w:t>
            </w:r>
          </w:p>
        </w:tc>
        <w:tc>
          <w:tcPr>
            <w:tcW w:w="564" w:type="dxa"/>
            <w:tcMar>
              <w:top w:w="20" w:type="dxa"/>
              <w:left w:w="50" w:type="dxa"/>
              <w:bottom w:w="20" w:type="dxa"/>
              <w:right w:w="50" w:type="dxa"/>
            </w:tcMar>
          </w:tcPr>
          <w:p w14:paraId="72220946" w14:textId="77777777" w:rsidR="00292F36" w:rsidRDefault="00000000">
            <w:r>
              <w:rPr>
                <w:sz w:val="12"/>
              </w:rPr>
              <w:t>2019</w:t>
            </w:r>
          </w:p>
        </w:tc>
        <w:tc>
          <w:tcPr>
            <w:tcW w:w="564" w:type="dxa"/>
            <w:tcMar>
              <w:top w:w="20" w:type="dxa"/>
              <w:left w:w="50" w:type="dxa"/>
              <w:bottom w:w="20" w:type="dxa"/>
              <w:right w:w="50" w:type="dxa"/>
            </w:tcMar>
          </w:tcPr>
          <w:p w14:paraId="1ECAB885" w14:textId="77777777" w:rsidR="00292F36" w:rsidRDefault="00000000">
            <w:r>
              <w:rPr>
                <w:sz w:val="12"/>
              </w:rPr>
              <w:t>ensenada</w:t>
            </w:r>
          </w:p>
        </w:tc>
        <w:tc>
          <w:tcPr>
            <w:tcW w:w="564" w:type="dxa"/>
            <w:tcMar>
              <w:top w:w="20" w:type="dxa"/>
              <w:left w:w="50" w:type="dxa"/>
              <w:bottom w:w="20" w:type="dxa"/>
              <w:right w:w="50" w:type="dxa"/>
            </w:tcMar>
          </w:tcPr>
          <w:p w14:paraId="621583FB" w14:textId="77777777" w:rsidR="00292F36" w:rsidRDefault="00000000">
            <w:r>
              <w:rPr>
                <w:sz w:val="12"/>
              </w:rPr>
              <w:t>North</w:t>
            </w:r>
          </w:p>
        </w:tc>
        <w:tc>
          <w:tcPr>
            <w:tcW w:w="564" w:type="dxa"/>
            <w:tcMar>
              <w:top w:w="20" w:type="dxa"/>
              <w:left w:w="50" w:type="dxa"/>
              <w:bottom w:w="20" w:type="dxa"/>
              <w:right w:w="50" w:type="dxa"/>
            </w:tcMar>
          </w:tcPr>
          <w:p w14:paraId="6E7520D4" w14:textId="77777777" w:rsidR="00292F36" w:rsidRDefault="00000000">
            <w:r>
              <w:rPr>
                <w:sz w:val="12"/>
              </w:rPr>
              <w:t>punta_banda</w:t>
            </w:r>
          </w:p>
        </w:tc>
        <w:tc>
          <w:tcPr>
            <w:tcW w:w="564" w:type="dxa"/>
            <w:tcMar>
              <w:top w:w="20" w:type="dxa"/>
              <w:left w:w="50" w:type="dxa"/>
              <w:bottom w:w="20" w:type="dxa"/>
              <w:right w:w="50" w:type="dxa"/>
            </w:tcMar>
          </w:tcPr>
          <w:p w14:paraId="1E794D65" w14:textId="77777777" w:rsidR="00292F36" w:rsidRDefault="00000000">
            <w:r>
              <w:rPr>
                <w:sz w:val="12"/>
              </w:rPr>
              <w:t>punta_banda_mid</w:t>
            </w:r>
          </w:p>
        </w:tc>
        <w:tc>
          <w:tcPr>
            <w:tcW w:w="564" w:type="dxa"/>
            <w:tcMar>
              <w:top w:w="20" w:type="dxa"/>
              <w:left w:w="50" w:type="dxa"/>
              <w:bottom w:w="20" w:type="dxa"/>
              <w:right w:w="50" w:type="dxa"/>
            </w:tcMar>
          </w:tcPr>
          <w:p w14:paraId="2E9AD038" w14:textId="77777777" w:rsidR="00292F36" w:rsidRDefault="00000000">
            <w:r>
              <w:rPr>
                <w:sz w:val="12"/>
              </w:rPr>
              <w:t>12</w:t>
            </w:r>
          </w:p>
        </w:tc>
        <w:tc>
          <w:tcPr>
            <w:tcW w:w="564" w:type="dxa"/>
            <w:tcMar>
              <w:top w:w="20" w:type="dxa"/>
              <w:left w:w="50" w:type="dxa"/>
              <w:bottom w:w="20" w:type="dxa"/>
              <w:right w:w="50" w:type="dxa"/>
            </w:tcMar>
          </w:tcPr>
          <w:p w14:paraId="0432B47D" w14:textId="77777777" w:rsidR="00292F36" w:rsidRDefault="00000000">
            <w:r>
              <w:rPr>
                <w:sz w:val="12"/>
              </w:rPr>
              <w:t>18.7199993</w:t>
            </w:r>
          </w:p>
        </w:tc>
        <w:tc>
          <w:tcPr>
            <w:tcW w:w="564" w:type="dxa"/>
            <w:tcMar>
              <w:top w:w="20" w:type="dxa"/>
              <w:left w:w="50" w:type="dxa"/>
              <w:bottom w:w="20" w:type="dxa"/>
              <w:right w:w="50" w:type="dxa"/>
            </w:tcMar>
          </w:tcPr>
          <w:p w14:paraId="2842BF1B" w14:textId="77777777" w:rsidR="00292F36" w:rsidRDefault="00000000">
            <w:r>
              <w:rPr>
                <w:sz w:val="12"/>
              </w:rPr>
              <w:t>0.1786304</w:t>
            </w:r>
          </w:p>
        </w:tc>
        <w:tc>
          <w:tcPr>
            <w:tcW w:w="564" w:type="dxa"/>
            <w:tcMar>
              <w:top w:w="20" w:type="dxa"/>
              <w:left w:w="50" w:type="dxa"/>
              <w:bottom w:w="20" w:type="dxa"/>
              <w:right w:w="50" w:type="dxa"/>
            </w:tcMar>
          </w:tcPr>
          <w:p w14:paraId="23AA4248" w14:textId="77777777" w:rsidR="00292F36" w:rsidRDefault="00000000">
            <w:r>
              <w:rPr>
                <w:sz w:val="12"/>
              </w:rPr>
              <w:t>0.18867925</w:t>
            </w:r>
          </w:p>
        </w:tc>
        <w:tc>
          <w:tcPr>
            <w:tcW w:w="564" w:type="dxa"/>
            <w:tcMar>
              <w:top w:w="20" w:type="dxa"/>
              <w:left w:w="50" w:type="dxa"/>
              <w:bottom w:w="20" w:type="dxa"/>
              <w:right w:w="50" w:type="dxa"/>
            </w:tcMar>
          </w:tcPr>
          <w:p w14:paraId="55BD84F8" w14:textId="77777777" w:rsidR="00292F36" w:rsidRDefault="00000000">
            <w:r>
              <w:rPr>
                <w:sz w:val="12"/>
              </w:rPr>
              <w:t>0</w:t>
            </w:r>
          </w:p>
        </w:tc>
        <w:tc>
          <w:tcPr>
            <w:tcW w:w="564" w:type="dxa"/>
            <w:tcMar>
              <w:top w:w="20" w:type="dxa"/>
              <w:left w:w="50" w:type="dxa"/>
              <w:bottom w:w="20" w:type="dxa"/>
              <w:right w:w="50" w:type="dxa"/>
            </w:tcMar>
          </w:tcPr>
          <w:p w14:paraId="62A2FC80" w14:textId="77777777" w:rsidR="00292F36" w:rsidRDefault="00000000">
            <w:r>
              <w:rPr>
                <w:sz w:val="12"/>
              </w:rPr>
              <w:t>0</w:t>
            </w:r>
          </w:p>
        </w:tc>
        <w:tc>
          <w:tcPr>
            <w:tcW w:w="564" w:type="dxa"/>
            <w:tcMar>
              <w:top w:w="20" w:type="dxa"/>
              <w:left w:w="50" w:type="dxa"/>
              <w:bottom w:w="20" w:type="dxa"/>
              <w:right w:w="50" w:type="dxa"/>
            </w:tcMar>
          </w:tcPr>
          <w:p w14:paraId="21BDB59C" w14:textId="77777777" w:rsidR="00292F36" w:rsidRDefault="00000000">
            <w:r>
              <w:rPr>
                <w:sz w:val="12"/>
              </w:rPr>
              <w:t>0.81132075</w:t>
            </w:r>
          </w:p>
        </w:tc>
        <w:tc>
          <w:tcPr>
            <w:tcW w:w="564" w:type="dxa"/>
            <w:tcMar>
              <w:top w:w="20" w:type="dxa"/>
              <w:left w:w="50" w:type="dxa"/>
              <w:bottom w:w="20" w:type="dxa"/>
              <w:right w:w="50" w:type="dxa"/>
            </w:tcMar>
          </w:tcPr>
          <w:p w14:paraId="05ECE5DC" w14:textId="77777777" w:rsidR="00292F36" w:rsidRDefault="00000000">
            <w:r>
              <w:rPr>
                <w:sz w:val="12"/>
              </w:rPr>
              <w:t>0</w:t>
            </w:r>
          </w:p>
        </w:tc>
        <w:tc>
          <w:tcPr>
            <w:tcW w:w="564" w:type="dxa"/>
            <w:tcMar>
              <w:top w:w="20" w:type="dxa"/>
              <w:left w:w="50" w:type="dxa"/>
              <w:bottom w:w="20" w:type="dxa"/>
              <w:right w:w="50" w:type="dxa"/>
            </w:tcMar>
          </w:tcPr>
          <w:p w14:paraId="6C3AE7A2" w14:textId="77777777" w:rsidR="00292F36" w:rsidRDefault="00000000">
            <w:r>
              <w:rPr>
                <w:sz w:val="12"/>
              </w:rPr>
              <w:t>0</w:t>
            </w:r>
          </w:p>
        </w:tc>
        <w:tc>
          <w:tcPr>
            <w:tcW w:w="564" w:type="dxa"/>
            <w:tcMar>
              <w:top w:w="20" w:type="dxa"/>
              <w:left w:w="50" w:type="dxa"/>
              <w:bottom w:w="20" w:type="dxa"/>
              <w:right w:w="50" w:type="dxa"/>
            </w:tcMar>
          </w:tcPr>
          <w:p w14:paraId="2AD53354" w14:textId="77777777" w:rsidR="00292F36" w:rsidRDefault="00000000">
            <w:r>
              <w:rPr>
                <w:sz w:val="12"/>
              </w:rPr>
              <w:t>0</w:t>
            </w:r>
          </w:p>
        </w:tc>
        <w:tc>
          <w:tcPr>
            <w:tcW w:w="564" w:type="dxa"/>
            <w:tcMar>
              <w:top w:w="20" w:type="dxa"/>
              <w:left w:w="50" w:type="dxa"/>
              <w:bottom w:w="20" w:type="dxa"/>
              <w:right w:w="50" w:type="dxa"/>
            </w:tcMar>
          </w:tcPr>
          <w:p w14:paraId="501EF28F" w14:textId="77777777" w:rsidR="00292F36" w:rsidRDefault="00000000">
            <w:r>
              <w:rPr>
                <w:sz w:val="12"/>
              </w:rPr>
              <w:t>0</w:t>
            </w:r>
          </w:p>
        </w:tc>
        <w:tc>
          <w:tcPr>
            <w:tcW w:w="564" w:type="dxa"/>
            <w:tcMar>
              <w:top w:w="20" w:type="dxa"/>
              <w:left w:w="50" w:type="dxa"/>
              <w:bottom w:w="20" w:type="dxa"/>
              <w:right w:w="50" w:type="dxa"/>
            </w:tcMar>
          </w:tcPr>
          <w:p w14:paraId="4E4C3802" w14:textId="77777777" w:rsidR="00292F36" w:rsidRDefault="00000000">
            <w:r>
              <w:rPr>
                <w:sz w:val="12"/>
              </w:rPr>
              <w:t>0</w:t>
            </w:r>
          </w:p>
        </w:tc>
        <w:tc>
          <w:tcPr>
            <w:tcW w:w="564" w:type="dxa"/>
            <w:tcMar>
              <w:top w:w="20" w:type="dxa"/>
              <w:left w:w="50" w:type="dxa"/>
              <w:bottom w:w="20" w:type="dxa"/>
              <w:right w:w="50" w:type="dxa"/>
            </w:tcMar>
          </w:tcPr>
          <w:p w14:paraId="5D0D7952" w14:textId="77777777" w:rsidR="00292F36" w:rsidRDefault="00000000">
            <w:r>
              <w:rPr>
                <w:sz w:val="12"/>
              </w:rPr>
              <w:t>0.34328358</w:t>
            </w:r>
          </w:p>
        </w:tc>
        <w:tc>
          <w:tcPr>
            <w:tcW w:w="564" w:type="dxa"/>
            <w:tcMar>
              <w:top w:w="20" w:type="dxa"/>
              <w:left w:w="50" w:type="dxa"/>
              <w:bottom w:w="20" w:type="dxa"/>
              <w:right w:w="50" w:type="dxa"/>
            </w:tcMar>
          </w:tcPr>
          <w:p w14:paraId="68F41B66" w14:textId="77777777" w:rsidR="00292F36" w:rsidRDefault="00000000">
            <w:r>
              <w:rPr>
                <w:sz w:val="12"/>
              </w:rPr>
              <w:t>0.2238806</w:t>
            </w:r>
          </w:p>
        </w:tc>
        <w:tc>
          <w:tcPr>
            <w:tcW w:w="564" w:type="dxa"/>
            <w:tcMar>
              <w:top w:w="20" w:type="dxa"/>
              <w:left w:w="50" w:type="dxa"/>
              <w:bottom w:w="20" w:type="dxa"/>
              <w:right w:w="50" w:type="dxa"/>
            </w:tcMar>
          </w:tcPr>
          <w:p w14:paraId="77CC055F" w14:textId="77777777" w:rsidR="00292F36" w:rsidRDefault="00000000">
            <w:r>
              <w:rPr>
                <w:sz w:val="12"/>
              </w:rPr>
              <w:t>0.03731343</w:t>
            </w:r>
          </w:p>
        </w:tc>
        <w:tc>
          <w:tcPr>
            <w:tcW w:w="564" w:type="dxa"/>
            <w:tcMar>
              <w:top w:w="20" w:type="dxa"/>
              <w:left w:w="50" w:type="dxa"/>
              <w:bottom w:w="20" w:type="dxa"/>
              <w:right w:w="50" w:type="dxa"/>
            </w:tcMar>
          </w:tcPr>
          <w:p w14:paraId="68F70E3D" w14:textId="77777777" w:rsidR="00292F36" w:rsidRDefault="00000000">
            <w:r>
              <w:rPr>
                <w:sz w:val="12"/>
              </w:rPr>
              <w:t>0.03731343</w:t>
            </w:r>
          </w:p>
        </w:tc>
        <w:tc>
          <w:tcPr>
            <w:tcW w:w="564" w:type="dxa"/>
            <w:tcMar>
              <w:top w:w="20" w:type="dxa"/>
              <w:left w:w="50" w:type="dxa"/>
              <w:bottom w:w="20" w:type="dxa"/>
              <w:right w:w="50" w:type="dxa"/>
            </w:tcMar>
          </w:tcPr>
          <w:p w14:paraId="68EA163F" w14:textId="77777777" w:rsidR="00292F36" w:rsidRDefault="00000000">
            <w:r>
              <w:rPr>
                <w:sz w:val="12"/>
              </w:rPr>
              <w:t>0.35820896</w:t>
            </w:r>
          </w:p>
        </w:tc>
      </w:tr>
      <w:tr w:rsidR="00292F36" w14:paraId="25FDD959" w14:textId="77777777">
        <w:tc>
          <w:tcPr>
            <w:tcW w:w="564" w:type="dxa"/>
            <w:tcMar>
              <w:top w:w="20" w:type="dxa"/>
              <w:left w:w="50" w:type="dxa"/>
              <w:bottom w:w="20" w:type="dxa"/>
              <w:right w:w="50" w:type="dxa"/>
            </w:tcMar>
          </w:tcPr>
          <w:p w14:paraId="5EA2A998" w14:textId="77777777" w:rsidR="00292F36" w:rsidRDefault="00000000">
            <w:r>
              <w:rPr>
                <w:sz w:val="12"/>
              </w:rPr>
              <w:t>2019_punta_banda_punta_banda_mid_2</w:t>
            </w:r>
          </w:p>
        </w:tc>
        <w:tc>
          <w:tcPr>
            <w:tcW w:w="564" w:type="dxa"/>
            <w:tcMar>
              <w:top w:w="20" w:type="dxa"/>
              <w:left w:w="50" w:type="dxa"/>
              <w:bottom w:w="20" w:type="dxa"/>
              <w:right w:w="50" w:type="dxa"/>
            </w:tcMar>
          </w:tcPr>
          <w:p w14:paraId="215105C3" w14:textId="77777777" w:rsidR="00292F36" w:rsidRDefault="00000000">
            <w:r>
              <w:rPr>
                <w:sz w:val="12"/>
              </w:rPr>
              <w:t>-0.0792965</w:t>
            </w:r>
          </w:p>
        </w:tc>
        <w:tc>
          <w:tcPr>
            <w:tcW w:w="564" w:type="dxa"/>
            <w:tcMar>
              <w:top w:w="20" w:type="dxa"/>
              <w:left w:w="50" w:type="dxa"/>
              <w:bottom w:w="20" w:type="dxa"/>
              <w:right w:w="50" w:type="dxa"/>
            </w:tcMar>
          </w:tcPr>
          <w:p w14:paraId="3C56BFA4" w14:textId="77777777" w:rsidR="00292F36" w:rsidRDefault="00000000">
            <w:r>
              <w:rPr>
                <w:sz w:val="12"/>
              </w:rPr>
              <w:t>0.50434097</w:t>
            </w:r>
          </w:p>
        </w:tc>
        <w:tc>
          <w:tcPr>
            <w:tcW w:w="564" w:type="dxa"/>
            <w:tcMar>
              <w:top w:w="20" w:type="dxa"/>
              <w:left w:w="50" w:type="dxa"/>
              <w:bottom w:w="20" w:type="dxa"/>
              <w:right w:w="50" w:type="dxa"/>
            </w:tcMar>
          </w:tcPr>
          <w:p w14:paraId="6702BA16" w14:textId="77777777" w:rsidR="00292F36" w:rsidRDefault="00000000">
            <w:r>
              <w:rPr>
                <w:sz w:val="12"/>
              </w:rPr>
              <w:t>2019</w:t>
            </w:r>
          </w:p>
        </w:tc>
        <w:tc>
          <w:tcPr>
            <w:tcW w:w="564" w:type="dxa"/>
            <w:tcMar>
              <w:top w:w="20" w:type="dxa"/>
              <w:left w:w="50" w:type="dxa"/>
              <w:bottom w:w="20" w:type="dxa"/>
              <w:right w:w="50" w:type="dxa"/>
            </w:tcMar>
          </w:tcPr>
          <w:p w14:paraId="6EA9D114" w14:textId="77777777" w:rsidR="00292F36" w:rsidRDefault="00000000">
            <w:r>
              <w:rPr>
                <w:sz w:val="12"/>
              </w:rPr>
              <w:t>ensenada</w:t>
            </w:r>
          </w:p>
        </w:tc>
        <w:tc>
          <w:tcPr>
            <w:tcW w:w="564" w:type="dxa"/>
            <w:tcMar>
              <w:top w:w="20" w:type="dxa"/>
              <w:left w:w="50" w:type="dxa"/>
              <w:bottom w:w="20" w:type="dxa"/>
              <w:right w:w="50" w:type="dxa"/>
            </w:tcMar>
          </w:tcPr>
          <w:p w14:paraId="03C6EC79" w14:textId="77777777" w:rsidR="00292F36" w:rsidRDefault="00000000">
            <w:r>
              <w:rPr>
                <w:sz w:val="12"/>
              </w:rPr>
              <w:t>North</w:t>
            </w:r>
          </w:p>
        </w:tc>
        <w:tc>
          <w:tcPr>
            <w:tcW w:w="564" w:type="dxa"/>
            <w:tcMar>
              <w:top w:w="20" w:type="dxa"/>
              <w:left w:w="50" w:type="dxa"/>
              <w:bottom w:w="20" w:type="dxa"/>
              <w:right w:w="50" w:type="dxa"/>
            </w:tcMar>
          </w:tcPr>
          <w:p w14:paraId="016A8958" w14:textId="77777777" w:rsidR="00292F36" w:rsidRDefault="00000000">
            <w:r>
              <w:rPr>
                <w:sz w:val="12"/>
              </w:rPr>
              <w:t>punta_banda</w:t>
            </w:r>
          </w:p>
        </w:tc>
        <w:tc>
          <w:tcPr>
            <w:tcW w:w="564" w:type="dxa"/>
            <w:tcMar>
              <w:top w:w="20" w:type="dxa"/>
              <w:left w:w="50" w:type="dxa"/>
              <w:bottom w:w="20" w:type="dxa"/>
              <w:right w:w="50" w:type="dxa"/>
            </w:tcMar>
          </w:tcPr>
          <w:p w14:paraId="6F23AEF6" w14:textId="77777777" w:rsidR="00292F36" w:rsidRDefault="00000000">
            <w:r>
              <w:rPr>
                <w:sz w:val="12"/>
              </w:rPr>
              <w:t>punta_banda_mid</w:t>
            </w:r>
          </w:p>
        </w:tc>
        <w:tc>
          <w:tcPr>
            <w:tcW w:w="564" w:type="dxa"/>
            <w:tcMar>
              <w:top w:w="20" w:type="dxa"/>
              <w:left w:w="50" w:type="dxa"/>
              <w:bottom w:w="20" w:type="dxa"/>
              <w:right w:w="50" w:type="dxa"/>
            </w:tcMar>
          </w:tcPr>
          <w:p w14:paraId="46FC03D6" w14:textId="77777777" w:rsidR="00292F36" w:rsidRDefault="00000000">
            <w:r>
              <w:rPr>
                <w:sz w:val="12"/>
              </w:rPr>
              <w:t>12</w:t>
            </w:r>
          </w:p>
        </w:tc>
        <w:tc>
          <w:tcPr>
            <w:tcW w:w="564" w:type="dxa"/>
            <w:tcMar>
              <w:top w:w="20" w:type="dxa"/>
              <w:left w:w="50" w:type="dxa"/>
              <w:bottom w:w="20" w:type="dxa"/>
              <w:right w:w="50" w:type="dxa"/>
            </w:tcMar>
          </w:tcPr>
          <w:p w14:paraId="4D2C0055" w14:textId="77777777" w:rsidR="00292F36" w:rsidRDefault="00000000">
            <w:r>
              <w:rPr>
                <w:sz w:val="12"/>
              </w:rPr>
              <w:t>18.7199993</w:t>
            </w:r>
          </w:p>
        </w:tc>
        <w:tc>
          <w:tcPr>
            <w:tcW w:w="564" w:type="dxa"/>
            <w:tcMar>
              <w:top w:w="20" w:type="dxa"/>
              <w:left w:w="50" w:type="dxa"/>
              <w:bottom w:w="20" w:type="dxa"/>
              <w:right w:w="50" w:type="dxa"/>
            </w:tcMar>
          </w:tcPr>
          <w:p w14:paraId="2C15A3AF" w14:textId="77777777" w:rsidR="00292F36" w:rsidRDefault="00000000">
            <w:r>
              <w:rPr>
                <w:sz w:val="12"/>
              </w:rPr>
              <w:t>0.1786304</w:t>
            </w:r>
          </w:p>
        </w:tc>
        <w:tc>
          <w:tcPr>
            <w:tcW w:w="564" w:type="dxa"/>
            <w:tcMar>
              <w:top w:w="20" w:type="dxa"/>
              <w:left w:w="50" w:type="dxa"/>
              <w:bottom w:w="20" w:type="dxa"/>
              <w:right w:w="50" w:type="dxa"/>
            </w:tcMar>
          </w:tcPr>
          <w:p w14:paraId="55352C24" w14:textId="77777777" w:rsidR="00292F36" w:rsidRDefault="00000000">
            <w:r>
              <w:rPr>
                <w:sz w:val="12"/>
              </w:rPr>
              <w:t>0.33980583</w:t>
            </w:r>
          </w:p>
        </w:tc>
        <w:tc>
          <w:tcPr>
            <w:tcW w:w="564" w:type="dxa"/>
            <w:tcMar>
              <w:top w:w="20" w:type="dxa"/>
              <w:left w:w="50" w:type="dxa"/>
              <w:bottom w:w="20" w:type="dxa"/>
              <w:right w:w="50" w:type="dxa"/>
            </w:tcMar>
          </w:tcPr>
          <w:p w14:paraId="73EB4A6D" w14:textId="77777777" w:rsidR="00292F36" w:rsidRDefault="00000000">
            <w:r>
              <w:rPr>
                <w:sz w:val="12"/>
              </w:rPr>
              <w:t>0.0776699</w:t>
            </w:r>
          </w:p>
        </w:tc>
        <w:tc>
          <w:tcPr>
            <w:tcW w:w="564" w:type="dxa"/>
            <w:tcMar>
              <w:top w:w="20" w:type="dxa"/>
              <w:left w:w="50" w:type="dxa"/>
              <w:bottom w:w="20" w:type="dxa"/>
              <w:right w:w="50" w:type="dxa"/>
            </w:tcMar>
          </w:tcPr>
          <w:p w14:paraId="24932046" w14:textId="77777777" w:rsidR="00292F36" w:rsidRDefault="00000000">
            <w:r>
              <w:rPr>
                <w:sz w:val="12"/>
              </w:rPr>
              <w:t>0</w:t>
            </w:r>
          </w:p>
        </w:tc>
        <w:tc>
          <w:tcPr>
            <w:tcW w:w="564" w:type="dxa"/>
            <w:tcMar>
              <w:top w:w="20" w:type="dxa"/>
              <w:left w:w="50" w:type="dxa"/>
              <w:bottom w:w="20" w:type="dxa"/>
              <w:right w:w="50" w:type="dxa"/>
            </w:tcMar>
          </w:tcPr>
          <w:p w14:paraId="3B49EDD4" w14:textId="77777777" w:rsidR="00292F36" w:rsidRDefault="00000000">
            <w:r>
              <w:rPr>
                <w:sz w:val="12"/>
              </w:rPr>
              <w:t>0.58252427</w:t>
            </w:r>
          </w:p>
        </w:tc>
        <w:tc>
          <w:tcPr>
            <w:tcW w:w="564" w:type="dxa"/>
            <w:tcMar>
              <w:top w:w="20" w:type="dxa"/>
              <w:left w:w="50" w:type="dxa"/>
              <w:bottom w:w="20" w:type="dxa"/>
              <w:right w:w="50" w:type="dxa"/>
            </w:tcMar>
          </w:tcPr>
          <w:p w14:paraId="1E35B409" w14:textId="77777777" w:rsidR="00292F36" w:rsidRDefault="00000000">
            <w:r>
              <w:rPr>
                <w:sz w:val="12"/>
              </w:rPr>
              <w:t>0</w:t>
            </w:r>
          </w:p>
        </w:tc>
        <w:tc>
          <w:tcPr>
            <w:tcW w:w="564" w:type="dxa"/>
            <w:tcMar>
              <w:top w:w="20" w:type="dxa"/>
              <w:left w:w="50" w:type="dxa"/>
              <w:bottom w:w="20" w:type="dxa"/>
              <w:right w:w="50" w:type="dxa"/>
            </w:tcMar>
          </w:tcPr>
          <w:p w14:paraId="0D4884D4" w14:textId="77777777" w:rsidR="00292F36" w:rsidRDefault="00000000">
            <w:r>
              <w:rPr>
                <w:sz w:val="12"/>
              </w:rPr>
              <w:t>0</w:t>
            </w:r>
          </w:p>
        </w:tc>
        <w:tc>
          <w:tcPr>
            <w:tcW w:w="564" w:type="dxa"/>
            <w:tcMar>
              <w:top w:w="20" w:type="dxa"/>
              <w:left w:w="50" w:type="dxa"/>
              <w:bottom w:w="20" w:type="dxa"/>
              <w:right w:w="50" w:type="dxa"/>
            </w:tcMar>
          </w:tcPr>
          <w:p w14:paraId="321C7E67" w14:textId="77777777" w:rsidR="00292F36" w:rsidRDefault="00000000">
            <w:r>
              <w:rPr>
                <w:sz w:val="12"/>
              </w:rPr>
              <w:t>0</w:t>
            </w:r>
          </w:p>
        </w:tc>
        <w:tc>
          <w:tcPr>
            <w:tcW w:w="564" w:type="dxa"/>
            <w:tcMar>
              <w:top w:w="20" w:type="dxa"/>
              <w:left w:w="50" w:type="dxa"/>
              <w:bottom w:w="20" w:type="dxa"/>
              <w:right w:w="50" w:type="dxa"/>
            </w:tcMar>
          </w:tcPr>
          <w:p w14:paraId="0A29F08A" w14:textId="77777777" w:rsidR="00292F36" w:rsidRDefault="00000000">
            <w:r>
              <w:rPr>
                <w:sz w:val="12"/>
              </w:rPr>
              <w:t>0</w:t>
            </w:r>
          </w:p>
        </w:tc>
        <w:tc>
          <w:tcPr>
            <w:tcW w:w="564" w:type="dxa"/>
            <w:tcMar>
              <w:top w:w="20" w:type="dxa"/>
              <w:left w:w="50" w:type="dxa"/>
              <w:bottom w:w="20" w:type="dxa"/>
              <w:right w:w="50" w:type="dxa"/>
            </w:tcMar>
          </w:tcPr>
          <w:p w14:paraId="05FD9DAD" w14:textId="77777777" w:rsidR="00292F36" w:rsidRDefault="00000000">
            <w:r>
              <w:rPr>
                <w:sz w:val="12"/>
              </w:rPr>
              <w:t>0.02803738</w:t>
            </w:r>
          </w:p>
        </w:tc>
        <w:tc>
          <w:tcPr>
            <w:tcW w:w="564" w:type="dxa"/>
            <w:tcMar>
              <w:top w:w="20" w:type="dxa"/>
              <w:left w:w="50" w:type="dxa"/>
              <w:bottom w:w="20" w:type="dxa"/>
              <w:right w:w="50" w:type="dxa"/>
            </w:tcMar>
          </w:tcPr>
          <w:p w14:paraId="6D96AA85" w14:textId="77777777" w:rsidR="00292F36" w:rsidRDefault="00000000">
            <w:r>
              <w:rPr>
                <w:sz w:val="12"/>
              </w:rPr>
              <w:t>0.28971963</w:t>
            </w:r>
          </w:p>
        </w:tc>
        <w:tc>
          <w:tcPr>
            <w:tcW w:w="564" w:type="dxa"/>
            <w:tcMar>
              <w:top w:w="20" w:type="dxa"/>
              <w:left w:w="50" w:type="dxa"/>
              <w:bottom w:w="20" w:type="dxa"/>
              <w:right w:w="50" w:type="dxa"/>
            </w:tcMar>
          </w:tcPr>
          <w:p w14:paraId="4818A4C1" w14:textId="77777777" w:rsidR="00292F36" w:rsidRDefault="00000000">
            <w:r>
              <w:rPr>
                <w:sz w:val="12"/>
              </w:rPr>
              <w:t>0.06542056</w:t>
            </w:r>
          </w:p>
        </w:tc>
        <w:tc>
          <w:tcPr>
            <w:tcW w:w="564" w:type="dxa"/>
            <w:tcMar>
              <w:top w:w="20" w:type="dxa"/>
              <w:left w:w="50" w:type="dxa"/>
              <w:bottom w:w="20" w:type="dxa"/>
              <w:right w:w="50" w:type="dxa"/>
            </w:tcMar>
          </w:tcPr>
          <w:p w14:paraId="7475644A" w14:textId="77777777" w:rsidR="00292F36" w:rsidRDefault="00000000">
            <w:r>
              <w:rPr>
                <w:sz w:val="12"/>
              </w:rPr>
              <w:t>0.11214953</w:t>
            </w:r>
          </w:p>
        </w:tc>
        <w:tc>
          <w:tcPr>
            <w:tcW w:w="564" w:type="dxa"/>
            <w:tcMar>
              <w:top w:w="20" w:type="dxa"/>
              <w:left w:w="50" w:type="dxa"/>
              <w:bottom w:w="20" w:type="dxa"/>
              <w:right w:w="50" w:type="dxa"/>
            </w:tcMar>
          </w:tcPr>
          <w:p w14:paraId="56956577" w14:textId="77777777" w:rsidR="00292F36" w:rsidRDefault="00000000">
            <w:r>
              <w:rPr>
                <w:sz w:val="12"/>
              </w:rPr>
              <w:t>0.10280374</w:t>
            </w:r>
          </w:p>
        </w:tc>
        <w:tc>
          <w:tcPr>
            <w:tcW w:w="564" w:type="dxa"/>
            <w:tcMar>
              <w:top w:w="20" w:type="dxa"/>
              <w:left w:w="50" w:type="dxa"/>
              <w:bottom w:w="20" w:type="dxa"/>
              <w:right w:w="50" w:type="dxa"/>
            </w:tcMar>
          </w:tcPr>
          <w:p w14:paraId="3C62665D" w14:textId="77777777" w:rsidR="00292F36" w:rsidRDefault="00000000">
            <w:r>
              <w:rPr>
                <w:sz w:val="12"/>
              </w:rPr>
              <w:t>0.40186916</w:t>
            </w:r>
          </w:p>
        </w:tc>
      </w:tr>
      <w:tr w:rsidR="00292F36" w14:paraId="4AF2FC08" w14:textId="77777777">
        <w:tc>
          <w:tcPr>
            <w:tcW w:w="564" w:type="dxa"/>
            <w:tcMar>
              <w:top w:w="20" w:type="dxa"/>
              <w:left w:w="50" w:type="dxa"/>
              <w:bottom w:w="20" w:type="dxa"/>
              <w:right w:w="50" w:type="dxa"/>
            </w:tcMar>
          </w:tcPr>
          <w:p w14:paraId="168803D3" w14:textId="77777777" w:rsidR="00292F36" w:rsidRDefault="00000000">
            <w:r>
              <w:rPr>
                <w:sz w:val="12"/>
              </w:rPr>
              <w:lastRenderedPageBreak/>
              <w:t>2019_punta_banda_punta_banda_shallow_1</w:t>
            </w:r>
          </w:p>
        </w:tc>
        <w:tc>
          <w:tcPr>
            <w:tcW w:w="564" w:type="dxa"/>
            <w:tcMar>
              <w:top w:w="20" w:type="dxa"/>
              <w:left w:w="50" w:type="dxa"/>
              <w:bottom w:w="20" w:type="dxa"/>
              <w:right w:w="50" w:type="dxa"/>
            </w:tcMar>
          </w:tcPr>
          <w:p w14:paraId="7B077CFB" w14:textId="77777777" w:rsidR="00292F36" w:rsidRDefault="00000000">
            <w:r>
              <w:rPr>
                <w:sz w:val="12"/>
              </w:rPr>
              <w:t>-0.1147785</w:t>
            </w:r>
          </w:p>
        </w:tc>
        <w:tc>
          <w:tcPr>
            <w:tcW w:w="564" w:type="dxa"/>
            <w:tcMar>
              <w:top w:w="20" w:type="dxa"/>
              <w:left w:w="50" w:type="dxa"/>
              <w:bottom w:w="20" w:type="dxa"/>
              <w:right w:w="50" w:type="dxa"/>
            </w:tcMar>
          </w:tcPr>
          <w:p w14:paraId="6952A663" w14:textId="77777777" w:rsidR="00292F36" w:rsidRDefault="00000000">
            <w:r>
              <w:rPr>
                <w:sz w:val="12"/>
              </w:rPr>
              <w:t>0.62590358</w:t>
            </w:r>
          </w:p>
        </w:tc>
        <w:tc>
          <w:tcPr>
            <w:tcW w:w="564" w:type="dxa"/>
            <w:tcMar>
              <w:top w:w="20" w:type="dxa"/>
              <w:left w:w="50" w:type="dxa"/>
              <w:bottom w:w="20" w:type="dxa"/>
              <w:right w:w="50" w:type="dxa"/>
            </w:tcMar>
          </w:tcPr>
          <w:p w14:paraId="22C611E3" w14:textId="77777777" w:rsidR="00292F36" w:rsidRDefault="00000000">
            <w:r>
              <w:rPr>
                <w:sz w:val="12"/>
              </w:rPr>
              <w:t>2019</w:t>
            </w:r>
          </w:p>
        </w:tc>
        <w:tc>
          <w:tcPr>
            <w:tcW w:w="564" w:type="dxa"/>
            <w:tcMar>
              <w:top w:w="20" w:type="dxa"/>
              <w:left w:w="50" w:type="dxa"/>
              <w:bottom w:w="20" w:type="dxa"/>
              <w:right w:w="50" w:type="dxa"/>
            </w:tcMar>
          </w:tcPr>
          <w:p w14:paraId="23A8F6DA" w14:textId="77777777" w:rsidR="00292F36" w:rsidRDefault="00000000">
            <w:r>
              <w:rPr>
                <w:sz w:val="12"/>
              </w:rPr>
              <w:t>ensenada</w:t>
            </w:r>
          </w:p>
        </w:tc>
        <w:tc>
          <w:tcPr>
            <w:tcW w:w="564" w:type="dxa"/>
            <w:tcMar>
              <w:top w:w="20" w:type="dxa"/>
              <w:left w:w="50" w:type="dxa"/>
              <w:bottom w:w="20" w:type="dxa"/>
              <w:right w:w="50" w:type="dxa"/>
            </w:tcMar>
          </w:tcPr>
          <w:p w14:paraId="2412C451" w14:textId="77777777" w:rsidR="00292F36" w:rsidRDefault="00000000">
            <w:r>
              <w:rPr>
                <w:sz w:val="12"/>
              </w:rPr>
              <w:t>North</w:t>
            </w:r>
          </w:p>
        </w:tc>
        <w:tc>
          <w:tcPr>
            <w:tcW w:w="564" w:type="dxa"/>
            <w:tcMar>
              <w:top w:w="20" w:type="dxa"/>
              <w:left w:w="50" w:type="dxa"/>
              <w:bottom w:w="20" w:type="dxa"/>
              <w:right w:w="50" w:type="dxa"/>
            </w:tcMar>
          </w:tcPr>
          <w:p w14:paraId="7F0216F6" w14:textId="77777777" w:rsidR="00292F36" w:rsidRDefault="00000000">
            <w:r>
              <w:rPr>
                <w:sz w:val="12"/>
              </w:rPr>
              <w:t>punta_banda</w:t>
            </w:r>
          </w:p>
        </w:tc>
        <w:tc>
          <w:tcPr>
            <w:tcW w:w="564" w:type="dxa"/>
            <w:tcMar>
              <w:top w:w="20" w:type="dxa"/>
              <w:left w:w="50" w:type="dxa"/>
              <w:bottom w:w="20" w:type="dxa"/>
              <w:right w:w="50" w:type="dxa"/>
            </w:tcMar>
          </w:tcPr>
          <w:p w14:paraId="0E37DCC6" w14:textId="77777777" w:rsidR="00292F36" w:rsidRDefault="00000000">
            <w:r>
              <w:rPr>
                <w:sz w:val="12"/>
              </w:rPr>
              <w:t>punta_banda_shallow</w:t>
            </w:r>
          </w:p>
        </w:tc>
        <w:tc>
          <w:tcPr>
            <w:tcW w:w="564" w:type="dxa"/>
            <w:tcMar>
              <w:top w:w="20" w:type="dxa"/>
              <w:left w:w="50" w:type="dxa"/>
              <w:bottom w:w="20" w:type="dxa"/>
              <w:right w:w="50" w:type="dxa"/>
            </w:tcMar>
          </w:tcPr>
          <w:p w14:paraId="101D3FB8" w14:textId="77777777" w:rsidR="00292F36" w:rsidRDefault="00000000">
            <w:r>
              <w:rPr>
                <w:sz w:val="12"/>
              </w:rPr>
              <w:t>8</w:t>
            </w:r>
          </w:p>
        </w:tc>
        <w:tc>
          <w:tcPr>
            <w:tcW w:w="564" w:type="dxa"/>
            <w:tcMar>
              <w:top w:w="20" w:type="dxa"/>
              <w:left w:w="50" w:type="dxa"/>
              <w:bottom w:w="20" w:type="dxa"/>
              <w:right w:w="50" w:type="dxa"/>
            </w:tcMar>
          </w:tcPr>
          <w:p w14:paraId="4D223AA1" w14:textId="77777777" w:rsidR="00292F36" w:rsidRDefault="00000000">
            <w:r>
              <w:rPr>
                <w:sz w:val="12"/>
              </w:rPr>
              <w:t>18.7199993</w:t>
            </w:r>
          </w:p>
        </w:tc>
        <w:tc>
          <w:tcPr>
            <w:tcW w:w="564" w:type="dxa"/>
            <w:tcMar>
              <w:top w:w="20" w:type="dxa"/>
              <w:left w:w="50" w:type="dxa"/>
              <w:bottom w:w="20" w:type="dxa"/>
              <w:right w:w="50" w:type="dxa"/>
            </w:tcMar>
          </w:tcPr>
          <w:p w14:paraId="35300296" w14:textId="77777777" w:rsidR="00292F36" w:rsidRDefault="00000000">
            <w:r>
              <w:rPr>
                <w:sz w:val="12"/>
              </w:rPr>
              <w:t>0.1786304</w:t>
            </w:r>
          </w:p>
        </w:tc>
        <w:tc>
          <w:tcPr>
            <w:tcW w:w="564" w:type="dxa"/>
            <w:tcMar>
              <w:top w:w="20" w:type="dxa"/>
              <w:left w:w="50" w:type="dxa"/>
              <w:bottom w:w="20" w:type="dxa"/>
              <w:right w:w="50" w:type="dxa"/>
            </w:tcMar>
          </w:tcPr>
          <w:p w14:paraId="0DE01501" w14:textId="77777777" w:rsidR="00292F36" w:rsidRDefault="00000000">
            <w:r>
              <w:rPr>
                <w:sz w:val="12"/>
              </w:rPr>
              <w:t>0.31219512</w:t>
            </w:r>
          </w:p>
        </w:tc>
        <w:tc>
          <w:tcPr>
            <w:tcW w:w="564" w:type="dxa"/>
            <w:tcMar>
              <w:top w:w="20" w:type="dxa"/>
              <w:left w:w="50" w:type="dxa"/>
              <w:bottom w:w="20" w:type="dxa"/>
              <w:right w:w="50" w:type="dxa"/>
            </w:tcMar>
          </w:tcPr>
          <w:p w14:paraId="6892790A" w14:textId="77777777" w:rsidR="00292F36" w:rsidRDefault="00000000">
            <w:r>
              <w:rPr>
                <w:sz w:val="12"/>
              </w:rPr>
              <w:t>0.18536585</w:t>
            </w:r>
          </w:p>
        </w:tc>
        <w:tc>
          <w:tcPr>
            <w:tcW w:w="564" w:type="dxa"/>
            <w:tcMar>
              <w:top w:w="20" w:type="dxa"/>
              <w:left w:w="50" w:type="dxa"/>
              <w:bottom w:w="20" w:type="dxa"/>
              <w:right w:w="50" w:type="dxa"/>
            </w:tcMar>
          </w:tcPr>
          <w:p w14:paraId="563A5EE1" w14:textId="77777777" w:rsidR="00292F36" w:rsidRDefault="00000000">
            <w:r>
              <w:rPr>
                <w:sz w:val="12"/>
              </w:rPr>
              <w:t>0</w:t>
            </w:r>
          </w:p>
        </w:tc>
        <w:tc>
          <w:tcPr>
            <w:tcW w:w="564" w:type="dxa"/>
            <w:tcMar>
              <w:top w:w="20" w:type="dxa"/>
              <w:left w:w="50" w:type="dxa"/>
              <w:bottom w:w="20" w:type="dxa"/>
              <w:right w:w="50" w:type="dxa"/>
            </w:tcMar>
          </w:tcPr>
          <w:p w14:paraId="1856CD4F" w14:textId="77777777" w:rsidR="00292F36" w:rsidRDefault="00000000">
            <w:r>
              <w:rPr>
                <w:sz w:val="12"/>
              </w:rPr>
              <w:t>0.50243902</w:t>
            </w:r>
          </w:p>
        </w:tc>
        <w:tc>
          <w:tcPr>
            <w:tcW w:w="564" w:type="dxa"/>
            <w:tcMar>
              <w:top w:w="20" w:type="dxa"/>
              <w:left w:w="50" w:type="dxa"/>
              <w:bottom w:w="20" w:type="dxa"/>
              <w:right w:w="50" w:type="dxa"/>
            </w:tcMar>
          </w:tcPr>
          <w:p w14:paraId="550F14EF" w14:textId="77777777" w:rsidR="00292F36" w:rsidRDefault="00000000">
            <w:r>
              <w:rPr>
                <w:sz w:val="12"/>
              </w:rPr>
              <w:t>0</w:t>
            </w:r>
          </w:p>
        </w:tc>
        <w:tc>
          <w:tcPr>
            <w:tcW w:w="564" w:type="dxa"/>
            <w:tcMar>
              <w:top w:w="20" w:type="dxa"/>
              <w:left w:w="50" w:type="dxa"/>
              <w:bottom w:w="20" w:type="dxa"/>
              <w:right w:w="50" w:type="dxa"/>
            </w:tcMar>
          </w:tcPr>
          <w:p w14:paraId="3EA2E85F" w14:textId="77777777" w:rsidR="00292F36" w:rsidRDefault="00000000">
            <w:r>
              <w:rPr>
                <w:sz w:val="12"/>
              </w:rPr>
              <w:t>0</w:t>
            </w:r>
          </w:p>
        </w:tc>
        <w:tc>
          <w:tcPr>
            <w:tcW w:w="564" w:type="dxa"/>
            <w:tcMar>
              <w:top w:w="20" w:type="dxa"/>
              <w:left w:w="50" w:type="dxa"/>
              <w:bottom w:w="20" w:type="dxa"/>
              <w:right w:w="50" w:type="dxa"/>
            </w:tcMar>
          </w:tcPr>
          <w:p w14:paraId="0AB94C4C" w14:textId="77777777" w:rsidR="00292F36" w:rsidRDefault="00000000">
            <w:r>
              <w:rPr>
                <w:sz w:val="12"/>
              </w:rPr>
              <w:t>0</w:t>
            </w:r>
          </w:p>
        </w:tc>
        <w:tc>
          <w:tcPr>
            <w:tcW w:w="564" w:type="dxa"/>
            <w:tcMar>
              <w:top w:w="20" w:type="dxa"/>
              <w:left w:w="50" w:type="dxa"/>
              <w:bottom w:w="20" w:type="dxa"/>
              <w:right w:w="50" w:type="dxa"/>
            </w:tcMar>
          </w:tcPr>
          <w:p w14:paraId="01B0B38A" w14:textId="77777777" w:rsidR="00292F36" w:rsidRDefault="00000000">
            <w:r>
              <w:rPr>
                <w:sz w:val="12"/>
              </w:rPr>
              <w:t>0</w:t>
            </w:r>
          </w:p>
        </w:tc>
        <w:tc>
          <w:tcPr>
            <w:tcW w:w="564" w:type="dxa"/>
            <w:tcMar>
              <w:top w:w="20" w:type="dxa"/>
              <w:left w:w="50" w:type="dxa"/>
              <w:bottom w:w="20" w:type="dxa"/>
              <w:right w:w="50" w:type="dxa"/>
            </w:tcMar>
          </w:tcPr>
          <w:p w14:paraId="72E463E3" w14:textId="77777777" w:rsidR="00292F36" w:rsidRDefault="00000000">
            <w:r>
              <w:rPr>
                <w:sz w:val="12"/>
              </w:rPr>
              <w:t>0.00990099</w:t>
            </w:r>
          </w:p>
        </w:tc>
        <w:tc>
          <w:tcPr>
            <w:tcW w:w="564" w:type="dxa"/>
            <w:tcMar>
              <w:top w:w="20" w:type="dxa"/>
              <w:left w:w="50" w:type="dxa"/>
              <w:bottom w:w="20" w:type="dxa"/>
              <w:right w:w="50" w:type="dxa"/>
            </w:tcMar>
          </w:tcPr>
          <w:p w14:paraId="3ED8E27E" w14:textId="77777777" w:rsidR="00292F36" w:rsidRDefault="00000000">
            <w:r>
              <w:rPr>
                <w:sz w:val="12"/>
              </w:rPr>
              <w:t>0.23267327</w:t>
            </w:r>
          </w:p>
        </w:tc>
        <w:tc>
          <w:tcPr>
            <w:tcW w:w="564" w:type="dxa"/>
            <w:tcMar>
              <w:top w:w="20" w:type="dxa"/>
              <w:left w:w="50" w:type="dxa"/>
              <w:bottom w:w="20" w:type="dxa"/>
              <w:right w:w="50" w:type="dxa"/>
            </w:tcMar>
          </w:tcPr>
          <w:p w14:paraId="2175E340" w14:textId="77777777" w:rsidR="00292F36" w:rsidRDefault="00000000">
            <w:r>
              <w:rPr>
                <w:sz w:val="12"/>
              </w:rPr>
              <w:t>0.05940594</w:t>
            </w:r>
          </w:p>
        </w:tc>
        <w:tc>
          <w:tcPr>
            <w:tcW w:w="564" w:type="dxa"/>
            <w:tcMar>
              <w:top w:w="20" w:type="dxa"/>
              <w:left w:w="50" w:type="dxa"/>
              <w:bottom w:w="20" w:type="dxa"/>
              <w:right w:w="50" w:type="dxa"/>
            </w:tcMar>
          </w:tcPr>
          <w:p w14:paraId="429BE22B" w14:textId="77777777" w:rsidR="00292F36" w:rsidRDefault="00000000">
            <w:r>
              <w:rPr>
                <w:sz w:val="12"/>
              </w:rPr>
              <w:t>0</w:t>
            </w:r>
          </w:p>
        </w:tc>
        <w:tc>
          <w:tcPr>
            <w:tcW w:w="564" w:type="dxa"/>
            <w:tcMar>
              <w:top w:w="20" w:type="dxa"/>
              <w:left w:w="50" w:type="dxa"/>
              <w:bottom w:w="20" w:type="dxa"/>
              <w:right w:w="50" w:type="dxa"/>
            </w:tcMar>
          </w:tcPr>
          <w:p w14:paraId="7140763E" w14:textId="77777777" w:rsidR="00292F36" w:rsidRDefault="00000000">
            <w:r>
              <w:rPr>
                <w:sz w:val="12"/>
              </w:rPr>
              <w:t>0</w:t>
            </w:r>
          </w:p>
        </w:tc>
        <w:tc>
          <w:tcPr>
            <w:tcW w:w="564" w:type="dxa"/>
            <w:tcMar>
              <w:top w:w="20" w:type="dxa"/>
              <w:left w:w="50" w:type="dxa"/>
              <w:bottom w:w="20" w:type="dxa"/>
              <w:right w:w="50" w:type="dxa"/>
            </w:tcMar>
          </w:tcPr>
          <w:p w14:paraId="51051492" w14:textId="77777777" w:rsidR="00292F36" w:rsidRDefault="00000000">
            <w:r>
              <w:rPr>
                <w:sz w:val="12"/>
              </w:rPr>
              <w:t>0.6980198</w:t>
            </w:r>
          </w:p>
        </w:tc>
      </w:tr>
      <w:tr w:rsidR="00292F36" w14:paraId="699C01BA" w14:textId="77777777">
        <w:tc>
          <w:tcPr>
            <w:tcW w:w="564" w:type="dxa"/>
            <w:tcMar>
              <w:top w:w="20" w:type="dxa"/>
              <w:left w:w="50" w:type="dxa"/>
              <w:bottom w:w="20" w:type="dxa"/>
              <w:right w:w="50" w:type="dxa"/>
            </w:tcMar>
          </w:tcPr>
          <w:p w14:paraId="66BB9453" w14:textId="77777777" w:rsidR="00292F36" w:rsidRDefault="00000000">
            <w:r>
              <w:rPr>
                <w:sz w:val="12"/>
              </w:rPr>
              <w:t>2019_punta_banda_punta_banda_shallow_2</w:t>
            </w:r>
          </w:p>
        </w:tc>
        <w:tc>
          <w:tcPr>
            <w:tcW w:w="564" w:type="dxa"/>
            <w:tcMar>
              <w:top w:w="20" w:type="dxa"/>
              <w:left w:w="50" w:type="dxa"/>
              <w:bottom w:w="20" w:type="dxa"/>
              <w:right w:w="50" w:type="dxa"/>
            </w:tcMar>
          </w:tcPr>
          <w:p w14:paraId="453610B0" w14:textId="77777777" w:rsidR="00292F36" w:rsidRDefault="00000000">
            <w:r>
              <w:rPr>
                <w:sz w:val="12"/>
              </w:rPr>
              <w:t>-0.1903317</w:t>
            </w:r>
          </w:p>
        </w:tc>
        <w:tc>
          <w:tcPr>
            <w:tcW w:w="564" w:type="dxa"/>
            <w:tcMar>
              <w:top w:w="20" w:type="dxa"/>
              <w:left w:w="50" w:type="dxa"/>
              <w:bottom w:w="20" w:type="dxa"/>
              <w:right w:w="50" w:type="dxa"/>
            </w:tcMar>
          </w:tcPr>
          <w:p w14:paraId="462B164A" w14:textId="77777777" w:rsidR="00292F36" w:rsidRDefault="00000000">
            <w:r>
              <w:rPr>
                <w:sz w:val="12"/>
              </w:rPr>
              <w:t>0.44160674</w:t>
            </w:r>
          </w:p>
        </w:tc>
        <w:tc>
          <w:tcPr>
            <w:tcW w:w="564" w:type="dxa"/>
            <w:tcMar>
              <w:top w:w="20" w:type="dxa"/>
              <w:left w:w="50" w:type="dxa"/>
              <w:bottom w:w="20" w:type="dxa"/>
              <w:right w:w="50" w:type="dxa"/>
            </w:tcMar>
          </w:tcPr>
          <w:p w14:paraId="7E02F35D" w14:textId="77777777" w:rsidR="00292F36" w:rsidRDefault="00000000">
            <w:r>
              <w:rPr>
                <w:sz w:val="12"/>
              </w:rPr>
              <w:t>2019</w:t>
            </w:r>
          </w:p>
        </w:tc>
        <w:tc>
          <w:tcPr>
            <w:tcW w:w="564" w:type="dxa"/>
            <w:tcMar>
              <w:top w:w="20" w:type="dxa"/>
              <w:left w:w="50" w:type="dxa"/>
              <w:bottom w:w="20" w:type="dxa"/>
              <w:right w:w="50" w:type="dxa"/>
            </w:tcMar>
          </w:tcPr>
          <w:p w14:paraId="523F38DC" w14:textId="77777777" w:rsidR="00292F36" w:rsidRDefault="00000000">
            <w:r>
              <w:rPr>
                <w:sz w:val="12"/>
              </w:rPr>
              <w:t>ensenada</w:t>
            </w:r>
          </w:p>
        </w:tc>
        <w:tc>
          <w:tcPr>
            <w:tcW w:w="564" w:type="dxa"/>
            <w:tcMar>
              <w:top w:w="20" w:type="dxa"/>
              <w:left w:w="50" w:type="dxa"/>
              <w:bottom w:w="20" w:type="dxa"/>
              <w:right w:w="50" w:type="dxa"/>
            </w:tcMar>
          </w:tcPr>
          <w:p w14:paraId="5E753659" w14:textId="77777777" w:rsidR="00292F36" w:rsidRDefault="00000000">
            <w:r>
              <w:rPr>
                <w:sz w:val="12"/>
              </w:rPr>
              <w:t>North</w:t>
            </w:r>
          </w:p>
        </w:tc>
        <w:tc>
          <w:tcPr>
            <w:tcW w:w="564" w:type="dxa"/>
            <w:tcMar>
              <w:top w:w="20" w:type="dxa"/>
              <w:left w:w="50" w:type="dxa"/>
              <w:bottom w:w="20" w:type="dxa"/>
              <w:right w:w="50" w:type="dxa"/>
            </w:tcMar>
          </w:tcPr>
          <w:p w14:paraId="51B2D9C9" w14:textId="77777777" w:rsidR="00292F36" w:rsidRDefault="00000000">
            <w:r>
              <w:rPr>
                <w:sz w:val="12"/>
              </w:rPr>
              <w:t>punta_banda</w:t>
            </w:r>
          </w:p>
        </w:tc>
        <w:tc>
          <w:tcPr>
            <w:tcW w:w="564" w:type="dxa"/>
            <w:tcMar>
              <w:top w:w="20" w:type="dxa"/>
              <w:left w:w="50" w:type="dxa"/>
              <w:bottom w:w="20" w:type="dxa"/>
              <w:right w:w="50" w:type="dxa"/>
            </w:tcMar>
          </w:tcPr>
          <w:p w14:paraId="5559CB9C" w14:textId="77777777" w:rsidR="00292F36" w:rsidRDefault="00000000">
            <w:r>
              <w:rPr>
                <w:sz w:val="12"/>
              </w:rPr>
              <w:t>punta_banda_shallow</w:t>
            </w:r>
          </w:p>
        </w:tc>
        <w:tc>
          <w:tcPr>
            <w:tcW w:w="564" w:type="dxa"/>
            <w:tcMar>
              <w:top w:w="20" w:type="dxa"/>
              <w:left w:w="50" w:type="dxa"/>
              <w:bottom w:w="20" w:type="dxa"/>
              <w:right w:w="50" w:type="dxa"/>
            </w:tcMar>
          </w:tcPr>
          <w:p w14:paraId="70E50679" w14:textId="77777777" w:rsidR="00292F36" w:rsidRDefault="00000000">
            <w:r>
              <w:rPr>
                <w:sz w:val="12"/>
              </w:rPr>
              <w:t>8</w:t>
            </w:r>
          </w:p>
        </w:tc>
        <w:tc>
          <w:tcPr>
            <w:tcW w:w="564" w:type="dxa"/>
            <w:tcMar>
              <w:top w:w="20" w:type="dxa"/>
              <w:left w:w="50" w:type="dxa"/>
              <w:bottom w:w="20" w:type="dxa"/>
              <w:right w:w="50" w:type="dxa"/>
            </w:tcMar>
          </w:tcPr>
          <w:p w14:paraId="1D3631E4" w14:textId="77777777" w:rsidR="00292F36" w:rsidRDefault="00000000">
            <w:r>
              <w:rPr>
                <w:sz w:val="12"/>
              </w:rPr>
              <w:t>18.7199993</w:t>
            </w:r>
          </w:p>
        </w:tc>
        <w:tc>
          <w:tcPr>
            <w:tcW w:w="564" w:type="dxa"/>
            <w:tcMar>
              <w:top w:w="20" w:type="dxa"/>
              <w:left w:w="50" w:type="dxa"/>
              <w:bottom w:w="20" w:type="dxa"/>
              <w:right w:w="50" w:type="dxa"/>
            </w:tcMar>
          </w:tcPr>
          <w:p w14:paraId="4324BAE4" w14:textId="77777777" w:rsidR="00292F36" w:rsidRDefault="00000000">
            <w:r>
              <w:rPr>
                <w:sz w:val="12"/>
              </w:rPr>
              <w:t>0.1786304</w:t>
            </w:r>
          </w:p>
        </w:tc>
        <w:tc>
          <w:tcPr>
            <w:tcW w:w="564" w:type="dxa"/>
            <w:tcMar>
              <w:top w:w="20" w:type="dxa"/>
              <w:left w:w="50" w:type="dxa"/>
              <w:bottom w:w="20" w:type="dxa"/>
              <w:right w:w="50" w:type="dxa"/>
            </w:tcMar>
          </w:tcPr>
          <w:p w14:paraId="7322861B" w14:textId="77777777" w:rsidR="00292F36" w:rsidRDefault="00000000">
            <w:r>
              <w:rPr>
                <w:sz w:val="12"/>
              </w:rPr>
              <w:t>0.46538462</w:t>
            </w:r>
          </w:p>
        </w:tc>
        <w:tc>
          <w:tcPr>
            <w:tcW w:w="564" w:type="dxa"/>
            <w:tcMar>
              <w:top w:w="20" w:type="dxa"/>
              <w:left w:w="50" w:type="dxa"/>
              <w:bottom w:w="20" w:type="dxa"/>
              <w:right w:w="50" w:type="dxa"/>
            </w:tcMar>
          </w:tcPr>
          <w:p w14:paraId="0E7FAC61" w14:textId="77777777" w:rsidR="00292F36" w:rsidRDefault="00000000">
            <w:r>
              <w:rPr>
                <w:sz w:val="12"/>
              </w:rPr>
              <w:t>0.2</w:t>
            </w:r>
          </w:p>
        </w:tc>
        <w:tc>
          <w:tcPr>
            <w:tcW w:w="564" w:type="dxa"/>
            <w:tcMar>
              <w:top w:w="20" w:type="dxa"/>
              <w:left w:w="50" w:type="dxa"/>
              <w:bottom w:w="20" w:type="dxa"/>
              <w:right w:w="50" w:type="dxa"/>
            </w:tcMar>
          </w:tcPr>
          <w:p w14:paraId="5304AE60" w14:textId="77777777" w:rsidR="00292F36" w:rsidRDefault="00000000">
            <w:r>
              <w:rPr>
                <w:sz w:val="12"/>
              </w:rPr>
              <w:t>0</w:t>
            </w:r>
          </w:p>
        </w:tc>
        <w:tc>
          <w:tcPr>
            <w:tcW w:w="564" w:type="dxa"/>
            <w:tcMar>
              <w:top w:w="20" w:type="dxa"/>
              <w:left w:w="50" w:type="dxa"/>
              <w:bottom w:w="20" w:type="dxa"/>
              <w:right w:w="50" w:type="dxa"/>
            </w:tcMar>
          </w:tcPr>
          <w:p w14:paraId="75A267FF" w14:textId="77777777" w:rsidR="00292F36" w:rsidRDefault="00000000">
            <w:r>
              <w:rPr>
                <w:sz w:val="12"/>
              </w:rPr>
              <w:t>0.33461538</w:t>
            </w:r>
          </w:p>
        </w:tc>
        <w:tc>
          <w:tcPr>
            <w:tcW w:w="564" w:type="dxa"/>
            <w:tcMar>
              <w:top w:w="20" w:type="dxa"/>
              <w:left w:w="50" w:type="dxa"/>
              <w:bottom w:w="20" w:type="dxa"/>
              <w:right w:w="50" w:type="dxa"/>
            </w:tcMar>
          </w:tcPr>
          <w:p w14:paraId="727C9AA5" w14:textId="77777777" w:rsidR="00292F36" w:rsidRDefault="00000000">
            <w:r>
              <w:rPr>
                <w:sz w:val="12"/>
              </w:rPr>
              <w:t>0</w:t>
            </w:r>
          </w:p>
        </w:tc>
        <w:tc>
          <w:tcPr>
            <w:tcW w:w="564" w:type="dxa"/>
            <w:tcMar>
              <w:top w:w="20" w:type="dxa"/>
              <w:left w:w="50" w:type="dxa"/>
              <w:bottom w:w="20" w:type="dxa"/>
              <w:right w:w="50" w:type="dxa"/>
            </w:tcMar>
          </w:tcPr>
          <w:p w14:paraId="31459345" w14:textId="77777777" w:rsidR="00292F36" w:rsidRDefault="00000000">
            <w:r>
              <w:rPr>
                <w:sz w:val="12"/>
              </w:rPr>
              <w:t>0</w:t>
            </w:r>
          </w:p>
        </w:tc>
        <w:tc>
          <w:tcPr>
            <w:tcW w:w="564" w:type="dxa"/>
            <w:tcMar>
              <w:top w:w="20" w:type="dxa"/>
              <w:left w:w="50" w:type="dxa"/>
              <w:bottom w:w="20" w:type="dxa"/>
              <w:right w:w="50" w:type="dxa"/>
            </w:tcMar>
          </w:tcPr>
          <w:p w14:paraId="552F8420" w14:textId="77777777" w:rsidR="00292F36" w:rsidRDefault="00000000">
            <w:r>
              <w:rPr>
                <w:sz w:val="12"/>
              </w:rPr>
              <w:t>0</w:t>
            </w:r>
          </w:p>
        </w:tc>
        <w:tc>
          <w:tcPr>
            <w:tcW w:w="564" w:type="dxa"/>
            <w:tcMar>
              <w:top w:w="20" w:type="dxa"/>
              <w:left w:w="50" w:type="dxa"/>
              <w:bottom w:w="20" w:type="dxa"/>
              <w:right w:w="50" w:type="dxa"/>
            </w:tcMar>
          </w:tcPr>
          <w:p w14:paraId="1AEC9319" w14:textId="77777777" w:rsidR="00292F36" w:rsidRDefault="00000000">
            <w:r>
              <w:rPr>
                <w:sz w:val="12"/>
              </w:rPr>
              <w:t>0</w:t>
            </w:r>
          </w:p>
        </w:tc>
        <w:tc>
          <w:tcPr>
            <w:tcW w:w="564" w:type="dxa"/>
            <w:tcMar>
              <w:top w:w="20" w:type="dxa"/>
              <w:left w:w="50" w:type="dxa"/>
              <w:bottom w:w="20" w:type="dxa"/>
              <w:right w:w="50" w:type="dxa"/>
            </w:tcMar>
          </w:tcPr>
          <w:p w14:paraId="00D3E6E6" w14:textId="77777777" w:rsidR="00292F36" w:rsidRDefault="00000000">
            <w:r>
              <w:rPr>
                <w:sz w:val="12"/>
              </w:rPr>
              <w:t>0</w:t>
            </w:r>
          </w:p>
        </w:tc>
        <w:tc>
          <w:tcPr>
            <w:tcW w:w="564" w:type="dxa"/>
            <w:tcMar>
              <w:top w:w="20" w:type="dxa"/>
              <w:left w:w="50" w:type="dxa"/>
              <w:bottom w:w="20" w:type="dxa"/>
              <w:right w:w="50" w:type="dxa"/>
            </w:tcMar>
          </w:tcPr>
          <w:p w14:paraId="5C4DBD9A" w14:textId="77777777" w:rsidR="00292F36" w:rsidRDefault="00000000">
            <w:r>
              <w:rPr>
                <w:sz w:val="12"/>
              </w:rPr>
              <w:t>0.31840796</w:t>
            </w:r>
          </w:p>
        </w:tc>
        <w:tc>
          <w:tcPr>
            <w:tcW w:w="564" w:type="dxa"/>
            <w:tcMar>
              <w:top w:w="20" w:type="dxa"/>
              <w:left w:w="50" w:type="dxa"/>
              <w:bottom w:w="20" w:type="dxa"/>
              <w:right w:w="50" w:type="dxa"/>
            </w:tcMar>
          </w:tcPr>
          <w:p w14:paraId="2D6F91B1" w14:textId="77777777" w:rsidR="00292F36" w:rsidRDefault="00000000">
            <w:r>
              <w:rPr>
                <w:sz w:val="12"/>
              </w:rPr>
              <w:t>0.00995025</w:t>
            </w:r>
          </w:p>
        </w:tc>
        <w:tc>
          <w:tcPr>
            <w:tcW w:w="564" w:type="dxa"/>
            <w:tcMar>
              <w:top w:w="20" w:type="dxa"/>
              <w:left w:w="50" w:type="dxa"/>
              <w:bottom w:w="20" w:type="dxa"/>
              <w:right w:w="50" w:type="dxa"/>
            </w:tcMar>
          </w:tcPr>
          <w:p w14:paraId="2C3502F3" w14:textId="77777777" w:rsidR="00292F36" w:rsidRDefault="00000000">
            <w:r>
              <w:rPr>
                <w:sz w:val="12"/>
              </w:rPr>
              <w:t>0.00497512</w:t>
            </w:r>
          </w:p>
        </w:tc>
        <w:tc>
          <w:tcPr>
            <w:tcW w:w="564" w:type="dxa"/>
            <w:tcMar>
              <w:top w:w="20" w:type="dxa"/>
              <w:left w:w="50" w:type="dxa"/>
              <w:bottom w:w="20" w:type="dxa"/>
              <w:right w:w="50" w:type="dxa"/>
            </w:tcMar>
          </w:tcPr>
          <w:p w14:paraId="08BF0158" w14:textId="77777777" w:rsidR="00292F36" w:rsidRDefault="00000000">
            <w:r>
              <w:rPr>
                <w:sz w:val="12"/>
              </w:rPr>
              <w:t>0.02487562</w:t>
            </w:r>
          </w:p>
        </w:tc>
        <w:tc>
          <w:tcPr>
            <w:tcW w:w="564" w:type="dxa"/>
            <w:tcMar>
              <w:top w:w="20" w:type="dxa"/>
              <w:left w:w="50" w:type="dxa"/>
              <w:bottom w:w="20" w:type="dxa"/>
              <w:right w:w="50" w:type="dxa"/>
            </w:tcMar>
          </w:tcPr>
          <w:p w14:paraId="22A33103" w14:textId="77777777" w:rsidR="00292F36" w:rsidRDefault="00000000">
            <w:r>
              <w:rPr>
                <w:sz w:val="12"/>
              </w:rPr>
              <w:t>0.64179104</w:t>
            </w:r>
          </w:p>
        </w:tc>
      </w:tr>
      <w:tr w:rsidR="00292F36" w14:paraId="30358665" w14:textId="77777777">
        <w:tc>
          <w:tcPr>
            <w:tcW w:w="564" w:type="dxa"/>
            <w:tcMar>
              <w:top w:w="20" w:type="dxa"/>
              <w:left w:w="50" w:type="dxa"/>
              <w:bottom w:w="20" w:type="dxa"/>
              <w:right w:w="50" w:type="dxa"/>
            </w:tcMar>
          </w:tcPr>
          <w:p w14:paraId="20FB1AE8" w14:textId="77777777" w:rsidR="00292F36" w:rsidRDefault="00000000">
            <w:r>
              <w:rPr>
                <w:sz w:val="12"/>
              </w:rPr>
              <w:t>2020_campo_kennedy_campo_kennedy_deep_1</w:t>
            </w:r>
          </w:p>
        </w:tc>
        <w:tc>
          <w:tcPr>
            <w:tcW w:w="564" w:type="dxa"/>
            <w:tcMar>
              <w:top w:w="20" w:type="dxa"/>
              <w:left w:w="50" w:type="dxa"/>
              <w:bottom w:w="20" w:type="dxa"/>
              <w:right w:w="50" w:type="dxa"/>
            </w:tcMar>
          </w:tcPr>
          <w:p w14:paraId="5C44040E" w14:textId="77777777" w:rsidR="00292F36" w:rsidRDefault="00000000">
            <w:r>
              <w:rPr>
                <w:sz w:val="12"/>
              </w:rPr>
              <w:t>0.90679086</w:t>
            </w:r>
          </w:p>
        </w:tc>
        <w:tc>
          <w:tcPr>
            <w:tcW w:w="564" w:type="dxa"/>
            <w:tcMar>
              <w:top w:w="20" w:type="dxa"/>
              <w:left w:w="50" w:type="dxa"/>
              <w:bottom w:w="20" w:type="dxa"/>
              <w:right w:w="50" w:type="dxa"/>
            </w:tcMar>
          </w:tcPr>
          <w:p w14:paraId="385C7BC1" w14:textId="77777777" w:rsidR="00292F36" w:rsidRDefault="00000000">
            <w:r>
              <w:rPr>
                <w:sz w:val="12"/>
              </w:rPr>
              <w:t>-0.6731698</w:t>
            </w:r>
          </w:p>
        </w:tc>
        <w:tc>
          <w:tcPr>
            <w:tcW w:w="564" w:type="dxa"/>
            <w:tcMar>
              <w:top w:w="20" w:type="dxa"/>
              <w:left w:w="50" w:type="dxa"/>
              <w:bottom w:w="20" w:type="dxa"/>
              <w:right w:w="50" w:type="dxa"/>
            </w:tcMar>
          </w:tcPr>
          <w:p w14:paraId="4F047FD1" w14:textId="77777777" w:rsidR="00292F36" w:rsidRDefault="00000000">
            <w:r>
              <w:rPr>
                <w:sz w:val="12"/>
              </w:rPr>
              <w:t>NA</w:t>
            </w:r>
          </w:p>
        </w:tc>
        <w:tc>
          <w:tcPr>
            <w:tcW w:w="564" w:type="dxa"/>
            <w:tcMar>
              <w:top w:w="20" w:type="dxa"/>
              <w:left w:w="50" w:type="dxa"/>
              <w:bottom w:w="20" w:type="dxa"/>
              <w:right w:w="50" w:type="dxa"/>
            </w:tcMar>
          </w:tcPr>
          <w:p w14:paraId="7AA8538F" w14:textId="77777777" w:rsidR="00292F36" w:rsidRDefault="00000000">
            <w:r>
              <w:rPr>
                <w:sz w:val="12"/>
              </w:rPr>
              <w:t>NA</w:t>
            </w:r>
          </w:p>
        </w:tc>
        <w:tc>
          <w:tcPr>
            <w:tcW w:w="564" w:type="dxa"/>
            <w:tcMar>
              <w:top w:w="20" w:type="dxa"/>
              <w:left w:w="50" w:type="dxa"/>
              <w:bottom w:w="20" w:type="dxa"/>
              <w:right w:w="50" w:type="dxa"/>
            </w:tcMar>
          </w:tcPr>
          <w:p w14:paraId="269A7E9A" w14:textId="77777777" w:rsidR="00292F36" w:rsidRDefault="00000000">
            <w:r>
              <w:rPr>
                <w:sz w:val="12"/>
              </w:rPr>
              <w:t>NA</w:t>
            </w:r>
          </w:p>
        </w:tc>
        <w:tc>
          <w:tcPr>
            <w:tcW w:w="564" w:type="dxa"/>
            <w:tcMar>
              <w:top w:w="20" w:type="dxa"/>
              <w:left w:w="50" w:type="dxa"/>
              <w:bottom w:w="20" w:type="dxa"/>
              <w:right w:w="50" w:type="dxa"/>
            </w:tcMar>
          </w:tcPr>
          <w:p w14:paraId="0FF791C5" w14:textId="77777777" w:rsidR="00292F36" w:rsidRDefault="00000000">
            <w:r>
              <w:rPr>
                <w:sz w:val="12"/>
              </w:rPr>
              <w:t>NA</w:t>
            </w:r>
          </w:p>
        </w:tc>
        <w:tc>
          <w:tcPr>
            <w:tcW w:w="564" w:type="dxa"/>
            <w:tcMar>
              <w:top w:w="20" w:type="dxa"/>
              <w:left w:w="50" w:type="dxa"/>
              <w:bottom w:w="20" w:type="dxa"/>
              <w:right w:w="50" w:type="dxa"/>
            </w:tcMar>
          </w:tcPr>
          <w:p w14:paraId="279FF268" w14:textId="77777777" w:rsidR="00292F36" w:rsidRDefault="00000000">
            <w:r>
              <w:rPr>
                <w:sz w:val="12"/>
              </w:rPr>
              <w:t>NA</w:t>
            </w:r>
          </w:p>
        </w:tc>
        <w:tc>
          <w:tcPr>
            <w:tcW w:w="564" w:type="dxa"/>
            <w:tcMar>
              <w:top w:w="20" w:type="dxa"/>
              <w:left w:w="50" w:type="dxa"/>
              <w:bottom w:w="20" w:type="dxa"/>
              <w:right w:w="50" w:type="dxa"/>
            </w:tcMar>
          </w:tcPr>
          <w:p w14:paraId="3E235054" w14:textId="77777777" w:rsidR="00292F36" w:rsidRDefault="00000000">
            <w:r>
              <w:rPr>
                <w:sz w:val="12"/>
              </w:rPr>
              <w:t>NA</w:t>
            </w:r>
          </w:p>
        </w:tc>
        <w:tc>
          <w:tcPr>
            <w:tcW w:w="564" w:type="dxa"/>
            <w:tcMar>
              <w:top w:w="20" w:type="dxa"/>
              <w:left w:w="50" w:type="dxa"/>
              <w:bottom w:w="20" w:type="dxa"/>
              <w:right w:w="50" w:type="dxa"/>
            </w:tcMar>
          </w:tcPr>
          <w:p w14:paraId="6BCD8A78" w14:textId="77777777" w:rsidR="00292F36" w:rsidRDefault="00000000">
            <w:r>
              <w:rPr>
                <w:sz w:val="12"/>
              </w:rPr>
              <w:t>NA</w:t>
            </w:r>
          </w:p>
        </w:tc>
        <w:tc>
          <w:tcPr>
            <w:tcW w:w="564" w:type="dxa"/>
            <w:tcMar>
              <w:top w:w="20" w:type="dxa"/>
              <w:left w:w="50" w:type="dxa"/>
              <w:bottom w:w="20" w:type="dxa"/>
              <w:right w:w="50" w:type="dxa"/>
            </w:tcMar>
          </w:tcPr>
          <w:p w14:paraId="47460345" w14:textId="77777777" w:rsidR="00292F36" w:rsidRDefault="00000000">
            <w:r>
              <w:rPr>
                <w:sz w:val="12"/>
              </w:rPr>
              <w:t>NA</w:t>
            </w:r>
          </w:p>
        </w:tc>
        <w:tc>
          <w:tcPr>
            <w:tcW w:w="564" w:type="dxa"/>
            <w:tcMar>
              <w:top w:w="20" w:type="dxa"/>
              <w:left w:w="50" w:type="dxa"/>
              <w:bottom w:w="20" w:type="dxa"/>
              <w:right w:w="50" w:type="dxa"/>
            </w:tcMar>
          </w:tcPr>
          <w:p w14:paraId="63F85AA3" w14:textId="77777777" w:rsidR="00292F36" w:rsidRDefault="00000000">
            <w:r>
              <w:rPr>
                <w:sz w:val="12"/>
              </w:rPr>
              <w:t>0</w:t>
            </w:r>
          </w:p>
        </w:tc>
        <w:tc>
          <w:tcPr>
            <w:tcW w:w="564" w:type="dxa"/>
            <w:tcMar>
              <w:top w:w="20" w:type="dxa"/>
              <w:left w:w="50" w:type="dxa"/>
              <w:bottom w:w="20" w:type="dxa"/>
              <w:right w:w="50" w:type="dxa"/>
            </w:tcMar>
          </w:tcPr>
          <w:p w14:paraId="49BA009F" w14:textId="77777777" w:rsidR="00292F36" w:rsidRDefault="00000000">
            <w:r>
              <w:rPr>
                <w:sz w:val="12"/>
              </w:rPr>
              <w:t>0.73626374</w:t>
            </w:r>
          </w:p>
        </w:tc>
        <w:tc>
          <w:tcPr>
            <w:tcW w:w="564" w:type="dxa"/>
            <w:tcMar>
              <w:top w:w="20" w:type="dxa"/>
              <w:left w:w="50" w:type="dxa"/>
              <w:bottom w:w="20" w:type="dxa"/>
              <w:right w:w="50" w:type="dxa"/>
            </w:tcMar>
          </w:tcPr>
          <w:p w14:paraId="7FB6B2B1" w14:textId="77777777" w:rsidR="00292F36" w:rsidRDefault="00000000">
            <w:r>
              <w:rPr>
                <w:sz w:val="12"/>
              </w:rPr>
              <w:t>0.04395604</w:t>
            </w:r>
          </w:p>
        </w:tc>
        <w:tc>
          <w:tcPr>
            <w:tcW w:w="564" w:type="dxa"/>
            <w:tcMar>
              <w:top w:w="20" w:type="dxa"/>
              <w:left w:w="50" w:type="dxa"/>
              <w:bottom w:w="20" w:type="dxa"/>
              <w:right w:w="50" w:type="dxa"/>
            </w:tcMar>
          </w:tcPr>
          <w:p w14:paraId="1EF235D3" w14:textId="77777777" w:rsidR="00292F36" w:rsidRDefault="00000000">
            <w:r>
              <w:rPr>
                <w:sz w:val="12"/>
              </w:rPr>
              <w:t>0</w:t>
            </w:r>
          </w:p>
        </w:tc>
        <w:tc>
          <w:tcPr>
            <w:tcW w:w="564" w:type="dxa"/>
            <w:tcMar>
              <w:top w:w="20" w:type="dxa"/>
              <w:left w:w="50" w:type="dxa"/>
              <w:bottom w:w="20" w:type="dxa"/>
              <w:right w:w="50" w:type="dxa"/>
            </w:tcMar>
          </w:tcPr>
          <w:p w14:paraId="4D07AD5A" w14:textId="77777777" w:rsidR="00292F36" w:rsidRDefault="00000000">
            <w:r>
              <w:rPr>
                <w:sz w:val="12"/>
              </w:rPr>
              <w:t>0</w:t>
            </w:r>
          </w:p>
        </w:tc>
        <w:tc>
          <w:tcPr>
            <w:tcW w:w="564" w:type="dxa"/>
            <w:tcMar>
              <w:top w:w="20" w:type="dxa"/>
              <w:left w:w="50" w:type="dxa"/>
              <w:bottom w:w="20" w:type="dxa"/>
              <w:right w:w="50" w:type="dxa"/>
            </w:tcMar>
          </w:tcPr>
          <w:p w14:paraId="3A923D66" w14:textId="77777777" w:rsidR="00292F36" w:rsidRDefault="00000000">
            <w:r>
              <w:rPr>
                <w:sz w:val="12"/>
              </w:rPr>
              <w:t>0.21978022</w:t>
            </w:r>
          </w:p>
        </w:tc>
        <w:tc>
          <w:tcPr>
            <w:tcW w:w="564" w:type="dxa"/>
            <w:tcMar>
              <w:top w:w="20" w:type="dxa"/>
              <w:left w:w="50" w:type="dxa"/>
              <w:bottom w:w="20" w:type="dxa"/>
              <w:right w:w="50" w:type="dxa"/>
            </w:tcMar>
          </w:tcPr>
          <w:p w14:paraId="174A3485" w14:textId="77777777" w:rsidR="00292F36" w:rsidRDefault="00000000">
            <w:r>
              <w:rPr>
                <w:sz w:val="12"/>
              </w:rPr>
              <w:t>0</w:t>
            </w:r>
          </w:p>
        </w:tc>
        <w:tc>
          <w:tcPr>
            <w:tcW w:w="564" w:type="dxa"/>
            <w:tcMar>
              <w:top w:w="20" w:type="dxa"/>
              <w:left w:w="50" w:type="dxa"/>
              <w:bottom w:w="20" w:type="dxa"/>
              <w:right w:w="50" w:type="dxa"/>
            </w:tcMar>
          </w:tcPr>
          <w:p w14:paraId="14CD8A37" w14:textId="77777777" w:rsidR="00292F36" w:rsidRDefault="00000000">
            <w:r>
              <w:rPr>
                <w:sz w:val="12"/>
              </w:rPr>
              <w:t>0</w:t>
            </w:r>
          </w:p>
        </w:tc>
        <w:tc>
          <w:tcPr>
            <w:tcW w:w="564" w:type="dxa"/>
            <w:tcMar>
              <w:top w:w="20" w:type="dxa"/>
              <w:left w:w="50" w:type="dxa"/>
              <w:bottom w:w="20" w:type="dxa"/>
              <w:right w:w="50" w:type="dxa"/>
            </w:tcMar>
          </w:tcPr>
          <w:p w14:paraId="2C3C26CA" w14:textId="77777777" w:rsidR="00292F36" w:rsidRDefault="00000000">
            <w:r>
              <w:rPr>
                <w:sz w:val="12"/>
              </w:rPr>
              <w:t>0.72727273</w:t>
            </w:r>
          </w:p>
        </w:tc>
        <w:tc>
          <w:tcPr>
            <w:tcW w:w="564" w:type="dxa"/>
            <w:tcMar>
              <w:top w:w="20" w:type="dxa"/>
              <w:left w:w="50" w:type="dxa"/>
              <w:bottom w:w="20" w:type="dxa"/>
              <w:right w:w="50" w:type="dxa"/>
            </w:tcMar>
          </w:tcPr>
          <w:p w14:paraId="1AA8DFD0" w14:textId="77777777" w:rsidR="00292F36" w:rsidRDefault="00000000">
            <w:r>
              <w:rPr>
                <w:sz w:val="12"/>
              </w:rPr>
              <w:t>0.125</w:t>
            </w:r>
          </w:p>
        </w:tc>
        <w:tc>
          <w:tcPr>
            <w:tcW w:w="564" w:type="dxa"/>
            <w:tcMar>
              <w:top w:w="20" w:type="dxa"/>
              <w:left w:w="50" w:type="dxa"/>
              <w:bottom w:w="20" w:type="dxa"/>
              <w:right w:w="50" w:type="dxa"/>
            </w:tcMar>
          </w:tcPr>
          <w:p w14:paraId="5B9EEC87" w14:textId="77777777" w:rsidR="00292F36" w:rsidRDefault="00000000">
            <w:r>
              <w:rPr>
                <w:sz w:val="12"/>
              </w:rPr>
              <w:t>0.01136364</w:t>
            </w:r>
          </w:p>
        </w:tc>
        <w:tc>
          <w:tcPr>
            <w:tcW w:w="564" w:type="dxa"/>
            <w:tcMar>
              <w:top w:w="20" w:type="dxa"/>
              <w:left w:w="50" w:type="dxa"/>
              <w:bottom w:w="20" w:type="dxa"/>
              <w:right w:w="50" w:type="dxa"/>
            </w:tcMar>
          </w:tcPr>
          <w:p w14:paraId="7AE4D932" w14:textId="77777777" w:rsidR="00292F36" w:rsidRDefault="00000000">
            <w:r>
              <w:rPr>
                <w:sz w:val="12"/>
              </w:rPr>
              <w:t>0</w:t>
            </w:r>
          </w:p>
        </w:tc>
        <w:tc>
          <w:tcPr>
            <w:tcW w:w="564" w:type="dxa"/>
            <w:tcMar>
              <w:top w:w="20" w:type="dxa"/>
              <w:left w:w="50" w:type="dxa"/>
              <w:bottom w:w="20" w:type="dxa"/>
              <w:right w:w="50" w:type="dxa"/>
            </w:tcMar>
          </w:tcPr>
          <w:p w14:paraId="386D516B" w14:textId="77777777" w:rsidR="00292F36" w:rsidRDefault="00000000">
            <w:r>
              <w:rPr>
                <w:sz w:val="12"/>
              </w:rPr>
              <w:t>0.04545455</w:t>
            </w:r>
          </w:p>
        </w:tc>
        <w:tc>
          <w:tcPr>
            <w:tcW w:w="564" w:type="dxa"/>
            <w:tcMar>
              <w:top w:w="20" w:type="dxa"/>
              <w:left w:w="50" w:type="dxa"/>
              <w:bottom w:w="20" w:type="dxa"/>
              <w:right w:w="50" w:type="dxa"/>
            </w:tcMar>
          </w:tcPr>
          <w:p w14:paraId="54D95242" w14:textId="77777777" w:rsidR="00292F36" w:rsidRDefault="00000000">
            <w:r>
              <w:rPr>
                <w:sz w:val="12"/>
              </w:rPr>
              <w:t>0.09090909</w:t>
            </w:r>
          </w:p>
        </w:tc>
      </w:tr>
      <w:tr w:rsidR="00292F36" w14:paraId="732A5CA4" w14:textId="77777777">
        <w:tc>
          <w:tcPr>
            <w:tcW w:w="564" w:type="dxa"/>
            <w:tcMar>
              <w:top w:w="20" w:type="dxa"/>
              <w:left w:w="50" w:type="dxa"/>
              <w:bottom w:w="20" w:type="dxa"/>
              <w:right w:w="50" w:type="dxa"/>
            </w:tcMar>
          </w:tcPr>
          <w:p w14:paraId="1071910F" w14:textId="77777777" w:rsidR="00292F36" w:rsidRDefault="00000000">
            <w:r>
              <w:rPr>
                <w:sz w:val="12"/>
              </w:rPr>
              <w:t>2020_campo_kennedy_campo_kennedy_deep_2</w:t>
            </w:r>
          </w:p>
        </w:tc>
        <w:tc>
          <w:tcPr>
            <w:tcW w:w="564" w:type="dxa"/>
            <w:tcMar>
              <w:top w:w="20" w:type="dxa"/>
              <w:left w:w="50" w:type="dxa"/>
              <w:bottom w:w="20" w:type="dxa"/>
              <w:right w:w="50" w:type="dxa"/>
            </w:tcMar>
          </w:tcPr>
          <w:p w14:paraId="6FD6A10C" w14:textId="77777777" w:rsidR="00292F36" w:rsidRDefault="00000000">
            <w:r>
              <w:rPr>
                <w:sz w:val="12"/>
              </w:rPr>
              <w:t>0.56544542</w:t>
            </w:r>
          </w:p>
        </w:tc>
        <w:tc>
          <w:tcPr>
            <w:tcW w:w="564" w:type="dxa"/>
            <w:tcMar>
              <w:top w:w="20" w:type="dxa"/>
              <w:left w:w="50" w:type="dxa"/>
              <w:bottom w:w="20" w:type="dxa"/>
              <w:right w:w="50" w:type="dxa"/>
            </w:tcMar>
          </w:tcPr>
          <w:p w14:paraId="17ED36D5" w14:textId="77777777" w:rsidR="00292F36" w:rsidRDefault="00000000">
            <w:r>
              <w:rPr>
                <w:sz w:val="12"/>
              </w:rPr>
              <w:t>-0.5214001</w:t>
            </w:r>
          </w:p>
        </w:tc>
        <w:tc>
          <w:tcPr>
            <w:tcW w:w="564" w:type="dxa"/>
            <w:tcMar>
              <w:top w:w="20" w:type="dxa"/>
              <w:left w:w="50" w:type="dxa"/>
              <w:bottom w:w="20" w:type="dxa"/>
              <w:right w:w="50" w:type="dxa"/>
            </w:tcMar>
          </w:tcPr>
          <w:p w14:paraId="025D4B65" w14:textId="77777777" w:rsidR="00292F36" w:rsidRDefault="00000000">
            <w:r>
              <w:rPr>
                <w:sz w:val="12"/>
              </w:rPr>
              <w:t>2020</w:t>
            </w:r>
          </w:p>
        </w:tc>
        <w:tc>
          <w:tcPr>
            <w:tcW w:w="564" w:type="dxa"/>
            <w:tcMar>
              <w:top w:w="20" w:type="dxa"/>
              <w:left w:w="50" w:type="dxa"/>
              <w:bottom w:w="20" w:type="dxa"/>
              <w:right w:w="50" w:type="dxa"/>
            </w:tcMar>
          </w:tcPr>
          <w:p w14:paraId="50221624" w14:textId="77777777" w:rsidR="00292F36" w:rsidRDefault="00000000">
            <w:r>
              <w:rPr>
                <w:sz w:val="12"/>
              </w:rPr>
              <w:t>ensenada</w:t>
            </w:r>
          </w:p>
        </w:tc>
        <w:tc>
          <w:tcPr>
            <w:tcW w:w="564" w:type="dxa"/>
            <w:tcMar>
              <w:top w:w="20" w:type="dxa"/>
              <w:left w:w="50" w:type="dxa"/>
              <w:bottom w:w="20" w:type="dxa"/>
              <w:right w:w="50" w:type="dxa"/>
            </w:tcMar>
          </w:tcPr>
          <w:p w14:paraId="46B8429D" w14:textId="77777777" w:rsidR="00292F36" w:rsidRDefault="00000000">
            <w:r>
              <w:rPr>
                <w:sz w:val="12"/>
              </w:rPr>
              <w:t>North</w:t>
            </w:r>
          </w:p>
        </w:tc>
        <w:tc>
          <w:tcPr>
            <w:tcW w:w="564" w:type="dxa"/>
            <w:tcMar>
              <w:top w:w="20" w:type="dxa"/>
              <w:left w:w="50" w:type="dxa"/>
              <w:bottom w:w="20" w:type="dxa"/>
              <w:right w:w="50" w:type="dxa"/>
            </w:tcMar>
          </w:tcPr>
          <w:p w14:paraId="25E06238" w14:textId="77777777" w:rsidR="00292F36" w:rsidRDefault="00000000">
            <w:r>
              <w:rPr>
                <w:sz w:val="12"/>
              </w:rPr>
              <w:t>campo_kennedy</w:t>
            </w:r>
          </w:p>
        </w:tc>
        <w:tc>
          <w:tcPr>
            <w:tcW w:w="564" w:type="dxa"/>
            <w:tcMar>
              <w:top w:w="20" w:type="dxa"/>
              <w:left w:w="50" w:type="dxa"/>
              <w:bottom w:w="20" w:type="dxa"/>
              <w:right w:w="50" w:type="dxa"/>
            </w:tcMar>
          </w:tcPr>
          <w:p w14:paraId="2C24C860" w14:textId="77777777" w:rsidR="00292F36" w:rsidRDefault="00000000">
            <w:r>
              <w:rPr>
                <w:sz w:val="12"/>
              </w:rPr>
              <w:t>campo_kennedy_deep</w:t>
            </w:r>
          </w:p>
        </w:tc>
        <w:tc>
          <w:tcPr>
            <w:tcW w:w="564" w:type="dxa"/>
            <w:tcMar>
              <w:top w:w="20" w:type="dxa"/>
              <w:left w:w="50" w:type="dxa"/>
              <w:bottom w:w="20" w:type="dxa"/>
              <w:right w:w="50" w:type="dxa"/>
            </w:tcMar>
          </w:tcPr>
          <w:p w14:paraId="1A27D009" w14:textId="77777777" w:rsidR="00292F36" w:rsidRDefault="00000000">
            <w:r>
              <w:rPr>
                <w:sz w:val="12"/>
              </w:rPr>
              <w:t>16</w:t>
            </w:r>
          </w:p>
        </w:tc>
        <w:tc>
          <w:tcPr>
            <w:tcW w:w="564" w:type="dxa"/>
            <w:tcMar>
              <w:top w:w="20" w:type="dxa"/>
              <w:left w:w="50" w:type="dxa"/>
              <w:bottom w:w="20" w:type="dxa"/>
              <w:right w:w="50" w:type="dxa"/>
            </w:tcMar>
          </w:tcPr>
          <w:p w14:paraId="0464B5DA" w14:textId="77777777" w:rsidR="00292F36" w:rsidRDefault="00000000">
            <w:r>
              <w:rPr>
                <w:sz w:val="12"/>
              </w:rPr>
              <w:t>20.3700008</w:t>
            </w:r>
          </w:p>
        </w:tc>
        <w:tc>
          <w:tcPr>
            <w:tcW w:w="564" w:type="dxa"/>
            <w:tcMar>
              <w:top w:w="20" w:type="dxa"/>
              <w:left w:w="50" w:type="dxa"/>
              <w:bottom w:w="20" w:type="dxa"/>
              <w:right w:w="50" w:type="dxa"/>
            </w:tcMar>
          </w:tcPr>
          <w:p w14:paraId="26A111BC" w14:textId="77777777" w:rsidR="00292F36" w:rsidRDefault="00000000">
            <w:r>
              <w:rPr>
                <w:sz w:val="12"/>
              </w:rPr>
              <w:t>0.22475631</w:t>
            </w:r>
          </w:p>
        </w:tc>
        <w:tc>
          <w:tcPr>
            <w:tcW w:w="564" w:type="dxa"/>
            <w:tcMar>
              <w:top w:w="20" w:type="dxa"/>
              <w:left w:w="50" w:type="dxa"/>
              <w:bottom w:w="20" w:type="dxa"/>
              <w:right w:w="50" w:type="dxa"/>
            </w:tcMar>
          </w:tcPr>
          <w:p w14:paraId="0C323337" w14:textId="77777777" w:rsidR="00292F36" w:rsidRDefault="00000000">
            <w:r>
              <w:rPr>
                <w:sz w:val="12"/>
              </w:rPr>
              <w:t>0</w:t>
            </w:r>
          </w:p>
        </w:tc>
        <w:tc>
          <w:tcPr>
            <w:tcW w:w="564" w:type="dxa"/>
            <w:tcMar>
              <w:top w:w="20" w:type="dxa"/>
              <w:left w:w="50" w:type="dxa"/>
              <w:bottom w:w="20" w:type="dxa"/>
              <w:right w:w="50" w:type="dxa"/>
            </w:tcMar>
          </w:tcPr>
          <w:p w14:paraId="7CE37741" w14:textId="77777777" w:rsidR="00292F36" w:rsidRDefault="00000000">
            <w:r>
              <w:rPr>
                <w:sz w:val="12"/>
              </w:rPr>
              <w:t>1</w:t>
            </w:r>
          </w:p>
        </w:tc>
        <w:tc>
          <w:tcPr>
            <w:tcW w:w="564" w:type="dxa"/>
            <w:tcMar>
              <w:top w:w="20" w:type="dxa"/>
              <w:left w:w="50" w:type="dxa"/>
              <w:bottom w:w="20" w:type="dxa"/>
              <w:right w:w="50" w:type="dxa"/>
            </w:tcMar>
          </w:tcPr>
          <w:p w14:paraId="3D62F43F" w14:textId="77777777" w:rsidR="00292F36" w:rsidRDefault="00000000">
            <w:r>
              <w:rPr>
                <w:sz w:val="12"/>
              </w:rPr>
              <w:t>0</w:t>
            </w:r>
          </w:p>
        </w:tc>
        <w:tc>
          <w:tcPr>
            <w:tcW w:w="564" w:type="dxa"/>
            <w:tcMar>
              <w:top w:w="20" w:type="dxa"/>
              <w:left w:w="50" w:type="dxa"/>
              <w:bottom w:w="20" w:type="dxa"/>
              <w:right w:w="50" w:type="dxa"/>
            </w:tcMar>
          </w:tcPr>
          <w:p w14:paraId="1840E37D" w14:textId="77777777" w:rsidR="00292F36" w:rsidRDefault="00000000">
            <w:r>
              <w:rPr>
                <w:sz w:val="12"/>
              </w:rPr>
              <w:t>0</w:t>
            </w:r>
          </w:p>
        </w:tc>
        <w:tc>
          <w:tcPr>
            <w:tcW w:w="564" w:type="dxa"/>
            <w:tcMar>
              <w:top w:w="20" w:type="dxa"/>
              <w:left w:w="50" w:type="dxa"/>
              <w:bottom w:w="20" w:type="dxa"/>
              <w:right w:w="50" w:type="dxa"/>
            </w:tcMar>
          </w:tcPr>
          <w:p w14:paraId="0C63FAA5" w14:textId="77777777" w:rsidR="00292F36" w:rsidRDefault="00000000">
            <w:r>
              <w:rPr>
                <w:sz w:val="12"/>
              </w:rPr>
              <w:t>0</w:t>
            </w:r>
          </w:p>
        </w:tc>
        <w:tc>
          <w:tcPr>
            <w:tcW w:w="564" w:type="dxa"/>
            <w:tcMar>
              <w:top w:w="20" w:type="dxa"/>
              <w:left w:w="50" w:type="dxa"/>
              <w:bottom w:w="20" w:type="dxa"/>
              <w:right w:w="50" w:type="dxa"/>
            </w:tcMar>
          </w:tcPr>
          <w:p w14:paraId="72934350" w14:textId="77777777" w:rsidR="00292F36" w:rsidRDefault="00000000">
            <w:r>
              <w:rPr>
                <w:sz w:val="12"/>
              </w:rPr>
              <w:t>0</w:t>
            </w:r>
          </w:p>
        </w:tc>
        <w:tc>
          <w:tcPr>
            <w:tcW w:w="564" w:type="dxa"/>
            <w:tcMar>
              <w:top w:w="20" w:type="dxa"/>
              <w:left w:w="50" w:type="dxa"/>
              <w:bottom w:w="20" w:type="dxa"/>
              <w:right w:w="50" w:type="dxa"/>
            </w:tcMar>
          </w:tcPr>
          <w:p w14:paraId="168A36D2" w14:textId="77777777" w:rsidR="00292F36" w:rsidRDefault="00000000">
            <w:r>
              <w:rPr>
                <w:sz w:val="12"/>
              </w:rPr>
              <w:t>0</w:t>
            </w:r>
          </w:p>
        </w:tc>
        <w:tc>
          <w:tcPr>
            <w:tcW w:w="564" w:type="dxa"/>
            <w:tcMar>
              <w:top w:w="20" w:type="dxa"/>
              <w:left w:w="50" w:type="dxa"/>
              <w:bottom w:w="20" w:type="dxa"/>
              <w:right w:w="50" w:type="dxa"/>
            </w:tcMar>
          </w:tcPr>
          <w:p w14:paraId="4F65D933" w14:textId="77777777" w:rsidR="00292F36" w:rsidRDefault="00000000">
            <w:r>
              <w:rPr>
                <w:sz w:val="12"/>
              </w:rPr>
              <w:t>0</w:t>
            </w:r>
          </w:p>
        </w:tc>
        <w:tc>
          <w:tcPr>
            <w:tcW w:w="564" w:type="dxa"/>
            <w:tcMar>
              <w:top w:w="20" w:type="dxa"/>
              <w:left w:w="50" w:type="dxa"/>
              <w:bottom w:w="20" w:type="dxa"/>
              <w:right w:w="50" w:type="dxa"/>
            </w:tcMar>
          </w:tcPr>
          <w:p w14:paraId="114A5B3D" w14:textId="77777777" w:rsidR="00292F36" w:rsidRDefault="00000000">
            <w:r>
              <w:rPr>
                <w:sz w:val="12"/>
              </w:rPr>
              <w:t>0.21818182</w:t>
            </w:r>
          </w:p>
        </w:tc>
        <w:tc>
          <w:tcPr>
            <w:tcW w:w="564" w:type="dxa"/>
            <w:tcMar>
              <w:top w:w="20" w:type="dxa"/>
              <w:left w:w="50" w:type="dxa"/>
              <w:bottom w:w="20" w:type="dxa"/>
              <w:right w:w="50" w:type="dxa"/>
            </w:tcMar>
          </w:tcPr>
          <w:p w14:paraId="6C9AE13D" w14:textId="77777777" w:rsidR="00292F36" w:rsidRDefault="00000000">
            <w:r>
              <w:rPr>
                <w:sz w:val="12"/>
              </w:rPr>
              <w:t>0.3</w:t>
            </w:r>
          </w:p>
        </w:tc>
        <w:tc>
          <w:tcPr>
            <w:tcW w:w="564" w:type="dxa"/>
            <w:tcMar>
              <w:top w:w="20" w:type="dxa"/>
              <w:left w:w="50" w:type="dxa"/>
              <w:bottom w:w="20" w:type="dxa"/>
              <w:right w:w="50" w:type="dxa"/>
            </w:tcMar>
          </w:tcPr>
          <w:p w14:paraId="0CBFD634" w14:textId="77777777" w:rsidR="00292F36" w:rsidRDefault="00000000">
            <w:r>
              <w:rPr>
                <w:sz w:val="12"/>
              </w:rPr>
              <w:t>0.08181818</w:t>
            </w:r>
          </w:p>
        </w:tc>
        <w:tc>
          <w:tcPr>
            <w:tcW w:w="564" w:type="dxa"/>
            <w:tcMar>
              <w:top w:w="20" w:type="dxa"/>
              <w:left w:w="50" w:type="dxa"/>
              <w:bottom w:w="20" w:type="dxa"/>
              <w:right w:w="50" w:type="dxa"/>
            </w:tcMar>
          </w:tcPr>
          <w:p w14:paraId="368931BA" w14:textId="77777777" w:rsidR="00292F36" w:rsidRDefault="00000000">
            <w:r>
              <w:rPr>
                <w:sz w:val="12"/>
              </w:rPr>
              <w:t>0.08181818</w:t>
            </w:r>
          </w:p>
        </w:tc>
        <w:tc>
          <w:tcPr>
            <w:tcW w:w="564" w:type="dxa"/>
            <w:tcMar>
              <w:top w:w="20" w:type="dxa"/>
              <w:left w:w="50" w:type="dxa"/>
              <w:bottom w:w="20" w:type="dxa"/>
              <w:right w:w="50" w:type="dxa"/>
            </w:tcMar>
          </w:tcPr>
          <w:p w14:paraId="4845862F" w14:textId="77777777" w:rsidR="00292F36" w:rsidRDefault="00000000">
            <w:r>
              <w:rPr>
                <w:sz w:val="12"/>
              </w:rPr>
              <w:t>0.19090909</w:t>
            </w:r>
          </w:p>
        </w:tc>
        <w:tc>
          <w:tcPr>
            <w:tcW w:w="564" w:type="dxa"/>
            <w:tcMar>
              <w:top w:w="20" w:type="dxa"/>
              <w:left w:w="50" w:type="dxa"/>
              <w:bottom w:w="20" w:type="dxa"/>
              <w:right w:w="50" w:type="dxa"/>
            </w:tcMar>
          </w:tcPr>
          <w:p w14:paraId="2E399C35" w14:textId="77777777" w:rsidR="00292F36" w:rsidRDefault="00000000">
            <w:r>
              <w:rPr>
                <w:sz w:val="12"/>
              </w:rPr>
              <w:t>0.12727273</w:t>
            </w:r>
          </w:p>
        </w:tc>
      </w:tr>
      <w:tr w:rsidR="00292F36" w14:paraId="1CE6B879" w14:textId="77777777">
        <w:tc>
          <w:tcPr>
            <w:tcW w:w="564" w:type="dxa"/>
            <w:tcMar>
              <w:top w:w="20" w:type="dxa"/>
              <w:left w:w="50" w:type="dxa"/>
              <w:bottom w:w="20" w:type="dxa"/>
              <w:right w:w="50" w:type="dxa"/>
            </w:tcMar>
          </w:tcPr>
          <w:p w14:paraId="3B30F30B" w14:textId="77777777" w:rsidR="00292F36" w:rsidRDefault="00000000">
            <w:r>
              <w:rPr>
                <w:sz w:val="12"/>
              </w:rPr>
              <w:t>2020_campo_kennedy_campo_kennedy_mid_1</w:t>
            </w:r>
          </w:p>
        </w:tc>
        <w:tc>
          <w:tcPr>
            <w:tcW w:w="564" w:type="dxa"/>
            <w:tcMar>
              <w:top w:w="20" w:type="dxa"/>
              <w:left w:w="50" w:type="dxa"/>
              <w:bottom w:w="20" w:type="dxa"/>
              <w:right w:w="50" w:type="dxa"/>
            </w:tcMar>
          </w:tcPr>
          <w:p w14:paraId="5FE8C363" w14:textId="77777777" w:rsidR="00292F36" w:rsidRDefault="00000000">
            <w:r>
              <w:rPr>
                <w:sz w:val="12"/>
              </w:rPr>
              <w:t>0.55058137</w:t>
            </w:r>
          </w:p>
        </w:tc>
        <w:tc>
          <w:tcPr>
            <w:tcW w:w="564" w:type="dxa"/>
            <w:tcMar>
              <w:top w:w="20" w:type="dxa"/>
              <w:left w:w="50" w:type="dxa"/>
              <w:bottom w:w="20" w:type="dxa"/>
              <w:right w:w="50" w:type="dxa"/>
            </w:tcMar>
          </w:tcPr>
          <w:p w14:paraId="7F9C975C" w14:textId="77777777" w:rsidR="00292F36" w:rsidRDefault="00000000">
            <w:r>
              <w:rPr>
                <w:sz w:val="12"/>
              </w:rPr>
              <w:t>-0.3870876</w:t>
            </w:r>
          </w:p>
        </w:tc>
        <w:tc>
          <w:tcPr>
            <w:tcW w:w="564" w:type="dxa"/>
            <w:tcMar>
              <w:top w:w="20" w:type="dxa"/>
              <w:left w:w="50" w:type="dxa"/>
              <w:bottom w:w="20" w:type="dxa"/>
              <w:right w:w="50" w:type="dxa"/>
            </w:tcMar>
          </w:tcPr>
          <w:p w14:paraId="3567A1EE" w14:textId="77777777" w:rsidR="00292F36" w:rsidRDefault="00000000">
            <w:r>
              <w:rPr>
                <w:sz w:val="12"/>
              </w:rPr>
              <w:t>2020</w:t>
            </w:r>
          </w:p>
        </w:tc>
        <w:tc>
          <w:tcPr>
            <w:tcW w:w="564" w:type="dxa"/>
            <w:tcMar>
              <w:top w:w="20" w:type="dxa"/>
              <w:left w:w="50" w:type="dxa"/>
              <w:bottom w:w="20" w:type="dxa"/>
              <w:right w:w="50" w:type="dxa"/>
            </w:tcMar>
          </w:tcPr>
          <w:p w14:paraId="63BBE487" w14:textId="77777777" w:rsidR="00292F36" w:rsidRDefault="00000000">
            <w:r>
              <w:rPr>
                <w:sz w:val="12"/>
              </w:rPr>
              <w:t>ensenada</w:t>
            </w:r>
          </w:p>
        </w:tc>
        <w:tc>
          <w:tcPr>
            <w:tcW w:w="564" w:type="dxa"/>
            <w:tcMar>
              <w:top w:w="20" w:type="dxa"/>
              <w:left w:w="50" w:type="dxa"/>
              <w:bottom w:w="20" w:type="dxa"/>
              <w:right w:w="50" w:type="dxa"/>
            </w:tcMar>
          </w:tcPr>
          <w:p w14:paraId="3A3AEA4E" w14:textId="77777777" w:rsidR="00292F36" w:rsidRDefault="00000000">
            <w:r>
              <w:rPr>
                <w:sz w:val="12"/>
              </w:rPr>
              <w:t>North</w:t>
            </w:r>
          </w:p>
        </w:tc>
        <w:tc>
          <w:tcPr>
            <w:tcW w:w="564" w:type="dxa"/>
            <w:tcMar>
              <w:top w:w="20" w:type="dxa"/>
              <w:left w:w="50" w:type="dxa"/>
              <w:bottom w:w="20" w:type="dxa"/>
              <w:right w:w="50" w:type="dxa"/>
            </w:tcMar>
          </w:tcPr>
          <w:p w14:paraId="013B9552" w14:textId="77777777" w:rsidR="00292F36" w:rsidRDefault="00000000">
            <w:r>
              <w:rPr>
                <w:sz w:val="12"/>
              </w:rPr>
              <w:t>campo_kennedy</w:t>
            </w:r>
          </w:p>
        </w:tc>
        <w:tc>
          <w:tcPr>
            <w:tcW w:w="564" w:type="dxa"/>
            <w:tcMar>
              <w:top w:w="20" w:type="dxa"/>
              <w:left w:w="50" w:type="dxa"/>
              <w:bottom w:w="20" w:type="dxa"/>
              <w:right w:w="50" w:type="dxa"/>
            </w:tcMar>
          </w:tcPr>
          <w:p w14:paraId="65DC1C3D" w14:textId="77777777" w:rsidR="00292F36" w:rsidRDefault="00000000">
            <w:r>
              <w:rPr>
                <w:sz w:val="12"/>
              </w:rPr>
              <w:t>campo_kennedy_mid</w:t>
            </w:r>
          </w:p>
        </w:tc>
        <w:tc>
          <w:tcPr>
            <w:tcW w:w="564" w:type="dxa"/>
            <w:tcMar>
              <w:top w:w="20" w:type="dxa"/>
              <w:left w:w="50" w:type="dxa"/>
              <w:bottom w:w="20" w:type="dxa"/>
              <w:right w:w="50" w:type="dxa"/>
            </w:tcMar>
          </w:tcPr>
          <w:p w14:paraId="48344BDE" w14:textId="77777777" w:rsidR="00292F36" w:rsidRDefault="00000000">
            <w:r>
              <w:rPr>
                <w:sz w:val="12"/>
              </w:rPr>
              <w:t>7</w:t>
            </w:r>
          </w:p>
        </w:tc>
        <w:tc>
          <w:tcPr>
            <w:tcW w:w="564" w:type="dxa"/>
            <w:tcMar>
              <w:top w:w="20" w:type="dxa"/>
              <w:left w:w="50" w:type="dxa"/>
              <w:bottom w:w="20" w:type="dxa"/>
              <w:right w:w="50" w:type="dxa"/>
            </w:tcMar>
          </w:tcPr>
          <w:p w14:paraId="194F64AF" w14:textId="77777777" w:rsidR="00292F36" w:rsidRDefault="00000000">
            <w:r>
              <w:rPr>
                <w:sz w:val="12"/>
              </w:rPr>
              <w:t>20.3700008</w:t>
            </w:r>
          </w:p>
        </w:tc>
        <w:tc>
          <w:tcPr>
            <w:tcW w:w="564" w:type="dxa"/>
            <w:tcMar>
              <w:top w:w="20" w:type="dxa"/>
              <w:left w:w="50" w:type="dxa"/>
              <w:bottom w:w="20" w:type="dxa"/>
              <w:right w:w="50" w:type="dxa"/>
            </w:tcMar>
          </w:tcPr>
          <w:p w14:paraId="15D649AB" w14:textId="77777777" w:rsidR="00292F36" w:rsidRDefault="00000000">
            <w:r>
              <w:rPr>
                <w:sz w:val="12"/>
              </w:rPr>
              <w:t>0.22475631</w:t>
            </w:r>
          </w:p>
        </w:tc>
        <w:tc>
          <w:tcPr>
            <w:tcW w:w="564" w:type="dxa"/>
            <w:tcMar>
              <w:top w:w="20" w:type="dxa"/>
              <w:left w:w="50" w:type="dxa"/>
              <w:bottom w:w="20" w:type="dxa"/>
              <w:right w:w="50" w:type="dxa"/>
            </w:tcMar>
          </w:tcPr>
          <w:p w14:paraId="58D4F285" w14:textId="77777777" w:rsidR="00292F36" w:rsidRDefault="00000000">
            <w:r>
              <w:rPr>
                <w:sz w:val="12"/>
              </w:rPr>
              <w:t>0.01526718</w:t>
            </w:r>
          </w:p>
        </w:tc>
        <w:tc>
          <w:tcPr>
            <w:tcW w:w="564" w:type="dxa"/>
            <w:tcMar>
              <w:top w:w="20" w:type="dxa"/>
              <w:left w:w="50" w:type="dxa"/>
              <w:bottom w:w="20" w:type="dxa"/>
              <w:right w:w="50" w:type="dxa"/>
            </w:tcMar>
          </w:tcPr>
          <w:p w14:paraId="7C68CA81" w14:textId="77777777" w:rsidR="00292F36" w:rsidRDefault="00000000">
            <w:r>
              <w:rPr>
                <w:sz w:val="12"/>
              </w:rPr>
              <w:t>0.9389313</w:t>
            </w:r>
          </w:p>
        </w:tc>
        <w:tc>
          <w:tcPr>
            <w:tcW w:w="564" w:type="dxa"/>
            <w:tcMar>
              <w:top w:w="20" w:type="dxa"/>
              <w:left w:w="50" w:type="dxa"/>
              <w:bottom w:w="20" w:type="dxa"/>
              <w:right w:w="50" w:type="dxa"/>
            </w:tcMar>
          </w:tcPr>
          <w:p w14:paraId="5B2DB02C" w14:textId="77777777" w:rsidR="00292F36" w:rsidRDefault="00000000">
            <w:r>
              <w:rPr>
                <w:sz w:val="12"/>
              </w:rPr>
              <w:t>0.04580153</w:t>
            </w:r>
          </w:p>
        </w:tc>
        <w:tc>
          <w:tcPr>
            <w:tcW w:w="564" w:type="dxa"/>
            <w:tcMar>
              <w:top w:w="20" w:type="dxa"/>
              <w:left w:w="50" w:type="dxa"/>
              <w:bottom w:w="20" w:type="dxa"/>
              <w:right w:w="50" w:type="dxa"/>
            </w:tcMar>
          </w:tcPr>
          <w:p w14:paraId="02CC64D3" w14:textId="77777777" w:rsidR="00292F36" w:rsidRDefault="00000000">
            <w:r>
              <w:rPr>
                <w:sz w:val="12"/>
              </w:rPr>
              <w:t>0</w:t>
            </w:r>
          </w:p>
        </w:tc>
        <w:tc>
          <w:tcPr>
            <w:tcW w:w="564" w:type="dxa"/>
            <w:tcMar>
              <w:top w:w="20" w:type="dxa"/>
              <w:left w:w="50" w:type="dxa"/>
              <w:bottom w:w="20" w:type="dxa"/>
              <w:right w:w="50" w:type="dxa"/>
            </w:tcMar>
          </w:tcPr>
          <w:p w14:paraId="7644A826" w14:textId="77777777" w:rsidR="00292F36" w:rsidRDefault="00000000">
            <w:r>
              <w:rPr>
                <w:sz w:val="12"/>
              </w:rPr>
              <w:t>0</w:t>
            </w:r>
          </w:p>
        </w:tc>
        <w:tc>
          <w:tcPr>
            <w:tcW w:w="564" w:type="dxa"/>
            <w:tcMar>
              <w:top w:w="20" w:type="dxa"/>
              <w:left w:w="50" w:type="dxa"/>
              <w:bottom w:w="20" w:type="dxa"/>
              <w:right w:w="50" w:type="dxa"/>
            </w:tcMar>
          </w:tcPr>
          <w:p w14:paraId="42F3AE2C" w14:textId="77777777" w:rsidR="00292F36" w:rsidRDefault="00000000">
            <w:r>
              <w:rPr>
                <w:sz w:val="12"/>
              </w:rPr>
              <w:t>0</w:t>
            </w:r>
          </w:p>
        </w:tc>
        <w:tc>
          <w:tcPr>
            <w:tcW w:w="564" w:type="dxa"/>
            <w:tcMar>
              <w:top w:w="20" w:type="dxa"/>
              <w:left w:w="50" w:type="dxa"/>
              <w:bottom w:w="20" w:type="dxa"/>
              <w:right w:w="50" w:type="dxa"/>
            </w:tcMar>
          </w:tcPr>
          <w:p w14:paraId="196D9BD6" w14:textId="77777777" w:rsidR="00292F36" w:rsidRDefault="00000000">
            <w:r>
              <w:rPr>
                <w:sz w:val="12"/>
              </w:rPr>
              <w:t>0</w:t>
            </w:r>
          </w:p>
        </w:tc>
        <w:tc>
          <w:tcPr>
            <w:tcW w:w="564" w:type="dxa"/>
            <w:tcMar>
              <w:top w:w="20" w:type="dxa"/>
              <w:left w:w="50" w:type="dxa"/>
              <w:bottom w:w="20" w:type="dxa"/>
              <w:right w:w="50" w:type="dxa"/>
            </w:tcMar>
          </w:tcPr>
          <w:p w14:paraId="1D003005" w14:textId="77777777" w:rsidR="00292F36" w:rsidRDefault="00000000">
            <w:r>
              <w:rPr>
                <w:sz w:val="12"/>
              </w:rPr>
              <w:t>0</w:t>
            </w:r>
          </w:p>
        </w:tc>
        <w:tc>
          <w:tcPr>
            <w:tcW w:w="564" w:type="dxa"/>
            <w:tcMar>
              <w:top w:w="20" w:type="dxa"/>
              <w:left w:w="50" w:type="dxa"/>
              <w:bottom w:w="20" w:type="dxa"/>
              <w:right w:w="50" w:type="dxa"/>
            </w:tcMar>
          </w:tcPr>
          <w:p w14:paraId="2B3EEA0A" w14:textId="77777777" w:rsidR="00292F36" w:rsidRDefault="00000000">
            <w:r>
              <w:rPr>
                <w:sz w:val="12"/>
              </w:rPr>
              <w:t>0</w:t>
            </w:r>
          </w:p>
        </w:tc>
        <w:tc>
          <w:tcPr>
            <w:tcW w:w="564" w:type="dxa"/>
            <w:tcMar>
              <w:top w:w="20" w:type="dxa"/>
              <w:left w:w="50" w:type="dxa"/>
              <w:bottom w:w="20" w:type="dxa"/>
              <w:right w:w="50" w:type="dxa"/>
            </w:tcMar>
          </w:tcPr>
          <w:p w14:paraId="27A53A48" w14:textId="77777777" w:rsidR="00292F36" w:rsidRDefault="00000000">
            <w:r>
              <w:rPr>
                <w:sz w:val="12"/>
              </w:rPr>
              <w:t>0.67391304</w:t>
            </w:r>
          </w:p>
        </w:tc>
        <w:tc>
          <w:tcPr>
            <w:tcW w:w="564" w:type="dxa"/>
            <w:tcMar>
              <w:top w:w="20" w:type="dxa"/>
              <w:left w:w="50" w:type="dxa"/>
              <w:bottom w:w="20" w:type="dxa"/>
              <w:right w:w="50" w:type="dxa"/>
            </w:tcMar>
          </w:tcPr>
          <w:p w14:paraId="08B99BED" w14:textId="77777777" w:rsidR="00292F36" w:rsidRDefault="00000000">
            <w:r>
              <w:rPr>
                <w:sz w:val="12"/>
              </w:rPr>
              <w:t>0.07608696</w:t>
            </w:r>
          </w:p>
        </w:tc>
        <w:tc>
          <w:tcPr>
            <w:tcW w:w="564" w:type="dxa"/>
            <w:tcMar>
              <w:top w:w="20" w:type="dxa"/>
              <w:left w:w="50" w:type="dxa"/>
              <w:bottom w:w="20" w:type="dxa"/>
              <w:right w:w="50" w:type="dxa"/>
            </w:tcMar>
          </w:tcPr>
          <w:p w14:paraId="539F7650" w14:textId="77777777" w:rsidR="00292F36" w:rsidRDefault="00000000">
            <w:r>
              <w:rPr>
                <w:sz w:val="12"/>
              </w:rPr>
              <w:t>0.18478261</w:t>
            </w:r>
          </w:p>
        </w:tc>
        <w:tc>
          <w:tcPr>
            <w:tcW w:w="564" w:type="dxa"/>
            <w:tcMar>
              <w:top w:w="20" w:type="dxa"/>
              <w:left w:w="50" w:type="dxa"/>
              <w:bottom w:w="20" w:type="dxa"/>
              <w:right w:w="50" w:type="dxa"/>
            </w:tcMar>
          </w:tcPr>
          <w:p w14:paraId="278AC324" w14:textId="77777777" w:rsidR="00292F36" w:rsidRDefault="00000000">
            <w:r>
              <w:rPr>
                <w:sz w:val="12"/>
              </w:rPr>
              <w:t>0.06521739</w:t>
            </w:r>
          </w:p>
        </w:tc>
        <w:tc>
          <w:tcPr>
            <w:tcW w:w="564" w:type="dxa"/>
            <w:tcMar>
              <w:top w:w="20" w:type="dxa"/>
              <w:left w:w="50" w:type="dxa"/>
              <w:bottom w:w="20" w:type="dxa"/>
              <w:right w:w="50" w:type="dxa"/>
            </w:tcMar>
          </w:tcPr>
          <w:p w14:paraId="116CFB05" w14:textId="77777777" w:rsidR="00292F36" w:rsidRDefault="00000000">
            <w:r>
              <w:rPr>
                <w:sz w:val="12"/>
              </w:rPr>
              <w:t>0</w:t>
            </w:r>
          </w:p>
        </w:tc>
      </w:tr>
      <w:tr w:rsidR="00292F36" w14:paraId="5F33F8AB" w14:textId="77777777">
        <w:tc>
          <w:tcPr>
            <w:tcW w:w="564" w:type="dxa"/>
            <w:tcMar>
              <w:top w:w="20" w:type="dxa"/>
              <w:left w:w="50" w:type="dxa"/>
              <w:bottom w:w="20" w:type="dxa"/>
              <w:right w:w="50" w:type="dxa"/>
            </w:tcMar>
          </w:tcPr>
          <w:p w14:paraId="5A3FC2A3" w14:textId="77777777" w:rsidR="00292F36" w:rsidRDefault="00000000">
            <w:r>
              <w:rPr>
                <w:sz w:val="12"/>
              </w:rPr>
              <w:t>2020_campo_kennedy_campo_kennedy_mid_2</w:t>
            </w:r>
          </w:p>
        </w:tc>
        <w:tc>
          <w:tcPr>
            <w:tcW w:w="564" w:type="dxa"/>
            <w:tcMar>
              <w:top w:w="20" w:type="dxa"/>
              <w:left w:w="50" w:type="dxa"/>
              <w:bottom w:w="20" w:type="dxa"/>
              <w:right w:w="50" w:type="dxa"/>
            </w:tcMar>
          </w:tcPr>
          <w:p w14:paraId="5B1AC865" w14:textId="77777777" w:rsidR="00292F36" w:rsidRDefault="00000000">
            <w:r>
              <w:rPr>
                <w:sz w:val="12"/>
              </w:rPr>
              <w:t>0.56151237</w:t>
            </w:r>
          </w:p>
        </w:tc>
        <w:tc>
          <w:tcPr>
            <w:tcW w:w="564" w:type="dxa"/>
            <w:tcMar>
              <w:top w:w="20" w:type="dxa"/>
              <w:left w:w="50" w:type="dxa"/>
              <w:bottom w:w="20" w:type="dxa"/>
              <w:right w:w="50" w:type="dxa"/>
            </w:tcMar>
          </w:tcPr>
          <w:p w14:paraId="2D86BB16" w14:textId="77777777" w:rsidR="00292F36" w:rsidRDefault="00000000">
            <w:r>
              <w:rPr>
                <w:sz w:val="12"/>
              </w:rPr>
              <w:t>-0.3285953</w:t>
            </w:r>
          </w:p>
        </w:tc>
        <w:tc>
          <w:tcPr>
            <w:tcW w:w="564" w:type="dxa"/>
            <w:tcMar>
              <w:top w:w="20" w:type="dxa"/>
              <w:left w:w="50" w:type="dxa"/>
              <w:bottom w:w="20" w:type="dxa"/>
              <w:right w:w="50" w:type="dxa"/>
            </w:tcMar>
          </w:tcPr>
          <w:p w14:paraId="24C40027" w14:textId="77777777" w:rsidR="00292F36" w:rsidRDefault="00000000">
            <w:r>
              <w:rPr>
                <w:sz w:val="12"/>
              </w:rPr>
              <w:t>2020</w:t>
            </w:r>
          </w:p>
        </w:tc>
        <w:tc>
          <w:tcPr>
            <w:tcW w:w="564" w:type="dxa"/>
            <w:tcMar>
              <w:top w:w="20" w:type="dxa"/>
              <w:left w:w="50" w:type="dxa"/>
              <w:bottom w:w="20" w:type="dxa"/>
              <w:right w:w="50" w:type="dxa"/>
            </w:tcMar>
          </w:tcPr>
          <w:p w14:paraId="0E46A4BF" w14:textId="77777777" w:rsidR="00292F36" w:rsidRDefault="00000000">
            <w:r>
              <w:rPr>
                <w:sz w:val="12"/>
              </w:rPr>
              <w:t>ensenada</w:t>
            </w:r>
          </w:p>
        </w:tc>
        <w:tc>
          <w:tcPr>
            <w:tcW w:w="564" w:type="dxa"/>
            <w:tcMar>
              <w:top w:w="20" w:type="dxa"/>
              <w:left w:w="50" w:type="dxa"/>
              <w:bottom w:w="20" w:type="dxa"/>
              <w:right w:w="50" w:type="dxa"/>
            </w:tcMar>
          </w:tcPr>
          <w:p w14:paraId="472AFF4A" w14:textId="77777777" w:rsidR="00292F36" w:rsidRDefault="00000000">
            <w:r>
              <w:rPr>
                <w:sz w:val="12"/>
              </w:rPr>
              <w:t>North</w:t>
            </w:r>
          </w:p>
        </w:tc>
        <w:tc>
          <w:tcPr>
            <w:tcW w:w="564" w:type="dxa"/>
            <w:tcMar>
              <w:top w:w="20" w:type="dxa"/>
              <w:left w:w="50" w:type="dxa"/>
              <w:bottom w:w="20" w:type="dxa"/>
              <w:right w:w="50" w:type="dxa"/>
            </w:tcMar>
          </w:tcPr>
          <w:p w14:paraId="579093CC" w14:textId="77777777" w:rsidR="00292F36" w:rsidRDefault="00000000">
            <w:r>
              <w:rPr>
                <w:sz w:val="12"/>
              </w:rPr>
              <w:t>campo_kennedy</w:t>
            </w:r>
          </w:p>
        </w:tc>
        <w:tc>
          <w:tcPr>
            <w:tcW w:w="564" w:type="dxa"/>
            <w:tcMar>
              <w:top w:w="20" w:type="dxa"/>
              <w:left w:w="50" w:type="dxa"/>
              <w:bottom w:w="20" w:type="dxa"/>
              <w:right w:w="50" w:type="dxa"/>
            </w:tcMar>
          </w:tcPr>
          <w:p w14:paraId="6082D1BF" w14:textId="77777777" w:rsidR="00292F36" w:rsidRDefault="00000000">
            <w:r>
              <w:rPr>
                <w:sz w:val="12"/>
              </w:rPr>
              <w:t>campo_kennedy_mid</w:t>
            </w:r>
          </w:p>
        </w:tc>
        <w:tc>
          <w:tcPr>
            <w:tcW w:w="564" w:type="dxa"/>
            <w:tcMar>
              <w:top w:w="20" w:type="dxa"/>
              <w:left w:w="50" w:type="dxa"/>
              <w:bottom w:w="20" w:type="dxa"/>
              <w:right w:w="50" w:type="dxa"/>
            </w:tcMar>
          </w:tcPr>
          <w:p w14:paraId="15B58805" w14:textId="77777777" w:rsidR="00292F36" w:rsidRDefault="00000000">
            <w:r>
              <w:rPr>
                <w:sz w:val="12"/>
              </w:rPr>
              <w:t>7</w:t>
            </w:r>
          </w:p>
        </w:tc>
        <w:tc>
          <w:tcPr>
            <w:tcW w:w="564" w:type="dxa"/>
            <w:tcMar>
              <w:top w:w="20" w:type="dxa"/>
              <w:left w:w="50" w:type="dxa"/>
              <w:bottom w:w="20" w:type="dxa"/>
              <w:right w:w="50" w:type="dxa"/>
            </w:tcMar>
          </w:tcPr>
          <w:p w14:paraId="702FF66A" w14:textId="77777777" w:rsidR="00292F36" w:rsidRDefault="00000000">
            <w:r>
              <w:rPr>
                <w:sz w:val="12"/>
              </w:rPr>
              <w:t>20.3700008</w:t>
            </w:r>
          </w:p>
        </w:tc>
        <w:tc>
          <w:tcPr>
            <w:tcW w:w="564" w:type="dxa"/>
            <w:tcMar>
              <w:top w:w="20" w:type="dxa"/>
              <w:left w:w="50" w:type="dxa"/>
              <w:bottom w:w="20" w:type="dxa"/>
              <w:right w:w="50" w:type="dxa"/>
            </w:tcMar>
          </w:tcPr>
          <w:p w14:paraId="7B0D2F19" w14:textId="77777777" w:rsidR="00292F36" w:rsidRDefault="00000000">
            <w:r>
              <w:rPr>
                <w:sz w:val="12"/>
              </w:rPr>
              <w:t>0.22475631</w:t>
            </w:r>
          </w:p>
        </w:tc>
        <w:tc>
          <w:tcPr>
            <w:tcW w:w="564" w:type="dxa"/>
            <w:tcMar>
              <w:top w:w="20" w:type="dxa"/>
              <w:left w:w="50" w:type="dxa"/>
              <w:bottom w:w="20" w:type="dxa"/>
              <w:right w:w="50" w:type="dxa"/>
            </w:tcMar>
          </w:tcPr>
          <w:p w14:paraId="43D4D62E" w14:textId="77777777" w:rsidR="00292F36" w:rsidRDefault="00000000">
            <w:r>
              <w:rPr>
                <w:sz w:val="12"/>
              </w:rPr>
              <w:t>0</w:t>
            </w:r>
          </w:p>
        </w:tc>
        <w:tc>
          <w:tcPr>
            <w:tcW w:w="564" w:type="dxa"/>
            <w:tcMar>
              <w:top w:w="20" w:type="dxa"/>
              <w:left w:w="50" w:type="dxa"/>
              <w:bottom w:w="20" w:type="dxa"/>
              <w:right w:w="50" w:type="dxa"/>
            </w:tcMar>
          </w:tcPr>
          <w:p w14:paraId="5729858A" w14:textId="77777777" w:rsidR="00292F36" w:rsidRDefault="00000000">
            <w:r>
              <w:rPr>
                <w:sz w:val="12"/>
              </w:rPr>
              <w:t>1</w:t>
            </w:r>
          </w:p>
        </w:tc>
        <w:tc>
          <w:tcPr>
            <w:tcW w:w="564" w:type="dxa"/>
            <w:tcMar>
              <w:top w:w="20" w:type="dxa"/>
              <w:left w:w="50" w:type="dxa"/>
              <w:bottom w:w="20" w:type="dxa"/>
              <w:right w:w="50" w:type="dxa"/>
            </w:tcMar>
          </w:tcPr>
          <w:p w14:paraId="6EF4EF5F" w14:textId="77777777" w:rsidR="00292F36" w:rsidRDefault="00000000">
            <w:r>
              <w:rPr>
                <w:sz w:val="12"/>
              </w:rPr>
              <w:t>0</w:t>
            </w:r>
          </w:p>
        </w:tc>
        <w:tc>
          <w:tcPr>
            <w:tcW w:w="564" w:type="dxa"/>
            <w:tcMar>
              <w:top w:w="20" w:type="dxa"/>
              <w:left w:w="50" w:type="dxa"/>
              <w:bottom w:w="20" w:type="dxa"/>
              <w:right w:w="50" w:type="dxa"/>
            </w:tcMar>
          </w:tcPr>
          <w:p w14:paraId="45901376" w14:textId="77777777" w:rsidR="00292F36" w:rsidRDefault="00000000">
            <w:r>
              <w:rPr>
                <w:sz w:val="12"/>
              </w:rPr>
              <w:t>0</w:t>
            </w:r>
          </w:p>
        </w:tc>
        <w:tc>
          <w:tcPr>
            <w:tcW w:w="564" w:type="dxa"/>
            <w:tcMar>
              <w:top w:w="20" w:type="dxa"/>
              <w:left w:w="50" w:type="dxa"/>
              <w:bottom w:w="20" w:type="dxa"/>
              <w:right w:w="50" w:type="dxa"/>
            </w:tcMar>
          </w:tcPr>
          <w:p w14:paraId="43476AC3" w14:textId="77777777" w:rsidR="00292F36" w:rsidRDefault="00000000">
            <w:r>
              <w:rPr>
                <w:sz w:val="12"/>
              </w:rPr>
              <w:t>0</w:t>
            </w:r>
          </w:p>
        </w:tc>
        <w:tc>
          <w:tcPr>
            <w:tcW w:w="564" w:type="dxa"/>
            <w:tcMar>
              <w:top w:w="20" w:type="dxa"/>
              <w:left w:w="50" w:type="dxa"/>
              <w:bottom w:w="20" w:type="dxa"/>
              <w:right w:w="50" w:type="dxa"/>
            </w:tcMar>
          </w:tcPr>
          <w:p w14:paraId="25D78CF7" w14:textId="77777777" w:rsidR="00292F36" w:rsidRDefault="00000000">
            <w:r>
              <w:rPr>
                <w:sz w:val="12"/>
              </w:rPr>
              <w:t>0</w:t>
            </w:r>
          </w:p>
        </w:tc>
        <w:tc>
          <w:tcPr>
            <w:tcW w:w="564" w:type="dxa"/>
            <w:tcMar>
              <w:top w:w="20" w:type="dxa"/>
              <w:left w:w="50" w:type="dxa"/>
              <w:bottom w:w="20" w:type="dxa"/>
              <w:right w:w="50" w:type="dxa"/>
            </w:tcMar>
          </w:tcPr>
          <w:p w14:paraId="59479634" w14:textId="77777777" w:rsidR="00292F36" w:rsidRDefault="00000000">
            <w:r>
              <w:rPr>
                <w:sz w:val="12"/>
              </w:rPr>
              <w:t>0</w:t>
            </w:r>
          </w:p>
        </w:tc>
        <w:tc>
          <w:tcPr>
            <w:tcW w:w="564" w:type="dxa"/>
            <w:tcMar>
              <w:top w:w="20" w:type="dxa"/>
              <w:left w:w="50" w:type="dxa"/>
              <w:bottom w:w="20" w:type="dxa"/>
              <w:right w:w="50" w:type="dxa"/>
            </w:tcMar>
          </w:tcPr>
          <w:p w14:paraId="2A5A24C1" w14:textId="77777777" w:rsidR="00292F36" w:rsidRDefault="00000000">
            <w:r>
              <w:rPr>
                <w:sz w:val="12"/>
              </w:rPr>
              <w:t>0</w:t>
            </w:r>
          </w:p>
        </w:tc>
        <w:tc>
          <w:tcPr>
            <w:tcW w:w="564" w:type="dxa"/>
            <w:tcMar>
              <w:top w:w="20" w:type="dxa"/>
              <w:left w:w="50" w:type="dxa"/>
              <w:bottom w:w="20" w:type="dxa"/>
              <w:right w:w="50" w:type="dxa"/>
            </w:tcMar>
          </w:tcPr>
          <w:p w14:paraId="5F40CE1D" w14:textId="77777777" w:rsidR="00292F36" w:rsidRDefault="00000000">
            <w:r>
              <w:rPr>
                <w:sz w:val="12"/>
              </w:rPr>
              <w:t>0.06882591</w:t>
            </w:r>
          </w:p>
        </w:tc>
        <w:tc>
          <w:tcPr>
            <w:tcW w:w="564" w:type="dxa"/>
            <w:tcMar>
              <w:top w:w="20" w:type="dxa"/>
              <w:left w:w="50" w:type="dxa"/>
              <w:bottom w:w="20" w:type="dxa"/>
              <w:right w:w="50" w:type="dxa"/>
            </w:tcMar>
          </w:tcPr>
          <w:p w14:paraId="54300BBF" w14:textId="77777777" w:rsidR="00292F36" w:rsidRDefault="00000000">
            <w:r>
              <w:rPr>
                <w:sz w:val="12"/>
              </w:rPr>
              <w:t>0.50202429</w:t>
            </w:r>
          </w:p>
        </w:tc>
        <w:tc>
          <w:tcPr>
            <w:tcW w:w="564" w:type="dxa"/>
            <w:tcMar>
              <w:top w:w="20" w:type="dxa"/>
              <w:left w:w="50" w:type="dxa"/>
              <w:bottom w:w="20" w:type="dxa"/>
              <w:right w:w="50" w:type="dxa"/>
            </w:tcMar>
          </w:tcPr>
          <w:p w14:paraId="523F76BA" w14:textId="77777777" w:rsidR="00292F36" w:rsidRDefault="00000000">
            <w:r>
              <w:rPr>
                <w:sz w:val="12"/>
              </w:rPr>
              <w:t>0.0242915</w:t>
            </w:r>
          </w:p>
        </w:tc>
        <w:tc>
          <w:tcPr>
            <w:tcW w:w="564" w:type="dxa"/>
            <w:tcMar>
              <w:top w:w="20" w:type="dxa"/>
              <w:left w:w="50" w:type="dxa"/>
              <w:bottom w:w="20" w:type="dxa"/>
              <w:right w:w="50" w:type="dxa"/>
            </w:tcMar>
          </w:tcPr>
          <w:p w14:paraId="67BA9D54" w14:textId="77777777" w:rsidR="00292F36" w:rsidRDefault="00000000">
            <w:r>
              <w:rPr>
                <w:sz w:val="12"/>
              </w:rPr>
              <w:t>0.03238866</w:t>
            </w:r>
          </w:p>
        </w:tc>
        <w:tc>
          <w:tcPr>
            <w:tcW w:w="564" w:type="dxa"/>
            <w:tcMar>
              <w:top w:w="20" w:type="dxa"/>
              <w:left w:w="50" w:type="dxa"/>
              <w:bottom w:w="20" w:type="dxa"/>
              <w:right w:w="50" w:type="dxa"/>
            </w:tcMar>
          </w:tcPr>
          <w:p w14:paraId="7D327E99" w14:textId="77777777" w:rsidR="00292F36" w:rsidRDefault="00000000">
            <w:r>
              <w:rPr>
                <w:sz w:val="12"/>
              </w:rPr>
              <w:t>0.10121457</w:t>
            </w:r>
          </w:p>
        </w:tc>
        <w:tc>
          <w:tcPr>
            <w:tcW w:w="564" w:type="dxa"/>
            <w:tcMar>
              <w:top w:w="20" w:type="dxa"/>
              <w:left w:w="50" w:type="dxa"/>
              <w:bottom w:w="20" w:type="dxa"/>
              <w:right w:w="50" w:type="dxa"/>
            </w:tcMar>
          </w:tcPr>
          <w:p w14:paraId="152FA0AE" w14:textId="77777777" w:rsidR="00292F36" w:rsidRDefault="00000000">
            <w:r>
              <w:rPr>
                <w:sz w:val="12"/>
              </w:rPr>
              <w:t>0.27125506</w:t>
            </w:r>
          </w:p>
        </w:tc>
      </w:tr>
      <w:tr w:rsidR="00292F36" w14:paraId="6BA4B6D4" w14:textId="77777777">
        <w:tc>
          <w:tcPr>
            <w:tcW w:w="564" w:type="dxa"/>
            <w:tcMar>
              <w:top w:w="20" w:type="dxa"/>
              <w:left w:w="50" w:type="dxa"/>
              <w:bottom w:w="20" w:type="dxa"/>
              <w:right w:w="50" w:type="dxa"/>
            </w:tcMar>
          </w:tcPr>
          <w:p w14:paraId="67D7A092" w14:textId="77777777" w:rsidR="00292F36" w:rsidRDefault="00000000">
            <w:r>
              <w:rPr>
                <w:sz w:val="12"/>
              </w:rPr>
              <w:t>2020_gavilanes_gavilanes_deep_1</w:t>
            </w:r>
          </w:p>
        </w:tc>
        <w:tc>
          <w:tcPr>
            <w:tcW w:w="564" w:type="dxa"/>
            <w:tcMar>
              <w:top w:w="20" w:type="dxa"/>
              <w:left w:w="50" w:type="dxa"/>
              <w:bottom w:w="20" w:type="dxa"/>
              <w:right w:w="50" w:type="dxa"/>
            </w:tcMar>
          </w:tcPr>
          <w:p w14:paraId="5637E2D2" w14:textId="77777777" w:rsidR="00292F36" w:rsidRDefault="00000000">
            <w:r>
              <w:rPr>
                <w:sz w:val="12"/>
              </w:rPr>
              <w:t>-0.5773324</w:t>
            </w:r>
          </w:p>
        </w:tc>
        <w:tc>
          <w:tcPr>
            <w:tcW w:w="564" w:type="dxa"/>
            <w:tcMar>
              <w:top w:w="20" w:type="dxa"/>
              <w:left w:w="50" w:type="dxa"/>
              <w:bottom w:w="20" w:type="dxa"/>
              <w:right w:w="50" w:type="dxa"/>
            </w:tcMar>
          </w:tcPr>
          <w:p w14:paraId="39056DB4" w14:textId="77777777" w:rsidR="00292F36" w:rsidRDefault="00000000">
            <w:r>
              <w:rPr>
                <w:sz w:val="12"/>
              </w:rPr>
              <w:t>-0.37919</w:t>
            </w:r>
          </w:p>
        </w:tc>
        <w:tc>
          <w:tcPr>
            <w:tcW w:w="564" w:type="dxa"/>
            <w:tcMar>
              <w:top w:w="20" w:type="dxa"/>
              <w:left w:w="50" w:type="dxa"/>
              <w:bottom w:w="20" w:type="dxa"/>
              <w:right w:w="50" w:type="dxa"/>
            </w:tcMar>
          </w:tcPr>
          <w:p w14:paraId="204E5CF2" w14:textId="77777777" w:rsidR="00292F36" w:rsidRDefault="00000000">
            <w:r>
              <w:rPr>
                <w:sz w:val="12"/>
              </w:rPr>
              <w:t>2020</w:t>
            </w:r>
          </w:p>
        </w:tc>
        <w:tc>
          <w:tcPr>
            <w:tcW w:w="564" w:type="dxa"/>
            <w:tcMar>
              <w:top w:w="20" w:type="dxa"/>
              <w:left w:w="50" w:type="dxa"/>
              <w:bottom w:w="20" w:type="dxa"/>
              <w:right w:w="50" w:type="dxa"/>
            </w:tcMar>
          </w:tcPr>
          <w:p w14:paraId="79507F7C" w14:textId="77777777" w:rsidR="00292F36" w:rsidRDefault="00000000">
            <w:r>
              <w:rPr>
                <w:sz w:val="12"/>
              </w:rPr>
              <w:t>punta_eugenia</w:t>
            </w:r>
          </w:p>
        </w:tc>
        <w:tc>
          <w:tcPr>
            <w:tcW w:w="564" w:type="dxa"/>
            <w:tcMar>
              <w:top w:w="20" w:type="dxa"/>
              <w:left w:w="50" w:type="dxa"/>
              <w:bottom w:w="20" w:type="dxa"/>
              <w:right w:w="50" w:type="dxa"/>
            </w:tcMar>
          </w:tcPr>
          <w:p w14:paraId="2037B481" w14:textId="77777777" w:rsidR="00292F36" w:rsidRDefault="00000000">
            <w:r>
              <w:rPr>
                <w:sz w:val="12"/>
              </w:rPr>
              <w:t>South</w:t>
            </w:r>
          </w:p>
        </w:tc>
        <w:tc>
          <w:tcPr>
            <w:tcW w:w="564" w:type="dxa"/>
            <w:tcMar>
              <w:top w:w="20" w:type="dxa"/>
              <w:left w:w="50" w:type="dxa"/>
              <w:bottom w:w="20" w:type="dxa"/>
              <w:right w:w="50" w:type="dxa"/>
            </w:tcMar>
          </w:tcPr>
          <w:p w14:paraId="14148777" w14:textId="77777777" w:rsidR="00292F36" w:rsidRDefault="00000000">
            <w:r>
              <w:rPr>
                <w:sz w:val="12"/>
              </w:rPr>
              <w:t>gavilanes</w:t>
            </w:r>
          </w:p>
        </w:tc>
        <w:tc>
          <w:tcPr>
            <w:tcW w:w="564" w:type="dxa"/>
            <w:tcMar>
              <w:top w:w="20" w:type="dxa"/>
              <w:left w:w="50" w:type="dxa"/>
              <w:bottom w:w="20" w:type="dxa"/>
              <w:right w:w="50" w:type="dxa"/>
            </w:tcMar>
          </w:tcPr>
          <w:p w14:paraId="729DA875" w14:textId="77777777" w:rsidR="00292F36" w:rsidRDefault="00000000">
            <w:r>
              <w:rPr>
                <w:sz w:val="12"/>
              </w:rPr>
              <w:t>gavilanes_deep</w:t>
            </w:r>
          </w:p>
        </w:tc>
        <w:tc>
          <w:tcPr>
            <w:tcW w:w="564" w:type="dxa"/>
            <w:tcMar>
              <w:top w:w="20" w:type="dxa"/>
              <w:left w:w="50" w:type="dxa"/>
              <w:bottom w:w="20" w:type="dxa"/>
              <w:right w:w="50" w:type="dxa"/>
            </w:tcMar>
          </w:tcPr>
          <w:p w14:paraId="2554949B" w14:textId="77777777" w:rsidR="00292F36" w:rsidRDefault="00000000">
            <w:r>
              <w:rPr>
                <w:sz w:val="12"/>
              </w:rPr>
              <w:t>16</w:t>
            </w:r>
          </w:p>
        </w:tc>
        <w:tc>
          <w:tcPr>
            <w:tcW w:w="564" w:type="dxa"/>
            <w:tcMar>
              <w:top w:w="20" w:type="dxa"/>
              <w:left w:w="50" w:type="dxa"/>
              <w:bottom w:w="20" w:type="dxa"/>
              <w:right w:w="50" w:type="dxa"/>
            </w:tcMar>
          </w:tcPr>
          <w:p w14:paraId="38D5BAC7" w14:textId="77777777" w:rsidR="00292F36" w:rsidRDefault="00000000">
            <w:r>
              <w:rPr>
                <w:sz w:val="12"/>
              </w:rPr>
              <w:t>23.3600006</w:t>
            </w:r>
          </w:p>
        </w:tc>
        <w:tc>
          <w:tcPr>
            <w:tcW w:w="564" w:type="dxa"/>
            <w:tcMar>
              <w:top w:w="20" w:type="dxa"/>
              <w:left w:w="50" w:type="dxa"/>
              <w:bottom w:w="20" w:type="dxa"/>
              <w:right w:w="50" w:type="dxa"/>
            </w:tcMar>
          </w:tcPr>
          <w:p w14:paraId="7A6B2E2B" w14:textId="77777777" w:rsidR="00292F36" w:rsidRDefault="00000000">
            <w:r>
              <w:rPr>
                <w:sz w:val="12"/>
              </w:rPr>
              <w:t>3.38043144</w:t>
            </w:r>
          </w:p>
        </w:tc>
        <w:tc>
          <w:tcPr>
            <w:tcW w:w="564" w:type="dxa"/>
            <w:tcMar>
              <w:top w:w="20" w:type="dxa"/>
              <w:left w:w="50" w:type="dxa"/>
              <w:bottom w:w="20" w:type="dxa"/>
              <w:right w:w="50" w:type="dxa"/>
            </w:tcMar>
          </w:tcPr>
          <w:p w14:paraId="7CD72B91" w14:textId="77777777" w:rsidR="00292F36" w:rsidRDefault="00000000">
            <w:r>
              <w:rPr>
                <w:sz w:val="12"/>
              </w:rPr>
              <w:t>0.9929972</w:t>
            </w:r>
          </w:p>
        </w:tc>
        <w:tc>
          <w:tcPr>
            <w:tcW w:w="564" w:type="dxa"/>
            <w:tcMar>
              <w:top w:w="20" w:type="dxa"/>
              <w:left w:w="50" w:type="dxa"/>
              <w:bottom w:w="20" w:type="dxa"/>
              <w:right w:w="50" w:type="dxa"/>
            </w:tcMar>
          </w:tcPr>
          <w:p w14:paraId="65AF54EE" w14:textId="77777777" w:rsidR="00292F36" w:rsidRDefault="00000000">
            <w:r>
              <w:rPr>
                <w:sz w:val="12"/>
              </w:rPr>
              <w:t>0.00140056</w:t>
            </w:r>
          </w:p>
        </w:tc>
        <w:tc>
          <w:tcPr>
            <w:tcW w:w="564" w:type="dxa"/>
            <w:tcMar>
              <w:top w:w="20" w:type="dxa"/>
              <w:left w:w="50" w:type="dxa"/>
              <w:bottom w:w="20" w:type="dxa"/>
              <w:right w:w="50" w:type="dxa"/>
            </w:tcMar>
          </w:tcPr>
          <w:p w14:paraId="125A2706" w14:textId="77777777" w:rsidR="00292F36" w:rsidRDefault="00000000">
            <w:r>
              <w:rPr>
                <w:sz w:val="12"/>
              </w:rPr>
              <w:t>0</w:t>
            </w:r>
          </w:p>
        </w:tc>
        <w:tc>
          <w:tcPr>
            <w:tcW w:w="564" w:type="dxa"/>
            <w:tcMar>
              <w:top w:w="20" w:type="dxa"/>
              <w:left w:w="50" w:type="dxa"/>
              <w:bottom w:w="20" w:type="dxa"/>
              <w:right w:w="50" w:type="dxa"/>
            </w:tcMar>
          </w:tcPr>
          <w:p w14:paraId="2797CE9F" w14:textId="77777777" w:rsidR="00292F36" w:rsidRDefault="00000000">
            <w:r>
              <w:rPr>
                <w:sz w:val="12"/>
              </w:rPr>
              <w:t>0.00560224</w:t>
            </w:r>
          </w:p>
        </w:tc>
        <w:tc>
          <w:tcPr>
            <w:tcW w:w="564" w:type="dxa"/>
            <w:tcMar>
              <w:top w:w="20" w:type="dxa"/>
              <w:left w:w="50" w:type="dxa"/>
              <w:bottom w:w="20" w:type="dxa"/>
              <w:right w:w="50" w:type="dxa"/>
            </w:tcMar>
          </w:tcPr>
          <w:p w14:paraId="05DE8182" w14:textId="77777777" w:rsidR="00292F36" w:rsidRDefault="00000000">
            <w:r>
              <w:rPr>
                <w:sz w:val="12"/>
              </w:rPr>
              <w:t>0</w:t>
            </w:r>
          </w:p>
        </w:tc>
        <w:tc>
          <w:tcPr>
            <w:tcW w:w="564" w:type="dxa"/>
            <w:tcMar>
              <w:top w:w="20" w:type="dxa"/>
              <w:left w:w="50" w:type="dxa"/>
              <w:bottom w:w="20" w:type="dxa"/>
              <w:right w:w="50" w:type="dxa"/>
            </w:tcMar>
          </w:tcPr>
          <w:p w14:paraId="441B003D" w14:textId="77777777" w:rsidR="00292F36" w:rsidRDefault="00000000">
            <w:r>
              <w:rPr>
                <w:sz w:val="12"/>
              </w:rPr>
              <w:t>0</w:t>
            </w:r>
          </w:p>
        </w:tc>
        <w:tc>
          <w:tcPr>
            <w:tcW w:w="564" w:type="dxa"/>
            <w:tcMar>
              <w:top w:w="20" w:type="dxa"/>
              <w:left w:w="50" w:type="dxa"/>
              <w:bottom w:w="20" w:type="dxa"/>
              <w:right w:w="50" w:type="dxa"/>
            </w:tcMar>
          </w:tcPr>
          <w:p w14:paraId="5AE4FDD9" w14:textId="77777777" w:rsidR="00292F36" w:rsidRDefault="00000000">
            <w:r>
              <w:rPr>
                <w:sz w:val="12"/>
              </w:rPr>
              <w:t>0</w:t>
            </w:r>
          </w:p>
        </w:tc>
        <w:tc>
          <w:tcPr>
            <w:tcW w:w="564" w:type="dxa"/>
            <w:tcMar>
              <w:top w:w="20" w:type="dxa"/>
              <w:left w:w="50" w:type="dxa"/>
              <w:bottom w:w="20" w:type="dxa"/>
              <w:right w:w="50" w:type="dxa"/>
            </w:tcMar>
          </w:tcPr>
          <w:p w14:paraId="1DEB57EF" w14:textId="77777777" w:rsidR="00292F36" w:rsidRDefault="00000000">
            <w:r>
              <w:rPr>
                <w:sz w:val="12"/>
              </w:rPr>
              <w:t>0</w:t>
            </w:r>
          </w:p>
        </w:tc>
        <w:tc>
          <w:tcPr>
            <w:tcW w:w="564" w:type="dxa"/>
            <w:tcMar>
              <w:top w:w="20" w:type="dxa"/>
              <w:left w:w="50" w:type="dxa"/>
              <w:bottom w:w="20" w:type="dxa"/>
              <w:right w:w="50" w:type="dxa"/>
            </w:tcMar>
          </w:tcPr>
          <w:p w14:paraId="68992717" w14:textId="77777777" w:rsidR="00292F36" w:rsidRDefault="00000000">
            <w:r>
              <w:rPr>
                <w:sz w:val="12"/>
              </w:rPr>
              <w:t>0</w:t>
            </w:r>
          </w:p>
        </w:tc>
        <w:tc>
          <w:tcPr>
            <w:tcW w:w="564" w:type="dxa"/>
            <w:tcMar>
              <w:top w:w="20" w:type="dxa"/>
              <w:left w:w="50" w:type="dxa"/>
              <w:bottom w:w="20" w:type="dxa"/>
              <w:right w:w="50" w:type="dxa"/>
            </w:tcMar>
          </w:tcPr>
          <w:p w14:paraId="567D9132" w14:textId="77777777" w:rsidR="00292F36" w:rsidRDefault="00000000">
            <w:r>
              <w:rPr>
                <w:sz w:val="12"/>
              </w:rPr>
              <w:t>0.47058824</w:t>
            </w:r>
          </w:p>
        </w:tc>
        <w:tc>
          <w:tcPr>
            <w:tcW w:w="564" w:type="dxa"/>
            <w:tcMar>
              <w:top w:w="20" w:type="dxa"/>
              <w:left w:w="50" w:type="dxa"/>
              <w:bottom w:w="20" w:type="dxa"/>
              <w:right w:w="50" w:type="dxa"/>
            </w:tcMar>
          </w:tcPr>
          <w:p w14:paraId="2A37FDF6" w14:textId="77777777" w:rsidR="00292F36" w:rsidRDefault="00000000">
            <w:r>
              <w:rPr>
                <w:sz w:val="12"/>
              </w:rPr>
              <w:t>0</w:t>
            </w:r>
          </w:p>
        </w:tc>
        <w:tc>
          <w:tcPr>
            <w:tcW w:w="564" w:type="dxa"/>
            <w:tcMar>
              <w:top w:w="20" w:type="dxa"/>
              <w:left w:w="50" w:type="dxa"/>
              <w:bottom w:w="20" w:type="dxa"/>
              <w:right w:w="50" w:type="dxa"/>
            </w:tcMar>
          </w:tcPr>
          <w:p w14:paraId="41169531" w14:textId="77777777" w:rsidR="00292F36" w:rsidRDefault="00000000">
            <w:r>
              <w:rPr>
                <w:sz w:val="12"/>
              </w:rPr>
              <w:t>0</w:t>
            </w:r>
          </w:p>
        </w:tc>
        <w:tc>
          <w:tcPr>
            <w:tcW w:w="564" w:type="dxa"/>
            <w:tcMar>
              <w:top w:w="20" w:type="dxa"/>
              <w:left w:w="50" w:type="dxa"/>
              <w:bottom w:w="20" w:type="dxa"/>
              <w:right w:w="50" w:type="dxa"/>
            </w:tcMar>
          </w:tcPr>
          <w:p w14:paraId="1A6655F0" w14:textId="77777777" w:rsidR="00292F36" w:rsidRDefault="00000000">
            <w:r>
              <w:rPr>
                <w:sz w:val="12"/>
              </w:rPr>
              <w:t>0.52941176</w:t>
            </w:r>
          </w:p>
        </w:tc>
        <w:tc>
          <w:tcPr>
            <w:tcW w:w="564" w:type="dxa"/>
            <w:tcMar>
              <w:top w:w="20" w:type="dxa"/>
              <w:left w:w="50" w:type="dxa"/>
              <w:bottom w:w="20" w:type="dxa"/>
              <w:right w:w="50" w:type="dxa"/>
            </w:tcMar>
          </w:tcPr>
          <w:p w14:paraId="62FBA98F" w14:textId="77777777" w:rsidR="00292F36" w:rsidRDefault="00000000">
            <w:r>
              <w:rPr>
                <w:sz w:val="12"/>
              </w:rPr>
              <w:t>0</w:t>
            </w:r>
          </w:p>
        </w:tc>
      </w:tr>
      <w:tr w:rsidR="00292F36" w14:paraId="1BEE3FAE" w14:textId="77777777">
        <w:tc>
          <w:tcPr>
            <w:tcW w:w="564" w:type="dxa"/>
            <w:tcMar>
              <w:top w:w="20" w:type="dxa"/>
              <w:left w:w="50" w:type="dxa"/>
              <w:bottom w:w="20" w:type="dxa"/>
              <w:right w:w="50" w:type="dxa"/>
            </w:tcMar>
          </w:tcPr>
          <w:p w14:paraId="2906C1BA" w14:textId="77777777" w:rsidR="00292F36" w:rsidRDefault="00000000">
            <w:r>
              <w:rPr>
                <w:sz w:val="12"/>
              </w:rPr>
              <w:t>2020_gavilanes_gavilanes_deep_2</w:t>
            </w:r>
          </w:p>
        </w:tc>
        <w:tc>
          <w:tcPr>
            <w:tcW w:w="564" w:type="dxa"/>
            <w:tcMar>
              <w:top w:w="20" w:type="dxa"/>
              <w:left w:w="50" w:type="dxa"/>
              <w:bottom w:w="20" w:type="dxa"/>
              <w:right w:w="50" w:type="dxa"/>
            </w:tcMar>
          </w:tcPr>
          <w:p w14:paraId="0342C6D4" w14:textId="77777777" w:rsidR="00292F36" w:rsidRDefault="00000000">
            <w:r>
              <w:rPr>
                <w:sz w:val="12"/>
              </w:rPr>
              <w:t>-0.798404</w:t>
            </w:r>
          </w:p>
        </w:tc>
        <w:tc>
          <w:tcPr>
            <w:tcW w:w="564" w:type="dxa"/>
            <w:tcMar>
              <w:top w:w="20" w:type="dxa"/>
              <w:left w:w="50" w:type="dxa"/>
              <w:bottom w:w="20" w:type="dxa"/>
              <w:right w:w="50" w:type="dxa"/>
            </w:tcMar>
          </w:tcPr>
          <w:p w14:paraId="33D266B8" w14:textId="77777777" w:rsidR="00292F36" w:rsidRDefault="00000000">
            <w:r>
              <w:rPr>
                <w:sz w:val="12"/>
              </w:rPr>
              <w:t>-0.4228673</w:t>
            </w:r>
          </w:p>
        </w:tc>
        <w:tc>
          <w:tcPr>
            <w:tcW w:w="564" w:type="dxa"/>
            <w:tcMar>
              <w:top w:w="20" w:type="dxa"/>
              <w:left w:w="50" w:type="dxa"/>
              <w:bottom w:w="20" w:type="dxa"/>
              <w:right w:w="50" w:type="dxa"/>
            </w:tcMar>
          </w:tcPr>
          <w:p w14:paraId="29BB6110" w14:textId="77777777" w:rsidR="00292F36" w:rsidRDefault="00000000">
            <w:r>
              <w:rPr>
                <w:sz w:val="12"/>
              </w:rPr>
              <w:t>2020</w:t>
            </w:r>
          </w:p>
        </w:tc>
        <w:tc>
          <w:tcPr>
            <w:tcW w:w="564" w:type="dxa"/>
            <w:tcMar>
              <w:top w:w="20" w:type="dxa"/>
              <w:left w:w="50" w:type="dxa"/>
              <w:bottom w:w="20" w:type="dxa"/>
              <w:right w:w="50" w:type="dxa"/>
            </w:tcMar>
          </w:tcPr>
          <w:p w14:paraId="1487607B" w14:textId="77777777" w:rsidR="00292F36" w:rsidRDefault="00000000">
            <w:r>
              <w:rPr>
                <w:sz w:val="12"/>
              </w:rPr>
              <w:t>punta_eugenia</w:t>
            </w:r>
          </w:p>
        </w:tc>
        <w:tc>
          <w:tcPr>
            <w:tcW w:w="564" w:type="dxa"/>
            <w:tcMar>
              <w:top w:w="20" w:type="dxa"/>
              <w:left w:w="50" w:type="dxa"/>
              <w:bottom w:w="20" w:type="dxa"/>
              <w:right w:w="50" w:type="dxa"/>
            </w:tcMar>
          </w:tcPr>
          <w:p w14:paraId="288D14F8" w14:textId="77777777" w:rsidR="00292F36" w:rsidRDefault="00000000">
            <w:r>
              <w:rPr>
                <w:sz w:val="12"/>
              </w:rPr>
              <w:t>South</w:t>
            </w:r>
          </w:p>
        </w:tc>
        <w:tc>
          <w:tcPr>
            <w:tcW w:w="564" w:type="dxa"/>
            <w:tcMar>
              <w:top w:w="20" w:type="dxa"/>
              <w:left w:w="50" w:type="dxa"/>
              <w:bottom w:w="20" w:type="dxa"/>
              <w:right w:w="50" w:type="dxa"/>
            </w:tcMar>
          </w:tcPr>
          <w:p w14:paraId="476A301B" w14:textId="77777777" w:rsidR="00292F36" w:rsidRDefault="00000000">
            <w:r>
              <w:rPr>
                <w:sz w:val="12"/>
              </w:rPr>
              <w:t>gavilanes</w:t>
            </w:r>
          </w:p>
        </w:tc>
        <w:tc>
          <w:tcPr>
            <w:tcW w:w="564" w:type="dxa"/>
            <w:tcMar>
              <w:top w:w="20" w:type="dxa"/>
              <w:left w:w="50" w:type="dxa"/>
              <w:bottom w:w="20" w:type="dxa"/>
              <w:right w:w="50" w:type="dxa"/>
            </w:tcMar>
          </w:tcPr>
          <w:p w14:paraId="4FC4569F" w14:textId="77777777" w:rsidR="00292F36" w:rsidRDefault="00000000">
            <w:r>
              <w:rPr>
                <w:sz w:val="12"/>
              </w:rPr>
              <w:t>gavilanes_deep</w:t>
            </w:r>
          </w:p>
        </w:tc>
        <w:tc>
          <w:tcPr>
            <w:tcW w:w="564" w:type="dxa"/>
            <w:tcMar>
              <w:top w:w="20" w:type="dxa"/>
              <w:left w:w="50" w:type="dxa"/>
              <w:bottom w:w="20" w:type="dxa"/>
              <w:right w:w="50" w:type="dxa"/>
            </w:tcMar>
          </w:tcPr>
          <w:p w14:paraId="3A3BF14C" w14:textId="77777777" w:rsidR="00292F36" w:rsidRDefault="00000000">
            <w:r>
              <w:rPr>
                <w:sz w:val="12"/>
              </w:rPr>
              <w:t>16</w:t>
            </w:r>
          </w:p>
        </w:tc>
        <w:tc>
          <w:tcPr>
            <w:tcW w:w="564" w:type="dxa"/>
            <w:tcMar>
              <w:top w:w="20" w:type="dxa"/>
              <w:left w:w="50" w:type="dxa"/>
              <w:bottom w:w="20" w:type="dxa"/>
              <w:right w:w="50" w:type="dxa"/>
            </w:tcMar>
          </w:tcPr>
          <w:p w14:paraId="28A4BACA" w14:textId="77777777" w:rsidR="00292F36" w:rsidRDefault="00000000">
            <w:r>
              <w:rPr>
                <w:sz w:val="12"/>
              </w:rPr>
              <w:t>23.3600006</w:t>
            </w:r>
          </w:p>
        </w:tc>
        <w:tc>
          <w:tcPr>
            <w:tcW w:w="564" w:type="dxa"/>
            <w:tcMar>
              <w:top w:w="20" w:type="dxa"/>
              <w:left w:w="50" w:type="dxa"/>
              <w:bottom w:w="20" w:type="dxa"/>
              <w:right w:w="50" w:type="dxa"/>
            </w:tcMar>
          </w:tcPr>
          <w:p w14:paraId="529EAA7A" w14:textId="77777777" w:rsidR="00292F36" w:rsidRDefault="00000000">
            <w:r>
              <w:rPr>
                <w:sz w:val="12"/>
              </w:rPr>
              <w:t>3.38043144</w:t>
            </w:r>
          </w:p>
        </w:tc>
        <w:tc>
          <w:tcPr>
            <w:tcW w:w="564" w:type="dxa"/>
            <w:tcMar>
              <w:top w:w="20" w:type="dxa"/>
              <w:left w:w="50" w:type="dxa"/>
              <w:bottom w:w="20" w:type="dxa"/>
              <w:right w:w="50" w:type="dxa"/>
            </w:tcMar>
          </w:tcPr>
          <w:p w14:paraId="2BFEF505" w14:textId="77777777" w:rsidR="00292F36" w:rsidRDefault="00000000">
            <w:r>
              <w:rPr>
                <w:sz w:val="12"/>
              </w:rPr>
              <w:t>0.9973545</w:t>
            </w:r>
          </w:p>
        </w:tc>
        <w:tc>
          <w:tcPr>
            <w:tcW w:w="564" w:type="dxa"/>
            <w:tcMar>
              <w:top w:w="20" w:type="dxa"/>
              <w:left w:w="50" w:type="dxa"/>
              <w:bottom w:w="20" w:type="dxa"/>
              <w:right w:w="50" w:type="dxa"/>
            </w:tcMar>
          </w:tcPr>
          <w:p w14:paraId="6F0A8D77" w14:textId="77777777" w:rsidR="00292F36" w:rsidRDefault="00000000">
            <w:r>
              <w:rPr>
                <w:sz w:val="12"/>
              </w:rPr>
              <w:t>0.0026455</w:t>
            </w:r>
          </w:p>
        </w:tc>
        <w:tc>
          <w:tcPr>
            <w:tcW w:w="564" w:type="dxa"/>
            <w:tcMar>
              <w:top w:w="20" w:type="dxa"/>
              <w:left w:w="50" w:type="dxa"/>
              <w:bottom w:w="20" w:type="dxa"/>
              <w:right w:w="50" w:type="dxa"/>
            </w:tcMar>
          </w:tcPr>
          <w:p w14:paraId="02E20778" w14:textId="77777777" w:rsidR="00292F36" w:rsidRDefault="00000000">
            <w:r>
              <w:rPr>
                <w:sz w:val="12"/>
              </w:rPr>
              <w:t>0</w:t>
            </w:r>
          </w:p>
        </w:tc>
        <w:tc>
          <w:tcPr>
            <w:tcW w:w="564" w:type="dxa"/>
            <w:tcMar>
              <w:top w:w="20" w:type="dxa"/>
              <w:left w:w="50" w:type="dxa"/>
              <w:bottom w:w="20" w:type="dxa"/>
              <w:right w:w="50" w:type="dxa"/>
            </w:tcMar>
          </w:tcPr>
          <w:p w14:paraId="34453606" w14:textId="77777777" w:rsidR="00292F36" w:rsidRDefault="00000000">
            <w:r>
              <w:rPr>
                <w:sz w:val="12"/>
              </w:rPr>
              <w:t>0</w:t>
            </w:r>
          </w:p>
        </w:tc>
        <w:tc>
          <w:tcPr>
            <w:tcW w:w="564" w:type="dxa"/>
            <w:tcMar>
              <w:top w:w="20" w:type="dxa"/>
              <w:left w:w="50" w:type="dxa"/>
              <w:bottom w:w="20" w:type="dxa"/>
              <w:right w:w="50" w:type="dxa"/>
            </w:tcMar>
          </w:tcPr>
          <w:p w14:paraId="5E365D32" w14:textId="77777777" w:rsidR="00292F36" w:rsidRDefault="00000000">
            <w:r>
              <w:rPr>
                <w:sz w:val="12"/>
              </w:rPr>
              <w:t>0</w:t>
            </w:r>
          </w:p>
        </w:tc>
        <w:tc>
          <w:tcPr>
            <w:tcW w:w="564" w:type="dxa"/>
            <w:tcMar>
              <w:top w:w="20" w:type="dxa"/>
              <w:left w:w="50" w:type="dxa"/>
              <w:bottom w:w="20" w:type="dxa"/>
              <w:right w:w="50" w:type="dxa"/>
            </w:tcMar>
          </w:tcPr>
          <w:p w14:paraId="66A22FE9" w14:textId="77777777" w:rsidR="00292F36" w:rsidRDefault="00000000">
            <w:r>
              <w:rPr>
                <w:sz w:val="12"/>
              </w:rPr>
              <w:t>0</w:t>
            </w:r>
          </w:p>
        </w:tc>
        <w:tc>
          <w:tcPr>
            <w:tcW w:w="564" w:type="dxa"/>
            <w:tcMar>
              <w:top w:w="20" w:type="dxa"/>
              <w:left w:w="50" w:type="dxa"/>
              <w:bottom w:w="20" w:type="dxa"/>
              <w:right w:w="50" w:type="dxa"/>
            </w:tcMar>
          </w:tcPr>
          <w:p w14:paraId="7714FB4C" w14:textId="77777777" w:rsidR="00292F36" w:rsidRDefault="00000000">
            <w:r>
              <w:rPr>
                <w:sz w:val="12"/>
              </w:rPr>
              <w:t>0</w:t>
            </w:r>
          </w:p>
        </w:tc>
        <w:tc>
          <w:tcPr>
            <w:tcW w:w="564" w:type="dxa"/>
            <w:tcMar>
              <w:top w:w="20" w:type="dxa"/>
              <w:left w:w="50" w:type="dxa"/>
              <w:bottom w:w="20" w:type="dxa"/>
              <w:right w:w="50" w:type="dxa"/>
            </w:tcMar>
          </w:tcPr>
          <w:p w14:paraId="7AF983E6" w14:textId="77777777" w:rsidR="00292F36" w:rsidRDefault="00000000">
            <w:r>
              <w:rPr>
                <w:sz w:val="12"/>
              </w:rPr>
              <w:t>0</w:t>
            </w:r>
          </w:p>
        </w:tc>
        <w:tc>
          <w:tcPr>
            <w:tcW w:w="564" w:type="dxa"/>
            <w:tcMar>
              <w:top w:w="20" w:type="dxa"/>
              <w:left w:w="50" w:type="dxa"/>
              <w:bottom w:w="20" w:type="dxa"/>
              <w:right w:w="50" w:type="dxa"/>
            </w:tcMar>
          </w:tcPr>
          <w:p w14:paraId="514600F8" w14:textId="77777777" w:rsidR="00292F36" w:rsidRDefault="00000000">
            <w:r>
              <w:rPr>
                <w:sz w:val="12"/>
              </w:rPr>
              <w:t>0.05128205</w:t>
            </w:r>
          </w:p>
        </w:tc>
        <w:tc>
          <w:tcPr>
            <w:tcW w:w="564" w:type="dxa"/>
            <w:tcMar>
              <w:top w:w="20" w:type="dxa"/>
              <w:left w:w="50" w:type="dxa"/>
              <w:bottom w:w="20" w:type="dxa"/>
              <w:right w:w="50" w:type="dxa"/>
            </w:tcMar>
          </w:tcPr>
          <w:p w14:paraId="05A01206" w14:textId="77777777" w:rsidR="00292F36" w:rsidRDefault="00000000">
            <w:r>
              <w:rPr>
                <w:sz w:val="12"/>
              </w:rPr>
              <w:t>0.15384615</w:t>
            </w:r>
          </w:p>
        </w:tc>
        <w:tc>
          <w:tcPr>
            <w:tcW w:w="564" w:type="dxa"/>
            <w:tcMar>
              <w:top w:w="20" w:type="dxa"/>
              <w:left w:w="50" w:type="dxa"/>
              <w:bottom w:w="20" w:type="dxa"/>
              <w:right w:w="50" w:type="dxa"/>
            </w:tcMar>
          </w:tcPr>
          <w:p w14:paraId="68E0212E" w14:textId="77777777" w:rsidR="00292F36" w:rsidRDefault="00000000">
            <w:r>
              <w:rPr>
                <w:sz w:val="12"/>
              </w:rPr>
              <w:t>0</w:t>
            </w:r>
          </w:p>
        </w:tc>
        <w:tc>
          <w:tcPr>
            <w:tcW w:w="564" w:type="dxa"/>
            <w:tcMar>
              <w:top w:w="20" w:type="dxa"/>
              <w:left w:w="50" w:type="dxa"/>
              <w:bottom w:w="20" w:type="dxa"/>
              <w:right w:w="50" w:type="dxa"/>
            </w:tcMar>
          </w:tcPr>
          <w:p w14:paraId="7965D9F8" w14:textId="77777777" w:rsidR="00292F36" w:rsidRDefault="00000000">
            <w:r>
              <w:rPr>
                <w:sz w:val="12"/>
              </w:rPr>
              <w:t>0.02564103</w:t>
            </w:r>
          </w:p>
        </w:tc>
        <w:tc>
          <w:tcPr>
            <w:tcW w:w="564" w:type="dxa"/>
            <w:tcMar>
              <w:top w:w="20" w:type="dxa"/>
              <w:left w:w="50" w:type="dxa"/>
              <w:bottom w:w="20" w:type="dxa"/>
              <w:right w:w="50" w:type="dxa"/>
            </w:tcMar>
          </w:tcPr>
          <w:p w14:paraId="5367ED63" w14:textId="77777777" w:rsidR="00292F36" w:rsidRDefault="00000000">
            <w:r>
              <w:rPr>
                <w:sz w:val="12"/>
              </w:rPr>
              <w:t>0.76923077</w:t>
            </w:r>
          </w:p>
        </w:tc>
        <w:tc>
          <w:tcPr>
            <w:tcW w:w="564" w:type="dxa"/>
            <w:tcMar>
              <w:top w:w="20" w:type="dxa"/>
              <w:left w:w="50" w:type="dxa"/>
              <w:bottom w:w="20" w:type="dxa"/>
              <w:right w:w="50" w:type="dxa"/>
            </w:tcMar>
          </w:tcPr>
          <w:p w14:paraId="550AD730" w14:textId="77777777" w:rsidR="00292F36" w:rsidRDefault="00000000">
            <w:r>
              <w:rPr>
                <w:sz w:val="12"/>
              </w:rPr>
              <w:t>0</w:t>
            </w:r>
          </w:p>
        </w:tc>
      </w:tr>
      <w:tr w:rsidR="00292F36" w14:paraId="2D63091E" w14:textId="77777777">
        <w:tc>
          <w:tcPr>
            <w:tcW w:w="564" w:type="dxa"/>
            <w:tcMar>
              <w:top w:w="20" w:type="dxa"/>
              <w:left w:w="50" w:type="dxa"/>
              <w:bottom w:w="20" w:type="dxa"/>
              <w:right w:w="50" w:type="dxa"/>
            </w:tcMar>
          </w:tcPr>
          <w:p w14:paraId="1E0DB7A0" w14:textId="77777777" w:rsidR="00292F36" w:rsidRDefault="00000000">
            <w:r>
              <w:rPr>
                <w:sz w:val="12"/>
              </w:rPr>
              <w:t>2020_gavilanes_gavilanes_mid_1</w:t>
            </w:r>
          </w:p>
        </w:tc>
        <w:tc>
          <w:tcPr>
            <w:tcW w:w="564" w:type="dxa"/>
            <w:tcMar>
              <w:top w:w="20" w:type="dxa"/>
              <w:left w:w="50" w:type="dxa"/>
              <w:bottom w:w="20" w:type="dxa"/>
              <w:right w:w="50" w:type="dxa"/>
            </w:tcMar>
          </w:tcPr>
          <w:p w14:paraId="0F4A3E8F" w14:textId="77777777" w:rsidR="00292F36" w:rsidRDefault="00000000">
            <w:r>
              <w:rPr>
                <w:sz w:val="12"/>
              </w:rPr>
              <w:t>-0.4734619</w:t>
            </w:r>
          </w:p>
        </w:tc>
        <w:tc>
          <w:tcPr>
            <w:tcW w:w="564" w:type="dxa"/>
            <w:tcMar>
              <w:top w:w="20" w:type="dxa"/>
              <w:left w:w="50" w:type="dxa"/>
              <w:bottom w:w="20" w:type="dxa"/>
              <w:right w:w="50" w:type="dxa"/>
            </w:tcMar>
          </w:tcPr>
          <w:p w14:paraId="2E4EA7BA" w14:textId="77777777" w:rsidR="00292F36" w:rsidRDefault="00000000">
            <w:r>
              <w:rPr>
                <w:sz w:val="12"/>
              </w:rPr>
              <w:t>-0.2734155</w:t>
            </w:r>
          </w:p>
        </w:tc>
        <w:tc>
          <w:tcPr>
            <w:tcW w:w="564" w:type="dxa"/>
            <w:tcMar>
              <w:top w:w="20" w:type="dxa"/>
              <w:left w:w="50" w:type="dxa"/>
              <w:bottom w:w="20" w:type="dxa"/>
              <w:right w:w="50" w:type="dxa"/>
            </w:tcMar>
          </w:tcPr>
          <w:p w14:paraId="1A8551C1" w14:textId="77777777" w:rsidR="00292F36" w:rsidRDefault="00000000">
            <w:r>
              <w:rPr>
                <w:sz w:val="12"/>
              </w:rPr>
              <w:t>2020</w:t>
            </w:r>
          </w:p>
        </w:tc>
        <w:tc>
          <w:tcPr>
            <w:tcW w:w="564" w:type="dxa"/>
            <w:tcMar>
              <w:top w:w="20" w:type="dxa"/>
              <w:left w:w="50" w:type="dxa"/>
              <w:bottom w:w="20" w:type="dxa"/>
              <w:right w:w="50" w:type="dxa"/>
            </w:tcMar>
          </w:tcPr>
          <w:p w14:paraId="079E2206" w14:textId="77777777" w:rsidR="00292F36" w:rsidRDefault="00000000">
            <w:r>
              <w:rPr>
                <w:sz w:val="12"/>
              </w:rPr>
              <w:t>punta_eugenia</w:t>
            </w:r>
          </w:p>
        </w:tc>
        <w:tc>
          <w:tcPr>
            <w:tcW w:w="564" w:type="dxa"/>
            <w:tcMar>
              <w:top w:w="20" w:type="dxa"/>
              <w:left w:w="50" w:type="dxa"/>
              <w:bottom w:w="20" w:type="dxa"/>
              <w:right w:w="50" w:type="dxa"/>
            </w:tcMar>
          </w:tcPr>
          <w:p w14:paraId="588BE98A" w14:textId="77777777" w:rsidR="00292F36" w:rsidRDefault="00000000">
            <w:r>
              <w:rPr>
                <w:sz w:val="12"/>
              </w:rPr>
              <w:t>South</w:t>
            </w:r>
          </w:p>
        </w:tc>
        <w:tc>
          <w:tcPr>
            <w:tcW w:w="564" w:type="dxa"/>
            <w:tcMar>
              <w:top w:w="20" w:type="dxa"/>
              <w:left w:w="50" w:type="dxa"/>
              <w:bottom w:w="20" w:type="dxa"/>
              <w:right w:w="50" w:type="dxa"/>
            </w:tcMar>
          </w:tcPr>
          <w:p w14:paraId="0A8B372A" w14:textId="77777777" w:rsidR="00292F36" w:rsidRDefault="00000000">
            <w:r>
              <w:rPr>
                <w:sz w:val="12"/>
              </w:rPr>
              <w:t>gavilanes</w:t>
            </w:r>
          </w:p>
        </w:tc>
        <w:tc>
          <w:tcPr>
            <w:tcW w:w="564" w:type="dxa"/>
            <w:tcMar>
              <w:top w:w="20" w:type="dxa"/>
              <w:left w:w="50" w:type="dxa"/>
              <w:bottom w:w="20" w:type="dxa"/>
              <w:right w:w="50" w:type="dxa"/>
            </w:tcMar>
          </w:tcPr>
          <w:p w14:paraId="19D00C8B" w14:textId="77777777" w:rsidR="00292F36" w:rsidRDefault="00000000">
            <w:r>
              <w:rPr>
                <w:sz w:val="12"/>
              </w:rPr>
              <w:t>gavilanes_mid</w:t>
            </w:r>
          </w:p>
        </w:tc>
        <w:tc>
          <w:tcPr>
            <w:tcW w:w="564" w:type="dxa"/>
            <w:tcMar>
              <w:top w:w="20" w:type="dxa"/>
              <w:left w:w="50" w:type="dxa"/>
              <w:bottom w:w="20" w:type="dxa"/>
              <w:right w:w="50" w:type="dxa"/>
            </w:tcMar>
          </w:tcPr>
          <w:p w14:paraId="5D7DF282" w14:textId="77777777" w:rsidR="00292F36" w:rsidRDefault="00000000">
            <w:r>
              <w:rPr>
                <w:sz w:val="12"/>
              </w:rPr>
              <w:t>10</w:t>
            </w:r>
          </w:p>
        </w:tc>
        <w:tc>
          <w:tcPr>
            <w:tcW w:w="564" w:type="dxa"/>
            <w:tcMar>
              <w:top w:w="20" w:type="dxa"/>
              <w:left w:w="50" w:type="dxa"/>
              <w:bottom w:w="20" w:type="dxa"/>
              <w:right w:w="50" w:type="dxa"/>
            </w:tcMar>
          </w:tcPr>
          <w:p w14:paraId="43CD400A" w14:textId="77777777" w:rsidR="00292F36" w:rsidRDefault="00000000">
            <w:r>
              <w:rPr>
                <w:sz w:val="12"/>
              </w:rPr>
              <w:t>23.3600006</w:t>
            </w:r>
          </w:p>
        </w:tc>
        <w:tc>
          <w:tcPr>
            <w:tcW w:w="564" w:type="dxa"/>
            <w:tcMar>
              <w:top w:w="20" w:type="dxa"/>
              <w:left w:w="50" w:type="dxa"/>
              <w:bottom w:w="20" w:type="dxa"/>
              <w:right w:w="50" w:type="dxa"/>
            </w:tcMar>
          </w:tcPr>
          <w:p w14:paraId="341E9F2B" w14:textId="77777777" w:rsidR="00292F36" w:rsidRDefault="00000000">
            <w:r>
              <w:rPr>
                <w:sz w:val="12"/>
              </w:rPr>
              <w:t>3.38043144</w:t>
            </w:r>
          </w:p>
        </w:tc>
        <w:tc>
          <w:tcPr>
            <w:tcW w:w="564" w:type="dxa"/>
            <w:tcMar>
              <w:top w:w="20" w:type="dxa"/>
              <w:left w:w="50" w:type="dxa"/>
              <w:bottom w:w="20" w:type="dxa"/>
              <w:right w:w="50" w:type="dxa"/>
            </w:tcMar>
          </w:tcPr>
          <w:p w14:paraId="15CCFECE" w14:textId="77777777" w:rsidR="00292F36" w:rsidRDefault="00000000">
            <w:r>
              <w:rPr>
                <w:sz w:val="12"/>
              </w:rPr>
              <w:t>0.99567848</w:t>
            </w:r>
          </w:p>
        </w:tc>
        <w:tc>
          <w:tcPr>
            <w:tcW w:w="564" w:type="dxa"/>
            <w:tcMar>
              <w:top w:w="20" w:type="dxa"/>
              <w:left w:w="50" w:type="dxa"/>
              <w:bottom w:w="20" w:type="dxa"/>
              <w:right w:w="50" w:type="dxa"/>
            </w:tcMar>
          </w:tcPr>
          <w:p w14:paraId="7457D191" w14:textId="77777777" w:rsidR="00292F36" w:rsidRDefault="00000000">
            <w:r>
              <w:rPr>
                <w:sz w:val="12"/>
              </w:rPr>
              <w:t>0.00432152</w:t>
            </w:r>
          </w:p>
        </w:tc>
        <w:tc>
          <w:tcPr>
            <w:tcW w:w="564" w:type="dxa"/>
            <w:tcMar>
              <w:top w:w="20" w:type="dxa"/>
              <w:left w:w="50" w:type="dxa"/>
              <w:bottom w:w="20" w:type="dxa"/>
              <w:right w:w="50" w:type="dxa"/>
            </w:tcMar>
          </w:tcPr>
          <w:p w14:paraId="680F925F" w14:textId="77777777" w:rsidR="00292F36" w:rsidRDefault="00000000">
            <w:r>
              <w:rPr>
                <w:sz w:val="12"/>
              </w:rPr>
              <w:t>0</w:t>
            </w:r>
          </w:p>
        </w:tc>
        <w:tc>
          <w:tcPr>
            <w:tcW w:w="564" w:type="dxa"/>
            <w:tcMar>
              <w:top w:w="20" w:type="dxa"/>
              <w:left w:w="50" w:type="dxa"/>
              <w:bottom w:w="20" w:type="dxa"/>
              <w:right w:w="50" w:type="dxa"/>
            </w:tcMar>
          </w:tcPr>
          <w:p w14:paraId="386F3987" w14:textId="77777777" w:rsidR="00292F36" w:rsidRDefault="00000000">
            <w:r>
              <w:rPr>
                <w:sz w:val="12"/>
              </w:rPr>
              <w:t>0</w:t>
            </w:r>
          </w:p>
        </w:tc>
        <w:tc>
          <w:tcPr>
            <w:tcW w:w="564" w:type="dxa"/>
            <w:tcMar>
              <w:top w:w="20" w:type="dxa"/>
              <w:left w:w="50" w:type="dxa"/>
              <w:bottom w:w="20" w:type="dxa"/>
              <w:right w:w="50" w:type="dxa"/>
            </w:tcMar>
          </w:tcPr>
          <w:p w14:paraId="1DFEC2EB" w14:textId="77777777" w:rsidR="00292F36" w:rsidRDefault="00000000">
            <w:r>
              <w:rPr>
                <w:sz w:val="12"/>
              </w:rPr>
              <w:t>0</w:t>
            </w:r>
          </w:p>
        </w:tc>
        <w:tc>
          <w:tcPr>
            <w:tcW w:w="564" w:type="dxa"/>
            <w:tcMar>
              <w:top w:w="20" w:type="dxa"/>
              <w:left w:w="50" w:type="dxa"/>
              <w:bottom w:w="20" w:type="dxa"/>
              <w:right w:w="50" w:type="dxa"/>
            </w:tcMar>
          </w:tcPr>
          <w:p w14:paraId="518860CD" w14:textId="77777777" w:rsidR="00292F36" w:rsidRDefault="00000000">
            <w:r>
              <w:rPr>
                <w:sz w:val="12"/>
              </w:rPr>
              <w:t>0</w:t>
            </w:r>
          </w:p>
        </w:tc>
        <w:tc>
          <w:tcPr>
            <w:tcW w:w="564" w:type="dxa"/>
            <w:tcMar>
              <w:top w:w="20" w:type="dxa"/>
              <w:left w:w="50" w:type="dxa"/>
              <w:bottom w:w="20" w:type="dxa"/>
              <w:right w:w="50" w:type="dxa"/>
            </w:tcMar>
          </w:tcPr>
          <w:p w14:paraId="77F6717C" w14:textId="77777777" w:rsidR="00292F36" w:rsidRDefault="00000000">
            <w:r>
              <w:rPr>
                <w:sz w:val="12"/>
              </w:rPr>
              <w:t>0</w:t>
            </w:r>
          </w:p>
        </w:tc>
        <w:tc>
          <w:tcPr>
            <w:tcW w:w="564" w:type="dxa"/>
            <w:tcMar>
              <w:top w:w="20" w:type="dxa"/>
              <w:left w:w="50" w:type="dxa"/>
              <w:bottom w:w="20" w:type="dxa"/>
              <w:right w:w="50" w:type="dxa"/>
            </w:tcMar>
          </w:tcPr>
          <w:p w14:paraId="446C9A28" w14:textId="77777777" w:rsidR="00292F36" w:rsidRDefault="00000000">
            <w:r>
              <w:rPr>
                <w:sz w:val="12"/>
              </w:rPr>
              <w:t>0</w:t>
            </w:r>
          </w:p>
        </w:tc>
        <w:tc>
          <w:tcPr>
            <w:tcW w:w="564" w:type="dxa"/>
            <w:tcMar>
              <w:top w:w="20" w:type="dxa"/>
              <w:left w:w="50" w:type="dxa"/>
              <w:bottom w:w="20" w:type="dxa"/>
              <w:right w:w="50" w:type="dxa"/>
            </w:tcMar>
          </w:tcPr>
          <w:p w14:paraId="1562D0F8" w14:textId="77777777" w:rsidR="00292F36" w:rsidRDefault="00000000">
            <w:r>
              <w:rPr>
                <w:sz w:val="12"/>
              </w:rPr>
              <w:t>0</w:t>
            </w:r>
          </w:p>
        </w:tc>
        <w:tc>
          <w:tcPr>
            <w:tcW w:w="564" w:type="dxa"/>
            <w:tcMar>
              <w:top w:w="20" w:type="dxa"/>
              <w:left w:w="50" w:type="dxa"/>
              <w:bottom w:w="20" w:type="dxa"/>
              <w:right w:w="50" w:type="dxa"/>
            </w:tcMar>
          </w:tcPr>
          <w:p w14:paraId="0AF764CE" w14:textId="77777777" w:rsidR="00292F36" w:rsidRDefault="00000000">
            <w:r>
              <w:rPr>
                <w:sz w:val="12"/>
              </w:rPr>
              <w:t>0.70588235</w:t>
            </w:r>
          </w:p>
        </w:tc>
        <w:tc>
          <w:tcPr>
            <w:tcW w:w="564" w:type="dxa"/>
            <w:tcMar>
              <w:top w:w="20" w:type="dxa"/>
              <w:left w:w="50" w:type="dxa"/>
              <w:bottom w:w="20" w:type="dxa"/>
              <w:right w:w="50" w:type="dxa"/>
            </w:tcMar>
          </w:tcPr>
          <w:p w14:paraId="4FE2FAD7" w14:textId="77777777" w:rsidR="00292F36" w:rsidRDefault="00000000">
            <w:r>
              <w:rPr>
                <w:sz w:val="12"/>
              </w:rPr>
              <w:t>0.02941176</w:t>
            </w:r>
          </w:p>
        </w:tc>
        <w:tc>
          <w:tcPr>
            <w:tcW w:w="564" w:type="dxa"/>
            <w:tcMar>
              <w:top w:w="20" w:type="dxa"/>
              <w:left w:w="50" w:type="dxa"/>
              <w:bottom w:w="20" w:type="dxa"/>
              <w:right w:w="50" w:type="dxa"/>
            </w:tcMar>
          </w:tcPr>
          <w:p w14:paraId="51BDF94C" w14:textId="77777777" w:rsidR="00292F36" w:rsidRDefault="00000000">
            <w:r>
              <w:rPr>
                <w:sz w:val="12"/>
              </w:rPr>
              <w:t>0.05882353</w:t>
            </w:r>
          </w:p>
        </w:tc>
        <w:tc>
          <w:tcPr>
            <w:tcW w:w="564" w:type="dxa"/>
            <w:tcMar>
              <w:top w:w="20" w:type="dxa"/>
              <w:left w:w="50" w:type="dxa"/>
              <w:bottom w:w="20" w:type="dxa"/>
              <w:right w:w="50" w:type="dxa"/>
            </w:tcMar>
          </w:tcPr>
          <w:p w14:paraId="0011C7BB" w14:textId="77777777" w:rsidR="00292F36" w:rsidRDefault="00000000">
            <w:r>
              <w:rPr>
                <w:sz w:val="12"/>
              </w:rPr>
              <w:t>0.20588235</w:t>
            </w:r>
          </w:p>
        </w:tc>
        <w:tc>
          <w:tcPr>
            <w:tcW w:w="564" w:type="dxa"/>
            <w:tcMar>
              <w:top w:w="20" w:type="dxa"/>
              <w:left w:w="50" w:type="dxa"/>
              <w:bottom w:w="20" w:type="dxa"/>
              <w:right w:w="50" w:type="dxa"/>
            </w:tcMar>
          </w:tcPr>
          <w:p w14:paraId="452812B8" w14:textId="77777777" w:rsidR="00292F36" w:rsidRDefault="00000000">
            <w:r>
              <w:rPr>
                <w:sz w:val="12"/>
              </w:rPr>
              <w:t>0</w:t>
            </w:r>
          </w:p>
        </w:tc>
      </w:tr>
      <w:tr w:rsidR="00292F36" w14:paraId="08053F0D" w14:textId="77777777">
        <w:tc>
          <w:tcPr>
            <w:tcW w:w="564" w:type="dxa"/>
            <w:tcMar>
              <w:top w:w="20" w:type="dxa"/>
              <w:left w:w="50" w:type="dxa"/>
              <w:bottom w:w="20" w:type="dxa"/>
              <w:right w:w="50" w:type="dxa"/>
            </w:tcMar>
          </w:tcPr>
          <w:p w14:paraId="4B619712" w14:textId="77777777" w:rsidR="00292F36" w:rsidRDefault="00000000">
            <w:r>
              <w:rPr>
                <w:sz w:val="12"/>
              </w:rPr>
              <w:t>2020_gavilanes_gavilanes_mid_2</w:t>
            </w:r>
          </w:p>
        </w:tc>
        <w:tc>
          <w:tcPr>
            <w:tcW w:w="564" w:type="dxa"/>
            <w:tcMar>
              <w:top w:w="20" w:type="dxa"/>
              <w:left w:w="50" w:type="dxa"/>
              <w:bottom w:w="20" w:type="dxa"/>
              <w:right w:w="50" w:type="dxa"/>
            </w:tcMar>
          </w:tcPr>
          <w:p w14:paraId="79ED58D7" w14:textId="77777777" w:rsidR="00292F36" w:rsidRDefault="00000000">
            <w:r>
              <w:rPr>
                <w:sz w:val="12"/>
              </w:rPr>
              <w:t>-0.4653175</w:t>
            </w:r>
          </w:p>
        </w:tc>
        <w:tc>
          <w:tcPr>
            <w:tcW w:w="564" w:type="dxa"/>
            <w:tcMar>
              <w:top w:w="20" w:type="dxa"/>
              <w:left w:w="50" w:type="dxa"/>
              <w:bottom w:w="20" w:type="dxa"/>
              <w:right w:w="50" w:type="dxa"/>
            </w:tcMar>
          </w:tcPr>
          <w:p w14:paraId="21761F00" w14:textId="77777777" w:rsidR="00292F36" w:rsidRDefault="00000000">
            <w:r>
              <w:rPr>
                <w:sz w:val="12"/>
              </w:rPr>
              <w:t>-0.3253807</w:t>
            </w:r>
          </w:p>
        </w:tc>
        <w:tc>
          <w:tcPr>
            <w:tcW w:w="564" w:type="dxa"/>
            <w:tcMar>
              <w:top w:w="20" w:type="dxa"/>
              <w:left w:w="50" w:type="dxa"/>
              <w:bottom w:w="20" w:type="dxa"/>
              <w:right w:w="50" w:type="dxa"/>
            </w:tcMar>
          </w:tcPr>
          <w:p w14:paraId="4B90163F" w14:textId="77777777" w:rsidR="00292F36" w:rsidRDefault="00000000">
            <w:r>
              <w:rPr>
                <w:sz w:val="12"/>
              </w:rPr>
              <w:t>2020</w:t>
            </w:r>
          </w:p>
        </w:tc>
        <w:tc>
          <w:tcPr>
            <w:tcW w:w="564" w:type="dxa"/>
            <w:tcMar>
              <w:top w:w="20" w:type="dxa"/>
              <w:left w:w="50" w:type="dxa"/>
              <w:bottom w:w="20" w:type="dxa"/>
              <w:right w:w="50" w:type="dxa"/>
            </w:tcMar>
          </w:tcPr>
          <w:p w14:paraId="71B24128" w14:textId="77777777" w:rsidR="00292F36" w:rsidRDefault="00000000">
            <w:r>
              <w:rPr>
                <w:sz w:val="12"/>
              </w:rPr>
              <w:t>punta_eugenia</w:t>
            </w:r>
          </w:p>
        </w:tc>
        <w:tc>
          <w:tcPr>
            <w:tcW w:w="564" w:type="dxa"/>
            <w:tcMar>
              <w:top w:w="20" w:type="dxa"/>
              <w:left w:w="50" w:type="dxa"/>
              <w:bottom w:w="20" w:type="dxa"/>
              <w:right w:w="50" w:type="dxa"/>
            </w:tcMar>
          </w:tcPr>
          <w:p w14:paraId="5E7A864D" w14:textId="77777777" w:rsidR="00292F36" w:rsidRDefault="00000000">
            <w:r>
              <w:rPr>
                <w:sz w:val="12"/>
              </w:rPr>
              <w:t>South</w:t>
            </w:r>
          </w:p>
        </w:tc>
        <w:tc>
          <w:tcPr>
            <w:tcW w:w="564" w:type="dxa"/>
            <w:tcMar>
              <w:top w:w="20" w:type="dxa"/>
              <w:left w:w="50" w:type="dxa"/>
              <w:bottom w:w="20" w:type="dxa"/>
              <w:right w:w="50" w:type="dxa"/>
            </w:tcMar>
          </w:tcPr>
          <w:p w14:paraId="1D7F3209" w14:textId="77777777" w:rsidR="00292F36" w:rsidRDefault="00000000">
            <w:r>
              <w:rPr>
                <w:sz w:val="12"/>
              </w:rPr>
              <w:t>gavilanes</w:t>
            </w:r>
          </w:p>
        </w:tc>
        <w:tc>
          <w:tcPr>
            <w:tcW w:w="564" w:type="dxa"/>
            <w:tcMar>
              <w:top w:w="20" w:type="dxa"/>
              <w:left w:w="50" w:type="dxa"/>
              <w:bottom w:w="20" w:type="dxa"/>
              <w:right w:w="50" w:type="dxa"/>
            </w:tcMar>
          </w:tcPr>
          <w:p w14:paraId="33AF32A0" w14:textId="77777777" w:rsidR="00292F36" w:rsidRDefault="00000000">
            <w:r>
              <w:rPr>
                <w:sz w:val="12"/>
              </w:rPr>
              <w:t>gavilanes_mid</w:t>
            </w:r>
          </w:p>
        </w:tc>
        <w:tc>
          <w:tcPr>
            <w:tcW w:w="564" w:type="dxa"/>
            <w:tcMar>
              <w:top w:w="20" w:type="dxa"/>
              <w:left w:w="50" w:type="dxa"/>
              <w:bottom w:w="20" w:type="dxa"/>
              <w:right w:w="50" w:type="dxa"/>
            </w:tcMar>
          </w:tcPr>
          <w:p w14:paraId="6335F62B" w14:textId="77777777" w:rsidR="00292F36" w:rsidRDefault="00000000">
            <w:r>
              <w:rPr>
                <w:sz w:val="12"/>
              </w:rPr>
              <w:t>10</w:t>
            </w:r>
          </w:p>
        </w:tc>
        <w:tc>
          <w:tcPr>
            <w:tcW w:w="564" w:type="dxa"/>
            <w:tcMar>
              <w:top w:w="20" w:type="dxa"/>
              <w:left w:w="50" w:type="dxa"/>
              <w:bottom w:w="20" w:type="dxa"/>
              <w:right w:w="50" w:type="dxa"/>
            </w:tcMar>
          </w:tcPr>
          <w:p w14:paraId="2831CBDB" w14:textId="77777777" w:rsidR="00292F36" w:rsidRDefault="00000000">
            <w:r>
              <w:rPr>
                <w:sz w:val="12"/>
              </w:rPr>
              <w:t>23.3600006</w:t>
            </w:r>
          </w:p>
        </w:tc>
        <w:tc>
          <w:tcPr>
            <w:tcW w:w="564" w:type="dxa"/>
            <w:tcMar>
              <w:top w:w="20" w:type="dxa"/>
              <w:left w:w="50" w:type="dxa"/>
              <w:bottom w:w="20" w:type="dxa"/>
              <w:right w:w="50" w:type="dxa"/>
            </w:tcMar>
          </w:tcPr>
          <w:p w14:paraId="19664A2E" w14:textId="77777777" w:rsidR="00292F36" w:rsidRDefault="00000000">
            <w:r>
              <w:rPr>
                <w:sz w:val="12"/>
              </w:rPr>
              <w:t>3.38043144</w:t>
            </w:r>
          </w:p>
        </w:tc>
        <w:tc>
          <w:tcPr>
            <w:tcW w:w="564" w:type="dxa"/>
            <w:tcMar>
              <w:top w:w="20" w:type="dxa"/>
              <w:left w:w="50" w:type="dxa"/>
              <w:bottom w:w="20" w:type="dxa"/>
              <w:right w:w="50" w:type="dxa"/>
            </w:tcMar>
          </w:tcPr>
          <w:p w14:paraId="04389457" w14:textId="77777777" w:rsidR="00292F36" w:rsidRDefault="00000000">
            <w:r>
              <w:rPr>
                <w:sz w:val="12"/>
              </w:rPr>
              <w:t>0.98968254</w:t>
            </w:r>
          </w:p>
        </w:tc>
        <w:tc>
          <w:tcPr>
            <w:tcW w:w="564" w:type="dxa"/>
            <w:tcMar>
              <w:top w:w="20" w:type="dxa"/>
              <w:left w:w="50" w:type="dxa"/>
              <w:bottom w:w="20" w:type="dxa"/>
              <w:right w:w="50" w:type="dxa"/>
            </w:tcMar>
          </w:tcPr>
          <w:p w14:paraId="099F87FA" w14:textId="77777777" w:rsidR="00292F36" w:rsidRDefault="00000000">
            <w:r>
              <w:rPr>
                <w:sz w:val="12"/>
              </w:rPr>
              <w:t>0.01031746</w:t>
            </w:r>
          </w:p>
        </w:tc>
        <w:tc>
          <w:tcPr>
            <w:tcW w:w="564" w:type="dxa"/>
            <w:tcMar>
              <w:top w:w="20" w:type="dxa"/>
              <w:left w:w="50" w:type="dxa"/>
              <w:bottom w:w="20" w:type="dxa"/>
              <w:right w:w="50" w:type="dxa"/>
            </w:tcMar>
          </w:tcPr>
          <w:p w14:paraId="48304867" w14:textId="77777777" w:rsidR="00292F36" w:rsidRDefault="00000000">
            <w:r>
              <w:rPr>
                <w:sz w:val="12"/>
              </w:rPr>
              <w:t>0</w:t>
            </w:r>
          </w:p>
        </w:tc>
        <w:tc>
          <w:tcPr>
            <w:tcW w:w="564" w:type="dxa"/>
            <w:tcMar>
              <w:top w:w="20" w:type="dxa"/>
              <w:left w:w="50" w:type="dxa"/>
              <w:bottom w:w="20" w:type="dxa"/>
              <w:right w:w="50" w:type="dxa"/>
            </w:tcMar>
          </w:tcPr>
          <w:p w14:paraId="7F56754D" w14:textId="77777777" w:rsidR="00292F36" w:rsidRDefault="00000000">
            <w:r>
              <w:rPr>
                <w:sz w:val="12"/>
              </w:rPr>
              <w:t>0</w:t>
            </w:r>
          </w:p>
        </w:tc>
        <w:tc>
          <w:tcPr>
            <w:tcW w:w="564" w:type="dxa"/>
            <w:tcMar>
              <w:top w:w="20" w:type="dxa"/>
              <w:left w:w="50" w:type="dxa"/>
              <w:bottom w:w="20" w:type="dxa"/>
              <w:right w:w="50" w:type="dxa"/>
            </w:tcMar>
          </w:tcPr>
          <w:p w14:paraId="32DEFBAA" w14:textId="77777777" w:rsidR="00292F36" w:rsidRDefault="00000000">
            <w:r>
              <w:rPr>
                <w:sz w:val="12"/>
              </w:rPr>
              <w:t>0</w:t>
            </w:r>
          </w:p>
        </w:tc>
        <w:tc>
          <w:tcPr>
            <w:tcW w:w="564" w:type="dxa"/>
            <w:tcMar>
              <w:top w:w="20" w:type="dxa"/>
              <w:left w:w="50" w:type="dxa"/>
              <w:bottom w:w="20" w:type="dxa"/>
              <w:right w:w="50" w:type="dxa"/>
            </w:tcMar>
          </w:tcPr>
          <w:p w14:paraId="2F6989CB" w14:textId="77777777" w:rsidR="00292F36" w:rsidRDefault="00000000">
            <w:r>
              <w:rPr>
                <w:sz w:val="12"/>
              </w:rPr>
              <w:t>0</w:t>
            </w:r>
          </w:p>
        </w:tc>
        <w:tc>
          <w:tcPr>
            <w:tcW w:w="564" w:type="dxa"/>
            <w:tcMar>
              <w:top w:w="20" w:type="dxa"/>
              <w:left w:w="50" w:type="dxa"/>
              <w:bottom w:w="20" w:type="dxa"/>
              <w:right w:w="50" w:type="dxa"/>
            </w:tcMar>
          </w:tcPr>
          <w:p w14:paraId="7ED7ECD6" w14:textId="77777777" w:rsidR="00292F36" w:rsidRDefault="00000000">
            <w:r>
              <w:rPr>
                <w:sz w:val="12"/>
              </w:rPr>
              <w:t>0</w:t>
            </w:r>
          </w:p>
        </w:tc>
        <w:tc>
          <w:tcPr>
            <w:tcW w:w="564" w:type="dxa"/>
            <w:tcMar>
              <w:top w:w="20" w:type="dxa"/>
              <w:left w:w="50" w:type="dxa"/>
              <w:bottom w:w="20" w:type="dxa"/>
              <w:right w:w="50" w:type="dxa"/>
            </w:tcMar>
          </w:tcPr>
          <w:p w14:paraId="3CA5C182" w14:textId="77777777" w:rsidR="00292F36" w:rsidRDefault="00000000">
            <w:r>
              <w:rPr>
                <w:sz w:val="12"/>
              </w:rPr>
              <w:t>0</w:t>
            </w:r>
          </w:p>
        </w:tc>
        <w:tc>
          <w:tcPr>
            <w:tcW w:w="564" w:type="dxa"/>
            <w:tcMar>
              <w:top w:w="20" w:type="dxa"/>
              <w:left w:w="50" w:type="dxa"/>
              <w:bottom w:w="20" w:type="dxa"/>
              <w:right w:w="50" w:type="dxa"/>
            </w:tcMar>
          </w:tcPr>
          <w:p w14:paraId="3DFD6421" w14:textId="77777777" w:rsidR="00292F36" w:rsidRDefault="00000000">
            <w:r>
              <w:rPr>
                <w:sz w:val="12"/>
              </w:rPr>
              <w:t>0</w:t>
            </w:r>
          </w:p>
        </w:tc>
        <w:tc>
          <w:tcPr>
            <w:tcW w:w="564" w:type="dxa"/>
            <w:tcMar>
              <w:top w:w="20" w:type="dxa"/>
              <w:left w:w="50" w:type="dxa"/>
              <w:bottom w:w="20" w:type="dxa"/>
              <w:right w:w="50" w:type="dxa"/>
            </w:tcMar>
          </w:tcPr>
          <w:p w14:paraId="3CF71FE7" w14:textId="77777777" w:rsidR="00292F36" w:rsidRDefault="00000000">
            <w:r>
              <w:rPr>
                <w:sz w:val="12"/>
              </w:rPr>
              <w:t>0.93333333</w:t>
            </w:r>
          </w:p>
        </w:tc>
        <w:tc>
          <w:tcPr>
            <w:tcW w:w="564" w:type="dxa"/>
            <w:tcMar>
              <w:top w:w="20" w:type="dxa"/>
              <w:left w:w="50" w:type="dxa"/>
              <w:bottom w:w="20" w:type="dxa"/>
              <w:right w:w="50" w:type="dxa"/>
            </w:tcMar>
          </w:tcPr>
          <w:p w14:paraId="6F8FB98E" w14:textId="77777777" w:rsidR="00292F36" w:rsidRDefault="00000000">
            <w:r>
              <w:rPr>
                <w:sz w:val="12"/>
              </w:rPr>
              <w:t>0</w:t>
            </w:r>
          </w:p>
        </w:tc>
        <w:tc>
          <w:tcPr>
            <w:tcW w:w="564" w:type="dxa"/>
            <w:tcMar>
              <w:top w:w="20" w:type="dxa"/>
              <w:left w:w="50" w:type="dxa"/>
              <w:bottom w:w="20" w:type="dxa"/>
              <w:right w:w="50" w:type="dxa"/>
            </w:tcMar>
          </w:tcPr>
          <w:p w14:paraId="77CE7837" w14:textId="77777777" w:rsidR="00292F36" w:rsidRDefault="00000000">
            <w:r>
              <w:rPr>
                <w:sz w:val="12"/>
              </w:rPr>
              <w:t>0</w:t>
            </w:r>
          </w:p>
        </w:tc>
        <w:tc>
          <w:tcPr>
            <w:tcW w:w="564" w:type="dxa"/>
            <w:tcMar>
              <w:top w:w="20" w:type="dxa"/>
              <w:left w:w="50" w:type="dxa"/>
              <w:bottom w:w="20" w:type="dxa"/>
              <w:right w:w="50" w:type="dxa"/>
            </w:tcMar>
          </w:tcPr>
          <w:p w14:paraId="46E6CAF2" w14:textId="77777777" w:rsidR="00292F36" w:rsidRDefault="00000000">
            <w:r>
              <w:rPr>
                <w:sz w:val="12"/>
              </w:rPr>
              <w:t>0.06666667</w:t>
            </w:r>
          </w:p>
        </w:tc>
        <w:tc>
          <w:tcPr>
            <w:tcW w:w="564" w:type="dxa"/>
            <w:tcMar>
              <w:top w:w="20" w:type="dxa"/>
              <w:left w:w="50" w:type="dxa"/>
              <w:bottom w:w="20" w:type="dxa"/>
              <w:right w:w="50" w:type="dxa"/>
            </w:tcMar>
          </w:tcPr>
          <w:p w14:paraId="1F046E39" w14:textId="77777777" w:rsidR="00292F36" w:rsidRDefault="00000000">
            <w:r>
              <w:rPr>
                <w:sz w:val="12"/>
              </w:rPr>
              <w:t>0</w:t>
            </w:r>
          </w:p>
        </w:tc>
      </w:tr>
      <w:tr w:rsidR="00292F36" w14:paraId="46855834" w14:textId="77777777">
        <w:tc>
          <w:tcPr>
            <w:tcW w:w="564" w:type="dxa"/>
            <w:tcMar>
              <w:top w:w="20" w:type="dxa"/>
              <w:left w:w="50" w:type="dxa"/>
              <w:bottom w:w="20" w:type="dxa"/>
              <w:right w:w="50" w:type="dxa"/>
            </w:tcMar>
          </w:tcPr>
          <w:p w14:paraId="4C508DFE" w14:textId="77777777" w:rsidR="00292F36" w:rsidRDefault="00000000">
            <w:r>
              <w:rPr>
                <w:sz w:val="12"/>
              </w:rPr>
              <w:t>2020_gavilanes_gavilanes_shallow_1</w:t>
            </w:r>
          </w:p>
        </w:tc>
        <w:tc>
          <w:tcPr>
            <w:tcW w:w="564" w:type="dxa"/>
            <w:tcMar>
              <w:top w:w="20" w:type="dxa"/>
              <w:left w:w="50" w:type="dxa"/>
              <w:bottom w:w="20" w:type="dxa"/>
              <w:right w:w="50" w:type="dxa"/>
            </w:tcMar>
          </w:tcPr>
          <w:p w14:paraId="496432EC" w14:textId="77777777" w:rsidR="00292F36" w:rsidRDefault="00000000">
            <w:r>
              <w:rPr>
                <w:sz w:val="12"/>
              </w:rPr>
              <w:t>-0.421525</w:t>
            </w:r>
          </w:p>
        </w:tc>
        <w:tc>
          <w:tcPr>
            <w:tcW w:w="564" w:type="dxa"/>
            <w:tcMar>
              <w:top w:w="20" w:type="dxa"/>
              <w:left w:w="50" w:type="dxa"/>
              <w:bottom w:w="20" w:type="dxa"/>
              <w:right w:w="50" w:type="dxa"/>
            </w:tcMar>
          </w:tcPr>
          <w:p w14:paraId="240265EC" w14:textId="77777777" w:rsidR="00292F36" w:rsidRDefault="00000000">
            <w:r>
              <w:rPr>
                <w:sz w:val="12"/>
              </w:rPr>
              <w:t>-0.2043461</w:t>
            </w:r>
          </w:p>
        </w:tc>
        <w:tc>
          <w:tcPr>
            <w:tcW w:w="564" w:type="dxa"/>
            <w:tcMar>
              <w:top w:w="20" w:type="dxa"/>
              <w:left w:w="50" w:type="dxa"/>
              <w:bottom w:w="20" w:type="dxa"/>
              <w:right w:w="50" w:type="dxa"/>
            </w:tcMar>
          </w:tcPr>
          <w:p w14:paraId="0B0CCE94" w14:textId="77777777" w:rsidR="00292F36" w:rsidRDefault="00000000">
            <w:r>
              <w:rPr>
                <w:sz w:val="12"/>
              </w:rPr>
              <w:t>2020</w:t>
            </w:r>
          </w:p>
        </w:tc>
        <w:tc>
          <w:tcPr>
            <w:tcW w:w="564" w:type="dxa"/>
            <w:tcMar>
              <w:top w:w="20" w:type="dxa"/>
              <w:left w:w="50" w:type="dxa"/>
              <w:bottom w:w="20" w:type="dxa"/>
              <w:right w:w="50" w:type="dxa"/>
            </w:tcMar>
          </w:tcPr>
          <w:p w14:paraId="055DADF4" w14:textId="77777777" w:rsidR="00292F36" w:rsidRDefault="00000000">
            <w:r>
              <w:rPr>
                <w:sz w:val="12"/>
              </w:rPr>
              <w:t>punta_eugenia</w:t>
            </w:r>
          </w:p>
        </w:tc>
        <w:tc>
          <w:tcPr>
            <w:tcW w:w="564" w:type="dxa"/>
            <w:tcMar>
              <w:top w:w="20" w:type="dxa"/>
              <w:left w:w="50" w:type="dxa"/>
              <w:bottom w:w="20" w:type="dxa"/>
              <w:right w:w="50" w:type="dxa"/>
            </w:tcMar>
          </w:tcPr>
          <w:p w14:paraId="75E7273B" w14:textId="77777777" w:rsidR="00292F36" w:rsidRDefault="00000000">
            <w:r>
              <w:rPr>
                <w:sz w:val="12"/>
              </w:rPr>
              <w:t>South</w:t>
            </w:r>
          </w:p>
        </w:tc>
        <w:tc>
          <w:tcPr>
            <w:tcW w:w="564" w:type="dxa"/>
            <w:tcMar>
              <w:top w:w="20" w:type="dxa"/>
              <w:left w:w="50" w:type="dxa"/>
              <w:bottom w:w="20" w:type="dxa"/>
              <w:right w:w="50" w:type="dxa"/>
            </w:tcMar>
          </w:tcPr>
          <w:p w14:paraId="3FD8E81D" w14:textId="77777777" w:rsidR="00292F36" w:rsidRDefault="00000000">
            <w:r>
              <w:rPr>
                <w:sz w:val="12"/>
              </w:rPr>
              <w:t>gavilanes</w:t>
            </w:r>
          </w:p>
        </w:tc>
        <w:tc>
          <w:tcPr>
            <w:tcW w:w="564" w:type="dxa"/>
            <w:tcMar>
              <w:top w:w="20" w:type="dxa"/>
              <w:left w:w="50" w:type="dxa"/>
              <w:bottom w:w="20" w:type="dxa"/>
              <w:right w:w="50" w:type="dxa"/>
            </w:tcMar>
          </w:tcPr>
          <w:p w14:paraId="7F4D66BD" w14:textId="77777777" w:rsidR="00292F36" w:rsidRDefault="00000000">
            <w:r>
              <w:rPr>
                <w:sz w:val="12"/>
              </w:rPr>
              <w:t>gavilanes_shallow</w:t>
            </w:r>
          </w:p>
        </w:tc>
        <w:tc>
          <w:tcPr>
            <w:tcW w:w="564" w:type="dxa"/>
            <w:tcMar>
              <w:top w:w="20" w:type="dxa"/>
              <w:left w:w="50" w:type="dxa"/>
              <w:bottom w:w="20" w:type="dxa"/>
              <w:right w:w="50" w:type="dxa"/>
            </w:tcMar>
          </w:tcPr>
          <w:p w14:paraId="576B686E" w14:textId="77777777" w:rsidR="00292F36" w:rsidRDefault="00000000">
            <w:r>
              <w:rPr>
                <w:sz w:val="12"/>
              </w:rPr>
              <w:t>7</w:t>
            </w:r>
          </w:p>
        </w:tc>
        <w:tc>
          <w:tcPr>
            <w:tcW w:w="564" w:type="dxa"/>
            <w:tcMar>
              <w:top w:w="20" w:type="dxa"/>
              <w:left w:w="50" w:type="dxa"/>
              <w:bottom w:w="20" w:type="dxa"/>
              <w:right w:w="50" w:type="dxa"/>
            </w:tcMar>
          </w:tcPr>
          <w:p w14:paraId="4E9222E5" w14:textId="77777777" w:rsidR="00292F36" w:rsidRDefault="00000000">
            <w:r>
              <w:rPr>
                <w:sz w:val="12"/>
              </w:rPr>
              <w:t>23.3600006</w:t>
            </w:r>
          </w:p>
        </w:tc>
        <w:tc>
          <w:tcPr>
            <w:tcW w:w="564" w:type="dxa"/>
            <w:tcMar>
              <w:top w:w="20" w:type="dxa"/>
              <w:left w:w="50" w:type="dxa"/>
              <w:bottom w:w="20" w:type="dxa"/>
              <w:right w:w="50" w:type="dxa"/>
            </w:tcMar>
          </w:tcPr>
          <w:p w14:paraId="57518A59" w14:textId="77777777" w:rsidR="00292F36" w:rsidRDefault="00000000">
            <w:r>
              <w:rPr>
                <w:sz w:val="12"/>
              </w:rPr>
              <w:t>3.38043144</w:t>
            </w:r>
          </w:p>
        </w:tc>
        <w:tc>
          <w:tcPr>
            <w:tcW w:w="564" w:type="dxa"/>
            <w:tcMar>
              <w:top w:w="20" w:type="dxa"/>
              <w:left w:w="50" w:type="dxa"/>
              <w:bottom w:w="20" w:type="dxa"/>
              <w:right w:w="50" w:type="dxa"/>
            </w:tcMar>
          </w:tcPr>
          <w:p w14:paraId="6E356C65" w14:textId="77777777" w:rsidR="00292F36" w:rsidRDefault="00000000">
            <w:r>
              <w:rPr>
                <w:sz w:val="12"/>
              </w:rPr>
              <w:t>0.91752577</w:t>
            </w:r>
          </w:p>
        </w:tc>
        <w:tc>
          <w:tcPr>
            <w:tcW w:w="564" w:type="dxa"/>
            <w:tcMar>
              <w:top w:w="20" w:type="dxa"/>
              <w:left w:w="50" w:type="dxa"/>
              <w:bottom w:w="20" w:type="dxa"/>
              <w:right w:w="50" w:type="dxa"/>
            </w:tcMar>
          </w:tcPr>
          <w:p w14:paraId="128C4665" w14:textId="77777777" w:rsidR="00292F36" w:rsidRDefault="00000000">
            <w:r>
              <w:rPr>
                <w:sz w:val="12"/>
              </w:rPr>
              <w:t>0.07938144</w:t>
            </w:r>
          </w:p>
        </w:tc>
        <w:tc>
          <w:tcPr>
            <w:tcW w:w="564" w:type="dxa"/>
            <w:tcMar>
              <w:top w:w="20" w:type="dxa"/>
              <w:left w:w="50" w:type="dxa"/>
              <w:bottom w:w="20" w:type="dxa"/>
              <w:right w:w="50" w:type="dxa"/>
            </w:tcMar>
          </w:tcPr>
          <w:p w14:paraId="2A755328" w14:textId="77777777" w:rsidR="00292F36" w:rsidRDefault="00000000">
            <w:r>
              <w:rPr>
                <w:sz w:val="12"/>
              </w:rPr>
              <w:t>0</w:t>
            </w:r>
          </w:p>
        </w:tc>
        <w:tc>
          <w:tcPr>
            <w:tcW w:w="564" w:type="dxa"/>
            <w:tcMar>
              <w:top w:w="20" w:type="dxa"/>
              <w:left w:w="50" w:type="dxa"/>
              <w:bottom w:w="20" w:type="dxa"/>
              <w:right w:w="50" w:type="dxa"/>
            </w:tcMar>
          </w:tcPr>
          <w:p w14:paraId="7203DD6D" w14:textId="77777777" w:rsidR="00292F36" w:rsidRDefault="00000000">
            <w:r>
              <w:rPr>
                <w:sz w:val="12"/>
              </w:rPr>
              <w:t>0</w:t>
            </w:r>
          </w:p>
        </w:tc>
        <w:tc>
          <w:tcPr>
            <w:tcW w:w="564" w:type="dxa"/>
            <w:tcMar>
              <w:top w:w="20" w:type="dxa"/>
              <w:left w:w="50" w:type="dxa"/>
              <w:bottom w:w="20" w:type="dxa"/>
              <w:right w:w="50" w:type="dxa"/>
            </w:tcMar>
          </w:tcPr>
          <w:p w14:paraId="19528BC5" w14:textId="77777777" w:rsidR="00292F36" w:rsidRDefault="00000000">
            <w:r>
              <w:rPr>
                <w:sz w:val="12"/>
              </w:rPr>
              <w:t>0</w:t>
            </w:r>
          </w:p>
        </w:tc>
        <w:tc>
          <w:tcPr>
            <w:tcW w:w="564" w:type="dxa"/>
            <w:tcMar>
              <w:top w:w="20" w:type="dxa"/>
              <w:left w:w="50" w:type="dxa"/>
              <w:bottom w:w="20" w:type="dxa"/>
              <w:right w:w="50" w:type="dxa"/>
            </w:tcMar>
          </w:tcPr>
          <w:p w14:paraId="0EC8D112" w14:textId="77777777" w:rsidR="00292F36" w:rsidRDefault="00000000">
            <w:r>
              <w:rPr>
                <w:sz w:val="12"/>
              </w:rPr>
              <w:t>0</w:t>
            </w:r>
          </w:p>
        </w:tc>
        <w:tc>
          <w:tcPr>
            <w:tcW w:w="564" w:type="dxa"/>
            <w:tcMar>
              <w:top w:w="20" w:type="dxa"/>
              <w:left w:w="50" w:type="dxa"/>
              <w:bottom w:w="20" w:type="dxa"/>
              <w:right w:w="50" w:type="dxa"/>
            </w:tcMar>
          </w:tcPr>
          <w:p w14:paraId="49096479" w14:textId="77777777" w:rsidR="00292F36" w:rsidRDefault="00000000">
            <w:r>
              <w:rPr>
                <w:sz w:val="12"/>
              </w:rPr>
              <w:t>0.00309278</w:t>
            </w:r>
          </w:p>
        </w:tc>
        <w:tc>
          <w:tcPr>
            <w:tcW w:w="564" w:type="dxa"/>
            <w:tcMar>
              <w:top w:w="20" w:type="dxa"/>
              <w:left w:w="50" w:type="dxa"/>
              <w:bottom w:w="20" w:type="dxa"/>
              <w:right w:w="50" w:type="dxa"/>
            </w:tcMar>
          </w:tcPr>
          <w:p w14:paraId="086053FF" w14:textId="77777777" w:rsidR="00292F36" w:rsidRDefault="00000000">
            <w:r>
              <w:rPr>
                <w:sz w:val="12"/>
              </w:rPr>
              <w:t>0</w:t>
            </w:r>
          </w:p>
        </w:tc>
        <w:tc>
          <w:tcPr>
            <w:tcW w:w="564" w:type="dxa"/>
            <w:tcMar>
              <w:top w:w="20" w:type="dxa"/>
              <w:left w:w="50" w:type="dxa"/>
              <w:bottom w:w="20" w:type="dxa"/>
              <w:right w:w="50" w:type="dxa"/>
            </w:tcMar>
          </w:tcPr>
          <w:p w14:paraId="72830F89" w14:textId="77777777" w:rsidR="00292F36" w:rsidRDefault="00000000">
            <w:r>
              <w:rPr>
                <w:sz w:val="12"/>
              </w:rPr>
              <w:t>0</w:t>
            </w:r>
          </w:p>
        </w:tc>
        <w:tc>
          <w:tcPr>
            <w:tcW w:w="564" w:type="dxa"/>
            <w:tcMar>
              <w:top w:w="20" w:type="dxa"/>
              <w:left w:w="50" w:type="dxa"/>
              <w:bottom w:w="20" w:type="dxa"/>
              <w:right w:w="50" w:type="dxa"/>
            </w:tcMar>
          </w:tcPr>
          <w:p w14:paraId="28F7F9ED" w14:textId="77777777" w:rsidR="00292F36" w:rsidRDefault="00000000">
            <w:r>
              <w:rPr>
                <w:sz w:val="12"/>
              </w:rPr>
              <w:t>0.72727273</w:t>
            </w:r>
          </w:p>
        </w:tc>
        <w:tc>
          <w:tcPr>
            <w:tcW w:w="564" w:type="dxa"/>
            <w:tcMar>
              <w:top w:w="20" w:type="dxa"/>
              <w:left w:w="50" w:type="dxa"/>
              <w:bottom w:w="20" w:type="dxa"/>
              <w:right w:w="50" w:type="dxa"/>
            </w:tcMar>
          </w:tcPr>
          <w:p w14:paraId="4C3BB604" w14:textId="77777777" w:rsidR="00292F36" w:rsidRDefault="00000000">
            <w:r>
              <w:rPr>
                <w:sz w:val="12"/>
              </w:rPr>
              <w:t>0.27272727</w:t>
            </w:r>
          </w:p>
        </w:tc>
        <w:tc>
          <w:tcPr>
            <w:tcW w:w="564" w:type="dxa"/>
            <w:tcMar>
              <w:top w:w="20" w:type="dxa"/>
              <w:left w:w="50" w:type="dxa"/>
              <w:bottom w:w="20" w:type="dxa"/>
              <w:right w:w="50" w:type="dxa"/>
            </w:tcMar>
          </w:tcPr>
          <w:p w14:paraId="29C284C8" w14:textId="77777777" w:rsidR="00292F36" w:rsidRDefault="00000000">
            <w:r>
              <w:rPr>
                <w:sz w:val="12"/>
              </w:rPr>
              <w:t>0</w:t>
            </w:r>
          </w:p>
        </w:tc>
        <w:tc>
          <w:tcPr>
            <w:tcW w:w="564" w:type="dxa"/>
            <w:tcMar>
              <w:top w:w="20" w:type="dxa"/>
              <w:left w:w="50" w:type="dxa"/>
              <w:bottom w:w="20" w:type="dxa"/>
              <w:right w:w="50" w:type="dxa"/>
            </w:tcMar>
          </w:tcPr>
          <w:p w14:paraId="266CB184" w14:textId="77777777" w:rsidR="00292F36" w:rsidRDefault="00000000">
            <w:r>
              <w:rPr>
                <w:sz w:val="12"/>
              </w:rPr>
              <w:t>0</w:t>
            </w:r>
          </w:p>
        </w:tc>
        <w:tc>
          <w:tcPr>
            <w:tcW w:w="564" w:type="dxa"/>
            <w:tcMar>
              <w:top w:w="20" w:type="dxa"/>
              <w:left w:w="50" w:type="dxa"/>
              <w:bottom w:w="20" w:type="dxa"/>
              <w:right w:w="50" w:type="dxa"/>
            </w:tcMar>
          </w:tcPr>
          <w:p w14:paraId="32E2EC05" w14:textId="77777777" w:rsidR="00292F36" w:rsidRDefault="00000000">
            <w:r>
              <w:rPr>
                <w:sz w:val="12"/>
              </w:rPr>
              <w:t>0</w:t>
            </w:r>
          </w:p>
        </w:tc>
      </w:tr>
      <w:tr w:rsidR="00292F36" w14:paraId="164B16F8" w14:textId="77777777">
        <w:tc>
          <w:tcPr>
            <w:tcW w:w="564" w:type="dxa"/>
            <w:tcMar>
              <w:top w:w="20" w:type="dxa"/>
              <w:left w:w="50" w:type="dxa"/>
              <w:bottom w:w="20" w:type="dxa"/>
              <w:right w:w="50" w:type="dxa"/>
            </w:tcMar>
          </w:tcPr>
          <w:p w14:paraId="04959B4F" w14:textId="77777777" w:rsidR="00292F36" w:rsidRDefault="00000000">
            <w:r>
              <w:rPr>
                <w:sz w:val="12"/>
              </w:rPr>
              <w:t>2020_gavilanes_gavilanes_</w:t>
            </w:r>
            <w:r>
              <w:rPr>
                <w:sz w:val="12"/>
              </w:rPr>
              <w:lastRenderedPageBreak/>
              <w:t>shallow_2</w:t>
            </w:r>
          </w:p>
        </w:tc>
        <w:tc>
          <w:tcPr>
            <w:tcW w:w="564" w:type="dxa"/>
            <w:tcMar>
              <w:top w:w="20" w:type="dxa"/>
              <w:left w:w="50" w:type="dxa"/>
              <w:bottom w:w="20" w:type="dxa"/>
              <w:right w:w="50" w:type="dxa"/>
            </w:tcMar>
          </w:tcPr>
          <w:p w14:paraId="7A73E60F" w14:textId="77777777" w:rsidR="00292F36" w:rsidRDefault="00000000">
            <w:r>
              <w:rPr>
                <w:sz w:val="12"/>
              </w:rPr>
              <w:lastRenderedPageBreak/>
              <w:t>-0.5079471</w:t>
            </w:r>
          </w:p>
        </w:tc>
        <w:tc>
          <w:tcPr>
            <w:tcW w:w="564" w:type="dxa"/>
            <w:tcMar>
              <w:top w:w="20" w:type="dxa"/>
              <w:left w:w="50" w:type="dxa"/>
              <w:bottom w:w="20" w:type="dxa"/>
              <w:right w:w="50" w:type="dxa"/>
            </w:tcMar>
          </w:tcPr>
          <w:p w14:paraId="4B4DCEC6" w14:textId="77777777" w:rsidR="00292F36" w:rsidRDefault="00000000">
            <w:r>
              <w:rPr>
                <w:sz w:val="12"/>
              </w:rPr>
              <w:t>-0.2043705</w:t>
            </w:r>
          </w:p>
        </w:tc>
        <w:tc>
          <w:tcPr>
            <w:tcW w:w="564" w:type="dxa"/>
            <w:tcMar>
              <w:top w:w="20" w:type="dxa"/>
              <w:left w:w="50" w:type="dxa"/>
              <w:bottom w:w="20" w:type="dxa"/>
              <w:right w:w="50" w:type="dxa"/>
            </w:tcMar>
          </w:tcPr>
          <w:p w14:paraId="03026F67" w14:textId="77777777" w:rsidR="00292F36" w:rsidRDefault="00000000">
            <w:r>
              <w:rPr>
                <w:sz w:val="12"/>
              </w:rPr>
              <w:t>2020</w:t>
            </w:r>
          </w:p>
        </w:tc>
        <w:tc>
          <w:tcPr>
            <w:tcW w:w="564" w:type="dxa"/>
            <w:tcMar>
              <w:top w:w="20" w:type="dxa"/>
              <w:left w:w="50" w:type="dxa"/>
              <w:bottom w:w="20" w:type="dxa"/>
              <w:right w:w="50" w:type="dxa"/>
            </w:tcMar>
          </w:tcPr>
          <w:p w14:paraId="0F78845C" w14:textId="77777777" w:rsidR="00292F36" w:rsidRDefault="00000000">
            <w:r>
              <w:rPr>
                <w:sz w:val="12"/>
              </w:rPr>
              <w:t>punta_eugenia</w:t>
            </w:r>
          </w:p>
        </w:tc>
        <w:tc>
          <w:tcPr>
            <w:tcW w:w="564" w:type="dxa"/>
            <w:tcMar>
              <w:top w:w="20" w:type="dxa"/>
              <w:left w:w="50" w:type="dxa"/>
              <w:bottom w:w="20" w:type="dxa"/>
              <w:right w:w="50" w:type="dxa"/>
            </w:tcMar>
          </w:tcPr>
          <w:p w14:paraId="1D7A6AE8" w14:textId="77777777" w:rsidR="00292F36" w:rsidRDefault="00000000">
            <w:r>
              <w:rPr>
                <w:sz w:val="12"/>
              </w:rPr>
              <w:t>South</w:t>
            </w:r>
          </w:p>
        </w:tc>
        <w:tc>
          <w:tcPr>
            <w:tcW w:w="564" w:type="dxa"/>
            <w:tcMar>
              <w:top w:w="20" w:type="dxa"/>
              <w:left w:w="50" w:type="dxa"/>
              <w:bottom w:w="20" w:type="dxa"/>
              <w:right w:w="50" w:type="dxa"/>
            </w:tcMar>
          </w:tcPr>
          <w:p w14:paraId="7C641A92" w14:textId="77777777" w:rsidR="00292F36" w:rsidRDefault="00000000">
            <w:r>
              <w:rPr>
                <w:sz w:val="12"/>
              </w:rPr>
              <w:t>gavilanes</w:t>
            </w:r>
          </w:p>
        </w:tc>
        <w:tc>
          <w:tcPr>
            <w:tcW w:w="564" w:type="dxa"/>
            <w:tcMar>
              <w:top w:w="20" w:type="dxa"/>
              <w:left w:w="50" w:type="dxa"/>
              <w:bottom w:w="20" w:type="dxa"/>
              <w:right w:w="50" w:type="dxa"/>
            </w:tcMar>
          </w:tcPr>
          <w:p w14:paraId="275C6081" w14:textId="77777777" w:rsidR="00292F36" w:rsidRDefault="00000000">
            <w:r>
              <w:rPr>
                <w:sz w:val="12"/>
              </w:rPr>
              <w:t>gavilanes_shallow</w:t>
            </w:r>
          </w:p>
        </w:tc>
        <w:tc>
          <w:tcPr>
            <w:tcW w:w="564" w:type="dxa"/>
            <w:tcMar>
              <w:top w:w="20" w:type="dxa"/>
              <w:left w:w="50" w:type="dxa"/>
              <w:bottom w:w="20" w:type="dxa"/>
              <w:right w:w="50" w:type="dxa"/>
            </w:tcMar>
          </w:tcPr>
          <w:p w14:paraId="1DEF0C4F" w14:textId="77777777" w:rsidR="00292F36" w:rsidRDefault="00000000">
            <w:r>
              <w:rPr>
                <w:sz w:val="12"/>
              </w:rPr>
              <w:t>7</w:t>
            </w:r>
          </w:p>
        </w:tc>
        <w:tc>
          <w:tcPr>
            <w:tcW w:w="564" w:type="dxa"/>
            <w:tcMar>
              <w:top w:w="20" w:type="dxa"/>
              <w:left w:w="50" w:type="dxa"/>
              <w:bottom w:w="20" w:type="dxa"/>
              <w:right w:w="50" w:type="dxa"/>
            </w:tcMar>
          </w:tcPr>
          <w:p w14:paraId="76B7E533" w14:textId="77777777" w:rsidR="00292F36" w:rsidRDefault="00000000">
            <w:r>
              <w:rPr>
                <w:sz w:val="12"/>
              </w:rPr>
              <w:t>23.3600006</w:t>
            </w:r>
          </w:p>
        </w:tc>
        <w:tc>
          <w:tcPr>
            <w:tcW w:w="564" w:type="dxa"/>
            <w:tcMar>
              <w:top w:w="20" w:type="dxa"/>
              <w:left w:w="50" w:type="dxa"/>
              <w:bottom w:w="20" w:type="dxa"/>
              <w:right w:w="50" w:type="dxa"/>
            </w:tcMar>
          </w:tcPr>
          <w:p w14:paraId="07E0BFB4" w14:textId="77777777" w:rsidR="00292F36" w:rsidRDefault="00000000">
            <w:r>
              <w:rPr>
                <w:sz w:val="12"/>
              </w:rPr>
              <w:t>3.38043144</w:t>
            </w:r>
          </w:p>
        </w:tc>
        <w:tc>
          <w:tcPr>
            <w:tcW w:w="564" w:type="dxa"/>
            <w:tcMar>
              <w:top w:w="20" w:type="dxa"/>
              <w:left w:w="50" w:type="dxa"/>
              <w:bottom w:w="20" w:type="dxa"/>
              <w:right w:w="50" w:type="dxa"/>
            </w:tcMar>
          </w:tcPr>
          <w:p w14:paraId="54271EB4" w14:textId="77777777" w:rsidR="00292F36" w:rsidRDefault="00000000">
            <w:r>
              <w:rPr>
                <w:sz w:val="12"/>
              </w:rPr>
              <w:t>0.98933649</w:t>
            </w:r>
          </w:p>
        </w:tc>
        <w:tc>
          <w:tcPr>
            <w:tcW w:w="564" w:type="dxa"/>
            <w:tcMar>
              <w:top w:w="20" w:type="dxa"/>
              <w:left w:w="50" w:type="dxa"/>
              <w:bottom w:w="20" w:type="dxa"/>
              <w:right w:w="50" w:type="dxa"/>
            </w:tcMar>
          </w:tcPr>
          <w:p w14:paraId="7BD1AFB6" w14:textId="77777777" w:rsidR="00292F36" w:rsidRDefault="00000000">
            <w:r>
              <w:rPr>
                <w:sz w:val="12"/>
              </w:rPr>
              <w:t>0.01066351</w:t>
            </w:r>
          </w:p>
        </w:tc>
        <w:tc>
          <w:tcPr>
            <w:tcW w:w="564" w:type="dxa"/>
            <w:tcMar>
              <w:top w:w="20" w:type="dxa"/>
              <w:left w:w="50" w:type="dxa"/>
              <w:bottom w:w="20" w:type="dxa"/>
              <w:right w:w="50" w:type="dxa"/>
            </w:tcMar>
          </w:tcPr>
          <w:p w14:paraId="364ECE88" w14:textId="77777777" w:rsidR="00292F36" w:rsidRDefault="00000000">
            <w:r>
              <w:rPr>
                <w:sz w:val="12"/>
              </w:rPr>
              <w:t>0</w:t>
            </w:r>
          </w:p>
        </w:tc>
        <w:tc>
          <w:tcPr>
            <w:tcW w:w="564" w:type="dxa"/>
            <w:tcMar>
              <w:top w:w="20" w:type="dxa"/>
              <w:left w:w="50" w:type="dxa"/>
              <w:bottom w:w="20" w:type="dxa"/>
              <w:right w:w="50" w:type="dxa"/>
            </w:tcMar>
          </w:tcPr>
          <w:p w14:paraId="0856032A" w14:textId="77777777" w:rsidR="00292F36" w:rsidRDefault="00000000">
            <w:r>
              <w:rPr>
                <w:sz w:val="12"/>
              </w:rPr>
              <w:t>0</w:t>
            </w:r>
          </w:p>
        </w:tc>
        <w:tc>
          <w:tcPr>
            <w:tcW w:w="564" w:type="dxa"/>
            <w:tcMar>
              <w:top w:w="20" w:type="dxa"/>
              <w:left w:w="50" w:type="dxa"/>
              <w:bottom w:w="20" w:type="dxa"/>
              <w:right w:w="50" w:type="dxa"/>
            </w:tcMar>
          </w:tcPr>
          <w:p w14:paraId="66C407DF" w14:textId="77777777" w:rsidR="00292F36" w:rsidRDefault="00000000">
            <w:r>
              <w:rPr>
                <w:sz w:val="12"/>
              </w:rPr>
              <w:t>0</w:t>
            </w:r>
          </w:p>
        </w:tc>
        <w:tc>
          <w:tcPr>
            <w:tcW w:w="564" w:type="dxa"/>
            <w:tcMar>
              <w:top w:w="20" w:type="dxa"/>
              <w:left w:w="50" w:type="dxa"/>
              <w:bottom w:w="20" w:type="dxa"/>
              <w:right w:w="50" w:type="dxa"/>
            </w:tcMar>
          </w:tcPr>
          <w:p w14:paraId="096ED6E6" w14:textId="77777777" w:rsidR="00292F36" w:rsidRDefault="00000000">
            <w:r>
              <w:rPr>
                <w:sz w:val="12"/>
              </w:rPr>
              <w:t>0</w:t>
            </w:r>
          </w:p>
        </w:tc>
        <w:tc>
          <w:tcPr>
            <w:tcW w:w="564" w:type="dxa"/>
            <w:tcMar>
              <w:top w:w="20" w:type="dxa"/>
              <w:left w:w="50" w:type="dxa"/>
              <w:bottom w:w="20" w:type="dxa"/>
              <w:right w:w="50" w:type="dxa"/>
            </w:tcMar>
          </w:tcPr>
          <w:p w14:paraId="7C36E3B5" w14:textId="77777777" w:rsidR="00292F36" w:rsidRDefault="00000000">
            <w:r>
              <w:rPr>
                <w:sz w:val="12"/>
              </w:rPr>
              <w:t>0</w:t>
            </w:r>
          </w:p>
        </w:tc>
        <w:tc>
          <w:tcPr>
            <w:tcW w:w="564" w:type="dxa"/>
            <w:tcMar>
              <w:top w:w="20" w:type="dxa"/>
              <w:left w:w="50" w:type="dxa"/>
              <w:bottom w:w="20" w:type="dxa"/>
              <w:right w:w="50" w:type="dxa"/>
            </w:tcMar>
          </w:tcPr>
          <w:p w14:paraId="60CA92C2" w14:textId="77777777" w:rsidR="00292F36" w:rsidRDefault="00000000">
            <w:r>
              <w:rPr>
                <w:sz w:val="12"/>
              </w:rPr>
              <w:t>0</w:t>
            </w:r>
          </w:p>
        </w:tc>
        <w:tc>
          <w:tcPr>
            <w:tcW w:w="564" w:type="dxa"/>
            <w:tcMar>
              <w:top w:w="20" w:type="dxa"/>
              <w:left w:w="50" w:type="dxa"/>
              <w:bottom w:w="20" w:type="dxa"/>
              <w:right w:w="50" w:type="dxa"/>
            </w:tcMar>
          </w:tcPr>
          <w:p w14:paraId="566D0DFE" w14:textId="77777777" w:rsidR="00292F36" w:rsidRDefault="00000000">
            <w:r>
              <w:rPr>
                <w:sz w:val="12"/>
              </w:rPr>
              <w:t>0.06666667</w:t>
            </w:r>
          </w:p>
        </w:tc>
        <w:tc>
          <w:tcPr>
            <w:tcW w:w="564" w:type="dxa"/>
            <w:tcMar>
              <w:top w:w="20" w:type="dxa"/>
              <w:left w:w="50" w:type="dxa"/>
              <w:bottom w:w="20" w:type="dxa"/>
              <w:right w:w="50" w:type="dxa"/>
            </w:tcMar>
          </w:tcPr>
          <w:p w14:paraId="30BEAA3B" w14:textId="77777777" w:rsidR="00292F36" w:rsidRDefault="00000000">
            <w:r>
              <w:rPr>
                <w:sz w:val="12"/>
              </w:rPr>
              <w:t>0.66666667</w:t>
            </w:r>
          </w:p>
        </w:tc>
        <w:tc>
          <w:tcPr>
            <w:tcW w:w="564" w:type="dxa"/>
            <w:tcMar>
              <w:top w:w="20" w:type="dxa"/>
              <w:left w:w="50" w:type="dxa"/>
              <w:bottom w:w="20" w:type="dxa"/>
              <w:right w:w="50" w:type="dxa"/>
            </w:tcMar>
          </w:tcPr>
          <w:p w14:paraId="1D9574EC" w14:textId="77777777" w:rsidR="00292F36" w:rsidRDefault="00000000">
            <w:r>
              <w:rPr>
                <w:sz w:val="12"/>
              </w:rPr>
              <w:t>0.26666667</w:t>
            </w:r>
          </w:p>
        </w:tc>
        <w:tc>
          <w:tcPr>
            <w:tcW w:w="564" w:type="dxa"/>
            <w:tcMar>
              <w:top w:w="20" w:type="dxa"/>
              <w:left w:w="50" w:type="dxa"/>
              <w:bottom w:w="20" w:type="dxa"/>
              <w:right w:w="50" w:type="dxa"/>
            </w:tcMar>
          </w:tcPr>
          <w:p w14:paraId="09B35343" w14:textId="77777777" w:rsidR="00292F36" w:rsidRDefault="00000000">
            <w:r>
              <w:rPr>
                <w:sz w:val="12"/>
              </w:rPr>
              <w:t>0</w:t>
            </w:r>
          </w:p>
        </w:tc>
        <w:tc>
          <w:tcPr>
            <w:tcW w:w="564" w:type="dxa"/>
            <w:tcMar>
              <w:top w:w="20" w:type="dxa"/>
              <w:left w:w="50" w:type="dxa"/>
              <w:bottom w:w="20" w:type="dxa"/>
              <w:right w:w="50" w:type="dxa"/>
            </w:tcMar>
          </w:tcPr>
          <w:p w14:paraId="3F8DD66E" w14:textId="77777777" w:rsidR="00292F36" w:rsidRDefault="00000000">
            <w:r>
              <w:rPr>
                <w:sz w:val="12"/>
              </w:rPr>
              <w:t>0</w:t>
            </w:r>
          </w:p>
        </w:tc>
        <w:tc>
          <w:tcPr>
            <w:tcW w:w="564" w:type="dxa"/>
            <w:tcMar>
              <w:top w:w="20" w:type="dxa"/>
              <w:left w:w="50" w:type="dxa"/>
              <w:bottom w:w="20" w:type="dxa"/>
              <w:right w:w="50" w:type="dxa"/>
            </w:tcMar>
          </w:tcPr>
          <w:p w14:paraId="3F68106E" w14:textId="77777777" w:rsidR="00292F36" w:rsidRDefault="00000000">
            <w:r>
              <w:rPr>
                <w:sz w:val="12"/>
              </w:rPr>
              <w:t>0</w:t>
            </w:r>
          </w:p>
        </w:tc>
      </w:tr>
      <w:tr w:rsidR="00292F36" w14:paraId="66562D29" w14:textId="77777777">
        <w:tc>
          <w:tcPr>
            <w:tcW w:w="564" w:type="dxa"/>
            <w:tcMar>
              <w:top w:w="20" w:type="dxa"/>
              <w:left w:w="50" w:type="dxa"/>
              <w:bottom w:w="20" w:type="dxa"/>
              <w:right w:w="50" w:type="dxa"/>
            </w:tcMar>
          </w:tcPr>
          <w:p w14:paraId="59BCD4C0" w14:textId="77777777" w:rsidR="00292F36" w:rsidRDefault="00000000">
            <w:r>
              <w:rPr>
                <w:sz w:val="12"/>
              </w:rPr>
              <w:t>2020_isla_san_jeronimo_isla_san_jeronimo_china_town_deep_2</w:t>
            </w:r>
          </w:p>
        </w:tc>
        <w:tc>
          <w:tcPr>
            <w:tcW w:w="564" w:type="dxa"/>
            <w:tcMar>
              <w:top w:w="20" w:type="dxa"/>
              <w:left w:w="50" w:type="dxa"/>
              <w:bottom w:w="20" w:type="dxa"/>
              <w:right w:w="50" w:type="dxa"/>
            </w:tcMar>
          </w:tcPr>
          <w:p w14:paraId="3C3AAD7B" w14:textId="77777777" w:rsidR="00292F36" w:rsidRDefault="00000000">
            <w:r>
              <w:rPr>
                <w:sz w:val="12"/>
              </w:rPr>
              <w:t>0.66899474</w:t>
            </w:r>
          </w:p>
        </w:tc>
        <w:tc>
          <w:tcPr>
            <w:tcW w:w="564" w:type="dxa"/>
            <w:tcMar>
              <w:top w:w="20" w:type="dxa"/>
              <w:left w:w="50" w:type="dxa"/>
              <w:bottom w:w="20" w:type="dxa"/>
              <w:right w:w="50" w:type="dxa"/>
            </w:tcMar>
          </w:tcPr>
          <w:p w14:paraId="321E1875" w14:textId="77777777" w:rsidR="00292F36" w:rsidRDefault="00000000">
            <w:r>
              <w:rPr>
                <w:sz w:val="12"/>
              </w:rPr>
              <w:t>-0.7898582</w:t>
            </w:r>
          </w:p>
        </w:tc>
        <w:tc>
          <w:tcPr>
            <w:tcW w:w="564" w:type="dxa"/>
            <w:tcMar>
              <w:top w:w="20" w:type="dxa"/>
              <w:left w:w="50" w:type="dxa"/>
              <w:bottom w:w="20" w:type="dxa"/>
              <w:right w:w="50" w:type="dxa"/>
            </w:tcMar>
          </w:tcPr>
          <w:p w14:paraId="479D1300" w14:textId="77777777" w:rsidR="00292F36" w:rsidRDefault="00000000">
            <w:r>
              <w:rPr>
                <w:sz w:val="12"/>
              </w:rPr>
              <w:t>NA</w:t>
            </w:r>
          </w:p>
        </w:tc>
        <w:tc>
          <w:tcPr>
            <w:tcW w:w="564" w:type="dxa"/>
            <w:tcMar>
              <w:top w:w="20" w:type="dxa"/>
              <w:left w:w="50" w:type="dxa"/>
              <w:bottom w:w="20" w:type="dxa"/>
              <w:right w:w="50" w:type="dxa"/>
            </w:tcMar>
          </w:tcPr>
          <w:p w14:paraId="6FEEC050" w14:textId="77777777" w:rsidR="00292F36" w:rsidRDefault="00000000">
            <w:r>
              <w:rPr>
                <w:sz w:val="12"/>
              </w:rPr>
              <w:t>NA</w:t>
            </w:r>
          </w:p>
        </w:tc>
        <w:tc>
          <w:tcPr>
            <w:tcW w:w="564" w:type="dxa"/>
            <w:tcMar>
              <w:top w:w="20" w:type="dxa"/>
              <w:left w:w="50" w:type="dxa"/>
              <w:bottom w:w="20" w:type="dxa"/>
              <w:right w:w="50" w:type="dxa"/>
            </w:tcMar>
          </w:tcPr>
          <w:p w14:paraId="3554AAAF" w14:textId="77777777" w:rsidR="00292F36" w:rsidRDefault="00000000">
            <w:r>
              <w:rPr>
                <w:sz w:val="12"/>
              </w:rPr>
              <w:t>NA</w:t>
            </w:r>
          </w:p>
        </w:tc>
        <w:tc>
          <w:tcPr>
            <w:tcW w:w="564" w:type="dxa"/>
            <w:tcMar>
              <w:top w:w="20" w:type="dxa"/>
              <w:left w:w="50" w:type="dxa"/>
              <w:bottom w:w="20" w:type="dxa"/>
              <w:right w:w="50" w:type="dxa"/>
            </w:tcMar>
          </w:tcPr>
          <w:p w14:paraId="0C24CB87" w14:textId="77777777" w:rsidR="00292F36" w:rsidRDefault="00000000">
            <w:r>
              <w:rPr>
                <w:sz w:val="12"/>
              </w:rPr>
              <w:t>NA</w:t>
            </w:r>
          </w:p>
        </w:tc>
        <w:tc>
          <w:tcPr>
            <w:tcW w:w="564" w:type="dxa"/>
            <w:tcMar>
              <w:top w:w="20" w:type="dxa"/>
              <w:left w:w="50" w:type="dxa"/>
              <w:bottom w:w="20" w:type="dxa"/>
              <w:right w:w="50" w:type="dxa"/>
            </w:tcMar>
          </w:tcPr>
          <w:p w14:paraId="7AA0A63F" w14:textId="77777777" w:rsidR="00292F36" w:rsidRDefault="00000000">
            <w:r>
              <w:rPr>
                <w:sz w:val="12"/>
              </w:rPr>
              <w:t>NA</w:t>
            </w:r>
          </w:p>
        </w:tc>
        <w:tc>
          <w:tcPr>
            <w:tcW w:w="564" w:type="dxa"/>
            <w:tcMar>
              <w:top w:w="20" w:type="dxa"/>
              <w:left w:w="50" w:type="dxa"/>
              <w:bottom w:w="20" w:type="dxa"/>
              <w:right w:w="50" w:type="dxa"/>
            </w:tcMar>
          </w:tcPr>
          <w:p w14:paraId="0016C589" w14:textId="77777777" w:rsidR="00292F36" w:rsidRDefault="00000000">
            <w:r>
              <w:rPr>
                <w:sz w:val="12"/>
              </w:rPr>
              <w:t>NA</w:t>
            </w:r>
          </w:p>
        </w:tc>
        <w:tc>
          <w:tcPr>
            <w:tcW w:w="564" w:type="dxa"/>
            <w:tcMar>
              <w:top w:w="20" w:type="dxa"/>
              <w:left w:w="50" w:type="dxa"/>
              <w:bottom w:w="20" w:type="dxa"/>
              <w:right w:w="50" w:type="dxa"/>
            </w:tcMar>
          </w:tcPr>
          <w:p w14:paraId="04A4DBFC" w14:textId="77777777" w:rsidR="00292F36" w:rsidRDefault="00000000">
            <w:r>
              <w:rPr>
                <w:sz w:val="12"/>
              </w:rPr>
              <w:t>NA</w:t>
            </w:r>
          </w:p>
        </w:tc>
        <w:tc>
          <w:tcPr>
            <w:tcW w:w="564" w:type="dxa"/>
            <w:tcMar>
              <w:top w:w="20" w:type="dxa"/>
              <w:left w:w="50" w:type="dxa"/>
              <w:bottom w:w="20" w:type="dxa"/>
              <w:right w:w="50" w:type="dxa"/>
            </w:tcMar>
          </w:tcPr>
          <w:p w14:paraId="43980367" w14:textId="77777777" w:rsidR="00292F36" w:rsidRDefault="00000000">
            <w:r>
              <w:rPr>
                <w:sz w:val="12"/>
              </w:rPr>
              <w:t>NA</w:t>
            </w:r>
          </w:p>
        </w:tc>
        <w:tc>
          <w:tcPr>
            <w:tcW w:w="564" w:type="dxa"/>
            <w:tcMar>
              <w:top w:w="20" w:type="dxa"/>
              <w:left w:w="50" w:type="dxa"/>
              <w:bottom w:w="20" w:type="dxa"/>
              <w:right w:w="50" w:type="dxa"/>
            </w:tcMar>
          </w:tcPr>
          <w:p w14:paraId="39C75809" w14:textId="77777777" w:rsidR="00292F36" w:rsidRDefault="00000000">
            <w:r>
              <w:rPr>
                <w:sz w:val="12"/>
              </w:rPr>
              <w:t>0</w:t>
            </w:r>
          </w:p>
        </w:tc>
        <w:tc>
          <w:tcPr>
            <w:tcW w:w="564" w:type="dxa"/>
            <w:tcMar>
              <w:top w:w="20" w:type="dxa"/>
              <w:left w:w="50" w:type="dxa"/>
              <w:bottom w:w="20" w:type="dxa"/>
              <w:right w:w="50" w:type="dxa"/>
            </w:tcMar>
          </w:tcPr>
          <w:p w14:paraId="2F891BD3" w14:textId="77777777" w:rsidR="00292F36" w:rsidRDefault="00000000">
            <w:r>
              <w:rPr>
                <w:sz w:val="12"/>
              </w:rPr>
              <w:t>1</w:t>
            </w:r>
          </w:p>
        </w:tc>
        <w:tc>
          <w:tcPr>
            <w:tcW w:w="564" w:type="dxa"/>
            <w:tcMar>
              <w:top w:w="20" w:type="dxa"/>
              <w:left w:w="50" w:type="dxa"/>
              <w:bottom w:w="20" w:type="dxa"/>
              <w:right w:w="50" w:type="dxa"/>
            </w:tcMar>
          </w:tcPr>
          <w:p w14:paraId="39FD3D3A" w14:textId="77777777" w:rsidR="00292F36" w:rsidRDefault="00000000">
            <w:r>
              <w:rPr>
                <w:sz w:val="12"/>
              </w:rPr>
              <w:t>0</w:t>
            </w:r>
          </w:p>
        </w:tc>
        <w:tc>
          <w:tcPr>
            <w:tcW w:w="564" w:type="dxa"/>
            <w:tcMar>
              <w:top w:w="20" w:type="dxa"/>
              <w:left w:w="50" w:type="dxa"/>
              <w:bottom w:w="20" w:type="dxa"/>
              <w:right w:w="50" w:type="dxa"/>
            </w:tcMar>
          </w:tcPr>
          <w:p w14:paraId="4322B02A" w14:textId="77777777" w:rsidR="00292F36" w:rsidRDefault="00000000">
            <w:r>
              <w:rPr>
                <w:sz w:val="12"/>
              </w:rPr>
              <w:t>0</w:t>
            </w:r>
          </w:p>
        </w:tc>
        <w:tc>
          <w:tcPr>
            <w:tcW w:w="564" w:type="dxa"/>
            <w:tcMar>
              <w:top w:w="20" w:type="dxa"/>
              <w:left w:w="50" w:type="dxa"/>
              <w:bottom w:w="20" w:type="dxa"/>
              <w:right w:w="50" w:type="dxa"/>
            </w:tcMar>
          </w:tcPr>
          <w:p w14:paraId="24CD09C9" w14:textId="77777777" w:rsidR="00292F36" w:rsidRDefault="00000000">
            <w:r>
              <w:rPr>
                <w:sz w:val="12"/>
              </w:rPr>
              <w:t>0</w:t>
            </w:r>
          </w:p>
        </w:tc>
        <w:tc>
          <w:tcPr>
            <w:tcW w:w="564" w:type="dxa"/>
            <w:tcMar>
              <w:top w:w="20" w:type="dxa"/>
              <w:left w:w="50" w:type="dxa"/>
              <w:bottom w:w="20" w:type="dxa"/>
              <w:right w:w="50" w:type="dxa"/>
            </w:tcMar>
          </w:tcPr>
          <w:p w14:paraId="68FD2548" w14:textId="77777777" w:rsidR="00292F36" w:rsidRDefault="00000000">
            <w:r>
              <w:rPr>
                <w:sz w:val="12"/>
              </w:rPr>
              <w:t>0</w:t>
            </w:r>
          </w:p>
        </w:tc>
        <w:tc>
          <w:tcPr>
            <w:tcW w:w="564" w:type="dxa"/>
            <w:tcMar>
              <w:top w:w="20" w:type="dxa"/>
              <w:left w:w="50" w:type="dxa"/>
              <w:bottom w:w="20" w:type="dxa"/>
              <w:right w:w="50" w:type="dxa"/>
            </w:tcMar>
          </w:tcPr>
          <w:p w14:paraId="528C1D03" w14:textId="77777777" w:rsidR="00292F36" w:rsidRDefault="00000000">
            <w:r>
              <w:rPr>
                <w:sz w:val="12"/>
              </w:rPr>
              <w:t>0</w:t>
            </w:r>
          </w:p>
        </w:tc>
        <w:tc>
          <w:tcPr>
            <w:tcW w:w="564" w:type="dxa"/>
            <w:tcMar>
              <w:top w:w="20" w:type="dxa"/>
              <w:left w:w="50" w:type="dxa"/>
              <w:bottom w:w="20" w:type="dxa"/>
              <w:right w:w="50" w:type="dxa"/>
            </w:tcMar>
          </w:tcPr>
          <w:p w14:paraId="6441DE78" w14:textId="77777777" w:rsidR="00292F36" w:rsidRDefault="00000000">
            <w:r>
              <w:rPr>
                <w:sz w:val="12"/>
              </w:rPr>
              <w:t>0</w:t>
            </w:r>
          </w:p>
        </w:tc>
        <w:tc>
          <w:tcPr>
            <w:tcW w:w="564" w:type="dxa"/>
            <w:tcMar>
              <w:top w:w="20" w:type="dxa"/>
              <w:left w:w="50" w:type="dxa"/>
              <w:bottom w:w="20" w:type="dxa"/>
              <w:right w:w="50" w:type="dxa"/>
            </w:tcMar>
          </w:tcPr>
          <w:p w14:paraId="4E008E64" w14:textId="77777777" w:rsidR="00292F36" w:rsidRDefault="00000000">
            <w:r>
              <w:rPr>
                <w:sz w:val="12"/>
              </w:rPr>
              <w:t>0.56</w:t>
            </w:r>
          </w:p>
        </w:tc>
        <w:tc>
          <w:tcPr>
            <w:tcW w:w="564" w:type="dxa"/>
            <w:tcMar>
              <w:top w:w="20" w:type="dxa"/>
              <w:left w:w="50" w:type="dxa"/>
              <w:bottom w:w="20" w:type="dxa"/>
              <w:right w:w="50" w:type="dxa"/>
            </w:tcMar>
          </w:tcPr>
          <w:p w14:paraId="06636248" w14:textId="77777777" w:rsidR="00292F36" w:rsidRDefault="00000000">
            <w:r>
              <w:rPr>
                <w:sz w:val="12"/>
              </w:rPr>
              <w:t>0.10666667</w:t>
            </w:r>
          </w:p>
        </w:tc>
        <w:tc>
          <w:tcPr>
            <w:tcW w:w="564" w:type="dxa"/>
            <w:tcMar>
              <w:top w:w="20" w:type="dxa"/>
              <w:left w:w="50" w:type="dxa"/>
              <w:bottom w:w="20" w:type="dxa"/>
              <w:right w:w="50" w:type="dxa"/>
            </w:tcMar>
          </w:tcPr>
          <w:p w14:paraId="2DBE105E" w14:textId="77777777" w:rsidR="00292F36" w:rsidRDefault="00000000">
            <w:r>
              <w:rPr>
                <w:sz w:val="12"/>
              </w:rPr>
              <w:t>0.08</w:t>
            </w:r>
          </w:p>
        </w:tc>
        <w:tc>
          <w:tcPr>
            <w:tcW w:w="564" w:type="dxa"/>
            <w:tcMar>
              <w:top w:w="20" w:type="dxa"/>
              <w:left w:w="50" w:type="dxa"/>
              <w:bottom w:w="20" w:type="dxa"/>
              <w:right w:w="50" w:type="dxa"/>
            </w:tcMar>
          </w:tcPr>
          <w:p w14:paraId="6F86A011" w14:textId="77777777" w:rsidR="00292F36" w:rsidRDefault="00000000">
            <w:r>
              <w:rPr>
                <w:sz w:val="12"/>
              </w:rPr>
              <w:t>0.01333333</w:t>
            </w:r>
          </w:p>
        </w:tc>
        <w:tc>
          <w:tcPr>
            <w:tcW w:w="564" w:type="dxa"/>
            <w:tcMar>
              <w:top w:w="20" w:type="dxa"/>
              <w:left w:w="50" w:type="dxa"/>
              <w:bottom w:w="20" w:type="dxa"/>
              <w:right w:w="50" w:type="dxa"/>
            </w:tcMar>
          </w:tcPr>
          <w:p w14:paraId="1AB795AD" w14:textId="77777777" w:rsidR="00292F36" w:rsidRDefault="00000000">
            <w:r>
              <w:rPr>
                <w:sz w:val="12"/>
              </w:rPr>
              <w:t>0.24</w:t>
            </w:r>
          </w:p>
        </w:tc>
        <w:tc>
          <w:tcPr>
            <w:tcW w:w="564" w:type="dxa"/>
            <w:tcMar>
              <w:top w:w="20" w:type="dxa"/>
              <w:left w:w="50" w:type="dxa"/>
              <w:bottom w:w="20" w:type="dxa"/>
              <w:right w:w="50" w:type="dxa"/>
            </w:tcMar>
          </w:tcPr>
          <w:p w14:paraId="0FF5DE19" w14:textId="77777777" w:rsidR="00292F36" w:rsidRDefault="00000000">
            <w:r>
              <w:rPr>
                <w:sz w:val="12"/>
              </w:rPr>
              <w:t>0</w:t>
            </w:r>
          </w:p>
        </w:tc>
      </w:tr>
      <w:tr w:rsidR="00292F36" w14:paraId="2BCBC8CC" w14:textId="77777777">
        <w:tc>
          <w:tcPr>
            <w:tcW w:w="564" w:type="dxa"/>
            <w:tcMar>
              <w:top w:w="20" w:type="dxa"/>
              <w:left w:w="50" w:type="dxa"/>
              <w:bottom w:w="20" w:type="dxa"/>
              <w:right w:w="50" w:type="dxa"/>
            </w:tcMar>
          </w:tcPr>
          <w:p w14:paraId="130F740F" w14:textId="77777777" w:rsidR="00292F36" w:rsidRDefault="00000000">
            <w:r>
              <w:rPr>
                <w:sz w:val="12"/>
              </w:rPr>
              <w:t>2020_isla_san_jeronimo_isla_san_jeronimo_china_town_mid_1</w:t>
            </w:r>
          </w:p>
        </w:tc>
        <w:tc>
          <w:tcPr>
            <w:tcW w:w="564" w:type="dxa"/>
            <w:tcMar>
              <w:top w:w="20" w:type="dxa"/>
              <w:left w:w="50" w:type="dxa"/>
              <w:bottom w:w="20" w:type="dxa"/>
              <w:right w:w="50" w:type="dxa"/>
            </w:tcMar>
          </w:tcPr>
          <w:p w14:paraId="52E42815" w14:textId="77777777" w:rsidR="00292F36" w:rsidRDefault="00000000">
            <w:r>
              <w:rPr>
                <w:sz w:val="12"/>
              </w:rPr>
              <w:t>0.54431279</w:t>
            </w:r>
          </w:p>
        </w:tc>
        <w:tc>
          <w:tcPr>
            <w:tcW w:w="564" w:type="dxa"/>
            <w:tcMar>
              <w:top w:w="20" w:type="dxa"/>
              <w:left w:w="50" w:type="dxa"/>
              <w:bottom w:w="20" w:type="dxa"/>
              <w:right w:w="50" w:type="dxa"/>
            </w:tcMar>
          </w:tcPr>
          <w:p w14:paraId="15E29628" w14:textId="77777777" w:rsidR="00292F36" w:rsidRDefault="00000000">
            <w:r>
              <w:rPr>
                <w:sz w:val="12"/>
              </w:rPr>
              <w:t>-0.418171</w:t>
            </w:r>
          </w:p>
        </w:tc>
        <w:tc>
          <w:tcPr>
            <w:tcW w:w="564" w:type="dxa"/>
            <w:tcMar>
              <w:top w:w="20" w:type="dxa"/>
              <w:left w:w="50" w:type="dxa"/>
              <w:bottom w:w="20" w:type="dxa"/>
              <w:right w:w="50" w:type="dxa"/>
            </w:tcMar>
          </w:tcPr>
          <w:p w14:paraId="30A73EEB" w14:textId="77777777" w:rsidR="00292F36" w:rsidRDefault="00000000">
            <w:r>
              <w:rPr>
                <w:sz w:val="12"/>
              </w:rPr>
              <w:t>2020</w:t>
            </w:r>
          </w:p>
        </w:tc>
        <w:tc>
          <w:tcPr>
            <w:tcW w:w="564" w:type="dxa"/>
            <w:tcMar>
              <w:top w:w="20" w:type="dxa"/>
              <w:left w:w="50" w:type="dxa"/>
              <w:bottom w:w="20" w:type="dxa"/>
              <w:right w:w="50" w:type="dxa"/>
            </w:tcMar>
          </w:tcPr>
          <w:p w14:paraId="1B2594AA" w14:textId="77777777" w:rsidR="00292F36" w:rsidRDefault="00000000">
            <w:r>
              <w:rPr>
                <w:sz w:val="12"/>
              </w:rPr>
              <w:t>el_rosario</w:t>
            </w:r>
          </w:p>
        </w:tc>
        <w:tc>
          <w:tcPr>
            <w:tcW w:w="564" w:type="dxa"/>
            <w:tcMar>
              <w:top w:w="20" w:type="dxa"/>
              <w:left w:w="50" w:type="dxa"/>
              <w:bottom w:w="20" w:type="dxa"/>
              <w:right w:w="50" w:type="dxa"/>
            </w:tcMar>
          </w:tcPr>
          <w:p w14:paraId="0BC508B1" w14:textId="77777777" w:rsidR="00292F36" w:rsidRDefault="00000000">
            <w:r>
              <w:rPr>
                <w:sz w:val="12"/>
              </w:rPr>
              <w:t>Middle</w:t>
            </w:r>
          </w:p>
        </w:tc>
        <w:tc>
          <w:tcPr>
            <w:tcW w:w="564" w:type="dxa"/>
            <w:tcMar>
              <w:top w:w="20" w:type="dxa"/>
              <w:left w:w="50" w:type="dxa"/>
              <w:bottom w:w="20" w:type="dxa"/>
              <w:right w:w="50" w:type="dxa"/>
            </w:tcMar>
          </w:tcPr>
          <w:p w14:paraId="20EB13FE" w14:textId="77777777" w:rsidR="00292F36" w:rsidRDefault="00000000">
            <w:r>
              <w:rPr>
                <w:sz w:val="12"/>
              </w:rPr>
              <w:t>isla_san_jeronimo</w:t>
            </w:r>
          </w:p>
        </w:tc>
        <w:tc>
          <w:tcPr>
            <w:tcW w:w="564" w:type="dxa"/>
            <w:tcMar>
              <w:top w:w="20" w:type="dxa"/>
              <w:left w:w="50" w:type="dxa"/>
              <w:bottom w:w="20" w:type="dxa"/>
              <w:right w:w="50" w:type="dxa"/>
            </w:tcMar>
          </w:tcPr>
          <w:p w14:paraId="756AB8C2" w14:textId="77777777" w:rsidR="00292F36" w:rsidRDefault="00000000">
            <w:r>
              <w:rPr>
                <w:sz w:val="12"/>
              </w:rPr>
              <w:t>isla_san_jeronimo_china_town_mid</w:t>
            </w:r>
          </w:p>
        </w:tc>
        <w:tc>
          <w:tcPr>
            <w:tcW w:w="564" w:type="dxa"/>
            <w:tcMar>
              <w:top w:w="20" w:type="dxa"/>
              <w:left w:w="50" w:type="dxa"/>
              <w:bottom w:w="20" w:type="dxa"/>
              <w:right w:w="50" w:type="dxa"/>
            </w:tcMar>
          </w:tcPr>
          <w:p w14:paraId="1A3EE13E" w14:textId="77777777" w:rsidR="00292F36" w:rsidRDefault="00000000">
            <w:r>
              <w:rPr>
                <w:sz w:val="12"/>
              </w:rPr>
              <w:t>12</w:t>
            </w:r>
          </w:p>
        </w:tc>
        <w:tc>
          <w:tcPr>
            <w:tcW w:w="564" w:type="dxa"/>
            <w:tcMar>
              <w:top w:w="20" w:type="dxa"/>
              <w:left w:w="50" w:type="dxa"/>
              <w:bottom w:w="20" w:type="dxa"/>
              <w:right w:w="50" w:type="dxa"/>
            </w:tcMar>
          </w:tcPr>
          <w:p w14:paraId="7953B740" w14:textId="77777777" w:rsidR="00292F36" w:rsidRDefault="00000000">
            <w:r>
              <w:rPr>
                <w:sz w:val="12"/>
              </w:rPr>
              <w:t>22.4500008</w:t>
            </w:r>
          </w:p>
        </w:tc>
        <w:tc>
          <w:tcPr>
            <w:tcW w:w="564" w:type="dxa"/>
            <w:tcMar>
              <w:top w:w="20" w:type="dxa"/>
              <w:left w:w="50" w:type="dxa"/>
              <w:bottom w:w="20" w:type="dxa"/>
              <w:right w:w="50" w:type="dxa"/>
            </w:tcMar>
          </w:tcPr>
          <w:p w14:paraId="1BAA0724" w14:textId="77777777" w:rsidR="00292F36" w:rsidRDefault="00000000">
            <w:r>
              <w:rPr>
                <w:sz w:val="12"/>
              </w:rPr>
              <w:t>1.94965501</w:t>
            </w:r>
          </w:p>
        </w:tc>
        <w:tc>
          <w:tcPr>
            <w:tcW w:w="564" w:type="dxa"/>
            <w:tcMar>
              <w:top w:w="20" w:type="dxa"/>
              <w:left w:w="50" w:type="dxa"/>
              <w:bottom w:w="20" w:type="dxa"/>
              <w:right w:w="50" w:type="dxa"/>
            </w:tcMar>
          </w:tcPr>
          <w:p w14:paraId="64E0B157" w14:textId="77777777" w:rsidR="00292F36" w:rsidRDefault="00000000">
            <w:r>
              <w:rPr>
                <w:sz w:val="12"/>
              </w:rPr>
              <w:t>0</w:t>
            </w:r>
          </w:p>
        </w:tc>
        <w:tc>
          <w:tcPr>
            <w:tcW w:w="564" w:type="dxa"/>
            <w:tcMar>
              <w:top w:w="20" w:type="dxa"/>
              <w:left w:w="50" w:type="dxa"/>
              <w:bottom w:w="20" w:type="dxa"/>
              <w:right w:w="50" w:type="dxa"/>
            </w:tcMar>
          </w:tcPr>
          <w:p w14:paraId="1B003877" w14:textId="77777777" w:rsidR="00292F36" w:rsidRDefault="00000000">
            <w:r>
              <w:rPr>
                <w:sz w:val="12"/>
              </w:rPr>
              <w:t>1</w:t>
            </w:r>
          </w:p>
        </w:tc>
        <w:tc>
          <w:tcPr>
            <w:tcW w:w="564" w:type="dxa"/>
            <w:tcMar>
              <w:top w:w="20" w:type="dxa"/>
              <w:left w:w="50" w:type="dxa"/>
              <w:bottom w:w="20" w:type="dxa"/>
              <w:right w:w="50" w:type="dxa"/>
            </w:tcMar>
          </w:tcPr>
          <w:p w14:paraId="7282E93F" w14:textId="77777777" w:rsidR="00292F36" w:rsidRDefault="00000000">
            <w:r>
              <w:rPr>
                <w:sz w:val="12"/>
              </w:rPr>
              <w:t>0</w:t>
            </w:r>
          </w:p>
        </w:tc>
        <w:tc>
          <w:tcPr>
            <w:tcW w:w="564" w:type="dxa"/>
            <w:tcMar>
              <w:top w:w="20" w:type="dxa"/>
              <w:left w:w="50" w:type="dxa"/>
              <w:bottom w:w="20" w:type="dxa"/>
              <w:right w:w="50" w:type="dxa"/>
            </w:tcMar>
          </w:tcPr>
          <w:p w14:paraId="233B02AF" w14:textId="77777777" w:rsidR="00292F36" w:rsidRDefault="00000000">
            <w:r>
              <w:rPr>
                <w:sz w:val="12"/>
              </w:rPr>
              <w:t>0</w:t>
            </w:r>
          </w:p>
        </w:tc>
        <w:tc>
          <w:tcPr>
            <w:tcW w:w="564" w:type="dxa"/>
            <w:tcMar>
              <w:top w:w="20" w:type="dxa"/>
              <w:left w:w="50" w:type="dxa"/>
              <w:bottom w:w="20" w:type="dxa"/>
              <w:right w:w="50" w:type="dxa"/>
            </w:tcMar>
          </w:tcPr>
          <w:p w14:paraId="29E2C386" w14:textId="77777777" w:rsidR="00292F36" w:rsidRDefault="00000000">
            <w:r>
              <w:rPr>
                <w:sz w:val="12"/>
              </w:rPr>
              <w:t>0</w:t>
            </w:r>
          </w:p>
        </w:tc>
        <w:tc>
          <w:tcPr>
            <w:tcW w:w="564" w:type="dxa"/>
            <w:tcMar>
              <w:top w:w="20" w:type="dxa"/>
              <w:left w:w="50" w:type="dxa"/>
              <w:bottom w:w="20" w:type="dxa"/>
              <w:right w:w="50" w:type="dxa"/>
            </w:tcMar>
          </w:tcPr>
          <w:p w14:paraId="7B73BE3F" w14:textId="77777777" w:rsidR="00292F36" w:rsidRDefault="00000000">
            <w:r>
              <w:rPr>
                <w:sz w:val="12"/>
              </w:rPr>
              <w:t>0</w:t>
            </w:r>
          </w:p>
        </w:tc>
        <w:tc>
          <w:tcPr>
            <w:tcW w:w="564" w:type="dxa"/>
            <w:tcMar>
              <w:top w:w="20" w:type="dxa"/>
              <w:left w:w="50" w:type="dxa"/>
              <w:bottom w:w="20" w:type="dxa"/>
              <w:right w:w="50" w:type="dxa"/>
            </w:tcMar>
          </w:tcPr>
          <w:p w14:paraId="22567D89" w14:textId="77777777" w:rsidR="00292F36" w:rsidRDefault="00000000">
            <w:r>
              <w:rPr>
                <w:sz w:val="12"/>
              </w:rPr>
              <w:t>0</w:t>
            </w:r>
          </w:p>
        </w:tc>
        <w:tc>
          <w:tcPr>
            <w:tcW w:w="564" w:type="dxa"/>
            <w:tcMar>
              <w:top w:w="20" w:type="dxa"/>
              <w:left w:w="50" w:type="dxa"/>
              <w:bottom w:w="20" w:type="dxa"/>
              <w:right w:w="50" w:type="dxa"/>
            </w:tcMar>
          </w:tcPr>
          <w:p w14:paraId="6B1AB3FA" w14:textId="77777777" w:rsidR="00292F36" w:rsidRDefault="00000000">
            <w:r>
              <w:rPr>
                <w:sz w:val="12"/>
              </w:rPr>
              <w:t>0</w:t>
            </w:r>
          </w:p>
        </w:tc>
        <w:tc>
          <w:tcPr>
            <w:tcW w:w="564" w:type="dxa"/>
            <w:tcMar>
              <w:top w:w="20" w:type="dxa"/>
              <w:left w:w="50" w:type="dxa"/>
              <w:bottom w:w="20" w:type="dxa"/>
              <w:right w:w="50" w:type="dxa"/>
            </w:tcMar>
          </w:tcPr>
          <w:p w14:paraId="7A777B66" w14:textId="77777777" w:rsidR="00292F36" w:rsidRDefault="00000000">
            <w:r>
              <w:rPr>
                <w:sz w:val="12"/>
              </w:rPr>
              <w:t>0.01075269</w:t>
            </w:r>
          </w:p>
        </w:tc>
        <w:tc>
          <w:tcPr>
            <w:tcW w:w="564" w:type="dxa"/>
            <w:tcMar>
              <w:top w:w="20" w:type="dxa"/>
              <w:left w:w="50" w:type="dxa"/>
              <w:bottom w:w="20" w:type="dxa"/>
              <w:right w:w="50" w:type="dxa"/>
            </w:tcMar>
          </w:tcPr>
          <w:p w14:paraId="54C5E261" w14:textId="77777777" w:rsidR="00292F36" w:rsidRDefault="00000000">
            <w:r>
              <w:rPr>
                <w:sz w:val="12"/>
              </w:rPr>
              <w:t>0.55913978</w:t>
            </w:r>
          </w:p>
        </w:tc>
        <w:tc>
          <w:tcPr>
            <w:tcW w:w="564" w:type="dxa"/>
            <w:tcMar>
              <w:top w:w="20" w:type="dxa"/>
              <w:left w:w="50" w:type="dxa"/>
              <w:bottom w:w="20" w:type="dxa"/>
              <w:right w:w="50" w:type="dxa"/>
            </w:tcMar>
          </w:tcPr>
          <w:p w14:paraId="468A737D" w14:textId="77777777" w:rsidR="00292F36" w:rsidRDefault="00000000">
            <w:r>
              <w:rPr>
                <w:sz w:val="12"/>
              </w:rPr>
              <w:t>0.17204301</w:t>
            </w:r>
          </w:p>
        </w:tc>
        <w:tc>
          <w:tcPr>
            <w:tcW w:w="564" w:type="dxa"/>
            <w:tcMar>
              <w:top w:w="20" w:type="dxa"/>
              <w:left w:w="50" w:type="dxa"/>
              <w:bottom w:w="20" w:type="dxa"/>
              <w:right w:w="50" w:type="dxa"/>
            </w:tcMar>
          </w:tcPr>
          <w:p w14:paraId="487D4A7E" w14:textId="77777777" w:rsidR="00292F36" w:rsidRDefault="00000000">
            <w:r>
              <w:rPr>
                <w:sz w:val="12"/>
              </w:rPr>
              <w:t>0.13978495</w:t>
            </w:r>
          </w:p>
        </w:tc>
        <w:tc>
          <w:tcPr>
            <w:tcW w:w="564" w:type="dxa"/>
            <w:tcMar>
              <w:top w:w="20" w:type="dxa"/>
              <w:left w:w="50" w:type="dxa"/>
              <w:bottom w:w="20" w:type="dxa"/>
              <w:right w:w="50" w:type="dxa"/>
            </w:tcMar>
          </w:tcPr>
          <w:p w14:paraId="099F9393" w14:textId="77777777" w:rsidR="00292F36" w:rsidRDefault="00000000">
            <w:r>
              <w:rPr>
                <w:sz w:val="12"/>
              </w:rPr>
              <w:t>0.09677419</w:t>
            </w:r>
          </w:p>
        </w:tc>
        <w:tc>
          <w:tcPr>
            <w:tcW w:w="564" w:type="dxa"/>
            <w:tcMar>
              <w:top w:w="20" w:type="dxa"/>
              <w:left w:w="50" w:type="dxa"/>
              <w:bottom w:w="20" w:type="dxa"/>
              <w:right w:w="50" w:type="dxa"/>
            </w:tcMar>
          </w:tcPr>
          <w:p w14:paraId="49ED3309" w14:textId="77777777" w:rsidR="00292F36" w:rsidRDefault="00000000">
            <w:r>
              <w:rPr>
                <w:sz w:val="12"/>
              </w:rPr>
              <w:t>0.02150538</w:t>
            </w:r>
          </w:p>
        </w:tc>
      </w:tr>
      <w:tr w:rsidR="00292F36" w14:paraId="728965F9" w14:textId="77777777">
        <w:tc>
          <w:tcPr>
            <w:tcW w:w="564" w:type="dxa"/>
            <w:tcMar>
              <w:top w:w="20" w:type="dxa"/>
              <w:left w:w="50" w:type="dxa"/>
              <w:bottom w:w="20" w:type="dxa"/>
              <w:right w:w="50" w:type="dxa"/>
            </w:tcMar>
          </w:tcPr>
          <w:p w14:paraId="43E2FC7F" w14:textId="77777777" w:rsidR="00292F36" w:rsidRDefault="00000000">
            <w:r>
              <w:rPr>
                <w:sz w:val="12"/>
              </w:rPr>
              <w:t>2020_isla_san_jeronimo_isla_san_jeronimo_china_town_mid_2</w:t>
            </w:r>
          </w:p>
        </w:tc>
        <w:tc>
          <w:tcPr>
            <w:tcW w:w="564" w:type="dxa"/>
            <w:tcMar>
              <w:top w:w="20" w:type="dxa"/>
              <w:left w:w="50" w:type="dxa"/>
              <w:bottom w:w="20" w:type="dxa"/>
              <w:right w:w="50" w:type="dxa"/>
            </w:tcMar>
          </w:tcPr>
          <w:p w14:paraId="75FD6B6D" w14:textId="77777777" w:rsidR="00292F36" w:rsidRDefault="00000000">
            <w:r>
              <w:rPr>
                <w:sz w:val="12"/>
              </w:rPr>
              <w:t>0.55705048</w:t>
            </w:r>
          </w:p>
        </w:tc>
        <w:tc>
          <w:tcPr>
            <w:tcW w:w="564" w:type="dxa"/>
            <w:tcMar>
              <w:top w:w="20" w:type="dxa"/>
              <w:left w:w="50" w:type="dxa"/>
              <w:bottom w:w="20" w:type="dxa"/>
              <w:right w:w="50" w:type="dxa"/>
            </w:tcMar>
          </w:tcPr>
          <w:p w14:paraId="160F25E4" w14:textId="77777777" w:rsidR="00292F36" w:rsidRDefault="00000000">
            <w:r>
              <w:rPr>
                <w:sz w:val="12"/>
              </w:rPr>
              <w:t>-0.3383155</w:t>
            </w:r>
          </w:p>
        </w:tc>
        <w:tc>
          <w:tcPr>
            <w:tcW w:w="564" w:type="dxa"/>
            <w:tcMar>
              <w:top w:w="20" w:type="dxa"/>
              <w:left w:w="50" w:type="dxa"/>
              <w:bottom w:w="20" w:type="dxa"/>
              <w:right w:w="50" w:type="dxa"/>
            </w:tcMar>
          </w:tcPr>
          <w:p w14:paraId="5E2D67E1" w14:textId="77777777" w:rsidR="00292F36" w:rsidRDefault="00000000">
            <w:r>
              <w:rPr>
                <w:sz w:val="12"/>
              </w:rPr>
              <w:t>2020</w:t>
            </w:r>
          </w:p>
        </w:tc>
        <w:tc>
          <w:tcPr>
            <w:tcW w:w="564" w:type="dxa"/>
            <w:tcMar>
              <w:top w:w="20" w:type="dxa"/>
              <w:left w:w="50" w:type="dxa"/>
              <w:bottom w:w="20" w:type="dxa"/>
              <w:right w:w="50" w:type="dxa"/>
            </w:tcMar>
          </w:tcPr>
          <w:p w14:paraId="0EF70A98" w14:textId="77777777" w:rsidR="00292F36" w:rsidRDefault="00000000">
            <w:r>
              <w:rPr>
                <w:sz w:val="12"/>
              </w:rPr>
              <w:t>el_rosario</w:t>
            </w:r>
          </w:p>
        </w:tc>
        <w:tc>
          <w:tcPr>
            <w:tcW w:w="564" w:type="dxa"/>
            <w:tcMar>
              <w:top w:w="20" w:type="dxa"/>
              <w:left w:w="50" w:type="dxa"/>
              <w:bottom w:w="20" w:type="dxa"/>
              <w:right w:w="50" w:type="dxa"/>
            </w:tcMar>
          </w:tcPr>
          <w:p w14:paraId="365E1341" w14:textId="77777777" w:rsidR="00292F36" w:rsidRDefault="00000000">
            <w:r>
              <w:rPr>
                <w:sz w:val="12"/>
              </w:rPr>
              <w:t>Middle</w:t>
            </w:r>
          </w:p>
        </w:tc>
        <w:tc>
          <w:tcPr>
            <w:tcW w:w="564" w:type="dxa"/>
            <w:tcMar>
              <w:top w:w="20" w:type="dxa"/>
              <w:left w:w="50" w:type="dxa"/>
              <w:bottom w:w="20" w:type="dxa"/>
              <w:right w:w="50" w:type="dxa"/>
            </w:tcMar>
          </w:tcPr>
          <w:p w14:paraId="52157AA1" w14:textId="77777777" w:rsidR="00292F36" w:rsidRDefault="00000000">
            <w:r>
              <w:rPr>
                <w:sz w:val="12"/>
              </w:rPr>
              <w:t>isla_san_jeronimo</w:t>
            </w:r>
          </w:p>
        </w:tc>
        <w:tc>
          <w:tcPr>
            <w:tcW w:w="564" w:type="dxa"/>
            <w:tcMar>
              <w:top w:w="20" w:type="dxa"/>
              <w:left w:w="50" w:type="dxa"/>
              <w:bottom w:w="20" w:type="dxa"/>
              <w:right w:w="50" w:type="dxa"/>
            </w:tcMar>
          </w:tcPr>
          <w:p w14:paraId="1D0E6069" w14:textId="77777777" w:rsidR="00292F36" w:rsidRDefault="00000000">
            <w:r>
              <w:rPr>
                <w:sz w:val="12"/>
              </w:rPr>
              <w:t>isla_san_jeronimo_china_town_mid</w:t>
            </w:r>
          </w:p>
        </w:tc>
        <w:tc>
          <w:tcPr>
            <w:tcW w:w="564" w:type="dxa"/>
            <w:tcMar>
              <w:top w:w="20" w:type="dxa"/>
              <w:left w:w="50" w:type="dxa"/>
              <w:bottom w:w="20" w:type="dxa"/>
              <w:right w:w="50" w:type="dxa"/>
            </w:tcMar>
          </w:tcPr>
          <w:p w14:paraId="4B956187" w14:textId="77777777" w:rsidR="00292F36" w:rsidRDefault="00000000">
            <w:r>
              <w:rPr>
                <w:sz w:val="12"/>
              </w:rPr>
              <w:t>12</w:t>
            </w:r>
          </w:p>
        </w:tc>
        <w:tc>
          <w:tcPr>
            <w:tcW w:w="564" w:type="dxa"/>
            <w:tcMar>
              <w:top w:w="20" w:type="dxa"/>
              <w:left w:w="50" w:type="dxa"/>
              <w:bottom w:w="20" w:type="dxa"/>
              <w:right w:w="50" w:type="dxa"/>
            </w:tcMar>
          </w:tcPr>
          <w:p w14:paraId="3CCB5986" w14:textId="77777777" w:rsidR="00292F36" w:rsidRDefault="00000000">
            <w:r>
              <w:rPr>
                <w:sz w:val="12"/>
              </w:rPr>
              <w:t>22.4500008</w:t>
            </w:r>
          </w:p>
        </w:tc>
        <w:tc>
          <w:tcPr>
            <w:tcW w:w="564" w:type="dxa"/>
            <w:tcMar>
              <w:top w:w="20" w:type="dxa"/>
              <w:left w:w="50" w:type="dxa"/>
              <w:bottom w:w="20" w:type="dxa"/>
              <w:right w:w="50" w:type="dxa"/>
            </w:tcMar>
          </w:tcPr>
          <w:p w14:paraId="60364F95" w14:textId="77777777" w:rsidR="00292F36" w:rsidRDefault="00000000">
            <w:r>
              <w:rPr>
                <w:sz w:val="12"/>
              </w:rPr>
              <w:t>1.94965501</w:t>
            </w:r>
          </w:p>
        </w:tc>
        <w:tc>
          <w:tcPr>
            <w:tcW w:w="564" w:type="dxa"/>
            <w:tcMar>
              <w:top w:w="20" w:type="dxa"/>
              <w:left w:w="50" w:type="dxa"/>
              <w:bottom w:w="20" w:type="dxa"/>
              <w:right w:w="50" w:type="dxa"/>
            </w:tcMar>
          </w:tcPr>
          <w:p w14:paraId="1E97E22B" w14:textId="77777777" w:rsidR="00292F36" w:rsidRDefault="00000000">
            <w:r>
              <w:rPr>
                <w:sz w:val="12"/>
              </w:rPr>
              <w:t>0</w:t>
            </w:r>
          </w:p>
        </w:tc>
        <w:tc>
          <w:tcPr>
            <w:tcW w:w="564" w:type="dxa"/>
            <w:tcMar>
              <w:top w:w="20" w:type="dxa"/>
              <w:left w:w="50" w:type="dxa"/>
              <w:bottom w:w="20" w:type="dxa"/>
              <w:right w:w="50" w:type="dxa"/>
            </w:tcMar>
          </w:tcPr>
          <w:p w14:paraId="43CC59B2" w14:textId="77777777" w:rsidR="00292F36" w:rsidRDefault="00000000">
            <w:r>
              <w:rPr>
                <w:sz w:val="12"/>
              </w:rPr>
              <w:t>1</w:t>
            </w:r>
          </w:p>
        </w:tc>
        <w:tc>
          <w:tcPr>
            <w:tcW w:w="564" w:type="dxa"/>
            <w:tcMar>
              <w:top w:w="20" w:type="dxa"/>
              <w:left w:w="50" w:type="dxa"/>
              <w:bottom w:w="20" w:type="dxa"/>
              <w:right w:w="50" w:type="dxa"/>
            </w:tcMar>
          </w:tcPr>
          <w:p w14:paraId="1199E5D9" w14:textId="77777777" w:rsidR="00292F36" w:rsidRDefault="00000000">
            <w:r>
              <w:rPr>
                <w:sz w:val="12"/>
              </w:rPr>
              <w:t>0</w:t>
            </w:r>
          </w:p>
        </w:tc>
        <w:tc>
          <w:tcPr>
            <w:tcW w:w="564" w:type="dxa"/>
            <w:tcMar>
              <w:top w:w="20" w:type="dxa"/>
              <w:left w:w="50" w:type="dxa"/>
              <w:bottom w:w="20" w:type="dxa"/>
              <w:right w:w="50" w:type="dxa"/>
            </w:tcMar>
          </w:tcPr>
          <w:p w14:paraId="581363B0" w14:textId="77777777" w:rsidR="00292F36" w:rsidRDefault="00000000">
            <w:r>
              <w:rPr>
                <w:sz w:val="12"/>
              </w:rPr>
              <w:t>0</w:t>
            </w:r>
          </w:p>
        </w:tc>
        <w:tc>
          <w:tcPr>
            <w:tcW w:w="564" w:type="dxa"/>
            <w:tcMar>
              <w:top w:w="20" w:type="dxa"/>
              <w:left w:w="50" w:type="dxa"/>
              <w:bottom w:w="20" w:type="dxa"/>
              <w:right w:w="50" w:type="dxa"/>
            </w:tcMar>
          </w:tcPr>
          <w:p w14:paraId="7AE43711" w14:textId="77777777" w:rsidR="00292F36" w:rsidRDefault="00000000">
            <w:r>
              <w:rPr>
                <w:sz w:val="12"/>
              </w:rPr>
              <w:t>0</w:t>
            </w:r>
          </w:p>
        </w:tc>
        <w:tc>
          <w:tcPr>
            <w:tcW w:w="564" w:type="dxa"/>
            <w:tcMar>
              <w:top w:w="20" w:type="dxa"/>
              <w:left w:w="50" w:type="dxa"/>
              <w:bottom w:w="20" w:type="dxa"/>
              <w:right w:w="50" w:type="dxa"/>
            </w:tcMar>
          </w:tcPr>
          <w:p w14:paraId="2021891B" w14:textId="77777777" w:rsidR="00292F36" w:rsidRDefault="00000000">
            <w:r>
              <w:rPr>
                <w:sz w:val="12"/>
              </w:rPr>
              <w:t>0</w:t>
            </w:r>
          </w:p>
        </w:tc>
        <w:tc>
          <w:tcPr>
            <w:tcW w:w="564" w:type="dxa"/>
            <w:tcMar>
              <w:top w:w="20" w:type="dxa"/>
              <w:left w:w="50" w:type="dxa"/>
              <w:bottom w:w="20" w:type="dxa"/>
              <w:right w:w="50" w:type="dxa"/>
            </w:tcMar>
          </w:tcPr>
          <w:p w14:paraId="419582F0" w14:textId="77777777" w:rsidR="00292F36" w:rsidRDefault="00000000">
            <w:r>
              <w:rPr>
                <w:sz w:val="12"/>
              </w:rPr>
              <w:t>0</w:t>
            </w:r>
          </w:p>
        </w:tc>
        <w:tc>
          <w:tcPr>
            <w:tcW w:w="564" w:type="dxa"/>
            <w:tcMar>
              <w:top w:w="20" w:type="dxa"/>
              <w:left w:w="50" w:type="dxa"/>
              <w:bottom w:w="20" w:type="dxa"/>
              <w:right w:w="50" w:type="dxa"/>
            </w:tcMar>
          </w:tcPr>
          <w:p w14:paraId="1FCCF886" w14:textId="77777777" w:rsidR="00292F36" w:rsidRDefault="00000000">
            <w:r>
              <w:rPr>
                <w:sz w:val="12"/>
              </w:rPr>
              <w:t>0</w:t>
            </w:r>
          </w:p>
        </w:tc>
        <w:tc>
          <w:tcPr>
            <w:tcW w:w="564" w:type="dxa"/>
            <w:tcMar>
              <w:top w:w="20" w:type="dxa"/>
              <w:left w:w="50" w:type="dxa"/>
              <w:bottom w:w="20" w:type="dxa"/>
              <w:right w:w="50" w:type="dxa"/>
            </w:tcMar>
          </w:tcPr>
          <w:p w14:paraId="1566DD29" w14:textId="77777777" w:rsidR="00292F36" w:rsidRDefault="00000000">
            <w:r>
              <w:rPr>
                <w:sz w:val="12"/>
              </w:rPr>
              <w:t>0</w:t>
            </w:r>
          </w:p>
        </w:tc>
        <w:tc>
          <w:tcPr>
            <w:tcW w:w="564" w:type="dxa"/>
            <w:tcMar>
              <w:top w:w="20" w:type="dxa"/>
              <w:left w:w="50" w:type="dxa"/>
              <w:bottom w:w="20" w:type="dxa"/>
              <w:right w:w="50" w:type="dxa"/>
            </w:tcMar>
          </w:tcPr>
          <w:p w14:paraId="263F3561" w14:textId="77777777" w:rsidR="00292F36" w:rsidRDefault="00000000">
            <w:r>
              <w:rPr>
                <w:sz w:val="12"/>
              </w:rPr>
              <w:t>0.6741573</w:t>
            </w:r>
          </w:p>
        </w:tc>
        <w:tc>
          <w:tcPr>
            <w:tcW w:w="564" w:type="dxa"/>
            <w:tcMar>
              <w:top w:w="20" w:type="dxa"/>
              <w:left w:w="50" w:type="dxa"/>
              <w:bottom w:w="20" w:type="dxa"/>
              <w:right w:w="50" w:type="dxa"/>
            </w:tcMar>
          </w:tcPr>
          <w:p w14:paraId="61EF88A7" w14:textId="77777777" w:rsidR="00292F36" w:rsidRDefault="00000000">
            <w:r>
              <w:rPr>
                <w:sz w:val="12"/>
              </w:rPr>
              <w:t>0.07865169</w:t>
            </w:r>
          </w:p>
        </w:tc>
        <w:tc>
          <w:tcPr>
            <w:tcW w:w="564" w:type="dxa"/>
            <w:tcMar>
              <w:top w:w="20" w:type="dxa"/>
              <w:left w:w="50" w:type="dxa"/>
              <w:bottom w:w="20" w:type="dxa"/>
              <w:right w:w="50" w:type="dxa"/>
            </w:tcMar>
          </w:tcPr>
          <w:p w14:paraId="3D5A5445" w14:textId="77777777" w:rsidR="00292F36" w:rsidRDefault="00000000">
            <w:r>
              <w:rPr>
                <w:sz w:val="12"/>
              </w:rPr>
              <w:t>0.03370787</w:t>
            </w:r>
          </w:p>
        </w:tc>
        <w:tc>
          <w:tcPr>
            <w:tcW w:w="564" w:type="dxa"/>
            <w:tcMar>
              <w:top w:w="20" w:type="dxa"/>
              <w:left w:w="50" w:type="dxa"/>
              <w:bottom w:w="20" w:type="dxa"/>
              <w:right w:w="50" w:type="dxa"/>
            </w:tcMar>
          </w:tcPr>
          <w:p w14:paraId="4D5FC098" w14:textId="77777777" w:rsidR="00292F36" w:rsidRDefault="00000000">
            <w:r>
              <w:rPr>
                <w:sz w:val="12"/>
              </w:rPr>
              <w:t>0.06741573</w:t>
            </w:r>
          </w:p>
        </w:tc>
        <w:tc>
          <w:tcPr>
            <w:tcW w:w="564" w:type="dxa"/>
            <w:tcMar>
              <w:top w:w="20" w:type="dxa"/>
              <w:left w:w="50" w:type="dxa"/>
              <w:bottom w:w="20" w:type="dxa"/>
              <w:right w:w="50" w:type="dxa"/>
            </w:tcMar>
          </w:tcPr>
          <w:p w14:paraId="6D6C65C7" w14:textId="77777777" w:rsidR="00292F36" w:rsidRDefault="00000000">
            <w:r>
              <w:rPr>
                <w:sz w:val="12"/>
              </w:rPr>
              <w:t>0.14606742</w:t>
            </w:r>
          </w:p>
        </w:tc>
      </w:tr>
      <w:tr w:rsidR="00292F36" w14:paraId="3376D3E0" w14:textId="77777777">
        <w:tc>
          <w:tcPr>
            <w:tcW w:w="564" w:type="dxa"/>
            <w:tcMar>
              <w:top w:w="20" w:type="dxa"/>
              <w:left w:w="50" w:type="dxa"/>
              <w:bottom w:w="20" w:type="dxa"/>
              <w:right w:w="50" w:type="dxa"/>
            </w:tcMar>
          </w:tcPr>
          <w:p w14:paraId="1C19E3D7" w14:textId="77777777" w:rsidR="00292F36" w:rsidRDefault="00000000">
            <w:r>
              <w:rPr>
                <w:sz w:val="12"/>
              </w:rPr>
              <w:t>2020_isla_san_jeronimo_isla_san_jeronimo_china_town_shallow_1</w:t>
            </w:r>
          </w:p>
        </w:tc>
        <w:tc>
          <w:tcPr>
            <w:tcW w:w="564" w:type="dxa"/>
            <w:tcMar>
              <w:top w:w="20" w:type="dxa"/>
              <w:left w:w="50" w:type="dxa"/>
              <w:bottom w:w="20" w:type="dxa"/>
              <w:right w:w="50" w:type="dxa"/>
            </w:tcMar>
          </w:tcPr>
          <w:p w14:paraId="2846759D" w14:textId="77777777" w:rsidR="00292F36" w:rsidRDefault="00000000">
            <w:r>
              <w:rPr>
                <w:sz w:val="12"/>
              </w:rPr>
              <w:t>0.55231982</w:t>
            </w:r>
          </w:p>
        </w:tc>
        <w:tc>
          <w:tcPr>
            <w:tcW w:w="564" w:type="dxa"/>
            <w:tcMar>
              <w:top w:w="20" w:type="dxa"/>
              <w:left w:w="50" w:type="dxa"/>
              <w:bottom w:w="20" w:type="dxa"/>
              <w:right w:w="50" w:type="dxa"/>
            </w:tcMar>
          </w:tcPr>
          <w:p w14:paraId="321ADEF4" w14:textId="77777777" w:rsidR="00292F36" w:rsidRDefault="00000000">
            <w:r>
              <w:rPr>
                <w:sz w:val="12"/>
              </w:rPr>
              <w:t>-0.1110458</w:t>
            </w:r>
          </w:p>
        </w:tc>
        <w:tc>
          <w:tcPr>
            <w:tcW w:w="564" w:type="dxa"/>
            <w:tcMar>
              <w:top w:w="20" w:type="dxa"/>
              <w:left w:w="50" w:type="dxa"/>
              <w:bottom w:w="20" w:type="dxa"/>
              <w:right w:w="50" w:type="dxa"/>
            </w:tcMar>
          </w:tcPr>
          <w:p w14:paraId="4BE80517" w14:textId="77777777" w:rsidR="00292F36" w:rsidRDefault="00000000">
            <w:r>
              <w:rPr>
                <w:sz w:val="12"/>
              </w:rPr>
              <w:t>2020</w:t>
            </w:r>
          </w:p>
        </w:tc>
        <w:tc>
          <w:tcPr>
            <w:tcW w:w="564" w:type="dxa"/>
            <w:tcMar>
              <w:top w:w="20" w:type="dxa"/>
              <w:left w:w="50" w:type="dxa"/>
              <w:bottom w:w="20" w:type="dxa"/>
              <w:right w:w="50" w:type="dxa"/>
            </w:tcMar>
          </w:tcPr>
          <w:p w14:paraId="1F182404" w14:textId="77777777" w:rsidR="00292F36" w:rsidRDefault="00000000">
            <w:r>
              <w:rPr>
                <w:sz w:val="12"/>
              </w:rPr>
              <w:t>el_rosario</w:t>
            </w:r>
          </w:p>
        </w:tc>
        <w:tc>
          <w:tcPr>
            <w:tcW w:w="564" w:type="dxa"/>
            <w:tcMar>
              <w:top w:w="20" w:type="dxa"/>
              <w:left w:w="50" w:type="dxa"/>
              <w:bottom w:w="20" w:type="dxa"/>
              <w:right w:w="50" w:type="dxa"/>
            </w:tcMar>
          </w:tcPr>
          <w:p w14:paraId="7C2A6D10" w14:textId="77777777" w:rsidR="00292F36" w:rsidRDefault="00000000">
            <w:r>
              <w:rPr>
                <w:sz w:val="12"/>
              </w:rPr>
              <w:t>Middle</w:t>
            </w:r>
          </w:p>
        </w:tc>
        <w:tc>
          <w:tcPr>
            <w:tcW w:w="564" w:type="dxa"/>
            <w:tcMar>
              <w:top w:w="20" w:type="dxa"/>
              <w:left w:w="50" w:type="dxa"/>
              <w:bottom w:w="20" w:type="dxa"/>
              <w:right w:w="50" w:type="dxa"/>
            </w:tcMar>
          </w:tcPr>
          <w:p w14:paraId="02A70730" w14:textId="77777777" w:rsidR="00292F36" w:rsidRDefault="00000000">
            <w:r>
              <w:rPr>
                <w:sz w:val="12"/>
              </w:rPr>
              <w:t>isla_san_jeronimo</w:t>
            </w:r>
          </w:p>
        </w:tc>
        <w:tc>
          <w:tcPr>
            <w:tcW w:w="564" w:type="dxa"/>
            <w:tcMar>
              <w:top w:w="20" w:type="dxa"/>
              <w:left w:w="50" w:type="dxa"/>
              <w:bottom w:w="20" w:type="dxa"/>
              <w:right w:w="50" w:type="dxa"/>
            </w:tcMar>
          </w:tcPr>
          <w:p w14:paraId="5CCB6007" w14:textId="77777777" w:rsidR="00292F36" w:rsidRDefault="00000000">
            <w:r>
              <w:rPr>
                <w:sz w:val="12"/>
              </w:rPr>
              <w:t>isla_san_jeronimo_china_town_shallow</w:t>
            </w:r>
          </w:p>
        </w:tc>
        <w:tc>
          <w:tcPr>
            <w:tcW w:w="564" w:type="dxa"/>
            <w:tcMar>
              <w:top w:w="20" w:type="dxa"/>
              <w:left w:w="50" w:type="dxa"/>
              <w:bottom w:w="20" w:type="dxa"/>
              <w:right w:w="50" w:type="dxa"/>
            </w:tcMar>
          </w:tcPr>
          <w:p w14:paraId="012FD11A" w14:textId="77777777" w:rsidR="00292F36" w:rsidRDefault="00000000">
            <w:r>
              <w:rPr>
                <w:sz w:val="12"/>
              </w:rPr>
              <w:t>5</w:t>
            </w:r>
          </w:p>
        </w:tc>
        <w:tc>
          <w:tcPr>
            <w:tcW w:w="564" w:type="dxa"/>
            <w:tcMar>
              <w:top w:w="20" w:type="dxa"/>
              <w:left w:w="50" w:type="dxa"/>
              <w:bottom w:w="20" w:type="dxa"/>
              <w:right w:w="50" w:type="dxa"/>
            </w:tcMar>
          </w:tcPr>
          <w:p w14:paraId="227593C9" w14:textId="77777777" w:rsidR="00292F36" w:rsidRDefault="00000000">
            <w:r>
              <w:rPr>
                <w:sz w:val="12"/>
              </w:rPr>
              <w:t>22.4500008</w:t>
            </w:r>
          </w:p>
        </w:tc>
        <w:tc>
          <w:tcPr>
            <w:tcW w:w="564" w:type="dxa"/>
            <w:tcMar>
              <w:top w:w="20" w:type="dxa"/>
              <w:left w:w="50" w:type="dxa"/>
              <w:bottom w:w="20" w:type="dxa"/>
              <w:right w:w="50" w:type="dxa"/>
            </w:tcMar>
          </w:tcPr>
          <w:p w14:paraId="13B3487C" w14:textId="77777777" w:rsidR="00292F36" w:rsidRDefault="00000000">
            <w:r>
              <w:rPr>
                <w:sz w:val="12"/>
              </w:rPr>
              <w:t>2.86789373</w:t>
            </w:r>
          </w:p>
        </w:tc>
        <w:tc>
          <w:tcPr>
            <w:tcW w:w="564" w:type="dxa"/>
            <w:tcMar>
              <w:top w:w="20" w:type="dxa"/>
              <w:left w:w="50" w:type="dxa"/>
              <w:bottom w:w="20" w:type="dxa"/>
              <w:right w:w="50" w:type="dxa"/>
            </w:tcMar>
          </w:tcPr>
          <w:p w14:paraId="5FF08071" w14:textId="77777777" w:rsidR="00292F36" w:rsidRDefault="00000000">
            <w:r>
              <w:rPr>
                <w:sz w:val="12"/>
              </w:rPr>
              <w:t>0</w:t>
            </w:r>
          </w:p>
        </w:tc>
        <w:tc>
          <w:tcPr>
            <w:tcW w:w="564" w:type="dxa"/>
            <w:tcMar>
              <w:top w:w="20" w:type="dxa"/>
              <w:left w:w="50" w:type="dxa"/>
              <w:bottom w:w="20" w:type="dxa"/>
              <w:right w:w="50" w:type="dxa"/>
            </w:tcMar>
          </w:tcPr>
          <w:p w14:paraId="287C6ADF" w14:textId="77777777" w:rsidR="00292F36" w:rsidRDefault="00000000">
            <w:r>
              <w:rPr>
                <w:sz w:val="12"/>
              </w:rPr>
              <w:t>0.73076923</w:t>
            </w:r>
          </w:p>
        </w:tc>
        <w:tc>
          <w:tcPr>
            <w:tcW w:w="564" w:type="dxa"/>
            <w:tcMar>
              <w:top w:w="20" w:type="dxa"/>
              <w:left w:w="50" w:type="dxa"/>
              <w:bottom w:w="20" w:type="dxa"/>
              <w:right w:w="50" w:type="dxa"/>
            </w:tcMar>
          </w:tcPr>
          <w:p w14:paraId="481CB9E3" w14:textId="77777777" w:rsidR="00292F36" w:rsidRDefault="00000000">
            <w:r>
              <w:rPr>
                <w:sz w:val="12"/>
              </w:rPr>
              <w:t>0</w:t>
            </w:r>
          </w:p>
        </w:tc>
        <w:tc>
          <w:tcPr>
            <w:tcW w:w="564" w:type="dxa"/>
            <w:tcMar>
              <w:top w:w="20" w:type="dxa"/>
              <w:left w:w="50" w:type="dxa"/>
              <w:bottom w:w="20" w:type="dxa"/>
              <w:right w:w="50" w:type="dxa"/>
            </w:tcMar>
          </w:tcPr>
          <w:p w14:paraId="1114213E" w14:textId="77777777" w:rsidR="00292F36" w:rsidRDefault="00000000">
            <w:r>
              <w:rPr>
                <w:sz w:val="12"/>
              </w:rPr>
              <w:t>0.26923077</w:t>
            </w:r>
          </w:p>
        </w:tc>
        <w:tc>
          <w:tcPr>
            <w:tcW w:w="564" w:type="dxa"/>
            <w:tcMar>
              <w:top w:w="20" w:type="dxa"/>
              <w:left w:w="50" w:type="dxa"/>
              <w:bottom w:w="20" w:type="dxa"/>
              <w:right w:w="50" w:type="dxa"/>
            </w:tcMar>
          </w:tcPr>
          <w:p w14:paraId="4C4C10F4" w14:textId="77777777" w:rsidR="00292F36" w:rsidRDefault="00000000">
            <w:r>
              <w:rPr>
                <w:sz w:val="12"/>
              </w:rPr>
              <w:t>0</w:t>
            </w:r>
          </w:p>
        </w:tc>
        <w:tc>
          <w:tcPr>
            <w:tcW w:w="564" w:type="dxa"/>
            <w:tcMar>
              <w:top w:w="20" w:type="dxa"/>
              <w:left w:w="50" w:type="dxa"/>
              <w:bottom w:w="20" w:type="dxa"/>
              <w:right w:w="50" w:type="dxa"/>
            </w:tcMar>
          </w:tcPr>
          <w:p w14:paraId="1D333AC8" w14:textId="77777777" w:rsidR="00292F36" w:rsidRDefault="00000000">
            <w:r>
              <w:rPr>
                <w:sz w:val="12"/>
              </w:rPr>
              <w:t>0</w:t>
            </w:r>
          </w:p>
        </w:tc>
        <w:tc>
          <w:tcPr>
            <w:tcW w:w="564" w:type="dxa"/>
            <w:tcMar>
              <w:top w:w="20" w:type="dxa"/>
              <w:left w:w="50" w:type="dxa"/>
              <w:bottom w:w="20" w:type="dxa"/>
              <w:right w:w="50" w:type="dxa"/>
            </w:tcMar>
          </w:tcPr>
          <w:p w14:paraId="5162D1D6" w14:textId="77777777" w:rsidR="00292F36" w:rsidRDefault="00000000">
            <w:r>
              <w:rPr>
                <w:sz w:val="12"/>
              </w:rPr>
              <w:t>0</w:t>
            </w:r>
          </w:p>
        </w:tc>
        <w:tc>
          <w:tcPr>
            <w:tcW w:w="564" w:type="dxa"/>
            <w:tcMar>
              <w:top w:w="20" w:type="dxa"/>
              <w:left w:w="50" w:type="dxa"/>
              <w:bottom w:w="20" w:type="dxa"/>
              <w:right w:w="50" w:type="dxa"/>
            </w:tcMar>
          </w:tcPr>
          <w:p w14:paraId="5718EE02" w14:textId="77777777" w:rsidR="00292F36" w:rsidRDefault="00000000">
            <w:r>
              <w:rPr>
                <w:sz w:val="12"/>
              </w:rPr>
              <w:t>0</w:t>
            </w:r>
          </w:p>
        </w:tc>
        <w:tc>
          <w:tcPr>
            <w:tcW w:w="564" w:type="dxa"/>
            <w:tcMar>
              <w:top w:w="20" w:type="dxa"/>
              <w:left w:w="50" w:type="dxa"/>
              <w:bottom w:w="20" w:type="dxa"/>
              <w:right w:w="50" w:type="dxa"/>
            </w:tcMar>
          </w:tcPr>
          <w:p w14:paraId="726FB8D0" w14:textId="77777777" w:rsidR="00292F36" w:rsidRDefault="00000000">
            <w:r>
              <w:rPr>
                <w:sz w:val="12"/>
              </w:rPr>
              <w:t>0</w:t>
            </w:r>
          </w:p>
        </w:tc>
        <w:tc>
          <w:tcPr>
            <w:tcW w:w="564" w:type="dxa"/>
            <w:tcMar>
              <w:top w:w="20" w:type="dxa"/>
              <w:left w:w="50" w:type="dxa"/>
              <w:bottom w:w="20" w:type="dxa"/>
              <w:right w:w="50" w:type="dxa"/>
            </w:tcMar>
          </w:tcPr>
          <w:p w14:paraId="4311E798" w14:textId="77777777" w:rsidR="00292F36" w:rsidRDefault="00000000">
            <w:r>
              <w:rPr>
                <w:sz w:val="12"/>
              </w:rPr>
              <w:t>0.75</w:t>
            </w:r>
          </w:p>
        </w:tc>
        <w:tc>
          <w:tcPr>
            <w:tcW w:w="564" w:type="dxa"/>
            <w:tcMar>
              <w:top w:w="20" w:type="dxa"/>
              <w:left w:w="50" w:type="dxa"/>
              <w:bottom w:w="20" w:type="dxa"/>
              <w:right w:w="50" w:type="dxa"/>
            </w:tcMar>
          </w:tcPr>
          <w:p w14:paraId="20EE7894" w14:textId="77777777" w:rsidR="00292F36" w:rsidRDefault="00000000">
            <w:r>
              <w:rPr>
                <w:sz w:val="12"/>
              </w:rPr>
              <w:t>0</w:t>
            </w:r>
          </w:p>
        </w:tc>
        <w:tc>
          <w:tcPr>
            <w:tcW w:w="564" w:type="dxa"/>
            <w:tcMar>
              <w:top w:w="20" w:type="dxa"/>
              <w:left w:w="50" w:type="dxa"/>
              <w:bottom w:w="20" w:type="dxa"/>
              <w:right w:w="50" w:type="dxa"/>
            </w:tcMar>
          </w:tcPr>
          <w:p w14:paraId="77948EBE" w14:textId="77777777" w:rsidR="00292F36" w:rsidRDefault="00000000">
            <w:r>
              <w:rPr>
                <w:sz w:val="12"/>
              </w:rPr>
              <w:t>0</w:t>
            </w:r>
          </w:p>
        </w:tc>
        <w:tc>
          <w:tcPr>
            <w:tcW w:w="564" w:type="dxa"/>
            <w:tcMar>
              <w:top w:w="20" w:type="dxa"/>
              <w:left w:w="50" w:type="dxa"/>
              <w:bottom w:w="20" w:type="dxa"/>
              <w:right w:w="50" w:type="dxa"/>
            </w:tcMar>
          </w:tcPr>
          <w:p w14:paraId="19350C15" w14:textId="77777777" w:rsidR="00292F36" w:rsidRDefault="00000000">
            <w:r>
              <w:rPr>
                <w:sz w:val="12"/>
              </w:rPr>
              <w:t>0.0625</w:t>
            </w:r>
          </w:p>
        </w:tc>
        <w:tc>
          <w:tcPr>
            <w:tcW w:w="564" w:type="dxa"/>
            <w:tcMar>
              <w:top w:w="20" w:type="dxa"/>
              <w:left w:w="50" w:type="dxa"/>
              <w:bottom w:w="20" w:type="dxa"/>
              <w:right w:w="50" w:type="dxa"/>
            </w:tcMar>
          </w:tcPr>
          <w:p w14:paraId="231D3B40" w14:textId="77777777" w:rsidR="00292F36" w:rsidRDefault="00000000">
            <w:r>
              <w:rPr>
                <w:sz w:val="12"/>
              </w:rPr>
              <w:t>0.1875</w:t>
            </w:r>
          </w:p>
        </w:tc>
      </w:tr>
      <w:tr w:rsidR="00292F36" w14:paraId="7DEA2947" w14:textId="77777777">
        <w:tc>
          <w:tcPr>
            <w:tcW w:w="564" w:type="dxa"/>
            <w:tcMar>
              <w:top w:w="20" w:type="dxa"/>
              <w:left w:w="50" w:type="dxa"/>
              <w:bottom w:w="20" w:type="dxa"/>
              <w:right w:w="50" w:type="dxa"/>
            </w:tcMar>
          </w:tcPr>
          <w:p w14:paraId="70AB191B" w14:textId="77777777" w:rsidR="00292F36" w:rsidRDefault="00000000">
            <w:r>
              <w:rPr>
                <w:sz w:val="12"/>
              </w:rPr>
              <w:t>2020_isla_san_jeronimo_isla_san_jeronimo_china_town_shallow_2</w:t>
            </w:r>
          </w:p>
        </w:tc>
        <w:tc>
          <w:tcPr>
            <w:tcW w:w="564" w:type="dxa"/>
            <w:tcMar>
              <w:top w:w="20" w:type="dxa"/>
              <w:left w:w="50" w:type="dxa"/>
              <w:bottom w:w="20" w:type="dxa"/>
              <w:right w:w="50" w:type="dxa"/>
            </w:tcMar>
          </w:tcPr>
          <w:p w14:paraId="6EEF0DC0" w14:textId="77777777" w:rsidR="00292F36" w:rsidRDefault="00000000">
            <w:r>
              <w:rPr>
                <w:sz w:val="12"/>
              </w:rPr>
              <w:t>0.31721646</w:t>
            </w:r>
          </w:p>
        </w:tc>
        <w:tc>
          <w:tcPr>
            <w:tcW w:w="564" w:type="dxa"/>
            <w:tcMar>
              <w:top w:w="20" w:type="dxa"/>
              <w:left w:w="50" w:type="dxa"/>
              <w:bottom w:w="20" w:type="dxa"/>
              <w:right w:w="50" w:type="dxa"/>
            </w:tcMar>
          </w:tcPr>
          <w:p w14:paraId="63EF82FF" w14:textId="77777777" w:rsidR="00292F36" w:rsidRDefault="00000000">
            <w:r>
              <w:rPr>
                <w:sz w:val="12"/>
              </w:rPr>
              <w:t>0.53724169</w:t>
            </w:r>
          </w:p>
        </w:tc>
        <w:tc>
          <w:tcPr>
            <w:tcW w:w="564" w:type="dxa"/>
            <w:tcMar>
              <w:top w:w="20" w:type="dxa"/>
              <w:left w:w="50" w:type="dxa"/>
              <w:bottom w:w="20" w:type="dxa"/>
              <w:right w:w="50" w:type="dxa"/>
            </w:tcMar>
          </w:tcPr>
          <w:p w14:paraId="76816167" w14:textId="77777777" w:rsidR="00292F36" w:rsidRDefault="00000000">
            <w:r>
              <w:rPr>
                <w:sz w:val="12"/>
              </w:rPr>
              <w:t>2020</w:t>
            </w:r>
          </w:p>
        </w:tc>
        <w:tc>
          <w:tcPr>
            <w:tcW w:w="564" w:type="dxa"/>
            <w:tcMar>
              <w:top w:w="20" w:type="dxa"/>
              <w:left w:w="50" w:type="dxa"/>
              <w:bottom w:w="20" w:type="dxa"/>
              <w:right w:w="50" w:type="dxa"/>
            </w:tcMar>
          </w:tcPr>
          <w:p w14:paraId="5C82946B" w14:textId="77777777" w:rsidR="00292F36" w:rsidRDefault="00000000">
            <w:r>
              <w:rPr>
                <w:sz w:val="12"/>
              </w:rPr>
              <w:t>el_rosario</w:t>
            </w:r>
          </w:p>
        </w:tc>
        <w:tc>
          <w:tcPr>
            <w:tcW w:w="564" w:type="dxa"/>
            <w:tcMar>
              <w:top w:w="20" w:type="dxa"/>
              <w:left w:w="50" w:type="dxa"/>
              <w:bottom w:w="20" w:type="dxa"/>
              <w:right w:w="50" w:type="dxa"/>
            </w:tcMar>
          </w:tcPr>
          <w:p w14:paraId="1884AB35" w14:textId="77777777" w:rsidR="00292F36" w:rsidRDefault="00000000">
            <w:r>
              <w:rPr>
                <w:sz w:val="12"/>
              </w:rPr>
              <w:t>Middle</w:t>
            </w:r>
          </w:p>
        </w:tc>
        <w:tc>
          <w:tcPr>
            <w:tcW w:w="564" w:type="dxa"/>
            <w:tcMar>
              <w:top w:w="20" w:type="dxa"/>
              <w:left w:w="50" w:type="dxa"/>
              <w:bottom w:w="20" w:type="dxa"/>
              <w:right w:w="50" w:type="dxa"/>
            </w:tcMar>
          </w:tcPr>
          <w:p w14:paraId="34A8DE08" w14:textId="77777777" w:rsidR="00292F36" w:rsidRDefault="00000000">
            <w:r>
              <w:rPr>
                <w:sz w:val="12"/>
              </w:rPr>
              <w:t>isla_san_jeronimo</w:t>
            </w:r>
          </w:p>
        </w:tc>
        <w:tc>
          <w:tcPr>
            <w:tcW w:w="564" w:type="dxa"/>
            <w:tcMar>
              <w:top w:w="20" w:type="dxa"/>
              <w:left w:w="50" w:type="dxa"/>
              <w:bottom w:w="20" w:type="dxa"/>
              <w:right w:w="50" w:type="dxa"/>
            </w:tcMar>
          </w:tcPr>
          <w:p w14:paraId="4D5AA136" w14:textId="77777777" w:rsidR="00292F36" w:rsidRDefault="00000000">
            <w:r>
              <w:rPr>
                <w:sz w:val="12"/>
              </w:rPr>
              <w:t>isla_san_jeronimo_china_town_shallow</w:t>
            </w:r>
          </w:p>
        </w:tc>
        <w:tc>
          <w:tcPr>
            <w:tcW w:w="564" w:type="dxa"/>
            <w:tcMar>
              <w:top w:w="20" w:type="dxa"/>
              <w:left w:w="50" w:type="dxa"/>
              <w:bottom w:w="20" w:type="dxa"/>
              <w:right w:w="50" w:type="dxa"/>
            </w:tcMar>
          </w:tcPr>
          <w:p w14:paraId="28E77953" w14:textId="77777777" w:rsidR="00292F36" w:rsidRDefault="00000000">
            <w:r>
              <w:rPr>
                <w:sz w:val="12"/>
              </w:rPr>
              <w:t>5</w:t>
            </w:r>
          </w:p>
        </w:tc>
        <w:tc>
          <w:tcPr>
            <w:tcW w:w="564" w:type="dxa"/>
            <w:tcMar>
              <w:top w:w="20" w:type="dxa"/>
              <w:left w:w="50" w:type="dxa"/>
              <w:bottom w:w="20" w:type="dxa"/>
              <w:right w:w="50" w:type="dxa"/>
            </w:tcMar>
          </w:tcPr>
          <w:p w14:paraId="53261D6C" w14:textId="77777777" w:rsidR="00292F36" w:rsidRDefault="00000000">
            <w:r>
              <w:rPr>
                <w:sz w:val="12"/>
              </w:rPr>
              <w:t>22.4500008</w:t>
            </w:r>
          </w:p>
        </w:tc>
        <w:tc>
          <w:tcPr>
            <w:tcW w:w="564" w:type="dxa"/>
            <w:tcMar>
              <w:top w:w="20" w:type="dxa"/>
              <w:left w:w="50" w:type="dxa"/>
              <w:bottom w:w="20" w:type="dxa"/>
              <w:right w:w="50" w:type="dxa"/>
            </w:tcMar>
          </w:tcPr>
          <w:p w14:paraId="7843A1E1" w14:textId="77777777" w:rsidR="00292F36" w:rsidRDefault="00000000">
            <w:r>
              <w:rPr>
                <w:sz w:val="12"/>
              </w:rPr>
              <w:t>2.86789373</w:t>
            </w:r>
          </w:p>
        </w:tc>
        <w:tc>
          <w:tcPr>
            <w:tcW w:w="564" w:type="dxa"/>
            <w:tcMar>
              <w:top w:w="20" w:type="dxa"/>
              <w:left w:w="50" w:type="dxa"/>
              <w:bottom w:w="20" w:type="dxa"/>
              <w:right w:w="50" w:type="dxa"/>
            </w:tcMar>
          </w:tcPr>
          <w:p w14:paraId="55A63949" w14:textId="77777777" w:rsidR="00292F36" w:rsidRDefault="00000000">
            <w:r>
              <w:rPr>
                <w:sz w:val="12"/>
              </w:rPr>
              <w:t>0</w:t>
            </w:r>
          </w:p>
        </w:tc>
        <w:tc>
          <w:tcPr>
            <w:tcW w:w="564" w:type="dxa"/>
            <w:tcMar>
              <w:top w:w="20" w:type="dxa"/>
              <w:left w:w="50" w:type="dxa"/>
              <w:bottom w:w="20" w:type="dxa"/>
              <w:right w:w="50" w:type="dxa"/>
            </w:tcMar>
          </w:tcPr>
          <w:p w14:paraId="64F08BCB" w14:textId="77777777" w:rsidR="00292F36" w:rsidRDefault="00000000">
            <w:r>
              <w:rPr>
                <w:sz w:val="12"/>
              </w:rPr>
              <w:t>0.25</w:t>
            </w:r>
          </w:p>
        </w:tc>
        <w:tc>
          <w:tcPr>
            <w:tcW w:w="564" w:type="dxa"/>
            <w:tcMar>
              <w:top w:w="20" w:type="dxa"/>
              <w:left w:w="50" w:type="dxa"/>
              <w:bottom w:w="20" w:type="dxa"/>
              <w:right w:w="50" w:type="dxa"/>
            </w:tcMar>
          </w:tcPr>
          <w:p w14:paraId="7B2FE89F" w14:textId="77777777" w:rsidR="00292F36" w:rsidRDefault="00000000">
            <w:r>
              <w:rPr>
                <w:sz w:val="12"/>
              </w:rPr>
              <w:t>0</w:t>
            </w:r>
          </w:p>
        </w:tc>
        <w:tc>
          <w:tcPr>
            <w:tcW w:w="564" w:type="dxa"/>
            <w:tcMar>
              <w:top w:w="20" w:type="dxa"/>
              <w:left w:w="50" w:type="dxa"/>
              <w:bottom w:w="20" w:type="dxa"/>
              <w:right w:w="50" w:type="dxa"/>
            </w:tcMar>
          </w:tcPr>
          <w:p w14:paraId="77FC21F5" w14:textId="77777777" w:rsidR="00292F36" w:rsidRDefault="00000000">
            <w:r>
              <w:rPr>
                <w:sz w:val="12"/>
              </w:rPr>
              <w:t>0.75</w:t>
            </w:r>
          </w:p>
        </w:tc>
        <w:tc>
          <w:tcPr>
            <w:tcW w:w="564" w:type="dxa"/>
            <w:tcMar>
              <w:top w:w="20" w:type="dxa"/>
              <w:left w:w="50" w:type="dxa"/>
              <w:bottom w:w="20" w:type="dxa"/>
              <w:right w:w="50" w:type="dxa"/>
            </w:tcMar>
          </w:tcPr>
          <w:p w14:paraId="1EAF9A22" w14:textId="77777777" w:rsidR="00292F36" w:rsidRDefault="00000000">
            <w:r>
              <w:rPr>
                <w:sz w:val="12"/>
              </w:rPr>
              <w:t>0</w:t>
            </w:r>
          </w:p>
        </w:tc>
        <w:tc>
          <w:tcPr>
            <w:tcW w:w="564" w:type="dxa"/>
            <w:tcMar>
              <w:top w:w="20" w:type="dxa"/>
              <w:left w:w="50" w:type="dxa"/>
              <w:bottom w:w="20" w:type="dxa"/>
              <w:right w:w="50" w:type="dxa"/>
            </w:tcMar>
          </w:tcPr>
          <w:p w14:paraId="51B8D401" w14:textId="77777777" w:rsidR="00292F36" w:rsidRDefault="00000000">
            <w:r>
              <w:rPr>
                <w:sz w:val="12"/>
              </w:rPr>
              <w:t>0</w:t>
            </w:r>
          </w:p>
        </w:tc>
        <w:tc>
          <w:tcPr>
            <w:tcW w:w="564" w:type="dxa"/>
            <w:tcMar>
              <w:top w:w="20" w:type="dxa"/>
              <w:left w:w="50" w:type="dxa"/>
              <w:bottom w:w="20" w:type="dxa"/>
              <w:right w:w="50" w:type="dxa"/>
            </w:tcMar>
          </w:tcPr>
          <w:p w14:paraId="3AAA1968" w14:textId="77777777" w:rsidR="00292F36" w:rsidRDefault="00000000">
            <w:r>
              <w:rPr>
                <w:sz w:val="12"/>
              </w:rPr>
              <w:t>0</w:t>
            </w:r>
          </w:p>
        </w:tc>
        <w:tc>
          <w:tcPr>
            <w:tcW w:w="564" w:type="dxa"/>
            <w:tcMar>
              <w:top w:w="20" w:type="dxa"/>
              <w:left w:w="50" w:type="dxa"/>
              <w:bottom w:w="20" w:type="dxa"/>
              <w:right w:w="50" w:type="dxa"/>
            </w:tcMar>
          </w:tcPr>
          <w:p w14:paraId="2A9D8BF7" w14:textId="77777777" w:rsidR="00292F36" w:rsidRDefault="00000000">
            <w:r>
              <w:rPr>
                <w:sz w:val="12"/>
              </w:rPr>
              <w:t>0</w:t>
            </w:r>
          </w:p>
        </w:tc>
        <w:tc>
          <w:tcPr>
            <w:tcW w:w="564" w:type="dxa"/>
            <w:tcMar>
              <w:top w:w="20" w:type="dxa"/>
              <w:left w:w="50" w:type="dxa"/>
              <w:bottom w:w="20" w:type="dxa"/>
              <w:right w:w="50" w:type="dxa"/>
            </w:tcMar>
          </w:tcPr>
          <w:p w14:paraId="790F4CC2" w14:textId="77777777" w:rsidR="00292F36" w:rsidRDefault="00000000">
            <w:r>
              <w:rPr>
                <w:sz w:val="12"/>
              </w:rPr>
              <w:t>0</w:t>
            </w:r>
          </w:p>
        </w:tc>
        <w:tc>
          <w:tcPr>
            <w:tcW w:w="564" w:type="dxa"/>
            <w:tcMar>
              <w:top w:w="20" w:type="dxa"/>
              <w:left w:w="50" w:type="dxa"/>
              <w:bottom w:w="20" w:type="dxa"/>
              <w:right w:w="50" w:type="dxa"/>
            </w:tcMar>
          </w:tcPr>
          <w:p w14:paraId="5B0099FF" w14:textId="77777777" w:rsidR="00292F36" w:rsidRDefault="00000000">
            <w:r>
              <w:rPr>
                <w:sz w:val="12"/>
              </w:rPr>
              <w:t>0.42528736</w:t>
            </w:r>
          </w:p>
        </w:tc>
        <w:tc>
          <w:tcPr>
            <w:tcW w:w="564" w:type="dxa"/>
            <w:tcMar>
              <w:top w:w="20" w:type="dxa"/>
              <w:left w:w="50" w:type="dxa"/>
              <w:bottom w:w="20" w:type="dxa"/>
              <w:right w:w="50" w:type="dxa"/>
            </w:tcMar>
          </w:tcPr>
          <w:p w14:paraId="4120BEA7" w14:textId="77777777" w:rsidR="00292F36" w:rsidRDefault="00000000">
            <w:r>
              <w:rPr>
                <w:sz w:val="12"/>
              </w:rPr>
              <w:t>0.12643678</w:t>
            </w:r>
          </w:p>
        </w:tc>
        <w:tc>
          <w:tcPr>
            <w:tcW w:w="564" w:type="dxa"/>
            <w:tcMar>
              <w:top w:w="20" w:type="dxa"/>
              <w:left w:w="50" w:type="dxa"/>
              <w:bottom w:w="20" w:type="dxa"/>
              <w:right w:w="50" w:type="dxa"/>
            </w:tcMar>
          </w:tcPr>
          <w:p w14:paraId="203EDF8A" w14:textId="77777777" w:rsidR="00292F36" w:rsidRDefault="00000000">
            <w:r>
              <w:rPr>
                <w:sz w:val="12"/>
              </w:rPr>
              <w:t>0</w:t>
            </w:r>
          </w:p>
        </w:tc>
        <w:tc>
          <w:tcPr>
            <w:tcW w:w="564" w:type="dxa"/>
            <w:tcMar>
              <w:top w:w="20" w:type="dxa"/>
              <w:left w:w="50" w:type="dxa"/>
              <w:bottom w:w="20" w:type="dxa"/>
              <w:right w:w="50" w:type="dxa"/>
            </w:tcMar>
          </w:tcPr>
          <w:p w14:paraId="271286ED" w14:textId="77777777" w:rsidR="00292F36" w:rsidRDefault="00000000">
            <w:r>
              <w:rPr>
                <w:sz w:val="12"/>
              </w:rPr>
              <w:t>0.01149425</w:t>
            </w:r>
          </w:p>
        </w:tc>
        <w:tc>
          <w:tcPr>
            <w:tcW w:w="564" w:type="dxa"/>
            <w:tcMar>
              <w:top w:w="20" w:type="dxa"/>
              <w:left w:w="50" w:type="dxa"/>
              <w:bottom w:w="20" w:type="dxa"/>
              <w:right w:w="50" w:type="dxa"/>
            </w:tcMar>
          </w:tcPr>
          <w:p w14:paraId="0CCF0B1E" w14:textId="77777777" w:rsidR="00292F36" w:rsidRDefault="00000000">
            <w:r>
              <w:rPr>
                <w:sz w:val="12"/>
              </w:rPr>
              <w:t>0.43678161</w:t>
            </w:r>
          </w:p>
        </w:tc>
      </w:tr>
      <w:tr w:rsidR="00292F36" w14:paraId="27A587CB" w14:textId="77777777">
        <w:tc>
          <w:tcPr>
            <w:tcW w:w="564" w:type="dxa"/>
            <w:tcMar>
              <w:top w:w="20" w:type="dxa"/>
              <w:left w:w="50" w:type="dxa"/>
              <w:bottom w:w="20" w:type="dxa"/>
              <w:right w:w="50" w:type="dxa"/>
            </w:tcMar>
          </w:tcPr>
          <w:p w14:paraId="1B3E8F84" w14:textId="77777777" w:rsidR="00292F36" w:rsidRDefault="00000000">
            <w:r>
              <w:rPr>
                <w:sz w:val="12"/>
              </w:rPr>
              <w:t>2020_isla_san_jeronimo_isla_san_jeronimo_sport_fish_deep_1</w:t>
            </w:r>
          </w:p>
        </w:tc>
        <w:tc>
          <w:tcPr>
            <w:tcW w:w="564" w:type="dxa"/>
            <w:tcMar>
              <w:top w:w="20" w:type="dxa"/>
              <w:left w:w="50" w:type="dxa"/>
              <w:bottom w:w="20" w:type="dxa"/>
              <w:right w:w="50" w:type="dxa"/>
            </w:tcMar>
          </w:tcPr>
          <w:p w14:paraId="4A14850F" w14:textId="77777777" w:rsidR="00292F36" w:rsidRDefault="00000000">
            <w:r>
              <w:rPr>
                <w:sz w:val="12"/>
              </w:rPr>
              <w:t>0.5544649</w:t>
            </w:r>
          </w:p>
        </w:tc>
        <w:tc>
          <w:tcPr>
            <w:tcW w:w="564" w:type="dxa"/>
            <w:tcMar>
              <w:top w:w="20" w:type="dxa"/>
              <w:left w:w="50" w:type="dxa"/>
              <w:bottom w:w="20" w:type="dxa"/>
              <w:right w:w="50" w:type="dxa"/>
            </w:tcMar>
          </w:tcPr>
          <w:p w14:paraId="10415C94" w14:textId="77777777" w:rsidR="00292F36" w:rsidRDefault="00000000">
            <w:r>
              <w:rPr>
                <w:sz w:val="12"/>
              </w:rPr>
              <w:t>-0.1675959</w:t>
            </w:r>
          </w:p>
        </w:tc>
        <w:tc>
          <w:tcPr>
            <w:tcW w:w="564" w:type="dxa"/>
            <w:tcMar>
              <w:top w:w="20" w:type="dxa"/>
              <w:left w:w="50" w:type="dxa"/>
              <w:bottom w:w="20" w:type="dxa"/>
              <w:right w:w="50" w:type="dxa"/>
            </w:tcMar>
          </w:tcPr>
          <w:p w14:paraId="36896239" w14:textId="77777777" w:rsidR="00292F36" w:rsidRDefault="00000000">
            <w:r>
              <w:rPr>
                <w:sz w:val="12"/>
              </w:rPr>
              <w:t>2020</w:t>
            </w:r>
          </w:p>
        </w:tc>
        <w:tc>
          <w:tcPr>
            <w:tcW w:w="564" w:type="dxa"/>
            <w:tcMar>
              <w:top w:w="20" w:type="dxa"/>
              <w:left w:w="50" w:type="dxa"/>
              <w:bottom w:w="20" w:type="dxa"/>
              <w:right w:w="50" w:type="dxa"/>
            </w:tcMar>
          </w:tcPr>
          <w:p w14:paraId="4F89F0FC" w14:textId="77777777" w:rsidR="00292F36" w:rsidRDefault="00000000">
            <w:r>
              <w:rPr>
                <w:sz w:val="12"/>
              </w:rPr>
              <w:t>el_rosario</w:t>
            </w:r>
          </w:p>
        </w:tc>
        <w:tc>
          <w:tcPr>
            <w:tcW w:w="564" w:type="dxa"/>
            <w:tcMar>
              <w:top w:w="20" w:type="dxa"/>
              <w:left w:w="50" w:type="dxa"/>
              <w:bottom w:w="20" w:type="dxa"/>
              <w:right w:w="50" w:type="dxa"/>
            </w:tcMar>
          </w:tcPr>
          <w:p w14:paraId="79EEC9F0" w14:textId="77777777" w:rsidR="00292F36" w:rsidRDefault="00000000">
            <w:r>
              <w:rPr>
                <w:sz w:val="12"/>
              </w:rPr>
              <w:t>Middle</w:t>
            </w:r>
          </w:p>
        </w:tc>
        <w:tc>
          <w:tcPr>
            <w:tcW w:w="564" w:type="dxa"/>
            <w:tcMar>
              <w:top w:w="20" w:type="dxa"/>
              <w:left w:w="50" w:type="dxa"/>
              <w:bottom w:w="20" w:type="dxa"/>
              <w:right w:w="50" w:type="dxa"/>
            </w:tcMar>
          </w:tcPr>
          <w:p w14:paraId="58C5E696" w14:textId="77777777" w:rsidR="00292F36" w:rsidRDefault="00000000">
            <w:r>
              <w:rPr>
                <w:sz w:val="12"/>
              </w:rPr>
              <w:t>isla_san_jeronimo</w:t>
            </w:r>
          </w:p>
        </w:tc>
        <w:tc>
          <w:tcPr>
            <w:tcW w:w="564" w:type="dxa"/>
            <w:tcMar>
              <w:top w:w="20" w:type="dxa"/>
              <w:left w:w="50" w:type="dxa"/>
              <w:bottom w:w="20" w:type="dxa"/>
              <w:right w:w="50" w:type="dxa"/>
            </w:tcMar>
          </w:tcPr>
          <w:p w14:paraId="3B2BDFA2" w14:textId="77777777" w:rsidR="00292F36" w:rsidRDefault="00000000">
            <w:r>
              <w:rPr>
                <w:sz w:val="12"/>
              </w:rPr>
              <w:t>isla_san_jeronimo_sport_fish_deep</w:t>
            </w:r>
          </w:p>
        </w:tc>
        <w:tc>
          <w:tcPr>
            <w:tcW w:w="564" w:type="dxa"/>
            <w:tcMar>
              <w:top w:w="20" w:type="dxa"/>
              <w:left w:w="50" w:type="dxa"/>
              <w:bottom w:w="20" w:type="dxa"/>
              <w:right w:w="50" w:type="dxa"/>
            </w:tcMar>
          </w:tcPr>
          <w:p w14:paraId="1D2F2D35" w14:textId="77777777" w:rsidR="00292F36" w:rsidRDefault="00000000">
            <w:r>
              <w:rPr>
                <w:sz w:val="12"/>
              </w:rPr>
              <w:t>12</w:t>
            </w:r>
          </w:p>
        </w:tc>
        <w:tc>
          <w:tcPr>
            <w:tcW w:w="564" w:type="dxa"/>
            <w:tcMar>
              <w:top w:w="20" w:type="dxa"/>
              <w:left w:w="50" w:type="dxa"/>
              <w:bottom w:w="20" w:type="dxa"/>
              <w:right w:w="50" w:type="dxa"/>
            </w:tcMar>
          </w:tcPr>
          <w:p w14:paraId="35E61E8D" w14:textId="77777777" w:rsidR="00292F36" w:rsidRDefault="00000000">
            <w:r>
              <w:rPr>
                <w:sz w:val="12"/>
              </w:rPr>
              <w:t>22.3199997</w:t>
            </w:r>
          </w:p>
        </w:tc>
        <w:tc>
          <w:tcPr>
            <w:tcW w:w="564" w:type="dxa"/>
            <w:tcMar>
              <w:top w:w="20" w:type="dxa"/>
              <w:left w:w="50" w:type="dxa"/>
              <w:bottom w:w="20" w:type="dxa"/>
              <w:right w:w="50" w:type="dxa"/>
            </w:tcMar>
          </w:tcPr>
          <w:p w14:paraId="582EC7F6" w14:textId="77777777" w:rsidR="00292F36" w:rsidRDefault="00000000">
            <w:r>
              <w:rPr>
                <w:sz w:val="12"/>
              </w:rPr>
              <w:t>1.78827327</w:t>
            </w:r>
          </w:p>
        </w:tc>
        <w:tc>
          <w:tcPr>
            <w:tcW w:w="564" w:type="dxa"/>
            <w:tcMar>
              <w:top w:w="20" w:type="dxa"/>
              <w:left w:w="50" w:type="dxa"/>
              <w:bottom w:w="20" w:type="dxa"/>
              <w:right w:w="50" w:type="dxa"/>
            </w:tcMar>
          </w:tcPr>
          <w:p w14:paraId="15B9FFD0" w14:textId="77777777" w:rsidR="00292F36" w:rsidRDefault="00000000">
            <w:r>
              <w:rPr>
                <w:sz w:val="12"/>
              </w:rPr>
              <w:t>0</w:t>
            </w:r>
          </w:p>
        </w:tc>
        <w:tc>
          <w:tcPr>
            <w:tcW w:w="564" w:type="dxa"/>
            <w:tcMar>
              <w:top w:w="20" w:type="dxa"/>
              <w:left w:w="50" w:type="dxa"/>
              <w:bottom w:w="20" w:type="dxa"/>
              <w:right w:w="50" w:type="dxa"/>
            </w:tcMar>
          </w:tcPr>
          <w:p w14:paraId="1B978111" w14:textId="77777777" w:rsidR="00292F36" w:rsidRDefault="00000000">
            <w:r>
              <w:rPr>
                <w:sz w:val="12"/>
              </w:rPr>
              <w:t>0.78333333</w:t>
            </w:r>
          </w:p>
        </w:tc>
        <w:tc>
          <w:tcPr>
            <w:tcW w:w="564" w:type="dxa"/>
            <w:tcMar>
              <w:top w:w="20" w:type="dxa"/>
              <w:left w:w="50" w:type="dxa"/>
              <w:bottom w:w="20" w:type="dxa"/>
              <w:right w:w="50" w:type="dxa"/>
            </w:tcMar>
          </w:tcPr>
          <w:p w14:paraId="1E3F2CFD" w14:textId="77777777" w:rsidR="00292F36" w:rsidRDefault="00000000">
            <w:r>
              <w:rPr>
                <w:sz w:val="12"/>
              </w:rPr>
              <w:t>0.1</w:t>
            </w:r>
          </w:p>
        </w:tc>
        <w:tc>
          <w:tcPr>
            <w:tcW w:w="564" w:type="dxa"/>
            <w:tcMar>
              <w:top w:w="20" w:type="dxa"/>
              <w:left w:w="50" w:type="dxa"/>
              <w:bottom w:w="20" w:type="dxa"/>
              <w:right w:w="50" w:type="dxa"/>
            </w:tcMar>
          </w:tcPr>
          <w:p w14:paraId="78ADA825" w14:textId="77777777" w:rsidR="00292F36" w:rsidRDefault="00000000">
            <w:r>
              <w:rPr>
                <w:sz w:val="12"/>
              </w:rPr>
              <w:t>0.11666667</w:t>
            </w:r>
          </w:p>
        </w:tc>
        <w:tc>
          <w:tcPr>
            <w:tcW w:w="564" w:type="dxa"/>
            <w:tcMar>
              <w:top w:w="20" w:type="dxa"/>
              <w:left w:w="50" w:type="dxa"/>
              <w:bottom w:w="20" w:type="dxa"/>
              <w:right w:w="50" w:type="dxa"/>
            </w:tcMar>
          </w:tcPr>
          <w:p w14:paraId="39188329" w14:textId="77777777" w:rsidR="00292F36" w:rsidRDefault="00000000">
            <w:r>
              <w:rPr>
                <w:sz w:val="12"/>
              </w:rPr>
              <w:t>0</w:t>
            </w:r>
          </w:p>
        </w:tc>
        <w:tc>
          <w:tcPr>
            <w:tcW w:w="564" w:type="dxa"/>
            <w:tcMar>
              <w:top w:w="20" w:type="dxa"/>
              <w:left w:w="50" w:type="dxa"/>
              <w:bottom w:w="20" w:type="dxa"/>
              <w:right w:w="50" w:type="dxa"/>
            </w:tcMar>
          </w:tcPr>
          <w:p w14:paraId="7C6C8F23" w14:textId="77777777" w:rsidR="00292F36" w:rsidRDefault="00000000">
            <w:r>
              <w:rPr>
                <w:sz w:val="12"/>
              </w:rPr>
              <w:t>0</w:t>
            </w:r>
          </w:p>
        </w:tc>
        <w:tc>
          <w:tcPr>
            <w:tcW w:w="564" w:type="dxa"/>
            <w:tcMar>
              <w:top w:w="20" w:type="dxa"/>
              <w:left w:w="50" w:type="dxa"/>
              <w:bottom w:w="20" w:type="dxa"/>
              <w:right w:w="50" w:type="dxa"/>
            </w:tcMar>
          </w:tcPr>
          <w:p w14:paraId="6BBC2A59" w14:textId="77777777" w:rsidR="00292F36" w:rsidRDefault="00000000">
            <w:r>
              <w:rPr>
                <w:sz w:val="12"/>
              </w:rPr>
              <w:t>0</w:t>
            </w:r>
          </w:p>
        </w:tc>
        <w:tc>
          <w:tcPr>
            <w:tcW w:w="564" w:type="dxa"/>
            <w:tcMar>
              <w:top w:w="20" w:type="dxa"/>
              <w:left w:w="50" w:type="dxa"/>
              <w:bottom w:w="20" w:type="dxa"/>
              <w:right w:w="50" w:type="dxa"/>
            </w:tcMar>
          </w:tcPr>
          <w:p w14:paraId="2CB1831B" w14:textId="77777777" w:rsidR="00292F36" w:rsidRDefault="00000000">
            <w:r>
              <w:rPr>
                <w:sz w:val="12"/>
              </w:rPr>
              <w:t>0</w:t>
            </w:r>
          </w:p>
        </w:tc>
        <w:tc>
          <w:tcPr>
            <w:tcW w:w="564" w:type="dxa"/>
            <w:tcMar>
              <w:top w:w="20" w:type="dxa"/>
              <w:left w:w="50" w:type="dxa"/>
              <w:bottom w:w="20" w:type="dxa"/>
              <w:right w:w="50" w:type="dxa"/>
            </w:tcMar>
          </w:tcPr>
          <w:p w14:paraId="30FF7681" w14:textId="77777777" w:rsidR="00292F36" w:rsidRDefault="00000000">
            <w:r>
              <w:rPr>
                <w:sz w:val="12"/>
              </w:rPr>
              <w:t>0</w:t>
            </w:r>
          </w:p>
        </w:tc>
        <w:tc>
          <w:tcPr>
            <w:tcW w:w="564" w:type="dxa"/>
            <w:tcMar>
              <w:top w:w="20" w:type="dxa"/>
              <w:left w:w="50" w:type="dxa"/>
              <w:bottom w:w="20" w:type="dxa"/>
              <w:right w:w="50" w:type="dxa"/>
            </w:tcMar>
          </w:tcPr>
          <w:p w14:paraId="53720895" w14:textId="77777777" w:rsidR="00292F36" w:rsidRDefault="00000000">
            <w:r>
              <w:rPr>
                <w:sz w:val="12"/>
              </w:rPr>
              <w:t>0.73863636</w:t>
            </w:r>
          </w:p>
        </w:tc>
        <w:tc>
          <w:tcPr>
            <w:tcW w:w="564" w:type="dxa"/>
            <w:tcMar>
              <w:top w:w="20" w:type="dxa"/>
              <w:left w:w="50" w:type="dxa"/>
              <w:bottom w:w="20" w:type="dxa"/>
              <w:right w:w="50" w:type="dxa"/>
            </w:tcMar>
          </w:tcPr>
          <w:p w14:paraId="58C00E2D" w14:textId="77777777" w:rsidR="00292F36" w:rsidRDefault="00000000">
            <w:r>
              <w:rPr>
                <w:sz w:val="12"/>
              </w:rPr>
              <w:t>0.04545455</w:t>
            </w:r>
          </w:p>
        </w:tc>
        <w:tc>
          <w:tcPr>
            <w:tcW w:w="564" w:type="dxa"/>
            <w:tcMar>
              <w:top w:w="20" w:type="dxa"/>
              <w:left w:w="50" w:type="dxa"/>
              <w:bottom w:w="20" w:type="dxa"/>
              <w:right w:w="50" w:type="dxa"/>
            </w:tcMar>
          </w:tcPr>
          <w:p w14:paraId="5AECAA37" w14:textId="77777777" w:rsidR="00292F36" w:rsidRDefault="00000000">
            <w:r>
              <w:rPr>
                <w:sz w:val="12"/>
              </w:rPr>
              <w:t>0</w:t>
            </w:r>
          </w:p>
        </w:tc>
        <w:tc>
          <w:tcPr>
            <w:tcW w:w="564" w:type="dxa"/>
            <w:tcMar>
              <w:top w:w="20" w:type="dxa"/>
              <w:left w:w="50" w:type="dxa"/>
              <w:bottom w:w="20" w:type="dxa"/>
              <w:right w:w="50" w:type="dxa"/>
            </w:tcMar>
          </w:tcPr>
          <w:p w14:paraId="444ADFF7" w14:textId="77777777" w:rsidR="00292F36" w:rsidRDefault="00000000">
            <w:r>
              <w:rPr>
                <w:sz w:val="12"/>
              </w:rPr>
              <w:t>0.02272727</w:t>
            </w:r>
          </w:p>
        </w:tc>
        <w:tc>
          <w:tcPr>
            <w:tcW w:w="564" w:type="dxa"/>
            <w:tcMar>
              <w:top w:w="20" w:type="dxa"/>
              <w:left w:w="50" w:type="dxa"/>
              <w:bottom w:w="20" w:type="dxa"/>
              <w:right w:w="50" w:type="dxa"/>
            </w:tcMar>
          </w:tcPr>
          <w:p w14:paraId="077ED45C" w14:textId="77777777" w:rsidR="00292F36" w:rsidRDefault="00000000">
            <w:r>
              <w:rPr>
                <w:sz w:val="12"/>
              </w:rPr>
              <w:t>0.19318182</w:t>
            </w:r>
          </w:p>
        </w:tc>
      </w:tr>
      <w:tr w:rsidR="00292F36" w14:paraId="54269BB4" w14:textId="77777777">
        <w:tc>
          <w:tcPr>
            <w:tcW w:w="564" w:type="dxa"/>
            <w:tcMar>
              <w:top w:w="20" w:type="dxa"/>
              <w:left w:w="50" w:type="dxa"/>
              <w:bottom w:w="20" w:type="dxa"/>
              <w:right w:w="50" w:type="dxa"/>
            </w:tcMar>
          </w:tcPr>
          <w:p w14:paraId="14573D55" w14:textId="77777777" w:rsidR="00292F36" w:rsidRDefault="00000000">
            <w:r>
              <w:rPr>
                <w:sz w:val="12"/>
              </w:rPr>
              <w:t>2020_isla_san_jeronimo_isla_san_jeronimo_sport_fish_deep_2</w:t>
            </w:r>
          </w:p>
        </w:tc>
        <w:tc>
          <w:tcPr>
            <w:tcW w:w="564" w:type="dxa"/>
            <w:tcMar>
              <w:top w:w="20" w:type="dxa"/>
              <w:left w:w="50" w:type="dxa"/>
              <w:bottom w:w="20" w:type="dxa"/>
              <w:right w:w="50" w:type="dxa"/>
            </w:tcMar>
          </w:tcPr>
          <w:p w14:paraId="71D89D66" w14:textId="77777777" w:rsidR="00292F36" w:rsidRDefault="00000000">
            <w:r>
              <w:rPr>
                <w:sz w:val="12"/>
              </w:rPr>
              <w:t>0.52249899</w:t>
            </w:r>
          </w:p>
        </w:tc>
        <w:tc>
          <w:tcPr>
            <w:tcW w:w="564" w:type="dxa"/>
            <w:tcMar>
              <w:top w:w="20" w:type="dxa"/>
              <w:left w:w="50" w:type="dxa"/>
              <w:bottom w:w="20" w:type="dxa"/>
              <w:right w:w="50" w:type="dxa"/>
            </w:tcMar>
          </w:tcPr>
          <w:p w14:paraId="1E1B42C0" w14:textId="77777777" w:rsidR="00292F36" w:rsidRDefault="00000000">
            <w:r>
              <w:rPr>
                <w:sz w:val="12"/>
              </w:rPr>
              <w:t>-0.3044692</w:t>
            </w:r>
          </w:p>
        </w:tc>
        <w:tc>
          <w:tcPr>
            <w:tcW w:w="564" w:type="dxa"/>
            <w:tcMar>
              <w:top w:w="20" w:type="dxa"/>
              <w:left w:w="50" w:type="dxa"/>
              <w:bottom w:w="20" w:type="dxa"/>
              <w:right w:w="50" w:type="dxa"/>
            </w:tcMar>
          </w:tcPr>
          <w:p w14:paraId="16DC7A6C" w14:textId="77777777" w:rsidR="00292F36" w:rsidRDefault="00000000">
            <w:r>
              <w:rPr>
                <w:sz w:val="12"/>
              </w:rPr>
              <w:t>2020</w:t>
            </w:r>
          </w:p>
        </w:tc>
        <w:tc>
          <w:tcPr>
            <w:tcW w:w="564" w:type="dxa"/>
            <w:tcMar>
              <w:top w:w="20" w:type="dxa"/>
              <w:left w:w="50" w:type="dxa"/>
              <w:bottom w:w="20" w:type="dxa"/>
              <w:right w:w="50" w:type="dxa"/>
            </w:tcMar>
          </w:tcPr>
          <w:p w14:paraId="23513D54" w14:textId="77777777" w:rsidR="00292F36" w:rsidRDefault="00000000">
            <w:r>
              <w:rPr>
                <w:sz w:val="12"/>
              </w:rPr>
              <w:t>el_rosario</w:t>
            </w:r>
          </w:p>
        </w:tc>
        <w:tc>
          <w:tcPr>
            <w:tcW w:w="564" w:type="dxa"/>
            <w:tcMar>
              <w:top w:w="20" w:type="dxa"/>
              <w:left w:w="50" w:type="dxa"/>
              <w:bottom w:w="20" w:type="dxa"/>
              <w:right w:w="50" w:type="dxa"/>
            </w:tcMar>
          </w:tcPr>
          <w:p w14:paraId="7EAA8CEA" w14:textId="77777777" w:rsidR="00292F36" w:rsidRDefault="00000000">
            <w:r>
              <w:rPr>
                <w:sz w:val="12"/>
              </w:rPr>
              <w:t>Middle</w:t>
            </w:r>
          </w:p>
        </w:tc>
        <w:tc>
          <w:tcPr>
            <w:tcW w:w="564" w:type="dxa"/>
            <w:tcMar>
              <w:top w:w="20" w:type="dxa"/>
              <w:left w:w="50" w:type="dxa"/>
              <w:bottom w:w="20" w:type="dxa"/>
              <w:right w:w="50" w:type="dxa"/>
            </w:tcMar>
          </w:tcPr>
          <w:p w14:paraId="6FECDF32" w14:textId="77777777" w:rsidR="00292F36" w:rsidRDefault="00000000">
            <w:r>
              <w:rPr>
                <w:sz w:val="12"/>
              </w:rPr>
              <w:t>isla_san_jeronimo</w:t>
            </w:r>
          </w:p>
        </w:tc>
        <w:tc>
          <w:tcPr>
            <w:tcW w:w="564" w:type="dxa"/>
            <w:tcMar>
              <w:top w:w="20" w:type="dxa"/>
              <w:left w:w="50" w:type="dxa"/>
              <w:bottom w:w="20" w:type="dxa"/>
              <w:right w:w="50" w:type="dxa"/>
            </w:tcMar>
          </w:tcPr>
          <w:p w14:paraId="6D3B7A78" w14:textId="77777777" w:rsidR="00292F36" w:rsidRDefault="00000000">
            <w:r>
              <w:rPr>
                <w:sz w:val="12"/>
              </w:rPr>
              <w:t>isla_san_jeronimo_sport_fish_deep</w:t>
            </w:r>
          </w:p>
        </w:tc>
        <w:tc>
          <w:tcPr>
            <w:tcW w:w="564" w:type="dxa"/>
            <w:tcMar>
              <w:top w:w="20" w:type="dxa"/>
              <w:left w:w="50" w:type="dxa"/>
              <w:bottom w:w="20" w:type="dxa"/>
              <w:right w:w="50" w:type="dxa"/>
            </w:tcMar>
          </w:tcPr>
          <w:p w14:paraId="1DD650CC" w14:textId="77777777" w:rsidR="00292F36" w:rsidRDefault="00000000">
            <w:r>
              <w:rPr>
                <w:sz w:val="12"/>
              </w:rPr>
              <w:t>12</w:t>
            </w:r>
          </w:p>
        </w:tc>
        <w:tc>
          <w:tcPr>
            <w:tcW w:w="564" w:type="dxa"/>
            <w:tcMar>
              <w:top w:w="20" w:type="dxa"/>
              <w:left w:w="50" w:type="dxa"/>
              <w:bottom w:w="20" w:type="dxa"/>
              <w:right w:w="50" w:type="dxa"/>
            </w:tcMar>
          </w:tcPr>
          <w:p w14:paraId="41E657AF" w14:textId="77777777" w:rsidR="00292F36" w:rsidRDefault="00000000">
            <w:r>
              <w:rPr>
                <w:sz w:val="12"/>
              </w:rPr>
              <w:t>22.3199997</w:t>
            </w:r>
          </w:p>
        </w:tc>
        <w:tc>
          <w:tcPr>
            <w:tcW w:w="564" w:type="dxa"/>
            <w:tcMar>
              <w:top w:w="20" w:type="dxa"/>
              <w:left w:w="50" w:type="dxa"/>
              <w:bottom w:w="20" w:type="dxa"/>
              <w:right w:w="50" w:type="dxa"/>
            </w:tcMar>
          </w:tcPr>
          <w:p w14:paraId="3CBEA98B" w14:textId="77777777" w:rsidR="00292F36" w:rsidRDefault="00000000">
            <w:r>
              <w:rPr>
                <w:sz w:val="12"/>
              </w:rPr>
              <w:t>1.78827327</w:t>
            </w:r>
          </w:p>
        </w:tc>
        <w:tc>
          <w:tcPr>
            <w:tcW w:w="564" w:type="dxa"/>
            <w:tcMar>
              <w:top w:w="20" w:type="dxa"/>
              <w:left w:w="50" w:type="dxa"/>
              <w:bottom w:w="20" w:type="dxa"/>
              <w:right w:w="50" w:type="dxa"/>
            </w:tcMar>
          </w:tcPr>
          <w:p w14:paraId="797B1295" w14:textId="77777777" w:rsidR="00292F36" w:rsidRDefault="00000000">
            <w:r>
              <w:rPr>
                <w:sz w:val="12"/>
              </w:rPr>
              <w:t>0</w:t>
            </w:r>
          </w:p>
        </w:tc>
        <w:tc>
          <w:tcPr>
            <w:tcW w:w="564" w:type="dxa"/>
            <w:tcMar>
              <w:top w:w="20" w:type="dxa"/>
              <w:left w:w="50" w:type="dxa"/>
              <w:bottom w:w="20" w:type="dxa"/>
              <w:right w:w="50" w:type="dxa"/>
            </w:tcMar>
          </w:tcPr>
          <w:p w14:paraId="0184DD36" w14:textId="77777777" w:rsidR="00292F36" w:rsidRDefault="00000000">
            <w:r>
              <w:rPr>
                <w:sz w:val="12"/>
              </w:rPr>
              <w:t>0.92941176</w:t>
            </w:r>
          </w:p>
        </w:tc>
        <w:tc>
          <w:tcPr>
            <w:tcW w:w="564" w:type="dxa"/>
            <w:tcMar>
              <w:top w:w="20" w:type="dxa"/>
              <w:left w:w="50" w:type="dxa"/>
              <w:bottom w:w="20" w:type="dxa"/>
              <w:right w:w="50" w:type="dxa"/>
            </w:tcMar>
          </w:tcPr>
          <w:p w14:paraId="6127167D" w14:textId="77777777" w:rsidR="00292F36" w:rsidRDefault="00000000">
            <w:r>
              <w:rPr>
                <w:sz w:val="12"/>
              </w:rPr>
              <w:t>0.07058824</w:t>
            </w:r>
          </w:p>
        </w:tc>
        <w:tc>
          <w:tcPr>
            <w:tcW w:w="564" w:type="dxa"/>
            <w:tcMar>
              <w:top w:w="20" w:type="dxa"/>
              <w:left w:w="50" w:type="dxa"/>
              <w:bottom w:w="20" w:type="dxa"/>
              <w:right w:w="50" w:type="dxa"/>
            </w:tcMar>
          </w:tcPr>
          <w:p w14:paraId="3396AA41" w14:textId="77777777" w:rsidR="00292F36" w:rsidRDefault="00000000">
            <w:r>
              <w:rPr>
                <w:sz w:val="12"/>
              </w:rPr>
              <w:t>0</w:t>
            </w:r>
          </w:p>
        </w:tc>
        <w:tc>
          <w:tcPr>
            <w:tcW w:w="564" w:type="dxa"/>
            <w:tcMar>
              <w:top w:w="20" w:type="dxa"/>
              <w:left w:w="50" w:type="dxa"/>
              <w:bottom w:w="20" w:type="dxa"/>
              <w:right w:w="50" w:type="dxa"/>
            </w:tcMar>
          </w:tcPr>
          <w:p w14:paraId="360E53AF" w14:textId="77777777" w:rsidR="00292F36" w:rsidRDefault="00000000">
            <w:r>
              <w:rPr>
                <w:sz w:val="12"/>
              </w:rPr>
              <w:t>0</w:t>
            </w:r>
          </w:p>
        </w:tc>
        <w:tc>
          <w:tcPr>
            <w:tcW w:w="564" w:type="dxa"/>
            <w:tcMar>
              <w:top w:w="20" w:type="dxa"/>
              <w:left w:w="50" w:type="dxa"/>
              <w:bottom w:w="20" w:type="dxa"/>
              <w:right w:w="50" w:type="dxa"/>
            </w:tcMar>
          </w:tcPr>
          <w:p w14:paraId="5EAD32C5" w14:textId="77777777" w:rsidR="00292F36" w:rsidRDefault="00000000">
            <w:r>
              <w:rPr>
                <w:sz w:val="12"/>
              </w:rPr>
              <w:t>0</w:t>
            </w:r>
          </w:p>
        </w:tc>
        <w:tc>
          <w:tcPr>
            <w:tcW w:w="564" w:type="dxa"/>
            <w:tcMar>
              <w:top w:w="20" w:type="dxa"/>
              <w:left w:w="50" w:type="dxa"/>
              <w:bottom w:w="20" w:type="dxa"/>
              <w:right w:w="50" w:type="dxa"/>
            </w:tcMar>
          </w:tcPr>
          <w:p w14:paraId="3581935F" w14:textId="77777777" w:rsidR="00292F36" w:rsidRDefault="00000000">
            <w:r>
              <w:rPr>
                <w:sz w:val="12"/>
              </w:rPr>
              <w:t>0</w:t>
            </w:r>
          </w:p>
        </w:tc>
        <w:tc>
          <w:tcPr>
            <w:tcW w:w="564" w:type="dxa"/>
            <w:tcMar>
              <w:top w:w="20" w:type="dxa"/>
              <w:left w:w="50" w:type="dxa"/>
              <w:bottom w:w="20" w:type="dxa"/>
              <w:right w:w="50" w:type="dxa"/>
            </w:tcMar>
          </w:tcPr>
          <w:p w14:paraId="46FF7B41" w14:textId="77777777" w:rsidR="00292F36" w:rsidRDefault="00000000">
            <w:r>
              <w:rPr>
                <w:sz w:val="12"/>
              </w:rPr>
              <w:t>0</w:t>
            </w:r>
          </w:p>
        </w:tc>
        <w:tc>
          <w:tcPr>
            <w:tcW w:w="564" w:type="dxa"/>
            <w:tcMar>
              <w:top w:w="20" w:type="dxa"/>
              <w:left w:w="50" w:type="dxa"/>
              <w:bottom w:w="20" w:type="dxa"/>
              <w:right w:w="50" w:type="dxa"/>
            </w:tcMar>
          </w:tcPr>
          <w:p w14:paraId="52283AFD" w14:textId="77777777" w:rsidR="00292F36" w:rsidRDefault="00000000">
            <w:r>
              <w:rPr>
                <w:sz w:val="12"/>
              </w:rPr>
              <w:t>0</w:t>
            </w:r>
          </w:p>
        </w:tc>
        <w:tc>
          <w:tcPr>
            <w:tcW w:w="564" w:type="dxa"/>
            <w:tcMar>
              <w:top w:w="20" w:type="dxa"/>
              <w:left w:w="50" w:type="dxa"/>
              <w:bottom w:w="20" w:type="dxa"/>
              <w:right w:w="50" w:type="dxa"/>
            </w:tcMar>
          </w:tcPr>
          <w:p w14:paraId="6C6BD599" w14:textId="77777777" w:rsidR="00292F36" w:rsidRDefault="00000000">
            <w:r>
              <w:rPr>
                <w:sz w:val="12"/>
              </w:rPr>
              <w:t>0.58064516</w:t>
            </w:r>
          </w:p>
        </w:tc>
        <w:tc>
          <w:tcPr>
            <w:tcW w:w="564" w:type="dxa"/>
            <w:tcMar>
              <w:top w:w="20" w:type="dxa"/>
              <w:left w:w="50" w:type="dxa"/>
              <w:bottom w:w="20" w:type="dxa"/>
              <w:right w:w="50" w:type="dxa"/>
            </w:tcMar>
          </w:tcPr>
          <w:p w14:paraId="7FEE38AD" w14:textId="77777777" w:rsidR="00292F36" w:rsidRDefault="00000000">
            <w:r>
              <w:rPr>
                <w:sz w:val="12"/>
              </w:rPr>
              <w:t>0.0483871</w:t>
            </w:r>
          </w:p>
        </w:tc>
        <w:tc>
          <w:tcPr>
            <w:tcW w:w="564" w:type="dxa"/>
            <w:tcMar>
              <w:top w:w="20" w:type="dxa"/>
              <w:left w:w="50" w:type="dxa"/>
              <w:bottom w:w="20" w:type="dxa"/>
              <w:right w:w="50" w:type="dxa"/>
            </w:tcMar>
          </w:tcPr>
          <w:p w14:paraId="71014CD7" w14:textId="77777777" w:rsidR="00292F36" w:rsidRDefault="00000000">
            <w:r>
              <w:rPr>
                <w:sz w:val="12"/>
              </w:rPr>
              <w:t>0</w:t>
            </w:r>
          </w:p>
        </w:tc>
        <w:tc>
          <w:tcPr>
            <w:tcW w:w="564" w:type="dxa"/>
            <w:tcMar>
              <w:top w:w="20" w:type="dxa"/>
              <w:left w:w="50" w:type="dxa"/>
              <w:bottom w:w="20" w:type="dxa"/>
              <w:right w:w="50" w:type="dxa"/>
            </w:tcMar>
          </w:tcPr>
          <w:p w14:paraId="59EDC805" w14:textId="77777777" w:rsidR="00292F36" w:rsidRDefault="00000000">
            <w:r>
              <w:rPr>
                <w:sz w:val="12"/>
              </w:rPr>
              <w:t>0.12903226</w:t>
            </w:r>
          </w:p>
        </w:tc>
        <w:tc>
          <w:tcPr>
            <w:tcW w:w="564" w:type="dxa"/>
            <w:tcMar>
              <w:top w:w="20" w:type="dxa"/>
              <w:left w:w="50" w:type="dxa"/>
              <w:bottom w:w="20" w:type="dxa"/>
              <w:right w:w="50" w:type="dxa"/>
            </w:tcMar>
          </w:tcPr>
          <w:p w14:paraId="121F41A9" w14:textId="77777777" w:rsidR="00292F36" w:rsidRDefault="00000000">
            <w:r>
              <w:rPr>
                <w:sz w:val="12"/>
              </w:rPr>
              <w:t>0.24193548</w:t>
            </w:r>
          </w:p>
        </w:tc>
      </w:tr>
      <w:tr w:rsidR="00292F36" w14:paraId="1CF68098" w14:textId="77777777">
        <w:tc>
          <w:tcPr>
            <w:tcW w:w="564" w:type="dxa"/>
            <w:tcMar>
              <w:top w:w="20" w:type="dxa"/>
              <w:left w:w="50" w:type="dxa"/>
              <w:bottom w:w="20" w:type="dxa"/>
              <w:right w:w="50" w:type="dxa"/>
            </w:tcMar>
          </w:tcPr>
          <w:p w14:paraId="683021C7" w14:textId="77777777" w:rsidR="00292F36" w:rsidRDefault="00000000">
            <w:r>
              <w:rPr>
                <w:sz w:val="12"/>
              </w:rPr>
              <w:t>2020_isla_san_jeronimo_isla_san_jeronimo_s</w:t>
            </w:r>
            <w:r>
              <w:rPr>
                <w:sz w:val="12"/>
              </w:rPr>
              <w:lastRenderedPageBreak/>
              <w:t>port_fish_mid_1</w:t>
            </w:r>
          </w:p>
        </w:tc>
        <w:tc>
          <w:tcPr>
            <w:tcW w:w="564" w:type="dxa"/>
            <w:tcMar>
              <w:top w:w="20" w:type="dxa"/>
              <w:left w:w="50" w:type="dxa"/>
              <w:bottom w:w="20" w:type="dxa"/>
              <w:right w:w="50" w:type="dxa"/>
            </w:tcMar>
          </w:tcPr>
          <w:p w14:paraId="198CC3E2" w14:textId="77777777" w:rsidR="00292F36" w:rsidRDefault="00000000">
            <w:r>
              <w:rPr>
                <w:sz w:val="12"/>
              </w:rPr>
              <w:lastRenderedPageBreak/>
              <w:t>0.61827661</w:t>
            </w:r>
          </w:p>
        </w:tc>
        <w:tc>
          <w:tcPr>
            <w:tcW w:w="564" w:type="dxa"/>
            <w:tcMar>
              <w:top w:w="20" w:type="dxa"/>
              <w:left w:w="50" w:type="dxa"/>
              <w:bottom w:w="20" w:type="dxa"/>
              <w:right w:w="50" w:type="dxa"/>
            </w:tcMar>
          </w:tcPr>
          <w:p w14:paraId="484380DB" w14:textId="77777777" w:rsidR="00292F36" w:rsidRDefault="00000000">
            <w:r>
              <w:rPr>
                <w:sz w:val="12"/>
              </w:rPr>
              <w:t>-0.3712512</w:t>
            </w:r>
          </w:p>
        </w:tc>
        <w:tc>
          <w:tcPr>
            <w:tcW w:w="564" w:type="dxa"/>
            <w:tcMar>
              <w:top w:w="20" w:type="dxa"/>
              <w:left w:w="50" w:type="dxa"/>
              <w:bottom w:w="20" w:type="dxa"/>
              <w:right w:w="50" w:type="dxa"/>
            </w:tcMar>
          </w:tcPr>
          <w:p w14:paraId="60B31D89" w14:textId="77777777" w:rsidR="00292F36" w:rsidRDefault="00000000">
            <w:r>
              <w:rPr>
                <w:sz w:val="12"/>
              </w:rPr>
              <w:t>2020</w:t>
            </w:r>
          </w:p>
        </w:tc>
        <w:tc>
          <w:tcPr>
            <w:tcW w:w="564" w:type="dxa"/>
            <w:tcMar>
              <w:top w:w="20" w:type="dxa"/>
              <w:left w:w="50" w:type="dxa"/>
              <w:bottom w:w="20" w:type="dxa"/>
              <w:right w:w="50" w:type="dxa"/>
            </w:tcMar>
          </w:tcPr>
          <w:p w14:paraId="5280F1A7" w14:textId="77777777" w:rsidR="00292F36" w:rsidRDefault="00000000">
            <w:r>
              <w:rPr>
                <w:sz w:val="12"/>
              </w:rPr>
              <w:t>el_rosario</w:t>
            </w:r>
          </w:p>
        </w:tc>
        <w:tc>
          <w:tcPr>
            <w:tcW w:w="564" w:type="dxa"/>
            <w:tcMar>
              <w:top w:w="20" w:type="dxa"/>
              <w:left w:w="50" w:type="dxa"/>
              <w:bottom w:w="20" w:type="dxa"/>
              <w:right w:w="50" w:type="dxa"/>
            </w:tcMar>
          </w:tcPr>
          <w:p w14:paraId="37C36830" w14:textId="77777777" w:rsidR="00292F36" w:rsidRDefault="00000000">
            <w:r>
              <w:rPr>
                <w:sz w:val="12"/>
              </w:rPr>
              <w:t>Middle</w:t>
            </w:r>
          </w:p>
        </w:tc>
        <w:tc>
          <w:tcPr>
            <w:tcW w:w="564" w:type="dxa"/>
            <w:tcMar>
              <w:top w:w="20" w:type="dxa"/>
              <w:left w:w="50" w:type="dxa"/>
              <w:bottom w:w="20" w:type="dxa"/>
              <w:right w:w="50" w:type="dxa"/>
            </w:tcMar>
          </w:tcPr>
          <w:p w14:paraId="5E80CF14" w14:textId="77777777" w:rsidR="00292F36" w:rsidRDefault="00000000">
            <w:r>
              <w:rPr>
                <w:sz w:val="12"/>
              </w:rPr>
              <w:t>isla_san_jeronimo</w:t>
            </w:r>
          </w:p>
        </w:tc>
        <w:tc>
          <w:tcPr>
            <w:tcW w:w="564" w:type="dxa"/>
            <w:tcMar>
              <w:top w:w="20" w:type="dxa"/>
              <w:left w:w="50" w:type="dxa"/>
              <w:bottom w:w="20" w:type="dxa"/>
              <w:right w:w="50" w:type="dxa"/>
            </w:tcMar>
          </w:tcPr>
          <w:p w14:paraId="0E9523B6" w14:textId="77777777" w:rsidR="00292F36" w:rsidRDefault="00000000">
            <w:r>
              <w:rPr>
                <w:sz w:val="12"/>
              </w:rPr>
              <w:t>isla_san_jeronimo_sport_fish_mid</w:t>
            </w:r>
          </w:p>
        </w:tc>
        <w:tc>
          <w:tcPr>
            <w:tcW w:w="564" w:type="dxa"/>
            <w:tcMar>
              <w:top w:w="20" w:type="dxa"/>
              <w:left w:w="50" w:type="dxa"/>
              <w:bottom w:w="20" w:type="dxa"/>
              <w:right w:w="50" w:type="dxa"/>
            </w:tcMar>
          </w:tcPr>
          <w:p w14:paraId="0A87B0BF" w14:textId="77777777" w:rsidR="00292F36" w:rsidRDefault="00000000">
            <w:r>
              <w:rPr>
                <w:sz w:val="12"/>
              </w:rPr>
              <w:t>10</w:t>
            </w:r>
          </w:p>
        </w:tc>
        <w:tc>
          <w:tcPr>
            <w:tcW w:w="564" w:type="dxa"/>
            <w:tcMar>
              <w:top w:w="20" w:type="dxa"/>
              <w:left w:w="50" w:type="dxa"/>
              <w:bottom w:w="20" w:type="dxa"/>
              <w:right w:w="50" w:type="dxa"/>
            </w:tcMar>
          </w:tcPr>
          <w:p w14:paraId="129448A3" w14:textId="77777777" w:rsidR="00292F36" w:rsidRDefault="00000000">
            <w:r>
              <w:rPr>
                <w:sz w:val="12"/>
              </w:rPr>
              <w:t>22.3199997</w:t>
            </w:r>
          </w:p>
        </w:tc>
        <w:tc>
          <w:tcPr>
            <w:tcW w:w="564" w:type="dxa"/>
            <w:tcMar>
              <w:top w:w="20" w:type="dxa"/>
              <w:left w:w="50" w:type="dxa"/>
              <w:bottom w:w="20" w:type="dxa"/>
              <w:right w:w="50" w:type="dxa"/>
            </w:tcMar>
          </w:tcPr>
          <w:p w14:paraId="5DB33FFF" w14:textId="77777777" w:rsidR="00292F36" w:rsidRDefault="00000000">
            <w:r>
              <w:rPr>
                <w:sz w:val="12"/>
              </w:rPr>
              <w:t>1.94965501</w:t>
            </w:r>
          </w:p>
        </w:tc>
        <w:tc>
          <w:tcPr>
            <w:tcW w:w="564" w:type="dxa"/>
            <w:tcMar>
              <w:top w:w="20" w:type="dxa"/>
              <w:left w:w="50" w:type="dxa"/>
              <w:bottom w:w="20" w:type="dxa"/>
              <w:right w:w="50" w:type="dxa"/>
            </w:tcMar>
          </w:tcPr>
          <w:p w14:paraId="40AB0EFA" w14:textId="77777777" w:rsidR="00292F36" w:rsidRDefault="00000000">
            <w:r>
              <w:rPr>
                <w:sz w:val="12"/>
              </w:rPr>
              <w:t>0</w:t>
            </w:r>
          </w:p>
        </w:tc>
        <w:tc>
          <w:tcPr>
            <w:tcW w:w="564" w:type="dxa"/>
            <w:tcMar>
              <w:top w:w="20" w:type="dxa"/>
              <w:left w:w="50" w:type="dxa"/>
              <w:bottom w:w="20" w:type="dxa"/>
              <w:right w:w="50" w:type="dxa"/>
            </w:tcMar>
          </w:tcPr>
          <w:p w14:paraId="7D6A5187" w14:textId="77777777" w:rsidR="00292F36" w:rsidRDefault="00000000">
            <w:r>
              <w:rPr>
                <w:sz w:val="12"/>
              </w:rPr>
              <w:t>0.95555556</w:t>
            </w:r>
          </w:p>
        </w:tc>
        <w:tc>
          <w:tcPr>
            <w:tcW w:w="564" w:type="dxa"/>
            <w:tcMar>
              <w:top w:w="20" w:type="dxa"/>
              <w:left w:w="50" w:type="dxa"/>
              <w:bottom w:w="20" w:type="dxa"/>
              <w:right w:w="50" w:type="dxa"/>
            </w:tcMar>
          </w:tcPr>
          <w:p w14:paraId="72C69789" w14:textId="77777777" w:rsidR="00292F36" w:rsidRDefault="00000000">
            <w:r>
              <w:rPr>
                <w:sz w:val="12"/>
              </w:rPr>
              <w:t>0.04444444</w:t>
            </w:r>
          </w:p>
        </w:tc>
        <w:tc>
          <w:tcPr>
            <w:tcW w:w="564" w:type="dxa"/>
            <w:tcMar>
              <w:top w:w="20" w:type="dxa"/>
              <w:left w:w="50" w:type="dxa"/>
              <w:bottom w:w="20" w:type="dxa"/>
              <w:right w:w="50" w:type="dxa"/>
            </w:tcMar>
          </w:tcPr>
          <w:p w14:paraId="47B04766" w14:textId="77777777" w:rsidR="00292F36" w:rsidRDefault="00000000">
            <w:r>
              <w:rPr>
                <w:sz w:val="12"/>
              </w:rPr>
              <w:t>0</w:t>
            </w:r>
          </w:p>
        </w:tc>
        <w:tc>
          <w:tcPr>
            <w:tcW w:w="564" w:type="dxa"/>
            <w:tcMar>
              <w:top w:w="20" w:type="dxa"/>
              <w:left w:w="50" w:type="dxa"/>
              <w:bottom w:w="20" w:type="dxa"/>
              <w:right w:w="50" w:type="dxa"/>
            </w:tcMar>
          </w:tcPr>
          <w:p w14:paraId="50AFEBCC" w14:textId="77777777" w:rsidR="00292F36" w:rsidRDefault="00000000">
            <w:r>
              <w:rPr>
                <w:sz w:val="12"/>
              </w:rPr>
              <w:t>0</w:t>
            </w:r>
          </w:p>
        </w:tc>
        <w:tc>
          <w:tcPr>
            <w:tcW w:w="564" w:type="dxa"/>
            <w:tcMar>
              <w:top w:w="20" w:type="dxa"/>
              <w:left w:w="50" w:type="dxa"/>
              <w:bottom w:w="20" w:type="dxa"/>
              <w:right w:w="50" w:type="dxa"/>
            </w:tcMar>
          </w:tcPr>
          <w:p w14:paraId="07F5BF7D" w14:textId="77777777" w:rsidR="00292F36" w:rsidRDefault="00000000">
            <w:r>
              <w:rPr>
                <w:sz w:val="12"/>
              </w:rPr>
              <w:t>0</w:t>
            </w:r>
          </w:p>
        </w:tc>
        <w:tc>
          <w:tcPr>
            <w:tcW w:w="564" w:type="dxa"/>
            <w:tcMar>
              <w:top w:w="20" w:type="dxa"/>
              <w:left w:w="50" w:type="dxa"/>
              <w:bottom w:w="20" w:type="dxa"/>
              <w:right w:w="50" w:type="dxa"/>
            </w:tcMar>
          </w:tcPr>
          <w:p w14:paraId="79BFD1BC" w14:textId="77777777" w:rsidR="00292F36" w:rsidRDefault="00000000">
            <w:r>
              <w:rPr>
                <w:sz w:val="12"/>
              </w:rPr>
              <w:t>0</w:t>
            </w:r>
          </w:p>
        </w:tc>
        <w:tc>
          <w:tcPr>
            <w:tcW w:w="564" w:type="dxa"/>
            <w:tcMar>
              <w:top w:w="20" w:type="dxa"/>
              <w:left w:w="50" w:type="dxa"/>
              <w:bottom w:w="20" w:type="dxa"/>
              <w:right w:w="50" w:type="dxa"/>
            </w:tcMar>
          </w:tcPr>
          <w:p w14:paraId="4EDE0365" w14:textId="77777777" w:rsidR="00292F36" w:rsidRDefault="00000000">
            <w:r>
              <w:rPr>
                <w:sz w:val="12"/>
              </w:rPr>
              <w:t>0</w:t>
            </w:r>
          </w:p>
        </w:tc>
        <w:tc>
          <w:tcPr>
            <w:tcW w:w="564" w:type="dxa"/>
            <w:tcMar>
              <w:top w:w="20" w:type="dxa"/>
              <w:left w:w="50" w:type="dxa"/>
              <w:bottom w:w="20" w:type="dxa"/>
              <w:right w:w="50" w:type="dxa"/>
            </w:tcMar>
          </w:tcPr>
          <w:p w14:paraId="36351B53" w14:textId="77777777" w:rsidR="00292F36" w:rsidRDefault="00000000">
            <w:r>
              <w:rPr>
                <w:sz w:val="12"/>
              </w:rPr>
              <w:t>0</w:t>
            </w:r>
          </w:p>
        </w:tc>
        <w:tc>
          <w:tcPr>
            <w:tcW w:w="564" w:type="dxa"/>
            <w:tcMar>
              <w:top w:w="20" w:type="dxa"/>
              <w:left w:w="50" w:type="dxa"/>
              <w:bottom w:w="20" w:type="dxa"/>
              <w:right w:w="50" w:type="dxa"/>
            </w:tcMar>
          </w:tcPr>
          <w:p w14:paraId="2E660CA1" w14:textId="77777777" w:rsidR="00292F36" w:rsidRDefault="00000000">
            <w:r>
              <w:rPr>
                <w:sz w:val="12"/>
              </w:rPr>
              <w:t>0.88073394</w:t>
            </w:r>
          </w:p>
        </w:tc>
        <w:tc>
          <w:tcPr>
            <w:tcW w:w="564" w:type="dxa"/>
            <w:tcMar>
              <w:top w:w="20" w:type="dxa"/>
              <w:left w:w="50" w:type="dxa"/>
              <w:bottom w:w="20" w:type="dxa"/>
              <w:right w:w="50" w:type="dxa"/>
            </w:tcMar>
          </w:tcPr>
          <w:p w14:paraId="1BFF4F49" w14:textId="77777777" w:rsidR="00292F36" w:rsidRDefault="00000000">
            <w:r>
              <w:rPr>
                <w:sz w:val="12"/>
              </w:rPr>
              <w:t>0.01834862</w:t>
            </w:r>
          </w:p>
        </w:tc>
        <w:tc>
          <w:tcPr>
            <w:tcW w:w="564" w:type="dxa"/>
            <w:tcMar>
              <w:top w:w="20" w:type="dxa"/>
              <w:left w:w="50" w:type="dxa"/>
              <w:bottom w:w="20" w:type="dxa"/>
              <w:right w:w="50" w:type="dxa"/>
            </w:tcMar>
          </w:tcPr>
          <w:p w14:paraId="2C917258" w14:textId="77777777" w:rsidR="00292F36" w:rsidRDefault="00000000">
            <w:r>
              <w:rPr>
                <w:sz w:val="12"/>
              </w:rPr>
              <w:t>0</w:t>
            </w:r>
          </w:p>
        </w:tc>
        <w:tc>
          <w:tcPr>
            <w:tcW w:w="564" w:type="dxa"/>
            <w:tcMar>
              <w:top w:w="20" w:type="dxa"/>
              <w:left w:w="50" w:type="dxa"/>
              <w:bottom w:w="20" w:type="dxa"/>
              <w:right w:w="50" w:type="dxa"/>
            </w:tcMar>
          </w:tcPr>
          <w:p w14:paraId="62DC771A" w14:textId="77777777" w:rsidR="00292F36" w:rsidRDefault="00000000">
            <w:r>
              <w:rPr>
                <w:sz w:val="12"/>
              </w:rPr>
              <w:t>0.04587156</w:t>
            </w:r>
          </w:p>
        </w:tc>
        <w:tc>
          <w:tcPr>
            <w:tcW w:w="564" w:type="dxa"/>
            <w:tcMar>
              <w:top w:w="20" w:type="dxa"/>
              <w:left w:w="50" w:type="dxa"/>
              <w:bottom w:w="20" w:type="dxa"/>
              <w:right w:w="50" w:type="dxa"/>
            </w:tcMar>
          </w:tcPr>
          <w:p w14:paraId="3ED2182E" w14:textId="77777777" w:rsidR="00292F36" w:rsidRDefault="00000000">
            <w:r>
              <w:rPr>
                <w:sz w:val="12"/>
              </w:rPr>
              <w:t>0.05504587</w:t>
            </w:r>
          </w:p>
        </w:tc>
      </w:tr>
      <w:tr w:rsidR="00292F36" w14:paraId="39CA5069" w14:textId="77777777">
        <w:tc>
          <w:tcPr>
            <w:tcW w:w="564" w:type="dxa"/>
            <w:tcMar>
              <w:top w:w="20" w:type="dxa"/>
              <w:left w:w="50" w:type="dxa"/>
              <w:bottom w:w="20" w:type="dxa"/>
              <w:right w:w="50" w:type="dxa"/>
            </w:tcMar>
          </w:tcPr>
          <w:p w14:paraId="37AFFF91" w14:textId="77777777" w:rsidR="00292F36" w:rsidRDefault="00000000">
            <w:r>
              <w:rPr>
                <w:sz w:val="12"/>
              </w:rPr>
              <w:t>2020_isla_san_jeronimo_isla_san_jeronimo_sport_fish_mid_2</w:t>
            </w:r>
          </w:p>
        </w:tc>
        <w:tc>
          <w:tcPr>
            <w:tcW w:w="564" w:type="dxa"/>
            <w:tcMar>
              <w:top w:w="20" w:type="dxa"/>
              <w:left w:w="50" w:type="dxa"/>
              <w:bottom w:w="20" w:type="dxa"/>
              <w:right w:w="50" w:type="dxa"/>
            </w:tcMar>
          </w:tcPr>
          <w:p w14:paraId="75EC27ED" w14:textId="77777777" w:rsidR="00292F36" w:rsidRDefault="00000000">
            <w:r>
              <w:rPr>
                <w:sz w:val="12"/>
              </w:rPr>
              <w:t>0.6489661</w:t>
            </w:r>
          </w:p>
        </w:tc>
        <w:tc>
          <w:tcPr>
            <w:tcW w:w="564" w:type="dxa"/>
            <w:tcMar>
              <w:top w:w="20" w:type="dxa"/>
              <w:left w:w="50" w:type="dxa"/>
              <w:bottom w:w="20" w:type="dxa"/>
              <w:right w:w="50" w:type="dxa"/>
            </w:tcMar>
          </w:tcPr>
          <w:p w14:paraId="7FC4AF85" w14:textId="77777777" w:rsidR="00292F36" w:rsidRDefault="00000000">
            <w:r>
              <w:rPr>
                <w:sz w:val="12"/>
              </w:rPr>
              <w:t>-0.3559011</w:t>
            </w:r>
          </w:p>
        </w:tc>
        <w:tc>
          <w:tcPr>
            <w:tcW w:w="564" w:type="dxa"/>
            <w:tcMar>
              <w:top w:w="20" w:type="dxa"/>
              <w:left w:w="50" w:type="dxa"/>
              <w:bottom w:w="20" w:type="dxa"/>
              <w:right w:w="50" w:type="dxa"/>
            </w:tcMar>
          </w:tcPr>
          <w:p w14:paraId="378E8E42" w14:textId="77777777" w:rsidR="00292F36" w:rsidRDefault="00000000">
            <w:r>
              <w:rPr>
                <w:sz w:val="12"/>
              </w:rPr>
              <w:t>2020</w:t>
            </w:r>
          </w:p>
        </w:tc>
        <w:tc>
          <w:tcPr>
            <w:tcW w:w="564" w:type="dxa"/>
            <w:tcMar>
              <w:top w:w="20" w:type="dxa"/>
              <w:left w:w="50" w:type="dxa"/>
              <w:bottom w:w="20" w:type="dxa"/>
              <w:right w:w="50" w:type="dxa"/>
            </w:tcMar>
          </w:tcPr>
          <w:p w14:paraId="72F44713" w14:textId="77777777" w:rsidR="00292F36" w:rsidRDefault="00000000">
            <w:r>
              <w:rPr>
                <w:sz w:val="12"/>
              </w:rPr>
              <w:t>el_rosario</w:t>
            </w:r>
          </w:p>
        </w:tc>
        <w:tc>
          <w:tcPr>
            <w:tcW w:w="564" w:type="dxa"/>
            <w:tcMar>
              <w:top w:w="20" w:type="dxa"/>
              <w:left w:w="50" w:type="dxa"/>
              <w:bottom w:w="20" w:type="dxa"/>
              <w:right w:w="50" w:type="dxa"/>
            </w:tcMar>
          </w:tcPr>
          <w:p w14:paraId="2057A096" w14:textId="77777777" w:rsidR="00292F36" w:rsidRDefault="00000000">
            <w:r>
              <w:rPr>
                <w:sz w:val="12"/>
              </w:rPr>
              <w:t>Middle</w:t>
            </w:r>
          </w:p>
        </w:tc>
        <w:tc>
          <w:tcPr>
            <w:tcW w:w="564" w:type="dxa"/>
            <w:tcMar>
              <w:top w:w="20" w:type="dxa"/>
              <w:left w:w="50" w:type="dxa"/>
              <w:bottom w:w="20" w:type="dxa"/>
              <w:right w:w="50" w:type="dxa"/>
            </w:tcMar>
          </w:tcPr>
          <w:p w14:paraId="5CB8578F" w14:textId="77777777" w:rsidR="00292F36" w:rsidRDefault="00000000">
            <w:r>
              <w:rPr>
                <w:sz w:val="12"/>
              </w:rPr>
              <w:t>isla_san_jeronimo</w:t>
            </w:r>
          </w:p>
        </w:tc>
        <w:tc>
          <w:tcPr>
            <w:tcW w:w="564" w:type="dxa"/>
            <w:tcMar>
              <w:top w:w="20" w:type="dxa"/>
              <w:left w:w="50" w:type="dxa"/>
              <w:bottom w:w="20" w:type="dxa"/>
              <w:right w:w="50" w:type="dxa"/>
            </w:tcMar>
          </w:tcPr>
          <w:p w14:paraId="2703E437" w14:textId="77777777" w:rsidR="00292F36" w:rsidRDefault="00000000">
            <w:r>
              <w:rPr>
                <w:sz w:val="12"/>
              </w:rPr>
              <w:t>isla_san_jeronimo_sport_fish_mid</w:t>
            </w:r>
          </w:p>
        </w:tc>
        <w:tc>
          <w:tcPr>
            <w:tcW w:w="564" w:type="dxa"/>
            <w:tcMar>
              <w:top w:w="20" w:type="dxa"/>
              <w:left w:w="50" w:type="dxa"/>
              <w:bottom w:w="20" w:type="dxa"/>
              <w:right w:w="50" w:type="dxa"/>
            </w:tcMar>
          </w:tcPr>
          <w:p w14:paraId="5B56CE99" w14:textId="77777777" w:rsidR="00292F36" w:rsidRDefault="00000000">
            <w:r>
              <w:rPr>
                <w:sz w:val="12"/>
              </w:rPr>
              <w:t>10</w:t>
            </w:r>
          </w:p>
        </w:tc>
        <w:tc>
          <w:tcPr>
            <w:tcW w:w="564" w:type="dxa"/>
            <w:tcMar>
              <w:top w:w="20" w:type="dxa"/>
              <w:left w:w="50" w:type="dxa"/>
              <w:bottom w:w="20" w:type="dxa"/>
              <w:right w:w="50" w:type="dxa"/>
            </w:tcMar>
          </w:tcPr>
          <w:p w14:paraId="2C409B66" w14:textId="77777777" w:rsidR="00292F36" w:rsidRDefault="00000000">
            <w:r>
              <w:rPr>
                <w:sz w:val="12"/>
              </w:rPr>
              <w:t>22.3199997</w:t>
            </w:r>
          </w:p>
        </w:tc>
        <w:tc>
          <w:tcPr>
            <w:tcW w:w="564" w:type="dxa"/>
            <w:tcMar>
              <w:top w:w="20" w:type="dxa"/>
              <w:left w:w="50" w:type="dxa"/>
              <w:bottom w:w="20" w:type="dxa"/>
              <w:right w:w="50" w:type="dxa"/>
            </w:tcMar>
          </w:tcPr>
          <w:p w14:paraId="45966D66" w14:textId="77777777" w:rsidR="00292F36" w:rsidRDefault="00000000">
            <w:r>
              <w:rPr>
                <w:sz w:val="12"/>
              </w:rPr>
              <w:t>1.94965501</w:t>
            </w:r>
          </w:p>
        </w:tc>
        <w:tc>
          <w:tcPr>
            <w:tcW w:w="564" w:type="dxa"/>
            <w:tcMar>
              <w:top w:w="20" w:type="dxa"/>
              <w:left w:w="50" w:type="dxa"/>
              <w:bottom w:w="20" w:type="dxa"/>
              <w:right w:w="50" w:type="dxa"/>
            </w:tcMar>
          </w:tcPr>
          <w:p w14:paraId="36EFB7A0" w14:textId="77777777" w:rsidR="00292F36" w:rsidRDefault="00000000">
            <w:r>
              <w:rPr>
                <w:sz w:val="12"/>
              </w:rPr>
              <w:t>0</w:t>
            </w:r>
          </w:p>
        </w:tc>
        <w:tc>
          <w:tcPr>
            <w:tcW w:w="564" w:type="dxa"/>
            <w:tcMar>
              <w:top w:w="20" w:type="dxa"/>
              <w:left w:w="50" w:type="dxa"/>
              <w:bottom w:w="20" w:type="dxa"/>
              <w:right w:w="50" w:type="dxa"/>
            </w:tcMar>
          </w:tcPr>
          <w:p w14:paraId="2564393D" w14:textId="77777777" w:rsidR="00292F36" w:rsidRDefault="00000000">
            <w:r>
              <w:rPr>
                <w:sz w:val="12"/>
              </w:rPr>
              <w:t>0.890625</w:t>
            </w:r>
          </w:p>
        </w:tc>
        <w:tc>
          <w:tcPr>
            <w:tcW w:w="564" w:type="dxa"/>
            <w:tcMar>
              <w:top w:w="20" w:type="dxa"/>
              <w:left w:w="50" w:type="dxa"/>
              <w:bottom w:w="20" w:type="dxa"/>
              <w:right w:w="50" w:type="dxa"/>
            </w:tcMar>
          </w:tcPr>
          <w:p w14:paraId="10F490E9" w14:textId="77777777" w:rsidR="00292F36" w:rsidRDefault="00000000">
            <w:r>
              <w:rPr>
                <w:sz w:val="12"/>
              </w:rPr>
              <w:t>0.109375</w:t>
            </w:r>
          </w:p>
        </w:tc>
        <w:tc>
          <w:tcPr>
            <w:tcW w:w="564" w:type="dxa"/>
            <w:tcMar>
              <w:top w:w="20" w:type="dxa"/>
              <w:left w:w="50" w:type="dxa"/>
              <w:bottom w:w="20" w:type="dxa"/>
              <w:right w:w="50" w:type="dxa"/>
            </w:tcMar>
          </w:tcPr>
          <w:p w14:paraId="1167F385" w14:textId="77777777" w:rsidR="00292F36" w:rsidRDefault="00000000">
            <w:r>
              <w:rPr>
                <w:sz w:val="12"/>
              </w:rPr>
              <w:t>0</w:t>
            </w:r>
          </w:p>
        </w:tc>
        <w:tc>
          <w:tcPr>
            <w:tcW w:w="564" w:type="dxa"/>
            <w:tcMar>
              <w:top w:w="20" w:type="dxa"/>
              <w:left w:w="50" w:type="dxa"/>
              <w:bottom w:w="20" w:type="dxa"/>
              <w:right w:w="50" w:type="dxa"/>
            </w:tcMar>
          </w:tcPr>
          <w:p w14:paraId="5BF5E39F" w14:textId="77777777" w:rsidR="00292F36" w:rsidRDefault="00000000">
            <w:r>
              <w:rPr>
                <w:sz w:val="12"/>
              </w:rPr>
              <w:t>0</w:t>
            </w:r>
          </w:p>
        </w:tc>
        <w:tc>
          <w:tcPr>
            <w:tcW w:w="564" w:type="dxa"/>
            <w:tcMar>
              <w:top w:w="20" w:type="dxa"/>
              <w:left w:w="50" w:type="dxa"/>
              <w:bottom w:w="20" w:type="dxa"/>
              <w:right w:w="50" w:type="dxa"/>
            </w:tcMar>
          </w:tcPr>
          <w:p w14:paraId="032A2E58" w14:textId="77777777" w:rsidR="00292F36" w:rsidRDefault="00000000">
            <w:r>
              <w:rPr>
                <w:sz w:val="12"/>
              </w:rPr>
              <w:t>0</w:t>
            </w:r>
          </w:p>
        </w:tc>
        <w:tc>
          <w:tcPr>
            <w:tcW w:w="564" w:type="dxa"/>
            <w:tcMar>
              <w:top w:w="20" w:type="dxa"/>
              <w:left w:w="50" w:type="dxa"/>
              <w:bottom w:w="20" w:type="dxa"/>
              <w:right w:w="50" w:type="dxa"/>
            </w:tcMar>
          </w:tcPr>
          <w:p w14:paraId="0440A8CF" w14:textId="77777777" w:rsidR="00292F36" w:rsidRDefault="00000000">
            <w:r>
              <w:rPr>
                <w:sz w:val="12"/>
              </w:rPr>
              <w:t>0</w:t>
            </w:r>
          </w:p>
        </w:tc>
        <w:tc>
          <w:tcPr>
            <w:tcW w:w="564" w:type="dxa"/>
            <w:tcMar>
              <w:top w:w="20" w:type="dxa"/>
              <w:left w:w="50" w:type="dxa"/>
              <w:bottom w:w="20" w:type="dxa"/>
              <w:right w:w="50" w:type="dxa"/>
            </w:tcMar>
          </w:tcPr>
          <w:p w14:paraId="3F98C194" w14:textId="77777777" w:rsidR="00292F36" w:rsidRDefault="00000000">
            <w:r>
              <w:rPr>
                <w:sz w:val="12"/>
              </w:rPr>
              <w:t>0</w:t>
            </w:r>
          </w:p>
        </w:tc>
        <w:tc>
          <w:tcPr>
            <w:tcW w:w="564" w:type="dxa"/>
            <w:tcMar>
              <w:top w:w="20" w:type="dxa"/>
              <w:left w:w="50" w:type="dxa"/>
              <w:bottom w:w="20" w:type="dxa"/>
              <w:right w:w="50" w:type="dxa"/>
            </w:tcMar>
          </w:tcPr>
          <w:p w14:paraId="624713F7" w14:textId="77777777" w:rsidR="00292F36" w:rsidRDefault="00000000">
            <w:r>
              <w:rPr>
                <w:sz w:val="12"/>
              </w:rPr>
              <w:t>0</w:t>
            </w:r>
          </w:p>
        </w:tc>
        <w:tc>
          <w:tcPr>
            <w:tcW w:w="564" w:type="dxa"/>
            <w:tcMar>
              <w:top w:w="20" w:type="dxa"/>
              <w:left w:w="50" w:type="dxa"/>
              <w:bottom w:w="20" w:type="dxa"/>
              <w:right w:w="50" w:type="dxa"/>
            </w:tcMar>
          </w:tcPr>
          <w:p w14:paraId="5BD5CEAF" w14:textId="77777777" w:rsidR="00292F36" w:rsidRDefault="00000000">
            <w:r>
              <w:rPr>
                <w:sz w:val="12"/>
              </w:rPr>
              <w:t>0.93333333</w:t>
            </w:r>
          </w:p>
        </w:tc>
        <w:tc>
          <w:tcPr>
            <w:tcW w:w="564" w:type="dxa"/>
            <w:tcMar>
              <w:top w:w="20" w:type="dxa"/>
              <w:left w:w="50" w:type="dxa"/>
              <w:bottom w:w="20" w:type="dxa"/>
              <w:right w:w="50" w:type="dxa"/>
            </w:tcMar>
          </w:tcPr>
          <w:p w14:paraId="3466F541" w14:textId="77777777" w:rsidR="00292F36" w:rsidRDefault="00000000">
            <w:r>
              <w:rPr>
                <w:sz w:val="12"/>
              </w:rPr>
              <w:t>0</w:t>
            </w:r>
          </w:p>
        </w:tc>
        <w:tc>
          <w:tcPr>
            <w:tcW w:w="564" w:type="dxa"/>
            <w:tcMar>
              <w:top w:w="20" w:type="dxa"/>
              <w:left w:w="50" w:type="dxa"/>
              <w:bottom w:w="20" w:type="dxa"/>
              <w:right w:w="50" w:type="dxa"/>
            </w:tcMar>
          </w:tcPr>
          <w:p w14:paraId="6CDB84BE" w14:textId="77777777" w:rsidR="00292F36" w:rsidRDefault="00000000">
            <w:r>
              <w:rPr>
                <w:sz w:val="12"/>
              </w:rPr>
              <w:t>0.01111111</w:t>
            </w:r>
          </w:p>
        </w:tc>
        <w:tc>
          <w:tcPr>
            <w:tcW w:w="564" w:type="dxa"/>
            <w:tcMar>
              <w:top w:w="20" w:type="dxa"/>
              <w:left w:w="50" w:type="dxa"/>
              <w:bottom w:w="20" w:type="dxa"/>
              <w:right w:w="50" w:type="dxa"/>
            </w:tcMar>
          </w:tcPr>
          <w:p w14:paraId="3C806DD3" w14:textId="77777777" w:rsidR="00292F36" w:rsidRDefault="00000000">
            <w:r>
              <w:rPr>
                <w:sz w:val="12"/>
              </w:rPr>
              <w:t>0.03333333</w:t>
            </w:r>
          </w:p>
        </w:tc>
        <w:tc>
          <w:tcPr>
            <w:tcW w:w="564" w:type="dxa"/>
            <w:tcMar>
              <w:top w:w="20" w:type="dxa"/>
              <w:left w:w="50" w:type="dxa"/>
              <w:bottom w:w="20" w:type="dxa"/>
              <w:right w:w="50" w:type="dxa"/>
            </w:tcMar>
          </w:tcPr>
          <w:p w14:paraId="26021AC9" w14:textId="77777777" w:rsidR="00292F36" w:rsidRDefault="00000000">
            <w:r>
              <w:rPr>
                <w:sz w:val="12"/>
              </w:rPr>
              <w:t>0.02222222</w:t>
            </w:r>
          </w:p>
        </w:tc>
      </w:tr>
      <w:tr w:rsidR="00292F36" w14:paraId="5795727B" w14:textId="77777777">
        <w:tc>
          <w:tcPr>
            <w:tcW w:w="564" w:type="dxa"/>
            <w:tcMar>
              <w:top w:w="20" w:type="dxa"/>
              <w:left w:w="50" w:type="dxa"/>
              <w:bottom w:w="20" w:type="dxa"/>
              <w:right w:w="50" w:type="dxa"/>
            </w:tcMar>
          </w:tcPr>
          <w:p w14:paraId="217B993F" w14:textId="77777777" w:rsidR="00292F36" w:rsidRDefault="00000000">
            <w:r>
              <w:rPr>
                <w:sz w:val="12"/>
              </w:rPr>
              <w:t>2020_isla_san_martin_isla_san_martin_deep_1</w:t>
            </w:r>
          </w:p>
        </w:tc>
        <w:tc>
          <w:tcPr>
            <w:tcW w:w="564" w:type="dxa"/>
            <w:tcMar>
              <w:top w:w="20" w:type="dxa"/>
              <w:left w:w="50" w:type="dxa"/>
              <w:bottom w:w="20" w:type="dxa"/>
              <w:right w:w="50" w:type="dxa"/>
            </w:tcMar>
          </w:tcPr>
          <w:p w14:paraId="1DB2DC35" w14:textId="77777777" w:rsidR="00292F36" w:rsidRDefault="00000000">
            <w:r>
              <w:rPr>
                <w:sz w:val="12"/>
              </w:rPr>
              <w:t>-0.0939138</w:t>
            </w:r>
          </w:p>
        </w:tc>
        <w:tc>
          <w:tcPr>
            <w:tcW w:w="564" w:type="dxa"/>
            <w:tcMar>
              <w:top w:w="20" w:type="dxa"/>
              <w:left w:w="50" w:type="dxa"/>
              <w:bottom w:w="20" w:type="dxa"/>
              <w:right w:w="50" w:type="dxa"/>
            </w:tcMar>
          </w:tcPr>
          <w:p w14:paraId="71B69A51" w14:textId="77777777" w:rsidR="00292F36" w:rsidRDefault="00000000">
            <w:r>
              <w:rPr>
                <w:sz w:val="12"/>
              </w:rPr>
              <w:t>0.38340407</w:t>
            </w:r>
          </w:p>
        </w:tc>
        <w:tc>
          <w:tcPr>
            <w:tcW w:w="564" w:type="dxa"/>
            <w:tcMar>
              <w:top w:w="20" w:type="dxa"/>
              <w:left w:w="50" w:type="dxa"/>
              <w:bottom w:w="20" w:type="dxa"/>
              <w:right w:w="50" w:type="dxa"/>
            </w:tcMar>
          </w:tcPr>
          <w:p w14:paraId="054B170E" w14:textId="77777777" w:rsidR="00292F36" w:rsidRDefault="00000000">
            <w:r>
              <w:rPr>
                <w:sz w:val="12"/>
              </w:rPr>
              <w:t>2020</w:t>
            </w:r>
          </w:p>
        </w:tc>
        <w:tc>
          <w:tcPr>
            <w:tcW w:w="564" w:type="dxa"/>
            <w:tcMar>
              <w:top w:w="20" w:type="dxa"/>
              <w:left w:w="50" w:type="dxa"/>
              <w:bottom w:w="20" w:type="dxa"/>
              <w:right w:w="50" w:type="dxa"/>
            </w:tcMar>
          </w:tcPr>
          <w:p w14:paraId="2CC030B4" w14:textId="77777777" w:rsidR="00292F36" w:rsidRDefault="00000000">
            <w:r>
              <w:rPr>
                <w:sz w:val="12"/>
              </w:rPr>
              <w:t>san_quintin</w:t>
            </w:r>
          </w:p>
        </w:tc>
        <w:tc>
          <w:tcPr>
            <w:tcW w:w="564" w:type="dxa"/>
            <w:tcMar>
              <w:top w:w="20" w:type="dxa"/>
              <w:left w:w="50" w:type="dxa"/>
              <w:bottom w:w="20" w:type="dxa"/>
              <w:right w:w="50" w:type="dxa"/>
            </w:tcMar>
          </w:tcPr>
          <w:p w14:paraId="64194134" w14:textId="77777777" w:rsidR="00292F36" w:rsidRDefault="00000000">
            <w:r>
              <w:rPr>
                <w:sz w:val="12"/>
              </w:rPr>
              <w:t>Middle</w:t>
            </w:r>
          </w:p>
        </w:tc>
        <w:tc>
          <w:tcPr>
            <w:tcW w:w="564" w:type="dxa"/>
            <w:tcMar>
              <w:top w:w="20" w:type="dxa"/>
              <w:left w:w="50" w:type="dxa"/>
              <w:bottom w:w="20" w:type="dxa"/>
              <w:right w:w="50" w:type="dxa"/>
            </w:tcMar>
          </w:tcPr>
          <w:p w14:paraId="37E76399" w14:textId="77777777" w:rsidR="00292F36" w:rsidRDefault="00000000">
            <w:r>
              <w:rPr>
                <w:sz w:val="12"/>
              </w:rPr>
              <w:t>isla_san_martin</w:t>
            </w:r>
          </w:p>
        </w:tc>
        <w:tc>
          <w:tcPr>
            <w:tcW w:w="564" w:type="dxa"/>
            <w:tcMar>
              <w:top w:w="20" w:type="dxa"/>
              <w:left w:w="50" w:type="dxa"/>
              <w:bottom w:w="20" w:type="dxa"/>
              <w:right w:w="50" w:type="dxa"/>
            </w:tcMar>
          </w:tcPr>
          <w:p w14:paraId="42E4BA26" w14:textId="77777777" w:rsidR="00292F36" w:rsidRDefault="00000000">
            <w:r>
              <w:rPr>
                <w:sz w:val="12"/>
              </w:rPr>
              <w:t>isla_san_martin_deep</w:t>
            </w:r>
          </w:p>
        </w:tc>
        <w:tc>
          <w:tcPr>
            <w:tcW w:w="564" w:type="dxa"/>
            <w:tcMar>
              <w:top w:w="20" w:type="dxa"/>
              <w:left w:w="50" w:type="dxa"/>
              <w:bottom w:w="20" w:type="dxa"/>
              <w:right w:w="50" w:type="dxa"/>
            </w:tcMar>
          </w:tcPr>
          <w:p w14:paraId="5BC62E47" w14:textId="77777777" w:rsidR="00292F36" w:rsidRDefault="00000000">
            <w:r>
              <w:rPr>
                <w:sz w:val="12"/>
              </w:rPr>
              <w:t>11</w:t>
            </w:r>
          </w:p>
        </w:tc>
        <w:tc>
          <w:tcPr>
            <w:tcW w:w="564" w:type="dxa"/>
            <w:tcMar>
              <w:top w:w="20" w:type="dxa"/>
              <w:left w:w="50" w:type="dxa"/>
              <w:bottom w:w="20" w:type="dxa"/>
              <w:right w:w="50" w:type="dxa"/>
            </w:tcMar>
          </w:tcPr>
          <w:p w14:paraId="5CEA37E7" w14:textId="77777777" w:rsidR="00292F36" w:rsidRDefault="00000000">
            <w:r>
              <w:rPr>
                <w:sz w:val="12"/>
              </w:rPr>
              <w:t>20.75</w:t>
            </w:r>
          </w:p>
        </w:tc>
        <w:tc>
          <w:tcPr>
            <w:tcW w:w="564" w:type="dxa"/>
            <w:tcMar>
              <w:top w:w="20" w:type="dxa"/>
              <w:left w:w="50" w:type="dxa"/>
              <w:bottom w:w="20" w:type="dxa"/>
              <w:right w:w="50" w:type="dxa"/>
            </w:tcMar>
          </w:tcPr>
          <w:p w14:paraId="206F7827" w14:textId="77777777" w:rsidR="00292F36" w:rsidRDefault="00000000">
            <w:r>
              <w:rPr>
                <w:sz w:val="12"/>
              </w:rPr>
              <w:t>0.43398941</w:t>
            </w:r>
          </w:p>
        </w:tc>
        <w:tc>
          <w:tcPr>
            <w:tcW w:w="564" w:type="dxa"/>
            <w:tcMar>
              <w:top w:w="20" w:type="dxa"/>
              <w:left w:w="50" w:type="dxa"/>
              <w:bottom w:w="20" w:type="dxa"/>
              <w:right w:w="50" w:type="dxa"/>
            </w:tcMar>
          </w:tcPr>
          <w:p w14:paraId="6F6144D6" w14:textId="77777777" w:rsidR="00292F36" w:rsidRDefault="00000000">
            <w:r>
              <w:rPr>
                <w:sz w:val="12"/>
              </w:rPr>
              <w:t>0.35735736</w:t>
            </w:r>
          </w:p>
        </w:tc>
        <w:tc>
          <w:tcPr>
            <w:tcW w:w="564" w:type="dxa"/>
            <w:tcMar>
              <w:top w:w="20" w:type="dxa"/>
              <w:left w:w="50" w:type="dxa"/>
              <w:bottom w:w="20" w:type="dxa"/>
              <w:right w:w="50" w:type="dxa"/>
            </w:tcMar>
          </w:tcPr>
          <w:p w14:paraId="019AA953" w14:textId="77777777" w:rsidR="00292F36" w:rsidRDefault="00000000">
            <w:r>
              <w:rPr>
                <w:sz w:val="12"/>
              </w:rPr>
              <w:t>0.30630631</w:t>
            </w:r>
          </w:p>
        </w:tc>
        <w:tc>
          <w:tcPr>
            <w:tcW w:w="564" w:type="dxa"/>
            <w:tcMar>
              <w:top w:w="20" w:type="dxa"/>
              <w:left w:w="50" w:type="dxa"/>
              <w:bottom w:w="20" w:type="dxa"/>
              <w:right w:w="50" w:type="dxa"/>
            </w:tcMar>
          </w:tcPr>
          <w:p w14:paraId="255E9811" w14:textId="77777777" w:rsidR="00292F36" w:rsidRDefault="00000000">
            <w:r>
              <w:rPr>
                <w:sz w:val="12"/>
              </w:rPr>
              <w:t>0.03003003</w:t>
            </w:r>
          </w:p>
        </w:tc>
        <w:tc>
          <w:tcPr>
            <w:tcW w:w="564" w:type="dxa"/>
            <w:tcMar>
              <w:top w:w="20" w:type="dxa"/>
              <w:left w:w="50" w:type="dxa"/>
              <w:bottom w:w="20" w:type="dxa"/>
              <w:right w:w="50" w:type="dxa"/>
            </w:tcMar>
          </w:tcPr>
          <w:p w14:paraId="38FC7F85" w14:textId="77777777" w:rsidR="00292F36" w:rsidRDefault="00000000">
            <w:r>
              <w:rPr>
                <w:sz w:val="12"/>
              </w:rPr>
              <w:t>0.28528529</w:t>
            </w:r>
          </w:p>
        </w:tc>
        <w:tc>
          <w:tcPr>
            <w:tcW w:w="564" w:type="dxa"/>
            <w:tcMar>
              <w:top w:w="20" w:type="dxa"/>
              <w:left w:w="50" w:type="dxa"/>
              <w:bottom w:w="20" w:type="dxa"/>
              <w:right w:w="50" w:type="dxa"/>
            </w:tcMar>
          </w:tcPr>
          <w:p w14:paraId="49B4F143" w14:textId="77777777" w:rsidR="00292F36" w:rsidRDefault="00000000">
            <w:r>
              <w:rPr>
                <w:sz w:val="12"/>
              </w:rPr>
              <w:t>0</w:t>
            </w:r>
          </w:p>
        </w:tc>
        <w:tc>
          <w:tcPr>
            <w:tcW w:w="564" w:type="dxa"/>
            <w:tcMar>
              <w:top w:w="20" w:type="dxa"/>
              <w:left w:w="50" w:type="dxa"/>
              <w:bottom w:w="20" w:type="dxa"/>
              <w:right w:w="50" w:type="dxa"/>
            </w:tcMar>
          </w:tcPr>
          <w:p w14:paraId="3D9874B3" w14:textId="77777777" w:rsidR="00292F36" w:rsidRDefault="00000000">
            <w:r>
              <w:rPr>
                <w:sz w:val="12"/>
              </w:rPr>
              <w:t>0</w:t>
            </w:r>
          </w:p>
        </w:tc>
        <w:tc>
          <w:tcPr>
            <w:tcW w:w="564" w:type="dxa"/>
            <w:tcMar>
              <w:top w:w="20" w:type="dxa"/>
              <w:left w:w="50" w:type="dxa"/>
              <w:bottom w:w="20" w:type="dxa"/>
              <w:right w:w="50" w:type="dxa"/>
            </w:tcMar>
          </w:tcPr>
          <w:p w14:paraId="1CC1DD4F" w14:textId="77777777" w:rsidR="00292F36" w:rsidRDefault="00000000">
            <w:r>
              <w:rPr>
                <w:sz w:val="12"/>
              </w:rPr>
              <w:t>0.02102102</w:t>
            </w:r>
          </w:p>
        </w:tc>
        <w:tc>
          <w:tcPr>
            <w:tcW w:w="564" w:type="dxa"/>
            <w:tcMar>
              <w:top w:w="20" w:type="dxa"/>
              <w:left w:w="50" w:type="dxa"/>
              <w:bottom w:w="20" w:type="dxa"/>
              <w:right w:w="50" w:type="dxa"/>
            </w:tcMar>
          </w:tcPr>
          <w:p w14:paraId="5453D0DA" w14:textId="77777777" w:rsidR="00292F36" w:rsidRDefault="00000000">
            <w:r>
              <w:rPr>
                <w:sz w:val="12"/>
              </w:rPr>
              <w:t>0</w:t>
            </w:r>
          </w:p>
        </w:tc>
        <w:tc>
          <w:tcPr>
            <w:tcW w:w="564" w:type="dxa"/>
            <w:tcMar>
              <w:top w:w="20" w:type="dxa"/>
              <w:left w:w="50" w:type="dxa"/>
              <w:bottom w:w="20" w:type="dxa"/>
              <w:right w:w="50" w:type="dxa"/>
            </w:tcMar>
          </w:tcPr>
          <w:p w14:paraId="2E801B08" w14:textId="77777777" w:rsidR="00292F36" w:rsidRDefault="00000000">
            <w:r>
              <w:rPr>
                <w:sz w:val="12"/>
              </w:rPr>
              <w:t>0</w:t>
            </w:r>
          </w:p>
        </w:tc>
        <w:tc>
          <w:tcPr>
            <w:tcW w:w="564" w:type="dxa"/>
            <w:tcMar>
              <w:top w:w="20" w:type="dxa"/>
              <w:left w:w="50" w:type="dxa"/>
              <w:bottom w:w="20" w:type="dxa"/>
              <w:right w:w="50" w:type="dxa"/>
            </w:tcMar>
          </w:tcPr>
          <w:p w14:paraId="0399C199" w14:textId="77777777" w:rsidR="00292F36" w:rsidRDefault="00000000">
            <w:r>
              <w:rPr>
                <w:sz w:val="12"/>
              </w:rPr>
              <w:t>0.22277228</w:t>
            </w:r>
          </w:p>
        </w:tc>
        <w:tc>
          <w:tcPr>
            <w:tcW w:w="564" w:type="dxa"/>
            <w:tcMar>
              <w:top w:w="20" w:type="dxa"/>
              <w:left w:w="50" w:type="dxa"/>
              <w:bottom w:w="20" w:type="dxa"/>
              <w:right w:w="50" w:type="dxa"/>
            </w:tcMar>
          </w:tcPr>
          <w:p w14:paraId="3CA4CD32" w14:textId="77777777" w:rsidR="00292F36" w:rsidRDefault="00000000">
            <w:r>
              <w:rPr>
                <w:sz w:val="12"/>
              </w:rPr>
              <w:t>0.16831683</w:t>
            </w:r>
          </w:p>
        </w:tc>
        <w:tc>
          <w:tcPr>
            <w:tcW w:w="564" w:type="dxa"/>
            <w:tcMar>
              <w:top w:w="20" w:type="dxa"/>
              <w:left w:w="50" w:type="dxa"/>
              <w:bottom w:w="20" w:type="dxa"/>
              <w:right w:w="50" w:type="dxa"/>
            </w:tcMar>
          </w:tcPr>
          <w:p w14:paraId="1960BD00" w14:textId="77777777" w:rsidR="00292F36" w:rsidRDefault="00000000">
            <w:r>
              <w:rPr>
                <w:sz w:val="12"/>
              </w:rPr>
              <w:t>0</w:t>
            </w:r>
          </w:p>
        </w:tc>
        <w:tc>
          <w:tcPr>
            <w:tcW w:w="564" w:type="dxa"/>
            <w:tcMar>
              <w:top w:w="20" w:type="dxa"/>
              <w:left w:w="50" w:type="dxa"/>
              <w:bottom w:w="20" w:type="dxa"/>
              <w:right w:w="50" w:type="dxa"/>
            </w:tcMar>
          </w:tcPr>
          <w:p w14:paraId="2F3F6791" w14:textId="77777777" w:rsidR="00292F36" w:rsidRDefault="00000000">
            <w:r>
              <w:rPr>
                <w:sz w:val="12"/>
              </w:rPr>
              <w:t>0.09405941</w:t>
            </w:r>
          </w:p>
        </w:tc>
        <w:tc>
          <w:tcPr>
            <w:tcW w:w="564" w:type="dxa"/>
            <w:tcMar>
              <w:top w:w="20" w:type="dxa"/>
              <w:left w:w="50" w:type="dxa"/>
              <w:bottom w:w="20" w:type="dxa"/>
              <w:right w:w="50" w:type="dxa"/>
            </w:tcMar>
          </w:tcPr>
          <w:p w14:paraId="2E74F2DA" w14:textId="77777777" w:rsidR="00292F36" w:rsidRDefault="00000000">
            <w:r>
              <w:rPr>
                <w:sz w:val="12"/>
              </w:rPr>
              <w:t>0.51485149</w:t>
            </w:r>
          </w:p>
        </w:tc>
      </w:tr>
      <w:tr w:rsidR="00292F36" w14:paraId="4216602A" w14:textId="77777777">
        <w:tc>
          <w:tcPr>
            <w:tcW w:w="564" w:type="dxa"/>
            <w:tcMar>
              <w:top w:w="20" w:type="dxa"/>
              <w:left w:w="50" w:type="dxa"/>
              <w:bottom w:w="20" w:type="dxa"/>
              <w:right w:w="50" w:type="dxa"/>
            </w:tcMar>
          </w:tcPr>
          <w:p w14:paraId="1B55B7FF" w14:textId="77777777" w:rsidR="00292F36" w:rsidRDefault="00000000">
            <w:r>
              <w:rPr>
                <w:sz w:val="12"/>
              </w:rPr>
              <w:t>2020_isla_san_martin_isla_san_martin_deep_2</w:t>
            </w:r>
          </w:p>
        </w:tc>
        <w:tc>
          <w:tcPr>
            <w:tcW w:w="564" w:type="dxa"/>
            <w:tcMar>
              <w:top w:w="20" w:type="dxa"/>
              <w:left w:w="50" w:type="dxa"/>
              <w:bottom w:w="20" w:type="dxa"/>
              <w:right w:w="50" w:type="dxa"/>
            </w:tcMar>
          </w:tcPr>
          <w:p w14:paraId="428066E9" w14:textId="77777777" w:rsidR="00292F36" w:rsidRDefault="00000000">
            <w:r>
              <w:rPr>
                <w:sz w:val="12"/>
              </w:rPr>
              <w:t>-0.244458</w:t>
            </w:r>
          </w:p>
        </w:tc>
        <w:tc>
          <w:tcPr>
            <w:tcW w:w="564" w:type="dxa"/>
            <w:tcMar>
              <w:top w:w="20" w:type="dxa"/>
              <w:left w:w="50" w:type="dxa"/>
              <w:bottom w:w="20" w:type="dxa"/>
              <w:right w:w="50" w:type="dxa"/>
            </w:tcMar>
          </w:tcPr>
          <w:p w14:paraId="52F8D81A" w14:textId="77777777" w:rsidR="00292F36" w:rsidRDefault="00000000">
            <w:r>
              <w:rPr>
                <w:sz w:val="12"/>
              </w:rPr>
              <w:t>0.15893912</w:t>
            </w:r>
          </w:p>
        </w:tc>
        <w:tc>
          <w:tcPr>
            <w:tcW w:w="564" w:type="dxa"/>
            <w:tcMar>
              <w:top w:w="20" w:type="dxa"/>
              <w:left w:w="50" w:type="dxa"/>
              <w:bottom w:w="20" w:type="dxa"/>
              <w:right w:w="50" w:type="dxa"/>
            </w:tcMar>
          </w:tcPr>
          <w:p w14:paraId="2F874705" w14:textId="77777777" w:rsidR="00292F36" w:rsidRDefault="00000000">
            <w:r>
              <w:rPr>
                <w:sz w:val="12"/>
              </w:rPr>
              <w:t>2020</w:t>
            </w:r>
          </w:p>
        </w:tc>
        <w:tc>
          <w:tcPr>
            <w:tcW w:w="564" w:type="dxa"/>
            <w:tcMar>
              <w:top w:w="20" w:type="dxa"/>
              <w:left w:w="50" w:type="dxa"/>
              <w:bottom w:w="20" w:type="dxa"/>
              <w:right w:w="50" w:type="dxa"/>
            </w:tcMar>
          </w:tcPr>
          <w:p w14:paraId="73BC6208" w14:textId="77777777" w:rsidR="00292F36" w:rsidRDefault="00000000">
            <w:r>
              <w:rPr>
                <w:sz w:val="12"/>
              </w:rPr>
              <w:t>san_quintin</w:t>
            </w:r>
          </w:p>
        </w:tc>
        <w:tc>
          <w:tcPr>
            <w:tcW w:w="564" w:type="dxa"/>
            <w:tcMar>
              <w:top w:w="20" w:type="dxa"/>
              <w:left w:w="50" w:type="dxa"/>
              <w:bottom w:w="20" w:type="dxa"/>
              <w:right w:w="50" w:type="dxa"/>
            </w:tcMar>
          </w:tcPr>
          <w:p w14:paraId="1D09B73B" w14:textId="77777777" w:rsidR="00292F36" w:rsidRDefault="00000000">
            <w:r>
              <w:rPr>
                <w:sz w:val="12"/>
              </w:rPr>
              <w:t>Middle</w:t>
            </w:r>
          </w:p>
        </w:tc>
        <w:tc>
          <w:tcPr>
            <w:tcW w:w="564" w:type="dxa"/>
            <w:tcMar>
              <w:top w:w="20" w:type="dxa"/>
              <w:left w:w="50" w:type="dxa"/>
              <w:bottom w:w="20" w:type="dxa"/>
              <w:right w:w="50" w:type="dxa"/>
            </w:tcMar>
          </w:tcPr>
          <w:p w14:paraId="18C722AF" w14:textId="77777777" w:rsidR="00292F36" w:rsidRDefault="00000000">
            <w:r>
              <w:rPr>
                <w:sz w:val="12"/>
              </w:rPr>
              <w:t>isla_san_martin</w:t>
            </w:r>
          </w:p>
        </w:tc>
        <w:tc>
          <w:tcPr>
            <w:tcW w:w="564" w:type="dxa"/>
            <w:tcMar>
              <w:top w:w="20" w:type="dxa"/>
              <w:left w:w="50" w:type="dxa"/>
              <w:bottom w:w="20" w:type="dxa"/>
              <w:right w:w="50" w:type="dxa"/>
            </w:tcMar>
          </w:tcPr>
          <w:p w14:paraId="2A8A5BA8" w14:textId="77777777" w:rsidR="00292F36" w:rsidRDefault="00000000">
            <w:r>
              <w:rPr>
                <w:sz w:val="12"/>
              </w:rPr>
              <w:t>isla_san_martin_deep</w:t>
            </w:r>
          </w:p>
        </w:tc>
        <w:tc>
          <w:tcPr>
            <w:tcW w:w="564" w:type="dxa"/>
            <w:tcMar>
              <w:top w:w="20" w:type="dxa"/>
              <w:left w:w="50" w:type="dxa"/>
              <w:bottom w:w="20" w:type="dxa"/>
              <w:right w:w="50" w:type="dxa"/>
            </w:tcMar>
          </w:tcPr>
          <w:p w14:paraId="18EB0BD5" w14:textId="77777777" w:rsidR="00292F36" w:rsidRDefault="00000000">
            <w:r>
              <w:rPr>
                <w:sz w:val="12"/>
              </w:rPr>
              <w:t>11</w:t>
            </w:r>
          </w:p>
        </w:tc>
        <w:tc>
          <w:tcPr>
            <w:tcW w:w="564" w:type="dxa"/>
            <w:tcMar>
              <w:top w:w="20" w:type="dxa"/>
              <w:left w:w="50" w:type="dxa"/>
              <w:bottom w:w="20" w:type="dxa"/>
              <w:right w:w="50" w:type="dxa"/>
            </w:tcMar>
          </w:tcPr>
          <w:p w14:paraId="0C31AF04" w14:textId="77777777" w:rsidR="00292F36" w:rsidRDefault="00000000">
            <w:r>
              <w:rPr>
                <w:sz w:val="12"/>
              </w:rPr>
              <w:t>20.75</w:t>
            </w:r>
          </w:p>
        </w:tc>
        <w:tc>
          <w:tcPr>
            <w:tcW w:w="564" w:type="dxa"/>
            <w:tcMar>
              <w:top w:w="20" w:type="dxa"/>
              <w:left w:w="50" w:type="dxa"/>
              <w:bottom w:w="20" w:type="dxa"/>
              <w:right w:w="50" w:type="dxa"/>
            </w:tcMar>
          </w:tcPr>
          <w:p w14:paraId="6913EE9D" w14:textId="77777777" w:rsidR="00292F36" w:rsidRDefault="00000000">
            <w:r>
              <w:rPr>
                <w:sz w:val="12"/>
              </w:rPr>
              <w:t>0.43398941</w:t>
            </w:r>
          </w:p>
        </w:tc>
        <w:tc>
          <w:tcPr>
            <w:tcW w:w="564" w:type="dxa"/>
            <w:tcMar>
              <w:top w:w="20" w:type="dxa"/>
              <w:left w:w="50" w:type="dxa"/>
              <w:bottom w:w="20" w:type="dxa"/>
              <w:right w:w="50" w:type="dxa"/>
            </w:tcMar>
          </w:tcPr>
          <w:p w14:paraId="3CB5E5C9" w14:textId="77777777" w:rsidR="00292F36" w:rsidRDefault="00000000">
            <w:r>
              <w:rPr>
                <w:sz w:val="12"/>
              </w:rPr>
              <w:t>0.63125</w:t>
            </w:r>
          </w:p>
        </w:tc>
        <w:tc>
          <w:tcPr>
            <w:tcW w:w="564" w:type="dxa"/>
            <w:tcMar>
              <w:top w:w="20" w:type="dxa"/>
              <w:left w:w="50" w:type="dxa"/>
              <w:bottom w:w="20" w:type="dxa"/>
              <w:right w:w="50" w:type="dxa"/>
            </w:tcMar>
          </w:tcPr>
          <w:p w14:paraId="293D2750" w14:textId="77777777" w:rsidR="00292F36" w:rsidRDefault="00000000">
            <w:r>
              <w:rPr>
                <w:sz w:val="12"/>
              </w:rPr>
              <w:t>0.209375</w:t>
            </w:r>
          </w:p>
        </w:tc>
        <w:tc>
          <w:tcPr>
            <w:tcW w:w="564" w:type="dxa"/>
            <w:tcMar>
              <w:top w:w="20" w:type="dxa"/>
              <w:left w:w="50" w:type="dxa"/>
              <w:bottom w:w="20" w:type="dxa"/>
              <w:right w:w="50" w:type="dxa"/>
            </w:tcMar>
          </w:tcPr>
          <w:p w14:paraId="2A19F2FE" w14:textId="77777777" w:rsidR="00292F36" w:rsidRDefault="00000000">
            <w:r>
              <w:rPr>
                <w:sz w:val="12"/>
              </w:rPr>
              <w:t>0.0375</w:t>
            </w:r>
          </w:p>
        </w:tc>
        <w:tc>
          <w:tcPr>
            <w:tcW w:w="564" w:type="dxa"/>
            <w:tcMar>
              <w:top w:w="20" w:type="dxa"/>
              <w:left w:w="50" w:type="dxa"/>
              <w:bottom w:w="20" w:type="dxa"/>
              <w:right w:w="50" w:type="dxa"/>
            </w:tcMar>
          </w:tcPr>
          <w:p w14:paraId="408BC653" w14:textId="77777777" w:rsidR="00292F36" w:rsidRDefault="00000000">
            <w:r>
              <w:rPr>
                <w:sz w:val="12"/>
              </w:rPr>
              <w:t>0.115625</w:t>
            </w:r>
          </w:p>
        </w:tc>
        <w:tc>
          <w:tcPr>
            <w:tcW w:w="564" w:type="dxa"/>
            <w:tcMar>
              <w:top w:w="20" w:type="dxa"/>
              <w:left w:w="50" w:type="dxa"/>
              <w:bottom w:w="20" w:type="dxa"/>
              <w:right w:w="50" w:type="dxa"/>
            </w:tcMar>
          </w:tcPr>
          <w:p w14:paraId="4D444601" w14:textId="77777777" w:rsidR="00292F36" w:rsidRDefault="00000000">
            <w:r>
              <w:rPr>
                <w:sz w:val="12"/>
              </w:rPr>
              <w:t>0</w:t>
            </w:r>
          </w:p>
        </w:tc>
        <w:tc>
          <w:tcPr>
            <w:tcW w:w="564" w:type="dxa"/>
            <w:tcMar>
              <w:top w:w="20" w:type="dxa"/>
              <w:left w:w="50" w:type="dxa"/>
              <w:bottom w:w="20" w:type="dxa"/>
              <w:right w:w="50" w:type="dxa"/>
            </w:tcMar>
          </w:tcPr>
          <w:p w14:paraId="4F3E64C3" w14:textId="77777777" w:rsidR="00292F36" w:rsidRDefault="00000000">
            <w:r>
              <w:rPr>
                <w:sz w:val="12"/>
              </w:rPr>
              <w:t>0</w:t>
            </w:r>
          </w:p>
        </w:tc>
        <w:tc>
          <w:tcPr>
            <w:tcW w:w="564" w:type="dxa"/>
            <w:tcMar>
              <w:top w:w="20" w:type="dxa"/>
              <w:left w:w="50" w:type="dxa"/>
              <w:bottom w:w="20" w:type="dxa"/>
              <w:right w:w="50" w:type="dxa"/>
            </w:tcMar>
          </w:tcPr>
          <w:p w14:paraId="27AC62DC" w14:textId="77777777" w:rsidR="00292F36" w:rsidRDefault="00000000">
            <w:r>
              <w:rPr>
                <w:sz w:val="12"/>
              </w:rPr>
              <w:t>0.00625</w:t>
            </w:r>
          </w:p>
        </w:tc>
        <w:tc>
          <w:tcPr>
            <w:tcW w:w="564" w:type="dxa"/>
            <w:tcMar>
              <w:top w:w="20" w:type="dxa"/>
              <w:left w:w="50" w:type="dxa"/>
              <w:bottom w:w="20" w:type="dxa"/>
              <w:right w:w="50" w:type="dxa"/>
            </w:tcMar>
          </w:tcPr>
          <w:p w14:paraId="1B59597B" w14:textId="77777777" w:rsidR="00292F36" w:rsidRDefault="00000000">
            <w:r>
              <w:rPr>
                <w:sz w:val="12"/>
              </w:rPr>
              <w:t>0</w:t>
            </w:r>
          </w:p>
        </w:tc>
        <w:tc>
          <w:tcPr>
            <w:tcW w:w="564" w:type="dxa"/>
            <w:tcMar>
              <w:top w:w="20" w:type="dxa"/>
              <w:left w:w="50" w:type="dxa"/>
              <w:bottom w:w="20" w:type="dxa"/>
              <w:right w:w="50" w:type="dxa"/>
            </w:tcMar>
          </w:tcPr>
          <w:p w14:paraId="4DCA8911" w14:textId="77777777" w:rsidR="00292F36" w:rsidRDefault="00000000">
            <w:r>
              <w:rPr>
                <w:sz w:val="12"/>
              </w:rPr>
              <w:t>0</w:t>
            </w:r>
          </w:p>
        </w:tc>
        <w:tc>
          <w:tcPr>
            <w:tcW w:w="564" w:type="dxa"/>
            <w:tcMar>
              <w:top w:w="20" w:type="dxa"/>
              <w:left w:w="50" w:type="dxa"/>
              <w:bottom w:w="20" w:type="dxa"/>
              <w:right w:w="50" w:type="dxa"/>
            </w:tcMar>
          </w:tcPr>
          <w:p w14:paraId="6DF932A8" w14:textId="77777777" w:rsidR="00292F36" w:rsidRDefault="00000000">
            <w:r>
              <w:rPr>
                <w:sz w:val="12"/>
              </w:rPr>
              <w:t>0.41666667</w:t>
            </w:r>
          </w:p>
        </w:tc>
        <w:tc>
          <w:tcPr>
            <w:tcW w:w="564" w:type="dxa"/>
            <w:tcMar>
              <w:top w:w="20" w:type="dxa"/>
              <w:left w:w="50" w:type="dxa"/>
              <w:bottom w:w="20" w:type="dxa"/>
              <w:right w:w="50" w:type="dxa"/>
            </w:tcMar>
          </w:tcPr>
          <w:p w14:paraId="0C193CF0" w14:textId="77777777" w:rsidR="00292F36" w:rsidRDefault="00000000">
            <w:r>
              <w:rPr>
                <w:sz w:val="12"/>
              </w:rPr>
              <w:t>0.04166667</w:t>
            </w:r>
          </w:p>
        </w:tc>
        <w:tc>
          <w:tcPr>
            <w:tcW w:w="564" w:type="dxa"/>
            <w:tcMar>
              <w:top w:w="20" w:type="dxa"/>
              <w:left w:w="50" w:type="dxa"/>
              <w:bottom w:w="20" w:type="dxa"/>
              <w:right w:w="50" w:type="dxa"/>
            </w:tcMar>
          </w:tcPr>
          <w:p w14:paraId="3F4377DD" w14:textId="77777777" w:rsidR="00292F36" w:rsidRDefault="00000000">
            <w:r>
              <w:rPr>
                <w:sz w:val="12"/>
              </w:rPr>
              <w:t>0</w:t>
            </w:r>
          </w:p>
        </w:tc>
        <w:tc>
          <w:tcPr>
            <w:tcW w:w="564" w:type="dxa"/>
            <w:tcMar>
              <w:top w:w="20" w:type="dxa"/>
              <w:left w:w="50" w:type="dxa"/>
              <w:bottom w:w="20" w:type="dxa"/>
              <w:right w:w="50" w:type="dxa"/>
            </w:tcMar>
          </w:tcPr>
          <w:p w14:paraId="1A5A275D" w14:textId="77777777" w:rsidR="00292F36" w:rsidRDefault="00000000">
            <w:r>
              <w:rPr>
                <w:sz w:val="12"/>
              </w:rPr>
              <w:t>0.04166667</w:t>
            </w:r>
          </w:p>
        </w:tc>
        <w:tc>
          <w:tcPr>
            <w:tcW w:w="564" w:type="dxa"/>
            <w:tcMar>
              <w:top w:w="20" w:type="dxa"/>
              <w:left w:w="50" w:type="dxa"/>
              <w:bottom w:w="20" w:type="dxa"/>
              <w:right w:w="50" w:type="dxa"/>
            </w:tcMar>
          </w:tcPr>
          <w:p w14:paraId="0FA4D89B" w14:textId="77777777" w:rsidR="00292F36" w:rsidRDefault="00000000">
            <w:r>
              <w:rPr>
                <w:sz w:val="12"/>
              </w:rPr>
              <w:t>0.5</w:t>
            </w:r>
          </w:p>
        </w:tc>
      </w:tr>
      <w:tr w:rsidR="00292F36" w14:paraId="4CCD19D9" w14:textId="77777777">
        <w:tc>
          <w:tcPr>
            <w:tcW w:w="564" w:type="dxa"/>
            <w:tcMar>
              <w:top w:w="20" w:type="dxa"/>
              <w:left w:w="50" w:type="dxa"/>
              <w:bottom w:w="20" w:type="dxa"/>
              <w:right w:w="50" w:type="dxa"/>
            </w:tcMar>
          </w:tcPr>
          <w:p w14:paraId="6F740B63" w14:textId="77777777" w:rsidR="00292F36" w:rsidRDefault="00000000">
            <w:r>
              <w:rPr>
                <w:sz w:val="12"/>
              </w:rPr>
              <w:t>2020_isla_san_martin_isla_san_martin_mid_1</w:t>
            </w:r>
          </w:p>
        </w:tc>
        <w:tc>
          <w:tcPr>
            <w:tcW w:w="564" w:type="dxa"/>
            <w:tcMar>
              <w:top w:w="20" w:type="dxa"/>
              <w:left w:w="50" w:type="dxa"/>
              <w:bottom w:w="20" w:type="dxa"/>
              <w:right w:w="50" w:type="dxa"/>
            </w:tcMar>
          </w:tcPr>
          <w:p w14:paraId="51E5D6E4" w14:textId="77777777" w:rsidR="00292F36" w:rsidRDefault="00000000">
            <w:r>
              <w:rPr>
                <w:sz w:val="12"/>
              </w:rPr>
              <w:t>-0.2653592</w:t>
            </w:r>
          </w:p>
        </w:tc>
        <w:tc>
          <w:tcPr>
            <w:tcW w:w="564" w:type="dxa"/>
            <w:tcMar>
              <w:top w:w="20" w:type="dxa"/>
              <w:left w:w="50" w:type="dxa"/>
              <w:bottom w:w="20" w:type="dxa"/>
              <w:right w:w="50" w:type="dxa"/>
            </w:tcMar>
          </w:tcPr>
          <w:p w14:paraId="7971C151" w14:textId="77777777" w:rsidR="00292F36" w:rsidRDefault="00000000">
            <w:r>
              <w:rPr>
                <w:sz w:val="12"/>
              </w:rPr>
              <w:t>0.29108453</w:t>
            </w:r>
          </w:p>
        </w:tc>
        <w:tc>
          <w:tcPr>
            <w:tcW w:w="564" w:type="dxa"/>
            <w:tcMar>
              <w:top w:w="20" w:type="dxa"/>
              <w:left w:w="50" w:type="dxa"/>
              <w:bottom w:w="20" w:type="dxa"/>
              <w:right w:w="50" w:type="dxa"/>
            </w:tcMar>
          </w:tcPr>
          <w:p w14:paraId="1C122E20" w14:textId="77777777" w:rsidR="00292F36" w:rsidRDefault="00000000">
            <w:r>
              <w:rPr>
                <w:sz w:val="12"/>
              </w:rPr>
              <w:t>2020</w:t>
            </w:r>
          </w:p>
        </w:tc>
        <w:tc>
          <w:tcPr>
            <w:tcW w:w="564" w:type="dxa"/>
            <w:tcMar>
              <w:top w:w="20" w:type="dxa"/>
              <w:left w:w="50" w:type="dxa"/>
              <w:bottom w:w="20" w:type="dxa"/>
              <w:right w:w="50" w:type="dxa"/>
            </w:tcMar>
          </w:tcPr>
          <w:p w14:paraId="0080321C" w14:textId="77777777" w:rsidR="00292F36" w:rsidRDefault="00000000">
            <w:r>
              <w:rPr>
                <w:sz w:val="12"/>
              </w:rPr>
              <w:t>san_quintin</w:t>
            </w:r>
          </w:p>
        </w:tc>
        <w:tc>
          <w:tcPr>
            <w:tcW w:w="564" w:type="dxa"/>
            <w:tcMar>
              <w:top w:w="20" w:type="dxa"/>
              <w:left w:w="50" w:type="dxa"/>
              <w:bottom w:w="20" w:type="dxa"/>
              <w:right w:w="50" w:type="dxa"/>
            </w:tcMar>
          </w:tcPr>
          <w:p w14:paraId="510EFD4A" w14:textId="77777777" w:rsidR="00292F36" w:rsidRDefault="00000000">
            <w:r>
              <w:rPr>
                <w:sz w:val="12"/>
              </w:rPr>
              <w:t>Middle</w:t>
            </w:r>
          </w:p>
        </w:tc>
        <w:tc>
          <w:tcPr>
            <w:tcW w:w="564" w:type="dxa"/>
            <w:tcMar>
              <w:top w:w="20" w:type="dxa"/>
              <w:left w:w="50" w:type="dxa"/>
              <w:bottom w:w="20" w:type="dxa"/>
              <w:right w:w="50" w:type="dxa"/>
            </w:tcMar>
          </w:tcPr>
          <w:p w14:paraId="4717E4AA" w14:textId="77777777" w:rsidR="00292F36" w:rsidRDefault="00000000">
            <w:r>
              <w:rPr>
                <w:sz w:val="12"/>
              </w:rPr>
              <w:t>isla_san_martin</w:t>
            </w:r>
          </w:p>
        </w:tc>
        <w:tc>
          <w:tcPr>
            <w:tcW w:w="564" w:type="dxa"/>
            <w:tcMar>
              <w:top w:w="20" w:type="dxa"/>
              <w:left w:w="50" w:type="dxa"/>
              <w:bottom w:w="20" w:type="dxa"/>
              <w:right w:w="50" w:type="dxa"/>
            </w:tcMar>
          </w:tcPr>
          <w:p w14:paraId="7AAC1875" w14:textId="77777777" w:rsidR="00292F36" w:rsidRDefault="00000000">
            <w:r>
              <w:rPr>
                <w:sz w:val="12"/>
              </w:rPr>
              <w:t>isla_san_martin_mid</w:t>
            </w:r>
          </w:p>
        </w:tc>
        <w:tc>
          <w:tcPr>
            <w:tcW w:w="564" w:type="dxa"/>
            <w:tcMar>
              <w:top w:w="20" w:type="dxa"/>
              <w:left w:w="50" w:type="dxa"/>
              <w:bottom w:w="20" w:type="dxa"/>
              <w:right w:w="50" w:type="dxa"/>
            </w:tcMar>
          </w:tcPr>
          <w:p w14:paraId="37334461" w14:textId="77777777" w:rsidR="00292F36" w:rsidRDefault="00000000">
            <w:r>
              <w:rPr>
                <w:sz w:val="12"/>
              </w:rPr>
              <w:t>10</w:t>
            </w:r>
          </w:p>
        </w:tc>
        <w:tc>
          <w:tcPr>
            <w:tcW w:w="564" w:type="dxa"/>
            <w:tcMar>
              <w:top w:w="20" w:type="dxa"/>
              <w:left w:w="50" w:type="dxa"/>
              <w:bottom w:w="20" w:type="dxa"/>
              <w:right w:w="50" w:type="dxa"/>
            </w:tcMar>
          </w:tcPr>
          <w:p w14:paraId="44D30B17" w14:textId="77777777" w:rsidR="00292F36" w:rsidRDefault="00000000">
            <w:r>
              <w:rPr>
                <w:sz w:val="12"/>
              </w:rPr>
              <w:t>20.75</w:t>
            </w:r>
          </w:p>
        </w:tc>
        <w:tc>
          <w:tcPr>
            <w:tcW w:w="564" w:type="dxa"/>
            <w:tcMar>
              <w:top w:w="20" w:type="dxa"/>
              <w:left w:w="50" w:type="dxa"/>
              <w:bottom w:w="20" w:type="dxa"/>
              <w:right w:w="50" w:type="dxa"/>
            </w:tcMar>
          </w:tcPr>
          <w:p w14:paraId="6F5D40A1" w14:textId="77777777" w:rsidR="00292F36" w:rsidRDefault="00000000">
            <w:r>
              <w:rPr>
                <w:sz w:val="12"/>
              </w:rPr>
              <w:t>0.43398941</w:t>
            </w:r>
          </w:p>
        </w:tc>
        <w:tc>
          <w:tcPr>
            <w:tcW w:w="564" w:type="dxa"/>
            <w:tcMar>
              <w:top w:w="20" w:type="dxa"/>
              <w:left w:w="50" w:type="dxa"/>
              <w:bottom w:w="20" w:type="dxa"/>
              <w:right w:w="50" w:type="dxa"/>
            </w:tcMar>
          </w:tcPr>
          <w:p w14:paraId="67854112" w14:textId="77777777" w:rsidR="00292F36" w:rsidRDefault="00000000">
            <w:r>
              <w:rPr>
                <w:sz w:val="12"/>
              </w:rPr>
              <w:t>0.575</w:t>
            </w:r>
          </w:p>
        </w:tc>
        <w:tc>
          <w:tcPr>
            <w:tcW w:w="564" w:type="dxa"/>
            <w:tcMar>
              <w:top w:w="20" w:type="dxa"/>
              <w:left w:w="50" w:type="dxa"/>
              <w:bottom w:w="20" w:type="dxa"/>
              <w:right w:w="50" w:type="dxa"/>
            </w:tcMar>
          </w:tcPr>
          <w:p w14:paraId="7E1E2E9F" w14:textId="77777777" w:rsidR="00292F36" w:rsidRDefault="00000000">
            <w:r>
              <w:rPr>
                <w:sz w:val="12"/>
              </w:rPr>
              <w:t>0.4</w:t>
            </w:r>
          </w:p>
        </w:tc>
        <w:tc>
          <w:tcPr>
            <w:tcW w:w="564" w:type="dxa"/>
            <w:tcMar>
              <w:top w:w="20" w:type="dxa"/>
              <w:left w:w="50" w:type="dxa"/>
              <w:bottom w:w="20" w:type="dxa"/>
              <w:right w:w="50" w:type="dxa"/>
            </w:tcMar>
          </w:tcPr>
          <w:p w14:paraId="66EF76DB" w14:textId="77777777" w:rsidR="00292F36" w:rsidRDefault="00000000">
            <w:r>
              <w:rPr>
                <w:sz w:val="12"/>
              </w:rPr>
              <w:t>0.01111111</w:t>
            </w:r>
          </w:p>
        </w:tc>
        <w:tc>
          <w:tcPr>
            <w:tcW w:w="564" w:type="dxa"/>
            <w:tcMar>
              <w:top w:w="20" w:type="dxa"/>
              <w:left w:w="50" w:type="dxa"/>
              <w:bottom w:w="20" w:type="dxa"/>
              <w:right w:w="50" w:type="dxa"/>
            </w:tcMar>
          </w:tcPr>
          <w:p w14:paraId="0BAF9B62" w14:textId="77777777" w:rsidR="00292F36" w:rsidRDefault="00000000">
            <w:r>
              <w:rPr>
                <w:sz w:val="12"/>
              </w:rPr>
              <w:t>0.01388889</w:t>
            </w:r>
          </w:p>
        </w:tc>
        <w:tc>
          <w:tcPr>
            <w:tcW w:w="564" w:type="dxa"/>
            <w:tcMar>
              <w:top w:w="20" w:type="dxa"/>
              <w:left w:w="50" w:type="dxa"/>
              <w:bottom w:w="20" w:type="dxa"/>
              <w:right w:w="50" w:type="dxa"/>
            </w:tcMar>
          </w:tcPr>
          <w:p w14:paraId="6AE8C0B0" w14:textId="77777777" w:rsidR="00292F36" w:rsidRDefault="00000000">
            <w:r>
              <w:rPr>
                <w:sz w:val="12"/>
              </w:rPr>
              <w:t>0</w:t>
            </w:r>
          </w:p>
        </w:tc>
        <w:tc>
          <w:tcPr>
            <w:tcW w:w="564" w:type="dxa"/>
            <w:tcMar>
              <w:top w:w="20" w:type="dxa"/>
              <w:left w:w="50" w:type="dxa"/>
              <w:bottom w:w="20" w:type="dxa"/>
              <w:right w:w="50" w:type="dxa"/>
            </w:tcMar>
          </w:tcPr>
          <w:p w14:paraId="7E3501B7" w14:textId="77777777" w:rsidR="00292F36" w:rsidRDefault="00000000">
            <w:r>
              <w:rPr>
                <w:sz w:val="12"/>
              </w:rPr>
              <w:t>0</w:t>
            </w:r>
          </w:p>
        </w:tc>
        <w:tc>
          <w:tcPr>
            <w:tcW w:w="564" w:type="dxa"/>
            <w:tcMar>
              <w:top w:w="20" w:type="dxa"/>
              <w:left w:w="50" w:type="dxa"/>
              <w:bottom w:w="20" w:type="dxa"/>
              <w:right w:w="50" w:type="dxa"/>
            </w:tcMar>
          </w:tcPr>
          <w:p w14:paraId="528FCB55" w14:textId="77777777" w:rsidR="00292F36" w:rsidRDefault="00000000">
            <w:r>
              <w:rPr>
                <w:sz w:val="12"/>
              </w:rPr>
              <w:t>0</w:t>
            </w:r>
          </w:p>
        </w:tc>
        <w:tc>
          <w:tcPr>
            <w:tcW w:w="564" w:type="dxa"/>
            <w:tcMar>
              <w:top w:w="20" w:type="dxa"/>
              <w:left w:w="50" w:type="dxa"/>
              <w:bottom w:w="20" w:type="dxa"/>
              <w:right w:w="50" w:type="dxa"/>
            </w:tcMar>
          </w:tcPr>
          <w:p w14:paraId="71784D79" w14:textId="77777777" w:rsidR="00292F36" w:rsidRDefault="00000000">
            <w:r>
              <w:rPr>
                <w:sz w:val="12"/>
              </w:rPr>
              <w:t>0</w:t>
            </w:r>
          </w:p>
        </w:tc>
        <w:tc>
          <w:tcPr>
            <w:tcW w:w="564" w:type="dxa"/>
            <w:tcMar>
              <w:top w:w="20" w:type="dxa"/>
              <w:left w:w="50" w:type="dxa"/>
              <w:bottom w:w="20" w:type="dxa"/>
              <w:right w:w="50" w:type="dxa"/>
            </w:tcMar>
          </w:tcPr>
          <w:p w14:paraId="2F4113BE" w14:textId="77777777" w:rsidR="00292F36" w:rsidRDefault="00000000">
            <w:r>
              <w:rPr>
                <w:sz w:val="12"/>
              </w:rPr>
              <w:t>0</w:t>
            </w:r>
          </w:p>
        </w:tc>
        <w:tc>
          <w:tcPr>
            <w:tcW w:w="564" w:type="dxa"/>
            <w:tcMar>
              <w:top w:w="20" w:type="dxa"/>
              <w:left w:w="50" w:type="dxa"/>
              <w:bottom w:w="20" w:type="dxa"/>
              <w:right w:w="50" w:type="dxa"/>
            </w:tcMar>
          </w:tcPr>
          <w:p w14:paraId="6E9F325E" w14:textId="77777777" w:rsidR="00292F36" w:rsidRDefault="00000000">
            <w:r>
              <w:rPr>
                <w:sz w:val="12"/>
              </w:rPr>
              <w:t>0.22580645</w:t>
            </w:r>
          </w:p>
        </w:tc>
        <w:tc>
          <w:tcPr>
            <w:tcW w:w="564" w:type="dxa"/>
            <w:tcMar>
              <w:top w:w="20" w:type="dxa"/>
              <w:left w:w="50" w:type="dxa"/>
              <w:bottom w:w="20" w:type="dxa"/>
              <w:right w:w="50" w:type="dxa"/>
            </w:tcMar>
          </w:tcPr>
          <w:p w14:paraId="6C5C31E3" w14:textId="77777777" w:rsidR="00292F36" w:rsidRDefault="00000000">
            <w:r>
              <w:rPr>
                <w:sz w:val="12"/>
              </w:rPr>
              <w:t>0.09677419</w:t>
            </w:r>
          </w:p>
        </w:tc>
        <w:tc>
          <w:tcPr>
            <w:tcW w:w="564" w:type="dxa"/>
            <w:tcMar>
              <w:top w:w="20" w:type="dxa"/>
              <w:left w:w="50" w:type="dxa"/>
              <w:bottom w:w="20" w:type="dxa"/>
              <w:right w:w="50" w:type="dxa"/>
            </w:tcMar>
          </w:tcPr>
          <w:p w14:paraId="27F2C754" w14:textId="77777777" w:rsidR="00292F36" w:rsidRDefault="00000000">
            <w:r>
              <w:rPr>
                <w:sz w:val="12"/>
              </w:rPr>
              <w:t>0</w:t>
            </w:r>
          </w:p>
        </w:tc>
        <w:tc>
          <w:tcPr>
            <w:tcW w:w="564" w:type="dxa"/>
            <w:tcMar>
              <w:top w:w="20" w:type="dxa"/>
              <w:left w:w="50" w:type="dxa"/>
              <w:bottom w:w="20" w:type="dxa"/>
              <w:right w:w="50" w:type="dxa"/>
            </w:tcMar>
          </w:tcPr>
          <w:p w14:paraId="27D5B0B7" w14:textId="77777777" w:rsidR="00292F36" w:rsidRDefault="00000000">
            <w:r>
              <w:rPr>
                <w:sz w:val="12"/>
              </w:rPr>
              <w:t>0</w:t>
            </w:r>
          </w:p>
        </w:tc>
        <w:tc>
          <w:tcPr>
            <w:tcW w:w="564" w:type="dxa"/>
            <w:tcMar>
              <w:top w:w="20" w:type="dxa"/>
              <w:left w:w="50" w:type="dxa"/>
              <w:bottom w:w="20" w:type="dxa"/>
              <w:right w:w="50" w:type="dxa"/>
            </w:tcMar>
          </w:tcPr>
          <w:p w14:paraId="4BE93618" w14:textId="77777777" w:rsidR="00292F36" w:rsidRDefault="00000000">
            <w:r>
              <w:rPr>
                <w:sz w:val="12"/>
              </w:rPr>
              <w:t>0.67741935</w:t>
            </w:r>
          </w:p>
        </w:tc>
      </w:tr>
      <w:tr w:rsidR="00292F36" w14:paraId="05E06DE3" w14:textId="77777777">
        <w:tc>
          <w:tcPr>
            <w:tcW w:w="564" w:type="dxa"/>
            <w:tcMar>
              <w:top w:w="20" w:type="dxa"/>
              <w:left w:w="50" w:type="dxa"/>
              <w:bottom w:w="20" w:type="dxa"/>
              <w:right w:w="50" w:type="dxa"/>
            </w:tcMar>
          </w:tcPr>
          <w:p w14:paraId="73657F95" w14:textId="77777777" w:rsidR="00292F36" w:rsidRDefault="00000000">
            <w:r>
              <w:rPr>
                <w:sz w:val="12"/>
              </w:rPr>
              <w:t>2020_isla_san_martin_isla_san_martin_mid_2</w:t>
            </w:r>
          </w:p>
        </w:tc>
        <w:tc>
          <w:tcPr>
            <w:tcW w:w="564" w:type="dxa"/>
            <w:tcMar>
              <w:top w:w="20" w:type="dxa"/>
              <w:left w:w="50" w:type="dxa"/>
              <w:bottom w:w="20" w:type="dxa"/>
              <w:right w:w="50" w:type="dxa"/>
            </w:tcMar>
          </w:tcPr>
          <w:p w14:paraId="17DC6A99" w14:textId="77777777" w:rsidR="00292F36" w:rsidRDefault="00000000">
            <w:r>
              <w:rPr>
                <w:sz w:val="12"/>
              </w:rPr>
              <w:t>-0.5340422</w:t>
            </w:r>
          </w:p>
        </w:tc>
        <w:tc>
          <w:tcPr>
            <w:tcW w:w="564" w:type="dxa"/>
            <w:tcMar>
              <w:top w:w="20" w:type="dxa"/>
              <w:left w:w="50" w:type="dxa"/>
              <w:bottom w:w="20" w:type="dxa"/>
              <w:right w:w="50" w:type="dxa"/>
            </w:tcMar>
          </w:tcPr>
          <w:p w14:paraId="7DF21F9C" w14:textId="77777777" w:rsidR="00292F36" w:rsidRDefault="00000000">
            <w:r>
              <w:rPr>
                <w:sz w:val="12"/>
              </w:rPr>
              <w:t>0.14942147</w:t>
            </w:r>
          </w:p>
        </w:tc>
        <w:tc>
          <w:tcPr>
            <w:tcW w:w="564" w:type="dxa"/>
            <w:tcMar>
              <w:top w:w="20" w:type="dxa"/>
              <w:left w:w="50" w:type="dxa"/>
              <w:bottom w:w="20" w:type="dxa"/>
              <w:right w:w="50" w:type="dxa"/>
            </w:tcMar>
          </w:tcPr>
          <w:p w14:paraId="4CB38E12" w14:textId="77777777" w:rsidR="00292F36" w:rsidRDefault="00000000">
            <w:r>
              <w:rPr>
                <w:sz w:val="12"/>
              </w:rPr>
              <w:t>2020</w:t>
            </w:r>
          </w:p>
        </w:tc>
        <w:tc>
          <w:tcPr>
            <w:tcW w:w="564" w:type="dxa"/>
            <w:tcMar>
              <w:top w:w="20" w:type="dxa"/>
              <w:left w:w="50" w:type="dxa"/>
              <w:bottom w:w="20" w:type="dxa"/>
              <w:right w:w="50" w:type="dxa"/>
            </w:tcMar>
          </w:tcPr>
          <w:p w14:paraId="1F5E1FAF" w14:textId="77777777" w:rsidR="00292F36" w:rsidRDefault="00000000">
            <w:r>
              <w:rPr>
                <w:sz w:val="12"/>
              </w:rPr>
              <w:t>san_quintin</w:t>
            </w:r>
          </w:p>
        </w:tc>
        <w:tc>
          <w:tcPr>
            <w:tcW w:w="564" w:type="dxa"/>
            <w:tcMar>
              <w:top w:w="20" w:type="dxa"/>
              <w:left w:w="50" w:type="dxa"/>
              <w:bottom w:w="20" w:type="dxa"/>
              <w:right w:w="50" w:type="dxa"/>
            </w:tcMar>
          </w:tcPr>
          <w:p w14:paraId="78F23990" w14:textId="77777777" w:rsidR="00292F36" w:rsidRDefault="00000000">
            <w:r>
              <w:rPr>
                <w:sz w:val="12"/>
              </w:rPr>
              <w:t>Middle</w:t>
            </w:r>
          </w:p>
        </w:tc>
        <w:tc>
          <w:tcPr>
            <w:tcW w:w="564" w:type="dxa"/>
            <w:tcMar>
              <w:top w:w="20" w:type="dxa"/>
              <w:left w:w="50" w:type="dxa"/>
              <w:bottom w:w="20" w:type="dxa"/>
              <w:right w:w="50" w:type="dxa"/>
            </w:tcMar>
          </w:tcPr>
          <w:p w14:paraId="7F9743F7" w14:textId="77777777" w:rsidR="00292F36" w:rsidRDefault="00000000">
            <w:r>
              <w:rPr>
                <w:sz w:val="12"/>
              </w:rPr>
              <w:t>isla_san_martin</w:t>
            </w:r>
          </w:p>
        </w:tc>
        <w:tc>
          <w:tcPr>
            <w:tcW w:w="564" w:type="dxa"/>
            <w:tcMar>
              <w:top w:w="20" w:type="dxa"/>
              <w:left w:w="50" w:type="dxa"/>
              <w:bottom w:w="20" w:type="dxa"/>
              <w:right w:w="50" w:type="dxa"/>
            </w:tcMar>
          </w:tcPr>
          <w:p w14:paraId="69176845" w14:textId="77777777" w:rsidR="00292F36" w:rsidRDefault="00000000">
            <w:r>
              <w:rPr>
                <w:sz w:val="12"/>
              </w:rPr>
              <w:t>isla_san_martin_mid</w:t>
            </w:r>
          </w:p>
        </w:tc>
        <w:tc>
          <w:tcPr>
            <w:tcW w:w="564" w:type="dxa"/>
            <w:tcMar>
              <w:top w:w="20" w:type="dxa"/>
              <w:left w:w="50" w:type="dxa"/>
              <w:bottom w:w="20" w:type="dxa"/>
              <w:right w:w="50" w:type="dxa"/>
            </w:tcMar>
          </w:tcPr>
          <w:p w14:paraId="4207FD8D" w14:textId="77777777" w:rsidR="00292F36" w:rsidRDefault="00000000">
            <w:r>
              <w:rPr>
                <w:sz w:val="12"/>
              </w:rPr>
              <w:t>10</w:t>
            </w:r>
          </w:p>
        </w:tc>
        <w:tc>
          <w:tcPr>
            <w:tcW w:w="564" w:type="dxa"/>
            <w:tcMar>
              <w:top w:w="20" w:type="dxa"/>
              <w:left w:w="50" w:type="dxa"/>
              <w:bottom w:w="20" w:type="dxa"/>
              <w:right w:w="50" w:type="dxa"/>
            </w:tcMar>
          </w:tcPr>
          <w:p w14:paraId="4796E5EF" w14:textId="77777777" w:rsidR="00292F36" w:rsidRDefault="00000000">
            <w:r>
              <w:rPr>
                <w:sz w:val="12"/>
              </w:rPr>
              <w:t>20.75</w:t>
            </w:r>
          </w:p>
        </w:tc>
        <w:tc>
          <w:tcPr>
            <w:tcW w:w="564" w:type="dxa"/>
            <w:tcMar>
              <w:top w:w="20" w:type="dxa"/>
              <w:left w:w="50" w:type="dxa"/>
              <w:bottom w:w="20" w:type="dxa"/>
              <w:right w:w="50" w:type="dxa"/>
            </w:tcMar>
          </w:tcPr>
          <w:p w14:paraId="02FFE841" w14:textId="77777777" w:rsidR="00292F36" w:rsidRDefault="00000000">
            <w:r>
              <w:rPr>
                <w:sz w:val="12"/>
              </w:rPr>
              <w:t>0.43398941</w:t>
            </w:r>
          </w:p>
        </w:tc>
        <w:tc>
          <w:tcPr>
            <w:tcW w:w="564" w:type="dxa"/>
            <w:tcMar>
              <w:top w:w="20" w:type="dxa"/>
              <w:left w:w="50" w:type="dxa"/>
              <w:bottom w:w="20" w:type="dxa"/>
              <w:right w:w="50" w:type="dxa"/>
            </w:tcMar>
          </w:tcPr>
          <w:p w14:paraId="2E7DC4B4" w14:textId="77777777" w:rsidR="00292F36" w:rsidRDefault="00000000">
            <w:r>
              <w:rPr>
                <w:sz w:val="12"/>
              </w:rPr>
              <w:t>0.86477462</w:t>
            </w:r>
          </w:p>
        </w:tc>
        <w:tc>
          <w:tcPr>
            <w:tcW w:w="564" w:type="dxa"/>
            <w:tcMar>
              <w:top w:w="20" w:type="dxa"/>
              <w:left w:w="50" w:type="dxa"/>
              <w:bottom w:w="20" w:type="dxa"/>
              <w:right w:w="50" w:type="dxa"/>
            </w:tcMar>
          </w:tcPr>
          <w:p w14:paraId="29F004FC" w14:textId="77777777" w:rsidR="00292F36" w:rsidRDefault="00000000">
            <w:r>
              <w:rPr>
                <w:sz w:val="12"/>
              </w:rPr>
              <w:t>0.12353923</w:t>
            </w:r>
          </w:p>
        </w:tc>
        <w:tc>
          <w:tcPr>
            <w:tcW w:w="564" w:type="dxa"/>
            <w:tcMar>
              <w:top w:w="20" w:type="dxa"/>
              <w:left w:w="50" w:type="dxa"/>
              <w:bottom w:w="20" w:type="dxa"/>
              <w:right w:w="50" w:type="dxa"/>
            </w:tcMar>
          </w:tcPr>
          <w:p w14:paraId="77FC0EFC" w14:textId="77777777" w:rsidR="00292F36" w:rsidRDefault="00000000">
            <w:r>
              <w:rPr>
                <w:sz w:val="12"/>
              </w:rPr>
              <w:t>0</w:t>
            </w:r>
          </w:p>
        </w:tc>
        <w:tc>
          <w:tcPr>
            <w:tcW w:w="564" w:type="dxa"/>
            <w:tcMar>
              <w:top w:w="20" w:type="dxa"/>
              <w:left w:w="50" w:type="dxa"/>
              <w:bottom w:w="20" w:type="dxa"/>
              <w:right w:w="50" w:type="dxa"/>
            </w:tcMar>
          </w:tcPr>
          <w:p w14:paraId="1BD7D8C7" w14:textId="77777777" w:rsidR="00292F36" w:rsidRDefault="00000000">
            <w:r>
              <w:rPr>
                <w:sz w:val="12"/>
              </w:rPr>
              <w:t>0.01168614</w:t>
            </w:r>
          </w:p>
        </w:tc>
        <w:tc>
          <w:tcPr>
            <w:tcW w:w="564" w:type="dxa"/>
            <w:tcMar>
              <w:top w:w="20" w:type="dxa"/>
              <w:left w:w="50" w:type="dxa"/>
              <w:bottom w:w="20" w:type="dxa"/>
              <w:right w:w="50" w:type="dxa"/>
            </w:tcMar>
          </w:tcPr>
          <w:p w14:paraId="42A40E1A" w14:textId="77777777" w:rsidR="00292F36" w:rsidRDefault="00000000">
            <w:r>
              <w:rPr>
                <w:sz w:val="12"/>
              </w:rPr>
              <w:t>0</w:t>
            </w:r>
          </w:p>
        </w:tc>
        <w:tc>
          <w:tcPr>
            <w:tcW w:w="564" w:type="dxa"/>
            <w:tcMar>
              <w:top w:w="20" w:type="dxa"/>
              <w:left w:w="50" w:type="dxa"/>
              <w:bottom w:w="20" w:type="dxa"/>
              <w:right w:w="50" w:type="dxa"/>
            </w:tcMar>
          </w:tcPr>
          <w:p w14:paraId="2ABDE40C" w14:textId="77777777" w:rsidR="00292F36" w:rsidRDefault="00000000">
            <w:r>
              <w:rPr>
                <w:sz w:val="12"/>
              </w:rPr>
              <w:t>0</w:t>
            </w:r>
          </w:p>
        </w:tc>
        <w:tc>
          <w:tcPr>
            <w:tcW w:w="564" w:type="dxa"/>
            <w:tcMar>
              <w:top w:w="20" w:type="dxa"/>
              <w:left w:w="50" w:type="dxa"/>
              <w:bottom w:w="20" w:type="dxa"/>
              <w:right w:w="50" w:type="dxa"/>
            </w:tcMar>
          </w:tcPr>
          <w:p w14:paraId="51E269B7" w14:textId="77777777" w:rsidR="00292F36" w:rsidRDefault="00000000">
            <w:r>
              <w:rPr>
                <w:sz w:val="12"/>
              </w:rPr>
              <w:t>0</w:t>
            </w:r>
          </w:p>
        </w:tc>
        <w:tc>
          <w:tcPr>
            <w:tcW w:w="564" w:type="dxa"/>
            <w:tcMar>
              <w:top w:w="20" w:type="dxa"/>
              <w:left w:w="50" w:type="dxa"/>
              <w:bottom w:w="20" w:type="dxa"/>
              <w:right w:w="50" w:type="dxa"/>
            </w:tcMar>
          </w:tcPr>
          <w:p w14:paraId="75FE64A6" w14:textId="77777777" w:rsidR="00292F36" w:rsidRDefault="00000000">
            <w:r>
              <w:rPr>
                <w:sz w:val="12"/>
              </w:rPr>
              <w:t>0</w:t>
            </w:r>
          </w:p>
        </w:tc>
        <w:tc>
          <w:tcPr>
            <w:tcW w:w="564" w:type="dxa"/>
            <w:tcMar>
              <w:top w:w="20" w:type="dxa"/>
              <w:left w:w="50" w:type="dxa"/>
              <w:bottom w:w="20" w:type="dxa"/>
              <w:right w:w="50" w:type="dxa"/>
            </w:tcMar>
          </w:tcPr>
          <w:p w14:paraId="3B6825F9" w14:textId="77777777" w:rsidR="00292F36" w:rsidRDefault="00000000">
            <w:r>
              <w:rPr>
                <w:sz w:val="12"/>
              </w:rPr>
              <w:t>0</w:t>
            </w:r>
          </w:p>
        </w:tc>
        <w:tc>
          <w:tcPr>
            <w:tcW w:w="564" w:type="dxa"/>
            <w:tcMar>
              <w:top w:w="20" w:type="dxa"/>
              <w:left w:w="50" w:type="dxa"/>
              <w:bottom w:w="20" w:type="dxa"/>
              <w:right w:w="50" w:type="dxa"/>
            </w:tcMar>
          </w:tcPr>
          <w:p w14:paraId="25858A11" w14:textId="77777777" w:rsidR="00292F36" w:rsidRDefault="00000000">
            <w:r>
              <w:rPr>
                <w:sz w:val="12"/>
              </w:rPr>
              <w:t>0.23655914</w:t>
            </w:r>
          </w:p>
        </w:tc>
        <w:tc>
          <w:tcPr>
            <w:tcW w:w="564" w:type="dxa"/>
            <w:tcMar>
              <w:top w:w="20" w:type="dxa"/>
              <w:left w:w="50" w:type="dxa"/>
              <w:bottom w:w="20" w:type="dxa"/>
              <w:right w:w="50" w:type="dxa"/>
            </w:tcMar>
          </w:tcPr>
          <w:p w14:paraId="0F0E6208" w14:textId="77777777" w:rsidR="00292F36" w:rsidRDefault="00000000">
            <w:r>
              <w:rPr>
                <w:sz w:val="12"/>
              </w:rPr>
              <w:t>0.30107527</w:t>
            </w:r>
          </w:p>
        </w:tc>
        <w:tc>
          <w:tcPr>
            <w:tcW w:w="564" w:type="dxa"/>
            <w:tcMar>
              <w:top w:w="20" w:type="dxa"/>
              <w:left w:w="50" w:type="dxa"/>
              <w:bottom w:w="20" w:type="dxa"/>
              <w:right w:w="50" w:type="dxa"/>
            </w:tcMar>
          </w:tcPr>
          <w:p w14:paraId="35D374B2" w14:textId="77777777" w:rsidR="00292F36" w:rsidRDefault="00000000">
            <w:r>
              <w:rPr>
                <w:sz w:val="12"/>
              </w:rPr>
              <w:t>0</w:t>
            </w:r>
          </w:p>
        </w:tc>
        <w:tc>
          <w:tcPr>
            <w:tcW w:w="564" w:type="dxa"/>
            <w:tcMar>
              <w:top w:w="20" w:type="dxa"/>
              <w:left w:w="50" w:type="dxa"/>
              <w:bottom w:w="20" w:type="dxa"/>
              <w:right w:w="50" w:type="dxa"/>
            </w:tcMar>
          </w:tcPr>
          <w:p w14:paraId="0C309574" w14:textId="77777777" w:rsidR="00292F36" w:rsidRDefault="00000000">
            <w:r>
              <w:rPr>
                <w:sz w:val="12"/>
              </w:rPr>
              <w:t>0</w:t>
            </w:r>
          </w:p>
        </w:tc>
        <w:tc>
          <w:tcPr>
            <w:tcW w:w="564" w:type="dxa"/>
            <w:tcMar>
              <w:top w:w="20" w:type="dxa"/>
              <w:left w:w="50" w:type="dxa"/>
              <w:bottom w:w="20" w:type="dxa"/>
              <w:right w:w="50" w:type="dxa"/>
            </w:tcMar>
          </w:tcPr>
          <w:p w14:paraId="3EE22CE0" w14:textId="77777777" w:rsidR="00292F36" w:rsidRDefault="00000000">
            <w:r>
              <w:rPr>
                <w:sz w:val="12"/>
              </w:rPr>
              <w:t>0.46236559</w:t>
            </w:r>
          </w:p>
        </w:tc>
      </w:tr>
      <w:tr w:rsidR="00292F36" w14:paraId="07A99DED" w14:textId="77777777">
        <w:tc>
          <w:tcPr>
            <w:tcW w:w="564" w:type="dxa"/>
            <w:tcMar>
              <w:top w:w="20" w:type="dxa"/>
              <w:left w:w="50" w:type="dxa"/>
              <w:bottom w:w="20" w:type="dxa"/>
              <w:right w:w="50" w:type="dxa"/>
            </w:tcMar>
          </w:tcPr>
          <w:p w14:paraId="0DE44F25" w14:textId="77777777" w:rsidR="00292F36" w:rsidRDefault="00000000">
            <w:r>
              <w:rPr>
                <w:sz w:val="12"/>
              </w:rPr>
              <w:t>2020_isla_san_martin_isla_san_martin_shallow_1</w:t>
            </w:r>
          </w:p>
        </w:tc>
        <w:tc>
          <w:tcPr>
            <w:tcW w:w="564" w:type="dxa"/>
            <w:tcMar>
              <w:top w:w="20" w:type="dxa"/>
              <w:left w:w="50" w:type="dxa"/>
              <w:bottom w:w="20" w:type="dxa"/>
              <w:right w:w="50" w:type="dxa"/>
            </w:tcMar>
          </w:tcPr>
          <w:p w14:paraId="0ABD0254" w14:textId="77777777" w:rsidR="00292F36" w:rsidRDefault="00000000">
            <w:r>
              <w:rPr>
                <w:sz w:val="12"/>
              </w:rPr>
              <w:t>-0.0056332</w:t>
            </w:r>
          </w:p>
        </w:tc>
        <w:tc>
          <w:tcPr>
            <w:tcW w:w="564" w:type="dxa"/>
            <w:tcMar>
              <w:top w:w="20" w:type="dxa"/>
              <w:left w:w="50" w:type="dxa"/>
              <w:bottom w:w="20" w:type="dxa"/>
              <w:right w:w="50" w:type="dxa"/>
            </w:tcMar>
          </w:tcPr>
          <w:p w14:paraId="100F19B9" w14:textId="77777777" w:rsidR="00292F36" w:rsidRDefault="00000000">
            <w:r>
              <w:rPr>
                <w:sz w:val="12"/>
              </w:rPr>
              <w:t>0.04715759</w:t>
            </w:r>
          </w:p>
        </w:tc>
        <w:tc>
          <w:tcPr>
            <w:tcW w:w="564" w:type="dxa"/>
            <w:tcMar>
              <w:top w:w="20" w:type="dxa"/>
              <w:left w:w="50" w:type="dxa"/>
              <w:bottom w:w="20" w:type="dxa"/>
              <w:right w:w="50" w:type="dxa"/>
            </w:tcMar>
          </w:tcPr>
          <w:p w14:paraId="2E5A9371" w14:textId="77777777" w:rsidR="00292F36" w:rsidRDefault="00000000">
            <w:r>
              <w:rPr>
                <w:sz w:val="12"/>
              </w:rPr>
              <w:t>2020</w:t>
            </w:r>
          </w:p>
        </w:tc>
        <w:tc>
          <w:tcPr>
            <w:tcW w:w="564" w:type="dxa"/>
            <w:tcMar>
              <w:top w:w="20" w:type="dxa"/>
              <w:left w:w="50" w:type="dxa"/>
              <w:bottom w:w="20" w:type="dxa"/>
              <w:right w:w="50" w:type="dxa"/>
            </w:tcMar>
          </w:tcPr>
          <w:p w14:paraId="63D72998" w14:textId="77777777" w:rsidR="00292F36" w:rsidRDefault="00000000">
            <w:r>
              <w:rPr>
                <w:sz w:val="12"/>
              </w:rPr>
              <w:t>san_quintin</w:t>
            </w:r>
          </w:p>
        </w:tc>
        <w:tc>
          <w:tcPr>
            <w:tcW w:w="564" w:type="dxa"/>
            <w:tcMar>
              <w:top w:w="20" w:type="dxa"/>
              <w:left w:w="50" w:type="dxa"/>
              <w:bottom w:w="20" w:type="dxa"/>
              <w:right w:w="50" w:type="dxa"/>
            </w:tcMar>
          </w:tcPr>
          <w:p w14:paraId="50639A5D" w14:textId="77777777" w:rsidR="00292F36" w:rsidRDefault="00000000">
            <w:r>
              <w:rPr>
                <w:sz w:val="12"/>
              </w:rPr>
              <w:t>Middle</w:t>
            </w:r>
          </w:p>
        </w:tc>
        <w:tc>
          <w:tcPr>
            <w:tcW w:w="564" w:type="dxa"/>
            <w:tcMar>
              <w:top w:w="20" w:type="dxa"/>
              <w:left w:w="50" w:type="dxa"/>
              <w:bottom w:w="20" w:type="dxa"/>
              <w:right w:w="50" w:type="dxa"/>
            </w:tcMar>
          </w:tcPr>
          <w:p w14:paraId="1825BC14" w14:textId="77777777" w:rsidR="00292F36" w:rsidRDefault="00000000">
            <w:r>
              <w:rPr>
                <w:sz w:val="12"/>
              </w:rPr>
              <w:t>isla_san_martin</w:t>
            </w:r>
          </w:p>
        </w:tc>
        <w:tc>
          <w:tcPr>
            <w:tcW w:w="564" w:type="dxa"/>
            <w:tcMar>
              <w:top w:w="20" w:type="dxa"/>
              <w:left w:w="50" w:type="dxa"/>
              <w:bottom w:w="20" w:type="dxa"/>
              <w:right w:w="50" w:type="dxa"/>
            </w:tcMar>
          </w:tcPr>
          <w:p w14:paraId="7AACFA05" w14:textId="77777777" w:rsidR="00292F36" w:rsidRDefault="00000000">
            <w:r>
              <w:rPr>
                <w:sz w:val="12"/>
              </w:rPr>
              <w:t>isla_san_martin_shallow</w:t>
            </w:r>
          </w:p>
        </w:tc>
        <w:tc>
          <w:tcPr>
            <w:tcW w:w="564" w:type="dxa"/>
            <w:tcMar>
              <w:top w:w="20" w:type="dxa"/>
              <w:left w:w="50" w:type="dxa"/>
              <w:bottom w:w="20" w:type="dxa"/>
              <w:right w:w="50" w:type="dxa"/>
            </w:tcMar>
          </w:tcPr>
          <w:p w14:paraId="590078D7" w14:textId="77777777" w:rsidR="00292F36" w:rsidRDefault="00000000">
            <w:r>
              <w:rPr>
                <w:sz w:val="12"/>
              </w:rPr>
              <w:t>10</w:t>
            </w:r>
          </w:p>
        </w:tc>
        <w:tc>
          <w:tcPr>
            <w:tcW w:w="564" w:type="dxa"/>
            <w:tcMar>
              <w:top w:w="20" w:type="dxa"/>
              <w:left w:w="50" w:type="dxa"/>
              <w:bottom w:w="20" w:type="dxa"/>
              <w:right w:w="50" w:type="dxa"/>
            </w:tcMar>
          </w:tcPr>
          <w:p w14:paraId="0228C705" w14:textId="77777777" w:rsidR="00292F36" w:rsidRDefault="00000000">
            <w:r>
              <w:rPr>
                <w:sz w:val="12"/>
              </w:rPr>
              <w:t>20.75</w:t>
            </w:r>
          </w:p>
        </w:tc>
        <w:tc>
          <w:tcPr>
            <w:tcW w:w="564" w:type="dxa"/>
            <w:tcMar>
              <w:top w:w="20" w:type="dxa"/>
              <w:left w:w="50" w:type="dxa"/>
              <w:bottom w:w="20" w:type="dxa"/>
              <w:right w:w="50" w:type="dxa"/>
            </w:tcMar>
          </w:tcPr>
          <w:p w14:paraId="7167C868" w14:textId="77777777" w:rsidR="00292F36" w:rsidRDefault="00000000">
            <w:r>
              <w:rPr>
                <w:sz w:val="12"/>
              </w:rPr>
              <w:t>0.43398941</w:t>
            </w:r>
          </w:p>
        </w:tc>
        <w:tc>
          <w:tcPr>
            <w:tcW w:w="564" w:type="dxa"/>
            <w:tcMar>
              <w:top w:w="20" w:type="dxa"/>
              <w:left w:w="50" w:type="dxa"/>
              <w:bottom w:w="20" w:type="dxa"/>
              <w:right w:w="50" w:type="dxa"/>
            </w:tcMar>
          </w:tcPr>
          <w:p w14:paraId="35802376" w14:textId="77777777" w:rsidR="00292F36" w:rsidRDefault="00000000">
            <w:r>
              <w:rPr>
                <w:sz w:val="12"/>
              </w:rPr>
              <w:t>0.34745763</w:t>
            </w:r>
          </w:p>
        </w:tc>
        <w:tc>
          <w:tcPr>
            <w:tcW w:w="564" w:type="dxa"/>
            <w:tcMar>
              <w:top w:w="20" w:type="dxa"/>
              <w:left w:w="50" w:type="dxa"/>
              <w:bottom w:w="20" w:type="dxa"/>
              <w:right w:w="50" w:type="dxa"/>
            </w:tcMar>
          </w:tcPr>
          <w:p w14:paraId="0FDD4302" w14:textId="77777777" w:rsidR="00292F36" w:rsidRDefault="00000000">
            <w:r>
              <w:rPr>
                <w:sz w:val="12"/>
              </w:rPr>
              <w:t>0.35028249</w:t>
            </w:r>
          </w:p>
        </w:tc>
        <w:tc>
          <w:tcPr>
            <w:tcW w:w="564" w:type="dxa"/>
            <w:tcMar>
              <w:top w:w="20" w:type="dxa"/>
              <w:left w:w="50" w:type="dxa"/>
              <w:bottom w:w="20" w:type="dxa"/>
              <w:right w:w="50" w:type="dxa"/>
            </w:tcMar>
          </w:tcPr>
          <w:p w14:paraId="36604EBC" w14:textId="77777777" w:rsidR="00292F36" w:rsidRDefault="00000000">
            <w:r>
              <w:rPr>
                <w:sz w:val="12"/>
              </w:rPr>
              <w:t>0.03389831</w:t>
            </w:r>
          </w:p>
        </w:tc>
        <w:tc>
          <w:tcPr>
            <w:tcW w:w="564" w:type="dxa"/>
            <w:tcMar>
              <w:top w:w="20" w:type="dxa"/>
              <w:left w:w="50" w:type="dxa"/>
              <w:bottom w:w="20" w:type="dxa"/>
              <w:right w:w="50" w:type="dxa"/>
            </w:tcMar>
          </w:tcPr>
          <w:p w14:paraId="27B9662E" w14:textId="77777777" w:rsidR="00292F36" w:rsidRDefault="00000000">
            <w:r>
              <w:rPr>
                <w:sz w:val="12"/>
              </w:rPr>
              <w:t>0.26836158</w:t>
            </w:r>
          </w:p>
        </w:tc>
        <w:tc>
          <w:tcPr>
            <w:tcW w:w="564" w:type="dxa"/>
            <w:tcMar>
              <w:top w:w="20" w:type="dxa"/>
              <w:left w:w="50" w:type="dxa"/>
              <w:bottom w:w="20" w:type="dxa"/>
              <w:right w:w="50" w:type="dxa"/>
            </w:tcMar>
          </w:tcPr>
          <w:p w14:paraId="0E91AB0F" w14:textId="77777777" w:rsidR="00292F36" w:rsidRDefault="00000000">
            <w:r>
              <w:rPr>
                <w:sz w:val="12"/>
              </w:rPr>
              <w:t>0</w:t>
            </w:r>
          </w:p>
        </w:tc>
        <w:tc>
          <w:tcPr>
            <w:tcW w:w="564" w:type="dxa"/>
            <w:tcMar>
              <w:top w:w="20" w:type="dxa"/>
              <w:left w:w="50" w:type="dxa"/>
              <w:bottom w:w="20" w:type="dxa"/>
              <w:right w:w="50" w:type="dxa"/>
            </w:tcMar>
          </w:tcPr>
          <w:p w14:paraId="055C28B5" w14:textId="77777777" w:rsidR="00292F36" w:rsidRDefault="00000000">
            <w:r>
              <w:rPr>
                <w:sz w:val="12"/>
              </w:rPr>
              <w:t>0</w:t>
            </w:r>
          </w:p>
        </w:tc>
        <w:tc>
          <w:tcPr>
            <w:tcW w:w="564" w:type="dxa"/>
            <w:tcMar>
              <w:top w:w="20" w:type="dxa"/>
              <w:left w:w="50" w:type="dxa"/>
              <w:bottom w:w="20" w:type="dxa"/>
              <w:right w:w="50" w:type="dxa"/>
            </w:tcMar>
          </w:tcPr>
          <w:p w14:paraId="3B925B74" w14:textId="77777777" w:rsidR="00292F36" w:rsidRDefault="00000000">
            <w:r>
              <w:rPr>
                <w:sz w:val="12"/>
              </w:rPr>
              <w:t>0</w:t>
            </w:r>
          </w:p>
        </w:tc>
        <w:tc>
          <w:tcPr>
            <w:tcW w:w="564" w:type="dxa"/>
            <w:tcMar>
              <w:top w:w="20" w:type="dxa"/>
              <w:left w:w="50" w:type="dxa"/>
              <w:bottom w:w="20" w:type="dxa"/>
              <w:right w:w="50" w:type="dxa"/>
            </w:tcMar>
          </w:tcPr>
          <w:p w14:paraId="78CB57B7" w14:textId="77777777" w:rsidR="00292F36" w:rsidRDefault="00000000">
            <w:r>
              <w:rPr>
                <w:sz w:val="12"/>
              </w:rPr>
              <w:t>0</w:t>
            </w:r>
          </w:p>
        </w:tc>
        <w:tc>
          <w:tcPr>
            <w:tcW w:w="564" w:type="dxa"/>
            <w:tcMar>
              <w:top w:w="20" w:type="dxa"/>
              <w:left w:w="50" w:type="dxa"/>
              <w:bottom w:w="20" w:type="dxa"/>
              <w:right w:w="50" w:type="dxa"/>
            </w:tcMar>
          </w:tcPr>
          <w:p w14:paraId="2BF0FADF" w14:textId="77777777" w:rsidR="00292F36" w:rsidRDefault="00000000">
            <w:r>
              <w:rPr>
                <w:sz w:val="12"/>
              </w:rPr>
              <w:t>0</w:t>
            </w:r>
          </w:p>
        </w:tc>
        <w:tc>
          <w:tcPr>
            <w:tcW w:w="564" w:type="dxa"/>
            <w:tcMar>
              <w:top w:w="20" w:type="dxa"/>
              <w:left w:w="50" w:type="dxa"/>
              <w:bottom w:w="20" w:type="dxa"/>
              <w:right w:w="50" w:type="dxa"/>
            </w:tcMar>
          </w:tcPr>
          <w:p w14:paraId="56D50C5C" w14:textId="77777777" w:rsidR="00292F36" w:rsidRDefault="00000000">
            <w:r>
              <w:rPr>
                <w:sz w:val="12"/>
              </w:rPr>
              <w:t>0.2254902</w:t>
            </w:r>
          </w:p>
        </w:tc>
        <w:tc>
          <w:tcPr>
            <w:tcW w:w="564" w:type="dxa"/>
            <w:tcMar>
              <w:top w:w="20" w:type="dxa"/>
              <w:left w:w="50" w:type="dxa"/>
              <w:bottom w:w="20" w:type="dxa"/>
              <w:right w:w="50" w:type="dxa"/>
            </w:tcMar>
          </w:tcPr>
          <w:p w14:paraId="46480CF9" w14:textId="77777777" w:rsidR="00292F36" w:rsidRDefault="00000000">
            <w:r>
              <w:rPr>
                <w:sz w:val="12"/>
              </w:rPr>
              <w:t>0.03921569</w:t>
            </w:r>
          </w:p>
        </w:tc>
        <w:tc>
          <w:tcPr>
            <w:tcW w:w="564" w:type="dxa"/>
            <w:tcMar>
              <w:top w:w="20" w:type="dxa"/>
              <w:left w:w="50" w:type="dxa"/>
              <w:bottom w:w="20" w:type="dxa"/>
              <w:right w:w="50" w:type="dxa"/>
            </w:tcMar>
          </w:tcPr>
          <w:p w14:paraId="55268758" w14:textId="77777777" w:rsidR="00292F36" w:rsidRDefault="00000000">
            <w:r>
              <w:rPr>
                <w:sz w:val="12"/>
              </w:rPr>
              <w:t>0.00980392</w:t>
            </w:r>
          </w:p>
        </w:tc>
        <w:tc>
          <w:tcPr>
            <w:tcW w:w="564" w:type="dxa"/>
            <w:tcMar>
              <w:top w:w="20" w:type="dxa"/>
              <w:left w:w="50" w:type="dxa"/>
              <w:bottom w:w="20" w:type="dxa"/>
              <w:right w:w="50" w:type="dxa"/>
            </w:tcMar>
          </w:tcPr>
          <w:p w14:paraId="42232179" w14:textId="77777777" w:rsidR="00292F36" w:rsidRDefault="00000000">
            <w:r>
              <w:rPr>
                <w:sz w:val="12"/>
              </w:rPr>
              <w:t>0.52941176</w:t>
            </w:r>
          </w:p>
        </w:tc>
        <w:tc>
          <w:tcPr>
            <w:tcW w:w="564" w:type="dxa"/>
            <w:tcMar>
              <w:top w:w="20" w:type="dxa"/>
              <w:left w:w="50" w:type="dxa"/>
              <w:bottom w:w="20" w:type="dxa"/>
              <w:right w:w="50" w:type="dxa"/>
            </w:tcMar>
          </w:tcPr>
          <w:p w14:paraId="58C7E504" w14:textId="77777777" w:rsidR="00292F36" w:rsidRDefault="00000000">
            <w:r>
              <w:rPr>
                <w:sz w:val="12"/>
              </w:rPr>
              <w:t>0.19607843</w:t>
            </w:r>
          </w:p>
        </w:tc>
      </w:tr>
      <w:tr w:rsidR="00292F36" w14:paraId="783585BA" w14:textId="77777777">
        <w:tc>
          <w:tcPr>
            <w:tcW w:w="564" w:type="dxa"/>
            <w:tcMar>
              <w:top w:w="20" w:type="dxa"/>
              <w:left w:w="50" w:type="dxa"/>
              <w:bottom w:w="20" w:type="dxa"/>
              <w:right w:w="50" w:type="dxa"/>
            </w:tcMar>
          </w:tcPr>
          <w:p w14:paraId="111C4DEA" w14:textId="77777777" w:rsidR="00292F36" w:rsidRDefault="00000000">
            <w:r>
              <w:rPr>
                <w:sz w:val="12"/>
              </w:rPr>
              <w:t>2020_isla_san_martin_isla_san_martin_shallow_2</w:t>
            </w:r>
          </w:p>
        </w:tc>
        <w:tc>
          <w:tcPr>
            <w:tcW w:w="564" w:type="dxa"/>
            <w:tcMar>
              <w:top w:w="20" w:type="dxa"/>
              <w:left w:w="50" w:type="dxa"/>
              <w:bottom w:w="20" w:type="dxa"/>
              <w:right w:w="50" w:type="dxa"/>
            </w:tcMar>
          </w:tcPr>
          <w:p w14:paraId="05E5C20F" w14:textId="77777777" w:rsidR="00292F36" w:rsidRDefault="00000000">
            <w:r>
              <w:rPr>
                <w:sz w:val="12"/>
              </w:rPr>
              <w:t>0.05671831</w:t>
            </w:r>
          </w:p>
        </w:tc>
        <w:tc>
          <w:tcPr>
            <w:tcW w:w="564" w:type="dxa"/>
            <w:tcMar>
              <w:top w:w="20" w:type="dxa"/>
              <w:left w:w="50" w:type="dxa"/>
              <w:bottom w:w="20" w:type="dxa"/>
              <w:right w:w="50" w:type="dxa"/>
            </w:tcMar>
          </w:tcPr>
          <w:p w14:paraId="5A5267D4" w14:textId="77777777" w:rsidR="00292F36" w:rsidRDefault="00000000">
            <w:r>
              <w:rPr>
                <w:sz w:val="12"/>
              </w:rPr>
              <w:t>0.28072317</w:t>
            </w:r>
          </w:p>
        </w:tc>
        <w:tc>
          <w:tcPr>
            <w:tcW w:w="564" w:type="dxa"/>
            <w:tcMar>
              <w:top w:w="20" w:type="dxa"/>
              <w:left w:w="50" w:type="dxa"/>
              <w:bottom w:w="20" w:type="dxa"/>
              <w:right w:w="50" w:type="dxa"/>
            </w:tcMar>
          </w:tcPr>
          <w:p w14:paraId="26661A91" w14:textId="77777777" w:rsidR="00292F36" w:rsidRDefault="00000000">
            <w:r>
              <w:rPr>
                <w:sz w:val="12"/>
              </w:rPr>
              <w:t>2020</w:t>
            </w:r>
          </w:p>
        </w:tc>
        <w:tc>
          <w:tcPr>
            <w:tcW w:w="564" w:type="dxa"/>
            <w:tcMar>
              <w:top w:w="20" w:type="dxa"/>
              <w:left w:w="50" w:type="dxa"/>
              <w:bottom w:w="20" w:type="dxa"/>
              <w:right w:w="50" w:type="dxa"/>
            </w:tcMar>
          </w:tcPr>
          <w:p w14:paraId="3615EB64" w14:textId="77777777" w:rsidR="00292F36" w:rsidRDefault="00000000">
            <w:r>
              <w:rPr>
                <w:sz w:val="12"/>
              </w:rPr>
              <w:t>san_quintin</w:t>
            </w:r>
          </w:p>
        </w:tc>
        <w:tc>
          <w:tcPr>
            <w:tcW w:w="564" w:type="dxa"/>
            <w:tcMar>
              <w:top w:w="20" w:type="dxa"/>
              <w:left w:w="50" w:type="dxa"/>
              <w:bottom w:w="20" w:type="dxa"/>
              <w:right w:w="50" w:type="dxa"/>
            </w:tcMar>
          </w:tcPr>
          <w:p w14:paraId="01F43672" w14:textId="77777777" w:rsidR="00292F36" w:rsidRDefault="00000000">
            <w:r>
              <w:rPr>
                <w:sz w:val="12"/>
              </w:rPr>
              <w:t>Middle</w:t>
            </w:r>
          </w:p>
        </w:tc>
        <w:tc>
          <w:tcPr>
            <w:tcW w:w="564" w:type="dxa"/>
            <w:tcMar>
              <w:top w:w="20" w:type="dxa"/>
              <w:left w:w="50" w:type="dxa"/>
              <w:bottom w:w="20" w:type="dxa"/>
              <w:right w:w="50" w:type="dxa"/>
            </w:tcMar>
          </w:tcPr>
          <w:p w14:paraId="10D96219" w14:textId="77777777" w:rsidR="00292F36" w:rsidRDefault="00000000">
            <w:r>
              <w:rPr>
                <w:sz w:val="12"/>
              </w:rPr>
              <w:t>isla_san_martin</w:t>
            </w:r>
          </w:p>
        </w:tc>
        <w:tc>
          <w:tcPr>
            <w:tcW w:w="564" w:type="dxa"/>
            <w:tcMar>
              <w:top w:w="20" w:type="dxa"/>
              <w:left w:w="50" w:type="dxa"/>
              <w:bottom w:w="20" w:type="dxa"/>
              <w:right w:w="50" w:type="dxa"/>
            </w:tcMar>
          </w:tcPr>
          <w:p w14:paraId="7E9512C7" w14:textId="77777777" w:rsidR="00292F36" w:rsidRDefault="00000000">
            <w:r>
              <w:rPr>
                <w:sz w:val="12"/>
              </w:rPr>
              <w:t>isla_san_martin_shallow</w:t>
            </w:r>
          </w:p>
        </w:tc>
        <w:tc>
          <w:tcPr>
            <w:tcW w:w="564" w:type="dxa"/>
            <w:tcMar>
              <w:top w:w="20" w:type="dxa"/>
              <w:left w:w="50" w:type="dxa"/>
              <w:bottom w:w="20" w:type="dxa"/>
              <w:right w:w="50" w:type="dxa"/>
            </w:tcMar>
          </w:tcPr>
          <w:p w14:paraId="37FE47E4" w14:textId="77777777" w:rsidR="00292F36" w:rsidRDefault="00000000">
            <w:r>
              <w:rPr>
                <w:sz w:val="12"/>
              </w:rPr>
              <w:t>10</w:t>
            </w:r>
          </w:p>
        </w:tc>
        <w:tc>
          <w:tcPr>
            <w:tcW w:w="564" w:type="dxa"/>
            <w:tcMar>
              <w:top w:w="20" w:type="dxa"/>
              <w:left w:w="50" w:type="dxa"/>
              <w:bottom w:w="20" w:type="dxa"/>
              <w:right w:w="50" w:type="dxa"/>
            </w:tcMar>
          </w:tcPr>
          <w:p w14:paraId="3118C960" w14:textId="77777777" w:rsidR="00292F36" w:rsidRDefault="00000000">
            <w:r>
              <w:rPr>
                <w:sz w:val="12"/>
              </w:rPr>
              <w:t>20.75</w:t>
            </w:r>
          </w:p>
        </w:tc>
        <w:tc>
          <w:tcPr>
            <w:tcW w:w="564" w:type="dxa"/>
            <w:tcMar>
              <w:top w:w="20" w:type="dxa"/>
              <w:left w:w="50" w:type="dxa"/>
              <w:bottom w:w="20" w:type="dxa"/>
              <w:right w:w="50" w:type="dxa"/>
            </w:tcMar>
          </w:tcPr>
          <w:p w14:paraId="1EF22FA9" w14:textId="77777777" w:rsidR="00292F36" w:rsidRDefault="00000000">
            <w:r>
              <w:rPr>
                <w:sz w:val="12"/>
              </w:rPr>
              <w:t>0.43398941</w:t>
            </w:r>
          </w:p>
        </w:tc>
        <w:tc>
          <w:tcPr>
            <w:tcW w:w="564" w:type="dxa"/>
            <w:tcMar>
              <w:top w:w="20" w:type="dxa"/>
              <w:left w:w="50" w:type="dxa"/>
              <w:bottom w:w="20" w:type="dxa"/>
              <w:right w:w="50" w:type="dxa"/>
            </w:tcMar>
          </w:tcPr>
          <w:p w14:paraId="4C1B1A52" w14:textId="77777777" w:rsidR="00292F36" w:rsidRDefault="00000000">
            <w:r>
              <w:rPr>
                <w:sz w:val="12"/>
              </w:rPr>
              <w:t>0.29971989</w:t>
            </w:r>
          </w:p>
        </w:tc>
        <w:tc>
          <w:tcPr>
            <w:tcW w:w="564" w:type="dxa"/>
            <w:tcMar>
              <w:top w:w="20" w:type="dxa"/>
              <w:left w:w="50" w:type="dxa"/>
              <w:bottom w:w="20" w:type="dxa"/>
              <w:right w:w="50" w:type="dxa"/>
            </w:tcMar>
          </w:tcPr>
          <w:p w14:paraId="46CD90E8" w14:textId="77777777" w:rsidR="00292F36" w:rsidRDefault="00000000">
            <w:r>
              <w:rPr>
                <w:sz w:val="12"/>
              </w:rPr>
              <w:t>0.53781513</w:t>
            </w:r>
          </w:p>
        </w:tc>
        <w:tc>
          <w:tcPr>
            <w:tcW w:w="564" w:type="dxa"/>
            <w:tcMar>
              <w:top w:w="20" w:type="dxa"/>
              <w:left w:w="50" w:type="dxa"/>
              <w:bottom w:w="20" w:type="dxa"/>
              <w:right w:w="50" w:type="dxa"/>
            </w:tcMar>
          </w:tcPr>
          <w:p w14:paraId="573CFB4E" w14:textId="77777777" w:rsidR="00292F36" w:rsidRDefault="00000000">
            <w:r>
              <w:rPr>
                <w:sz w:val="12"/>
              </w:rPr>
              <w:t>0.0280112</w:t>
            </w:r>
          </w:p>
        </w:tc>
        <w:tc>
          <w:tcPr>
            <w:tcW w:w="564" w:type="dxa"/>
            <w:tcMar>
              <w:top w:w="20" w:type="dxa"/>
              <w:left w:w="50" w:type="dxa"/>
              <w:bottom w:w="20" w:type="dxa"/>
              <w:right w:w="50" w:type="dxa"/>
            </w:tcMar>
          </w:tcPr>
          <w:p w14:paraId="5981D62C" w14:textId="77777777" w:rsidR="00292F36" w:rsidRDefault="00000000">
            <w:r>
              <w:rPr>
                <w:sz w:val="12"/>
              </w:rPr>
              <w:t>0.13445378</w:t>
            </w:r>
          </w:p>
        </w:tc>
        <w:tc>
          <w:tcPr>
            <w:tcW w:w="564" w:type="dxa"/>
            <w:tcMar>
              <w:top w:w="20" w:type="dxa"/>
              <w:left w:w="50" w:type="dxa"/>
              <w:bottom w:w="20" w:type="dxa"/>
              <w:right w:w="50" w:type="dxa"/>
            </w:tcMar>
          </w:tcPr>
          <w:p w14:paraId="650232F8" w14:textId="77777777" w:rsidR="00292F36" w:rsidRDefault="00000000">
            <w:r>
              <w:rPr>
                <w:sz w:val="12"/>
              </w:rPr>
              <w:t>0</w:t>
            </w:r>
          </w:p>
        </w:tc>
        <w:tc>
          <w:tcPr>
            <w:tcW w:w="564" w:type="dxa"/>
            <w:tcMar>
              <w:top w:w="20" w:type="dxa"/>
              <w:left w:w="50" w:type="dxa"/>
              <w:bottom w:w="20" w:type="dxa"/>
              <w:right w:w="50" w:type="dxa"/>
            </w:tcMar>
          </w:tcPr>
          <w:p w14:paraId="206A3DE5" w14:textId="77777777" w:rsidR="00292F36" w:rsidRDefault="00000000">
            <w:r>
              <w:rPr>
                <w:sz w:val="12"/>
              </w:rPr>
              <w:t>0</w:t>
            </w:r>
          </w:p>
        </w:tc>
        <w:tc>
          <w:tcPr>
            <w:tcW w:w="564" w:type="dxa"/>
            <w:tcMar>
              <w:top w:w="20" w:type="dxa"/>
              <w:left w:w="50" w:type="dxa"/>
              <w:bottom w:w="20" w:type="dxa"/>
              <w:right w:w="50" w:type="dxa"/>
            </w:tcMar>
          </w:tcPr>
          <w:p w14:paraId="26D53FF4" w14:textId="77777777" w:rsidR="00292F36" w:rsidRDefault="00000000">
            <w:r>
              <w:rPr>
                <w:sz w:val="12"/>
              </w:rPr>
              <w:t>0</w:t>
            </w:r>
          </w:p>
        </w:tc>
        <w:tc>
          <w:tcPr>
            <w:tcW w:w="564" w:type="dxa"/>
            <w:tcMar>
              <w:top w:w="20" w:type="dxa"/>
              <w:left w:w="50" w:type="dxa"/>
              <w:bottom w:w="20" w:type="dxa"/>
              <w:right w:w="50" w:type="dxa"/>
            </w:tcMar>
          </w:tcPr>
          <w:p w14:paraId="5E032B3C" w14:textId="77777777" w:rsidR="00292F36" w:rsidRDefault="00000000">
            <w:r>
              <w:rPr>
                <w:sz w:val="12"/>
              </w:rPr>
              <w:t>0</w:t>
            </w:r>
          </w:p>
        </w:tc>
        <w:tc>
          <w:tcPr>
            <w:tcW w:w="564" w:type="dxa"/>
            <w:tcMar>
              <w:top w:w="20" w:type="dxa"/>
              <w:left w:w="50" w:type="dxa"/>
              <w:bottom w:w="20" w:type="dxa"/>
              <w:right w:w="50" w:type="dxa"/>
            </w:tcMar>
          </w:tcPr>
          <w:p w14:paraId="3A9E9475" w14:textId="77777777" w:rsidR="00292F36" w:rsidRDefault="00000000">
            <w:r>
              <w:rPr>
                <w:sz w:val="12"/>
              </w:rPr>
              <w:t>0</w:t>
            </w:r>
          </w:p>
        </w:tc>
        <w:tc>
          <w:tcPr>
            <w:tcW w:w="564" w:type="dxa"/>
            <w:tcMar>
              <w:top w:w="20" w:type="dxa"/>
              <w:left w:w="50" w:type="dxa"/>
              <w:bottom w:w="20" w:type="dxa"/>
              <w:right w:w="50" w:type="dxa"/>
            </w:tcMar>
          </w:tcPr>
          <w:p w14:paraId="70B2296A" w14:textId="77777777" w:rsidR="00292F36" w:rsidRDefault="00000000">
            <w:r>
              <w:rPr>
                <w:sz w:val="12"/>
              </w:rPr>
              <w:t>0.20754717</w:t>
            </w:r>
          </w:p>
        </w:tc>
        <w:tc>
          <w:tcPr>
            <w:tcW w:w="564" w:type="dxa"/>
            <w:tcMar>
              <w:top w:w="20" w:type="dxa"/>
              <w:left w:w="50" w:type="dxa"/>
              <w:bottom w:w="20" w:type="dxa"/>
              <w:right w:w="50" w:type="dxa"/>
            </w:tcMar>
          </w:tcPr>
          <w:p w14:paraId="7DEBAA56" w14:textId="77777777" w:rsidR="00292F36" w:rsidRDefault="00000000">
            <w:r>
              <w:rPr>
                <w:sz w:val="12"/>
              </w:rPr>
              <w:t>0.20754717</w:t>
            </w:r>
          </w:p>
        </w:tc>
        <w:tc>
          <w:tcPr>
            <w:tcW w:w="564" w:type="dxa"/>
            <w:tcMar>
              <w:top w:w="20" w:type="dxa"/>
              <w:left w:w="50" w:type="dxa"/>
              <w:bottom w:w="20" w:type="dxa"/>
              <w:right w:w="50" w:type="dxa"/>
            </w:tcMar>
          </w:tcPr>
          <w:p w14:paraId="54F2958F" w14:textId="77777777" w:rsidR="00292F36" w:rsidRDefault="00000000">
            <w:r>
              <w:rPr>
                <w:sz w:val="12"/>
              </w:rPr>
              <w:t>0</w:t>
            </w:r>
          </w:p>
        </w:tc>
        <w:tc>
          <w:tcPr>
            <w:tcW w:w="564" w:type="dxa"/>
            <w:tcMar>
              <w:top w:w="20" w:type="dxa"/>
              <w:left w:w="50" w:type="dxa"/>
              <w:bottom w:w="20" w:type="dxa"/>
              <w:right w:w="50" w:type="dxa"/>
            </w:tcMar>
          </w:tcPr>
          <w:p w14:paraId="79607393" w14:textId="77777777" w:rsidR="00292F36" w:rsidRDefault="00000000">
            <w:r>
              <w:rPr>
                <w:sz w:val="12"/>
              </w:rPr>
              <w:t>0</w:t>
            </w:r>
          </w:p>
        </w:tc>
        <w:tc>
          <w:tcPr>
            <w:tcW w:w="564" w:type="dxa"/>
            <w:tcMar>
              <w:top w:w="20" w:type="dxa"/>
              <w:left w:w="50" w:type="dxa"/>
              <w:bottom w:w="20" w:type="dxa"/>
              <w:right w:w="50" w:type="dxa"/>
            </w:tcMar>
          </w:tcPr>
          <w:p w14:paraId="043ECC70" w14:textId="77777777" w:rsidR="00292F36" w:rsidRDefault="00000000">
            <w:r>
              <w:rPr>
                <w:sz w:val="12"/>
              </w:rPr>
              <w:t>0.58490566</w:t>
            </w:r>
          </w:p>
        </w:tc>
      </w:tr>
      <w:tr w:rsidR="00292F36" w14:paraId="0C0C5779" w14:textId="77777777">
        <w:tc>
          <w:tcPr>
            <w:tcW w:w="564" w:type="dxa"/>
            <w:tcMar>
              <w:top w:w="20" w:type="dxa"/>
              <w:left w:w="50" w:type="dxa"/>
              <w:bottom w:w="20" w:type="dxa"/>
              <w:right w:w="50" w:type="dxa"/>
            </w:tcMar>
          </w:tcPr>
          <w:p w14:paraId="385834BF" w14:textId="77777777" w:rsidR="00292F36" w:rsidRDefault="00000000">
            <w:r>
              <w:rPr>
                <w:sz w:val="12"/>
              </w:rPr>
              <w:t>2020_isla_san_roque_isla_san_roque_deep_1</w:t>
            </w:r>
          </w:p>
        </w:tc>
        <w:tc>
          <w:tcPr>
            <w:tcW w:w="564" w:type="dxa"/>
            <w:tcMar>
              <w:top w:w="20" w:type="dxa"/>
              <w:left w:w="50" w:type="dxa"/>
              <w:bottom w:w="20" w:type="dxa"/>
              <w:right w:w="50" w:type="dxa"/>
            </w:tcMar>
          </w:tcPr>
          <w:p w14:paraId="2AEC46C0" w14:textId="77777777" w:rsidR="00292F36" w:rsidRDefault="00000000">
            <w:r>
              <w:rPr>
                <w:sz w:val="12"/>
              </w:rPr>
              <w:t>0.15229778</w:t>
            </w:r>
          </w:p>
        </w:tc>
        <w:tc>
          <w:tcPr>
            <w:tcW w:w="564" w:type="dxa"/>
            <w:tcMar>
              <w:top w:w="20" w:type="dxa"/>
              <w:left w:w="50" w:type="dxa"/>
              <w:bottom w:w="20" w:type="dxa"/>
              <w:right w:w="50" w:type="dxa"/>
            </w:tcMar>
          </w:tcPr>
          <w:p w14:paraId="4562F28A" w14:textId="77777777" w:rsidR="00292F36" w:rsidRDefault="00000000">
            <w:r>
              <w:rPr>
                <w:sz w:val="12"/>
              </w:rPr>
              <w:t>-0.8357575</w:t>
            </w:r>
          </w:p>
        </w:tc>
        <w:tc>
          <w:tcPr>
            <w:tcW w:w="564" w:type="dxa"/>
            <w:tcMar>
              <w:top w:w="20" w:type="dxa"/>
              <w:left w:w="50" w:type="dxa"/>
              <w:bottom w:w="20" w:type="dxa"/>
              <w:right w:w="50" w:type="dxa"/>
            </w:tcMar>
          </w:tcPr>
          <w:p w14:paraId="7FFF7A36" w14:textId="77777777" w:rsidR="00292F36" w:rsidRDefault="00000000">
            <w:r>
              <w:rPr>
                <w:sz w:val="12"/>
              </w:rPr>
              <w:t>2020</w:t>
            </w:r>
          </w:p>
        </w:tc>
        <w:tc>
          <w:tcPr>
            <w:tcW w:w="564" w:type="dxa"/>
            <w:tcMar>
              <w:top w:w="20" w:type="dxa"/>
              <w:left w:w="50" w:type="dxa"/>
              <w:bottom w:w="20" w:type="dxa"/>
              <w:right w:w="50" w:type="dxa"/>
            </w:tcMar>
          </w:tcPr>
          <w:p w14:paraId="070060E8" w14:textId="77777777" w:rsidR="00292F36" w:rsidRDefault="00000000">
            <w:r>
              <w:rPr>
                <w:sz w:val="12"/>
              </w:rPr>
              <w:t>bahia_asuncion</w:t>
            </w:r>
          </w:p>
        </w:tc>
        <w:tc>
          <w:tcPr>
            <w:tcW w:w="564" w:type="dxa"/>
            <w:tcMar>
              <w:top w:w="20" w:type="dxa"/>
              <w:left w:w="50" w:type="dxa"/>
              <w:bottom w:w="20" w:type="dxa"/>
              <w:right w:w="50" w:type="dxa"/>
            </w:tcMar>
          </w:tcPr>
          <w:p w14:paraId="34925E5A" w14:textId="77777777" w:rsidR="00292F36" w:rsidRDefault="00000000">
            <w:r>
              <w:rPr>
                <w:sz w:val="12"/>
              </w:rPr>
              <w:t>South</w:t>
            </w:r>
          </w:p>
        </w:tc>
        <w:tc>
          <w:tcPr>
            <w:tcW w:w="564" w:type="dxa"/>
            <w:tcMar>
              <w:top w:w="20" w:type="dxa"/>
              <w:left w:w="50" w:type="dxa"/>
              <w:bottom w:w="20" w:type="dxa"/>
              <w:right w:w="50" w:type="dxa"/>
            </w:tcMar>
          </w:tcPr>
          <w:p w14:paraId="6E3A73C4" w14:textId="77777777" w:rsidR="00292F36" w:rsidRDefault="00000000">
            <w:r>
              <w:rPr>
                <w:sz w:val="12"/>
              </w:rPr>
              <w:t>isla_san_roque</w:t>
            </w:r>
          </w:p>
        </w:tc>
        <w:tc>
          <w:tcPr>
            <w:tcW w:w="564" w:type="dxa"/>
            <w:tcMar>
              <w:top w:w="20" w:type="dxa"/>
              <w:left w:w="50" w:type="dxa"/>
              <w:bottom w:w="20" w:type="dxa"/>
              <w:right w:w="50" w:type="dxa"/>
            </w:tcMar>
          </w:tcPr>
          <w:p w14:paraId="53781492" w14:textId="77777777" w:rsidR="00292F36" w:rsidRDefault="00000000">
            <w:r>
              <w:rPr>
                <w:sz w:val="12"/>
              </w:rPr>
              <w:t>isla_san_roque_deep</w:t>
            </w:r>
          </w:p>
        </w:tc>
        <w:tc>
          <w:tcPr>
            <w:tcW w:w="564" w:type="dxa"/>
            <w:tcMar>
              <w:top w:w="20" w:type="dxa"/>
              <w:left w:w="50" w:type="dxa"/>
              <w:bottom w:w="20" w:type="dxa"/>
              <w:right w:w="50" w:type="dxa"/>
            </w:tcMar>
          </w:tcPr>
          <w:p w14:paraId="40BA144F" w14:textId="77777777" w:rsidR="00292F36" w:rsidRDefault="00000000">
            <w:r>
              <w:rPr>
                <w:sz w:val="12"/>
              </w:rPr>
              <w:t>18</w:t>
            </w:r>
          </w:p>
        </w:tc>
        <w:tc>
          <w:tcPr>
            <w:tcW w:w="564" w:type="dxa"/>
            <w:tcMar>
              <w:top w:w="20" w:type="dxa"/>
              <w:left w:w="50" w:type="dxa"/>
              <w:bottom w:w="20" w:type="dxa"/>
              <w:right w:w="50" w:type="dxa"/>
            </w:tcMar>
          </w:tcPr>
          <w:p w14:paraId="3DA9EA6C" w14:textId="77777777" w:rsidR="00292F36" w:rsidRDefault="00000000">
            <w:r>
              <w:rPr>
                <w:sz w:val="12"/>
              </w:rPr>
              <w:t>23.3500004</w:t>
            </w:r>
          </w:p>
        </w:tc>
        <w:tc>
          <w:tcPr>
            <w:tcW w:w="564" w:type="dxa"/>
            <w:tcMar>
              <w:top w:w="20" w:type="dxa"/>
              <w:left w:w="50" w:type="dxa"/>
              <w:bottom w:w="20" w:type="dxa"/>
              <w:right w:w="50" w:type="dxa"/>
            </w:tcMar>
          </w:tcPr>
          <w:p w14:paraId="3A931544" w14:textId="77777777" w:rsidR="00292F36" w:rsidRDefault="00000000">
            <w:r>
              <w:rPr>
                <w:sz w:val="12"/>
              </w:rPr>
              <w:t>3.64377666</w:t>
            </w:r>
          </w:p>
        </w:tc>
        <w:tc>
          <w:tcPr>
            <w:tcW w:w="564" w:type="dxa"/>
            <w:tcMar>
              <w:top w:w="20" w:type="dxa"/>
              <w:left w:w="50" w:type="dxa"/>
              <w:bottom w:w="20" w:type="dxa"/>
              <w:right w:w="50" w:type="dxa"/>
            </w:tcMar>
          </w:tcPr>
          <w:p w14:paraId="37A397FD" w14:textId="77777777" w:rsidR="00292F36" w:rsidRDefault="00000000">
            <w:r>
              <w:rPr>
                <w:sz w:val="12"/>
              </w:rPr>
              <w:t>0</w:t>
            </w:r>
          </w:p>
        </w:tc>
        <w:tc>
          <w:tcPr>
            <w:tcW w:w="564" w:type="dxa"/>
            <w:tcMar>
              <w:top w:w="20" w:type="dxa"/>
              <w:left w:w="50" w:type="dxa"/>
              <w:bottom w:w="20" w:type="dxa"/>
              <w:right w:w="50" w:type="dxa"/>
            </w:tcMar>
          </w:tcPr>
          <w:p w14:paraId="1A0A86ED" w14:textId="77777777" w:rsidR="00292F36" w:rsidRDefault="00000000">
            <w:r>
              <w:rPr>
                <w:sz w:val="12"/>
              </w:rPr>
              <w:t>0.33838384</w:t>
            </w:r>
          </w:p>
        </w:tc>
        <w:tc>
          <w:tcPr>
            <w:tcW w:w="564" w:type="dxa"/>
            <w:tcMar>
              <w:top w:w="20" w:type="dxa"/>
              <w:left w:w="50" w:type="dxa"/>
              <w:bottom w:w="20" w:type="dxa"/>
              <w:right w:w="50" w:type="dxa"/>
            </w:tcMar>
          </w:tcPr>
          <w:p w14:paraId="20E6E68D" w14:textId="77777777" w:rsidR="00292F36" w:rsidRDefault="00000000">
            <w:r>
              <w:rPr>
                <w:sz w:val="12"/>
              </w:rPr>
              <w:t>0</w:t>
            </w:r>
          </w:p>
        </w:tc>
        <w:tc>
          <w:tcPr>
            <w:tcW w:w="564" w:type="dxa"/>
            <w:tcMar>
              <w:top w:w="20" w:type="dxa"/>
              <w:left w:w="50" w:type="dxa"/>
              <w:bottom w:w="20" w:type="dxa"/>
              <w:right w:w="50" w:type="dxa"/>
            </w:tcMar>
          </w:tcPr>
          <w:p w14:paraId="55276864" w14:textId="77777777" w:rsidR="00292F36" w:rsidRDefault="00000000">
            <w:r>
              <w:rPr>
                <w:sz w:val="12"/>
              </w:rPr>
              <w:t>0.10606061</w:t>
            </w:r>
          </w:p>
        </w:tc>
        <w:tc>
          <w:tcPr>
            <w:tcW w:w="564" w:type="dxa"/>
            <w:tcMar>
              <w:top w:w="20" w:type="dxa"/>
              <w:left w:w="50" w:type="dxa"/>
              <w:bottom w:w="20" w:type="dxa"/>
              <w:right w:w="50" w:type="dxa"/>
            </w:tcMar>
          </w:tcPr>
          <w:p w14:paraId="63DCB4DE" w14:textId="77777777" w:rsidR="00292F36" w:rsidRDefault="00000000">
            <w:r>
              <w:rPr>
                <w:sz w:val="12"/>
              </w:rPr>
              <w:t>0</w:t>
            </w:r>
          </w:p>
        </w:tc>
        <w:tc>
          <w:tcPr>
            <w:tcW w:w="564" w:type="dxa"/>
            <w:tcMar>
              <w:top w:w="20" w:type="dxa"/>
              <w:left w:w="50" w:type="dxa"/>
              <w:bottom w:w="20" w:type="dxa"/>
              <w:right w:w="50" w:type="dxa"/>
            </w:tcMar>
          </w:tcPr>
          <w:p w14:paraId="2513A21C" w14:textId="77777777" w:rsidR="00292F36" w:rsidRDefault="00000000">
            <w:r>
              <w:rPr>
                <w:sz w:val="12"/>
              </w:rPr>
              <w:t>0.55050505</w:t>
            </w:r>
          </w:p>
        </w:tc>
        <w:tc>
          <w:tcPr>
            <w:tcW w:w="564" w:type="dxa"/>
            <w:tcMar>
              <w:top w:w="20" w:type="dxa"/>
              <w:left w:w="50" w:type="dxa"/>
              <w:bottom w:w="20" w:type="dxa"/>
              <w:right w:w="50" w:type="dxa"/>
            </w:tcMar>
          </w:tcPr>
          <w:p w14:paraId="7D3ED081" w14:textId="77777777" w:rsidR="00292F36" w:rsidRDefault="00000000">
            <w:r>
              <w:rPr>
                <w:sz w:val="12"/>
              </w:rPr>
              <w:t>0.00505051</w:t>
            </w:r>
          </w:p>
        </w:tc>
        <w:tc>
          <w:tcPr>
            <w:tcW w:w="564" w:type="dxa"/>
            <w:tcMar>
              <w:top w:w="20" w:type="dxa"/>
              <w:left w:w="50" w:type="dxa"/>
              <w:bottom w:w="20" w:type="dxa"/>
              <w:right w:w="50" w:type="dxa"/>
            </w:tcMar>
          </w:tcPr>
          <w:p w14:paraId="6DD1D7E0" w14:textId="77777777" w:rsidR="00292F36" w:rsidRDefault="00000000">
            <w:r>
              <w:rPr>
                <w:sz w:val="12"/>
              </w:rPr>
              <w:t>0</w:t>
            </w:r>
          </w:p>
        </w:tc>
        <w:tc>
          <w:tcPr>
            <w:tcW w:w="564" w:type="dxa"/>
            <w:tcMar>
              <w:top w:w="20" w:type="dxa"/>
              <w:left w:w="50" w:type="dxa"/>
              <w:bottom w:w="20" w:type="dxa"/>
              <w:right w:w="50" w:type="dxa"/>
            </w:tcMar>
          </w:tcPr>
          <w:p w14:paraId="2653A5B0" w14:textId="77777777" w:rsidR="00292F36" w:rsidRDefault="00000000">
            <w:r>
              <w:rPr>
                <w:sz w:val="12"/>
              </w:rPr>
              <w:t>0.03636364</w:t>
            </w:r>
          </w:p>
        </w:tc>
        <w:tc>
          <w:tcPr>
            <w:tcW w:w="564" w:type="dxa"/>
            <w:tcMar>
              <w:top w:w="20" w:type="dxa"/>
              <w:left w:w="50" w:type="dxa"/>
              <w:bottom w:w="20" w:type="dxa"/>
              <w:right w:w="50" w:type="dxa"/>
            </w:tcMar>
          </w:tcPr>
          <w:p w14:paraId="72080768" w14:textId="77777777" w:rsidR="00292F36" w:rsidRDefault="00000000">
            <w:r>
              <w:rPr>
                <w:sz w:val="12"/>
              </w:rPr>
              <w:t>0.38181818</w:t>
            </w:r>
          </w:p>
        </w:tc>
        <w:tc>
          <w:tcPr>
            <w:tcW w:w="564" w:type="dxa"/>
            <w:tcMar>
              <w:top w:w="20" w:type="dxa"/>
              <w:left w:w="50" w:type="dxa"/>
              <w:bottom w:w="20" w:type="dxa"/>
              <w:right w:w="50" w:type="dxa"/>
            </w:tcMar>
          </w:tcPr>
          <w:p w14:paraId="39112302" w14:textId="77777777" w:rsidR="00292F36" w:rsidRDefault="00000000">
            <w:r>
              <w:rPr>
                <w:sz w:val="12"/>
              </w:rPr>
              <w:t>0.09090909</w:t>
            </w:r>
          </w:p>
        </w:tc>
        <w:tc>
          <w:tcPr>
            <w:tcW w:w="564" w:type="dxa"/>
            <w:tcMar>
              <w:top w:w="20" w:type="dxa"/>
              <w:left w:w="50" w:type="dxa"/>
              <w:bottom w:w="20" w:type="dxa"/>
              <w:right w:w="50" w:type="dxa"/>
            </w:tcMar>
          </w:tcPr>
          <w:p w14:paraId="6178D1BA" w14:textId="77777777" w:rsidR="00292F36" w:rsidRDefault="00000000">
            <w:r>
              <w:rPr>
                <w:sz w:val="12"/>
              </w:rPr>
              <w:t>0</w:t>
            </w:r>
          </w:p>
        </w:tc>
        <w:tc>
          <w:tcPr>
            <w:tcW w:w="564" w:type="dxa"/>
            <w:tcMar>
              <w:top w:w="20" w:type="dxa"/>
              <w:left w:w="50" w:type="dxa"/>
              <w:bottom w:w="20" w:type="dxa"/>
              <w:right w:w="50" w:type="dxa"/>
            </w:tcMar>
          </w:tcPr>
          <w:p w14:paraId="7312A9C7" w14:textId="77777777" w:rsidR="00292F36" w:rsidRDefault="00000000">
            <w:r>
              <w:rPr>
                <w:sz w:val="12"/>
              </w:rPr>
              <w:t>0.49090909</w:t>
            </w:r>
          </w:p>
        </w:tc>
        <w:tc>
          <w:tcPr>
            <w:tcW w:w="564" w:type="dxa"/>
            <w:tcMar>
              <w:top w:w="20" w:type="dxa"/>
              <w:left w:w="50" w:type="dxa"/>
              <w:bottom w:w="20" w:type="dxa"/>
              <w:right w:w="50" w:type="dxa"/>
            </w:tcMar>
          </w:tcPr>
          <w:p w14:paraId="2E083600" w14:textId="77777777" w:rsidR="00292F36" w:rsidRDefault="00000000">
            <w:r>
              <w:rPr>
                <w:sz w:val="12"/>
              </w:rPr>
              <w:t>0</w:t>
            </w:r>
          </w:p>
        </w:tc>
      </w:tr>
      <w:tr w:rsidR="00292F36" w14:paraId="75D2D426" w14:textId="77777777">
        <w:tc>
          <w:tcPr>
            <w:tcW w:w="564" w:type="dxa"/>
            <w:tcMar>
              <w:top w:w="20" w:type="dxa"/>
              <w:left w:w="50" w:type="dxa"/>
              <w:bottom w:w="20" w:type="dxa"/>
              <w:right w:w="50" w:type="dxa"/>
            </w:tcMar>
          </w:tcPr>
          <w:p w14:paraId="50847CA5" w14:textId="77777777" w:rsidR="00292F36" w:rsidRDefault="00000000">
            <w:r>
              <w:rPr>
                <w:sz w:val="12"/>
              </w:rPr>
              <w:t>2020_isla_san_roque_isla_san_roque_deep_2</w:t>
            </w:r>
          </w:p>
        </w:tc>
        <w:tc>
          <w:tcPr>
            <w:tcW w:w="564" w:type="dxa"/>
            <w:tcMar>
              <w:top w:w="20" w:type="dxa"/>
              <w:left w:w="50" w:type="dxa"/>
              <w:bottom w:w="20" w:type="dxa"/>
              <w:right w:w="50" w:type="dxa"/>
            </w:tcMar>
          </w:tcPr>
          <w:p w14:paraId="05AEAEEB" w14:textId="77777777" w:rsidR="00292F36" w:rsidRDefault="00000000">
            <w:r>
              <w:rPr>
                <w:sz w:val="12"/>
              </w:rPr>
              <w:t>0.16019723</w:t>
            </w:r>
          </w:p>
        </w:tc>
        <w:tc>
          <w:tcPr>
            <w:tcW w:w="564" w:type="dxa"/>
            <w:tcMar>
              <w:top w:w="20" w:type="dxa"/>
              <w:left w:w="50" w:type="dxa"/>
              <w:bottom w:w="20" w:type="dxa"/>
              <w:right w:w="50" w:type="dxa"/>
            </w:tcMar>
          </w:tcPr>
          <w:p w14:paraId="19793335" w14:textId="77777777" w:rsidR="00292F36" w:rsidRDefault="00000000">
            <w:r>
              <w:rPr>
                <w:sz w:val="12"/>
              </w:rPr>
              <w:t>-0.8694951</w:t>
            </w:r>
          </w:p>
        </w:tc>
        <w:tc>
          <w:tcPr>
            <w:tcW w:w="564" w:type="dxa"/>
            <w:tcMar>
              <w:top w:w="20" w:type="dxa"/>
              <w:left w:w="50" w:type="dxa"/>
              <w:bottom w:w="20" w:type="dxa"/>
              <w:right w:w="50" w:type="dxa"/>
            </w:tcMar>
          </w:tcPr>
          <w:p w14:paraId="59AE36D1" w14:textId="77777777" w:rsidR="00292F36" w:rsidRDefault="00000000">
            <w:r>
              <w:rPr>
                <w:sz w:val="12"/>
              </w:rPr>
              <w:t>2020</w:t>
            </w:r>
          </w:p>
        </w:tc>
        <w:tc>
          <w:tcPr>
            <w:tcW w:w="564" w:type="dxa"/>
            <w:tcMar>
              <w:top w:w="20" w:type="dxa"/>
              <w:left w:w="50" w:type="dxa"/>
              <w:bottom w:w="20" w:type="dxa"/>
              <w:right w:w="50" w:type="dxa"/>
            </w:tcMar>
          </w:tcPr>
          <w:p w14:paraId="0B79E378" w14:textId="77777777" w:rsidR="00292F36" w:rsidRDefault="00000000">
            <w:r>
              <w:rPr>
                <w:sz w:val="12"/>
              </w:rPr>
              <w:t>bahia_asuncion</w:t>
            </w:r>
          </w:p>
        </w:tc>
        <w:tc>
          <w:tcPr>
            <w:tcW w:w="564" w:type="dxa"/>
            <w:tcMar>
              <w:top w:w="20" w:type="dxa"/>
              <w:left w:w="50" w:type="dxa"/>
              <w:bottom w:w="20" w:type="dxa"/>
              <w:right w:w="50" w:type="dxa"/>
            </w:tcMar>
          </w:tcPr>
          <w:p w14:paraId="5E182984" w14:textId="77777777" w:rsidR="00292F36" w:rsidRDefault="00000000">
            <w:r>
              <w:rPr>
                <w:sz w:val="12"/>
              </w:rPr>
              <w:t>South</w:t>
            </w:r>
          </w:p>
        </w:tc>
        <w:tc>
          <w:tcPr>
            <w:tcW w:w="564" w:type="dxa"/>
            <w:tcMar>
              <w:top w:w="20" w:type="dxa"/>
              <w:left w:w="50" w:type="dxa"/>
              <w:bottom w:w="20" w:type="dxa"/>
              <w:right w:w="50" w:type="dxa"/>
            </w:tcMar>
          </w:tcPr>
          <w:p w14:paraId="5FFD8C43" w14:textId="77777777" w:rsidR="00292F36" w:rsidRDefault="00000000">
            <w:r>
              <w:rPr>
                <w:sz w:val="12"/>
              </w:rPr>
              <w:t>isla_san_roque</w:t>
            </w:r>
          </w:p>
        </w:tc>
        <w:tc>
          <w:tcPr>
            <w:tcW w:w="564" w:type="dxa"/>
            <w:tcMar>
              <w:top w:w="20" w:type="dxa"/>
              <w:left w:w="50" w:type="dxa"/>
              <w:bottom w:w="20" w:type="dxa"/>
              <w:right w:w="50" w:type="dxa"/>
            </w:tcMar>
          </w:tcPr>
          <w:p w14:paraId="1CFAC1FB" w14:textId="77777777" w:rsidR="00292F36" w:rsidRDefault="00000000">
            <w:r>
              <w:rPr>
                <w:sz w:val="12"/>
              </w:rPr>
              <w:t>isla_san_roque_deep</w:t>
            </w:r>
          </w:p>
        </w:tc>
        <w:tc>
          <w:tcPr>
            <w:tcW w:w="564" w:type="dxa"/>
            <w:tcMar>
              <w:top w:w="20" w:type="dxa"/>
              <w:left w:w="50" w:type="dxa"/>
              <w:bottom w:w="20" w:type="dxa"/>
              <w:right w:w="50" w:type="dxa"/>
            </w:tcMar>
          </w:tcPr>
          <w:p w14:paraId="5AF07347" w14:textId="77777777" w:rsidR="00292F36" w:rsidRDefault="00000000">
            <w:r>
              <w:rPr>
                <w:sz w:val="12"/>
              </w:rPr>
              <w:t>18</w:t>
            </w:r>
          </w:p>
        </w:tc>
        <w:tc>
          <w:tcPr>
            <w:tcW w:w="564" w:type="dxa"/>
            <w:tcMar>
              <w:top w:w="20" w:type="dxa"/>
              <w:left w:w="50" w:type="dxa"/>
              <w:bottom w:w="20" w:type="dxa"/>
              <w:right w:w="50" w:type="dxa"/>
            </w:tcMar>
          </w:tcPr>
          <w:p w14:paraId="5583545E" w14:textId="77777777" w:rsidR="00292F36" w:rsidRDefault="00000000">
            <w:r>
              <w:rPr>
                <w:sz w:val="12"/>
              </w:rPr>
              <w:t>23.3500004</w:t>
            </w:r>
          </w:p>
        </w:tc>
        <w:tc>
          <w:tcPr>
            <w:tcW w:w="564" w:type="dxa"/>
            <w:tcMar>
              <w:top w:w="20" w:type="dxa"/>
              <w:left w:w="50" w:type="dxa"/>
              <w:bottom w:w="20" w:type="dxa"/>
              <w:right w:w="50" w:type="dxa"/>
            </w:tcMar>
          </w:tcPr>
          <w:p w14:paraId="2A48715E" w14:textId="77777777" w:rsidR="00292F36" w:rsidRDefault="00000000">
            <w:r>
              <w:rPr>
                <w:sz w:val="12"/>
              </w:rPr>
              <w:t>3.64377666</w:t>
            </w:r>
          </w:p>
        </w:tc>
        <w:tc>
          <w:tcPr>
            <w:tcW w:w="564" w:type="dxa"/>
            <w:tcMar>
              <w:top w:w="20" w:type="dxa"/>
              <w:left w:w="50" w:type="dxa"/>
              <w:bottom w:w="20" w:type="dxa"/>
              <w:right w:w="50" w:type="dxa"/>
            </w:tcMar>
          </w:tcPr>
          <w:p w14:paraId="3831E71C" w14:textId="77777777" w:rsidR="00292F36" w:rsidRDefault="00000000">
            <w:r>
              <w:rPr>
                <w:sz w:val="12"/>
              </w:rPr>
              <w:t>0</w:t>
            </w:r>
          </w:p>
        </w:tc>
        <w:tc>
          <w:tcPr>
            <w:tcW w:w="564" w:type="dxa"/>
            <w:tcMar>
              <w:top w:w="20" w:type="dxa"/>
              <w:left w:w="50" w:type="dxa"/>
              <w:bottom w:w="20" w:type="dxa"/>
              <w:right w:w="50" w:type="dxa"/>
            </w:tcMar>
          </w:tcPr>
          <w:p w14:paraId="6D7BED58" w14:textId="77777777" w:rsidR="00292F36" w:rsidRDefault="00000000">
            <w:r>
              <w:rPr>
                <w:sz w:val="12"/>
              </w:rPr>
              <w:t>0.35795455</w:t>
            </w:r>
          </w:p>
        </w:tc>
        <w:tc>
          <w:tcPr>
            <w:tcW w:w="564" w:type="dxa"/>
            <w:tcMar>
              <w:top w:w="20" w:type="dxa"/>
              <w:left w:w="50" w:type="dxa"/>
              <w:bottom w:w="20" w:type="dxa"/>
              <w:right w:w="50" w:type="dxa"/>
            </w:tcMar>
          </w:tcPr>
          <w:p w14:paraId="464D3072" w14:textId="77777777" w:rsidR="00292F36" w:rsidRDefault="00000000">
            <w:r>
              <w:rPr>
                <w:sz w:val="12"/>
              </w:rPr>
              <w:t>0.01136364</w:t>
            </w:r>
          </w:p>
        </w:tc>
        <w:tc>
          <w:tcPr>
            <w:tcW w:w="564" w:type="dxa"/>
            <w:tcMar>
              <w:top w:w="20" w:type="dxa"/>
              <w:left w:w="50" w:type="dxa"/>
              <w:bottom w:w="20" w:type="dxa"/>
              <w:right w:w="50" w:type="dxa"/>
            </w:tcMar>
          </w:tcPr>
          <w:p w14:paraId="1A485969" w14:textId="77777777" w:rsidR="00292F36" w:rsidRDefault="00000000">
            <w:r>
              <w:rPr>
                <w:sz w:val="12"/>
              </w:rPr>
              <w:t>0.125</w:t>
            </w:r>
          </w:p>
        </w:tc>
        <w:tc>
          <w:tcPr>
            <w:tcW w:w="564" w:type="dxa"/>
            <w:tcMar>
              <w:top w:w="20" w:type="dxa"/>
              <w:left w:w="50" w:type="dxa"/>
              <w:bottom w:w="20" w:type="dxa"/>
              <w:right w:w="50" w:type="dxa"/>
            </w:tcMar>
          </w:tcPr>
          <w:p w14:paraId="649ADC5F" w14:textId="77777777" w:rsidR="00292F36" w:rsidRDefault="00000000">
            <w:r>
              <w:rPr>
                <w:sz w:val="12"/>
              </w:rPr>
              <w:t>0</w:t>
            </w:r>
          </w:p>
        </w:tc>
        <w:tc>
          <w:tcPr>
            <w:tcW w:w="564" w:type="dxa"/>
            <w:tcMar>
              <w:top w:w="20" w:type="dxa"/>
              <w:left w:w="50" w:type="dxa"/>
              <w:bottom w:w="20" w:type="dxa"/>
              <w:right w:w="50" w:type="dxa"/>
            </w:tcMar>
          </w:tcPr>
          <w:p w14:paraId="24051070" w14:textId="77777777" w:rsidR="00292F36" w:rsidRDefault="00000000">
            <w:r>
              <w:rPr>
                <w:sz w:val="12"/>
              </w:rPr>
              <w:t>0.50568182</w:t>
            </w:r>
          </w:p>
        </w:tc>
        <w:tc>
          <w:tcPr>
            <w:tcW w:w="564" w:type="dxa"/>
            <w:tcMar>
              <w:top w:w="20" w:type="dxa"/>
              <w:left w:w="50" w:type="dxa"/>
              <w:bottom w:w="20" w:type="dxa"/>
              <w:right w:w="50" w:type="dxa"/>
            </w:tcMar>
          </w:tcPr>
          <w:p w14:paraId="7154700D" w14:textId="77777777" w:rsidR="00292F36" w:rsidRDefault="00000000">
            <w:r>
              <w:rPr>
                <w:sz w:val="12"/>
              </w:rPr>
              <w:t>0</w:t>
            </w:r>
          </w:p>
        </w:tc>
        <w:tc>
          <w:tcPr>
            <w:tcW w:w="564" w:type="dxa"/>
            <w:tcMar>
              <w:top w:w="20" w:type="dxa"/>
              <w:left w:w="50" w:type="dxa"/>
              <w:bottom w:w="20" w:type="dxa"/>
              <w:right w:w="50" w:type="dxa"/>
            </w:tcMar>
          </w:tcPr>
          <w:p w14:paraId="4F5B9AFB" w14:textId="77777777" w:rsidR="00292F36" w:rsidRDefault="00000000">
            <w:r>
              <w:rPr>
                <w:sz w:val="12"/>
              </w:rPr>
              <w:t>0</w:t>
            </w:r>
          </w:p>
        </w:tc>
        <w:tc>
          <w:tcPr>
            <w:tcW w:w="564" w:type="dxa"/>
            <w:tcMar>
              <w:top w:w="20" w:type="dxa"/>
              <w:left w:w="50" w:type="dxa"/>
              <w:bottom w:w="20" w:type="dxa"/>
              <w:right w:w="50" w:type="dxa"/>
            </w:tcMar>
          </w:tcPr>
          <w:p w14:paraId="08557D8F" w14:textId="77777777" w:rsidR="00292F36" w:rsidRDefault="00000000">
            <w:r>
              <w:rPr>
                <w:sz w:val="12"/>
              </w:rPr>
              <w:t>0.03846154</w:t>
            </w:r>
          </w:p>
        </w:tc>
        <w:tc>
          <w:tcPr>
            <w:tcW w:w="564" w:type="dxa"/>
            <w:tcMar>
              <w:top w:w="20" w:type="dxa"/>
              <w:left w:w="50" w:type="dxa"/>
              <w:bottom w:w="20" w:type="dxa"/>
              <w:right w:w="50" w:type="dxa"/>
            </w:tcMar>
          </w:tcPr>
          <w:p w14:paraId="52BE796A" w14:textId="77777777" w:rsidR="00292F36" w:rsidRDefault="00000000">
            <w:r>
              <w:rPr>
                <w:sz w:val="12"/>
              </w:rPr>
              <w:t>0.34615385</w:t>
            </w:r>
          </w:p>
        </w:tc>
        <w:tc>
          <w:tcPr>
            <w:tcW w:w="564" w:type="dxa"/>
            <w:tcMar>
              <w:top w:w="20" w:type="dxa"/>
              <w:left w:w="50" w:type="dxa"/>
              <w:bottom w:w="20" w:type="dxa"/>
              <w:right w:w="50" w:type="dxa"/>
            </w:tcMar>
          </w:tcPr>
          <w:p w14:paraId="7044C6A0" w14:textId="77777777" w:rsidR="00292F36" w:rsidRDefault="00000000">
            <w:r>
              <w:rPr>
                <w:sz w:val="12"/>
              </w:rPr>
              <w:t>0.02884615</w:t>
            </w:r>
          </w:p>
        </w:tc>
        <w:tc>
          <w:tcPr>
            <w:tcW w:w="564" w:type="dxa"/>
            <w:tcMar>
              <w:top w:w="20" w:type="dxa"/>
              <w:left w:w="50" w:type="dxa"/>
              <w:bottom w:w="20" w:type="dxa"/>
              <w:right w:w="50" w:type="dxa"/>
            </w:tcMar>
          </w:tcPr>
          <w:p w14:paraId="1984D047" w14:textId="77777777" w:rsidR="00292F36" w:rsidRDefault="00000000">
            <w:r>
              <w:rPr>
                <w:sz w:val="12"/>
              </w:rPr>
              <w:t>0</w:t>
            </w:r>
          </w:p>
        </w:tc>
        <w:tc>
          <w:tcPr>
            <w:tcW w:w="564" w:type="dxa"/>
            <w:tcMar>
              <w:top w:w="20" w:type="dxa"/>
              <w:left w:w="50" w:type="dxa"/>
              <w:bottom w:w="20" w:type="dxa"/>
              <w:right w:w="50" w:type="dxa"/>
            </w:tcMar>
          </w:tcPr>
          <w:p w14:paraId="1736F9B4" w14:textId="77777777" w:rsidR="00292F36" w:rsidRDefault="00000000">
            <w:r>
              <w:rPr>
                <w:sz w:val="12"/>
              </w:rPr>
              <w:t>0.58653846</w:t>
            </w:r>
          </w:p>
        </w:tc>
        <w:tc>
          <w:tcPr>
            <w:tcW w:w="564" w:type="dxa"/>
            <w:tcMar>
              <w:top w:w="20" w:type="dxa"/>
              <w:left w:w="50" w:type="dxa"/>
              <w:bottom w:w="20" w:type="dxa"/>
              <w:right w:w="50" w:type="dxa"/>
            </w:tcMar>
          </w:tcPr>
          <w:p w14:paraId="331633ED" w14:textId="77777777" w:rsidR="00292F36" w:rsidRDefault="00000000">
            <w:r>
              <w:rPr>
                <w:sz w:val="12"/>
              </w:rPr>
              <w:t>0</w:t>
            </w:r>
          </w:p>
        </w:tc>
      </w:tr>
      <w:tr w:rsidR="00292F36" w14:paraId="31E3A387" w14:textId="77777777">
        <w:tc>
          <w:tcPr>
            <w:tcW w:w="564" w:type="dxa"/>
            <w:tcMar>
              <w:top w:w="20" w:type="dxa"/>
              <w:left w:w="50" w:type="dxa"/>
              <w:bottom w:w="20" w:type="dxa"/>
              <w:right w:w="50" w:type="dxa"/>
            </w:tcMar>
          </w:tcPr>
          <w:p w14:paraId="3421B9D4" w14:textId="77777777" w:rsidR="00292F36" w:rsidRDefault="00000000">
            <w:r>
              <w:rPr>
                <w:sz w:val="12"/>
              </w:rPr>
              <w:t>2020_isla_san_roque_isla_san_roque_mid_1</w:t>
            </w:r>
          </w:p>
        </w:tc>
        <w:tc>
          <w:tcPr>
            <w:tcW w:w="564" w:type="dxa"/>
            <w:tcMar>
              <w:top w:w="20" w:type="dxa"/>
              <w:left w:w="50" w:type="dxa"/>
              <w:bottom w:w="20" w:type="dxa"/>
              <w:right w:w="50" w:type="dxa"/>
            </w:tcMar>
          </w:tcPr>
          <w:p w14:paraId="0CE2D5CE" w14:textId="77777777" w:rsidR="00292F36" w:rsidRDefault="00000000">
            <w:r>
              <w:rPr>
                <w:sz w:val="12"/>
              </w:rPr>
              <w:t>0.4777261</w:t>
            </w:r>
          </w:p>
        </w:tc>
        <w:tc>
          <w:tcPr>
            <w:tcW w:w="564" w:type="dxa"/>
            <w:tcMar>
              <w:top w:w="20" w:type="dxa"/>
              <w:left w:w="50" w:type="dxa"/>
              <w:bottom w:w="20" w:type="dxa"/>
              <w:right w:w="50" w:type="dxa"/>
            </w:tcMar>
          </w:tcPr>
          <w:p w14:paraId="753106DD" w14:textId="77777777" w:rsidR="00292F36" w:rsidRDefault="00000000">
            <w:r>
              <w:rPr>
                <w:sz w:val="12"/>
              </w:rPr>
              <w:t>-0.5348986</w:t>
            </w:r>
          </w:p>
        </w:tc>
        <w:tc>
          <w:tcPr>
            <w:tcW w:w="564" w:type="dxa"/>
            <w:tcMar>
              <w:top w:w="20" w:type="dxa"/>
              <w:left w:w="50" w:type="dxa"/>
              <w:bottom w:w="20" w:type="dxa"/>
              <w:right w:w="50" w:type="dxa"/>
            </w:tcMar>
          </w:tcPr>
          <w:p w14:paraId="74E153FA" w14:textId="77777777" w:rsidR="00292F36" w:rsidRDefault="00000000">
            <w:r>
              <w:rPr>
                <w:sz w:val="12"/>
              </w:rPr>
              <w:t>2020</w:t>
            </w:r>
          </w:p>
        </w:tc>
        <w:tc>
          <w:tcPr>
            <w:tcW w:w="564" w:type="dxa"/>
            <w:tcMar>
              <w:top w:w="20" w:type="dxa"/>
              <w:left w:w="50" w:type="dxa"/>
              <w:bottom w:w="20" w:type="dxa"/>
              <w:right w:w="50" w:type="dxa"/>
            </w:tcMar>
          </w:tcPr>
          <w:p w14:paraId="035F9C3A" w14:textId="77777777" w:rsidR="00292F36" w:rsidRDefault="00000000">
            <w:r>
              <w:rPr>
                <w:sz w:val="12"/>
              </w:rPr>
              <w:t>bahia_asuncion</w:t>
            </w:r>
          </w:p>
        </w:tc>
        <w:tc>
          <w:tcPr>
            <w:tcW w:w="564" w:type="dxa"/>
            <w:tcMar>
              <w:top w:w="20" w:type="dxa"/>
              <w:left w:w="50" w:type="dxa"/>
              <w:bottom w:w="20" w:type="dxa"/>
              <w:right w:w="50" w:type="dxa"/>
            </w:tcMar>
          </w:tcPr>
          <w:p w14:paraId="05F92109" w14:textId="77777777" w:rsidR="00292F36" w:rsidRDefault="00000000">
            <w:r>
              <w:rPr>
                <w:sz w:val="12"/>
              </w:rPr>
              <w:t>South</w:t>
            </w:r>
          </w:p>
        </w:tc>
        <w:tc>
          <w:tcPr>
            <w:tcW w:w="564" w:type="dxa"/>
            <w:tcMar>
              <w:top w:w="20" w:type="dxa"/>
              <w:left w:w="50" w:type="dxa"/>
              <w:bottom w:w="20" w:type="dxa"/>
              <w:right w:w="50" w:type="dxa"/>
            </w:tcMar>
          </w:tcPr>
          <w:p w14:paraId="41750014" w14:textId="77777777" w:rsidR="00292F36" w:rsidRDefault="00000000">
            <w:r>
              <w:rPr>
                <w:sz w:val="12"/>
              </w:rPr>
              <w:t>isla_san_roque</w:t>
            </w:r>
          </w:p>
        </w:tc>
        <w:tc>
          <w:tcPr>
            <w:tcW w:w="564" w:type="dxa"/>
            <w:tcMar>
              <w:top w:w="20" w:type="dxa"/>
              <w:left w:w="50" w:type="dxa"/>
              <w:bottom w:w="20" w:type="dxa"/>
              <w:right w:w="50" w:type="dxa"/>
            </w:tcMar>
          </w:tcPr>
          <w:p w14:paraId="4090E6BE" w14:textId="77777777" w:rsidR="00292F36" w:rsidRDefault="00000000">
            <w:r>
              <w:rPr>
                <w:sz w:val="12"/>
              </w:rPr>
              <w:t>isla_san_roque_mid</w:t>
            </w:r>
          </w:p>
        </w:tc>
        <w:tc>
          <w:tcPr>
            <w:tcW w:w="564" w:type="dxa"/>
            <w:tcMar>
              <w:top w:w="20" w:type="dxa"/>
              <w:left w:w="50" w:type="dxa"/>
              <w:bottom w:w="20" w:type="dxa"/>
              <w:right w:w="50" w:type="dxa"/>
            </w:tcMar>
          </w:tcPr>
          <w:p w14:paraId="11F0DAF2" w14:textId="77777777" w:rsidR="00292F36" w:rsidRDefault="00000000">
            <w:r>
              <w:rPr>
                <w:sz w:val="12"/>
              </w:rPr>
              <w:t>12</w:t>
            </w:r>
          </w:p>
        </w:tc>
        <w:tc>
          <w:tcPr>
            <w:tcW w:w="564" w:type="dxa"/>
            <w:tcMar>
              <w:top w:w="20" w:type="dxa"/>
              <w:left w:w="50" w:type="dxa"/>
              <w:bottom w:w="20" w:type="dxa"/>
              <w:right w:w="50" w:type="dxa"/>
            </w:tcMar>
          </w:tcPr>
          <w:p w14:paraId="600C3A2C" w14:textId="77777777" w:rsidR="00292F36" w:rsidRDefault="00000000">
            <w:r>
              <w:rPr>
                <w:sz w:val="12"/>
              </w:rPr>
              <w:t>23.3500004</w:t>
            </w:r>
          </w:p>
        </w:tc>
        <w:tc>
          <w:tcPr>
            <w:tcW w:w="564" w:type="dxa"/>
            <w:tcMar>
              <w:top w:w="20" w:type="dxa"/>
              <w:left w:w="50" w:type="dxa"/>
              <w:bottom w:w="20" w:type="dxa"/>
              <w:right w:w="50" w:type="dxa"/>
            </w:tcMar>
          </w:tcPr>
          <w:p w14:paraId="50209608" w14:textId="77777777" w:rsidR="00292F36" w:rsidRDefault="00000000">
            <w:r>
              <w:rPr>
                <w:sz w:val="12"/>
              </w:rPr>
              <w:t>3.64377666</w:t>
            </w:r>
          </w:p>
        </w:tc>
        <w:tc>
          <w:tcPr>
            <w:tcW w:w="564" w:type="dxa"/>
            <w:tcMar>
              <w:top w:w="20" w:type="dxa"/>
              <w:left w:w="50" w:type="dxa"/>
              <w:bottom w:w="20" w:type="dxa"/>
              <w:right w:w="50" w:type="dxa"/>
            </w:tcMar>
          </w:tcPr>
          <w:p w14:paraId="0D2887E7" w14:textId="77777777" w:rsidR="00292F36" w:rsidRDefault="00000000">
            <w:r>
              <w:rPr>
                <w:sz w:val="12"/>
              </w:rPr>
              <w:t>0</w:t>
            </w:r>
          </w:p>
        </w:tc>
        <w:tc>
          <w:tcPr>
            <w:tcW w:w="564" w:type="dxa"/>
            <w:tcMar>
              <w:top w:w="20" w:type="dxa"/>
              <w:left w:w="50" w:type="dxa"/>
              <w:bottom w:w="20" w:type="dxa"/>
              <w:right w:w="50" w:type="dxa"/>
            </w:tcMar>
          </w:tcPr>
          <w:p w14:paraId="66F257F9" w14:textId="77777777" w:rsidR="00292F36" w:rsidRDefault="00000000">
            <w:r>
              <w:rPr>
                <w:sz w:val="12"/>
              </w:rPr>
              <w:t>0.99570815</w:t>
            </w:r>
          </w:p>
        </w:tc>
        <w:tc>
          <w:tcPr>
            <w:tcW w:w="564" w:type="dxa"/>
            <w:tcMar>
              <w:top w:w="20" w:type="dxa"/>
              <w:left w:w="50" w:type="dxa"/>
              <w:bottom w:w="20" w:type="dxa"/>
              <w:right w:w="50" w:type="dxa"/>
            </w:tcMar>
          </w:tcPr>
          <w:p w14:paraId="7A25C7FE" w14:textId="77777777" w:rsidR="00292F36" w:rsidRDefault="00000000">
            <w:r>
              <w:rPr>
                <w:sz w:val="12"/>
              </w:rPr>
              <w:t>0</w:t>
            </w:r>
          </w:p>
        </w:tc>
        <w:tc>
          <w:tcPr>
            <w:tcW w:w="564" w:type="dxa"/>
            <w:tcMar>
              <w:top w:w="20" w:type="dxa"/>
              <w:left w:w="50" w:type="dxa"/>
              <w:bottom w:w="20" w:type="dxa"/>
              <w:right w:w="50" w:type="dxa"/>
            </w:tcMar>
          </w:tcPr>
          <w:p w14:paraId="167641A1" w14:textId="77777777" w:rsidR="00292F36" w:rsidRDefault="00000000">
            <w:r>
              <w:rPr>
                <w:sz w:val="12"/>
              </w:rPr>
              <w:t>0.00429185</w:t>
            </w:r>
          </w:p>
        </w:tc>
        <w:tc>
          <w:tcPr>
            <w:tcW w:w="564" w:type="dxa"/>
            <w:tcMar>
              <w:top w:w="20" w:type="dxa"/>
              <w:left w:w="50" w:type="dxa"/>
              <w:bottom w:w="20" w:type="dxa"/>
              <w:right w:w="50" w:type="dxa"/>
            </w:tcMar>
          </w:tcPr>
          <w:p w14:paraId="51C0759C" w14:textId="77777777" w:rsidR="00292F36" w:rsidRDefault="00000000">
            <w:r>
              <w:rPr>
                <w:sz w:val="12"/>
              </w:rPr>
              <w:t>0</w:t>
            </w:r>
          </w:p>
        </w:tc>
        <w:tc>
          <w:tcPr>
            <w:tcW w:w="564" w:type="dxa"/>
            <w:tcMar>
              <w:top w:w="20" w:type="dxa"/>
              <w:left w:w="50" w:type="dxa"/>
              <w:bottom w:w="20" w:type="dxa"/>
              <w:right w:w="50" w:type="dxa"/>
            </w:tcMar>
          </w:tcPr>
          <w:p w14:paraId="5F6CBD62" w14:textId="77777777" w:rsidR="00292F36" w:rsidRDefault="00000000">
            <w:r>
              <w:rPr>
                <w:sz w:val="12"/>
              </w:rPr>
              <w:t>0</w:t>
            </w:r>
          </w:p>
        </w:tc>
        <w:tc>
          <w:tcPr>
            <w:tcW w:w="564" w:type="dxa"/>
            <w:tcMar>
              <w:top w:w="20" w:type="dxa"/>
              <w:left w:w="50" w:type="dxa"/>
              <w:bottom w:w="20" w:type="dxa"/>
              <w:right w:w="50" w:type="dxa"/>
            </w:tcMar>
          </w:tcPr>
          <w:p w14:paraId="69AA3F07" w14:textId="77777777" w:rsidR="00292F36" w:rsidRDefault="00000000">
            <w:r>
              <w:rPr>
                <w:sz w:val="12"/>
              </w:rPr>
              <w:t>0</w:t>
            </w:r>
          </w:p>
        </w:tc>
        <w:tc>
          <w:tcPr>
            <w:tcW w:w="564" w:type="dxa"/>
            <w:tcMar>
              <w:top w:w="20" w:type="dxa"/>
              <w:left w:w="50" w:type="dxa"/>
              <w:bottom w:w="20" w:type="dxa"/>
              <w:right w:w="50" w:type="dxa"/>
            </w:tcMar>
          </w:tcPr>
          <w:p w14:paraId="4340D4FF" w14:textId="77777777" w:rsidR="00292F36" w:rsidRDefault="00000000">
            <w:r>
              <w:rPr>
                <w:sz w:val="12"/>
              </w:rPr>
              <w:t>0</w:t>
            </w:r>
          </w:p>
        </w:tc>
        <w:tc>
          <w:tcPr>
            <w:tcW w:w="564" w:type="dxa"/>
            <w:tcMar>
              <w:top w:w="20" w:type="dxa"/>
              <w:left w:w="50" w:type="dxa"/>
              <w:bottom w:w="20" w:type="dxa"/>
              <w:right w:w="50" w:type="dxa"/>
            </w:tcMar>
          </w:tcPr>
          <w:p w14:paraId="2938123B" w14:textId="77777777" w:rsidR="00292F36" w:rsidRDefault="00000000">
            <w:r>
              <w:rPr>
                <w:sz w:val="12"/>
              </w:rPr>
              <w:t>0.05072464</w:t>
            </w:r>
          </w:p>
        </w:tc>
        <w:tc>
          <w:tcPr>
            <w:tcW w:w="564" w:type="dxa"/>
            <w:tcMar>
              <w:top w:w="20" w:type="dxa"/>
              <w:left w:w="50" w:type="dxa"/>
              <w:bottom w:w="20" w:type="dxa"/>
              <w:right w:w="50" w:type="dxa"/>
            </w:tcMar>
          </w:tcPr>
          <w:p w14:paraId="672021DF" w14:textId="77777777" w:rsidR="00292F36" w:rsidRDefault="00000000">
            <w:r>
              <w:rPr>
                <w:sz w:val="12"/>
              </w:rPr>
              <w:t>0.48550725</w:t>
            </w:r>
          </w:p>
        </w:tc>
        <w:tc>
          <w:tcPr>
            <w:tcW w:w="564" w:type="dxa"/>
            <w:tcMar>
              <w:top w:w="20" w:type="dxa"/>
              <w:left w:w="50" w:type="dxa"/>
              <w:bottom w:w="20" w:type="dxa"/>
              <w:right w:w="50" w:type="dxa"/>
            </w:tcMar>
          </w:tcPr>
          <w:p w14:paraId="56C049F1" w14:textId="77777777" w:rsidR="00292F36" w:rsidRDefault="00000000">
            <w:r>
              <w:rPr>
                <w:sz w:val="12"/>
              </w:rPr>
              <w:t>0.11594203</w:t>
            </w:r>
          </w:p>
        </w:tc>
        <w:tc>
          <w:tcPr>
            <w:tcW w:w="564" w:type="dxa"/>
            <w:tcMar>
              <w:top w:w="20" w:type="dxa"/>
              <w:left w:w="50" w:type="dxa"/>
              <w:bottom w:w="20" w:type="dxa"/>
              <w:right w:w="50" w:type="dxa"/>
            </w:tcMar>
          </w:tcPr>
          <w:p w14:paraId="29E18BE7" w14:textId="77777777" w:rsidR="00292F36" w:rsidRDefault="00000000">
            <w:r>
              <w:rPr>
                <w:sz w:val="12"/>
              </w:rPr>
              <w:t>0</w:t>
            </w:r>
          </w:p>
        </w:tc>
        <w:tc>
          <w:tcPr>
            <w:tcW w:w="564" w:type="dxa"/>
            <w:tcMar>
              <w:top w:w="20" w:type="dxa"/>
              <w:left w:w="50" w:type="dxa"/>
              <w:bottom w:w="20" w:type="dxa"/>
              <w:right w:w="50" w:type="dxa"/>
            </w:tcMar>
          </w:tcPr>
          <w:p w14:paraId="4CC0DF3B" w14:textId="77777777" w:rsidR="00292F36" w:rsidRDefault="00000000">
            <w:r>
              <w:rPr>
                <w:sz w:val="12"/>
              </w:rPr>
              <w:t>0.34782609</w:t>
            </w:r>
          </w:p>
        </w:tc>
        <w:tc>
          <w:tcPr>
            <w:tcW w:w="564" w:type="dxa"/>
            <w:tcMar>
              <w:top w:w="20" w:type="dxa"/>
              <w:left w:w="50" w:type="dxa"/>
              <w:bottom w:w="20" w:type="dxa"/>
              <w:right w:w="50" w:type="dxa"/>
            </w:tcMar>
          </w:tcPr>
          <w:p w14:paraId="1E40AAC2" w14:textId="77777777" w:rsidR="00292F36" w:rsidRDefault="00000000">
            <w:r>
              <w:rPr>
                <w:sz w:val="12"/>
              </w:rPr>
              <w:t>0</w:t>
            </w:r>
          </w:p>
        </w:tc>
      </w:tr>
      <w:tr w:rsidR="00292F36" w14:paraId="678D9829" w14:textId="77777777">
        <w:tc>
          <w:tcPr>
            <w:tcW w:w="564" w:type="dxa"/>
            <w:tcMar>
              <w:top w:w="20" w:type="dxa"/>
              <w:left w:w="50" w:type="dxa"/>
              <w:bottom w:w="20" w:type="dxa"/>
              <w:right w:w="50" w:type="dxa"/>
            </w:tcMar>
          </w:tcPr>
          <w:p w14:paraId="05053DB9" w14:textId="77777777" w:rsidR="00292F36" w:rsidRDefault="00000000">
            <w:r>
              <w:rPr>
                <w:sz w:val="12"/>
              </w:rPr>
              <w:lastRenderedPageBreak/>
              <w:t>2020_isla_san_roque_isla_san_roque_mid_2</w:t>
            </w:r>
          </w:p>
        </w:tc>
        <w:tc>
          <w:tcPr>
            <w:tcW w:w="564" w:type="dxa"/>
            <w:tcMar>
              <w:top w:w="20" w:type="dxa"/>
              <w:left w:w="50" w:type="dxa"/>
              <w:bottom w:w="20" w:type="dxa"/>
              <w:right w:w="50" w:type="dxa"/>
            </w:tcMar>
          </w:tcPr>
          <w:p w14:paraId="351DA738" w14:textId="77777777" w:rsidR="00292F36" w:rsidRDefault="00000000">
            <w:r>
              <w:rPr>
                <w:sz w:val="12"/>
              </w:rPr>
              <w:t>0.41869055</w:t>
            </w:r>
          </w:p>
        </w:tc>
        <w:tc>
          <w:tcPr>
            <w:tcW w:w="564" w:type="dxa"/>
            <w:tcMar>
              <w:top w:w="20" w:type="dxa"/>
              <w:left w:w="50" w:type="dxa"/>
              <w:bottom w:w="20" w:type="dxa"/>
              <w:right w:w="50" w:type="dxa"/>
            </w:tcMar>
          </w:tcPr>
          <w:p w14:paraId="4DA4CDFC" w14:textId="77777777" w:rsidR="00292F36" w:rsidRDefault="00000000">
            <w:r>
              <w:rPr>
                <w:sz w:val="12"/>
              </w:rPr>
              <w:t>-0.7361252</w:t>
            </w:r>
          </w:p>
        </w:tc>
        <w:tc>
          <w:tcPr>
            <w:tcW w:w="564" w:type="dxa"/>
            <w:tcMar>
              <w:top w:w="20" w:type="dxa"/>
              <w:left w:w="50" w:type="dxa"/>
              <w:bottom w:w="20" w:type="dxa"/>
              <w:right w:w="50" w:type="dxa"/>
            </w:tcMar>
          </w:tcPr>
          <w:p w14:paraId="467F10B1" w14:textId="77777777" w:rsidR="00292F36" w:rsidRDefault="00000000">
            <w:r>
              <w:rPr>
                <w:sz w:val="12"/>
              </w:rPr>
              <w:t>2020</w:t>
            </w:r>
          </w:p>
        </w:tc>
        <w:tc>
          <w:tcPr>
            <w:tcW w:w="564" w:type="dxa"/>
            <w:tcMar>
              <w:top w:w="20" w:type="dxa"/>
              <w:left w:w="50" w:type="dxa"/>
              <w:bottom w:w="20" w:type="dxa"/>
              <w:right w:w="50" w:type="dxa"/>
            </w:tcMar>
          </w:tcPr>
          <w:p w14:paraId="13B02F78" w14:textId="77777777" w:rsidR="00292F36" w:rsidRDefault="00000000">
            <w:r>
              <w:rPr>
                <w:sz w:val="12"/>
              </w:rPr>
              <w:t>bahia_asuncion</w:t>
            </w:r>
          </w:p>
        </w:tc>
        <w:tc>
          <w:tcPr>
            <w:tcW w:w="564" w:type="dxa"/>
            <w:tcMar>
              <w:top w:w="20" w:type="dxa"/>
              <w:left w:w="50" w:type="dxa"/>
              <w:bottom w:w="20" w:type="dxa"/>
              <w:right w:w="50" w:type="dxa"/>
            </w:tcMar>
          </w:tcPr>
          <w:p w14:paraId="6919C7E9" w14:textId="77777777" w:rsidR="00292F36" w:rsidRDefault="00000000">
            <w:r>
              <w:rPr>
                <w:sz w:val="12"/>
              </w:rPr>
              <w:t>South</w:t>
            </w:r>
          </w:p>
        </w:tc>
        <w:tc>
          <w:tcPr>
            <w:tcW w:w="564" w:type="dxa"/>
            <w:tcMar>
              <w:top w:w="20" w:type="dxa"/>
              <w:left w:w="50" w:type="dxa"/>
              <w:bottom w:w="20" w:type="dxa"/>
              <w:right w:w="50" w:type="dxa"/>
            </w:tcMar>
          </w:tcPr>
          <w:p w14:paraId="1D173420" w14:textId="77777777" w:rsidR="00292F36" w:rsidRDefault="00000000">
            <w:r>
              <w:rPr>
                <w:sz w:val="12"/>
              </w:rPr>
              <w:t>isla_san_roque</w:t>
            </w:r>
          </w:p>
        </w:tc>
        <w:tc>
          <w:tcPr>
            <w:tcW w:w="564" w:type="dxa"/>
            <w:tcMar>
              <w:top w:w="20" w:type="dxa"/>
              <w:left w:w="50" w:type="dxa"/>
              <w:bottom w:w="20" w:type="dxa"/>
              <w:right w:w="50" w:type="dxa"/>
            </w:tcMar>
          </w:tcPr>
          <w:p w14:paraId="1E377A7B" w14:textId="77777777" w:rsidR="00292F36" w:rsidRDefault="00000000">
            <w:r>
              <w:rPr>
                <w:sz w:val="12"/>
              </w:rPr>
              <w:t>isla_san_roque_mid</w:t>
            </w:r>
          </w:p>
        </w:tc>
        <w:tc>
          <w:tcPr>
            <w:tcW w:w="564" w:type="dxa"/>
            <w:tcMar>
              <w:top w:w="20" w:type="dxa"/>
              <w:left w:w="50" w:type="dxa"/>
              <w:bottom w:w="20" w:type="dxa"/>
              <w:right w:w="50" w:type="dxa"/>
            </w:tcMar>
          </w:tcPr>
          <w:p w14:paraId="516285C4" w14:textId="77777777" w:rsidR="00292F36" w:rsidRDefault="00000000">
            <w:r>
              <w:rPr>
                <w:sz w:val="12"/>
              </w:rPr>
              <w:t>12</w:t>
            </w:r>
          </w:p>
        </w:tc>
        <w:tc>
          <w:tcPr>
            <w:tcW w:w="564" w:type="dxa"/>
            <w:tcMar>
              <w:top w:w="20" w:type="dxa"/>
              <w:left w:w="50" w:type="dxa"/>
              <w:bottom w:w="20" w:type="dxa"/>
              <w:right w:w="50" w:type="dxa"/>
            </w:tcMar>
          </w:tcPr>
          <w:p w14:paraId="4BB29C2D" w14:textId="77777777" w:rsidR="00292F36" w:rsidRDefault="00000000">
            <w:r>
              <w:rPr>
                <w:sz w:val="12"/>
              </w:rPr>
              <w:t>23.3500004</w:t>
            </w:r>
          </w:p>
        </w:tc>
        <w:tc>
          <w:tcPr>
            <w:tcW w:w="564" w:type="dxa"/>
            <w:tcMar>
              <w:top w:w="20" w:type="dxa"/>
              <w:left w:w="50" w:type="dxa"/>
              <w:bottom w:w="20" w:type="dxa"/>
              <w:right w:w="50" w:type="dxa"/>
            </w:tcMar>
          </w:tcPr>
          <w:p w14:paraId="1E1E3A60" w14:textId="77777777" w:rsidR="00292F36" w:rsidRDefault="00000000">
            <w:r>
              <w:rPr>
                <w:sz w:val="12"/>
              </w:rPr>
              <w:t>3.64377666</w:t>
            </w:r>
          </w:p>
        </w:tc>
        <w:tc>
          <w:tcPr>
            <w:tcW w:w="564" w:type="dxa"/>
            <w:tcMar>
              <w:top w:w="20" w:type="dxa"/>
              <w:left w:w="50" w:type="dxa"/>
              <w:bottom w:w="20" w:type="dxa"/>
              <w:right w:w="50" w:type="dxa"/>
            </w:tcMar>
          </w:tcPr>
          <w:p w14:paraId="08B2280E" w14:textId="77777777" w:rsidR="00292F36" w:rsidRDefault="00000000">
            <w:r>
              <w:rPr>
                <w:sz w:val="12"/>
              </w:rPr>
              <w:t>0</w:t>
            </w:r>
          </w:p>
        </w:tc>
        <w:tc>
          <w:tcPr>
            <w:tcW w:w="564" w:type="dxa"/>
            <w:tcMar>
              <w:top w:w="20" w:type="dxa"/>
              <w:left w:w="50" w:type="dxa"/>
              <w:bottom w:w="20" w:type="dxa"/>
              <w:right w:w="50" w:type="dxa"/>
            </w:tcMar>
          </w:tcPr>
          <w:p w14:paraId="35B756E3" w14:textId="77777777" w:rsidR="00292F36" w:rsidRDefault="00000000">
            <w:r>
              <w:rPr>
                <w:sz w:val="12"/>
              </w:rPr>
              <w:t>0.75816993</w:t>
            </w:r>
          </w:p>
        </w:tc>
        <w:tc>
          <w:tcPr>
            <w:tcW w:w="564" w:type="dxa"/>
            <w:tcMar>
              <w:top w:w="20" w:type="dxa"/>
              <w:left w:w="50" w:type="dxa"/>
              <w:bottom w:w="20" w:type="dxa"/>
              <w:right w:w="50" w:type="dxa"/>
            </w:tcMar>
          </w:tcPr>
          <w:p w14:paraId="558D05F9" w14:textId="77777777" w:rsidR="00292F36" w:rsidRDefault="00000000">
            <w:r>
              <w:rPr>
                <w:sz w:val="12"/>
              </w:rPr>
              <w:t>0.02614379</w:t>
            </w:r>
          </w:p>
        </w:tc>
        <w:tc>
          <w:tcPr>
            <w:tcW w:w="564" w:type="dxa"/>
            <w:tcMar>
              <w:top w:w="20" w:type="dxa"/>
              <w:left w:w="50" w:type="dxa"/>
              <w:bottom w:w="20" w:type="dxa"/>
              <w:right w:w="50" w:type="dxa"/>
            </w:tcMar>
          </w:tcPr>
          <w:p w14:paraId="1E2B148D" w14:textId="77777777" w:rsidR="00292F36" w:rsidRDefault="00000000">
            <w:r>
              <w:rPr>
                <w:sz w:val="12"/>
              </w:rPr>
              <w:t>0.21568627</w:t>
            </w:r>
          </w:p>
        </w:tc>
        <w:tc>
          <w:tcPr>
            <w:tcW w:w="564" w:type="dxa"/>
            <w:tcMar>
              <w:top w:w="20" w:type="dxa"/>
              <w:left w:w="50" w:type="dxa"/>
              <w:bottom w:w="20" w:type="dxa"/>
              <w:right w:w="50" w:type="dxa"/>
            </w:tcMar>
          </w:tcPr>
          <w:p w14:paraId="75C018B2" w14:textId="77777777" w:rsidR="00292F36" w:rsidRDefault="00000000">
            <w:r>
              <w:rPr>
                <w:sz w:val="12"/>
              </w:rPr>
              <w:t>0</w:t>
            </w:r>
          </w:p>
        </w:tc>
        <w:tc>
          <w:tcPr>
            <w:tcW w:w="564" w:type="dxa"/>
            <w:tcMar>
              <w:top w:w="20" w:type="dxa"/>
              <w:left w:w="50" w:type="dxa"/>
              <w:bottom w:w="20" w:type="dxa"/>
              <w:right w:w="50" w:type="dxa"/>
            </w:tcMar>
          </w:tcPr>
          <w:p w14:paraId="65805CB2" w14:textId="77777777" w:rsidR="00292F36" w:rsidRDefault="00000000">
            <w:r>
              <w:rPr>
                <w:sz w:val="12"/>
              </w:rPr>
              <w:t>0</w:t>
            </w:r>
          </w:p>
        </w:tc>
        <w:tc>
          <w:tcPr>
            <w:tcW w:w="564" w:type="dxa"/>
            <w:tcMar>
              <w:top w:w="20" w:type="dxa"/>
              <w:left w:w="50" w:type="dxa"/>
              <w:bottom w:w="20" w:type="dxa"/>
              <w:right w:w="50" w:type="dxa"/>
            </w:tcMar>
          </w:tcPr>
          <w:p w14:paraId="0871186C" w14:textId="77777777" w:rsidR="00292F36" w:rsidRDefault="00000000">
            <w:r>
              <w:rPr>
                <w:sz w:val="12"/>
              </w:rPr>
              <w:t>0</w:t>
            </w:r>
          </w:p>
        </w:tc>
        <w:tc>
          <w:tcPr>
            <w:tcW w:w="564" w:type="dxa"/>
            <w:tcMar>
              <w:top w:w="20" w:type="dxa"/>
              <w:left w:w="50" w:type="dxa"/>
              <w:bottom w:w="20" w:type="dxa"/>
              <w:right w:w="50" w:type="dxa"/>
            </w:tcMar>
          </w:tcPr>
          <w:p w14:paraId="75C28F18" w14:textId="77777777" w:rsidR="00292F36" w:rsidRDefault="00000000">
            <w:r>
              <w:rPr>
                <w:sz w:val="12"/>
              </w:rPr>
              <w:t>0</w:t>
            </w:r>
          </w:p>
        </w:tc>
        <w:tc>
          <w:tcPr>
            <w:tcW w:w="564" w:type="dxa"/>
            <w:tcMar>
              <w:top w:w="20" w:type="dxa"/>
              <w:left w:w="50" w:type="dxa"/>
              <w:bottom w:w="20" w:type="dxa"/>
              <w:right w:w="50" w:type="dxa"/>
            </w:tcMar>
          </w:tcPr>
          <w:p w14:paraId="43F87DD6" w14:textId="77777777" w:rsidR="00292F36" w:rsidRDefault="00000000">
            <w:r>
              <w:rPr>
                <w:sz w:val="12"/>
              </w:rPr>
              <w:t>0.01234568</w:t>
            </w:r>
          </w:p>
        </w:tc>
        <w:tc>
          <w:tcPr>
            <w:tcW w:w="564" w:type="dxa"/>
            <w:tcMar>
              <w:top w:w="20" w:type="dxa"/>
              <w:left w:w="50" w:type="dxa"/>
              <w:bottom w:w="20" w:type="dxa"/>
              <w:right w:w="50" w:type="dxa"/>
            </w:tcMar>
          </w:tcPr>
          <w:p w14:paraId="2F0046CC" w14:textId="77777777" w:rsidR="00292F36" w:rsidRDefault="00000000">
            <w:r>
              <w:rPr>
                <w:sz w:val="12"/>
              </w:rPr>
              <w:t>0.20987654</w:t>
            </w:r>
          </w:p>
        </w:tc>
        <w:tc>
          <w:tcPr>
            <w:tcW w:w="564" w:type="dxa"/>
            <w:tcMar>
              <w:top w:w="20" w:type="dxa"/>
              <w:left w:w="50" w:type="dxa"/>
              <w:bottom w:w="20" w:type="dxa"/>
              <w:right w:w="50" w:type="dxa"/>
            </w:tcMar>
          </w:tcPr>
          <w:p w14:paraId="38A8C199" w14:textId="77777777" w:rsidR="00292F36" w:rsidRDefault="00000000">
            <w:r>
              <w:rPr>
                <w:sz w:val="12"/>
              </w:rPr>
              <w:t>0.03703704</w:t>
            </w:r>
          </w:p>
        </w:tc>
        <w:tc>
          <w:tcPr>
            <w:tcW w:w="564" w:type="dxa"/>
            <w:tcMar>
              <w:top w:w="20" w:type="dxa"/>
              <w:left w:w="50" w:type="dxa"/>
              <w:bottom w:w="20" w:type="dxa"/>
              <w:right w:w="50" w:type="dxa"/>
            </w:tcMar>
          </w:tcPr>
          <w:p w14:paraId="3D17DAFB" w14:textId="77777777" w:rsidR="00292F36" w:rsidRDefault="00000000">
            <w:r>
              <w:rPr>
                <w:sz w:val="12"/>
              </w:rPr>
              <w:t>0</w:t>
            </w:r>
          </w:p>
        </w:tc>
        <w:tc>
          <w:tcPr>
            <w:tcW w:w="564" w:type="dxa"/>
            <w:tcMar>
              <w:top w:w="20" w:type="dxa"/>
              <w:left w:w="50" w:type="dxa"/>
              <w:bottom w:w="20" w:type="dxa"/>
              <w:right w:w="50" w:type="dxa"/>
            </w:tcMar>
          </w:tcPr>
          <w:p w14:paraId="5738A533" w14:textId="77777777" w:rsidR="00292F36" w:rsidRDefault="00000000">
            <w:r>
              <w:rPr>
                <w:sz w:val="12"/>
              </w:rPr>
              <w:t>0.74074074</w:t>
            </w:r>
          </w:p>
        </w:tc>
        <w:tc>
          <w:tcPr>
            <w:tcW w:w="564" w:type="dxa"/>
            <w:tcMar>
              <w:top w:w="20" w:type="dxa"/>
              <w:left w:w="50" w:type="dxa"/>
              <w:bottom w:w="20" w:type="dxa"/>
              <w:right w:w="50" w:type="dxa"/>
            </w:tcMar>
          </w:tcPr>
          <w:p w14:paraId="33268373" w14:textId="77777777" w:rsidR="00292F36" w:rsidRDefault="00000000">
            <w:r>
              <w:rPr>
                <w:sz w:val="12"/>
              </w:rPr>
              <w:t>0</w:t>
            </w:r>
          </w:p>
        </w:tc>
      </w:tr>
      <w:tr w:rsidR="00292F36" w14:paraId="0018B6F3" w14:textId="77777777">
        <w:tc>
          <w:tcPr>
            <w:tcW w:w="564" w:type="dxa"/>
            <w:tcMar>
              <w:top w:w="20" w:type="dxa"/>
              <w:left w:w="50" w:type="dxa"/>
              <w:bottom w:w="20" w:type="dxa"/>
              <w:right w:w="50" w:type="dxa"/>
            </w:tcMar>
          </w:tcPr>
          <w:p w14:paraId="3E133E60" w14:textId="77777777" w:rsidR="00292F36" w:rsidRDefault="00000000">
            <w:r>
              <w:rPr>
                <w:sz w:val="12"/>
              </w:rPr>
              <w:t>2020_isla_san_roque_isla_san_roque_shallow_1</w:t>
            </w:r>
          </w:p>
        </w:tc>
        <w:tc>
          <w:tcPr>
            <w:tcW w:w="564" w:type="dxa"/>
            <w:tcMar>
              <w:top w:w="20" w:type="dxa"/>
              <w:left w:w="50" w:type="dxa"/>
              <w:bottom w:w="20" w:type="dxa"/>
              <w:right w:w="50" w:type="dxa"/>
            </w:tcMar>
          </w:tcPr>
          <w:p w14:paraId="034CCEC8" w14:textId="77777777" w:rsidR="00292F36" w:rsidRDefault="00000000">
            <w:r>
              <w:rPr>
                <w:sz w:val="12"/>
              </w:rPr>
              <w:t>0.5618381</w:t>
            </w:r>
          </w:p>
        </w:tc>
        <w:tc>
          <w:tcPr>
            <w:tcW w:w="564" w:type="dxa"/>
            <w:tcMar>
              <w:top w:w="20" w:type="dxa"/>
              <w:left w:w="50" w:type="dxa"/>
              <w:bottom w:w="20" w:type="dxa"/>
              <w:right w:w="50" w:type="dxa"/>
            </w:tcMar>
          </w:tcPr>
          <w:p w14:paraId="34A58355" w14:textId="77777777" w:rsidR="00292F36" w:rsidRDefault="00000000">
            <w:r>
              <w:rPr>
                <w:sz w:val="12"/>
              </w:rPr>
              <w:t>-0.3666966</w:t>
            </w:r>
          </w:p>
        </w:tc>
        <w:tc>
          <w:tcPr>
            <w:tcW w:w="564" w:type="dxa"/>
            <w:tcMar>
              <w:top w:w="20" w:type="dxa"/>
              <w:left w:w="50" w:type="dxa"/>
              <w:bottom w:w="20" w:type="dxa"/>
              <w:right w:w="50" w:type="dxa"/>
            </w:tcMar>
          </w:tcPr>
          <w:p w14:paraId="4CAC21F5" w14:textId="77777777" w:rsidR="00292F36" w:rsidRDefault="00000000">
            <w:r>
              <w:rPr>
                <w:sz w:val="12"/>
              </w:rPr>
              <w:t>2020</w:t>
            </w:r>
          </w:p>
        </w:tc>
        <w:tc>
          <w:tcPr>
            <w:tcW w:w="564" w:type="dxa"/>
            <w:tcMar>
              <w:top w:w="20" w:type="dxa"/>
              <w:left w:w="50" w:type="dxa"/>
              <w:bottom w:w="20" w:type="dxa"/>
              <w:right w:w="50" w:type="dxa"/>
            </w:tcMar>
          </w:tcPr>
          <w:p w14:paraId="029F88D4" w14:textId="77777777" w:rsidR="00292F36" w:rsidRDefault="00000000">
            <w:r>
              <w:rPr>
                <w:sz w:val="12"/>
              </w:rPr>
              <w:t>bahia_asuncion</w:t>
            </w:r>
          </w:p>
        </w:tc>
        <w:tc>
          <w:tcPr>
            <w:tcW w:w="564" w:type="dxa"/>
            <w:tcMar>
              <w:top w:w="20" w:type="dxa"/>
              <w:left w:w="50" w:type="dxa"/>
              <w:bottom w:w="20" w:type="dxa"/>
              <w:right w:w="50" w:type="dxa"/>
            </w:tcMar>
          </w:tcPr>
          <w:p w14:paraId="3D50D1CE" w14:textId="77777777" w:rsidR="00292F36" w:rsidRDefault="00000000">
            <w:r>
              <w:rPr>
                <w:sz w:val="12"/>
              </w:rPr>
              <w:t>South</w:t>
            </w:r>
          </w:p>
        </w:tc>
        <w:tc>
          <w:tcPr>
            <w:tcW w:w="564" w:type="dxa"/>
            <w:tcMar>
              <w:top w:w="20" w:type="dxa"/>
              <w:left w:w="50" w:type="dxa"/>
              <w:bottom w:w="20" w:type="dxa"/>
              <w:right w:w="50" w:type="dxa"/>
            </w:tcMar>
          </w:tcPr>
          <w:p w14:paraId="608DACCB" w14:textId="77777777" w:rsidR="00292F36" w:rsidRDefault="00000000">
            <w:r>
              <w:rPr>
                <w:sz w:val="12"/>
              </w:rPr>
              <w:t>isla_san_roque</w:t>
            </w:r>
          </w:p>
        </w:tc>
        <w:tc>
          <w:tcPr>
            <w:tcW w:w="564" w:type="dxa"/>
            <w:tcMar>
              <w:top w:w="20" w:type="dxa"/>
              <w:left w:w="50" w:type="dxa"/>
              <w:bottom w:w="20" w:type="dxa"/>
              <w:right w:w="50" w:type="dxa"/>
            </w:tcMar>
          </w:tcPr>
          <w:p w14:paraId="362ADA3D" w14:textId="77777777" w:rsidR="00292F36" w:rsidRDefault="00000000">
            <w:r>
              <w:rPr>
                <w:sz w:val="12"/>
              </w:rPr>
              <w:t>isla_san_roque_shallow</w:t>
            </w:r>
          </w:p>
        </w:tc>
        <w:tc>
          <w:tcPr>
            <w:tcW w:w="564" w:type="dxa"/>
            <w:tcMar>
              <w:top w:w="20" w:type="dxa"/>
              <w:left w:w="50" w:type="dxa"/>
              <w:bottom w:w="20" w:type="dxa"/>
              <w:right w:w="50" w:type="dxa"/>
            </w:tcMar>
          </w:tcPr>
          <w:p w14:paraId="25031E9E" w14:textId="77777777" w:rsidR="00292F36" w:rsidRDefault="00000000">
            <w:r>
              <w:rPr>
                <w:sz w:val="12"/>
              </w:rPr>
              <w:t>6</w:t>
            </w:r>
          </w:p>
        </w:tc>
        <w:tc>
          <w:tcPr>
            <w:tcW w:w="564" w:type="dxa"/>
            <w:tcMar>
              <w:top w:w="20" w:type="dxa"/>
              <w:left w:w="50" w:type="dxa"/>
              <w:bottom w:w="20" w:type="dxa"/>
              <w:right w:w="50" w:type="dxa"/>
            </w:tcMar>
          </w:tcPr>
          <w:p w14:paraId="03BA5FAE" w14:textId="77777777" w:rsidR="00292F36" w:rsidRDefault="00000000">
            <w:r>
              <w:rPr>
                <w:sz w:val="12"/>
              </w:rPr>
              <w:t>23.3500004</w:t>
            </w:r>
          </w:p>
        </w:tc>
        <w:tc>
          <w:tcPr>
            <w:tcW w:w="564" w:type="dxa"/>
            <w:tcMar>
              <w:top w:w="20" w:type="dxa"/>
              <w:left w:w="50" w:type="dxa"/>
              <w:bottom w:w="20" w:type="dxa"/>
              <w:right w:w="50" w:type="dxa"/>
            </w:tcMar>
          </w:tcPr>
          <w:p w14:paraId="1FF5463E" w14:textId="77777777" w:rsidR="00292F36" w:rsidRDefault="00000000">
            <w:r>
              <w:rPr>
                <w:sz w:val="12"/>
              </w:rPr>
              <w:t>3.64377666</w:t>
            </w:r>
          </w:p>
        </w:tc>
        <w:tc>
          <w:tcPr>
            <w:tcW w:w="564" w:type="dxa"/>
            <w:tcMar>
              <w:top w:w="20" w:type="dxa"/>
              <w:left w:w="50" w:type="dxa"/>
              <w:bottom w:w="20" w:type="dxa"/>
              <w:right w:w="50" w:type="dxa"/>
            </w:tcMar>
          </w:tcPr>
          <w:p w14:paraId="1F947C90" w14:textId="77777777" w:rsidR="00292F36" w:rsidRDefault="00000000">
            <w:r>
              <w:rPr>
                <w:sz w:val="12"/>
              </w:rPr>
              <w:t>0</w:t>
            </w:r>
          </w:p>
        </w:tc>
        <w:tc>
          <w:tcPr>
            <w:tcW w:w="564" w:type="dxa"/>
            <w:tcMar>
              <w:top w:w="20" w:type="dxa"/>
              <w:left w:w="50" w:type="dxa"/>
              <w:bottom w:w="20" w:type="dxa"/>
              <w:right w:w="50" w:type="dxa"/>
            </w:tcMar>
          </w:tcPr>
          <w:p w14:paraId="1E7B5118" w14:textId="77777777" w:rsidR="00292F36" w:rsidRDefault="00000000">
            <w:r>
              <w:rPr>
                <w:sz w:val="12"/>
              </w:rPr>
              <w:t>0.92344498</w:t>
            </w:r>
          </w:p>
        </w:tc>
        <w:tc>
          <w:tcPr>
            <w:tcW w:w="564" w:type="dxa"/>
            <w:tcMar>
              <w:top w:w="20" w:type="dxa"/>
              <w:left w:w="50" w:type="dxa"/>
              <w:bottom w:w="20" w:type="dxa"/>
              <w:right w:w="50" w:type="dxa"/>
            </w:tcMar>
          </w:tcPr>
          <w:p w14:paraId="7BE2C2B5" w14:textId="77777777" w:rsidR="00292F36" w:rsidRDefault="00000000">
            <w:r>
              <w:rPr>
                <w:sz w:val="12"/>
              </w:rPr>
              <w:t>0.00956938</w:t>
            </w:r>
          </w:p>
        </w:tc>
        <w:tc>
          <w:tcPr>
            <w:tcW w:w="564" w:type="dxa"/>
            <w:tcMar>
              <w:top w:w="20" w:type="dxa"/>
              <w:left w:w="50" w:type="dxa"/>
              <w:bottom w:w="20" w:type="dxa"/>
              <w:right w:w="50" w:type="dxa"/>
            </w:tcMar>
          </w:tcPr>
          <w:p w14:paraId="45549469" w14:textId="77777777" w:rsidR="00292F36" w:rsidRDefault="00000000">
            <w:r>
              <w:rPr>
                <w:sz w:val="12"/>
              </w:rPr>
              <w:t>0.06698565</w:t>
            </w:r>
          </w:p>
        </w:tc>
        <w:tc>
          <w:tcPr>
            <w:tcW w:w="564" w:type="dxa"/>
            <w:tcMar>
              <w:top w:w="20" w:type="dxa"/>
              <w:left w:w="50" w:type="dxa"/>
              <w:bottom w:w="20" w:type="dxa"/>
              <w:right w:w="50" w:type="dxa"/>
            </w:tcMar>
          </w:tcPr>
          <w:p w14:paraId="58CE6752" w14:textId="77777777" w:rsidR="00292F36" w:rsidRDefault="00000000">
            <w:r>
              <w:rPr>
                <w:sz w:val="12"/>
              </w:rPr>
              <w:t>0</w:t>
            </w:r>
          </w:p>
        </w:tc>
        <w:tc>
          <w:tcPr>
            <w:tcW w:w="564" w:type="dxa"/>
            <w:tcMar>
              <w:top w:w="20" w:type="dxa"/>
              <w:left w:w="50" w:type="dxa"/>
              <w:bottom w:w="20" w:type="dxa"/>
              <w:right w:w="50" w:type="dxa"/>
            </w:tcMar>
          </w:tcPr>
          <w:p w14:paraId="015E9334" w14:textId="77777777" w:rsidR="00292F36" w:rsidRDefault="00000000">
            <w:r>
              <w:rPr>
                <w:sz w:val="12"/>
              </w:rPr>
              <w:t>0</w:t>
            </w:r>
          </w:p>
        </w:tc>
        <w:tc>
          <w:tcPr>
            <w:tcW w:w="564" w:type="dxa"/>
            <w:tcMar>
              <w:top w:w="20" w:type="dxa"/>
              <w:left w:w="50" w:type="dxa"/>
              <w:bottom w:w="20" w:type="dxa"/>
              <w:right w:w="50" w:type="dxa"/>
            </w:tcMar>
          </w:tcPr>
          <w:p w14:paraId="2441E046" w14:textId="77777777" w:rsidR="00292F36" w:rsidRDefault="00000000">
            <w:r>
              <w:rPr>
                <w:sz w:val="12"/>
              </w:rPr>
              <w:t>0</w:t>
            </w:r>
          </w:p>
        </w:tc>
        <w:tc>
          <w:tcPr>
            <w:tcW w:w="564" w:type="dxa"/>
            <w:tcMar>
              <w:top w:w="20" w:type="dxa"/>
              <w:left w:w="50" w:type="dxa"/>
              <w:bottom w:w="20" w:type="dxa"/>
              <w:right w:w="50" w:type="dxa"/>
            </w:tcMar>
          </w:tcPr>
          <w:p w14:paraId="0E45A19E" w14:textId="77777777" w:rsidR="00292F36" w:rsidRDefault="00000000">
            <w:r>
              <w:rPr>
                <w:sz w:val="12"/>
              </w:rPr>
              <w:t>0</w:t>
            </w:r>
          </w:p>
        </w:tc>
        <w:tc>
          <w:tcPr>
            <w:tcW w:w="564" w:type="dxa"/>
            <w:tcMar>
              <w:top w:w="20" w:type="dxa"/>
              <w:left w:w="50" w:type="dxa"/>
              <w:bottom w:w="20" w:type="dxa"/>
              <w:right w:w="50" w:type="dxa"/>
            </w:tcMar>
          </w:tcPr>
          <w:p w14:paraId="2055F49E" w14:textId="77777777" w:rsidR="00292F36" w:rsidRDefault="00000000">
            <w:r>
              <w:rPr>
                <w:sz w:val="12"/>
              </w:rPr>
              <w:t>0.01052632</w:t>
            </w:r>
          </w:p>
        </w:tc>
        <w:tc>
          <w:tcPr>
            <w:tcW w:w="564" w:type="dxa"/>
            <w:tcMar>
              <w:top w:w="20" w:type="dxa"/>
              <w:left w:w="50" w:type="dxa"/>
              <w:bottom w:w="20" w:type="dxa"/>
              <w:right w:w="50" w:type="dxa"/>
            </w:tcMar>
          </w:tcPr>
          <w:p w14:paraId="1C9614CD" w14:textId="77777777" w:rsidR="00292F36" w:rsidRDefault="00000000">
            <w:r>
              <w:rPr>
                <w:sz w:val="12"/>
              </w:rPr>
              <w:t>0.83157895</w:t>
            </w:r>
          </w:p>
        </w:tc>
        <w:tc>
          <w:tcPr>
            <w:tcW w:w="564" w:type="dxa"/>
            <w:tcMar>
              <w:top w:w="20" w:type="dxa"/>
              <w:left w:w="50" w:type="dxa"/>
              <w:bottom w:w="20" w:type="dxa"/>
              <w:right w:w="50" w:type="dxa"/>
            </w:tcMar>
          </w:tcPr>
          <w:p w14:paraId="44A8AB91" w14:textId="77777777" w:rsidR="00292F36" w:rsidRDefault="00000000">
            <w:r>
              <w:rPr>
                <w:sz w:val="12"/>
              </w:rPr>
              <w:t>0.07368421</w:t>
            </w:r>
          </w:p>
        </w:tc>
        <w:tc>
          <w:tcPr>
            <w:tcW w:w="564" w:type="dxa"/>
            <w:tcMar>
              <w:top w:w="20" w:type="dxa"/>
              <w:left w:w="50" w:type="dxa"/>
              <w:bottom w:w="20" w:type="dxa"/>
              <w:right w:w="50" w:type="dxa"/>
            </w:tcMar>
          </w:tcPr>
          <w:p w14:paraId="15CAA685" w14:textId="77777777" w:rsidR="00292F36" w:rsidRDefault="00000000">
            <w:r>
              <w:rPr>
                <w:sz w:val="12"/>
              </w:rPr>
              <w:t>0.01052632</w:t>
            </w:r>
          </w:p>
        </w:tc>
        <w:tc>
          <w:tcPr>
            <w:tcW w:w="564" w:type="dxa"/>
            <w:tcMar>
              <w:top w:w="20" w:type="dxa"/>
              <w:left w:w="50" w:type="dxa"/>
              <w:bottom w:w="20" w:type="dxa"/>
              <w:right w:w="50" w:type="dxa"/>
            </w:tcMar>
          </w:tcPr>
          <w:p w14:paraId="1A62E71A" w14:textId="77777777" w:rsidR="00292F36" w:rsidRDefault="00000000">
            <w:r>
              <w:rPr>
                <w:sz w:val="12"/>
              </w:rPr>
              <w:t>0.07368421</w:t>
            </w:r>
          </w:p>
        </w:tc>
        <w:tc>
          <w:tcPr>
            <w:tcW w:w="564" w:type="dxa"/>
            <w:tcMar>
              <w:top w:w="20" w:type="dxa"/>
              <w:left w:w="50" w:type="dxa"/>
              <w:bottom w:w="20" w:type="dxa"/>
              <w:right w:w="50" w:type="dxa"/>
            </w:tcMar>
          </w:tcPr>
          <w:p w14:paraId="5F489F6B" w14:textId="77777777" w:rsidR="00292F36" w:rsidRDefault="00000000">
            <w:r>
              <w:rPr>
                <w:sz w:val="12"/>
              </w:rPr>
              <w:t>0</w:t>
            </w:r>
          </w:p>
        </w:tc>
      </w:tr>
      <w:tr w:rsidR="00292F36" w14:paraId="4AA1F8A4" w14:textId="77777777">
        <w:tc>
          <w:tcPr>
            <w:tcW w:w="564" w:type="dxa"/>
            <w:tcMar>
              <w:top w:w="20" w:type="dxa"/>
              <w:left w:w="50" w:type="dxa"/>
              <w:bottom w:w="20" w:type="dxa"/>
              <w:right w:w="50" w:type="dxa"/>
            </w:tcMar>
          </w:tcPr>
          <w:p w14:paraId="4F2F2B0B" w14:textId="77777777" w:rsidR="00292F36" w:rsidRDefault="00000000">
            <w:r>
              <w:rPr>
                <w:sz w:val="12"/>
              </w:rPr>
              <w:t>2020_isla_san_roque_isla_san_roque_shallow_2</w:t>
            </w:r>
          </w:p>
        </w:tc>
        <w:tc>
          <w:tcPr>
            <w:tcW w:w="564" w:type="dxa"/>
            <w:tcMar>
              <w:top w:w="20" w:type="dxa"/>
              <w:left w:w="50" w:type="dxa"/>
              <w:bottom w:w="20" w:type="dxa"/>
              <w:right w:w="50" w:type="dxa"/>
            </w:tcMar>
          </w:tcPr>
          <w:p w14:paraId="5F9329A0" w14:textId="77777777" w:rsidR="00292F36" w:rsidRDefault="00000000">
            <w:r>
              <w:rPr>
                <w:sz w:val="12"/>
              </w:rPr>
              <w:t>0.51481762</w:t>
            </w:r>
          </w:p>
        </w:tc>
        <w:tc>
          <w:tcPr>
            <w:tcW w:w="564" w:type="dxa"/>
            <w:tcMar>
              <w:top w:w="20" w:type="dxa"/>
              <w:left w:w="50" w:type="dxa"/>
              <w:bottom w:w="20" w:type="dxa"/>
              <w:right w:w="50" w:type="dxa"/>
            </w:tcMar>
          </w:tcPr>
          <w:p w14:paraId="2BB0C46E" w14:textId="77777777" w:rsidR="00292F36" w:rsidRDefault="00000000">
            <w:r>
              <w:rPr>
                <w:sz w:val="12"/>
              </w:rPr>
              <w:t>-0.4550235</w:t>
            </w:r>
          </w:p>
        </w:tc>
        <w:tc>
          <w:tcPr>
            <w:tcW w:w="564" w:type="dxa"/>
            <w:tcMar>
              <w:top w:w="20" w:type="dxa"/>
              <w:left w:w="50" w:type="dxa"/>
              <w:bottom w:w="20" w:type="dxa"/>
              <w:right w:w="50" w:type="dxa"/>
            </w:tcMar>
          </w:tcPr>
          <w:p w14:paraId="376C799E" w14:textId="77777777" w:rsidR="00292F36" w:rsidRDefault="00000000">
            <w:r>
              <w:rPr>
                <w:sz w:val="12"/>
              </w:rPr>
              <w:t>2020</w:t>
            </w:r>
          </w:p>
        </w:tc>
        <w:tc>
          <w:tcPr>
            <w:tcW w:w="564" w:type="dxa"/>
            <w:tcMar>
              <w:top w:w="20" w:type="dxa"/>
              <w:left w:w="50" w:type="dxa"/>
              <w:bottom w:w="20" w:type="dxa"/>
              <w:right w:w="50" w:type="dxa"/>
            </w:tcMar>
          </w:tcPr>
          <w:p w14:paraId="57826B14" w14:textId="77777777" w:rsidR="00292F36" w:rsidRDefault="00000000">
            <w:r>
              <w:rPr>
                <w:sz w:val="12"/>
              </w:rPr>
              <w:t>bahia_asuncion</w:t>
            </w:r>
          </w:p>
        </w:tc>
        <w:tc>
          <w:tcPr>
            <w:tcW w:w="564" w:type="dxa"/>
            <w:tcMar>
              <w:top w:w="20" w:type="dxa"/>
              <w:left w:w="50" w:type="dxa"/>
              <w:bottom w:w="20" w:type="dxa"/>
              <w:right w:w="50" w:type="dxa"/>
            </w:tcMar>
          </w:tcPr>
          <w:p w14:paraId="4152BF73" w14:textId="77777777" w:rsidR="00292F36" w:rsidRDefault="00000000">
            <w:r>
              <w:rPr>
                <w:sz w:val="12"/>
              </w:rPr>
              <w:t>South</w:t>
            </w:r>
          </w:p>
        </w:tc>
        <w:tc>
          <w:tcPr>
            <w:tcW w:w="564" w:type="dxa"/>
            <w:tcMar>
              <w:top w:w="20" w:type="dxa"/>
              <w:left w:w="50" w:type="dxa"/>
              <w:bottom w:w="20" w:type="dxa"/>
              <w:right w:w="50" w:type="dxa"/>
            </w:tcMar>
          </w:tcPr>
          <w:p w14:paraId="1E8768CF" w14:textId="77777777" w:rsidR="00292F36" w:rsidRDefault="00000000">
            <w:r>
              <w:rPr>
                <w:sz w:val="12"/>
              </w:rPr>
              <w:t>isla_san_roque</w:t>
            </w:r>
          </w:p>
        </w:tc>
        <w:tc>
          <w:tcPr>
            <w:tcW w:w="564" w:type="dxa"/>
            <w:tcMar>
              <w:top w:w="20" w:type="dxa"/>
              <w:left w:w="50" w:type="dxa"/>
              <w:bottom w:w="20" w:type="dxa"/>
              <w:right w:w="50" w:type="dxa"/>
            </w:tcMar>
          </w:tcPr>
          <w:p w14:paraId="4BCC925C" w14:textId="77777777" w:rsidR="00292F36" w:rsidRDefault="00000000">
            <w:r>
              <w:rPr>
                <w:sz w:val="12"/>
              </w:rPr>
              <w:t>isla_san_roque_shallow</w:t>
            </w:r>
          </w:p>
        </w:tc>
        <w:tc>
          <w:tcPr>
            <w:tcW w:w="564" w:type="dxa"/>
            <w:tcMar>
              <w:top w:w="20" w:type="dxa"/>
              <w:left w:w="50" w:type="dxa"/>
              <w:bottom w:w="20" w:type="dxa"/>
              <w:right w:w="50" w:type="dxa"/>
            </w:tcMar>
          </w:tcPr>
          <w:p w14:paraId="0217A001" w14:textId="77777777" w:rsidR="00292F36" w:rsidRDefault="00000000">
            <w:r>
              <w:rPr>
                <w:sz w:val="12"/>
              </w:rPr>
              <w:t>6</w:t>
            </w:r>
          </w:p>
        </w:tc>
        <w:tc>
          <w:tcPr>
            <w:tcW w:w="564" w:type="dxa"/>
            <w:tcMar>
              <w:top w:w="20" w:type="dxa"/>
              <w:left w:w="50" w:type="dxa"/>
              <w:bottom w:w="20" w:type="dxa"/>
              <w:right w:w="50" w:type="dxa"/>
            </w:tcMar>
          </w:tcPr>
          <w:p w14:paraId="5F61EBE7" w14:textId="77777777" w:rsidR="00292F36" w:rsidRDefault="00000000">
            <w:r>
              <w:rPr>
                <w:sz w:val="12"/>
              </w:rPr>
              <w:t>23.3500004</w:t>
            </w:r>
          </w:p>
        </w:tc>
        <w:tc>
          <w:tcPr>
            <w:tcW w:w="564" w:type="dxa"/>
            <w:tcMar>
              <w:top w:w="20" w:type="dxa"/>
              <w:left w:w="50" w:type="dxa"/>
              <w:bottom w:w="20" w:type="dxa"/>
              <w:right w:w="50" w:type="dxa"/>
            </w:tcMar>
          </w:tcPr>
          <w:p w14:paraId="4AA3D6D5" w14:textId="77777777" w:rsidR="00292F36" w:rsidRDefault="00000000">
            <w:r>
              <w:rPr>
                <w:sz w:val="12"/>
              </w:rPr>
              <w:t>3.64377666</w:t>
            </w:r>
          </w:p>
        </w:tc>
        <w:tc>
          <w:tcPr>
            <w:tcW w:w="564" w:type="dxa"/>
            <w:tcMar>
              <w:top w:w="20" w:type="dxa"/>
              <w:left w:w="50" w:type="dxa"/>
              <w:bottom w:w="20" w:type="dxa"/>
              <w:right w:w="50" w:type="dxa"/>
            </w:tcMar>
          </w:tcPr>
          <w:p w14:paraId="0A759907" w14:textId="77777777" w:rsidR="00292F36" w:rsidRDefault="00000000">
            <w:r>
              <w:rPr>
                <w:sz w:val="12"/>
              </w:rPr>
              <w:t>0</w:t>
            </w:r>
          </w:p>
        </w:tc>
        <w:tc>
          <w:tcPr>
            <w:tcW w:w="564" w:type="dxa"/>
            <w:tcMar>
              <w:top w:w="20" w:type="dxa"/>
              <w:left w:w="50" w:type="dxa"/>
              <w:bottom w:w="20" w:type="dxa"/>
              <w:right w:w="50" w:type="dxa"/>
            </w:tcMar>
          </w:tcPr>
          <w:p w14:paraId="5C7C4761" w14:textId="77777777" w:rsidR="00292F36" w:rsidRDefault="00000000">
            <w:r>
              <w:rPr>
                <w:sz w:val="12"/>
              </w:rPr>
              <w:t>0.99570815</w:t>
            </w:r>
          </w:p>
        </w:tc>
        <w:tc>
          <w:tcPr>
            <w:tcW w:w="564" w:type="dxa"/>
            <w:tcMar>
              <w:top w:w="20" w:type="dxa"/>
              <w:left w:w="50" w:type="dxa"/>
              <w:bottom w:w="20" w:type="dxa"/>
              <w:right w:w="50" w:type="dxa"/>
            </w:tcMar>
          </w:tcPr>
          <w:p w14:paraId="26CB4A07" w14:textId="77777777" w:rsidR="00292F36" w:rsidRDefault="00000000">
            <w:r>
              <w:rPr>
                <w:sz w:val="12"/>
              </w:rPr>
              <w:t>0</w:t>
            </w:r>
          </w:p>
        </w:tc>
        <w:tc>
          <w:tcPr>
            <w:tcW w:w="564" w:type="dxa"/>
            <w:tcMar>
              <w:top w:w="20" w:type="dxa"/>
              <w:left w:w="50" w:type="dxa"/>
              <w:bottom w:w="20" w:type="dxa"/>
              <w:right w:w="50" w:type="dxa"/>
            </w:tcMar>
          </w:tcPr>
          <w:p w14:paraId="5FE3B6B3" w14:textId="77777777" w:rsidR="00292F36" w:rsidRDefault="00000000">
            <w:r>
              <w:rPr>
                <w:sz w:val="12"/>
              </w:rPr>
              <w:t>0.00429185</w:t>
            </w:r>
          </w:p>
        </w:tc>
        <w:tc>
          <w:tcPr>
            <w:tcW w:w="564" w:type="dxa"/>
            <w:tcMar>
              <w:top w:w="20" w:type="dxa"/>
              <w:left w:w="50" w:type="dxa"/>
              <w:bottom w:w="20" w:type="dxa"/>
              <w:right w:w="50" w:type="dxa"/>
            </w:tcMar>
          </w:tcPr>
          <w:p w14:paraId="3DE4C7CB" w14:textId="77777777" w:rsidR="00292F36" w:rsidRDefault="00000000">
            <w:r>
              <w:rPr>
                <w:sz w:val="12"/>
              </w:rPr>
              <w:t>0</w:t>
            </w:r>
          </w:p>
        </w:tc>
        <w:tc>
          <w:tcPr>
            <w:tcW w:w="564" w:type="dxa"/>
            <w:tcMar>
              <w:top w:w="20" w:type="dxa"/>
              <w:left w:w="50" w:type="dxa"/>
              <w:bottom w:w="20" w:type="dxa"/>
              <w:right w:w="50" w:type="dxa"/>
            </w:tcMar>
          </w:tcPr>
          <w:p w14:paraId="0CD19DA0" w14:textId="77777777" w:rsidR="00292F36" w:rsidRDefault="00000000">
            <w:r>
              <w:rPr>
                <w:sz w:val="12"/>
              </w:rPr>
              <w:t>0</w:t>
            </w:r>
          </w:p>
        </w:tc>
        <w:tc>
          <w:tcPr>
            <w:tcW w:w="564" w:type="dxa"/>
            <w:tcMar>
              <w:top w:w="20" w:type="dxa"/>
              <w:left w:w="50" w:type="dxa"/>
              <w:bottom w:w="20" w:type="dxa"/>
              <w:right w:w="50" w:type="dxa"/>
            </w:tcMar>
          </w:tcPr>
          <w:p w14:paraId="6098C5A9" w14:textId="77777777" w:rsidR="00292F36" w:rsidRDefault="00000000">
            <w:r>
              <w:rPr>
                <w:sz w:val="12"/>
              </w:rPr>
              <w:t>0</w:t>
            </w:r>
          </w:p>
        </w:tc>
        <w:tc>
          <w:tcPr>
            <w:tcW w:w="564" w:type="dxa"/>
            <w:tcMar>
              <w:top w:w="20" w:type="dxa"/>
              <w:left w:w="50" w:type="dxa"/>
              <w:bottom w:w="20" w:type="dxa"/>
              <w:right w:w="50" w:type="dxa"/>
            </w:tcMar>
          </w:tcPr>
          <w:p w14:paraId="5FE3C99F" w14:textId="77777777" w:rsidR="00292F36" w:rsidRDefault="00000000">
            <w:r>
              <w:rPr>
                <w:sz w:val="12"/>
              </w:rPr>
              <w:t>0</w:t>
            </w:r>
          </w:p>
        </w:tc>
        <w:tc>
          <w:tcPr>
            <w:tcW w:w="564" w:type="dxa"/>
            <w:tcMar>
              <w:top w:w="20" w:type="dxa"/>
              <w:left w:w="50" w:type="dxa"/>
              <w:bottom w:w="20" w:type="dxa"/>
              <w:right w:w="50" w:type="dxa"/>
            </w:tcMar>
          </w:tcPr>
          <w:p w14:paraId="40BAC1D0" w14:textId="77777777" w:rsidR="00292F36" w:rsidRDefault="00000000">
            <w:r>
              <w:rPr>
                <w:sz w:val="12"/>
              </w:rPr>
              <w:t>0.04054054</w:t>
            </w:r>
          </w:p>
        </w:tc>
        <w:tc>
          <w:tcPr>
            <w:tcW w:w="564" w:type="dxa"/>
            <w:tcMar>
              <w:top w:w="20" w:type="dxa"/>
              <w:left w:w="50" w:type="dxa"/>
              <w:bottom w:w="20" w:type="dxa"/>
              <w:right w:w="50" w:type="dxa"/>
            </w:tcMar>
          </w:tcPr>
          <w:p w14:paraId="57AA155D" w14:textId="77777777" w:rsidR="00292F36" w:rsidRDefault="00000000">
            <w:r>
              <w:rPr>
                <w:sz w:val="12"/>
              </w:rPr>
              <w:t>0.66216216</w:t>
            </w:r>
          </w:p>
        </w:tc>
        <w:tc>
          <w:tcPr>
            <w:tcW w:w="564" w:type="dxa"/>
            <w:tcMar>
              <w:top w:w="20" w:type="dxa"/>
              <w:left w:w="50" w:type="dxa"/>
              <w:bottom w:w="20" w:type="dxa"/>
              <w:right w:w="50" w:type="dxa"/>
            </w:tcMar>
          </w:tcPr>
          <w:p w14:paraId="33027198" w14:textId="77777777" w:rsidR="00292F36" w:rsidRDefault="00000000">
            <w:r>
              <w:rPr>
                <w:sz w:val="12"/>
              </w:rPr>
              <w:t>0.10810811</w:t>
            </w:r>
          </w:p>
        </w:tc>
        <w:tc>
          <w:tcPr>
            <w:tcW w:w="564" w:type="dxa"/>
            <w:tcMar>
              <w:top w:w="20" w:type="dxa"/>
              <w:left w:w="50" w:type="dxa"/>
              <w:bottom w:w="20" w:type="dxa"/>
              <w:right w:w="50" w:type="dxa"/>
            </w:tcMar>
          </w:tcPr>
          <w:p w14:paraId="7FCCA1C4" w14:textId="77777777" w:rsidR="00292F36" w:rsidRDefault="00000000">
            <w:r>
              <w:rPr>
                <w:sz w:val="12"/>
              </w:rPr>
              <w:t>0</w:t>
            </w:r>
          </w:p>
        </w:tc>
        <w:tc>
          <w:tcPr>
            <w:tcW w:w="564" w:type="dxa"/>
            <w:tcMar>
              <w:top w:w="20" w:type="dxa"/>
              <w:left w:w="50" w:type="dxa"/>
              <w:bottom w:w="20" w:type="dxa"/>
              <w:right w:w="50" w:type="dxa"/>
            </w:tcMar>
          </w:tcPr>
          <w:p w14:paraId="6866DC54" w14:textId="77777777" w:rsidR="00292F36" w:rsidRDefault="00000000">
            <w:r>
              <w:rPr>
                <w:sz w:val="12"/>
              </w:rPr>
              <w:t>0.18918919</w:t>
            </w:r>
          </w:p>
        </w:tc>
        <w:tc>
          <w:tcPr>
            <w:tcW w:w="564" w:type="dxa"/>
            <w:tcMar>
              <w:top w:w="20" w:type="dxa"/>
              <w:left w:w="50" w:type="dxa"/>
              <w:bottom w:w="20" w:type="dxa"/>
              <w:right w:w="50" w:type="dxa"/>
            </w:tcMar>
          </w:tcPr>
          <w:p w14:paraId="4D1F7395" w14:textId="77777777" w:rsidR="00292F36" w:rsidRDefault="00000000">
            <w:r>
              <w:rPr>
                <w:sz w:val="12"/>
              </w:rPr>
              <w:t>0</w:t>
            </w:r>
          </w:p>
        </w:tc>
      </w:tr>
      <w:tr w:rsidR="00292F36" w14:paraId="00FFBF18" w14:textId="77777777">
        <w:tc>
          <w:tcPr>
            <w:tcW w:w="564" w:type="dxa"/>
            <w:tcMar>
              <w:top w:w="20" w:type="dxa"/>
              <w:left w:w="50" w:type="dxa"/>
              <w:bottom w:w="20" w:type="dxa"/>
              <w:right w:w="50" w:type="dxa"/>
            </w:tcMar>
          </w:tcPr>
          <w:p w14:paraId="42CC796E" w14:textId="77777777" w:rsidR="00292F36" w:rsidRDefault="00000000">
            <w:r>
              <w:rPr>
                <w:sz w:val="12"/>
              </w:rPr>
              <w:t>2020_isla_todos_santos_isla_todos_santos_canal_lucia_160_1</w:t>
            </w:r>
          </w:p>
        </w:tc>
        <w:tc>
          <w:tcPr>
            <w:tcW w:w="564" w:type="dxa"/>
            <w:tcMar>
              <w:top w:w="20" w:type="dxa"/>
              <w:left w:w="50" w:type="dxa"/>
              <w:bottom w:w="20" w:type="dxa"/>
              <w:right w:w="50" w:type="dxa"/>
            </w:tcMar>
          </w:tcPr>
          <w:p w14:paraId="395B403C" w14:textId="77777777" w:rsidR="00292F36" w:rsidRDefault="00000000">
            <w:r>
              <w:rPr>
                <w:sz w:val="12"/>
              </w:rPr>
              <w:t>0.46979285</w:t>
            </w:r>
          </w:p>
        </w:tc>
        <w:tc>
          <w:tcPr>
            <w:tcW w:w="564" w:type="dxa"/>
            <w:tcMar>
              <w:top w:w="20" w:type="dxa"/>
              <w:left w:w="50" w:type="dxa"/>
              <w:bottom w:w="20" w:type="dxa"/>
              <w:right w:w="50" w:type="dxa"/>
            </w:tcMar>
          </w:tcPr>
          <w:p w14:paraId="7CBC1E60" w14:textId="77777777" w:rsidR="00292F36" w:rsidRDefault="00000000">
            <w:r>
              <w:rPr>
                <w:sz w:val="12"/>
              </w:rPr>
              <w:t>0.5444708</w:t>
            </w:r>
          </w:p>
        </w:tc>
        <w:tc>
          <w:tcPr>
            <w:tcW w:w="564" w:type="dxa"/>
            <w:tcMar>
              <w:top w:w="20" w:type="dxa"/>
              <w:left w:w="50" w:type="dxa"/>
              <w:bottom w:w="20" w:type="dxa"/>
              <w:right w:w="50" w:type="dxa"/>
            </w:tcMar>
          </w:tcPr>
          <w:p w14:paraId="57E64E3F" w14:textId="77777777" w:rsidR="00292F36" w:rsidRDefault="00000000">
            <w:r>
              <w:rPr>
                <w:sz w:val="12"/>
              </w:rPr>
              <w:t>2020</w:t>
            </w:r>
          </w:p>
        </w:tc>
        <w:tc>
          <w:tcPr>
            <w:tcW w:w="564" w:type="dxa"/>
            <w:tcMar>
              <w:top w:w="20" w:type="dxa"/>
              <w:left w:w="50" w:type="dxa"/>
              <w:bottom w:w="20" w:type="dxa"/>
              <w:right w:w="50" w:type="dxa"/>
            </w:tcMar>
          </w:tcPr>
          <w:p w14:paraId="3954AD04" w14:textId="77777777" w:rsidR="00292F36" w:rsidRDefault="00000000">
            <w:r>
              <w:rPr>
                <w:sz w:val="12"/>
              </w:rPr>
              <w:t>ensenada</w:t>
            </w:r>
          </w:p>
        </w:tc>
        <w:tc>
          <w:tcPr>
            <w:tcW w:w="564" w:type="dxa"/>
            <w:tcMar>
              <w:top w:w="20" w:type="dxa"/>
              <w:left w:w="50" w:type="dxa"/>
              <w:bottom w:w="20" w:type="dxa"/>
              <w:right w:w="50" w:type="dxa"/>
            </w:tcMar>
          </w:tcPr>
          <w:p w14:paraId="007E3C09" w14:textId="77777777" w:rsidR="00292F36" w:rsidRDefault="00000000">
            <w:r>
              <w:rPr>
                <w:sz w:val="12"/>
              </w:rPr>
              <w:t>North</w:t>
            </w:r>
          </w:p>
        </w:tc>
        <w:tc>
          <w:tcPr>
            <w:tcW w:w="564" w:type="dxa"/>
            <w:tcMar>
              <w:top w:w="20" w:type="dxa"/>
              <w:left w:w="50" w:type="dxa"/>
              <w:bottom w:w="20" w:type="dxa"/>
              <w:right w:w="50" w:type="dxa"/>
            </w:tcMar>
          </w:tcPr>
          <w:p w14:paraId="05D1E6FC" w14:textId="77777777" w:rsidR="00292F36" w:rsidRDefault="00000000">
            <w:r>
              <w:rPr>
                <w:sz w:val="12"/>
              </w:rPr>
              <w:t>isla_todos_santos</w:t>
            </w:r>
          </w:p>
        </w:tc>
        <w:tc>
          <w:tcPr>
            <w:tcW w:w="564" w:type="dxa"/>
            <w:tcMar>
              <w:top w:w="20" w:type="dxa"/>
              <w:left w:w="50" w:type="dxa"/>
              <w:bottom w:w="20" w:type="dxa"/>
              <w:right w:w="50" w:type="dxa"/>
            </w:tcMar>
          </w:tcPr>
          <w:p w14:paraId="6097107C" w14:textId="77777777" w:rsidR="00292F36" w:rsidRDefault="00000000">
            <w:r>
              <w:rPr>
                <w:sz w:val="12"/>
              </w:rPr>
              <w:t>isla_todos_santos_canal_lucia_160</w:t>
            </w:r>
          </w:p>
        </w:tc>
        <w:tc>
          <w:tcPr>
            <w:tcW w:w="564" w:type="dxa"/>
            <w:tcMar>
              <w:top w:w="20" w:type="dxa"/>
              <w:left w:w="50" w:type="dxa"/>
              <w:bottom w:w="20" w:type="dxa"/>
              <w:right w:w="50" w:type="dxa"/>
            </w:tcMar>
          </w:tcPr>
          <w:p w14:paraId="1E606092" w14:textId="77777777" w:rsidR="00292F36" w:rsidRDefault="00000000">
            <w:r>
              <w:rPr>
                <w:sz w:val="12"/>
              </w:rPr>
              <w:t>7</w:t>
            </w:r>
          </w:p>
        </w:tc>
        <w:tc>
          <w:tcPr>
            <w:tcW w:w="564" w:type="dxa"/>
            <w:tcMar>
              <w:top w:w="20" w:type="dxa"/>
              <w:left w:w="50" w:type="dxa"/>
              <w:bottom w:w="20" w:type="dxa"/>
              <w:right w:w="50" w:type="dxa"/>
            </w:tcMar>
          </w:tcPr>
          <w:p w14:paraId="7265720A" w14:textId="77777777" w:rsidR="00292F36" w:rsidRDefault="00000000">
            <w:r>
              <w:rPr>
                <w:sz w:val="12"/>
              </w:rPr>
              <w:t>15.7799997</w:t>
            </w:r>
          </w:p>
        </w:tc>
        <w:tc>
          <w:tcPr>
            <w:tcW w:w="564" w:type="dxa"/>
            <w:tcMar>
              <w:top w:w="20" w:type="dxa"/>
              <w:left w:w="50" w:type="dxa"/>
              <w:bottom w:w="20" w:type="dxa"/>
              <w:right w:w="50" w:type="dxa"/>
            </w:tcMar>
          </w:tcPr>
          <w:p w14:paraId="38D4E1E5" w14:textId="77777777" w:rsidR="00292F36" w:rsidRDefault="00000000">
            <w:r>
              <w:rPr>
                <w:sz w:val="12"/>
              </w:rPr>
              <w:t>0.22118737</w:t>
            </w:r>
          </w:p>
        </w:tc>
        <w:tc>
          <w:tcPr>
            <w:tcW w:w="564" w:type="dxa"/>
            <w:tcMar>
              <w:top w:w="20" w:type="dxa"/>
              <w:left w:w="50" w:type="dxa"/>
              <w:bottom w:w="20" w:type="dxa"/>
              <w:right w:w="50" w:type="dxa"/>
            </w:tcMar>
          </w:tcPr>
          <w:p w14:paraId="59EAD632" w14:textId="77777777" w:rsidR="00292F36" w:rsidRDefault="00000000">
            <w:r>
              <w:rPr>
                <w:sz w:val="12"/>
              </w:rPr>
              <w:t>0.01967213</w:t>
            </w:r>
          </w:p>
        </w:tc>
        <w:tc>
          <w:tcPr>
            <w:tcW w:w="564" w:type="dxa"/>
            <w:tcMar>
              <w:top w:w="20" w:type="dxa"/>
              <w:left w:w="50" w:type="dxa"/>
              <w:bottom w:w="20" w:type="dxa"/>
              <w:right w:w="50" w:type="dxa"/>
            </w:tcMar>
          </w:tcPr>
          <w:p w14:paraId="21282B5C" w14:textId="77777777" w:rsidR="00292F36" w:rsidRDefault="00000000">
            <w:r>
              <w:rPr>
                <w:sz w:val="12"/>
              </w:rPr>
              <w:t>0.00655738</w:t>
            </w:r>
          </w:p>
        </w:tc>
        <w:tc>
          <w:tcPr>
            <w:tcW w:w="564" w:type="dxa"/>
            <w:tcMar>
              <w:top w:w="20" w:type="dxa"/>
              <w:left w:w="50" w:type="dxa"/>
              <w:bottom w:w="20" w:type="dxa"/>
              <w:right w:w="50" w:type="dxa"/>
            </w:tcMar>
          </w:tcPr>
          <w:p w14:paraId="1D14312E" w14:textId="77777777" w:rsidR="00292F36" w:rsidRDefault="00000000">
            <w:r>
              <w:rPr>
                <w:sz w:val="12"/>
              </w:rPr>
              <w:t>0.0557377</w:t>
            </w:r>
          </w:p>
        </w:tc>
        <w:tc>
          <w:tcPr>
            <w:tcW w:w="564" w:type="dxa"/>
            <w:tcMar>
              <w:top w:w="20" w:type="dxa"/>
              <w:left w:w="50" w:type="dxa"/>
              <w:bottom w:w="20" w:type="dxa"/>
              <w:right w:w="50" w:type="dxa"/>
            </w:tcMar>
          </w:tcPr>
          <w:p w14:paraId="2AAF7380" w14:textId="77777777" w:rsidR="00292F36" w:rsidRDefault="00000000">
            <w:r>
              <w:rPr>
                <w:sz w:val="12"/>
              </w:rPr>
              <w:t>0.91803279</w:t>
            </w:r>
          </w:p>
        </w:tc>
        <w:tc>
          <w:tcPr>
            <w:tcW w:w="564" w:type="dxa"/>
            <w:tcMar>
              <w:top w:w="20" w:type="dxa"/>
              <w:left w:w="50" w:type="dxa"/>
              <w:bottom w:w="20" w:type="dxa"/>
              <w:right w:w="50" w:type="dxa"/>
            </w:tcMar>
          </w:tcPr>
          <w:p w14:paraId="27EEBB69" w14:textId="77777777" w:rsidR="00292F36" w:rsidRDefault="00000000">
            <w:r>
              <w:rPr>
                <w:sz w:val="12"/>
              </w:rPr>
              <w:t>0</w:t>
            </w:r>
          </w:p>
        </w:tc>
        <w:tc>
          <w:tcPr>
            <w:tcW w:w="564" w:type="dxa"/>
            <w:tcMar>
              <w:top w:w="20" w:type="dxa"/>
              <w:left w:w="50" w:type="dxa"/>
              <w:bottom w:w="20" w:type="dxa"/>
              <w:right w:w="50" w:type="dxa"/>
            </w:tcMar>
          </w:tcPr>
          <w:p w14:paraId="0C9870AE" w14:textId="77777777" w:rsidR="00292F36" w:rsidRDefault="00000000">
            <w:r>
              <w:rPr>
                <w:sz w:val="12"/>
              </w:rPr>
              <w:t>0</w:t>
            </w:r>
          </w:p>
        </w:tc>
        <w:tc>
          <w:tcPr>
            <w:tcW w:w="564" w:type="dxa"/>
            <w:tcMar>
              <w:top w:w="20" w:type="dxa"/>
              <w:left w:w="50" w:type="dxa"/>
              <w:bottom w:w="20" w:type="dxa"/>
              <w:right w:w="50" w:type="dxa"/>
            </w:tcMar>
          </w:tcPr>
          <w:p w14:paraId="4F278C44" w14:textId="77777777" w:rsidR="00292F36" w:rsidRDefault="00000000">
            <w:r>
              <w:rPr>
                <w:sz w:val="12"/>
              </w:rPr>
              <w:t>0</w:t>
            </w:r>
          </w:p>
        </w:tc>
        <w:tc>
          <w:tcPr>
            <w:tcW w:w="564" w:type="dxa"/>
            <w:tcMar>
              <w:top w:w="20" w:type="dxa"/>
              <w:left w:w="50" w:type="dxa"/>
              <w:bottom w:w="20" w:type="dxa"/>
              <w:right w:w="50" w:type="dxa"/>
            </w:tcMar>
          </w:tcPr>
          <w:p w14:paraId="3B3CEA5D" w14:textId="77777777" w:rsidR="00292F36" w:rsidRDefault="00000000">
            <w:r>
              <w:rPr>
                <w:sz w:val="12"/>
              </w:rPr>
              <w:t>0</w:t>
            </w:r>
          </w:p>
        </w:tc>
        <w:tc>
          <w:tcPr>
            <w:tcW w:w="564" w:type="dxa"/>
            <w:tcMar>
              <w:top w:w="20" w:type="dxa"/>
              <w:left w:w="50" w:type="dxa"/>
              <w:bottom w:w="20" w:type="dxa"/>
              <w:right w:w="50" w:type="dxa"/>
            </w:tcMar>
          </w:tcPr>
          <w:p w14:paraId="2AF7CD93" w14:textId="77777777" w:rsidR="00292F36" w:rsidRDefault="00000000">
            <w:r>
              <w:rPr>
                <w:sz w:val="12"/>
              </w:rPr>
              <w:t>0</w:t>
            </w:r>
          </w:p>
        </w:tc>
        <w:tc>
          <w:tcPr>
            <w:tcW w:w="564" w:type="dxa"/>
            <w:tcMar>
              <w:top w:w="20" w:type="dxa"/>
              <w:left w:w="50" w:type="dxa"/>
              <w:bottom w:w="20" w:type="dxa"/>
              <w:right w:w="50" w:type="dxa"/>
            </w:tcMar>
          </w:tcPr>
          <w:p w14:paraId="7F96476E" w14:textId="77777777" w:rsidR="00292F36" w:rsidRDefault="00000000">
            <w:r>
              <w:rPr>
                <w:sz w:val="12"/>
              </w:rPr>
              <w:t>0.75</w:t>
            </w:r>
          </w:p>
        </w:tc>
        <w:tc>
          <w:tcPr>
            <w:tcW w:w="564" w:type="dxa"/>
            <w:tcMar>
              <w:top w:w="20" w:type="dxa"/>
              <w:left w:w="50" w:type="dxa"/>
              <w:bottom w:w="20" w:type="dxa"/>
              <w:right w:w="50" w:type="dxa"/>
            </w:tcMar>
          </w:tcPr>
          <w:p w14:paraId="433F4EA8" w14:textId="77777777" w:rsidR="00292F36" w:rsidRDefault="00000000">
            <w:r>
              <w:rPr>
                <w:sz w:val="12"/>
              </w:rPr>
              <w:t>0.2</w:t>
            </w:r>
          </w:p>
        </w:tc>
        <w:tc>
          <w:tcPr>
            <w:tcW w:w="564" w:type="dxa"/>
            <w:tcMar>
              <w:top w:w="20" w:type="dxa"/>
              <w:left w:w="50" w:type="dxa"/>
              <w:bottom w:w="20" w:type="dxa"/>
              <w:right w:w="50" w:type="dxa"/>
            </w:tcMar>
          </w:tcPr>
          <w:p w14:paraId="6EB95B12" w14:textId="77777777" w:rsidR="00292F36" w:rsidRDefault="00000000">
            <w:r>
              <w:rPr>
                <w:sz w:val="12"/>
              </w:rPr>
              <w:t>0</w:t>
            </w:r>
          </w:p>
        </w:tc>
        <w:tc>
          <w:tcPr>
            <w:tcW w:w="564" w:type="dxa"/>
            <w:tcMar>
              <w:top w:w="20" w:type="dxa"/>
              <w:left w:w="50" w:type="dxa"/>
              <w:bottom w:w="20" w:type="dxa"/>
              <w:right w:w="50" w:type="dxa"/>
            </w:tcMar>
          </w:tcPr>
          <w:p w14:paraId="57E7ABC9" w14:textId="77777777" w:rsidR="00292F36" w:rsidRDefault="00000000">
            <w:r>
              <w:rPr>
                <w:sz w:val="12"/>
              </w:rPr>
              <w:t>0.05</w:t>
            </w:r>
          </w:p>
        </w:tc>
        <w:tc>
          <w:tcPr>
            <w:tcW w:w="564" w:type="dxa"/>
            <w:tcMar>
              <w:top w:w="20" w:type="dxa"/>
              <w:left w:w="50" w:type="dxa"/>
              <w:bottom w:w="20" w:type="dxa"/>
              <w:right w:w="50" w:type="dxa"/>
            </w:tcMar>
          </w:tcPr>
          <w:p w14:paraId="6DB62D96" w14:textId="77777777" w:rsidR="00292F36" w:rsidRDefault="00000000">
            <w:r>
              <w:rPr>
                <w:sz w:val="12"/>
              </w:rPr>
              <w:t>0</w:t>
            </w:r>
          </w:p>
        </w:tc>
      </w:tr>
      <w:tr w:rsidR="00292F36" w14:paraId="008B8607" w14:textId="77777777">
        <w:tc>
          <w:tcPr>
            <w:tcW w:w="564" w:type="dxa"/>
            <w:tcMar>
              <w:top w:w="20" w:type="dxa"/>
              <w:left w:w="50" w:type="dxa"/>
              <w:bottom w:w="20" w:type="dxa"/>
              <w:right w:w="50" w:type="dxa"/>
            </w:tcMar>
          </w:tcPr>
          <w:p w14:paraId="6E52A8E6" w14:textId="77777777" w:rsidR="00292F36" w:rsidRDefault="00000000">
            <w:r>
              <w:rPr>
                <w:sz w:val="12"/>
              </w:rPr>
              <w:t>2020_isla_todos_santos_isla_todos_santos_canal_lucia_160_2</w:t>
            </w:r>
          </w:p>
        </w:tc>
        <w:tc>
          <w:tcPr>
            <w:tcW w:w="564" w:type="dxa"/>
            <w:tcMar>
              <w:top w:w="20" w:type="dxa"/>
              <w:left w:w="50" w:type="dxa"/>
              <w:bottom w:w="20" w:type="dxa"/>
              <w:right w:w="50" w:type="dxa"/>
            </w:tcMar>
          </w:tcPr>
          <w:p w14:paraId="74266DB3" w14:textId="77777777" w:rsidR="00292F36" w:rsidRDefault="00000000">
            <w:r>
              <w:rPr>
                <w:sz w:val="12"/>
              </w:rPr>
              <w:t>-0.2763474</w:t>
            </w:r>
          </w:p>
        </w:tc>
        <w:tc>
          <w:tcPr>
            <w:tcW w:w="564" w:type="dxa"/>
            <w:tcMar>
              <w:top w:w="20" w:type="dxa"/>
              <w:left w:w="50" w:type="dxa"/>
              <w:bottom w:w="20" w:type="dxa"/>
              <w:right w:w="50" w:type="dxa"/>
            </w:tcMar>
          </w:tcPr>
          <w:p w14:paraId="014B51DC" w14:textId="77777777" w:rsidR="00292F36" w:rsidRDefault="00000000">
            <w:r>
              <w:rPr>
                <w:sz w:val="12"/>
              </w:rPr>
              <w:t>-0.0760574</w:t>
            </w:r>
          </w:p>
        </w:tc>
        <w:tc>
          <w:tcPr>
            <w:tcW w:w="564" w:type="dxa"/>
            <w:tcMar>
              <w:top w:w="20" w:type="dxa"/>
              <w:left w:w="50" w:type="dxa"/>
              <w:bottom w:w="20" w:type="dxa"/>
              <w:right w:w="50" w:type="dxa"/>
            </w:tcMar>
          </w:tcPr>
          <w:p w14:paraId="419012B4" w14:textId="77777777" w:rsidR="00292F36" w:rsidRDefault="00000000">
            <w:r>
              <w:rPr>
                <w:sz w:val="12"/>
              </w:rPr>
              <w:t>2020</w:t>
            </w:r>
          </w:p>
        </w:tc>
        <w:tc>
          <w:tcPr>
            <w:tcW w:w="564" w:type="dxa"/>
            <w:tcMar>
              <w:top w:w="20" w:type="dxa"/>
              <w:left w:w="50" w:type="dxa"/>
              <w:bottom w:w="20" w:type="dxa"/>
              <w:right w:w="50" w:type="dxa"/>
            </w:tcMar>
          </w:tcPr>
          <w:p w14:paraId="4F2A5C8E" w14:textId="77777777" w:rsidR="00292F36" w:rsidRDefault="00000000">
            <w:r>
              <w:rPr>
                <w:sz w:val="12"/>
              </w:rPr>
              <w:t>ensenada</w:t>
            </w:r>
          </w:p>
        </w:tc>
        <w:tc>
          <w:tcPr>
            <w:tcW w:w="564" w:type="dxa"/>
            <w:tcMar>
              <w:top w:w="20" w:type="dxa"/>
              <w:left w:w="50" w:type="dxa"/>
              <w:bottom w:w="20" w:type="dxa"/>
              <w:right w:w="50" w:type="dxa"/>
            </w:tcMar>
          </w:tcPr>
          <w:p w14:paraId="272D9EBC" w14:textId="77777777" w:rsidR="00292F36" w:rsidRDefault="00000000">
            <w:r>
              <w:rPr>
                <w:sz w:val="12"/>
              </w:rPr>
              <w:t>North</w:t>
            </w:r>
          </w:p>
        </w:tc>
        <w:tc>
          <w:tcPr>
            <w:tcW w:w="564" w:type="dxa"/>
            <w:tcMar>
              <w:top w:w="20" w:type="dxa"/>
              <w:left w:w="50" w:type="dxa"/>
              <w:bottom w:w="20" w:type="dxa"/>
              <w:right w:w="50" w:type="dxa"/>
            </w:tcMar>
          </w:tcPr>
          <w:p w14:paraId="1C2F6266" w14:textId="77777777" w:rsidR="00292F36" w:rsidRDefault="00000000">
            <w:r>
              <w:rPr>
                <w:sz w:val="12"/>
              </w:rPr>
              <w:t>isla_todos_santos</w:t>
            </w:r>
          </w:p>
        </w:tc>
        <w:tc>
          <w:tcPr>
            <w:tcW w:w="564" w:type="dxa"/>
            <w:tcMar>
              <w:top w:w="20" w:type="dxa"/>
              <w:left w:w="50" w:type="dxa"/>
              <w:bottom w:w="20" w:type="dxa"/>
              <w:right w:w="50" w:type="dxa"/>
            </w:tcMar>
          </w:tcPr>
          <w:p w14:paraId="60DE9D33" w14:textId="77777777" w:rsidR="00292F36" w:rsidRDefault="00000000">
            <w:r>
              <w:rPr>
                <w:sz w:val="12"/>
              </w:rPr>
              <w:t>isla_todos_santos_canal_lucia_160</w:t>
            </w:r>
          </w:p>
        </w:tc>
        <w:tc>
          <w:tcPr>
            <w:tcW w:w="564" w:type="dxa"/>
            <w:tcMar>
              <w:top w:w="20" w:type="dxa"/>
              <w:left w:w="50" w:type="dxa"/>
              <w:bottom w:w="20" w:type="dxa"/>
              <w:right w:w="50" w:type="dxa"/>
            </w:tcMar>
          </w:tcPr>
          <w:p w14:paraId="57418591" w14:textId="77777777" w:rsidR="00292F36" w:rsidRDefault="00000000">
            <w:r>
              <w:rPr>
                <w:sz w:val="12"/>
              </w:rPr>
              <w:t>7</w:t>
            </w:r>
          </w:p>
        </w:tc>
        <w:tc>
          <w:tcPr>
            <w:tcW w:w="564" w:type="dxa"/>
            <w:tcMar>
              <w:top w:w="20" w:type="dxa"/>
              <w:left w:w="50" w:type="dxa"/>
              <w:bottom w:w="20" w:type="dxa"/>
              <w:right w:w="50" w:type="dxa"/>
            </w:tcMar>
          </w:tcPr>
          <w:p w14:paraId="07ADF5EE" w14:textId="77777777" w:rsidR="00292F36" w:rsidRDefault="00000000">
            <w:r>
              <w:rPr>
                <w:sz w:val="12"/>
              </w:rPr>
              <w:t>15.7799997</w:t>
            </w:r>
          </w:p>
        </w:tc>
        <w:tc>
          <w:tcPr>
            <w:tcW w:w="564" w:type="dxa"/>
            <w:tcMar>
              <w:top w:w="20" w:type="dxa"/>
              <w:left w:w="50" w:type="dxa"/>
              <w:bottom w:w="20" w:type="dxa"/>
              <w:right w:w="50" w:type="dxa"/>
            </w:tcMar>
          </w:tcPr>
          <w:p w14:paraId="37C04E4E" w14:textId="77777777" w:rsidR="00292F36" w:rsidRDefault="00000000">
            <w:r>
              <w:rPr>
                <w:sz w:val="12"/>
              </w:rPr>
              <w:t>0.22118737</w:t>
            </w:r>
          </w:p>
        </w:tc>
        <w:tc>
          <w:tcPr>
            <w:tcW w:w="564" w:type="dxa"/>
            <w:tcMar>
              <w:top w:w="20" w:type="dxa"/>
              <w:left w:w="50" w:type="dxa"/>
              <w:bottom w:w="20" w:type="dxa"/>
              <w:right w:w="50" w:type="dxa"/>
            </w:tcMar>
          </w:tcPr>
          <w:p w14:paraId="6788CB91" w14:textId="77777777" w:rsidR="00292F36" w:rsidRDefault="00000000">
            <w:r>
              <w:rPr>
                <w:sz w:val="12"/>
              </w:rPr>
              <w:t>0.63403263</w:t>
            </w:r>
          </w:p>
        </w:tc>
        <w:tc>
          <w:tcPr>
            <w:tcW w:w="564" w:type="dxa"/>
            <w:tcMar>
              <w:top w:w="20" w:type="dxa"/>
              <w:left w:w="50" w:type="dxa"/>
              <w:bottom w:w="20" w:type="dxa"/>
              <w:right w:w="50" w:type="dxa"/>
            </w:tcMar>
          </w:tcPr>
          <w:p w14:paraId="05F67397" w14:textId="77777777" w:rsidR="00292F36" w:rsidRDefault="00000000">
            <w:r>
              <w:rPr>
                <w:sz w:val="12"/>
              </w:rPr>
              <w:t>0.00699301</w:t>
            </w:r>
          </w:p>
        </w:tc>
        <w:tc>
          <w:tcPr>
            <w:tcW w:w="564" w:type="dxa"/>
            <w:tcMar>
              <w:top w:w="20" w:type="dxa"/>
              <w:left w:w="50" w:type="dxa"/>
              <w:bottom w:w="20" w:type="dxa"/>
              <w:right w:w="50" w:type="dxa"/>
            </w:tcMar>
          </w:tcPr>
          <w:p w14:paraId="5ABD0946" w14:textId="77777777" w:rsidR="00292F36" w:rsidRDefault="00000000">
            <w:r>
              <w:rPr>
                <w:sz w:val="12"/>
              </w:rPr>
              <w:t>0.06993007</w:t>
            </w:r>
          </w:p>
        </w:tc>
        <w:tc>
          <w:tcPr>
            <w:tcW w:w="564" w:type="dxa"/>
            <w:tcMar>
              <w:top w:w="20" w:type="dxa"/>
              <w:left w:w="50" w:type="dxa"/>
              <w:bottom w:w="20" w:type="dxa"/>
              <w:right w:w="50" w:type="dxa"/>
            </w:tcMar>
          </w:tcPr>
          <w:p w14:paraId="21199CB8" w14:textId="77777777" w:rsidR="00292F36" w:rsidRDefault="00000000">
            <w:r>
              <w:rPr>
                <w:sz w:val="12"/>
              </w:rPr>
              <w:t>0.28904429</w:t>
            </w:r>
          </w:p>
        </w:tc>
        <w:tc>
          <w:tcPr>
            <w:tcW w:w="564" w:type="dxa"/>
            <w:tcMar>
              <w:top w:w="20" w:type="dxa"/>
              <w:left w:w="50" w:type="dxa"/>
              <w:bottom w:w="20" w:type="dxa"/>
              <w:right w:w="50" w:type="dxa"/>
            </w:tcMar>
          </w:tcPr>
          <w:p w14:paraId="6E9E13F6" w14:textId="77777777" w:rsidR="00292F36" w:rsidRDefault="00000000">
            <w:r>
              <w:rPr>
                <w:sz w:val="12"/>
              </w:rPr>
              <w:t>0</w:t>
            </w:r>
          </w:p>
        </w:tc>
        <w:tc>
          <w:tcPr>
            <w:tcW w:w="564" w:type="dxa"/>
            <w:tcMar>
              <w:top w:w="20" w:type="dxa"/>
              <w:left w:w="50" w:type="dxa"/>
              <w:bottom w:w="20" w:type="dxa"/>
              <w:right w:w="50" w:type="dxa"/>
            </w:tcMar>
          </w:tcPr>
          <w:p w14:paraId="4170AB65" w14:textId="77777777" w:rsidR="00292F36" w:rsidRDefault="00000000">
            <w:r>
              <w:rPr>
                <w:sz w:val="12"/>
              </w:rPr>
              <w:t>0</w:t>
            </w:r>
          </w:p>
        </w:tc>
        <w:tc>
          <w:tcPr>
            <w:tcW w:w="564" w:type="dxa"/>
            <w:tcMar>
              <w:top w:w="20" w:type="dxa"/>
              <w:left w:w="50" w:type="dxa"/>
              <w:bottom w:w="20" w:type="dxa"/>
              <w:right w:w="50" w:type="dxa"/>
            </w:tcMar>
          </w:tcPr>
          <w:p w14:paraId="1A6C123E" w14:textId="77777777" w:rsidR="00292F36" w:rsidRDefault="00000000">
            <w:r>
              <w:rPr>
                <w:sz w:val="12"/>
              </w:rPr>
              <w:t>0</w:t>
            </w:r>
          </w:p>
        </w:tc>
        <w:tc>
          <w:tcPr>
            <w:tcW w:w="564" w:type="dxa"/>
            <w:tcMar>
              <w:top w:w="20" w:type="dxa"/>
              <w:left w:w="50" w:type="dxa"/>
              <w:bottom w:w="20" w:type="dxa"/>
              <w:right w:w="50" w:type="dxa"/>
            </w:tcMar>
          </w:tcPr>
          <w:p w14:paraId="3F04921D" w14:textId="77777777" w:rsidR="00292F36" w:rsidRDefault="00000000">
            <w:r>
              <w:rPr>
                <w:sz w:val="12"/>
              </w:rPr>
              <w:t>0</w:t>
            </w:r>
          </w:p>
        </w:tc>
        <w:tc>
          <w:tcPr>
            <w:tcW w:w="564" w:type="dxa"/>
            <w:tcMar>
              <w:top w:w="20" w:type="dxa"/>
              <w:left w:w="50" w:type="dxa"/>
              <w:bottom w:w="20" w:type="dxa"/>
              <w:right w:w="50" w:type="dxa"/>
            </w:tcMar>
          </w:tcPr>
          <w:p w14:paraId="2D664837" w14:textId="77777777" w:rsidR="00292F36" w:rsidRDefault="00000000">
            <w:r>
              <w:rPr>
                <w:sz w:val="12"/>
              </w:rPr>
              <w:t>0</w:t>
            </w:r>
          </w:p>
        </w:tc>
        <w:tc>
          <w:tcPr>
            <w:tcW w:w="564" w:type="dxa"/>
            <w:tcMar>
              <w:top w:w="20" w:type="dxa"/>
              <w:left w:w="50" w:type="dxa"/>
              <w:bottom w:w="20" w:type="dxa"/>
              <w:right w:w="50" w:type="dxa"/>
            </w:tcMar>
          </w:tcPr>
          <w:p w14:paraId="47ED2C1D" w14:textId="77777777" w:rsidR="00292F36" w:rsidRDefault="00000000">
            <w:r>
              <w:rPr>
                <w:sz w:val="12"/>
              </w:rPr>
              <w:t>0.57142857</w:t>
            </w:r>
          </w:p>
        </w:tc>
        <w:tc>
          <w:tcPr>
            <w:tcW w:w="564" w:type="dxa"/>
            <w:tcMar>
              <w:top w:w="20" w:type="dxa"/>
              <w:left w:w="50" w:type="dxa"/>
              <w:bottom w:w="20" w:type="dxa"/>
              <w:right w:w="50" w:type="dxa"/>
            </w:tcMar>
          </w:tcPr>
          <w:p w14:paraId="70C22EF9" w14:textId="77777777" w:rsidR="00292F36" w:rsidRDefault="00000000">
            <w:r>
              <w:rPr>
                <w:sz w:val="12"/>
              </w:rPr>
              <w:t>0.14285714</w:t>
            </w:r>
          </w:p>
        </w:tc>
        <w:tc>
          <w:tcPr>
            <w:tcW w:w="564" w:type="dxa"/>
            <w:tcMar>
              <w:top w:w="20" w:type="dxa"/>
              <w:left w:w="50" w:type="dxa"/>
              <w:bottom w:w="20" w:type="dxa"/>
              <w:right w:w="50" w:type="dxa"/>
            </w:tcMar>
          </w:tcPr>
          <w:p w14:paraId="6490E983" w14:textId="77777777" w:rsidR="00292F36" w:rsidRDefault="00000000">
            <w:r>
              <w:rPr>
                <w:sz w:val="12"/>
              </w:rPr>
              <w:t>0</w:t>
            </w:r>
          </w:p>
        </w:tc>
        <w:tc>
          <w:tcPr>
            <w:tcW w:w="564" w:type="dxa"/>
            <w:tcMar>
              <w:top w:w="20" w:type="dxa"/>
              <w:left w:w="50" w:type="dxa"/>
              <w:bottom w:w="20" w:type="dxa"/>
              <w:right w:w="50" w:type="dxa"/>
            </w:tcMar>
          </w:tcPr>
          <w:p w14:paraId="265B2560" w14:textId="77777777" w:rsidR="00292F36" w:rsidRDefault="00000000">
            <w:r>
              <w:rPr>
                <w:sz w:val="12"/>
              </w:rPr>
              <w:t>0.28571429</w:t>
            </w:r>
          </w:p>
        </w:tc>
        <w:tc>
          <w:tcPr>
            <w:tcW w:w="564" w:type="dxa"/>
            <w:tcMar>
              <w:top w:w="20" w:type="dxa"/>
              <w:left w:w="50" w:type="dxa"/>
              <w:bottom w:w="20" w:type="dxa"/>
              <w:right w:w="50" w:type="dxa"/>
            </w:tcMar>
          </w:tcPr>
          <w:p w14:paraId="11B5A51A" w14:textId="77777777" w:rsidR="00292F36" w:rsidRDefault="00000000">
            <w:r>
              <w:rPr>
                <w:sz w:val="12"/>
              </w:rPr>
              <w:t>0</w:t>
            </w:r>
          </w:p>
        </w:tc>
      </w:tr>
      <w:tr w:rsidR="00292F36" w14:paraId="24DF85CE" w14:textId="77777777">
        <w:tc>
          <w:tcPr>
            <w:tcW w:w="564" w:type="dxa"/>
            <w:tcMar>
              <w:top w:w="20" w:type="dxa"/>
              <w:left w:w="50" w:type="dxa"/>
              <w:bottom w:w="20" w:type="dxa"/>
              <w:right w:w="50" w:type="dxa"/>
            </w:tcMar>
          </w:tcPr>
          <w:p w14:paraId="03A17B23" w14:textId="77777777" w:rsidR="00292F36" w:rsidRDefault="00000000">
            <w:r>
              <w:rPr>
                <w:sz w:val="12"/>
              </w:rPr>
              <w:t>2020_isla_todos_santos_isla_todos_santos_canal_lucia_160_3</w:t>
            </w:r>
          </w:p>
        </w:tc>
        <w:tc>
          <w:tcPr>
            <w:tcW w:w="564" w:type="dxa"/>
            <w:tcMar>
              <w:top w:w="20" w:type="dxa"/>
              <w:left w:w="50" w:type="dxa"/>
              <w:bottom w:w="20" w:type="dxa"/>
              <w:right w:w="50" w:type="dxa"/>
            </w:tcMar>
          </w:tcPr>
          <w:p w14:paraId="64FD90DB" w14:textId="77777777" w:rsidR="00292F36" w:rsidRDefault="00000000">
            <w:r>
              <w:rPr>
                <w:sz w:val="12"/>
              </w:rPr>
              <w:t>0.41222966</w:t>
            </w:r>
          </w:p>
        </w:tc>
        <w:tc>
          <w:tcPr>
            <w:tcW w:w="564" w:type="dxa"/>
            <w:tcMar>
              <w:top w:w="20" w:type="dxa"/>
              <w:left w:w="50" w:type="dxa"/>
              <w:bottom w:w="20" w:type="dxa"/>
              <w:right w:w="50" w:type="dxa"/>
            </w:tcMar>
          </w:tcPr>
          <w:p w14:paraId="6EAB0E2A" w14:textId="77777777" w:rsidR="00292F36" w:rsidRDefault="00000000">
            <w:r>
              <w:rPr>
                <w:sz w:val="12"/>
              </w:rPr>
              <w:t>0.44671595</w:t>
            </w:r>
          </w:p>
        </w:tc>
        <w:tc>
          <w:tcPr>
            <w:tcW w:w="564" w:type="dxa"/>
            <w:tcMar>
              <w:top w:w="20" w:type="dxa"/>
              <w:left w:w="50" w:type="dxa"/>
              <w:bottom w:w="20" w:type="dxa"/>
              <w:right w:w="50" w:type="dxa"/>
            </w:tcMar>
          </w:tcPr>
          <w:p w14:paraId="334B595E" w14:textId="77777777" w:rsidR="00292F36" w:rsidRDefault="00000000">
            <w:r>
              <w:rPr>
                <w:sz w:val="12"/>
              </w:rPr>
              <w:t>2020</w:t>
            </w:r>
          </w:p>
        </w:tc>
        <w:tc>
          <w:tcPr>
            <w:tcW w:w="564" w:type="dxa"/>
            <w:tcMar>
              <w:top w:w="20" w:type="dxa"/>
              <w:left w:w="50" w:type="dxa"/>
              <w:bottom w:w="20" w:type="dxa"/>
              <w:right w:w="50" w:type="dxa"/>
            </w:tcMar>
          </w:tcPr>
          <w:p w14:paraId="6CB04B94" w14:textId="77777777" w:rsidR="00292F36" w:rsidRDefault="00000000">
            <w:r>
              <w:rPr>
                <w:sz w:val="12"/>
              </w:rPr>
              <w:t>ensenada</w:t>
            </w:r>
          </w:p>
        </w:tc>
        <w:tc>
          <w:tcPr>
            <w:tcW w:w="564" w:type="dxa"/>
            <w:tcMar>
              <w:top w:w="20" w:type="dxa"/>
              <w:left w:w="50" w:type="dxa"/>
              <w:bottom w:w="20" w:type="dxa"/>
              <w:right w:w="50" w:type="dxa"/>
            </w:tcMar>
          </w:tcPr>
          <w:p w14:paraId="42506434" w14:textId="77777777" w:rsidR="00292F36" w:rsidRDefault="00000000">
            <w:r>
              <w:rPr>
                <w:sz w:val="12"/>
              </w:rPr>
              <w:t>North</w:t>
            </w:r>
          </w:p>
        </w:tc>
        <w:tc>
          <w:tcPr>
            <w:tcW w:w="564" w:type="dxa"/>
            <w:tcMar>
              <w:top w:w="20" w:type="dxa"/>
              <w:left w:w="50" w:type="dxa"/>
              <w:bottom w:w="20" w:type="dxa"/>
              <w:right w:w="50" w:type="dxa"/>
            </w:tcMar>
          </w:tcPr>
          <w:p w14:paraId="2120E6E6" w14:textId="77777777" w:rsidR="00292F36" w:rsidRDefault="00000000">
            <w:r>
              <w:rPr>
                <w:sz w:val="12"/>
              </w:rPr>
              <w:t>isla_todos_santos</w:t>
            </w:r>
          </w:p>
        </w:tc>
        <w:tc>
          <w:tcPr>
            <w:tcW w:w="564" w:type="dxa"/>
            <w:tcMar>
              <w:top w:w="20" w:type="dxa"/>
              <w:left w:w="50" w:type="dxa"/>
              <w:bottom w:w="20" w:type="dxa"/>
              <w:right w:w="50" w:type="dxa"/>
            </w:tcMar>
          </w:tcPr>
          <w:p w14:paraId="0646CE64" w14:textId="77777777" w:rsidR="00292F36" w:rsidRDefault="00000000">
            <w:r>
              <w:rPr>
                <w:sz w:val="12"/>
              </w:rPr>
              <w:t>isla_todos_santos_canal_lucia_160</w:t>
            </w:r>
          </w:p>
        </w:tc>
        <w:tc>
          <w:tcPr>
            <w:tcW w:w="564" w:type="dxa"/>
            <w:tcMar>
              <w:top w:w="20" w:type="dxa"/>
              <w:left w:w="50" w:type="dxa"/>
              <w:bottom w:w="20" w:type="dxa"/>
              <w:right w:w="50" w:type="dxa"/>
            </w:tcMar>
          </w:tcPr>
          <w:p w14:paraId="656874B8" w14:textId="77777777" w:rsidR="00292F36" w:rsidRDefault="00000000">
            <w:r>
              <w:rPr>
                <w:sz w:val="12"/>
              </w:rPr>
              <w:t>7</w:t>
            </w:r>
          </w:p>
        </w:tc>
        <w:tc>
          <w:tcPr>
            <w:tcW w:w="564" w:type="dxa"/>
            <w:tcMar>
              <w:top w:w="20" w:type="dxa"/>
              <w:left w:w="50" w:type="dxa"/>
              <w:bottom w:w="20" w:type="dxa"/>
              <w:right w:w="50" w:type="dxa"/>
            </w:tcMar>
          </w:tcPr>
          <w:p w14:paraId="73529EFE" w14:textId="77777777" w:rsidR="00292F36" w:rsidRDefault="00000000">
            <w:r>
              <w:rPr>
                <w:sz w:val="12"/>
              </w:rPr>
              <w:t>15.7799997</w:t>
            </w:r>
          </w:p>
        </w:tc>
        <w:tc>
          <w:tcPr>
            <w:tcW w:w="564" w:type="dxa"/>
            <w:tcMar>
              <w:top w:w="20" w:type="dxa"/>
              <w:left w:w="50" w:type="dxa"/>
              <w:bottom w:w="20" w:type="dxa"/>
              <w:right w:w="50" w:type="dxa"/>
            </w:tcMar>
          </w:tcPr>
          <w:p w14:paraId="43AA628C" w14:textId="77777777" w:rsidR="00292F36" w:rsidRDefault="00000000">
            <w:r>
              <w:rPr>
                <w:sz w:val="12"/>
              </w:rPr>
              <w:t>0.22118737</w:t>
            </w:r>
          </w:p>
        </w:tc>
        <w:tc>
          <w:tcPr>
            <w:tcW w:w="564" w:type="dxa"/>
            <w:tcMar>
              <w:top w:w="20" w:type="dxa"/>
              <w:left w:w="50" w:type="dxa"/>
              <w:bottom w:w="20" w:type="dxa"/>
              <w:right w:w="50" w:type="dxa"/>
            </w:tcMar>
          </w:tcPr>
          <w:p w14:paraId="7A935A77" w14:textId="77777777" w:rsidR="00292F36" w:rsidRDefault="00000000">
            <w:r>
              <w:rPr>
                <w:sz w:val="12"/>
              </w:rPr>
              <w:t>0.05780347</w:t>
            </w:r>
          </w:p>
        </w:tc>
        <w:tc>
          <w:tcPr>
            <w:tcW w:w="564" w:type="dxa"/>
            <w:tcMar>
              <w:top w:w="20" w:type="dxa"/>
              <w:left w:w="50" w:type="dxa"/>
              <w:bottom w:w="20" w:type="dxa"/>
              <w:right w:w="50" w:type="dxa"/>
            </w:tcMar>
          </w:tcPr>
          <w:p w14:paraId="02027D9F" w14:textId="77777777" w:rsidR="00292F36" w:rsidRDefault="00000000">
            <w:r>
              <w:rPr>
                <w:sz w:val="12"/>
              </w:rPr>
              <w:t>0</w:t>
            </w:r>
          </w:p>
        </w:tc>
        <w:tc>
          <w:tcPr>
            <w:tcW w:w="564" w:type="dxa"/>
            <w:tcMar>
              <w:top w:w="20" w:type="dxa"/>
              <w:left w:w="50" w:type="dxa"/>
              <w:bottom w:w="20" w:type="dxa"/>
              <w:right w:w="50" w:type="dxa"/>
            </w:tcMar>
          </w:tcPr>
          <w:p w14:paraId="3499EFF0" w14:textId="77777777" w:rsidR="00292F36" w:rsidRDefault="00000000">
            <w:r>
              <w:rPr>
                <w:sz w:val="12"/>
              </w:rPr>
              <w:t>0.28323699</w:t>
            </w:r>
          </w:p>
        </w:tc>
        <w:tc>
          <w:tcPr>
            <w:tcW w:w="564" w:type="dxa"/>
            <w:tcMar>
              <w:top w:w="20" w:type="dxa"/>
              <w:left w:w="50" w:type="dxa"/>
              <w:bottom w:w="20" w:type="dxa"/>
              <w:right w:w="50" w:type="dxa"/>
            </w:tcMar>
          </w:tcPr>
          <w:p w14:paraId="1096A65B" w14:textId="77777777" w:rsidR="00292F36" w:rsidRDefault="00000000">
            <w:r>
              <w:rPr>
                <w:sz w:val="12"/>
              </w:rPr>
              <w:t>0.65895954</w:t>
            </w:r>
          </w:p>
        </w:tc>
        <w:tc>
          <w:tcPr>
            <w:tcW w:w="564" w:type="dxa"/>
            <w:tcMar>
              <w:top w:w="20" w:type="dxa"/>
              <w:left w:w="50" w:type="dxa"/>
              <w:bottom w:w="20" w:type="dxa"/>
              <w:right w:w="50" w:type="dxa"/>
            </w:tcMar>
          </w:tcPr>
          <w:p w14:paraId="7E78A535" w14:textId="77777777" w:rsidR="00292F36" w:rsidRDefault="00000000">
            <w:r>
              <w:rPr>
                <w:sz w:val="12"/>
              </w:rPr>
              <w:t>0</w:t>
            </w:r>
          </w:p>
        </w:tc>
        <w:tc>
          <w:tcPr>
            <w:tcW w:w="564" w:type="dxa"/>
            <w:tcMar>
              <w:top w:w="20" w:type="dxa"/>
              <w:left w:w="50" w:type="dxa"/>
              <w:bottom w:w="20" w:type="dxa"/>
              <w:right w:w="50" w:type="dxa"/>
            </w:tcMar>
          </w:tcPr>
          <w:p w14:paraId="7566CC46" w14:textId="77777777" w:rsidR="00292F36" w:rsidRDefault="00000000">
            <w:r>
              <w:rPr>
                <w:sz w:val="12"/>
              </w:rPr>
              <w:t>0</w:t>
            </w:r>
          </w:p>
        </w:tc>
        <w:tc>
          <w:tcPr>
            <w:tcW w:w="564" w:type="dxa"/>
            <w:tcMar>
              <w:top w:w="20" w:type="dxa"/>
              <w:left w:w="50" w:type="dxa"/>
              <w:bottom w:w="20" w:type="dxa"/>
              <w:right w:w="50" w:type="dxa"/>
            </w:tcMar>
          </w:tcPr>
          <w:p w14:paraId="03B79A89" w14:textId="77777777" w:rsidR="00292F36" w:rsidRDefault="00000000">
            <w:r>
              <w:rPr>
                <w:sz w:val="12"/>
              </w:rPr>
              <w:t>0</w:t>
            </w:r>
          </w:p>
        </w:tc>
        <w:tc>
          <w:tcPr>
            <w:tcW w:w="564" w:type="dxa"/>
            <w:tcMar>
              <w:top w:w="20" w:type="dxa"/>
              <w:left w:w="50" w:type="dxa"/>
              <w:bottom w:w="20" w:type="dxa"/>
              <w:right w:w="50" w:type="dxa"/>
            </w:tcMar>
          </w:tcPr>
          <w:p w14:paraId="35B02C0C" w14:textId="77777777" w:rsidR="00292F36" w:rsidRDefault="00000000">
            <w:r>
              <w:rPr>
                <w:sz w:val="12"/>
              </w:rPr>
              <w:t>0</w:t>
            </w:r>
          </w:p>
        </w:tc>
        <w:tc>
          <w:tcPr>
            <w:tcW w:w="564" w:type="dxa"/>
            <w:tcMar>
              <w:top w:w="20" w:type="dxa"/>
              <w:left w:w="50" w:type="dxa"/>
              <w:bottom w:w="20" w:type="dxa"/>
              <w:right w:w="50" w:type="dxa"/>
            </w:tcMar>
          </w:tcPr>
          <w:p w14:paraId="42969DA1" w14:textId="77777777" w:rsidR="00292F36" w:rsidRDefault="00000000">
            <w:r>
              <w:rPr>
                <w:sz w:val="12"/>
              </w:rPr>
              <w:t>0</w:t>
            </w:r>
          </w:p>
        </w:tc>
        <w:tc>
          <w:tcPr>
            <w:tcW w:w="564" w:type="dxa"/>
            <w:tcMar>
              <w:top w:w="20" w:type="dxa"/>
              <w:left w:w="50" w:type="dxa"/>
              <w:bottom w:w="20" w:type="dxa"/>
              <w:right w:w="50" w:type="dxa"/>
            </w:tcMar>
          </w:tcPr>
          <w:p w14:paraId="2729F817" w14:textId="77777777" w:rsidR="00292F36" w:rsidRDefault="00000000">
            <w:r>
              <w:rPr>
                <w:sz w:val="12"/>
              </w:rPr>
              <w:t>0.72727273</w:t>
            </w:r>
          </w:p>
        </w:tc>
        <w:tc>
          <w:tcPr>
            <w:tcW w:w="564" w:type="dxa"/>
            <w:tcMar>
              <w:top w:w="20" w:type="dxa"/>
              <w:left w:w="50" w:type="dxa"/>
              <w:bottom w:w="20" w:type="dxa"/>
              <w:right w:w="50" w:type="dxa"/>
            </w:tcMar>
          </w:tcPr>
          <w:p w14:paraId="101F5297" w14:textId="77777777" w:rsidR="00292F36" w:rsidRDefault="00000000">
            <w:r>
              <w:rPr>
                <w:sz w:val="12"/>
              </w:rPr>
              <w:t>0.04545455</w:t>
            </w:r>
          </w:p>
        </w:tc>
        <w:tc>
          <w:tcPr>
            <w:tcW w:w="564" w:type="dxa"/>
            <w:tcMar>
              <w:top w:w="20" w:type="dxa"/>
              <w:left w:w="50" w:type="dxa"/>
              <w:bottom w:w="20" w:type="dxa"/>
              <w:right w:w="50" w:type="dxa"/>
            </w:tcMar>
          </w:tcPr>
          <w:p w14:paraId="1CB0223B" w14:textId="77777777" w:rsidR="00292F36" w:rsidRDefault="00000000">
            <w:r>
              <w:rPr>
                <w:sz w:val="12"/>
              </w:rPr>
              <w:t>0</w:t>
            </w:r>
          </w:p>
        </w:tc>
        <w:tc>
          <w:tcPr>
            <w:tcW w:w="564" w:type="dxa"/>
            <w:tcMar>
              <w:top w:w="20" w:type="dxa"/>
              <w:left w:w="50" w:type="dxa"/>
              <w:bottom w:w="20" w:type="dxa"/>
              <w:right w:w="50" w:type="dxa"/>
            </w:tcMar>
          </w:tcPr>
          <w:p w14:paraId="2C1DEDD4" w14:textId="77777777" w:rsidR="00292F36" w:rsidRDefault="00000000">
            <w:r>
              <w:rPr>
                <w:sz w:val="12"/>
              </w:rPr>
              <w:t>0.22727273</w:t>
            </w:r>
          </w:p>
        </w:tc>
        <w:tc>
          <w:tcPr>
            <w:tcW w:w="564" w:type="dxa"/>
            <w:tcMar>
              <w:top w:w="20" w:type="dxa"/>
              <w:left w:w="50" w:type="dxa"/>
              <w:bottom w:w="20" w:type="dxa"/>
              <w:right w:w="50" w:type="dxa"/>
            </w:tcMar>
          </w:tcPr>
          <w:p w14:paraId="1339A0EE" w14:textId="77777777" w:rsidR="00292F36" w:rsidRDefault="00000000">
            <w:r>
              <w:rPr>
                <w:sz w:val="12"/>
              </w:rPr>
              <w:t>0</w:t>
            </w:r>
          </w:p>
        </w:tc>
      </w:tr>
      <w:tr w:rsidR="00292F36" w14:paraId="31A6AA13" w14:textId="77777777">
        <w:tc>
          <w:tcPr>
            <w:tcW w:w="564" w:type="dxa"/>
            <w:tcMar>
              <w:top w:w="20" w:type="dxa"/>
              <w:left w:w="50" w:type="dxa"/>
              <w:bottom w:w="20" w:type="dxa"/>
              <w:right w:w="50" w:type="dxa"/>
            </w:tcMar>
          </w:tcPr>
          <w:p w14:paraId="2E1D0448" w14:textId="77777777" w:rsidR="00292F36" w:rsidRDefault="00000000">
            <w:r>
              <w:rPr>
                <w:sz w:val="12"/>
              </w:rPr>
              <w:t>2020_isla_todos_santos_isla_todos_santos_canal_lucia_161_1</w:t>
            </w:r>
          </w:p>
        </w:tc>
        <w:tc>
          <w:tcPr>
            <w:tcW w:w="564" w:type="dxa"/>
            <w:tcMar>
              <w:top w:w="20" w:type="dxa"/>
              <w:left w:w="50" w:type="dxa"/>
              <w:bottom w:w="20" w:type="dxa"/>
              <w:right w:w="50" w:type="dxa"/>
            </w:tcMar>
          </w:tcPr>
          <w:p w14:paraId="2A3A0CD5" w14:textId="77777777" w:rsidR="00292F36" w:rsidRDefault="00000000">
            <w:r>
              <w:rPr>
                <w:sz w:val="12"/>
              </w:rPr>
              <w:t>0.13945397</w:t>
            </w:r>
          </w:p>
        </w:tc>
        <w:tc>
          <w:tcPr>
            <w:tcW w:w="564" w:type="dxa"/>
            <w:tcMar>
              <w:top w:w="20" w:type="dxa"/>
              <w:left w:w="50" w:type="dxa"/>
              <w:bottom w:w="20" w:type="dxa"/>
              <w:right w:w="50" w:type="dxa"/>
            </w:tcMar>
          </w:tcPr>
          <w:p w14:paraId="100B1695" w14:textId="77777777" w:rsidR="00292F36" w:rsidRDefault="00000000">
            <w:r>
              <w:rPr>
                <w:sz w:val="12"/>
              </w:rPr>
              <w:t>1.03379007</w:t>
            </w:r>
          </w:p>
        </w:tc>
        <w:tc>
          <w:tcPr>
            <w:tcW w:w="564" w:type="dxa"/>
            <w:tcMar>
              <w:top w:w="20" w:type="dxa"/>
              <w:left w:w="50" w:type="dxa"/>
              <w:bottom w:w="20" w:type="dxa"/>
              <w:right w:w="50" w:type="dxa"/>
            </w:tcMar>
          </w:tcPr>
          <w:p w14:paraId="146E0562" w14:textId="77777777" w:rsidR="00292F36" w:rsidRDefault="00000000">
            <w:r>
              <w:rPr>
                <w:sz w:val="12"/>
              </w:rPr>
              <w:t>2020</w:t>
            </w:r>
          </w:p>
        </w:tc>
        <w:tc>
          <w:tcPr>
            <w:tcW w:w="564" w:type="dxa"/>
            <w:tcMar>
              <w:top w:w="20" w:type="dxa"/>
              <w:left w:w="50" w:type="dxa"/>
              <w:bottom w:w="20" w:type="dxa"/>
              <w:right w:w="50" w:type="dxa"/>
            </w:tcMar>
          </w:tcPr>
          <w:p w14:paraId="5BD13D5E" w14:textId="77777777" w:rsidR="00292F36" w:rsidRDefault="00000000">
            <w:r>
              <w:rPr>
                <w:sz w:val="12"/>
              </w:rPr>
              <w:t>ensenada</w:t>
            </w:r>
          </w:p>
        </w:tc>
        <w:tc>
          <w:tcPr>
            <w:tcW w:w="564" w:type="dxa"/>
            <w:tcMar>
              <w:top w:w="20" w:type="dxa"/>
              <w:left w:w="50" w:type="dxa"/>
              <w:bottom w:w="20" w:type="dxa"/>
              <w:right w:w="50" w:type="dxa"/>
            </w:tcMar>
          </w:tcPr>
          <w:p w14:paraId="052C24E8" w14:textId="77777777" w:rsidR="00292F36" w:rsidRDefault="00000000">
            <w:r>
              <w:rPr>
                <w:sz w:val="12"/>
              </w:rPr>
              <w:t>North</w:t>
            </w:r>
          </w:p>
        </w:tc>
        <w:tc>
          <w:tcPr>
            <w:tcW w:w="564" w:type="dxa"/>
            <w:tcMar>
              <w:top w:w="20" w:type="dxa"/>
              <w:left w:w="50" w:type="dxa"/>
              <w:bottom w:w="20" w:type="dxa"/>
              <w:right w:w="50" w:type="dxa"/>
            </w:tcMar>
          </w:tcPr>
          <w:p w14:paraId="09907F06" w14:textId="77777777" w:rsidR="00292F36" w:rsidRDefault="00000000">
            <w:r>
              <w:rPr>
                <w:sz w:val="12"/>
              </w:rPr>
              <w:t>isla_todos_santos</w:t>
            </w:r>
          </w:p>
        </w:tc>
        <w:tc>
          <w:tcPr>
            <w:tcW w:w="564" w:type="dxa"/>
            <w:tcMar>
              <w:top w:w="20" w:type="dxa"/>
              <w:left w:w="50" w:type="dxa"/>
              <w:bottom w:w="20" w:type="dxa"/>
              <w:right w:w="50" w:type="dxa"/>
            </w:tcMar>
          </w:tcPr>
          <w:p w14:paraId="0765B923" w14:textId="77777777" w:rsidR="00292F36" w:rsidRDefault="00000000">
            <w:r>
              <w:rPr>
                <w:sz w:val="12"/>
              </w:rPr>
              <w:t>isla_todos_santos_canal_lucia_161</w:t>
            </w:r>
          </w:p>
        </w:tc>
        <w:tc>
          <w:tcPr>
            <w:tcW w:w="564" w:type="dxa"/>
            <w:tcMar>
              <w:top w:w="20" w:type="dxa"/>
              <w:left w:w="50" w:type="dxa"/>
              <w:bottom w:w="20" w:type="dxa"/>
              <w:right w:w="50" w:type="dxa"/>
            </w:tcMar>
          </w:tcPr>
          <w:p w14:paraId="647C30C8" w14:textId="77777777" w:rsidR="00292F36" w:rsidRDefault="00000000">
            <w:r>
              <w:rPr>
                <w:sz w:val="12"/>
              </w:rPr>
              <w:t>5</w:t>
            </w:r>
          </w:p>
        </w:tc>
        <w:tc>
          <w:tcPr>
            <w:tcW w:w="564" w:type="dxa"/>
            <w:tcMar>
              <w:top w:w="20" w:type="dxa"/>
              <w:left w:w="50" w:type="dxa"/>
              <w:bottom w:w="20" w:type="dxa"/>
              <w:right w:w="50" w:type="dxa"/>
            </w:tcMar>
          </w:tcPr>
          <w:p w14:paraId="0B6843EC" w14:textId="77777777" w:rsidR="00292F36" w:rsidRDefault="00000000">
            <w:r>
              <w:rPr>
                <w:sz w:val="12"/>
              </w:rPr>
              <w:t>15.7799997</w:t>
            </w:r>
          </w:p>
        </w:tc>
        <w:tc>
          <w:tcPr>
            <w:tcW w:w="564" w:type="dxa"/>
            <w:tcMar>
              <w:top w:w="20" w:type="dxa"/>
              <w:left w:w="50" w:type="dxa"/>
              <w:bottom w:w="20" w:type="dxa"/>
              <w:right w:w="50" w:type="dxa"/>
            </w:tcMar>
          </w:tcPr>
          <w:p w14:paraId="3A02715A" w14:textId="77777777" w:rsidR="00292F36" w:rsidRDefault="00000000">
            <w:r>
              <w:rPr>
                <w:sz w:val="12"/>
              </w:rPr>
              <w:t>0.22118737</w:t>
            </w:r>
          </w:p>
        </w:tc>
        <w:tc>
          <w:tcPr>
            <w:tcW w:w="564" w:type="dxa"/>
            <w:tcMar>
              <w:top w:w="20" w:type="dxa"/>
              <w:left w:w="50" w:type="dxa"/>
              <w:bottom w:w="20" w:type="dxa"/>
              <w:right w:w="50" w:type="dxa"/>
            </w:tcMar>
          </w:tcPr>
          <w:p w14:paraId="0AC36184" w14:textId="77777777" w:rsidR="00292F36" w:rsidRDefault="00000000">
            <w:r>
              <w:rPr>
                <w:sz w:val="12"/>
              </w:rPr>
              <w:t>0</w:t>
            </w:r>
          </w:p>
        </w:tc>
        <w:tc>
          <w:tcPr>
            <w:tcW w:w="564" w:type="dxa"/>
            <w:tcMar>
              <w:top w:w="20" w:type="dxa"/>
              <w:left w:w="50" w:type="dxa"/>
              <w:bottom w:w="20" w:type="dxa"/>
              <w:right w:w="50" w:type="dxa"/>
            </w:tcMar>
          </w:tcPr>
          <w:p w14:paraId="0480B3F0" w14:textId="77777777" w:rsidR="00292F36" w:rsidRDefault="00000000">
            <w:r>
              <w:rPr>
                <w:sz w:val="12"/>
              </w:rPr>
              <w:t>0.01069519</w:t>
            </w:r>
          </w:p>
        </w:tc>
        <w:tc>
          <w:tcPr>
            <w:tcW w:w="564" w:type="dxa"/>
            <w:tcMar>
              <w:top w:w="20" w:type="dxa"/>
              <w:left w:w="50" w:type="dxa"/>
              <w:bottom w:w="20" w:type="dxa"/>
              <w:right w:w="50" w:type="dxa"/>
            </w:tcMar>
          </w:tcPr>
          <w:p w14:paraId="5883AD64" w14:textId="77777777" w:rsidR="00292F36" w:rsidRDefault="00000000">
            <w:r>
              <w:rPr>
                <w:sz w:val="12"/>
              </w:rPr>
              <w:t>0.01069519</w:t>
            </w:r>
          </w:p>
        </w:tc>
        <w:tc>
          <w:tcPr>
            <w:tcW w:w="564" w:type="dxa"/>
            <w:tcMar>
              <w:top w:w="20" w:type="dxa"/>
              <w:left w:w="50" w:type="dxa"/>
              <w:bottom w:w="20" w:type="dxa"/>
              <w:right w:w="50" w:type="dxa"/>
            </w:tcMar>
          </w:tcPr>
          <w:p w14:paraId="4E9FBFCD" w14:textId="77777777" w:rsidR="00292F36" w:rsidRDefault="00000000">
            <w:r>
              <w:rPr>
                <w:sz w:val="12"/>
              </w:rPr>
              <w:t>0.97860963</w:t>
            </w:r>
          </w:p>
        </w:tc>
        <w:tc>
          <w:tcPr>
            <w:tcW w:w="564" w:type="dxa"/>
            <w:tcMar>
              <w:top w:w="20" w:type="dxa"/>
              <w:left w:w="50" w:type="dxa"/>
              <w:bottom w:w="20" w:type="dxa"/>
              <w:right w:w="50" w:type="dxa"/>
            </w:tcMar>
          </w:tcPr>
          <w:p w14:paraId="618DF995" w14:textId="77777777" w:rsidR="00292F36" w:rsidRDefault="00000000">
            <w:r>
              <w:rPr>
                <w:sz w:val="12"/>
              </w:rPr>
              <w:t>0</w:t>
            </w:r>
          </w:p>
        </w:tc>
        <w:tc>
          <w:tcPr>
            <w:tcW w:w="564" w:type="dxa"/>
            <w:tcMar>
              <w:top w:w="20" w:type="dxa"/>
              <w:left w:w="50" w:type="dxa"/>
              <w:bottom w:w="20" w:type="dxa"/>
              <w:right w:w="50" w:type="dxa"/>
            </w:tcMar>
          </w:tcPr>
          <w:p w14:paraId="1EACA85D" w14:textId="77777777" w:rsidR="00292F36" w:rsidRDefault="00000000">
            <w:r>
              <w:rPr>
                <w:sz w:val="12"/>
              </w:rPr>
              <w:t>0</w:t>
            </w:r>
          </w:p>
        </w:tc>
        <w:tc>
          <w:tcPr>
            <w:tcW w:w="564" w:type="dxa"/>
            <w:tcMar>
              <w:top w:w="20" w:type="dxa"/>
              <w:left w:w="50" w:type="dxa"/>
              <w:bottom w:w="20" w:type="dxa"/>
              <w:right w:w="50" w:type="dxa"/>
            </w:tcMar>
          </w:tcPr>
          <w:p w14:paraId="60C3CC74" w14:textId="77777777" w:rsidR="00292F36" w:rsidRDefault="00000000">
            <w:r>
              <w:rPr>
                <w:sz w:val="12"/>
              </w:rPr>
              <w:t>0</w:t>
            </w:r>
          </w:p>
        </w:tc>
        <w:tc>
          <w:tcPr>
            <w:tcW w:w="564" w:type="dxa"/>
            <w:tcMar>
              <w:top w:w="20" w:type="dxa"/>
              <w:left w:w="50" w:type="dxa"/>
              <w:bottom w:w="20" w:type="dxa"/>
              <w:right w:w="50" w:type="dxa"/>
            </w:tcMar>
          </w:tcPr>
          <w:p w14:paraId="528761B8" w14:textId="77777777" w:rsidR="00292F36" w:rsidRDefault="00000000">
            <w:r>
              <w:rPr>
                <w:sz w:val="12"/>
              </w:rPr>
              <w:t>0</w:t>
            </w:r>
          </w:p>
        </w:tc>
        <w:tc>
          <w:tcPr>
            <w:tcW w:w="564" w:type="dxa"/>
            <w:tcMar>
              <w:top w:w="20" w:type="dxa"/>
              <w:left w:w="50" w:type="dxa"/>
              <w:bottom w:w="20" w:type="dxa"/>
              <w:right w:w="50" w:type="dxa"/>
            </w:tcMar>
          </w:tcPr>
          <w:p w14:paraId="2EBCB90B" w14:textId="77777777" w:rsidR="00292F36" w:rsidRDefault="00000000">
            <w:r>
              <w:rPr>
                <w:sz w:val="12"/>
              </w:rPr>
              <w:t>0</w:t>
            </w:r>
          </w:p>
        </w:tc>
        <w:tc>
          <w:tcPr>
            <w:tcW w:w="564" w:type="dxa"/>
            <w:tcMar>
              <w:top w:w="20" w:type="dxa"/>
              <w:left w:w="50" w:type="dxa"/>
              <w:bottom w:w="20" w:type="dxa"/>
              <w:right w:w="50" w:type="dxa"/>
            </w:tcMar>
          </w:tcPr>
          <w:p w14:paraId="1913B5BD" w14:textId="77777777" w:rsidR="00292F36" w:rsidRDefault="00000000">
            <w:r>
              <w:rPr>
                <w:sz w:val="12"/>
              </w:rPr>
              <w:t>0.17582418</w:t>
            </w:r>
          </w:p>
        </w:tc>
        <w:tc>
          <w:tcPr>
            <w:tcW w:w="564" w:type="dxa"/>
            <w:tcMar>
              <w:top w:w="20" w:type="dxa"/>
              <w:left w:w="50" w:type="dxa"/>
              <w:bottom w:w="20" w:type="dxa"/>
              <w:right w:w="50" w:type="dxa"/>
            </w:tcMar>
          </w:tcPr>
          <w:p w14:paraId="242FC5DD" w14:textId="77777777" w:rsidR="00292F36" w:rsidRDefault="00000000">
            <w:r>
              <w:rPr>
                <w:sz w:val="12"/>
              </w:rPr>
              <w:t>0.02197802</w:t>
            </w:r>
          </w:p>
        </w:tc>
        <w:tc>
          <w:tcPr>
            <w:tcW w:w="564" w:type="dxa"/>
            <w:tcMar>
              <w:top w:w="20" w:type="dxa"/>
              <w:left w:w="50" w:type="dxa"/>
              <w:bottom w:w="20" w:type="dxa"/>
              <w:right w:w="50" w:type="dxa"/>
            </w:tcMar>
          </w:tcPr>
          <w:p w14:paraId="57C67D96" w14:textId="77777777" w:rsidR="00292F36" w:rsidRDefault="00000000">
            <w:r>
              <w:rPr>
                <w:sz w:val="12"/>
              </w:rPr>
              <w:t>0</w:t>
            </w:r>
          </w:p>
        </w:tc>
        <w:tc>
          <w:tcPr>
            <w:tcW w:w="564" w:type="dxa"/>
            <w:tcMar>
              <w:top w:w="20" w:type="dxa"/>
              <w:left w:w="50" w:type="dxa"/>
              <w:bottom w:w="20" w:type="dxa"/>
              <w:right w:w="50" w:type="dxa"/>
            </w:tcMar>
          </w:tcPr>
          <w:p w14:paraId="74CCB636" w14:textId="77777777" w:rsidR="00292F36" w:rsidRDefault="00000000">
            <w:r>
              <w:rPr>
                <w:sz w:val="12"/>
              </w:rPr>
              <w:t>0</w:t>
            </w:r>
          </w:p>
        </w:tc>
        <w:tc>
          <w:tcPr>
            <w:tcW w:w="564" w:type="dxa"/>
            <w:tcMar>
              <w:top w:w="20" w:type="dxa"/>
              <w:left w:w="50" w:type="dxa"/>
              <w:bottom w:w="20" w:type="dxa"/>
              <w:right w:w="50" w:type="dxa"/>
            </w:tcMar>
          </w:tcPr>
          <w:p w14:paraId="6C7723D6" w14:textId="77777777" w:rsidR="00292F36" w:rsidRDefault="00000000">
            <w:r>
              <w:rPr>
                <w:sz w:val="12"/>
              </w:rPr>
              <w:t>0.8021978</w:t>
            </w:r>
          </w:p>
        </w:tc>
      </w:tr>
      <w:tr w:rsidR="00292F36" w14:paraId="27026A44" w14:textId="77777777">
        <w:tc>
          <w:tcPr>
            <w:tcW w:w="564" w:type="dxa"/>
            <w:tcMar>
              <w:top w:w="20" w:type="dxa"/>
              <w:left w:w="50" w:type="dxa"/>
              <w:bottom w:w="20" w:type="dxa"/>
              <w:right w:w="50" w:type="dxa"/>
            </w:tcMar>
          </w:tcPr>
          <w:p w14:paraId="61D772F1" w14:textId="77777777" w:rsidR="00292F36" w:rsidRDefault="00000000">
            <w:r>
              <w:rPr>
                <w:sz w:val="12"/>
              </w:rPr>
              <w:t>2020_isla_todos_santos_isla_todos_santos_canal_lucia_161_2</w:t>
            </w:r>
          </w:p>
        </w:tc>
        <w:tc>
          <w:tcPr>
            <w:tcW w:w="564" w:type="dxa"/>
            <w:tcMar>
              <w:top w:w="20" w:type="dxa"/>
              <w:left w:w="50" w:type="dxa"/>
              <w:bottom w:w="20" w:type="dxa"/>
              <w:right w:w="50" w:type="dxa"/>
            </w:tcMar>
          </w:tcPr>
          <w:p w14:paraId="216171CD" w14:textId="77777777" w:rsidR="00292F36" w:rsidRDefault="00000000">
            <w:r>
              <w:rPr>
                <w:sz w:val="12"/>
              </w:rPr>
              <w:t>0.38414612</w:t>
            </w:r>
          </w:p>
        </w:tc>
        <w:tc>
          <w:tcPr>
            <w:tcW w:w="564" w:type="dxa"/>
            <w:tcMar>
              <w:top w:w="20" w:type="dxa"/>
              <w:left w:w="50" w:type="dxa"/>
              <w:bottom w:w="20" w:type="dxa"/>
              <w:right w:w="50" w:type="dxa"/>
            </w:tcMar>
          </w:tcPr>
          <w:p w14:paraId="32578EAE" w14:textId="77777777" w:rsidR="00292F36" w:rsidRDefault="00000000">
            <w:r>
              <w:rPr>
                <w:sz w:val="12"/>
              </w:rPr>
              <w:t>0.84091355</w:t>
            </w:r>
          </w:p>
        </w:tc>
        <w:tc>
          <w:tcPr>
            <w:tcW w:w="564" w:type="dxa"/>
            <w:tcMar>
              <w:top w:w="20" w:type="dxa"/>
              <w:left w:w="50" w:type="dxa"/>
              <w:bottom w:w="20" w:type="dxa"/>
              <w:right w:w="50" w:type="dxa"/>
            </w:tcMar>
          </w:tcPr>
          <w:p w14:paraId="64096E71" w14:textId="77777777" w:rsidR="00292F36" w:rsidRDefault="00000000">
            <w:r>
              <w:rPr>
                <w:sz w:val="12"/>
              </w:rPr>
              <w:t>2020</w:t>
            </w:r>
          </w:p>
        </w:tc>
        <w:tc>
          <w:tcPr>
            <w:tcW w:w="564" w:type="dxa"/>
            <w:tcMar>
              <w:top w:w="20" w:type="dxa"/>
              <w:left w:w="50" w:type="dxa"/>
              <w:bottom w:w="20" w:type="dxa"/>
              <w:right w:w="50" w:type="dxa"/>
            </w:tcMar>
          </w:tcPr>
          <w:p w14:paraId="58DEDEF5" w14:textId="77777777" w:rsidR="00292F36" w:rsidRDefault="00000000">
            <w:r>
              <w:rPr>
                <w:sz w:val="12"/>
              </w:rPr>
              <w:t>ensenada</w:t>
            </w:r>
          </w:p>
        </w:tc>
        <w:tc>
          <w:tcPr>
            <w:tcW w:w="564" w:type="dxa"/>
            <w:tcMar>
              <w:top w:w="20" w:type="dxa"/>
              <w:left w:w="50" w:type="dxa"/>
              <w:bottom w:w="20" w:type="dxa"/>
              <w:right w:w="50" w:type="dxa"/>
            </w:tcMar>
          </w:tcPr>
          <w:p w14:paraId="791C4B25" w14:textId="77777777" w:rsidR="00292F36" w:rsidRDefault="00000000">
            <w:r>
              <w:rPr>
                <w:sz w:val="12"/>
              </w:rPr>
              <w:t>North</w:t>
            </w:r>
          </w:p>
        </w:tc>
        <w:tc>
          <w:tcPr>
            <w:tcW w:w="564" w:type="dxa"/>
            <w:tcMar>
              <w:top w:w="20" w:type="dxa"/>
              <w:left w:w="50" w:type="dxa"/>
              <w:bottom w:w="20" w:type="dxa"/>
              <w:right w:w="50" w:type="dxa"/>
            </w:tcMar>
          </w:tcPr>
          <w:p w14:paraId="4D7BCB18" w14:textId="77777777" w:rsidR="00292F36" w:rsidRDefault="00000000">
            <w:r>
              <w:rPr>
                <w:sz w:val="12"/>
              </w:rPr>
              <w:t>isla_todos_santos</w:t>
            </w:r>
          </w:p>
        </w:tc>
        <w:tc>
          <w:tcPr>
            <w:tcW w:w="564" w:type="dxa"/>
            <w:tcMar>
              <w:top w:w="20" w:type="dxa"/>
              <w:left w:w="50" w:type="dxa"/>
              <w:bottom w:w="20" w:type="dxa"/>
              <w:right w:w="50" w:type="dxa"/>
            </w:tcMar>
          </w:tcPr>
          <w:p w14:paraId="212B2CEA" w14:textId="77777777" w:rsidR="00292F36" w:rsidRDefault="00000000">
            <w:r>
              <w:rPr>
                <w:sz w:val="12"/>
              </w:rPr>
              <w:t>isla_todos_santos_canal_lucia_161</w:t>
            </w:r>
          </w:p>
        </w:tc>
        <w:tc>
          <w:tcPr>
            <w:tcW w:w="564" w:type="dxa"/>
            <w:tcMar>
              <w:top w:w="20" w:type="dxa"/>
              <w:left w:w="50" w:type="dxa"/>
              <w:bottom w:w="20" w:type="dxa"/>
              <w:right w:w="50" w:type="dxa"/>
            </w:tcMar>
          </w:tcPr>
          <w:p w14:paraId="1066D4A4" w14:textId="77777777" w:rsidR="00292F36" w:rsidRDefault="00000000">
            <w:r>
              <w:rPr>
                <w:sz w:val="12"/>
              </w:rPr>
              <w:t>5</w:t>
            </w:r>
          </w:p>
        </w:tc>
        <w:tc>
          <w:tcPr>
            <w:tcW w:w="564" w:type="dxa"/>
            <w:tcMar>
              <w:top w:w="20" w:type="dxa"/>
              <w:left w:w="50" w:type="dxa"/>
              <w:bottom w:w="20" w:type="dxa"/>
              <w:right w:w="50" w:type="dxa"/>
            </w:tcMar>
          </w:tcPr>
          <w:p w14:paraId="53F863EE" w14:textId="77777777" w:rsidR="00292F36" w:rsidRDefault="00000000">
            <w:r>
              <w:rPr>
                <w:sz w:val="12"/>
              </w:rPr>
              <w:t>15.7799997</w:t>
            </w:r>
          </w:p>
        </w:tc>
        <w:tc>
          <w:tcPr>
            <w:tcW w:w="564" w:type="dxa"/>
            <w:tcMar>
              <w:top w:w="20" w:type="dxa"/>
              <w:left w:w="50" w:type="dxa"/>
              <w:bottom w:w="20" w:type="dxa"/>
              <w:right w:w="50" w:type="dxa"/>
            </w:tcMar>
          </w:tcPr>
          <w:p w14:paraId="7B1E7ED1" w14:textId="77777777" w:rsidR="00292F36" w:rsidRDefault="00000000">
            <w:r>
              <w:rPr>
                <w:sz w:val="12"/>
              </w:rPr>
              <w:t>0.22118737</w:t>
            </w:r>
          </w:p>
        </w:tc>
        <w:tc>
          <w:tcPr>
            <w:tcW w:w="564" w:type="dxa"/>
            <w:tcMar>
              <w:top w:w="20" w:type="dxa"/>
              <w:left w:w="50" w:type="dxa"/>
              <w:bottom w:w="20" w:type="dxa"/>
              <w:right w:w="50" w:type="dxa"/>
            </w:tcMar>
          </w:tcPr>
          <w:p w14:paraId="5BF42491" w14:textId="77777777" w:rsidR="00292F36" w:rsidRDefault="00000000">
            <w:r>
              <w:rPr>
                <w:sz w:val="12"/>
              </w:rPr>
              <w:t>0</w:t>
            </w:r>
          </w:p>
        </w:tc>
        <w:tc>
          <w:tcPr>
            <w:tcW w:w="564" w:type="dxa"/>
            <w:tcMar>
              <w:top w:w="20" w:type="dxa"/>
              <w:left w:w="50" w:type="dxa"/>
              <w:bottom w:w="20" w:type="dxa"/>
              <w:right w:w="50" w:type="dxa"/>
            </w:tcMar>
          </w:tcPr>
          <w:p w14:paraId="402BA644" w14:textId="77777777" w:rsidR="00292F36" w:rsidRDefault="00000000">
            <w:r>
              <w:rPr>
                <w:sz w:val="12"/>
              </w:rPr>
              <w:t>0</w:t>
            </w:r>
          </w:p>
        </w:tc>
        <w:tc>
          <w:tcPr>
            <w:tcW w:w="564" w:type="dxa"/>
            <w:tcMar>
              <w:top w:w="20" w:type="dxa"/>
              <w:left w:w="50" w:type="dxa"/>
              <w:bottom w:w="20" w:type="dxa"/>
              <w:right w:w="50" w:type="dxa"/>
            </w:tcMar>
          </w:tcPr>
          <w:p w14:paraId="65966581" w14:textId="77777777" w:rsidR="00292F36" w:rsidRDefault="00000000">
            <w:r>
              <w:rPr>
                <w:sz w:val="12"/>
              </w:rPr>
              <w:t>0.00793651</w:t>
            </w:r>
          </w:p>
        </w:tc>
        <w:tc>
          <w:tcPr>
            <w:tcW w:w="564" w:type="dxa"/>
            <w:tcMar>
              <w:top w:w="20" w:type="dxa"/>
              <w:left w:w="50" w:type="dxa"/>
              <w:bottom w:w="20" w:type="dxa"/>
              <w:right w:w="50" w:type="dxa"/>
            </w:tcMar>
          </w:tcPr>
          <w:p w14:paraId="55C0E7CB" w14:textId="77777777" w:rsidR="00292F36" w:rsidRDefault="00000000">
            <w:r>
              <w:rPr>
                <w:sz w:val="12"/>
              </w:rPr>
              <w:t>0.99206349</w:t>
            </w:r>
          </w:p>
        </w:tc>
        <w:tc>
          <w:tcPr>
            <w:tcW w:w="564" w:type="dxa"/>
            <w:tcMar>
              <w:top w:w="20" w:type="dxa"/>
              <w:left w:w="50" w:type="dxa"/>
              <w:bottom w:w="20" w:type="dxa"/>
              <w:right w:w="50" w:type="dxa"/>
            </w:tcMar>
          </w:tcPr>
          <w:p w14:paraId="64894018" w14:textId="77777777" w:rsidR="00292F36" w:rsidRDefault="00000000">
            <w:r>
              <w:rPr>
                <w:sz w:val="12"/>
              </w:rPr>
              <w:t>0</w:t>
            </w:r>
          </w:p>
        </w:tc>
        <w:tc>
          <w:tcPr>
            <w:tcW w:w="564" w:type="dxa"/>
            <w:tcMar>
              <w:top w:w="20" w:type="dxa"/>
              <w:left w:w="50" w:type="dxa"/>
              <w:bottom w:w="20" w:type="dxa"/>
              <w:right w:w="50" w:type="dxa"/>
            </w:tcMar>
          </w:tcPr>
          <w:p w14:paraId="006CC166" w14:textId="77777777" w:rsidR="00292F36" w:rsidRDefault="00000000">
            <w:r>
              <w:rPr>
                <w:sz w:val="12"/>
              </w:rPr>
              <w:t>0</w:t>
            </w:r>
          </w:p>
        </w:tc>
        <w:tc>
          <w:tcPr>
            <w:tcW w:w="564" w:type="dxa"/>
            <w:tcMar>
              <w:top w:w="20" w:type="dxa"/>
              <w:left w:w="50" w:type="dxa"/>
              <w:bottom w:w="20" w:type="dxa"/>
              <w:right w:w="50" w:type="dxa"/>
            </w:tcMar>
          </w:tcPr>
          <w:p w14:paraId="67441003" w14:textId="77777777" w:rsidR="00292F36" w:rsidRDefault="00000000">
            <w:r>
              <w:rPr>
                <w:sz w:val="12"/>
              </w:rPr>
              <w:t>0</w:t>
            </w:r>
          </w:p>
        </w:tc>
        <w:tc>
          <w:tcPr>
            <w:tcW w:w="564" w:type="dxa"/>
            <w:tcMar>
              <w:top w:w="20" w:type="dxa"/>
              <w:left w:w="50" w:type="dxa"/>
              <w:bottom w:w="20" w:type="dxa"/>
              <w:right w:w="50" w:type="dxa"/>
            </w:tcMar>
          </w:tcPr>
          <w:p w14:paraId="39273881" w14:textId="77777777" w:rsidR="00292F36" w:rsidRDefault="00000000">
            <w:r>
              <w:rPr>
                <w:sz w:val="12"/>
              </w:rPr>
              <w:t>0</w:t>
            </w:r>
          </w:p>
        </w:tc>
        <w:tc>
          <w:tcPr>
            <w:tcW w:w="564" w:type="dxa"/>
            <w:tcMar>
              <w:top w:w="20" w:type="dxa"/>
              <w:left w:w="50" w:type="dxa"/>
              <w:bottom w:w="20" w:type="dxa"/>
              <w:right w:w="50" w:type="dxa"/>
            </w:tcMar>
          </w:tcPr>
          <w:p w14:paraId="30AF8402" w14:textId="77777777" w:rsidR="00292F36" w:rsidRDefault="00000000">
            <w:r>
              <w:rPr>
                <w:sz w:val="12"/>
              </w:rPr>
              <w:t>0</w:t>
            </w:r>
          </w:p>
        </w:tc>
        <w:tc>
          <w:tcPr>
            <w:tcW w:w="564" w:type="dxa"/>
            <w:tcMar>
              <w:top w:w="20" w:type="dxa"/>
              <w:left w:w="50" w:type="dxa"/>
              <w:bottom w:w="20" w:type="dxa"/>
              <w:right w:w="50" w:type="dxa"/>
            </w:tcMar>
          </w:tcPr>
          <w:p w14:paraId="5867FDB8" w14:textId="77777777" w:rsidR="00292F36" w:rsidRDefault="00000000">
            <w:r>
              <w:rPr>
                <w:sz w:val="12"/>
              </w:rPr>
              <w:t>0.34482759</w:t>
            </w:r>
          </w:p>
        </w:tc>
        <w:tc>
          <w:tcPr>
            <w:tcW w:w="564" w:type="dxa"/>
            <w:tcMar>
              <w:top w:w="20" w:type="dxa"/>
              <w:left w:w="50" w:type="dxa"/>
              <w:bottom w:w="20" w:type="dxa"/>
              <w:right w:w="50" w:type="dxa"/>
            </w:tcMar>
          </w:tcPr>
          <w:p w14:paraId="287D5024" w14:textId="77777777" w:rsidR="00292F36" w:rsidRDefault="00000000">
            <w:r>
              <w:rPr>
                <w:sz w:val="12"/>
              </w:rPr>
              <w:t>0.51724138</w:t>
            </w:r>
          </w:p>
        </w:tc>
        <w:tc>
          <w:tcPr>
            <w:tcW w:w="564" w:type="dxa"/>
            <w:tcMar>
              <w:top w:w="20" w:type="dxa"/>
              <w:left w:w="50" w:type="dxa"/>
              <w:bottom w:w="20" w:type="dxa"/>
              <w:right w:w="50" w:type="dxa"/>
            </w:tcMar>
          </w:tcPr>
          <w:p w14:paraId="6A7835D0" w14:textId="77777777" w:rsidR="00292F36" w:rsidRDefault="00000000">
            <w:r>
              <w:rPr>
                <w:sz w:val="12"/>
              </w:rPr>
              <w:t>0</w:t>
            </w:r>
          </w:p>
        </w:tc>
        <w:tc>
          <w:tcPr>
            <w:tcW w:w="564" w:type="dxa"/>
            <w:tcMar>
              <w:top w:w="20" w:type="dxa"/>
              <w:left w:w="50" w:type="dxa"/>
              <w:bottom w:w="20" w:type="dxa"/>
              <w:right w:w="50" w:type="dxa"/>
            </w:tcMar>
          </w:tcPr>
          <w:p w14:paraId="20B56A5F" w14:textId="77777777" w:rsidR="00292F36" w:rsidRDefault="00000000">
            <w:r>
              <w:rPr>
                <w:sz w:val="12"/>
              </w:rPr>
              <w:t>0</w:t>
            </w:r>
          </w:p>
        </w:tc>
        <w:tc>
          <w:tcPr>
            <w:tcW w:w="564" w:type="dxa"/>
            <w:tcMar>
              <w:top w:w="20" w:type="dxa"/>
              <w:left w:w="50" w:type="dxa"/>
              <w:bottom w:w="20" w:type="dxa"/>
              <w:right w:w="50" w:type="dxa"/>
            </w:tcMar>
          </w:tcPr>
          <w:p w14:paraId="6ABE7103" w14:textId="77777777" w:rsidR="00292F36" w:rsidRDefault="00000000">
            <w:r>
              <w:rPr>
                <w:sz w:val="12"/>
              </w:rPr>
              <w:t>0.13793103</w:t>
            </w:r>
          </w:p>
        </w:tc>
      </w:tr>
      <w:tr w:rsidR="00292F36" w14:paraId="6D7AD264" w14:textId="77777777">
        <w:tc>
          <w:tcPr>
            <w:tcW w:w="564" w:type="dxa"/>
            <w:tcMar>
              <w:top w:w="20" w:type="dxa"/>
              <w:left w:w="50" w:type="dxa"/>
              <w:bottom w:w="20" w:type="dxa"/>
              <w:right w:w="50" w:type="dxa"/>
            </w:tcMar>
          </w:tcPr>
          <w:p w14:paraId="22B374F1" w14:textId="77777777" w:rsidR="00292F36" w:rsidRDefault="00000000">
            <w:r>
              <w:rPr>
                <w:sz w:val="12"/>
              </w:rPr>
              <w:t>2020_isla_todos_santos_isla_todos_santos_canal_lucia_161_3</w:t>
            </w:r>
          </w:p>
        </w:tc>
        <w:tc>
          <w:tcPr>
            <w:tcW w:w="564" w:type="dxa"/>
            <w:tcMar>
              <w:top w:w="20" w:type="dxa"/>
              <w:left w:w="50" w:type="dxa"/>
              <w:bottom w:w="20" w:type="dxa"/>
              <w:right w:w="50" w:type="dxa"/>
            </w:tcMar>
          </w:tcPr>
          <w:p w14:paraId="599A0AE8" w14:textId="77777777" w:rsidR="00292F36" w:rsidRDefault="00000000">
            <w:r>
              <w:rPr>
                <w:sz w:val="12"/>
              </w:rPr>
              <w:t>0.46145856</w:t>
            </w:r>
          </w:p>
        </w:tc>
        <w:tc>
          <w:tcPr>
            <w:tcW w:w="564" w:type="dxa"/>
            <w:tcMar>
              <w:top w:w="20" w:type="dxa"/>
              <w:left w:w="50" w:type="dxa"/>
              <w:bottom w:w="20" w:type="dxa"/>
              <w:right w:w="50" w:type="dxa"/>
            </w:tcMar>
          </w:tcPr>
          <w:p w14:paraId="05A13975" w14:textId="77777777" w:rsidR="00292F36" w:rsidRDefault="00000000">
            <w:r>
              <w:rPr>
                <w:sz w:val="12"/>
              </w:rPr>
              <w:t>0.52328714</w:t>
            </w:r>
          </w:p>
        </w:tc>
        <w:tc>
          <w:tcPr>
            <w:tcW w:w="564" w:type="dxa"/>
            <w:tcMar>
              <w:top w:w="20" w:type="dxa"/>
              <w:left w:w="50" w:type="dxa"/>
              <w:bottom w:w="20" w:type="dxa"/>
              <w:right w:w="50" w:type="dxa"/>
            </w:tcMar>
          </w:tcPr>
          <w:p w14:paraId="1525E272" w14:textId="77777777" w:rsidR="00292F36" w:rsidRDefault="00000000">
            <w:r>
              <w:rPr>
                <w:sz w:val="12"/>
              </w:rPr>
              <w:t>2020</w:t>
            </w:r>
          </w:p>
        </w:tc>
        <w:tc>
          <w:tcPr>
            <w:tcW w:w="564" w:type="dxa"/>
            <w:tcMar>
              <w:top w:w="20" w:type="dxa"/>
              <w:left w:w="50" w:type="dxa"/>
              <w:bottom w:w="20" w:type="dxa"/>
              <w:right w:w="50" w:type="dxa"/>
            </w:tcMar>
          </w:tcPr>
          <w:p w14:paraId="696CF7F1" w14:textId="77777777" w:rsidR="00292F36" w:rsidRDefault="00000000">
            <w:r>
              <w:rPr>
                <w:sz w:val="12"/>
              </w:rPr>
              <w:t>ensenada</w:t>
            </w:r>
          </w:p>
        </w:tc>
        <w:tc>
          <w:tcPr>
            <w:tcW w:w="564" w:type="dxa"/>
            <w:tcMar>
              <w:top w:w="20" w:type="dxa"/>
              <w:left w:w="50" w:type="dxa"/>
              <w:bottom w:w="20" w:type="dxa"/>
              <w:right w:w="50" w:type="dxa"/>
            </w:tcMar>
          </w:tcPr>
          <w:p w14:paraId="1470D22A" w14:textId="77777777" w:rsidR="00292F36" w:rsidRDefault="00000000">
            <w:r>
              <w:rPr>
                <w:sz w:val="12"/>
              </w:rPr>
              <w:t>North</w:t>
            </w:r>
          </w:p>
        </w:tc>
        <w:tc>
          <w:tcPr>
            <w:tcW w:w="564" w:type="dxa"/>
            <w:tcMar>
              <w:top w:w="20" w:type="dxa"/>
              <w:left w:w="50" w:type="dxa"/>
              <w:bottom w:w="20" w:type="dxa"/>
              <w:right w:w="50" w:type="dxa"/>
            </w:tcMar>
          </w:tcPr>
          <w:p w14:paraId="473B412A" w14:textId="77777777" w:rsidR="00292F36" w:rsidRDefault="00000000">
            <w:r>
              <w:rPr>
                <w:sz w:val="12"/>
              </w:rPr>
              <w:t>isla_todos_santos</w:t>
            </w:r>
          </w:p>
        </w:tc>
        <w:tc>
          <w:tcPr>
            <w:tcW w:w="564" w:type="dxa"/>
            <w:tcMar>
              <w:top w:w="20" w:type="dxa"/>
              <w:left w:w="50" w:type="dxa"/>
              <w:bottom w:w="20" w:type="dxa"/>
              <w:right w:w="50" w:type="dxa"/>
            </w:tcMar>
          </w:tcPr>
          <w:p w14:paraId="473FD308" w14:textId="77777777" w:rsidR="00292F36" w:rsidRDefault="00000000">
            <w:r>
              <w:rPr>
                <w:sz w:val="12"/>
              </w:rPr>
              <w:t>isla_todos_santos_canal_lucia_161</w:t>
            </w:r>
          </w:p>
        </w:tc>
        <w:tc>
          <w:tcPr>
            <w:tcW w:w="564" w:type="dxa"/>
            <w:tcMar>
              <w:top w:w="20" w:type="dxa"/>
              <w:left w:w="50" w:type="dxa"/>
              <w:bottom w:w="20" w:type="dxa"/>
              <w:right w:w="50" w:type="dxa"/>
            </w:tcMar>
          </w:tcPr>
          <w:p w14:paraId="768FAD86" w14:textId="77777777" w:rsidR="00292F36" w:rsidRDefault="00000000">
            <w:r>
              <w:rPr>
                <w:sz w:val="12"/>
              </w:rPr>
              <w:t>5</w:t>
            </w:r>
          </w:p>
        </w:tc>
        <w:tc>
          <w:tcPr>
            <w:tcW w:w="564" w:type="dxa"/>
            <w:tcMar>
              <w:top w:w="20" w:type="dxa"/>
              <w:left w:w="50" w:type="dxa"/>
              <w:bottom w:w="20" w:type="dxa"/>
              <w:right w:w="50" w:type="dxa"/>
            </w:tcMar>
          </w:tcPr>
          <w:p w14:paraId="0100E2CC" w14:textId="77777777" w:rsidR="00292F36" w:rsidRDefault="00000000">
            <w:r>
              <w:rPr>
                <w:sz w:val="12"/>
              </w:rPr>
              <w:t>15.7799997</w:t>
            </w:r>
          </w:p>
        </w:tc>
        <w:tc>
          <w:tcPr>
            <w:tcW w:w="564" w:type="dxa"/>
            <w:tcMar>
              <w:top w:w="20" w:type="dxa"/>
              <w:left w:w="50" w:type="dxa"/>
              <w:bottom w:w="20" w:type="dxa"/>
              <w:right w:w="50" w:type="dxa"/>
            </w:tcMar>
          </w:tcPr>
          <w:p w14:paraId="1A095BFE" w14:textId="77777777" w:rsidR="00292F36" w:rsidRDefault="00000000">
            <w:r>
              <w:rPr>
                <w:sz w:val="12"/>
              </w:rPr>
              <w:t>0.22118737</w:t>
            </w:r>
          </w:p>
        </w:tc>
        <w:tc>
          <w:tcPr>
            <w:tcW w:w="564" w:type="dxa"/>
            <w:tcMar>
              <w:top w:w="20" w:type="dxa"/>
              <w:left w:w="50" w:type="dxa"/>
              <w:bottom w:w="20" w:type="dxa"/>
              <w:right w:w="50" w:type="dxa"/>
            </w:tcMar>
          </w:tcPr>
          <w:p w14:paraId="741AD55F" w14:textId="77777777" w:rsidR="00292F36" w:rsidRDefault="00000000">
            <w:r>
              <w:rPr>
                <w:sz w:val="12"/>
              </w:rPr>
              <w:t>0.03787879</w:t>
            </w:r>
          </w:p>
        </w:tc>
        <w:tc>
          <w:tcPr>
            <w:tcW w:w="564" w:type="dxa"/>
            <w:tcMar>
              <w:top w:w="20" w:type="dxa"/>
              <w:left w:w="50" w:type="dxa"/>
              <w:bottom w:w="20" w:type="dxa"/>
              <w:right w:w="50" w:type="dxa"/>
            </w:tcMar>
          </w:tcPr>
          <w:p w14:paraId="44788866" w14:textId="77777777" w:rsidR="00292F36" w:rsidRDefault="00000000">
            <w:r>
              <w:rPr>
                <w:sz w:val="12"/>
              </w:rPr>
              <w:t>0.00757576</w:t>
            </w:r>
          </w:p>
        </w:tc>
        <w:tc>
          <w:tcPr>
            <w:tcW w:w="564" w:type="dxa"/>
            <w:tcMar>
              <w:top w:w="20" w:type="dxa"/>
              <w:left w:w="50" w:type="dxa"/>
              <w:bottom w:w="20" w:type="dxa"/>
              <w:right w:w="50" w:type="dxa"/>
            </w:tcMar>
          </w:tcPr>
          <w:p w14:paraId="5F157BE8" w14:textId="77777777" w:rsidR="00292F36" w:rsidRDefault="00000000">
            <w:r>
              <w:rPr>
                <w:sz w:val="12"/>
              </w:rPr>
              <w:t>0.0530303</w:t>
            </w:r>
          </w:p>
        </w:tc>
        <w:tc>
          <w:tcPr>
            <w:tcW w:w="564" w:type="dxa"/>
            <w:tcMar>
              <w:top w:w="20" w:type="dxa"/>
              <w:left w:w="50" w:type="dxa"/>
              <w:bottom w:w="20" w:type="dxa"/>
              <w:right w:w="50" w:type="dxa"/>
            </w:tcMar>
          </w:tcPr>
          <w:p w14:paraId="563F5EBA" w14:textId="77777777" w:rsidR="00292F36" w:rsidRDefault="00000000">
            <w:r>
              <w:rPr>
                <w:sz w:val="12"/>
              </w:rPr>
              <w:t>0.90151515</w:t>
            </w:r>
          </w:p>
        </w:tc>
        <w:tc>
          <w:tcPr>
            <w:tcW w:w="564" w:type="dxa"/>
            <w:tcMar>
              <w:top w:w="20" w:type="dxa"/>
              <w:left w:w="50" w:type="dxa"/>
              <w:bottom w:w="20" w:type="dxa"/>
              <w:right w:w="50" w:type="dxa"/>
            </w:tcMar>
          </w:tcPr>
          <w:p w14:paraId="5821F18A" w14:textId="77777777" w:rsidR="00292F36" w:rsidRDefault="00000000">
            <w:r>
              <w:rPr>
                <w:sz w:val="12"/>
              </w:rPr>
              <w:t>0</w:t>
            </w:r>
          </w:p>
        </w:tc>
        <w:tc>
          <w:tcPr>
            <w:tcW w:w="564" w:type="dxa"/>
            <w:tcMar>
              <w:top w:w="20" w:type="dxa"/>
              <w:left w:w="50" w:type="dxa"/>
              <w:bottom w:w="20" w:type="dxa"/>
              <w:right w:w="50" w:type="dxa"/>
            </w:tcMar>
          </w:tcPr>
          <w:p w14:paraId="293C3185" w14:textId="77777777" w:rsidR="00292F36" w:rsidRDefault="00000000">
            <w:r>
              <w:rPr>
                <w:sz w:val="12"/>
              </w:rPr>
              <w:t>0</w:t>
            </w:r>
          </w:p>
        </w:tc>
        <w:tc>
          <w:tcPr>
            <w:tcW w:w="564" w:type="dxa"/>
            <w:tcMar>
              <w:top w:w="20" w:type="dxa"/>
              <w:left w:w="50" w:type="dxa"/>
              <w:bottom w:w="20" w:type="dxa"/>
              <w:right w:w="50" w:type="dxa"/>
            </w:tcMar>
          </w:tcPr>
          <w:p w14:paraId="054494DC" w14:textId="77777777" w:rsidR="00292F36" w:rsidRDefault="00000000">
            <w:r>
              <w:rPr>
                <w:sz w:val="12"/>
              </w:rPr>
              <w:t>0</w:t>
            </w:r>
          </w:p>
        </w:tc>
        <w:tc>
          <w:tcPr>
            <w:tcW w:w="564" w:type="dxa"/>
            <w:tcMar>
              <w:top w:w="20" w:type="dxa"/>
              <w:left w:w="50" w:type="dxa"/>
              <w:bottom w:w="20" w:type="dxa"/>
              <w:right w:w="50" w:type="dxa"/>
            </w:tcMar>
          </w:tcPr>
          <w:p w14:paraId="330F71B9" w14:textId="77777777" w:rsidR="00292F36" w:rsidRDefault="00000000">
            <w:r>
              <w:rPr>
                <w:sz w:val="12"/>
              </w:rPr>
              <w:t>0</w:t>
            </w:r>
          </w:p>
        </w:tc>
        <w:tc>
          <w:tcPr>
            <w:tcW w:w="564" w:type="dxa"/>
            <w:tcMar>
              <w:top w:w="20" w:type="dxa"/>
              <w:left w:w="50" w:type="dxa"/>
              <w:bottom w:w="20" w:type="dxa"/>
              <w:right w:w="50" w:type="dxa"/>
            </w:tcMar>
          </w:tcPr>
          <w:p w14:paraId="728A89B7" w14:textId="77777777" w:rsidR="00292F36" w:rsidRDefault="00000000">
            <w:r>
              <w:rPr>
                <w:sz w:val="12"/>
              </w:rPr>
              <w:t>0</w:t>
            </w:r>
          </w:p>
        </w:tc>
        <w:tc>
          <w:tcPr>
            <w:tcW w:w="564" w:type="dxa"/>
            <w:tcMar>
              <w:top w:w="20" w:type="dxa"/>
              <w:left w:w="50" w:type="dxa"/>
              <w:bottom w:w="20" w:type="dxa"/>
              <w:right w:w="50" w:type="dxa"/>
            </w:tcMar>
          </w:tcPr>
          <w:p w14:paraId="47D22492" w14:textId="77777777" w:rsidR="00292F36" w:rsidRDefault="00000000">
            <w:r>
              <w:rPr>
                <w:sz w:val="12"/>
              </w:rPr>
              <w:t>0.8125</w:t>
            </w:r>
          </w:p>
        </w:tc>
        <w:tc>
          <w:tcPr>
            <w:tcW w:w="564" w:type="dxa"/>
            <w:tcMar>
              <w:top w:w="20" w:type="dxa"/>
              <w:left w:w="50" w:type="dxa"/>
              <w:bottom w:w="20" w:type="dxa"/>
              <w:right w:w="50" w:type="dxa"/>
            </w:tcMar>
          </w:tcPr>
          <w:p w14:paraId="63D1CEE0" w14:textId="77777777" w:rsidR="00292F36" w:rsidRDefault="00000000">
            <w:r>
              <w:rPr>
                <w:sz w:val="12"/>
              </w:rPr>
              <w:t>0.125</w:t>
            </w:r>
          </w:p>
        </w:tc>
        <w:tc>
          <w:tcPr>
            <w:tcW w:w="564" w:type="dxa"/>
            <w:tcMar>
              <w:top w:w="20" w:type="dxa"/>
              <w:left w:w="50" w:type="dxa"/>
              <w:bottom w:w="20" w:type="dxa"/>
              <w:right w:w="50" w:type="dxa"/>
            </w:tcMar>
          </w:tcPr>
          <w:p w14:paraId="02FA5F6A" w14:textId="77777777" w:rsidR="00292F36" w:rsidRDefault="00000000">
            <w:r>
              <w:rPr>
                <w:sz w:val="12"/>
              </w:rPr>
              <w:t>0</w:t>
            </w:r>
          </w:p>
        </w:tc>
        <w:tc>
          <w:tcPr>
            <w:tcW w:w="564" w:type="dxa"/>
            <w:tcMar>
              <w:top w:w="20" w:type="dxa"/>
              <w:left w:w="50" w:type="dxa"/>
              <w:bottom w:w="20" w:type="dxa"/>
              <w:right w:w="50" w:type="dxa"/>
            </w:tcMar>
          </w:tcPr>
          <w:p w14:paraId="5A2B1888" w14:textId="77777777" w:rsidR="00292F36" w:rsidRDefault="00000000">
            <w:r>
              <w:rPr>
                <w:sz w:val="12"/>
              </w:rPr>
              <w:t>0.0625</w:t>
            </w:r>
          </w:p>
        </w:tc>
        <w:tc>
          <w:tcPr>
            <w:tcW w:w="564" w:type="dxa"/>
            <w:tcMar>
              <w:top w:w="20" w:type="dxa"/>
              <w:left w:w="50" w:type="dxa"/>
              <w:bottom w:w="20" w:type="dxa"/>
              <w:right w:w="50" w:type="dxa"/>
            </w:tcMar>
          </w:tcPr>
          <w:p w14:paraId="42590DFF" w14:textId="77777777" w:rsidR="00292F36" w:rsidRDefault="00000000">
            <w:r>
              <w:rPr>
                <w:sz w:val="12"/>
              </w:rPr>
              <w:t>0</w:t>
            </w:r>
          </w:p>
        </w:tc>
      </w:tr>
      <w:tr w:rsidR="00292F36" w14:paraId="572337D7" w14:textId="77777777">
        <w:tc>
          <w:tcPr>
            <w:tcW w:w="564" w:type="dxa"/>
            <w:tcMar>
              <w:top w:w="20" w:type="dxa"/>
              <w:left w:w="50" w:type="dxa"/>
              <w:bottom w:w="20" w:type="dxa"/>
              <w:right w:w="50" w:type="dxa"/>
            </w:tcMar>
          </w:tcPr>
          <w:p w14:paraId="1BE62F9B" w14:textId="77777777" w:rsidR="00292F36" w:rsidRDefault="00000000">
            <w:r>
              <w:rPr>
                <w:sz w:val="12"/>
              </w:rPr>
              <w:t>2020_isla_todos_s</w:t>
            </w:r>
            <w:r>
              <w:rPr>
                <w:sz w:val="12"/>
              </w:rPr>
              <w:lastRenderedPageBreak/>
              <w:t>antos_isla_todos_santos_exposed_north_1</w:t>
            </w:r>
          </w:p>
        </w:tc>
        <w:tc>
          <w:tcPr>
            <w:tcW w:w="564" w:type="dxa"/>
            <w:tcMar>
              <w:top w:w="20" w:type="dxa"/>
              <w:left w:w="50" w:type="dxa"/>
              <w:bottom w:w="20" w:type="dxa"/>
              <w:right w:w="50" w:type="dxa"/>
            </w:tcMar>
          </w:tcPr>
          <w:p w14:paraId="68BD08B9" w14:textId="77777777" w:rsidR="00292F36" w:rsidRDefault="00000000">
            <w:r>
              <w:rPr>
                <w:sz w:val="12"/>
              </w:rPr>
              <w:lastRenderedPageBreak/>
              <w:t>-0.580405</w:t>
            </w:r>
            <w:r>
              <w:rPr>
                <w:sz w:val="12"/>
              </w:rPr>
              <w:lastRenderedPageBreak/>
              <w:t>1</w:t>
            </w:r>
          </w:p>
        </w:tc>
        <w:tc>
          <w:tcPr>
            <w:tcW w:w="564" w:type="dxa"/>
            <w:tcMar>
              <w:top w:w="20" w:type="dxa"/>
              <w:left w:w="50" w:type="dxa"/>
              <w:bottom w:w="20" w:type="dxa"/>
              <w:right w:w="50" w:type="dxa"/>
            </w:tcMar>
          </w:tcPr>
          <w:p w14:paraId="3704A2FC" w14:textId="77777777" w:rsidR="00292F36" w:rsidRDefault="00000000">
            <w:r>
              <w:rPr>
                <w:sz w:val="12"/>
              </w:rPr>
              <w:lastRenderedPageBreak/>
              <w:t>0.50081259</w:t>
            </w:r>
          </w:p>
        </w:tc>
        <w:tc>
          <w:tcPr>
            <w:tcW w:w="564" w:type="dxa"/>
            <w:tcMar>
              <w:top w:w="20" w:type="dxa"/>
              <w:left w:w="50" w:type="dxa"/>
              <w:bottom w:w="20" w:type="dxa"/>
              <w:right w:w="50" w:type="dxa"/>
            </w:tcMar>
          </w:tcPr>
          <w:p w14:paraId="47ED681A" w14:textId="77777777" w:rsidR="00292F36" w:rsidRDefault="00000000">
            <w:r>
              <w:rPr>
                <w:sz w:val="12"/>
              </w:rPr>
              <w:t>2020</w:t>
            </w:r>
          </w:p>
        </w:tc>
        <w:tc>
          <w:tcPr>
            <w:tcW w:w="564" w:type="dxa"/>
            <w:tcMar>
              <w:top w:w="20" w:type="dxa"/>
              <w:left w:w="50" w:type="dxa"/>
              <w:bottom w:w="20" w:type="dxa"/>
              <w:right w:w="50" w:type="dxa"/>
            </w:tcMar>
          </w:tcPr>
          <w:p w14:paraId="79BF7D04" w14:textId="77777777" w:rsidR="00292F36" w:rsidRDefault="00000000">
            <w:r>
              <w:rPr>
                <w:sz w:val="12"/>
              </w:rPr>
              <w:t>ensenada</w:t>
            </w:r>
          </w:p>
        </w:tc>
        <w:tc>
          <w:tcPr>
            <w:tcW w:w="564" w:type="dxa"/>
            <w:tcMar>
              <w:top w:w="20" w:type="dxa"/>
              <w:left w:w="50" w:type="dxa"/>
              <w:bottom w:w="20" w:type="dxa"/>
              <w:right w:w="50" w:type="dxa"/>
            </w:tcMar>
          </w:tcPr>
          <w:p w14:paraId="422BFEE9" w14:textId="77777777" w:rsidR="00292F36" w:rsidRDefault="00000000">
            <w:r>
              <w:rPr>
                <w:sz w:val="12"/>
              </w:rPr>
              <w:t>North</w:t>
            </w:r>
          </w:p>
        </w:tc>
        <w:tc>
          <w:tcPr>
            <w:tcW w:w="564" w:type="dxa"/>
            <w:tcMar>
              <w:top w:w="20" w:type="dxa"/>
              <w:left w:w="50" w:type="dxa"/>
              <w:bottom w:w="20" w:type="dxa"/>
              <w:right w:w="50" w:type="dxa"/>
            </w:tcMar>
          </w:tcPr>
          <w:p w14:paraId="2CDEFF3F" w14:textId="77777777" w:rsidR="00292F36" w:rsidRDefault="00000000">
            <w:r>
              <w:rPr>
                <w:sz w:val="12"/>
              </w:rPr>
              <w:t>isla_todos_santos</w:t>
            </w:r>
          </w:p>
        </w:tc>
        <w:tc>
          <w:tcPr>
            <w:tcW w:w="564" w:type="dxa"/>
            <w:tcMar>
              <w:top w:w="20" w:type="dxa"/>
              <w:left w:w="50" w:type="dxa"/>
              <w:bottom w:w="20" w:type="dxa"/>
              <w:right w:w="50" w:type="dxa"/>
            </w:tcMar>
          </w:tcPr>
          <w:p w14:paraId="01F2DC1F" w14:textId="77777777" w:rsidR="00292F36" w:rsidRDefault="00000000">
            <w:r>
              <w:rPr>
                <w:sz w:val="12"/>
              </w:rPr>
              <w:t>isla_todos_santos</w:t>
            </w:r>
            <w:r>
              <w:rPr>
                <w:sz w:val="12"/>
              </w:rPr>
              <w:lastRenderedPageBreak/>
              <w:t>_exposed_north</w:t>
            </w:r>
          </w:p>
        </w:tc>
        <w:tc>
          <w:tcPr>
            <w:tcW w:w="564" w:type="dxa"/>
            <w:tcMar>
              <w:top w:w="20" w:type="dxa"/>
              <w:left w:w="50" w:type="dxa"/>
              <w:bottom w:w="20" w:type="dxa"/>
              <w:right w:w="50" w:type="dxa"/>
            </w:tcMar>
          </w:tcPr>
          <w:p w14:paraId="5CF348A2" w14:textId="77777777" w:rsidR="00292F36" w:rsidRDefault="00000000">
            <w:r>
              <w:rPr>
                <w:sz w:val="12"/>
              </w:rPr>
              <w:lastRenderedPageBreak/>
              <w:t>9</w:t>
            </w:r>
          </w:p>
        </w:tc>
        <w:tc>
          <w:tcPr>
            <w:tcW w:w="564" w:type="dxa"/>
            <w:tcMar>
              <w:top w:w="20" w:type="dxa"/>
              <w:left w:w="50" w:type="dxa"/>
              <w:bottom w:w="20" w:type="dxa"/>
              <w:right w:w="50" w:type="dxa"/>
            </w:tcMar>
          </w:tcPr>
          <w:p w14:paraId="7C36519B" w14:textId="77777777" w:rsidR="00292F36" w:rsidRDefault="00000000">
            <w:r>
              <w:rPr>
                <w:sz w:val="12"/>
              </w:rPr>
              <w:t>19.8400002</w:t>
            </w:r>
          </w:p>
        </w:tc>
        <w:tc>
          <w:tcPr>
            <w:tcW w:w="564" w:type="dxa"/>
            <w:tcMar>
              <w:top w:w="20" w:type="dxa"/>
              <w:left w:w="50" w:type="dxa"/>
              <w:bottom w:w="20" w:type="dxa"/>
              <w:right w:w="50" w:type="dxa"/>
            </w:tcMar>
          </w:tcPr>
          <w:p w14:paraId="4AE5A796" w14:textId="77777777" w:rsidR="00292F36" w:rsidRDefault="00000000">
            <w:r>
              <w:rPr>
                <w:sz w:val="12"/>
              </w:rPr>
              <w:t>0.22118737</w:t>
            </w:r>
          </w:p>
        </w:tc>
        <w:tc>
          <w:tcPr>
            <w:tcW w:w="564" w:type="dxa"/>
            <w:tcMar>
              <w:top w:w="20" w:type="dxa"/>
              <w:left w:w="50" w:type="dxa"/>
              <w:bottom w:w="20" w:type="dxa"/>
              <w:right w:w="50" w:type="dxa"/>
            </w:tcMar>
          </w:tcPr>
          <w:p w14:paraId="675AFE21" w14:textId="77777777" w:rsidR="00292F36" w:rsidRDefault="00000000">
            <w:r>
              <w:rPr>
                <w:sz w:val="12"/>
              </w:rPr>
              <w:t>0.73863636</w:t>
            </w:r>
          </w:p>
        </w:tc>
        <w:tc>
          <w:tcPr>
            <w:tcW w:w="564" w:type="dxa"/>
            <w:tcMar>
              <w:top w:w="20" w:type="dxa"/>
              <w:left w:w="50" w:type="dxa"/>
              <w:bottom w:w="20" w:type="dxa"/>
              <w:right w:w="50" w:type="dxa"/>
            </w:tcMar>
          </w:tcPr>
          <w:p w14:paraId="28D4339F" w14:textId="77777777" w:rsidR="00292F36" w:rsidRDefault="00000000">
            <w:r>
              <w:rPr>
                <w:sz w:val="12"/>
              </w:rPr>
              <w:t>0.00227273</w:t>
            </w:r>
          </w:p>
        </w:tc>
        <w:tc>
          <w:tcPr>
            <w:tcW w:w="564" w:type="dxa"/>
            <w:tcMar>
              <w:top w:w="20" w:type="dxa"/>
              <w:left w:w="50" w:type="dxa"/>
              <w:bottom w:w="20" w:type="dxa"/>
              <w:right w:w="50" w:type="dxa"/>
            </w:tcMar>
          </w:tcPr>
          <w:p w14:paraId="6FCD295C" w14:textId="77777777" w:rsidR="00292F36" w:rsidRDefault="00000000">
            <w:r>
              <w:rPr>
                <w:sz w:val="12"/>
              </w:rPr>
              <w:t>0.12954545</w:t>
            </w:r>
          </w:p>
        </w:tc>
        <w:tc>
          <w:tcPr>
            <w:tcW w:w="564" w:type="dxa"/>
            <w:tcMar>
              <w:top w:w="20" w:type="dxa"/>
              <w:left w:w="50" w:type="dxa"/>
              <w:bottom w:w="20" w:type="dxa"/>
              <w:right w:w="50" w:type="dxa"/>
            </w:tcMar>
          </w:tcPr>
          <w:p w14:paraId="2CB89D04" w14:textId="77777777" w:rsidR="00292F36" w:rsidRDefault="00000000">
            <w:r>
              <w:rPr>
                <w:sz w:val="12"/>
              </w:rPr>
              <w:t>0.12954545</w:t>
            </w:r>
          </w:p>
        </w:tc>
        <w:tc>
          <w:tcPr>
            <w:tcW w:w="564" w:type="dxa"/>
            <w:tcMar>
              <w:top w:w="20" w:type="dxa"/>
              <w:left w:w="50" w:type="dxa"/>
              <w:bottom w:w="20" w:type="dxa"/>
              <w:right w:w="50" w:type="dxa"/>
            </w:tcMar>
          </w:tcPr>
          <w:p w14:paraId="416C8030" w14:textId="77777777" w:rsidR="00292F36" w:rsidRDefault="00000000">
            <w:r>
              <w:rPr>
                <w:sz w:val="12"/>
              </w:rPr>
              <w:t>0</w:t>
            </w:r>
          </w:p>
        </w:tc>
        <w:tc>
          <w:tcPr>
            <w:tcW w:w="564" w:type="dxa"/>
            <w:tcMar>
              <w:top w:w="20" w:type="dxa"/>
              <w:left w:w="50" w:type="dxa"/>
              <w:bottom w:w="20" w:type="dxa"/>
              <w:right w:w="50" w:type="dxa"/>
            </w:tcMar>
          </w:tcPr>
          <w:p w14:paraId="7A7E9431" w14:textId="77777777" w:rsidR="00292F36" w:rsidRDefault="00000000">
            <w:r>
              <w:rPr>
                <w:sz w:val="12"/>
              </w:rPr>
              <w:t>0</w:t>
            </w:r>
          </w:p>
        </w:tc>
        <w:tc>
          <w:tcPr>
            <w:tcW w:w="564" w:type="dxa"/>
            <w:tcMar>
              <w:top w:w="20" w:type="dxa"/>
              <w:left w:w="50" w:type="dxa"/>
              <w:bottom w:w="20" w:type="dxa"/>
              <w:right w:w="50" w:type="dxa"/>
            </w:tcMar>
          </w:tcPr>
          <w:p w14:paraId="65080513" w14:textId="77777777" w:rsidR="00292F36" w:rsidRDefault="00000000">
            <w:r>
              <w:rPr>
                <w:sz w:val="12"/>
              </w:rPr>
              <w:t>0</w:t>
            </w:r>
          </w:p>
        </w:tc>
        <w:tc>
          <w:tcPr>
            <w:tcW w:w="564" w:type="dxa"/>
            <w:tcMar>
              <w:top w:w="20" w:type="dxa"/>
              <w:left w:w="50" w:type="dxa"/>
              <w:bottom w:w="20" w:type="dxa"/>
              <w:right w:w="50" w:type="dxa"/>
            </w:tcMar>
          </w:tcPr>
          <w:p w14:paraId="7FB78BAE" w14:textId="77777777" w:rsidR="00292F36" w:rsidRDefault="00000000">
            <w:r>
              <w:rPr>
                <w:sz w:val="12"/>
              </w:rPr>
              <w:t>0</w:t>
            </w:r>
          </w:p>
        </w:tc>
        <w:tc>
          <w:tcPr>
            <w:tcW w:w="564" w:type="dxa"/>
            <w:tcMar>
              <w:top w:w="20" w:type="dxa"/>
              <w:left w:w="50" w:type="dxa"/>
              <w:bottom w:w="20" w:type="dxa"/>
              <w:right w:w="50" w:type="dxa"/>
            </w:tcMar>
          </w:tcPr>
          <w:p w14:paraId="3F7693FD" w14:textId="77777777" w:rsidR="00292F36" w:rsidRDefault="00000000">
            <w:r>
              <w:rPr>
                <w:sz w:val="12"/>
              </w:rPr>
              <w:t>0.00114679</w:t>
            </w:r>
          </w:p>
        </w:tc>
        <w:tc>
          <w:tcPr>
            <w:tcW w:w="564" w:type="dxa"/>
            <w:tcMar>
              <w:top w:w="20" w:type="dxa"/>
              <w:left w:w="50" w:type="dxa"/>
              <w:bottom w:w="20" w:type="dxa"/>
              <w:right w:w="50" w:type="dxa"/>
            </w:tcMar>
          </w:tcPr>
          <w:p w14:paraId="43181B77" w14:textId="77777777" w:rsidR="00292F36" w:rsidRDefault="00000000">
            <w:r>
              <w:rPr>
                <w:sz w:val="12"/>
              </w:rPr>
              <w:t>0.12958716</w:t>
            </w:r>
          </w:p>
        </w:tc>
        <w:tc>
          <w:tcPr>
            <w:tcW w:w="564" w:type="dxa"/>
            <w:tcMar>
              <w:top w:w="20" w:type="dxa"/>
              <w:left w:w="50" w:type="dxa"/>
              <w:bottom w:w="20" w:type="dxa"/>
              <w:right w:w="50" w:type="dxa"/>
            </w:tcMar>
          </w:tcPr>
          <w:p w14:paraId="0EE273CF" w14:textId="77777777" w:rsidR="00292F36" w:rsidRDefault="00000000">
            <w:r>
              <w:rPr>
                <w:sz w:val="12"/>
              </w:rPr>
              <w:t>0.03899083</w:t>
            </w:r>
          </w:p>
        </w:tc>
        <w:tc>
          <w:tcPr>
            <w:tcW w:w="564" w:type="dxa"/>
            <w:tcMar>
              <w:top w:w="20" w:type="dxa"/>
              <w:left w:w="50" w:type="dxa"/>
              <w:bottom w:w="20" w:type="dxa"/>
              <w:right w:w="50" w:type="dxa"/>
            </w:tcMar>
          </w:tcPr>
          <w:p w14:paraId="20817BEE" w14:textId="77777777" w:rsidR="00292F36" w:rsidRDefault="00000000">
            <w:r>
              <w:rPr>
                <w:sz w:val="12"/>
              </w:rPr>
              <w:t>0.00917431</w:t>
            </w:r>
          </w:p>
        </w:tc>
        <w:tc>
          <w:tcPr>
            <w:tcW w:w="564" w:type="dxa"/>
            <w:tcMar>
              <w:top w:w="20" w:type="dxa"/>
              <w:left w:w="50" w:type="dxa"/>
              <w:bottom w:w="20" w:type="dxa"/>
              <w:right w:w="50" w:type="dxa"/>
            </w:tcMar>
          </w:tcPr>
          <w:p w14:paraId="227C27FD" w14:textId="77777777" w:rsidR="00292F36" w:rsidRDefault="00000000">
            <w:r>
              <w:rPr>
                <w:sz w:val="12"/>
              </w:rPr>
              <w:t>0</w:t>
            </w:r>
          </w:p>
        </w:tc>
        <w:tc>
          <w:tcPr>
            <w:tcW w:w="564" w:type="dxa"/>
            <w:tcMar>
              <w:top w:w="20" w:type="dxa"/>
              <w:left w:w="50" w:type="dxa"/>
              <w:bottom w:w="20" w:type="dxa"/>
              <w:right w:w="50" w:type="dxa"/>
            </w:tcMar>
          </w:tcPr>
          <w:p w14:paraId="1016D62D" w14:textId="77777777" w:rsidR="00292F36" w:rsidRDefault="00000000">
            <w:r>
              <w:rPr>
                <w:sz w:val="12"/>
              </w:rPr>
              <w:t>0.82110092</w:t>
            </w:r>
          </w:p>
        </w:tc>
      </w:tr>
      <w:tr w:rsidR="00292F36" w14:paraId="3FDBFBD8" w14:textId="77777777">
        <w:tc>
          <w:tcPr>
            <w:tcW w:w="564" w:type="dxa"/>
            <w:tcMar>
              <w:top w:w="20" w:type="dxa"/>
              <w:left w:w="50" w:type="dxa"/>
              <w:bottom w:w="20" w:type="dxa"/>
              <w:right w:w="50" w:type="dxa"/>
            </w:tcMar>
          </w:tcPr>
          <w:p w14:paraId="7D22157C" w14:textId="77777777" w:rsidR="00292F36" w:rsidRDefault="00000000">
            <w:r>
              <w:rPr>
                <w:sz w:val="12"/>
              </w:rPr>
              <w:t>2020_isla_todos_santos_isla_todos_santos_exposed_north_2</w:t>
            </w:r>
          </w:p>
        </w:tc>
        <w:tc>
          <w:tcPr>
            <w:tcW w:w="564" w:type="dxa"/>
            <w:tcMar>
              <w:top w:w="20" w:type="dxa"/>
              <w:left w:w="50" w:type="dxa"/>
              <w:bottom w:w="20" w:type="dxa"/>
              <w:right w:w="50" w:type="dxa"/>
            </w:tcMar>
          </w:tcPr>
          <w:p w14:paraId="1F9F22D8" w14:textId="77777777" w:rsidR="00292F36" w:rsidRDefault="00000000">
            <w:r>
              <w:rPr>
                <w:sz w:val="12"/>
              </w:rPr>
              <w:t>-0.6713432</w:t>
            </w:r>
          </w:p>
        </w:tc>
        <w:tc>
          <w:tcPr>
            <w:tcW w:w="564" w:type="dxa"/>
            <w:tcMar>
              <w:top w:w="20" w:type="dxa"/>
              <w:left w:w="50" w:type="dxa"/>
              <w:bottom w:w="20" w:type="dxa"/>
              <w:right w:w="50" w:type="dxa"/>
            </w:tcMar>
          </w:tcPr>
          <w:p w14:paraId="3708886B" w14:textId="77777777" w:rsidR="00292F36" w:rsidRDefault="00000000">
            <w:r>
              <w:rPr>
                <w:sz w:val="12"/>
              </w:rPr>
              <w:t>0.2357755</w:t>
            </w:r>
          </w:p>
        </w:tc>
        <w:tc>
          <w:tcPr>
            <w:tcW w:w="564" w:type="dxa"/>
            <w:tcMar>
              <w:top w:w="20" w:type="dxa"/>
              <w:left w:w="50" w:type="dxa"/>
              <w:bottom w:w="20" w:type="dxa"/>
              <w:right w:w="50" w:type="dxa"/>
            </w:tcMar>
          </w:tcPr>
          <w:p w14:paraId="5D664371" w14:textId="77777777" w:rsidR="00292F36" w:rsidRDefault="00000000">
            <w:r>
              <w:rPr>
                <w:sz w:val="12"/>
              </w:rPr>
              <w:t>2020</w:t>
            </w:r>
          </w:p>
        </w:tc>
        <w:tc>
          <w:tcPr>
            <w:tcW w:w="564" w:type="dxa"/>
            <w:tcMar>
              <w:top w:w="20" w:type="dxa"/>
              <w:left w:w="50" w:type="dxa"/>
              <w:bottom w:w="20" w:type="dxa"/>
              <w:right w:w="50" w:type="dxa"/>
            </w:tcMar>
          </w:tcPr>
          <w:p w14:paraId="37362656" w14:textId="77777777" w:rsidR="00292F36" w:rsidRDefault="00000000">
            <w:r>
              <w:rPr>
                <w:sz w:val="12"/>
              </w:rPr>
              <w:t>ensenada</w:t>
            </w:r>
          </w:p>
        </w:tc>
        <w:tc>
          <w:tcPr>
            <w:tcW w:w="564" w:type="dxa"/>
            <w:tcMar>
              <w:top w:w="20" w:type="dxa"/>
              <w:left w:w="50" w:type="dxa"/>
              <w:bottom w:w="20" w:type="dxa"/>
              <w:right w:w="50" w:type="dxa"/>
            </w:tcMar>
          </w:tcPr>
          <w:p w14:paraId="33697461" w14:textId="77777777" w:rsidR="00292F36" w:rsidRDefault="00000000">
            <w:r>
              <w:rPr>
                <w:sz w:val="12"/>
              </w:rPr>
              <w:t>North</w:t>
            </w:r>
          </w:p>
        </w:tc>
        <w:tc>
          <w:tcPr>
            <w:tcW w:w="564" w:type="dxa"/>
            <w:tcMar>
              <w:top w:w="20" w:type="dxa"/>
              <w:left w:w="50" w:type="dxa"/>
              <w:bottom w:w="20" w:type="dxa"/>
              <w:right w:w="50" w:type="dxa"/>
            </w:tcMar>
          </w:tcPr>
          <w:p w14:paraId="6FA27D7C" w14:textId="77777777" w:rsidR="00292F36" w:rsidRDefault="00000000">
            <w:r>
              <w:rPr>
                <w:sz w:val="12"/>
              </w:rPr>
              <w:t>isla_todos_santos</w:t>
            </w:r>
          </w:p>
        </w:tc>
        <w:tc>
          <w:tcPr>
            <w:tcW w:w="564" w:type="dxa"/>
            <w:tcMar>
              <w:top w:w="20" w:type="dxa"/>
              <w:left w:w="50" w:type="dxa"/>
              <w:bottom w:w="20" w:type="dxa"/>
              <w:right w:w="50" w:type="dxa"/>
            </w:tcMar>
          </w:tcPr>
          <w:p w14:paraId="47B4EC7E" w14:textId="77777777" w:rsidR="00292F36" w:rsidRDefault="00000000">
            <w:r>
              <w:rPr>
                <w:sz w:val="12"/>
              </w:rPr>
              <w:t>isla_todos_santos_exposed_north</w:t>
            </w:r>
          </w:p>
        </w:tc>
        <w:tc>
          <w:tcPr>
            <w:tcW w:w="564" w:type="dxa"/>
            <w:tcMar>
              <w:top w:w="20" w:type="dxa"/>
              <w:left w:w="50" w:type="dxa"/>
              <w:bottom w:w="20" w:type="dxa"/>
              <w:right w:w="50" w:type="dxa"/>
            </w:tcMar>
          </w:tcPr>
          <w:p w14:paraId="02E16D93" w14:textId="77777777" w:rsidR="00292F36" w:rsidRDefault="00000000">
            <w:r>
              <w:rPr>
                <w:sz w:val="12"/>
              </w:rPr>
              <w:t>9</w:t>
            </w:r>
          </w:p>
        </w:tc>
        <w:tc>
          <w:tcPr>
            <w:tcW w:w="564" w:type="dxa"/>
            <w:tcMar>
              <w:top w:w="20" w:type="dxa"/>
              <w:left w:w="50" w:type="dxa"/>
              <w:bottom w:w="20" w:type="dxa"/>
              <w:right w:w="50" w:type="dxa"/>
            </w:tcMar>
          </w:tcPr>
          <w:p w14:paraId="1D35650A" w14:textId="77777777" w:rsidR="00292F36" w:rsidRDefault="00000000">
            <w:r>
              <w:rPr>
                <w:sz w:val="12"/>
              </w:rPr>
              <w:t>19.8400002</w:t>
            </w:r>
          </w:p>
        </w:tc>
        <w:tc>
          <w:tcPr>
            <w:tcW w:w="564" w:type="dxa"/>
            <w:tcMar>
              <w:top w:w="20" w:type="dxa"/>
              <w:left w:w="50" w:type="dxa"/>
              <w:bottom w:w="20" w:type="dxa"/>
              <w:right w:w="50" w:type="dxa"/>
            </w:tcMar>
          </w:tcPr>
          <w:p w14:paraId="2471F2CD" w14:textId="77777777" w:rsidR="00292F36" w:rsidRDefault="00000000">
            <w:r>
              <w:rPr>
                <w:sz w:val="12"/>
              </w:rPr>
              <w:t>0.22118737</w:t>
            </w:r>
          </w:p>
        </w:tc>
        <w:tc>
          <w:tcPr>
            <w:tcW w:w="564" w:type="dxa"/>
            <w:tcMar>
              <w:top w:w="20" w:type="dxa"/>
              <w:left w:w="50" w:type="dxa"/>
              <w:bottom w:w="20" w:type="dxa"/>
              <w:right w:w="50" w:type="dxa"/>
            </w:tcMar>
          </w:tcPr>
          <w:p w14:paraId="427C5580" w14:textId="77777777" w:rsidR="00292F36" w:rsidRDefault="00000000">
            <w:r>
              <w:rPr>
                <w:sz w:val="12"/>
              </w:rPr>
              <w:t>0.99488491</w:t>
            </w:r>
          </w:p>
        </w:tc>
        <w:tc>
          <w:tcPr>
            <w:tcW w:w="564" w:type="dxa"/>
            <w:tcMar>
              <w:top w:w="20" w:type="dxa"/>
              <w:left w:w="50" w:type="dxa"/>
              <w:bottom w:w="20" w:type="dxa"/>
              <w:right w:w="50" w:type="dxa"/>
            </w:tcMar>
          </w:tcPr>
          <w:p w14:paraId="36E8DDBA" w14:textId="77777777" w:rsidR="00292F36" w:rsidRDefault="00000000">
            <w:r>
              <w:rPr>
                <w:sz w:val="12"/>
              </w:rPr>
              <w:t>0</w:t>
            </w:r>
          </w:p>
        </w:tc>
        <w:tc>
          <w:tcPr>
            <w:tcW w:w="564" w:type="dxa"/>
            <w:tcMar>
              <w:top w:w="20" w:type="dxa"/>
              <w:left w:w="50" w:type="dxa"/>
              <w:bottom w:w="20" w:type="dxa"/>
              <w:right w:w="50" w:type="dxa"/>
            </w:tcMar>
          </w:tcPr>
          <w:p w14:paraId="1E8EF453" w14:textId="77777777" w:rsidR="00292F36" w:rsidRDefault="00000000">
            <w:r>
              <w:rPr>
                <w:sz w:val="12"/>
              </w:rPr>
              <w:t>0.00255754</w:t>
            </w:r>
          </w:p>
        </w:tc>
        <w:tc>
          <w:tcPr>
            <w:tcW w:w="564" w:type="dxa"/>
            <w:tcMar>
              <w:top w:w="20" w:type="dxa"/>
              <w:left w:w="50" w:type="dxa"/>
              <w:bottom w:w="20" w:type="dxa"/>
              <w:right w:w="50" w:type="dxa"/>
            </w:tcMar>
          </w:tcPr>
          <w:p w14:paraId="6D3FE021" w14:textId="77777777" w:rsidR="00292F36" w:rsidRDefault="00000000">
            <w:r>
              <w:rPr>
                <w:sz w:val="12"/>
              </w:rPr>
              <w:t>0.00255754</w:t>
            </w:r>
          </w:p>
        </w:tc>
        <w:tc>
          <w:tcPr>
            <w:tcW w:w="564" w:type="dxa"/>
            <w:tcMar>
              <w:top w:w="20" w:type="dxa"/>
              <w:left w:w="50" w:type="dxa"/>
              <w:bottom w:w="20" w:type="dxa"/>
              <w:right w:w="50" w:type="dxa"/>
            </w:tcMar>
          </w:tcPr>
          <w:p w14:paraId="468632DF" w14:textId="77777777" w:rsidR="00292F36" w:rsidRDefault="00000000">
            <w:r>
              <w:rPr>
                <w:sz w:val="12"/>
              </w:rPr>
              <w:t>0</w:t>
            </w:r>
          </w:p>
        </w:tc>
        <w:tc>
          <w:tcPr>
            <w:tcW w:w="564" w:type="dxa"/>
            <w:tcMar>
              <w:top w:w="20" w:type="dxa"/>
              <w:left w:w="50" w:type="dxa"/>
              <w:bottom w:w="20" w:type="dxa"/>
              <w:right w:w="50" w:type="dxa"/>
            </w:tcMar>
          </w:tcPr>
          <w:p w14:paraId="255A699C" w14:textId="77777777" w:rsidR="00292F36" w:rsidRDefault="00000000">
            <w:r>
              <w:rPr>
                <w:sz w:val="12"/>
              </w:rPr>
              <w:t>0</w:t>
            </w:r>
          </w:p>
        </w:tc>
        <w:tc>
          <w:tcPr>
            <w:tcW w:w="564" w:type="dxa"/>
            <w:tcMar>
              <w:top w:w="20" w:type="dxa"/>
              <w:left w:w="50" w:type="dxa"/>
              <w:bottom w:w="20" w:type="dxa"/>
              <w:right w:w="50" w:type="dxa"/>
            </w:tcMar>
          </w:tcPr>
          <w:p w14:paraId="18923BEC" w14:textId="77777777" w:rsidR="00292F36" w:rsidRDefault="00000000">
            <w:r>
              <w:rPr>
                <w:sz w:val="12"/>
              </w:rPr>
              <w:t>0</w:t>
            </w:r>
          </w:p>
        </w:tc>
        <w:tc>
          <w:tcPr>
            <w:tcW w:w="564" w:type="dxa"/>
            <w:tcMar>
              <w:top w:w="20" w:type="dxa"/>
              <w:left w:w="50" w:type="dxa"/>
              <w:bottom w:w="20" w:type="dxa"/>
              <w:right w:w="50" w:type="dxa"/>
            </w:tcMar>
          </w:tcPr>
          <w:p w14:paraId="3D1193B1" w14:textId="77777777" w:rsidR="00292F36" w:rsidRDefault="00000000">
            <w:r>
              <w:rPr>
                <w:sz w:val="12"/>
              </w:rPr>
              <w:t>0</w:t>
            </w:r>
          </w:p>
        </w:tc>
        <w:tc>
          <w:tcPr>
            <w:tcW w:w="564" w:type="dxa"/>
            <w:tcMar>
              <w:top w:w="20" w:type="dxa"/>
              <w:left w:w="50" w:type="dxa"/>
              <w:bottom w:w="20" w:type="dxa"/>
              <w:right w:w="50" w:type="dxa"/>
            </w:tcMar>
          </w:tcPr>
          <w:p w14:paraId="665BC7AA" w14:textId="77777777" w:rsidR="00292F36" w:rsidRDefault="00000000">
            <w:r>
              <w:rPr>
                <w:sz w:val="12"/>
              </w:rPr>
              <w:t>0.00875912</w:t>
            </w:r>
          </w:p>
        </w:tc>
        <w:tc>
          <w:tcPr>
            <w:tcW w:w="564" w:type="dxa"/>
            <w:tcMar>
              <w:top w:w="20" w:type="dxa"/>
              <w:left w:w="50" w:type="dxa"/>
              <w:bottom w:w="20" w:type="dxa"/>
              <w:right w:w="50" w:type="dxa"/>
            </w:tcMar>
          </w:tcPr>
          <w:p w14:paraId="6A07A0D8" w14:textId="77777777" w:rsidR="00292F36" w:rsidRDefault="00000000">
            <w:r>
              <w:rPr>
                <w:sz w:val="12"/>
              </w:rPr>
              <w:t>0.22189781</w:t>
            </w:r>
          </w:p>
        </w:tc>
        <w:tc>
          <w:tcPr>
            <w:tcW w:w="564" w:type="dxa"/>
            <w:tcMar>
              <w:top w:w="20" w:type="dxa"/>
              <w:left w:w="50" w:type="dxa"/>
              <w:bottom w:w="20" w:type="dxa"/>
              <w:right w:w="50" w:type="dxa"/>
            </w:tcMar>
          </w:tcPr>
          <w:p w14:paraId="41B26160" w14:textId="77777777" w:rsidR="00292F36" w:rsidRDefault="00000000">
            <w:r>
              <w:rPr>
                <w:sz w:val="12"/>
              </w:rPr>
              <w:t>0.02481752</w:t>
            </w:r>
          </w:p>
        </w:tc>
        <w:tc>
          <w:tcPr>
            <w:tcW w:w="564" w:type="dxa"/>
            <w:tcMar>
              <w:top w:w="20" w:type="dxa"/>
              <w:left w:w="50" w:type="dxa"/>
              <w:bottom w:w="20" w:type="dxa"/>
              <w:right w:w="50" w:type="dxa"/>
            </w:tcMar>
          </w:tcPr>
          <w:p w14:paraId="734E70B8" w14:textId="77777777" w:rsidR="00292F36" w:rsidRDefault="00000000">
            <w:r>
              <w:rPr>
                <w:sz w:val="12"/>
              </w:rPr>
              <w:t>0.02335766</w:t>
            </w:r>
          </w:p>
        </w:tc>
        <w:tc>
          <w:tcPr>
            <w:tcW w:w="564" w:type="dxa"/>
            <w:tcMar>
              <w:top w:w="20" w:type="dxa"/>
              <w:left w:w="50" w:type="dxa"/>
              <w:bottom w:w="20" w:type="dxa"/>
              <w:right w:w="50" w:type="dxa"/>
            </w:tcMar>
          </w:tcPr>
          <w:p w14:paraId="234742AC" w14:textId="77777777" w:rsidR="00292F36" w:rsidRDefault="00000000">
            <w:r>
              <w:rPr>
                <w:sz w:val="12"/>
              </w:rPr>
              <w:t>0.00583942</w:t>
            </w:r>
          </w:p>
        </w:tc>
        <w:tc>
          <w:tcPr>
            <w:tcW w:w="564" w:type="dxa"/>
            <w:tcMar>
              <w:top w:w="20" w:type="dxa"/>
              <w:left w:w="50" w:type="dxa"/>
              <w:bottom w:w="20" w:type="dxa"/>
              <w:right w:w="50" w:type="dxa"/>
            </w:tcMar>
          </w:tcPr>
          <w:p w14:paraId="7FD595AD" w14:textId="77777777" w:rsidR="00292F36" w:rsidRDefault="00000000">
            <w:r>
              <w:rPr>
                <w:sz w:val="12"/>
              </w:rPr>
              <w:t>0.71532847</w:t>
            </w:r>
          </w:p>
        </w:tc>
      </w:tr>
      <w:tr w:rsidR="00292F36" w14:paraId="77DDA24E" w14:textId="77777777">
        <w:tc>
          <w:tcPr>
            <w:tcW w:w="564" w:type="dxa"/>
            <w:tcMar>
              <w:top w:w="20" w:type="dxa"/>
              <w:left w:w="50" w:type="dxa"/>
              <w:bottom w:w="20" w:type="dxa"/>
              <w:right w:w="50" w:type="dxa"/>
            </w:tcMar>
          </w:tcPr>
          <w:p w14:paraId="755959D1" w14:textId="77777777" w:rsidR="00292F36" w:rsidRDefault="00000000">
            <w:r>
              <w:rPr>
                <w:sz w:val="12"/>
              </w:rPr>
              <w:t>2020_isla_todos_santos_isla_todos_santos_exposed_south_1</w:t>
            </w:r>
          </w:p>
        </w:tc>
        <w:tc>
          <w:tcPr>
            <w:tcW w:w="564" w:type="dxa"/>
            <w:tcMar>
              <w:top w:w="20" w:type="dxa"/>
              <w:left w:w="50" w:type="dxa"/>
              <w:bottom w:w="20" w:type="dxa"/>
              <w:right w:w="50" w:type="dxa"/>
            </w:tcMar>
          </w:tcPr>
          <w:p w14:paraId="7FD7AAA5" w14:textId="77777777" w:rsidR="00292F36" w:rsidRDefault="00000000">
            <w:r>
              <w:rPr>
                <w:sz w:val="12"/>
              </w:rPr>
              <w:t>0.58702836</w:t>
            </w:r>
          </w:p>
        </w:tc>
        <w:tc>
          <w:tcPr>
            <w:tcW w:w="564" w:type="dxa"/>
            <w:tcMar>
              <w:top w:w="20" w:type="dxa"/>
              <w:left w:w="50" w:type="dxa"/>
              <w:bottom w:w="20" w:type="dxa"/>
              <w:right w:w="50" w:type="dxa"/>
            </w:tcMar>
          </w:tcPr>
          <w:p w14:paraId="0FBA8896" w14:textId="77777777" w:rsidR="00292F36" w:rsidRDefault="00000000">
            <w:r>
              <w:rPr>
                <w:sz w:val="12"/>
              </w:rPr>
              <w:t>-0.3599093</w:t>
            </w:r>
          </w:p>
        </w:tc>
        <w:tc>
          <w:tcPr>
            <w:tcW w:w="564" w:type="dxa"/>
            <w:tcMar>
              <w:top w:w="20" w:type="dxa"/>
              <w:left w:w="50" w:type="dxa"/>
              <w:bottom w:w="20" w:type="dxa"/>
              <w:right w:w="50" w:type="dxa"/>
            </w:tcMar>
          </w:tcPr>
          <w:p w14:paraId="021693B9" w14:textId="77777777" w:rsidR="00292F36" w:rsidRDefault="00000000">
            <w:r>
              <w:rPr>
                <w:sz w:val="12"/>
              </w:rPr>
              <w:t>2020</w:t>
            </w:r>
          </w:p>
        </w:tc>
        <w:tc>
          <w:tcPr>
            <w:tcW w:w="564" w:type="dxa"/>
            <w:tcMar>
              <w:top w:w="20" w:type="dxa"/>
              <w:left w:w="50" w:type="dxa"/>
              <w:bottom w:w="20" w:type="dxa"/>
              <w:right w:w="50" w:type="dxa"/>
            </w:tcMar>
          </w:tcPr>
          <w:p w14:paraId="372DE0A5" w14:textId="77777777" w:rsidR="00292F36" w:rsidRDefault="00000000">
            <w:r>
              <w:rPr>
                <w:sz w:val="12"/>
              </w:rPr>
              <w:t>ensenada</w:t>
            </w:r>
          </w:p>
        </w:tc>
        <w:tc>
          <w:tcPr>
            <w:tcW w:w="564" w:type="dxa"/>
            <w:tcMar>
              <w:top w:w="20" w:type="dxa"/>
              <w:left w:w="50" w:type="dxa"/>
              <w:bottom w:w="20" w:type="dxa"/>
              <w:right w:w="50" w:type="dxa"/>
            </w:tcMar>
          </w:tcPr>
          <w:p w14:paraId="760FFBDF" w14:textId="77777777" w:rsidR="00292F36" w:rsidRDefault="00000000">
            <w:r>
              <w:rPr>
                <w:sz w:val="12"/>
              </w:rPr>
              <w:t>North</w:t>
            </w:r>
          </w:p>
        </w:tc>
        <w:tc>
          <w:tcPr>
            <w:tcW w:w="564" w:type="dxa"/>
            <w:tcMar>
              <w:top w:w="20" w:type="dxa"/>
              <w:left w:w="50" w:type="dxa"/>
              <w:bottom w:w="20" w:type="dxa"/>
              <w:right w:w="50" w:type="dxa"/>
            </w:tcMar>
          </w:tcPr>
          <w:p w14:paraId="5E3E9A5D" w14:textId="77777777" w:rsidR="00292F36" w:rsidRDefault="00000000">
            <w:r>
              <w:rPr>
                <w:sz w:val="12"/>
              </w:rPr>
              <w:t>isla_todos_santos</w:t>
            </w:r>
          </w:p>
        </w:tc>
        <w:tc>
          <w:tcPr>
            <w:tcW w:w="564" w:type="dxa"/>
            <w:tcMar>
              <w:top w:w="20" w:type="dxa"/>
              <w:left w:w="50" w:type="dxa"/>
              <w:bottom w:w="20" w:type="dxa"/>
              <w:right w:w="50" w:type="dxa"/>
            </w:tcMar>
          </w:tcPr>
          <w:p w14:paraId="22B4C178" w14:textId="77777777" w:rsidR="00292F36" w:rsidRDefault="00000000">
            <w:r>
              <w:rPr>
                <w:sz w:val="12"/>
              </w:rPr>
              <w:t>isla_todos_santos_exposed_south</w:t>
            </w:r>
          </w:p>
        </w:tc>
        <w:tc>
          <w:tcPr>
            <w:tcW w:w="564" w:type="dxa"/>
            <w:tcMar>
              <w:top w:w="20" w:type="dxa"/>
              <w:left w:w="50" w:type="dxa"/>
              <w:bottom w:w="20" w:type="dxa"/>
              <w:right w:w="50" w:type="dxa"/>
            </w:tcMar>
          </w:tcPr>
          <w:p w14:paraId="0B6EF0B7" w14:textId="77777777" w:rsidR="00292F36" w:rsidRDefault="00000000">
            <w:r>
              <w:rPr>
                <w:sz w:val="12"/>
              </w:rPr>
              <w:t>16</w:t>
            </w:r>
          </w:p>
        </w:tc>
        <w:tc>
          <w:tcPr>
            <w:tcW w:w="564" w:type="dxa"/>
            <w:tcMar>
              <w:top w:w="20" w:type="dxa"/>
              <w:left w:w="50" w:type="dxa"/>
              <w:bottom w:w="20" w:type="dxa"/>
              <w:right w:w="50" w:type="dxa"/>
            </w:tcMar>
          </w:tcPr>
          <w:p w14:paraId="3A1540F9" w14:textId="77777777" w:rsidR="00292F36" w:rsidRDefault="00000000">
            <w:r>
              <w:rPr>
                <w:sz w:val="12"/>
              </w:rPr>
              <w:t>21.5200005</w:t>
            </w:r>
          </w:p>
        </w:tc>
        <w:tc>
          <w:tcPr>
            <w:tcW w:w="564" w:type="dxa"/>
            <w:tcMar>
              <w:top w:w="20" w:type="dxa"/>
              <w:left w:w="50" w:type="dxa"/>
              <w:bottom w:w="20" w:type="dxa"/>
              <w:right w:w="50" w:type="dxa"/>
            </w:tcMar>
          </w:tcPr>
          <w:p w14:paraId="5C6A558A" w14:textId="77777777" w:rsidR="00292F36" w:rsidRDefault="00000000">
            <w:r>
              <w:rPr>
                <w:sz w:val="12"/>
              </w:rPr>
              <w:t>0.22118737</w:t>
            </w:r>
          </w:p>
        </w:tc>
        <w:tc>
          <w:tcPr>
            <w:tcW w:w="564" w:type="dxa"/>
            <w:tcMar>
              <w:top w:w="20" w:type="dxa"/>
              <w:left w:w="50" w:type="dxa"/>
              <w:bottom w:w="20" w:type="dxa"/>
              <w:right w:w="50" w:type="dxa"/>
            </w:tcMar>
          </w:tcPr>
          <w:p w14:paraId="76607B1A" w14:textId="77777777" w:rsidR="00292F36" w:rsidRDefault="00000000">
            <w:r>
              <w:rPr>
                <w:sz w:val="12"/>
              </w:rPr>
              <w:t>0</w:t>
            </w:r>
          </w:p>
        </w:tc>
        <w:tc>
          <w:tcPr>
            <w:tcW w:w="564" w:type="dxa"/>
            <w:tcMar>
              <w:top w:w="20" w:type="dxa"/>
              <w:left w:w="50" w:type="dxa"/>
              <w:bottom w:w="20" w:type="dxa"/>
              <w:right w:w="50" w:type="dxa"/>
            </w:tcMar>
          </w:tcPr>
          <w:p w14:paraId="6E5F8AD4" w14:textId="77777777" w:rsidR="00292F36" w:rsidRDefault="00000000">
            <w:r>
              <w:rPr>
                <w:sz w:val="12"/>
              </w:rPr>
              <w:t>0.89121339</w:t>
            </w:r>
          </w:p>
        </w:tc>
        <w:tc>
          <w:tcPr>
            <w:tcW w:w="564" w:type="dxa"/>
            <w:tcMar>
              <w:top w:w="20" w:type="dxa"/>
              <w:left w:w="50" w:type="dxa"/>
              <w:bottom w:w="20" w:type="dxa"/>
              <w:right w:w="50" w:type="dxa"/>
            </w:tcMar>
          </w:tcPr>
          <w:p w14:paraId="625DE6EB" w14:textId="77777777" w:rsidR="00292F36" w:rsidRDefault="00000000">
            <w:r>
              <w:rPr>
                <w:sz w:val="12"/>
              </w:rPr>
              <w:t>0</w:t>
            </w:r>
          </w:p>
        </w:tc>
        <w:tc>
          <w:tcPr>
            <w:tcW w:w="564" w:type="dxa"/>
            <w:tcMar>
              <w:top w:w="20" w:type="dxa"/>
              <w:left w:w="50" w:type="dxa"/>
              <w:bottom w:w="20" w:type="dxa"/>
              <w:right w:w="50" w:type="dxa"/>
            </w:tcMar>
          </w:tcPr>
          <w:p w14:paraId="4770A19C" w14:textId="77777777" w:rsidR="00292F36" w:rsidRDefault="00000000">
            <w:r>
              <w:rPr>
                <w:sz w:val="12"/>
              </w:rPr>
              <w:t>0</w:t>
            </w:r>
          </w:p>
        </w:tc>
        <w:tc>
          <w:tcPr>
            <w:tcW w:w="564" w:type="dxa"/>
            <w:tcMar>
              <w:top w:w="20" w:type="dxa"/>
              <w:left w:w="50" w:type="dxa"/>
              <w:bottom w:w="20" w:type="dxa"/>
              <w:right w:w="50" w:type="dxa"/>
            </w:tcMar>
          </w:tcPr>
          <w:p w14:paraId="46F4A827" w14:textId="77777777" w:rsidR="00292F36" w:rsidRDefault="00000000">
            <w:r>
              <w:rPr>
                <w:sz w:val="12"/>
              </w:rPr>
              <w:t>0</w:t>
            </w:r>
          </w:p>
        </w:tc>
        <w:tc>
          <w:tcPr>
            <w:tcW w:w="564" w:type="dxa"/>
            <w:tcMar>
              <w:top w:w="20" w:type="dxa"/>
              <w:left w:w="50" w:type="dxa"/>
              <w:bottom w:w="20" w:type="dxa"/>
              <w:right w:w="50" w:type="dxa"/>
            </w:tcMar>
          </w:tcPr>
          <w:p w14:paraId="32E3A8C6" w14:textId="77777777" w:rsidR="00292F36" w:rsidRDefault="00000000">
            <w:r>
              <w:rPr>
                <w:sz w:val="12"/>
              </w:rPr>
              <w:t>0</w:t>
            </w:r>
          </w:p>
        </w:tc>
        <w:tc>
          <w:tcPr>
            <w:tcW w:w="564" w:type="dxa"/>
            <w:tcMar>
              <w:top w:w="20" w:type="dxa"/>
              <w:left w:w="50" w:type="dxa"/>
              <w:bottom w:w="20" w:type="dxa"/>
              <w:right w:w="50" w:type="dxa"/>
            </w:tcMar>
          </w:tcPr>
          <w:p w14:paraId="62CE8E24" w14:textId="77777777" w:rsidR="00292F36" w:rsidRDefault="00000000">
            <w:r>
              <w:rPr>
                <w:sz w:val="12"/>
              </w:rPr>
              <w:t>0</w:t>
            </w:r>
          </w:p>
        </w:tc>
        <w:tc>
          <w:tcPr>
            <w:tcW w:w="564" w:type="dxa"/>
            <w:tcMar>
              <w:top w:w="20" w:type="dxa"/>
              <w:left w:w="50" w:type="dxa"/>
              <w:bottom w:w="20" w:type="dxa"/>
              <w:right w:w="50" w:type="dxa"/>
            </w:tcMar>
          </w:tcPr>
          <w:p w14:paraId="292FEF98" w14:textId="77777777" w:rsidR="00292F36" w:rsidRDefault="00000000">
            <w:r>
              <w:rPr>
                <w:sz w:val="12"/>
              </w:rPr>
              <w:t>0.10878661</w:t>
            </w:r>
          </w:p>
        </w:tc>
        <w:tc>
          <w:tcPr>
            <w:tcW w:w="564" w:type="dxa"/>
            <w:tcMar>
              <w:top w:w="20" w:type="dxa"/>
              <w:left w:w="50" w:type="dxa"/>
              <w:bottom w:w="20" w:type="dxa"/>
              <w:right w:w="50" w:type="dxa"/>
            </w:tcMar>
          </w:tcPr>
          <w:p w14:paraId="2F075F01" w14:textId="77777777" w:rsidR="00292F36" w:rsidRDefault="00000000">
            <w:r>
              <w:rPr>
                <w:sz w:val="12"/>
              </w:rPr>
              <w:t>0</w:t>
            </w:r>
          </w:p>
        </w:tc>
        <w:tc>
          <w:tcPr>
            <w:tcW w:w="564" w:type="dxa"/>
            <w:tcMar>
              <w:top w:w="20" w:type="dxa"/>
              <w:left w:w="50" w:type="dxa"/>
              <w:bottom w:w="20" w:type="dxa"/>
              <w:right w:w="50" w:type="dxa"/>
            </w:tcMar>
          </w:tcPr>
          <w:p w14:paraId="48D47976" w14:textId="77777777" w:rsidR="00292F36" w:rsidRDefault="00000000">
            <w:r>
              <w:rPr>
                <w:sz w:val="12"/>
              </w:rPr>
              <w:t>0.64130435</w:t>
            </w:r>
          </w:p>
        </w:tc>
        <w:tc>
          <w:tcPr>
            <w:tcW w:w="564" w:type="dxa"/>
            <w:tcMar>
              <w:top w:w="20" w:type="dxa"/>
              <w:left w:w="50" w:type="dxa"/>
              <w:bottom w:w="20" w:type="dxa"/>
              <w:right w:w="50" w:type="dxa"/>
            </w:tcMar>
          </w:tcPr>
          <w:p w14:paraId="1A448461" w14:textId="77777777" w:rsidR="00292F36" w:rsidRDefault="00000000">
            <w:r>
              <w:rPr>
                <w:sz w:val="12"/>
              </w:rPr>
              <w:t>0.01086957</w:t>
            </w:r>
          </w:p>
        </w:tc>
        <w:tc>
          <w:tcPr>
            <w:tcW w:w="564" w:type="dxa"/>
            <w:tcMar>
              <w:top w:w="20" w:type="dxa"/>
              <w:left w:w="50" w:type="dxa"/>
              <w:bottom w:w="20" w:type="dxa"/>
              <w:right w:w="50" w:type="dxa"/>
            </w:tcMar>
          </w:tcPr>
          <w:p w14:paraId="51972EEA" w14:textId="77777777" w:rsidR="00292F36" w:rsidRDefault="00000000">
            <w:r>
              <w:rPr>
                <w:sz w:val="12"/>
              </w:rPr>
              <w:t>0.16304348</w:t>
            </w:r>
          </w:p>
        </w:tc>
        <w:tc>
          <w:tcPr>
            <w:tcW w:w="564" w:type="dxa"/>
            <w:tcMar>
              <w:top w:w="20" w:type="dxa"/>
              <w:left w:w="50" w:type="dxa"/>
              <w:bottom w:w="20" w:type="dxa"/>
              <w:right w:w="50" w:type="dxa"/>
            </w:tcMar>
          </w:tcPr>
          <w:p w14:paraId="2FEFB142" w14:textId="77777777" w:rsidR="00292F36" w:rsidRDefault="00000000">
            <w:r>
              <w:rPr>
                <w:sz w:val="12"/>
              </w:rPr>
              <w:t>0.07608696</w:t>
            </w:r>
          </w:p>
        </w:tc>
        <w:tc>
          <w:tcPr>
            <w:tcW w:w="564" w:type="dxa"/>
            <w:tcMar>
              <w:top w:w="20" w:type="dxa"/>
              <w:left w:w="50" w:type="dxa"/>
              <w:bottom w:w="20" w:type="dxa"/>
              <w:right w:w="50" w:type="dxa"/>
            </w:tcMar>
          </w:tcPr>
          <w:p w14:paraId="196FFA2F" w14:textId="77777777" w:rsidR="00292F36" w:rsidRDefault="00000000">
            <w:r>
              <w:rPr>
                <w:sz w:val="12"/>
              </w:rPr>
              <w:t>0.10869565</w:t>
            </w:r>
          </w:p>
        </w:tc>
      </w:tr>
      <w:tr w:rsidR="00292F36" w14:paraId="541AF0F6" w14:textId="77777777">
        <w:tc>
          <w:tcPr>
            <w:tcW w:w="564" w:type="dxa"/>
            <w:tcMar>
              <w:top w:w="20" w:type="dxa"/>
              <w:left w:w="50" w:type="dxa"/>
              <w:bottom w:w="20" w:type="dxa"/>
              <w:right w:w="50" w:type="dxa"/>
            </w:tcMar>
          </w:tcPr>
          <w:p w14:paraId="0CA8843F" w14:textId="77777777" w:rsidR="00292F36" w:rsidRDefault="00000000">
            <w:r>
              <w:rPr>
                <w:sz w:val="12"/>
              </w:rPr>
              <w:t>2020_isla_todos_santos_isla_todos_santos_exposed_south_2</w:t>
            </w:r>
          </w:p>
        </w:tc>
        <w:tc>
          <w:tcPr>
            <w:tcW w:w="564" w:type="dxa"/>
            <w:tcMar>
              <w:top w:w="20" w:type="dxa"/>
              <w:left w:w="50" w:type="dxa"/>
              <w:bottom w:w="20" w:type="dxa"/>
              <w:right w:w="50" w:type="dxa"/>
            </w:tcMar>
          </w:tcPr>
          <w:p w14:paraId="37E62CBE" w14:textId="77777777" w:rsidR="00292F36" w:rsidRDefault="00000000">
            <w:r>
              <w:rPr>
                <w:sz w:val="12"/>
              </w:rPr>
              <w:t>0.85019114</w:t>
            </w:r>
          </w:p>
        </w:tc>
        <w:tc>
          <w:tcPr>
            <w:tcW w:w="564" w:type="dxa"/>
            <w:tcMar>
              <w:top w:w="20" w:type="dxa"/>
              <w:left w:w="50" w:type="dxa"/>
              <w:bottom w:w="20" w:type="dxa"/>
              <w:right w:w="50" w:type="dxa"/>
            </w:tcMar>
          </w:tcPr>
          <w:p w14:paraId="144F5649" w14:textId="77777777" w:rsidR="00292F36" w:rsidRDefault="00000000">
            <w:r>
              <w:rPr>
                <w:sz w:val="12"/>
              </w:rPr>
              <w:t>-0.2289416</w:t>
            </w:r>
          </w:p>
        </w:tc>
        <w:tc>
          <w:tcPr>
            <w:tcW w:w="564" w:type="dxa"/>
            <w:tcMar>
              <w:top w:w="20" w:type="dxa"/>
              <w:left w:w="50" w:type="dxa"/>
              <w:bottom w:w="20" w:type="dxa"/>
              <w:right w:w="50" w:type="dxa"/>
            </w:tcMar>
          </w:tcPr>
          <w:p w14:paraId="42ADD927" w14:textId="77777777" w:rsidR="00292F36" w:rsidRDefault="00000000">
            <w:r>
              <w:rPr>
                <w:sz w:val="12"/>
              </w:rPr>
              <w:t>2020</w:t>
            </w:r>
          </w:p>
        </w:tc>
        <w:tc>
          <w:tcPr>
            <w:tcW w:w="564" w:type="dxa"/>
            <w:tcMar>
              <w:top w:w="20" w:type="dxa"/>
              <w:left w:w="50" w:type="dxa"/>
              <w:bottom w:w="20" w:type="dxa"/>
              <w:right w:w="50" w:type="dxa"/>
            </w:tcMar>
          </w:tcPr>
          <w:p w14:paraId="22709492" w14:textId="77777777" w:rsidR="00292F36" w:rsidRDefault="00000000">
            <w:r>
              <w:rPr>
                <w:sz w:val="12"/>
              </w:rPr>
              <w:t>ensenada</w:t>
            </w:r>
          </w:p>
        </w:tc>
        <w:tc>
          <w:tcPr>
            <w:tcW w:w="564" w:type="dxa"/>
            <w:tcMar>
              <w:top w:w="20" w:type="dxa"/>
              <w:left w:w="50" w:type="dxa"/>
              <w:bottom w:w="20" w:type="dxa"/>
              <w:right w:w="50" w:type="dxa"/>
            </w:tcMar>
          </w:tcPr>
          <w:p w14:paraId="540071FD" w14:textId="77777777" w:rsidR="00292F36" w:rsidRDefault="00000000">
            <w:r>
              <w:rPr>
                <w:sz w:val="12"/>
              </w:rPr>
              <w:t>North</w:t>
            </w:r>
          </w:p>
        </w:tc>
        <w:tc>
          <w:tcPr>
            <w:tcW w:w="564" w:type="dxa"/>
            <w:tcMar>
              <w:top w:w="20" w:type="dxa"/>
              <w:left w:w="50" w:type="dxa"/>
              <w:bottom w:w="20" w:type="dxa"/>
              <w:right w:w="50" w:type="dxa"/>
            </w:tcMar>
          </w:tcPr>
          <w:p w14:paraId="3021E5A8" w14:textId="77777777" w:rsidR="00292F36" w:rsidRDefault="00000000">
            <w:r>
              <w:rPr>
                <w:sz w:val="12"/>
              </w:rPr>
              <w:t>isla_todos_santos</w:t>
            </w:r>
          </w:p>
        </w:tc>
        <w:tc>
          <w:tcPr>
            <w:tcW w:w="564" w:type="dxa"/>
            <w:tcMar>
              <w:top w:w="20" w:type="dxa"/>
              <w:left w:w="50" w:type="dxa"/>
              <w:bottom w:w="20" w:type="dxa"/>
              <w:right w:w="50" w:type="dxa"/>
            </w:tcMar>
          </w:tcPr>
          <w:p w14:paraId="1F742358" w14:textId="77777777" w:rsidR="00292F36" w:rsidRDefault="00000000">
            <w:r>
              <w:rPr>
                <w:sz w:val="12"/>
              </w:rPr>
              <w:t>isla_todos_santos_exposed_south</w:t>
            </w:r>
          </w:p>
        </w:tc>
        <w:tc>
          <w:tcPr>
            <w:tcW w:w="564" w:type="dxa"/>
            <w:tcMar>
              <w:top w:w="20" w:type="dxa"/>
              <w:left w:w="50" w:type="dxa"/>
              <w:bottom w:w="20" w:type="dxa"/>
              <w:right w:w="50" w:type="dxa"/>
            </w:tcMar>
          </w:tcPr>
          <w:p w14:paraId="457C9B1E" w14:textId="77777777" w:rsidR="00292F36" w:rsidRDefault="00000000">
            <w:r>
              <w:rPr>
                <w:sz w:val="12"/>
              </w:rPr>
              <w:t>16</w:t>
            </w:r>
          </w:p>
        </w:tc>
        <w:tc>
          <w:tcPr>
            <w:tcW w:w="564" w:type="dxa"/>
            <w:tcMar>
              <w:top w:w="20" w:type="dxa"/>
              <w:left w:w="50" w:type="dxa"/>
              <w:bottom w:w="20" w:type="dxa"/>
              <w:right w:w="50" w:type="dxa"/>
            </w:tcMar>
          </w:tcPr>
          <w:p w14:paraId="5857B7EC" w14:textId="77777777" w:rsidR="00292F36" w:rsidRDefault="00000000">
            <w:r>
              <w:rPr>
                <w:sz w:val="12"/>
              </w:rPr>
              <w:t>21.5200005</w:t>
            </w:r>
          </w:p>
        </w:tc>
        <w:tc>
          <w:tcPr>
            <w:tcW w:w="564" w:type="dxa"/>
            <w:tcMar>
              <w:top w:w="20" w:type="dxa"/>
              <w:left w:w="50" w:type="dxa"/>
              <w:bottom w:w="20" w:type="dxa"/>
              <w:right w:w="50" w:type="dxa"/>
            </w:tcMar>
          </w:tcPr>
          <w:p w14:paraId="3837B366" w14:textId="77777777" w:rsidR="00292F36" w:rsidRDefault="00000000">
            <w:r>
              <w:rPr>
                <w:sz w:val="12"/>
              </w:rPr>
              <w:t>0.22118737</w:t>
            </w:r>
          </w:p>
        </w:tc>
        <w:tc>
          <w:tcPr>
            <w:tcW w:w="564" w:type="dxa"/>
            <w:tcMar>
              <w:top w:w="20" w:type="dxa"/>
              <w:left w:w="50" w:type="dxa"/>
              <w:bottom w:w="20" w:type="dxa"/>
              <w:right w:w="50" w:type="dxa"/>
            </w:tcMar>
          </w:tcPr>
          <w:p w14:paraId="4BEA21A7" w14:textId="77777777" w:rsidR="00292F36" w:rsidRDefault="00000000">
            <w:r>
              <w:rPr>
                <w:sz w:val="12"/>
              </w:rPr>
              <w:t>0</w:t>
            </w:r>
          </w:p>
        </w:tc>
        <w:tc>
          <w:tcPr>
            <w:tcW w:w="564" w:type="dxa"/>
            <w:tcMar>
              <w:top w:w="20" w:type="dxa"/>
              <w:left w:w="50" w:type="dxa"/>
              <w:bottom w:w="20" w:type="dxa"/>
              <w:right w:w="50" w:type="dxa"/>
            </w:tcMar>
          </w:tcPr>
          <w:p w14:paraId="7019D616" w14:textId="77777777" w:rsidR="00292F36" w:rsidRDefault="00000000">
            <w:r>
              <w:rPr>
                <w:sz w:val="12"/>
              </w:rPr>
              <w:t>1</w:t>
            </w:r>
          </w:p>
        </w:tc>
        <w:tc>
          <w:tcPr>
            <w:tcW w:w="564" w:type="dxa"/>
            <w:tcMar>
              <w:top w:w="20" w:type="dxa"/>
              <w:left w:w="50" w:type="dxa"/>
              <w:bottom w:w="20" w:type="dxa"/>
              <w:right w:w="50" w:type="dxa"/>
            </w:tcMar>
          </w:tcPr>
          <w:p w14:paraId="2A3702B4" w14:textId="77777777" w:rsidR="00292F36" w:rsidRDefault="00000000">
            <w:r>
              <w:rPr>
                <w:sz w:val="12"/>
              </w:rPr>
              <w:t>0</w:t>
            </w:r>
          </w:p>
        </w:tc>
        <w:tc>
          <w:tcPr>
            <w:tcW w:w="564" w:type="dxa"/>
            <w:tcMar>
              <w:top w:w="20" w:type="dxa"/>
              <w:left w:w="50" w:type="dxa"/>
              <w:bottom w:w="20" w:type="dxa"/>
              <w:right w:w="50" w:type="dxa"/>
            </w:tcMar>
          </w:tcPr>
          <w:p w14:paraId="1B6F7ED9" w14:textId="77777777" w:rsidR="00292F36" w:rsidRDefault="00000000">
            <w:r>
              <w:rPr>
                <w:sz w:val="12"/>
              </w:rPr>
              <w:t>0</w:t>
            </w:r>
          </w:p>
        </w:tc>
        <w:tc>
          <w:tcPr>
            <w:tcW w:w="564" w:type="dxa"/>
            <w:tcMar>
              <w:top w:w="20" w:type="dxa"/>
              <w:left w:w="50" w:type="dxa"/>
              <w:bottom w:w="20" w:type="dxa"/>
              <w:right w:w="50" w:type="dxa"/>
            </w:tcMar>
          </w:tcPr>
          <w:p w14:paraId="1F61FAF0" w14:textId="77777777" w:rsidR="00292F36" w:rsidRDefault="00000000">
            <w:r>
              <w:rPr>
                <w:sz w:val="12"/>
              </w:rPr>
              <w:t>0</w:t>
            </w:r>
          </w:p>
        </w:tc>
        <w:tc>
          <w:tcPr>
            <w:tcW w:w="564" w:type="dxa"/>
            <w:tcMar>
              <w:top w:w="20" w:type="dxa"/>
              <w:left w:w="50" w:type="dxa"/>
              <w:bottom w:w="20" w:type="dxa"/>
              <w:right w:w="50" w:type="dxa"/>
            </w:tcMar>
          </w:tcPr>
          <w:p w14:paraId="0CE49432" w14:textId="77777777" w:rsidR="00292F36" w:rsidRDefault="00000000">
            <w:r>
              <w:rPr>
                <w:sz w:val="12"/>
              </w:rPr>
              <w:t>0</w:t>
            </w:r>
          </w:p>
        </w:tc>
        <w:tc>
          <w:tcPr>
            <w:tcW w:w="564" w:type="dxa"/>
            <w:tcMar>
              <w:top w:w="20" w:type="dxa"/>
              <w:left w:w="50" w:type="dxa"/>
              <w:bottom w:w="20" w:type="dxa"/>
              <w:right w:w="50" w:type="dxa"/>
            </w:tcMar>
          </w:tcPr>
          <w:p w14:paraId="3815EED2" w14:textId="77777777" w:rsidR="00292F36" w:rsidRDefault="00000000">
            <w:r>
              <w:rPr>
                <w:sz w:val="12"/>
              </w:rPr>
              <w:t>0</w:t>
            </w:r>
          </w:p>
        </w:tc>
        <w:tc>
          <w:tcPr>
            <w:tcW w:w="564" w:type="dxa"/>
            <w:tcMar>
              <w:top w:w="20" w:type="dxa"/>
              <w:left w:w="50" w:type="dxa"/>
              <w:bottom w:w="20" w:type="dxa"/>
              <w:right w:w="50" w:type="dxa"/>
            </w:tcMar>
          </w:tcPr>
          <w:p w14:paraId="3C77D205" w14:textId="77777777" w:rsidR="00292F36" w:rsidRDefault="00000000">
            <w:r>
              <w:rPr>
                <w:sz w:val="12"/>
              </w:rPr>
              <w:t>0</w:t>
            </w:r>
          </w:p>
        </w:tc>
        <w:tc>
          <w:tcPr>
            <w:tcW w:w="564" w:type="dxa"/>
            <w:tcMar>
              <w:top w:w="20" w:type="dxa"/>
              <w:left w:w="50" w:type="dxa"/>
              <w:bottom w:w="20" w:type="dxa"/>
              <w:right w:w="50" w:type="dxa"/>
            </w:tcMar>
          </w:tcPr>
          <w:p w14:paraId="5BC0DA96" w14:textId="77777777" w:rsidR="00292F36" w:rsidRDefault="00000000">
            <w:r>
              <w:rPr>
                <w:sz w:val="12"/>
              </w:rPr>
              <w:t>0</w:t>
            </w:r>
          </w:p>
        </w:tc>
        <w:tc>
          <w:tcPr>
            <w:tcW w:w="564" w:type="dxa"/>
            <w:tcMar>
              <w:top w:w="20" w:type="dxa"/>
              <w:left w:w="50" w:type="dxa"/>
              <w:bottom w:w="20" w:type="dxa"/>
              <w:right w:w="50" w:type="dxa"/>
            </w:tcMar>
          </w:tcPr>
          <w:p w14:paraId="108EA55B" w14:textId="77777777" w:rsidR="00292F36" w:rsidRDefault="00000000">
            <w:r>
              <w:rPr>
                <w:sz w:val="12"/>
              </w:rPr>
              <w:t>0.1559633</w:t>
            </w:r>
          </w:p>
        </w:tc>
        <w:tc>
          <w:tcPr>
            <w:tcW w:w="564" w:type="dxa"/>
            <w:tcMar>
              <w:top w:w="20" w:type="dxa"/>
              <w:left w:w="50" w:type="dxa"/>
              <w:bottom w:w="20" w:type="dxa"/>
              <w:right w:w="50" w:type="dxa"/>
            </w:tcMar>
          </w:tcPr>
          <w:p w14:paraId="4B6A4702" w14:textId="77777777" w:rsidR="00292F36" w:rsidRDefault="00000000">
            <w:r>
              <w:rPr>
                <w:sz w:val="12"/>
              </w:rPr>
              <w:t>0.02752294</w:t>
            </w:r>
          </w:p>
        </w:tc>
        <w:tc>
          <w:tcPr>
            <w:tcW w:w="564" w:type="dxa"/>
            <w:tcMar>
              <w:top w:w="20" w:type="dxa"/>
              <w:left w:w="50" w:type="dxa"/>
              <w:bottom w:w="20" w:type="dxa"/>
              <w:right w:w="50" w:type="dxa"/>
            </w:tcMar>
          </w:tcPr>
          <w:p w14:paraId="47330559" w14:textId="77777777" w:rsidR="00292F36" w:rsidRDefault="00000000">
            <w:r>
              <w:rPr>
                <w:sz w:val="12"/>
              </w:rPr>
              <w:t>0.31192661</w:t>
            </w:r>
          </w:p>
        </w:tc>
        <w:tc>
          <w:tcPr>
            <w:tcW w:w="564" w:type="dxa"/>
            <w:tcMar>
              <w:top w:w="20" w:type="dxa"/>
              <w:left w:w="50" w:type="dxa"/>
              <w:bottom w:w="20" w:type="dxa"/>
              <w:right w:w="50" w:type="dxa"/>
            </w:tcMar>
          </w:tcPr>
          <w:p w14:paraId="0B60F736" w14:textId="77777777" w:rsidR="00292F36" w:rsidRDefault="00000000">
            <w:r>
              <w:rPr>
                <w:sz w:val="12"/>
              </w:rPr>
              <w:t>0</w:t>
            </w:r>
          </w:p>
        </w:tc>
        <w:tc>
          <w:tcPr>
            <w:tcW w:w="564" w:type="dxa"/>
            <w:tcMar>
              <w:top w:w="20" w:type="dxa"/>
              <w:left w:w="50" w:type="dxa"/>
              <w:bottom w:w="20" w:type="dxa"/>
              <w:right w:w="50" w:type="dxa"/>
            </w:tcMar>
          </w:tcPr>
          <w:p w14:paraId="21F877DC" w14:textId="77777777" w:rsidR="00292F36" w:rsidRDefault="00000000">
            <w:r>
              <w:rPr>
                <w:sz w:val="12"/>
              </w:rPr>
              <w:t>0.50458716</w:t>
            </w:r>
          </w:p>
        </w:tc>
      </w:tr>
      <w:tr w:rsidR="00292F36" w14:paraId="5D0CFB2D" w14:textId="77777777">
        <w:tc>
          <w:tcPr>
            <w:tcW w:w="564" w:type="dxa"/>
            <w:tcMar>
              <w:top w:w="20" w:type="dxa"/>
              <w:left w:w="50" w:type="dxa"/>
              <w:bottom w:w="20" w:type="dxa"/>
              <w:right w:w="50" w:type="dxa"/>
            </w:tcMar>
          </w:tcPr>
          <w:p w14:paraId="289AF67E" w14:textId="77777777" w:rsidR="00292F36" w:rsidRDefault="00000000">
            <w:r>
              <w:rPr>
                <w:sz w:val="12"/>
              </w:rPr>
              <w:t>2020_isla_todos_santos_isla_todos_santos_protected_north_1</w:t>
            </w:r>
          </w:p>
        </w:tc>
        <w:tc>
          <w:tcPr>
            <w:tcW w:w="564" w:type="dxa"/>
            <w:tcMar>
              <w:top w:w="20" w:type="dxa"/>
              <w:left w:w="50" w:type="dxa"/>
              <w:bottom w:w="20" w:type="dxa"/>
              <w:right w:w="50" w:type="dxa"/>
            </w:tcMar>
          </w:tcPr>
          <w:p w14:paraId="5BEF138B" w14:textId="77777777" w:rsidR="00292F36" w:rsidRDefault="00000000">
            <w:r>
              <w:rPr>
                <w:sz w:val="12"/>
              </w:rPr>
              <w:t>0.34228998</w:t>
            </w:r>
          </w:p>
        </w:tc>
        <w:tc>
          <w:tcPr>
            <w:tcW w:w="564" w:type="dxa"/>
            <w:tcMar>
              <w:top w:w="20" w:type="dxa"/>
              <w:left w:w="50" w:type="dxa"/>
              <w:bottom w:w="20" w:type="dxa"/>
              <w:right w:w="50" w:type="dxa"/>
            </w:tcMar>
          </w:tcPr>
          <w:p w14:paraId="7DCD982E" w14:textId="77777777" w:rsidR="00292F36" w:rsidRDefault="00000000">
            <w:r>
              <w:rPr>
                <w:sz w:val="12"/>
              </w:rPr>
              <w:t>0.64454828</w:t>
            </w:r>
          </w:p>
        </w:tc>
        <w:tc>
          <w:tcPr>
            <w:tcW w:w="564" w:type="dxa"/>
            <w:tcMar>
              <w:top w:w="20" w:type="dxa"/>
              <w:left w:w="50" w:type="dxa"/>
              <w:bottom w:w="20" w:type="dxa"/>
              <w:right w:w="50" w:type="dxa"/>
            </w:tcMar>
          </w:tcPr>
          <w:p w14:paraId="53541100" w14:textId="77777777" w:rsidR="00292F36" w:rsidRDefault="00000000">
            <w:r>
              <w:rPr>
                <w:sz w:val="12"/>
              </w:rPr>
              <w:t>2020</w:t>
            </w:r>
          </w:p>
        </w:tc>
        <w:tc>
          <w:tcPr>
            <w:tcW w:w="564" w:type="dxa"/>
            <w:tcMar>
              <w:top w:w="20" w:type="dxa"/>
              <w:left w:w="50" w:type="dxa"/>
              <w:bottom w:w="20" w:type="dxa"/>
              <w:right w:w="50" w:type="dxa"/>
            </w:tcMar>
          </w:tcPr>
          <w:p w14:paraId="5B1D033E" w14:textId="77777777" w:rsidR="00292F36" w:rsidRDefault="00000000">
            <w:r>
              <w:rPr>
                <w:sz w:val="12"/>
              </w:rPr>
              <w:t>ensenada</w:t>
            </w:r>
          </w:p>
        </w:tc>
        <w:tc>
          <w:tcPr>
            <w:tcW w:w="564" w:type="dxa"/>
            <w:tcMar>
              <w:top w:w="20" w:type="dxa"/>
              <w:left w:w="50" w:type="dxa"/>
              <w:bottom w:w="20" w:type="dxa"/>
              <w:right w:w="50" w:type="dxa"/>
            </w:tcMar>
          </w:tcPr>
          <w:p w14:paraId="03123DFD" w14:textId="77777777" w:rsidR="00292F36" w:rsidRDefault="00000000">
            <w:r>
              <w:rPr>
                <w:sz w:val="12"/>
              </w:rPr>
              <w:t>North</w:t>
            </w:r>
          </w:p>
        </w:tc>
        <w:tc>
          <w:tcPr>
            <w:tcW w:w="564" w:type="dxa"/>
            <w:tcMar>
              <w:top w:w="20" w:type="dxa"/>
              <w:left w:w="50" w:type="dxa"/>
              <w:bottom w:w="20" w:type="dxa"/>
              <w:right w:w="50" w:type="dxa"/>
            </w:tcMar>
          </w:tcPr>
          <w:p w14:paraId="6DE0CBEE" w14:textId="77777777" w:rsidR="00292F36" w:rsidRDefault="00000000">
            <w:r>
              <w:rPr>
                <w:sz w:val="12"/>
              </w:rPr>
              <w:t>isla_todos_santos</w:t>
            </w:r>
          </w:p>
        </w:tc>
        <w:tc>
          <w:tcPr>
            <w:tcW w:w="564" w:type="dxa"/>
            <w:tcMar>
              <w:top w:w="20" w:type="dxa"/>
              <w:left w:w="50" w:type="dxa"/>
              <w:bottom w:w="20" w:type="dxa"/>
              <w:right w:w="50" w:type="dxa"/>
            </w:tcMar>
          </w:tcPr>
          <w:p w14:paraId="63FC4C11" w14:textId="77777777" w:rsidR="00292F36" w:rsidRDefault="00000000">
            <w:r>
              <w:rPr>
                <w:sz w:val="12"/>
              </w:rPr>
              <w:t>isla_todos_santos_protected_north</w:t>
            </w:r>
          </w:p>
        </w:tc>
        <w:tc>
          <w:tcPr>
            <w:tcW w:w="564" w:type="dxa"/>
            <w:tcMar>
              <w:top w:w="20" w:type="dxa"/>
              <w:left w:w="50" w:type="dxa"/>
              <w:bottom w:w="20" w:type="dxa"/>
              <w:right w:w="50" w:type="dxa"/>
            </w:tcMar>
          </w:tcPr>
          <w:p w14:paraId="60FF1A71" w14:textId="77777777" w:rsidR="00292F36" w:rsidRDefault="00000000">
            <w:r>
              <w:rPr>
                <w:sz w:val="12"/>
              </w:rPr>
              <w:t>12</w:t>
            </w:r>
          </w:p>
        </w:tc>
        <w:tc>
          <w:tcPr>
            <w:tcW w:w="564" w:type="dxa"/>
            <w:tcMar>
              <w:top w:w="20" w:type="dxa"/>
              <w:left w:w="50" w:type="dxa"/>
              <w:bottom w:w="20" w:type="dxa"/>
              <w:right w:w="50" w:type="dxa"/>
            </w:tcMar>
          </w:tcPr>
          <w:p w14:paraId="35A63AF7" w14:textId="77777777" w:rsidR="00292F36" w:rsidRDefault="00000000">
            <w:r>
              <w:rPr>
                <w:sz w:val="12"/>
              </w:rPr>
              <w:t>20.3600006</w:t>
            </w:r>
          </w:p>
        </w:tc>
        <w:tc>
          <w:tcPr>
            <w:tcW w:w="564" w:type="dxa"/>
            <w:tcMar>
              <w:top w:w="20" w:type="dxa"/>
              <w:left w:w="50" w:type="dxa"/>
              <w:bottom w:w="20" w:type="dxa"/>
              <w:right w:w="50" w:type="dxa"/>
            </w:tcMar>
          </w:tcPr>
          <w:p w14:paraId="4530EE5F" w14:textId="77777777" w:rsidR="00292F36" w:rsidRDefault="00000000">
            <w:r>
              <w:rPr>
                <w:sz w:val="12"/>
              </w:rPr>
              <w:t>0.22118737</w:t>
            </w:r>
          </w:p>
        </w:tc>
        <w:tc>
          <w:tcPr>
            <w:tcW w:w="564" w:type="dxa"/>
            <w:tcMar>
              <w:top w:w="20" w:type="dxa"/>
              <w:left w:w="50" w:type="dxa"/>
              <w:bottom w:w="20" w:type="dxa"/>
              <w:right w:w="50" w:type="dxa"/>
            </w:tcMar>
          </w:tcPr>
          <w:p w14:paraId="013587C9" w14:textId="77777777" w:rsidR="00292F36" w:rsidRDefault="00000000">
            <w:r>
              <w:rPr>
                <w:sz w:val="12"/>
              </w:rPr>
              <w:t>0</w:t>
            </w:r>
          </w:p>
        </w:tc>
        <w:tc>
          <w:tcPr>
            <w:tcW w:w="564" w:type="dxa"/>
            <w:tcMar>
              <w:top w:w="20" w:type="dxa"/>
              <w:left w:w="50" w:type="dxa"/>
              <w:bottom w:w="20" w:type="dxa"/>
              <w:right w:w="50" w:type="dxa"/>
            </w:tcMar>
          </w:tcPr>
          <w:p w14:paraId="7DA6D241" w14:textId="77777777" w:rsidR="00292F36" w:rsidRDefault="00000000">
            <w:r>
              <w:rPr>
                <w:sz w:val="12"/>
              </w:rPr>
              <w:t>0.05555556</w:t>
            </w:r>
          </w:p>
        </w:tc>
        <w:tc>
          <w:tcPr>
            <w:tcW w:w="564" w:type="dxa"/>
            <w:tcMar>
              <w:top w:w="20" w:type="dxa"/>
              <w:left w:w="50" w:type="dxa"/>
              <w:bottom w:w="20" w:type="dxa"/>
              <w:right w:w="50" w:type="dxa"/>
            </w:tcMar>
          </w:tcPr>
          <w:p w14:paraId="03DCF636" w14:textId="77777777" w:rsidR="00292F36" w:rsidRDefault="00000000">
            <w:r>
              <w:rPr>
                <w:sz w:val="12"/>
              </w:rPr>
              <w:t>0.27777778</w:t>
            </w:r>
          </w:p>
        </w:tc>
        <w:tc>
          <w:tcPr>
            <w:tcW w:w="564" w:type="dxa"/>
            <w:tcMar>
              <w:top w:w="20" w:type="dxa"/>
              <w:left w:w="50" w:type="dxa"/>
              <w:bottom w:w="20" w:type="dxa"/>
              <w:right w:w="50" w:type="dxa"/>
            </w:tcMar>
          </w:tcPr>
          <w:p w14:paraId="4EDE3887" w14:textId="77777777" w:rsidR="00292F36" w:rsidRDefault="00000000">
            <w:r>
              <w:rPr>
                <w:sz w:val="12"/>
              </w:rPr>
              <w:t>0.66666667</w:t>
            </w:r>
          </w:p>
        </w:tc>
        <w:tc>
          <w:tcPr>
            <w:tcW w:w="564" w:type="dxa"/>
            <w:tcMar>
              <w:top w:w="20" w:type="dxa"/>
              <w:left w:w="50" w:type="dxa"/>
              <w:bottom w:w="20" w:type="dxa"/>
              <w:right w:w="50" w:type="dxa"/>
            </w:tcMar>
          </w:tcPr>
          <w:p w14:paraId="3E2B74C0" w14:textId="77777777" w:rsidR="00292F36" w:rsidRDefault="00000000">
            <w:r>
              <w:rPr>
                <w:sz w:val="12"/>
              </w:rPr>
              <w:t>0</w:t>
            </w:r>
          </w:p>
        </w:tc>
        <w:tc>
          <w:tcPr>
            <w:tcW w:w="564" w:type="dxa"/>
            <w:tcMar>
              <w:top w:w="20" w:type="dxa"/>
              <w:left w:w="50" w:type="dxa"/>
              <w:bottom w:w="20" w:type="dxa"/>
              <w:right w:w="50" w:type="dxa"/>
            </w:tcMar>
          </w:tcPr>
          <w:p w14:paraId="242ABE32" w14:textId="77777777" w:rsidR="00292F36" w:rsidRDefault="00000000">
            <w:r>
              <w:rPr>
                <w:sz w:val="12"/>
              </w:rPr>
              <w:t>0</w:t>
            </w:r>
          </w:p>
        </w:tc>
        <w:tc>
          <w:tcPr>
            <w:tcW w:w="564" w:type="dxa"/>
            <w:tcMar>
              <w:top w:w="20" w:type="dxa"/>
              <w:left w:w="50" w:type="dxa"/>
              <w:bottom w:w="20" w:type="dxa"/>
              <w:right w:w="50" w:type="dxa"/>
            </w:tcMar>
          </w:tcPr>
          <w:p w14:paraId="16CF52D7" w14:textId="77777777" w:rsidR="00292F36" w:rsidRDefault="00000000">
            <w:r>
              <w:rPr>
                <w:sz w:val="12"/>
              </w:rPr>
              <w:t>0</w:t>
            </w:r>
          </w:p>
        </w:tc>
        <w:tc>
          <w:tcPr>
            <w:tcW w:w="564" w:type="dxa"/>
            <w:tcMar>
              <w:top w:w="20" w:type="dxa"/>
              <w:left w:w="50" w:type="dxa"/>
              <w:bottom w:w="20" w:type="dxa"/>
              <w:right w:w="50" w:type="dxa"/>
            </w:tcMar>
          </w:tcPr>
          <w:p w14:paraId="2AA9D14E" w14:textId="77777777" w:rsidR="00292F36" w:rsidRDefault="00000000">
            <w:r>
              <w:rPr>
                <w:sz w:val="12"/>
              </w:rPr>
              <w:t>0</w:t>
            </w:r>
          </w:p>
        </w:tc>
        <w:tc>
          <w:tcPr>
            <w:tcW w:w="564" w:type="dxa"/>
            <w:tcMar>
              <w:top w:w="20" w:type="dxa"/>
              <w:left w:w="50" w:type="dxa"/>
              <w:bottom w:w="20" w:type="dxa"/>
              <w:right w:w="50" w:type="dxa"/>
            </w:tcMar>
          </w:tcPr>
          <w:p w14:paraId="4FCF76F3" w14:textId="77777777" w:rsidR="00292F36" w:rsidRDefault="00000000">
            <w:r>
              <w:rPr>
                <w:sz w:val="12"/>
              </w:rPr>
              <w:t>0.09836066</w:t>
            </w:r>
          </w:p>
        </w:tc>
        <w:tc>
          <w:tcPr>
            <w:tcW w:w="564" w:type="dxa"/>
            <w:tcMar>
              <w:top w:w="20" w:type="dxa"/>
              <w:left w:w="50" w:type="dxa"/>
              <w:bottom w:w="20" w:type="dxa"/>
              <w:right w:w="50" w:type="dxa"/>
            </w:tcMar>
          </w:tcPr>
          <w:p w14:paraId="65132B68" w14:textId="77777777" w:rsidR="00292F36" w:rsidRDefault="00000000">
            <w:r>
              <w:rPr>
                <w:sz w:val="12"/>
              </w:rPr>
              <w:t>0.44262295</w:t>
            </w:r>
          </w:p>
        </w:tc>
        <w:tc>
          <w:tcPr>
            <w:tcW w:w="564" w:type="dxa"/>
            <w:tcMar>
              <w:top w:w="20" w:type="dxa"/>
              <w:left w:w="50" w:type="dxa"/>
              <w:bottom w:w="20" w:type="dxa"/>
              <w:right w:w="50" w:type="dxa"/>
            </w:tcMar>
          </w:tcPr>
          <w:p w14:paraId="2B751A89" w14:textId="77777777" w:rsidR="00292F36" w:rsidRDefault="00000000">
            <w:r>
              <w:rPr>
                <w:sz w:val="12"/>
              </w:rPr>
              <w:t>0.01639344</w:t>
            </w:r>
          </w:p>
        </w:tc>
        <w:tc>
          <w:tcPr>
            <w:tcW w:w="564" w:type="dxa"/>
            <w:tcMar>
              <w:top w:w="20" w:type="dxa"/>
              <w:left w:w="50" w:type="dxa"/>
              <w:bottom w:w="20" w:type="dxa"/>
              <w:right w:w="50" w:type="dxa"/>
            </w:tcMar>
          </w:tcPr>
          <w:p w14:paraId="4687C6DF" w14:textId="77777777" w:rsidR="00292F36" w:rsidRDefault="00000000">
            <w:r>
              <w:rPr>
                <w:sz w:val="12"/>
              </w:rPr>
              <w:t>0.08196721</w:t>
            </w:r>
          </w:p>
        </w:tc>
        <w:tc>
          <w:tcPr>
            <w:tcW w:w="564" w:type="dxa"/>
            <w:tcMar>
              <w:top w:w="20" w:type="dxa"/>
              <w:left w:w="50" w:type="dxa"/>
              <w:bottom w:w="20" w:type="dxa"/>
              <w:right w:w="50" w:type="dxa"/>
            </w:tcMar>
          </w:tcPr>
          <w:p w14:paraId="61E52F54" w14:textId="77777777" w:rsidR="00292F36" w:rsidRDefault="00000000">
            <w:r>
              <w:rPr>
                <w:sz w:val="12"/>
              </w:rPr>
              <w:t>0.03278689</w:t>
            </w:r>
          </w:p>
        </w:tc>
        <w:tc>
          <w:tcPr>
            <w:tcW w:w="564" w:type="dxa"/>
            <w:tcMar>
              <w:top w:w="20" w:type="dxa"/>
              <w:left w:w="50" w:type="dxa"/>
              <w:bottom w:w="20" w:type="dxa"/>
              <w:right w:w="50" w:type="dxa"/>
            </w:tcMar>
          </w:tcPr>
          <w:p w14:paraId="30558CF2" w14:textId="77777777" w:rsidR="00292F36" w:rsidRDefault="00000000">
            <w:r>
              <w:rPr>
                <w:sz w:val="12"/>
              </w:rPr>
              <w:t>0.32786885</w:t>
            </w:r>
          </w:p>
        </w:tc>
      </w:tr>
      <w:tr w:rsidR="00292F36" w14:paraId="10739ED6" w14:textId="77777777">
        <w:tc>
          <w:tcPr>
            <w:tcW w:w="564" w:type="dxa"/>
            <w:tcMar>
              <w:top w:w="20" w:type="dxa"/>
              <w:left w:w="50" w:type="dxa"/>
              <w:bottom w:w="20" w:type="dxa"/>
              <w:right w:w="50" w:type="dxa"/>
            </w:tcMar>
          </w:tcPr>
          <w:p w14:paraId="560CD054" w14:textId="77777777" w:rsidR="00292F36" w:rsidRDefault="00000000">
            <w:r>
              <w:rPr>
                <w:sz w:val="12"/>
              </w:rPr>
              <w:t>2020_isla_todos_santos_isla_todos_santos_protected_north_2</w:t>
            </w:r>
          </w:p>
        </w:tc>
        <w:tc>
          <w:tcPr>
            <w:tcW w:w="564" w:type="dxa"/>
            <w:tcMar>
              <w:top w:w="20" w:type="dxa"/>
              <w:left w:w="50" w:type="dxa"/>
              <w:bottom w:w="20" w:type="dxa"/>
              <w:right w:w="50" w:type="dxa"/>
            </w:tcMar>
          </w:tcPr>
          <w:p w14:paraId="44A0FE55" w14:textId="77777777" w:rsidR="00292F36" w:rsidRDefault="00000000">
            <w:r>
              <w:rPr>
                <w:sz w:val="12"/>
              </w:rPr>
              <w:t>0.36762608</w:t>
            </w:r>
          </w:p>
        </w:tc>
        <w:tc>
          <w:tcPr>
            <w:tcW w:w="564" w:type="dxa"/>
            <w:tcMar>
              <w:top w:w="20" w:type="dxa"/>
              <w:left w:w="50" w:type="dxa"/>
              <w:bottom w:w="20" w:type="dxa"/>
              <w:right w:w="50" w:type="dxa"/>
            </w:tcMar>
          </w:tcPr>
          <w:p w14:paraId="6F49D838" w14:textId="77777777" w:rsidR="00292F36" w:rsidRDefault="00000000">
            <w:r>
              <w:rPr>
                <w:sz w:val="12"/>
              </w:rPr>
              <w:t>0.6649381</w:t>
            </w:r>
          </w:p>
        </w:tc>
        <w:tc>
          <w:tcPr>
            <w:tcW w:w="564" w:type="dxa"/>
            <w:tcMar>
              <w:top w:w="20" w:type="dxa"/>
              <w:left w:w="50" w:type="dxa"/>
              <w:bottom w:w="20" w:type="dxa"/>
              <w:right w:w="50" w:type="dxa"/>
            </w:tcMar>
          </w:tcPr>
          <w:p w14:paraId="7EF8D846" w14:textId="77777777" w:rsidR="00292F36" w:rsidRDefault="00000000">
            <w:r>
              <w:rPr>
                <w:sz w:val="12"/>
              </w:rPr>
              <w:t>2020</w:t>
            </w:r>
          </w:p>
        </w:tc>
        <w:tc>
          <w:tcPr>
            <w:tcW w:w="564" w:type="dxa"/>
            <w:tcMar>
              <w:top w:w="20" w:type="dxa"/>
              <w:left w:w="50" w:type="dxa"/>
              <w:bottom w:w="20" w:type="dxa"/>
              <w:right w:w="50" w:type="dxa"/>
            </w:tcMar>
          </w:tcPr>
          <w:p w14:paraId="2B8DDFE8" w14:textId="77777777" w:rsidR="00292F36" w:rsidRDefault="00000000">
            <w:r>
              <w:rPr>
                <w:sz w:val="12"/>
              </w:rPr>
              <w:t>ensenada</w:t>
            </w:r>
          </w:p>
        </w:tc>
        <w:tc>
          <w:tcPr>
            <w:tcW w:w="564" w:type="dxa"/>
            <w:tcMar>
              <w:top w:w="20" w:type="dxa"/>
              <w:left w:w="50" w:type="dxa"/>
              <w:bottom w:w="20" w:type="dxa"/>
              <w:right w:w="50" w:type="dxa"/>
            </w:tcMar>
          </w:tcPr>
          <w:p w14:paraId="7CD37F19" w14:textId="77777777" w:rsidR="00292F36" w:rsidRDefault="00000000">
            <w:r>
              <w:rPr>
                <w:sz w:val="12"/>
              </w:rPr>
              <w:t>North</w:t>
            </w:r>
          </w:p>
        </w:tc>
        <w:tc>
          <w:tcPr>
            <w:tcW w:w="564" w:type="dxa"/>
            <w:tcMar>
              <w:top w:w="20" w:type="dxa"/>
              <w:left w:w="50" w:type="dxa"/>
              <w:bottom w:w="20" w:type="dxa"/>
              <w:right w:w="50" w:type="dxa"/>
            </w:tcMar>
          </w:tcPr>
          <w:p w14:paraId="58BFEEA5" w14:textId="77777777" w:rsidR="00292F36" w:rsidRDefault="00000000">
            <w:r>
              <w:rPr>
                <w:sz w:val="12"/>
              </w:rPr>
              <w:t>isla_todos_santos</w:t>
            </w:r>
          </w:p>
        </w:tc>
        <w:tc>
          <w:tcPr>
            <w:tcW w:w="564" w:type="dxa"/>
            <w:tcMar>
              <w:top w:w="20" w:type="dxa"/>
              <w:left w:w="50" w:type="dxa"/>
              <w:bottom w:w="20" w:type="dxa"/>
              <w:right w:w="50" w:type="dxa"/>
            </w:tcMar>
          </w:tcPr>
          <w:p w14:paraId="563326DA" w14:textId="77777777" w:rsidR="00292F36" w:rsidRDefault="00000000">
            <w:r>
              <w:rPr>
                <w:sz w:val="12"/>
              </w:rPr>
              <w:t>isla_todos_santos_protected_north</w:t>
            </w:r>
          </w:p>
        </w:tc>
        <w:tc>
          <w:tcPr>
            <w:tcW w:w="564" w:type="dxa"/>
            <w:tcMar>
              <w:top w:w="20" w:type="dxa"/>
              <w:left w:w="50" w:type="dxa"/>
              <w:bottom w:w="20" w:type="dxa"/>
              <w:right w:w="50" w:type="dxa"/>
            </w:tcMar>
          </w:tcPr>
          <w:p w14:paraId="03665D27" w14:textId="77777777" w:rsidR="00292F36" w:rsidRDefault="00000000">
            <w:r>
              <w:rPr>
                <w:sz w:val="12"/>
              </w:rPr>
              <w:t>12</w:t>
            </w:r>
          </w:p>
        </w:tc>
        <w:tc>
          <w:tcPr>
            <w:tcW w:w="564" w:type="dxa"/>
            <w:tcMar>
              <w:top w:w="20" w:type="dxa"/>
              <w:left w:w="50" w:type="dxa"/>
              <w:bottom w:w="20" w:type="dxa"/>
              <w:right w:w="50" w:type="dxa"/>
            </w:tcMar>
          </w:tcPr>
          <w:p w14:paraId="0910607C" w14:textId="77777777" w:rsidR="00292F36" w:rsidRDefault="00000000">
            <w:r>
              <w:rPr>
                <w:sz w:val="12"/>
              </w:rPr>
              <w:t>20.3600006</w:t>
            </w:r>
          </w:p>
        </w:tc>
        <w:tc>
          <w:tcPr>
            <w:tcW w:w="564" w:type="dxa"/>
            <w:tcMar>
              <w:top w:w="20" w:type="dxa"/>
              <w:left w:w="50" w:type="dxa"/>
              <w:bottom w:w="20" w:type="dxa"/>
              <w:right w:w="50" w:type="dxa"/>
            </w:tcMar>
          </w:tcPr>
          <w:p w14:paraId="54523B2E" w14:textId="77777777" w:rsidR="00292F36" w:rsidRDefault="00000000">
            <w:r>
              <w:rPr>
                <w:sz w:val="12"/>
              </w:rPr>
              <w:t>0.22118737</w:t>
            </w:r>
          </w:p>
        </w:tc>
        <w:tc>
          <w:tcPr>
            <w:tcW w:w="564" w:type="dxa"/>
            <w:tcMar>
              <w:top w:w="20" w:type="dxa"/>
              <w:left w:w="50" w:type="dxa"/>
              <w:bottom w:w="20" w:type="dxa"/>
              <w:right w:w="50" w:type="dxa"/>
            </w:tcMar>
          </w:tcPr>
          <w:p w14:paraId="71B52E26" w14:textId="77777777" w:rsidR="00292F36" w:rsidRDefault="00000000">
            <w:r>
              <w:rPr>
                <w:sz w:val="12"/>
              </w:rPr>
              <w:t>0</w:t>
            </w:r>
          </w:p>
        </w:tc>
        <w:tc>
          <w:tcPr>
            <w:tcW w:w="564" w:type="dxa"/>
            <w:tcMar>
              <w:top w:w="20" w:type="dxa"/>
              <w:left w:w="50" w:type="dxa"/>
              <w:bottom w:w="20" w:type="dxa"/>
              <w:right w:w="50" w:type="dxa"/>
            </w:tcMar>
          </w:tcPr>
          <w:p w14:paraId="4EB84ADC" w14:textId="77777777" w:rsidR="00292F36" w:rsidRDefault="00000000">
            <w:r>
              <w:rPr>
                <w:sz w:val="12"/>
              </w:rPr>
              <w:t>0</w:t>
            </w:r>
          </w:p>
        </w:tc>
        <w:tc>
          <w:tcPr>
            <w:tcW w:w="564" w:type="dxa"/>
            <w:tcMar>
              <w:top w:w="20" w:type="dxa"/>
              <w:left w:w="50" w:type="dxa"/>
              <w:bottom w:w="20" w:type="dxa"/>
              <w:right w:w="50" w:type="dxa"/>
            </w:tcMar>
          </w:tcPr>
          <w:p w14:paraId="0F1CB8B6" w14:textId="77777777" w:rsidR="00292F36" w:rsidRDefault="00000000">
            <w:r>
              <w:rPr>
                <w:sz w:val="12"/>
              </w:rPr>
              <w:t>0.20149254</w:t>
            </w:r>
          </w:p>
        </w:tc>
        <w:tc>
          <w:tcPr>
            <w:tcW w:w="564" w:type="dxa"/>
            <w:tcMar>
              <w:top w:w="20" w:type="dxa"/>
              <w:left w:w="50" w:type="dxa"/>
              <w:bottom w:w="20" w:type="dxa"/>
              <w:right w:w="50" w:type="dxa"/>
            </w:tcMar>
          </w:tcPr>
          <w:p w14:paraId="5BE6C8FA" w14:textId="77777777" w:rsidR="00292F36" w:rsidRDefault="00000000">
            <w:r>
              <w:rPr>
                <w:sz w:val="12"/>
              </w:rPr>
              <w:t>0.79104478</w:t>
            </w:r>
          </w:p>
        </w:tc>
        <w:tc>
          <w:tcPr>
            <w:tcW w:w="564" w:type="dxa"/>
            <w:tcMar>
              <w:top w:w="20" w:type="dxa"/>
              <w:left w:w="50" w:type="dxa"/>
              <w:bottom w:w="20" w:type="dxa"/>
              <w:right w:w="50" w:type="dxa"/>
            </w:tcMar>
          </w:tcPr>
          <w:p w14:paraId="3FB8F4C3" w14:textId="77777777" w:rsidR="00292F36" w:rsidRDefault="00000000">
            <w:r>
              <w:rPr>
                <w:sz w:val="12"/>
              </w:rPr>
              <w:t>0</w:t>
            </w:r>
          </w:p>
        </w:tc>
        <w:tc>
          <w:tcPr>
            <w:tcW w:w="564" w:type="dxa"/>
            <w:tcMar>
              <w:top w:w="20" w:type="dxa"/>
              <w:left w:w="50" w:type="dxa"/>
              <w:bottom w:w="20" w:type="dxa"/>
              <w:right w:w="50" w:type="dxa"/>
            </w:tcMar>
          </w:tcPr>
          <w:p w14:paraId="3592C3CB" w14:textId="77777777" w:rsidR="00292F36" w:rsidRDefault="00000000">
            <w:r>
              <w:rPr>
                <w:sz w:val="12"/>
              </w:rPr>
              <w:t>0</w:t>
            </w:r>
          </w:p>
        </w:tc>
        <w:tc>
          <w:tcPr>
            <w:tcW w:w="564" w:type="dxa"/>
            <w:tcMar>
              <w:top w:w="20" w:type="dxa"/>
              <w:left w:w="50" w:type="dxa"/>
              <w:bottom w:w="20" w:type="dxa"/>
              <w:right w:w="50" w:type="dxa"/>
            </w:tcMar>
          </w:tcPr>
          <w:p w14:paraId="5A6E0C40" w14:textId="77777777" w:rsidR="00292F36" w:rsidRDefault="00000000">
            <w:r>
              <w:rPr>
                <w:sz w:val="12"/>
              </w:rPr>
              <w:t>0.00746269</w:t>
            </w:r>
          </w:p>
        </w:tc>
        <w:tc>
          <w:tcPr>
            <w:tcW w:w="564" w:type="dxa"/>
            <w:tcMar>
              <w:top w:w="20" w:type="dxa"/>
              <w:left w:w="50" w:type="dxa"/>
              <w:bottom w:w="20" w:type="dxa"/>
              <w:right w:w="50" w:type="dxa"/>
            </w:tcMar>
          </w:tcPr>
          <w:p w14:paraId="4AD8D45B" w14:textId="77777777" w:rsidR="00292F36" w:rsidRDefault="00000000">
            <w:r>
              <w:rPr>
                <w:sz w:val="12"/>
              </w:rPr>
              <w:t>0</w:t>
            </w:r>
          </w:p>
        </w:tc>
        <w:tc>
          <w:tcPr>
            <w:tcW w:w="564" w:type="dxa"/>
            <w:tcMar>
              <w:top w:w="20" w:type="dxa"/>
              <w:left w:w="50" w:type="dxa"/>
              <w:bottom w:w="20" w:type="dxa"/>
              <w:right w:w="50" w:type="dxa"/>
            </w:tcMar>
          </w:tcPr>
          <w:p w14:paraId="7B57907B" w14:textId="77777777" w:rsidR="00292F36" w:rsidRDefault="00000000">
            <w:r>
              <w:rPr>
                <w:sz w:val="12"/>
              </w:rPr>
              <w:t>0.0106383</w:t>
            </w:r>
          </w:p>
        </w:tc>
        <w:tc>
          <w:tcPr>
            <w:tcW w:w="564" w:type="dxa"/>
            <w:tcMar>
              <w:top w:w="20" w:type="dxa"/>
              <w:left w:w="50" w:type="dxa"/>
              <w:bottom w:w="20" w:type="dxa"/>
              <w:right w:w="50" w:type="dxa"/>
            </w:tcMar>
          </w:tcPr>
          <w:p w14:paraId="694EAE53" w14:textId="77777777" w:rsidR="00292F36" w:rsidRDefault="00000000">
            <w:r>
              <w:rPr>
                <w:sz w:val="12"/>
              </w:rPr>
              <w:t>0.5106383</w:t>
            </w:r>
          </w:p>
        </w:tc>
        <w:tc>
          <w:tcPr>
            <w:tcW w:w="564" w:type="dxa"/>
            <w:tcMar>
              <w:top w:w="20" w:type="dxa"/>
              <w:left w:w="50" w:type="dxa"/>
              <w:bottom w:w="20" w:type="dxa"/>
              <w:right w:w="50" w:type="dxa"/>
            </w:tcMar>
          </w:tcPr>
          <w:p w14:paraId="0A8298B9" w14:textId="77777777" w:rsidR="00292F36" w:rsidRDefault="00000000">
            <w:r>
              <w:rPr>
                <w:sz w:val="12"/>
              </w:rPr>
              <w:t>0</w:t>
            </w:r>
          </w:p>
        </w:tc>
        <w:tc>
          <w:tcPr>
            <w:tcW w:w="564" w:type="dxa"/>
            <w:tcMar>
              <w:top w:w="20" w:type="dxa"/>
              <w:left w:w="50" w:type="dxa"/>
              <w:bottom w:w="20" w:type="dxa"/>
              <w:right w:w="50" w:type="dxa"/>
            </w:tcMar>
          </w:tcPr>
          <w:p w14:paraId="4F299A44" w14:textId="77777777" w:rsidR="00292F36" w:rsidRDefault="00000000">
            <w:r>
              <w:rPr>
                <w:sz w:val="12"/>
              </w:rPr>
              <w:t>0.12765957</w:t>
            </w:r>
          </w:p>
        </w:tc>
        <w:tc>
          <w:tcPr>
            <w:tcW w:w="564" w:type="dxa"/>
            <w:tcMar>
              <w:top w:w="20" w:type="dxa"/>
              <w:left w:w="50" w:type="dxa"/>
              <w:bottom w:w="20" w:type="dxa"/>
              <w:right w:w="50" w:type="dxa"/>
            </w:tcMar>
          </w:tcPr>
          <w:p w14:paraId="0A10113A" w14:textId="77777777" w:rsidR="00292F36" w:rsidRDefault="00000000">
            <w:r>
              <w:rPr>
                <w:sz w:val="12"/>
              </w:rPr>
              <w:t>0.05319149</w:t>
            </w:r>
          </w:p>
        </w:tc>
        <w:tc>
          <w:tcPr>
            <w:tcW w:w="564" w:type="dxa"/>
            <w:tcMar>
              <w:top w:w="20" w:type="dxa"/>
              <w:left w:w="50" w:type="dxa"/>
              <w:bottom w:w="20" w:type="dxa"/>
              <w:right w:w="50" w:type="dxa"/>
            </w:tcMar>
          </w:tcPr>
          <w:p w14:paraId="25718E7A" w14:textId="77777777" w:rsidR="00292F36" w:rsidRDefault="00000000">
            <w:r>
              <w:rPr>
                <w:sz w:val="12"/>
              </w:rPr>
              <w:t>0.29787234</w:t>
            </w:r>
          </w:p>
        </w:tc>
      </w:tr>
      <w:tr w:rsidR="00292F36" w14:paraId="2D0745F8" w14:textId="77777777">
        <w:tc>
          <w:tcPr>
            <w:tcW w:w="564" w:type="dxa"/>
            <w:tcMar>
              <w:top w:w="20" w:type="dxa"/>
              <w:left w:w="50" w:type="dxa"/>
              <w:bottom w:w="20" w:type="dxa"/>
              <w:right w:w="50" w:type="dxa"/>
            </w:tcMar>
          </w:tcPr>
          <w:p w14:paraId="3EA13A47" w14:textId="77777777" w:rsidR="00292F36" w:rsidRDefault="00000000">
            <w:r>
              <w:rPr>
                <w:sz w:val="12"/>
              </w:rPr>
              <w:t>2020_piedra_blanca_piedra_blanca_deep_1</w:t>
            </w:r>
          </w:p>
        </w:tc>
        <w:tc>
          <w:tcPr>
            <w:tcW w:w="564" w:type="dxa"/>
            <w:tcMar>
              <w:top w:w="20" w:type="dxa"/>
              <w:left w:w="50" w:type="dxa"/>
              <w:bottom w:w="20" w:type="dxa"/>
              <w:right w:w="50" w:type="dxa"/>
            </w:tcMar>
          </w:tcPr>
          <w:p w14:paraId="4A459B05" w14:textId="77777777" w:rsidR="00292F36" w:rsidRDefault="00000000">
            <w:r>
              <w:rPr>
                <w:sz w:val="12"/>
              </w:rPr>
              <w:t>-0.3501909</w:t>
            </w:r>
          </w:p>
        </w:tc>
        <w:tc>
          <w:tcPr>
            <w:tcW w:w="564" w:type="dxa"/>
            <w:tcMar>
              <w:top w:w="20" w:type="dxa"/>
              <w:left w:w="50" w:type="dxa"/>
              <w:bottom w:w="20" w:type="dxa"/>
              <w:right w:w="50" w:type="dxa"/>
            </w:tcMar>
          </w:tcPr>
          <w:p w14:paraId="6B58F7DD" w14:textId="77777777" w:rsidR="00292F36" w:rsidRDefault="00000000">
            <w:r>
              <w:rPr>
                <w:sz w:val="12"/>
              </w:rPr>
              <w:t>-0.2251965</w:t>
            </w:r>
          </w:p>
        </w:tc>
        <w:tc>
          <w:tcPr>
            <w:tcW w:w="564" w:type="dxa"/>
            <w:tcMar>
              <w:top w:w="20" w:type="dxa"/>
              <w:left w:w="50" w:type="dxa"/>
              <w:bottom w:w="20" w:type="dxa"/>
              <w:right w:w="50" w:type="dxa"/>
            </w:tcMar>
          </w:tcPr>
          <w:p w14:paraId="4F29CC73" w14:textId="77777777" w:rsidR="00292F36" w:rsidRDefault="00000000">
            <w:r>
              <w:rPr>
                <w:sz w:val="12"/>
              </w:rPr>
              <w:t>2020</w:t>
            </w:r>
          </w:p>
        </w:tc>
        <w:tc>
          <w:tcPr>
            <w:tcW w:w="564" w:type="dxa"/>
            <w:tcMar>
              <w:top w:w="20" w:type="dxa"/>
              <w:left w:w="50" w:type="dxa"/>
              <w:bottom w:w="20" w:type="dxa"/>
              <w:right w:w="50" w:type="dxa"/>
            </w:tcMar>
          </w:tcPr>
          <w:p w14:paraId="119538AA" w14:textId="77777777" w:rsidR="00292F36" w:rsidRDefault="00000000">
            <w:r>
              <w:rPr>
                <w:sz w:val="12"/>
              </w:rPr>
              <w:t>punta_eugenia</w:t>
            </w:r>
          </w:p>
        </w:tc>
        <w:tc>
          <w:tcPr>
            <w:tcW w:w="564" w:type="dxa"/>
            <w:tcMar>
              <w:top w:w="20" w:type="dxa"/>
              <w:left w:w="50" w:type="dxa"/>
              <w:bottom w:w="20" w:type="dxa"/>
              <w:right w:w="50" w:type="dxa"/>
            </w:tcMar>
          </w:tcPr>
          <w:p w14:paraId="24AB7FEA" w14:textId="77777777" w:rsidR="00292F36" w:rsidRDefault="00000000">
            <w:r>
              <w:rPr>
                <w:sz w:val="12"/>
              </w:rPr>
              <w:t>South</w:t>
            </w:r>
          </w:p>
        </w:tc>
        <w:tc>
          <w:tcPr>
            <w:tcW w:w="564" w:type="dxa"/>
            <w:tcMar>
              <w:top w:w="20" w:type="dxa"/>
              <w:left w:w="50" w:type="dxa"/>
              <w:bottom w:w="20" w:type="dxa"/>
              <w:right w:w="50" w:type="dxa"/>
            </w:tcMar>
          </w:tcPr>
          <w:p w14:paraId="625709A6" w14:textId="77777777" w:rsidR="00292F36" w:rsidRDefault="00000000">
            <w:r>
              <w:rPr>
                <w:sz w:val="12"/>
              </w:rPr>
              <w:t>piedra_blanca</w:t>
            </w:r>
          </w:p>
        </w:tc>
        <w:tc>
          <w:tcPr>
            <w:tcW w:w="564" w:type="dxa"/>
            <w:tcMar>
              <w:top w:w="20" w:type="dxa"/>
              <w:left w:w="50" w:type="dxa"/>
              <w:bottom w:w="20" w:type="dxa"/>
              <w:right w:w="50" w:type="dxa"/>
            </w:tcMar>
          </w:tcPr>
          <w:p w14:paraId="401A16BF" w14:textId="77777777" w:rsidR="00292F36" w:rsidRDefault="00000000">
            <w:r>
              <w:rPr>
                <w:sz w:val="12"/>
              </w:rPr>
              <w:t>piedra_blanca_deep</w:t>
            </w:r>
          </w:p>
        </w:tc>
        <w:tc>
          <w:tcPr>
            <w:tcW w:w="564" w:type="dxa"/>
            <w:tcMar>
              <w:top w:w="20" w:type="dxa"/>
              <w:left w:w="50" w:type="dxa"/>
              <w:bottom w:w="20" w:type="dxa"/>
              <w:right w:w="50" w:type="dxa"/>
            </w:tcMar>
          </w:tcPr>
          <w:p w14:paraId="43E77760" w14:textId="77777777" w:rsidR="00292F36" w:rsidRDefault="00000000">
            <w:r>
              <w:rPr>
                <w:sz w:val="12"/>
              </w:rPr>
              <w:t>14</w:t>
            </w:r>
          </w:p>
        </w:tc>
        <w:tc>
          <w:tcPr>
            <w:tcW w:w="564" w:type="dxa"/>
            <w:tcMar>
              <w:top w:w="20" w:type="dxa"/>
              <w:left w:w="50" w:type="dxa"/>
              <w:bottom w:w="20" w:type="dxa"/>
              <w:right w:w="50" w:type="dxa"/>
            </w:tcMar>
          </w:tcPr>
          <w:p w14:paraId="21DB7D7C" w14:textId="77777777" w:rsidR="00292F36" w:rsidRDefault="00000000">
            <w:r>
              <w:rPr>
                <w:sz w:val="12"/>
              </w:rPr>
              <w:t>23.2299995</w:t>
            </w:r>
          </w:p>
        </w:tc>
        <w:tc>
          <w:tcPr>
            <w:tcW w:w="564" w:type="dxa"/>
            <w:tcMar>
              <w:top w:w="20" w:type="dxa"/>
              <w:left w:w="50" w:type="dxa"/>
              <w:bottom w:w="20" w:type="dxa"/>
              <w:right w:w="50" w:type="dxa"/>
            </w:tcMar>
          </w:tcPr>
          <w:p w14:paraId="7C69CF31" w14:textId="77777777" w:rsidR="00292F36" w:rsidRDefault="00000000">
            <w:r>
              <w:rPr>
                <w:sz w:val="12"/>
              </w:rPr>
              <w:t>3.3682013</w:t>
            </w:r>
          </w:p>
        </w:tc>
        <w:tc>
          <w:tcPr>
            <w:tcW w:w="564" w:type="dxa"/>
            <w:tcMar>
              <w:top w:w="20" w:type="dxa"/>
              <w:left w:w="50" w:type="dxa"/>
              <w:bottom w:w="20" w:type="dxa"/>
              <w:right w:w="50" w:type="dxa"/>
            </w:tcMar>
          </w:tcPr>
          <w:p w14:paraId="023E8025" w14:textId="77777777" w:rsidR="00292F36" w:rsidRDefault="00000000">
            <w:r>
              <w:rPr>
                <w:sz w:val="12"/>
              </w:rPr>
              <w:t>0.83499006</w:t>
            </w:r>
          </w:p>
        </w:tc>
        <w:tc>
          <w:tcPr>
            <w:tcW w:w="564" w:type="dxa"/>
            <w:tcMar>
              <w:top w:w="20" w:type="dxa"/>
              <w:left w:w="50" w:type="dxa"/>
              <w:bottom w:w="20" w:type="dxa"/>
              <w:right w:w="50" w:type="dxa"/>
            </w:tcMar>
          </w:tcPr>
          <w:p w14:paraId="32C6A9CA" w14:textId="77777777" w:rsidR="00292F36" w:rsidRDefault="00000000">
            <w:r>
              <w:rPr>
                <w:sz w:val="12"/>
              </w:rPr>
              <w:t>0.10934394</w:t>
            </w:r>
          </w:p>
        </w:tc>
        <w:tc>
          <w:tcPr>
            <w:tcW w:w="564" w:type="dxa"/>
            <w:tcMar>
              <w:top w:w="20" w:type="dxa"/>
              <w:left w:w="50" w:type="dxa"/>
              <w:bottom w:w="20" w:type="dxa"/>
              <w:right w:w="50" w:type="dxa"/>
            </w:tcMar>
          </w:tcPr>
          <w:p w14:paraId="0A6C7385" w14:textId="77777777" w:rsidR="00292F36" w:rsidRDefault="00000000">
            <w:r>
              <w:rPr>
                <w:sz w:val="12"/>
              </w:rPr>
              <w:t>0.00397614</w:t>
            </w:r>
          </w:p>
        </w:tc>
        <w:tc>
          <w:tcPr>
            <w:tcW w:w="564" w:type="dxa"/>
            <w:tcMar>
              <w:top w:w="20" w:type="dxa"/>
              <w:left w:w="50" w:type="dxa"/>
              <w:bottom w:w="20" w:type="dxa"/>
              <w:right w:w="50" w:type="dxa"/>
            </w:tcMar>
          </w:tcPr>
          <w:p w14:paraId="7D986438" w14:textId="77777777" w:rsidR="00292F36" w:rsidRDefault="00000000">
            <w:r>
              <w:rPr>
                <w:sz w:val="12"/>
              </w:rPr>
              <w:t>0.05168986</w:t>
            </w:r>
          </w:p>
        </w:tc>
        <w:tc>
          <w:tcPr>
            <w:tcW w:w="564" w:type="dxa"/>
            <w:tcMar>
              <w:top w:w="20" w:type="dxa"/>
              <w:left w:w="50" w:type="dxa"/>
              <w:bottom w:w="20" w:type="dxa"/>
              <w:right w:w="50" w:type="dxa"/>
            </w:tcMar>
          </w:tcPr>
          <w:p w14:paraId="5A49AD4E" w14:textId="77777777" w:rsidR="00292F36" w:rsidRDefault="00000000">
            <w:r>
              <w:rPr>
                <w:sz w:val="12"/>
              </w:rPr>
              <w:t>0</w:t>
            </w:r>
          </w:p>
        </w:tc>
        <w:tc>
          <w:tcPr>
            <w:tcW w:w="564" w:type="dxa"/>
            <w:tcMar>
              <w:top w:w="20" w:type="dxa"/>
              <w:left w:w="50" w:type="dxa"/>
              <w:bottom w:w="20" w:type="dxa"/>
              <w:right w:w="50" w:type="dxa"/>
            </w:tcMar>
          </w:tcPr>
          <w:p w14:paraId="578A7801" w14:textId="77777777" w:rsidR="00292F36" w:rsidRDefault="00000000">
            <w:r>
              <w:rPr>
                <w:sz w:val="12"/>
              </w:rPr>
              <w:t>0</w:t>
            </w:r>
          </w:p>
        </w:tc>
        <w:tc>
          <w:tcPr>
            <w:tcW w:w="564" w:type="dxa"/>
            <w:tcMar>
              <w:top w:w="20" w:type="dxa"/>
              <w:left w:w="50" w:type="dxa"/>
              <w:bottom w:w="20" w:type="dxa"/>
              <w:right w:w="50" w:type="dxa"/>
            </w:tcMar>
          </w:tcPr>
          <w:p w14:paraId="762AA310" w14:textId="77777777" w:rsidR="00292F36" w:rsidRDefault="00000000">
            <w:r>
              <w:rPr>
                <w:sz w:val="12"/>
              </w:rPr>
              <w:t>0</w:t>
            </w:r>
          </w:p>
        </w:tc>
        <w:tc>
          <w:tcPr>
            <w:tcW w:w="564" w:type="dxa"/>
            <w:tcMar>
              <w:top w:w="20" w:type="dxa"/>
              <w:left w:w="50" w:type="dxa"/>
              <w:bottom w:w="20" w:type="dxa"/>
              <w:right w:w="50" w:type="dxa"/>
            </w:tcMar>
          </w:tcPr>
          <w:p w14:paraId="5CBEA1CF" w14:textId="77777777" w:rsidR="00292F36" w:rsidRDefault="00000000">
            <w:r>
              <w:rPr>
                <w:sz w:val="12"/>
              </w:rPr>
              <w:t>0</w:t>
            </w:r>
          </w:p>
        </w:tc>
        <w:tc>
          <w:tcPr>
            <w:tcW w:w="564" w:type="dxa"/>
            <w:tcMar>
              <w:top w:w="20" w:type="dxa"/>
              <w:left w:w="50" w:type="dxa"/>
              <w:bottom w:w="20" w:type="dxa"/>
              <w:right w:w="50" w:type="dxa"/>
            </w:tcMar>
          </w:tcPr>
          <w:p w14:paraId="18526BED" w14:textId="77777777" w:rsidR="00292F36" w:rsidRDefault="00000000">
            <w:r>
              <w:rPr>
                <w:sz w:val="12"/>
              </w:rPr>
              <w:t>0</w:t>
            </w:r>
          </w:p>
        </w:tc>
        <w:tc>
          <w:tcPr>
            <w:tcW w:w="564" w:type="dxa"/>
            <w:tcMar>
              <w:top w:w="20" w:type="dxa"/>
              <w:left w:w="50" w:type="dxa"/>
              <w:bottom w:w="20" w:type="dxa"/>
              <w:right w:w="50" w:type="dxa"/>
            </w:tcMar>
          </w:tcPr>
          <w:p w14:paraId="2D0321E4" w14:textId="77777777" w:rsidR="00292F36" w:rsidRDefault="00000000">
            <w:r>
              <w:rPr>
                <w:sz w:val="12"/>
              </w:rPr>
              <w:t>0.72093023</w:t>
            </w:r>
          </w:p>
        </w:tc>
        <w:tc>
          <w:tcPr>
            <w:tcW w:w="564" w:type="dxa"/>
            <w:tcMar>
              <w:top w:w="20" w:type="dxa"/>
              <w:left w:w="50" w:type="dxa"/>
              <w:bottom w:w="20" w:type="dxa"/>
              <w:right w:w="50" w:type="dxa"/>
            </w:tcMar>
          </w:tcPr>
          <w:p w14:paraId="6C37E38B" w14:textId="77777777" w:rsidR="00292F36" w:rsidRDefault="00000000">
            <w:r>
              <w:rPr>
                <w:sz w:val="12"/>
              </w:rPr>
              <w:t>0</w:t>
            </w:r>
          </w:p>
        </w:tc>
        <w:tc>
          <w:tcPr>
            <w:tcW w:w="564" w:type="dxa"/>
            <w:tcMar>
              <w:top w:w="20" w:type="dxa"/>
              <w:left w:w="50" w:type="dxa"/>
              <w:bottom w:w="20" w:type="dxa"/>
              <w:right w:w="50" w:type="dxa"/>
            </w:tcMar>
          </w:tcPr>
          <w:p w14:paraId="372142C8" w14:textId="77777777" w:rsidR="00292F36" w:rsidRDefault="00000000">
            <w:r>
              <w:rPr>
                <w:sz w:val="12"/>
              </w:rPr>
              <w:t>0.1627907</w:t>
            </w:r>
          </w:p>
        </w:tc>
        <w:tc>
          <w:tcPr>
            <w:tcW w:w="564" w:type="dxa"/>
            <w:tcMar>
              <w:top w:w="20" w:type="dxa"/>
              <w:left w:w="50" w:type="dxa"/>
              <w:bottom w:w="20" w:type="dxa"/>
              <w:right w:w="50" w:type="dxa"/>
            </w:tcMar>
          </w:tcPr>
          <w:p w14:paraId="120BD318" w14:textId="77777777" w:rsidR="00292F36" w:rsidRDefault="00000000">
            <w:r>
              <w:rPr>
                <w:sz w:val="12"/>
              </w:rPr>
              <w:t>0.11627907</w:t>
            </w:r>
          </w:p>
        </w:tc>
        <w:tc>
          <w:tcPr>
            <w:tcW w:w="564" w:type="dxa"/>
            <w:tcMar>
              <w:top w:w="20" w:type="dxa"/>
              <w:left w:w="50" w:type="dxa"/>
              <w:bottom w:w="20" w:type="dxa"/>
              <w:right w:w="50" w:type="dxa"/>
            </w:tcMar>
          </w:tcPr>
          <w:p w14:paraId="6AADEA6D" w14:textId="77777777" w:rsidR="00292F36" w:rsidRDefault="00000000">
            <w:r>
              <w:rPr>
                <w:sz w:val="12"/>
              </w:rPr>
              <w:t>0</w:t>
            </w:r>
          </w:p>
        </w:tc>
      </w:tr>
      <w:tr w:rsidR="00292F36" w14:paraId="513467FA" w14:textId="77777777">
        <w:tc>
          <w:tcPr>
            <w:tcW w:w="564" w:type="dxa"/>
            <w:tcMar>
              <w:top w:w="20" w:type="dxa"/>
              <w:left w:w="50" w:type="dxa"/>
              <w:bottom w:w="20" w:type="dxa"/>
              <w:right w:w="50" w:type="dxa"/>
            </w:tcMar>
          </w:tcPr>
          <w:p w14:paraId="0B1403ED" w14:textId="77777777" w:rsidR="00292F36" w:rsidRDefault="00000000">
            <w:r>
              <w:rPr>
                <w:sz w:val="12"/>
              </w:rPr>
              <w:t>2020_piedra_blanca_piedra_blanca_deep_2</w:t>
            </w:r>
          </w:p>
        </w:tc>
        <w:tc>
          <w:tcPr>
            <w:tcW w:w="564" w:type="dxa"/>
            <w:tcMar>
              <w:top w:w="20" w:type="dxa"/>
              <w:left w:w="50" w:type="dxa"/>
              <w:bottom w:w="20" w:type="dxa"/>
              <w:right w:w="50" w:type="dxa"/>
            </w:tcMar>
          </w:tcPr>
          <w:p w14:paraId="19E763DB" w14:textId="77777777" w:rsidR="00292F36" w:rsidRDefault="00000000">
            <w:r>
              <w:rPr>
                <w:sz w:val="12"/>
              </w:rPr>
              <w:t>-0.4381028</w:t>
            </w:r>
          </w:p>
        </w:tc>
        <w:tc>
          <w:tcPr>
            <w:tcW w:w="564" w:type="dxa"/>
            <w:tcMar>
              <w:top w:w="20" w:type="dxa"/>
              <w:left w:w="50" w:type="dxa"/>
              <w:bottom w:w="20" w:type="dxa"/>
              <w:right w:w="50" w:type="dxa"/>
            </w:tcMar>
          </w:tcPr>
          <w:p w14:paraId="5CEE8A58" w14:textId="77777777" w:rsidR="00292F36" w:rsidRDefault="00000000">
            <w:r>
              <w:rPr>
                <w:sz w:val="12"/>
              </w:rPr>
              <w:t>-0.2813187</w:t>
            </w:r>
          </w:p>
        </w:tc>
        <w:tc>
          <w:tcPr>
            <w:tcW w:w="564" w:type="dxa"/>
            <w:tcMar>
              <w:top w:w="20" w:type="dxa"/>
              <w:left w:w="50" w:type="dxa"/>
              <w:bottom w:w="20" w:type="dxa"/>
              <w:right w:w="50" w:type="dxa"/>
            </w:tcMar>
          </w:tcPr>
          <w:p w14:paraId="463E3E3D" w14:textId="77777777" w:rsidR="00292F36" w:rsidRDefault="00000000">
            <w:r>
              <w:rPr>
                <w:sz w:val="12"/>
              </w:rPr>
              <w:t>2020</w:t>
            </w:r>
          </w:p>
        </w:tc>
        <w:tc>
          <w:tcPr>
            <w:tcW w:w="564" w:type="dxa"/>
            <w:tcMar>
              <w:top w:w="20" w:type="dxa"/>
              <w:left w:w="50" w:type="dxa"/>
              <w:bottom w:w="20" w:type="dxa"/>
              <w:right w:w="50" w:type="dxa"/>
            </w:tcMar>
          </w:tcPr>
          <w:p w14:paraId="5CE6960E" w14:textId="77777777" w:rsidR="00292F36" w:rsidRDefault="00000000">
            <w:r>
              <w:rPr>
                <w:sz w:val="12"/>
              </w:rPr>
              <w:t>punta_eugenia</w:t>
            </w:r>
          </w:p>
        </w:tc>
        <w:tc>
          <w:tcPr>
            <w:tcW w:w="564" w:type="dxa"/>
            <w:tcMar>
              <w:top w:w="20" w:type="dxa"/>
              <w:left w:w="50" w:type="dxa"/>
              <w:bottom w:w="20" w:type="dxa"/>
              <w:right w:w="50" w:type="dxa"/>
            </w:tcMar>
          </w:tcPr>
          <w:p w14:paraId="15178682" w14:textId="77777777" w:rsidR="00292F36" w:rsidRDefault="00000000">
            <w:r>
              <w:rPr>
                <w:sz w:val="12"/>
              </w:rPr>
              <w:t>South</w:t>
            </w:r>
          </w:p>
        </w:tc>
        <w:tc>
          <w:tcPr>
            <w:tcW w:w="564" w:type="dxa"/>
            <w:tcMar>
              <w:top w:w="20" w:type="dxa"/>
              <w:left w:w="50" w:type="dxa"/>
              <w:bottom w:w="20" w:type="dxa"/>
              <w:right w:w="50" w:type="dxa"/>
            </w:tcMar>
          </w:tcPr>
          <w:p w14:paraId="428FE086" w14:textId="77777777" w:rsidR="00292F36" w:rsidRDefault="00000000">
            <w:r>
              <w:rPr>
                <w:sz w:val="12"/>
              </w:rPr>
              <w:t>piedra_blanca</w:t>
            </w:r>
          </w:p>
        </w:tc>
        <w:tc>
          <w:tcPr>
            <w:tcW w:w="564" w:type="dxa"/>
            <w:tcMar>
              <w:top w:w="20" w:type="dxa"/>
              <w:left w:w="50" w:type="dxa"/>
              <w:bottom w:w="20" w:type="dxa"/>
              <w:right w:w="50" w:type="dxa"/>
            </w:tcMar>
          </w:tcPr>
          <w:p w14:paraId="24A55078" w14:textId="77777777" w:rsidR="00292F36" w:rsidRDefault="00000000">
            <w:r>
              <w:rPr>
                <w:sz w:val="12"/>
              </w:rPr>
              <w:t>piedra_blanca_deep</w:t>
            </w:r>
          </w:p>
        </w:tc>
        <w:tc>
          <w:tcPr>
            <w:tcW w:w="564" w:type="dxa"/>
            <w:tcMar>
              <w:top w:w="20" w:type="dxa"/>
              <w:left w:w="50" w:type="dxa"/>
              <w:bottom w:w="20" w:type="dxa"/>
              <w:right w:w="50" w:type="dxa"/>
            </w:tcMar>
          </w:tcPr>
          <w:p w14:paraId="750CD29F" w14:textId="77777777" w:rsidR="00292F36" w:rsidRDefault="00000000">
            <w:r>
              <w:rPr>
                <w:sz w:val="12"/>
              </w:rPr>
              <w:t>14</w:t>
            </w:r>
          </w:p>
        </w:tc>
        <w:tc>
          <w:tcPr>
            <w:tcW w:w="564" w:type="dxa"/>
            <w:tcMar>
              <w:top w:w="20" w:type="dxa"/>
              <w:left w:w="50" w:type="dxa"/>
              <w:bottom w:w="20" w:type="dxa"/>
              <w:right w:w="50" w:type="dxa"/>
            </w:tcMar>
          </w:tcPr>
          <w:p w14:paraId="07F92576" w14:textId="77777777" w:rsidR="00292F36" w:rsidRDefault="00000000">
            <w:r>
              <w:rPr>
                <w:sz w:val="12"/>
              </w:rPr>
              <w:t>23.2299995</w:t>
            </w:r>
          </w:p>
        </w:tc>
        <w:tc>
          <w:tcPr>
            <w:tcW w:w="564" w:type="dxa"/>
            <w:tcMar>
              <w:top w:w="20" w:type="dxa"/>
              <w:left w:w="50" w:type="dxa"/>
              <w:bottom w:w="20" w:type="dxa"/>
              <w:right w:w="50" w:type="dxa"/>
            </w:tcMar>
          </w:tcPr>
          <w:p w14:paraId="7C1ED18B" w14:textId="77777777" w:rsidR="00292F36" w:rsidRDefault="00000000">
            <w:r>
              <w:rPr>
                <w:sz w:val="12"/>
              </w:rPr>
              <w:t>3.3682013</w:t>
            </w:r>
          </w:p>
        </w:tc>
        <w:tc>
          <w:tcPr>
            <w:tcW w:w="564" w:type="dxa"/>
            <w:tcMar>
              <w:top w:w="20" w:type="dxa"/>
              <w:left w:w="50" w:type="dxa"/>
              <w:bottom w:w="20" w:type="dxa"/>
              <w:right w:w="50" w:type="dxa"/>
            </w:tcMar>
          </w:tcPr>
          <w:p w14:paraId="4559ABBF" w14:textId="77777777" w:rsidR="00292F36" w:rsidRDefault="00000000">
            <w:r>
              <w:rPr>
                <w:sz w:val="12"/>
              </w:rPr>
              <w:t>0.9527027</w:t>
            </w:r>
          </w:p>
        </w:tc>
        <w:tc>
          <w:tcPr>
            <w:tcW w:w="564" w:type="dxa"/>
            <w:tcMar>
              <w:top w:w="20" w:type="dxa"/>
              <w:left w:w="50" w:type="dxa"/>
              <w:bottom w:w="20" w:type="dxa"/>
              <w:right w:w="50" w:type="dxa"/>
            </w:tcMar>
          </w:tcPr>
          <w:p w14:paraId="1C1E8798" w14:textId="77777777" w:rsidR="00292F36" w:rsidRDefault="00000000">
            <w:r>
              <w:rPr>
                <w:sz w:val="12"/>
              </w:rPr>
              <w:t>0.02702703</w:t>
            </w:r>
          </w:p>
        </w:tc>
        <w:tc>
          <w:tcPr>
            <w:tcW w:w="564" w:type="dxa"/>
            <w:tcMar>
              <w:top w:w="20" w:type="dxa"/>
              <w:left w:w="50" w:type="dxa"/>
              <w:bottom w:w="20" w:type="dxa"/>
              <w:right w:w="50" w:type="dxa"/>
            </w:tcMar>
          </w:tcPr>
          <w:p w14:paraId="5A449774" w14:textId="77777777" w:rsidR="00292F36" w:rsidRDefault="00000000">
            <w:r>
              <w:rPr>
                <w:sz w:val="12"/>
              </w:rPr>
              <w:t>0</w:t>
            </w:r>
          </w:p>
        </w:tc>
        <w:tc>
          <w:tcPr>
            <w:tcW w:w="564" w:type="dxa"/>
            <w:tcMar>
              <w:top w:w="20" w:type="dxa"/>
              <w:left w:w="50" w:type="dxa"/>
              <w:bottom w:w="20" w:type="dxa"/>
              <w:right w:w="50" w:type="dxa"/>
            </w:tcMar>
          </w:tcPr>
          <w:p w14:paraId="147310B0" w14:textId="77777777" w:rsidR="00292F36" w:rsidRDefault="00000000">
            <w:r>
              <w:rPr>
                <w:sz w:val="12"/>
              </w:rPr>
              <w:t>0.02027027</w:t>
            </w:r>
          </w:p>
        </w:tc>
        <w:tc>
          <w:tcPr>
            <w:tcW w:w="564" w:type="dxa"/>
            <w:tcMar>
              <w:top w:w="20" w:type="dxa"/>
              <w:left w:w="50" w:type="dxa"/>
              <w:bottom w:w="20" w:type="dxa"/>
              <w:right w:w="50" w:type="dxa"/>
            </w:tcMar>
          </w:tcPr>
          <w:p w14:paraId="1D53F7B9" w14:textId="77777777" w:rsidR="00292F36" w:rsidRDefault="00000000">
            <w:r>
              <w:rPr>
                <w:sz w:val="12"/>
              </w:rPr>
              <w:t>0</w:t>
            </w:r>
          </w:p>
        </w:tc>
        <w:tc>
          <w:tcPr>
            <w:tcW w:w="564" w:type="dxa"/>
            <w:tcMar>
              <w:top w:w="20" w:type="dxa"/>
              <w:left w:w="50" w:type="dxa"/>
              <w:bottom w:w="20" w:type="dxa"/>
              <w:right w:w="50" w:type="dxa"/>
            </w:tcMar>
          </w:tcPr>
          <w:p w14:paraId="39532822" w14:textId="77777777" w:rsidR="00292F36" w:rsidRDefault="00000000">
            <w:r>
              <w:rPr>
                <w:sz w:val="12"/>
              </w:rPr>
              <w:t>0</w:t>
            </w:r>
          </w:p>
        </w:tc>
        <w:tc>
          <w:tcPr>
            <w:tcW w:w="564" w:type="dxa"/>
            <w:tcMar>
              <w:top w:w="20" w:type="dxa"/>
              <w:left w:w="50" w:type="dxa"/>
              <w:bottom w:w="20" w:type="dxa"/>
              <w:right w:w="50" w:type="dxa"/>
            </w:tcMar>
          </w:tcPr>
          <w:p w14:paraId="46377578" w14:textId="77777777" w:rsidR="00292F36" w:rsidRDefault="00000000">
            <w:r>
              <w:rPr>
                <w:sz w:val="12"/>
              </w:rPr>
              <w:t>0</w:t>
            </w:r>
          </w:p>
        </w:tc>
        <w:tc>
          <w:tcPr>
            <w:tcW w:w="564" w:type="dxa"/>
            <w:tcMar>
              <w:top w:w="20" w:type="dxa"/>
              <w:left w:w="50" w:type="dxa"/>
              <w:bottom w:w="20" w:type="dxa"/>
              <w:right w:w="50" w:type="dxa"/>
            </w:tcMar>
          </w:tcPr>
          <w:p w14:paraId="58A2639E" w14:textId="77777777" w:rsidR="00292F36" w:rsidRDefault="00000000">
            <w:r>
              <w:rPr>
                <w:sz w:val="12"/>
              </w:rPr>
              <w:t>0</w:t>
            </w:r>
          </w:p>
        </w:tc>
        <w:tc>
          <w:tcPr>
            <w:tcW w:w="564" w:type="dxa"/>
            <w:tcMar>
              <w:top w:w="20" w:type="dxa"/>
              <w:left w:w="50" w:type="dxa"/>
              <w:bottom w:w="20" w:type="dxa"/>
              <w:right w:w="50" w:type="dxa"/>
            </w:tcMar>
          </w:tcPr>
          <w:p w14:paraId="68D49B3C" w14:textId="77777777" w:rsidR="00292F36" w:rsidRDefault="00000000">
            <w:r>
              <w:rPr>
                <w:sz w:val="12"/>
              </w:rPr>
              <w:t>0</w:t>
            </w:r>
          </w:p>
        </w:tc>
        <w:tc>
          <w:tcPr>
            <w:tcW w:w="564" w:type="dxa"/>
            <w:tcMar>
              <w:top w:w="20" w:type="dxa"/>
              <w:left w:w="50" w:type="dxa"/>
              <w:bottom w:w="20" w:type="dxa"/>
              <w:right w:w="50" w:type="dxa"/>
            </w:tcMar>
          </w:tcPr>
          <w:p w14:paraId="3F5429C9" w14:textId="77777777" w:rsidR="00292F36" w:rsidRDefault="00000000">
            <w:r>
              <w:rPr>
                <w:sz w:val="12"/>
              </w:rPr>
              <w:t>0.76923077</w:t>
            </w:r>
          </w:p>
        </w:tc>
        <w:tc>
          <w:tcPr>
            <w:tcW w:w="564" w:type="dxa"/>
            <w:tcMar>
              <w:top w:w="20" w:type="dxa"/>
              <w:left w:w="50" w:type="dxa"/>
              <w:bottom w:w="20" w:type="dxa"/>
              <w:right w:w="50" w:type="dxa"/>
            </w:tcMar>
          </w:tcPr>
          <w:p w14:paraId="1AD3C775" w14:textId="77777777" w:rsidR="00292F36" w:rsidRDefault="00000000">
            <w:r>
              <w:rPr>
                <w:sz w:val="12"/>
              </w:rPr>
              <w:t>0.02564103</w:t>
            </w:r>
          </w:p>
        </w:tc>
        <w:tc>
          <w:tcPr>
            <w:tcW w:w="564" w:type="dxa"/>
            <w:tcMar>
              <w:top w:w="20" w:type="dxa"/>
              <w:left w:w="50" w:type="dxa"/>
              <w:bottom w:w="20" w:type="dxa"/>
              <w:right w:w="50" w:type="dxa"/>
            </w:tcMar>
          </w:tcPr>
          <w:p w14:paraId="49979943" w14:textId="77777777" w:rsidR="00292F36" w:rsidRDefault="00000000">
            <w:r>
              <w:rPr>
                <w:sz w:val="12"/>
              </w:rPr>
              <w:t>0</w:t>
            </w:r>
          </w:p>
        </w:tc>
        <w:tc>
          <w:tcPr>
            <w:tcW w:w="564" w:type="dxa"/>
            <w:tcMar>
              <w:top w:w="20" w:type="dxa"/>
              <w:left w:w="50" w:type="dxa"/>
              <w:bottom w:w="20" w:type="dxa"/>
              <w:right w:w="50" w:type="dxa"/>
            </w:tcMar>
          </w:tcPr>
          <w:p w14:paraId="57DF7D4C" w14:textId="77777777" w:rsidR="00292F36" w:rsidRDefault="00000000">
            <w:r>
              <w:rPr>
                <w:sz w:val="12"/>
              </w:rPr>
              <w:t>0.20512821</w:t>
            </w:r>
          </w:p>
        </w:tc>
        <w:tc>
          <w:tcPr>
            <w:tcW w:w="564" w:type="dxa"/>
            <w:tcMar>
              <w:top w:w="20" w:type="dxa"/>
              <w:left w:w="50" w:type="dxa"/>
              <w:bottom w:w="20" w:type="dxa"/>
              <w:right w:w="50" w:type="dxa"/>
            </w:tcMar>
          </w:tcPr>
          <w:p w14:paraId="33D6C445" w14:textId="77777777" w:rsidR="00292F36" w:rsidRDefault="00000000">
            <w:r>
              <w:rPr>
                <w:sz w:val="12"/>
              </w:rPr>
              <w:t>0</w:t>
            </w:r>
          </w:p>
        </w:tc>
      </w:tr>
      <w:tr w:rsidR="00292F36" w14:paraId="4750D545" w14:textId="77777777">
        <w:tc>
          <w:tcPr>
            <w:tcW w:w="564" w:type="dxa"/>
            <w:tcMar>
              <w:top w:w="20" w:type="dxa"/>
              <w:left w:w="50" w:type="dxa"/>
              <w:bottom w:w="20" w:type="dxa"/>
              <w:right w:w="50" w:type="dxa"/>
            </w:tcMar>
          </w:tcPr>
          <w:p w14:paraId="6285C4A6" w14:textId="77777777" w:rsidR="00292F36" w:rsidRDefault="00000000">
            <w:r>
              <w:rPr>
                <w:sz w:val="12"/>
              </w:rPr>
              <w:t>2020_piedra_blanca_piedra_blanca_mid_1</w:t>
            </w:r>
          </w:p>
        </w:tc>
        <w:tc>
          <w:tcPr>
            <w:tcW w:w="564" w:type="dxa"/>
            <w:tcMar>
              <w:top w:w="20" w:type="dxa"/>
              <w:left w:w="50" w:type="dxa"/>
              <w:bottom w:w="20" w:type="dxa"/>
              <w:right w:w="50" w:type="dxa"/>
            </w:tcMar>
          </w:tcPr>
          <w:p w14:paraId="40D6048C" w14:textId="77777777" w:rsidR="00292F36" w:rsidRDefault="00000000">
            <w:r>
              <w:rPr>
                <w:sz w:val="12"/>
              </w:rPr>
              <w:t>-0.6071704</w:t>
            </w:r>
          </w:p>
        </w:tc>
        <w:tc>
          <w:tcPr>
            <w:tcW w:w="564" w:type="dxa"/>
            <w:tcMar>
              <w:top w:w="20" w:type="dxa"/>
              <w:left w:w="50" w:type="dxa"/>
              <w:bottom w:w="20" w:type="dxa"/>
              <w:right w:w="50" w:type="dxa"/>
            </w:tcMar>
          </w:tcPr>
          <w:p w14:paraId="6D794C71" w14:textId="77777777" w:rsidR="00292F36" w:rsidRDefault="00000000">
            <w:r>
              <w:rPr>
                <w:sz w:val="12"/>
              </w:rPr>
              <w:t>-0.2833328</w:t>
            </w:r>
          </w:p>
        </w:tc>
        <w:tc>
          <w:tcPr>
            <w:tcW w:w="564" w:type="dxa"/>
            <w:tcMar>
              <w:top w:w="20" w:type="dxa"/>
              <w:left w:w="50" w:type="dxa"/>
              <w:bottom w:w="20" w:type="dxa"/>
              <w:right w:w="50" w:type="dxa"/>
            </w:tcMar>
          </w:tcPr>
          <w:p w14:paraId="6176863B" w14:textId="77777777" w:rsidR="00292F36" w:rsidRDefault="00000000">
            <w:r>
              <w:rPr>
                <w:sz w:val="12"/>
              </w:rPr>
              <w:t>2020</w:t>
            </w:r>
          </w:p>
        </w:tc>
        <w:tc>
          <w:tcPr>
            <w:tcW w:w="564" w:type="dxa"/>
            <w:tcMar>
              <w:top w:w="20" w:type="dxa"/>
              <w:left w:w="50" w:type="dxa"/>
              <w:bottom w:w="20" w:type="dxa"/>
              <w:right w:w="50" w:type="dxa"/>
            </w:tcMar>
          </w:tcPr>
          <w:p w14:paraId="1B0876F4" w14:textId="77777777" w:rsidR="00292F36" w:rsidRDefault="00000000">
            <w:r>
              <w:rPr>
                <w:sz w:val="12"/>
              </w:rPr>
              <w:t>punta_eugenia</w:t>
            </w:r>
          </w:p>
        </w:tc>
        <w:tc>
          <w:tcPr>
            <w:tcW w:w="564" w:type="dxa"/>
            <w:tcMar>
              <w:top w:w="20" w:type="dxa"/>
              <w:left w:w="50" w:type="dxa"/>
              <w:bottom w:w="20" w:type="dxa"/>
              <w:right w:w="50" w:type="dxa"/>
            </w:tcMar>
          </w:tcPr>
          <w:p w14:paraId="2EC8293C" w14:textId="77777777" w:rsidR="00292F36" w:rsidRDefault="00000000">
            <w:r>
              <w:rPr>
                <w:sz w:val="12"/>
              </w:rPr>
              <w:t>South</w:t>
            </w:r>
          </w:p>
        </w:tc>
        <w:tc>
          <w:tcPr>
            <w:tcW w:w="564" w:type="dxa"/>
            <w:tcMar>
              <w:top w:w="20" w:type="dxa"/>
              <w:left w:w="50" w:type="dxa"/>
              <w:bottom w:w="20" w:type="dxa"/>
              <w:right w:w="50" w:type="dxa"/>
            </w:tcMar>
          </w:tcPr>
          <w:p w14:paraId="4FE2BE49" w14:textId="77777777" w:rsidR="00292F36" w:rsidRDefault="00000000">
            <w:r>
              <w:rPr>
                <w:sz w:val="12"/>
              </w:rPr>
              <w:t>piedra_blanca</w:t>
            </w:r>
          </w:p>
        </w:tc>
        <w:tc>
          <w:tcPr>
            <w:tcW w:w="564" w:type="dxa"/>
            <w:tcMar>
              <w:top w:w="20" w:type="dxa"/>
              <w:left w:w="50" w:type="dxa"/>
              <w:bottom w:w="20" w:type="dxa"/>
              <w:right w:w="50" w:type="dxa"/>
            </w:tcMar>
          </w:tcPr>
          <w:p w14:paraId="48AAC80B" w14:textId="77777777" w:rsidR="00292F36" w:rsidRDefault="00000000">
            <w:r>
              <w:rPr>
                <w:sz w:val="12"/>
              </w:rPr>
              <w:t>piedra_blanca_mid</w:t>
            </w:r>
          </w:p>
        </w:tc>
        <w:tc>
          <w:tcPr>
            <w:tcW w:w="564" w:type="dxa"/>
            <w:tcMar>
              <w:top w:w="20" w:type="dxa"/>
              <w:left w:w="50" w:type="dxa"/>
              <w:bottom w:w="20" w:type="dxa"/>
              <w:right w:w="50" w:type="dxa"/>
            </w:tcMar>
          </w:tcPr>
          <w:p w14:paraId="5AC91973" w14:textId="77777777" w:rsidR="00292F36" w:rsidRDefault="00000000">
            <w:r>
              <w:rPr>
                <w:sz w:val="12"/>
              </w:rPr>
              <w:t>9</w:t>
            </w:r>
          </w:p>
        </w:tc>
        <w:tc>
          <w:tcPr>
            <w:tcW w:w="564" w:type="dxa"/>
            <w:tcMar>
              <w:top w:w="20" w:type="dxa"/>
              <w:left w:w="50" w:type="dxa"/>
              <w:bottom w:w="20" w:type="dxa"/>
              <w:right w:w="50" w:type="dxa"/>
            </w:tcMar>
          </w:tcPr>
          <w:p w14:paraId="6FE2273E" w14:textId="77777777" w:rsidR="00292F36" w:rsidRDefault="00000000">
            <w:r>
              <w:rPr>
                <w:sz w:val="12"/>
              </w:rPr>
              <w:t>23.2299995</w:t>
            </w:r>
          </w:p>
        </w:tc>
        <w:tc>
          <w:tcPr>
            <w:tcW w:w="564" w:type="dxa"/>
            <w:tcMar>
              <w:top w:w="20" w:type="dxa"/>
              <w:left w:w="50" w:type="dxa"/>
              <w:bottom w:w="20" w:type="dxa"/>
              <w:right w:w="50" w:type="dxa"/>
            </w:tcMar>
          </w:tcPr>
          <w:p w14:paraId="520866E4" w14:textId="77777777" w:rsidR="00292F36" w:rsidRDefault="00000000">
            <w:r>
              <w:rPr>
                <w:sz w:val="12"/>
              </w:rPr>
              <w:t>3.3682013</w:t>
            </w:r>
          </w:p>
        </w:tc>
        <w:tc>
          <w:tcPr>
            <w:tcW w:w="564" w:type="dxa"/>
            <w:tcMar>
              <w:top w:w="20" w:type="dxa"/>
              <w:left w:w="50" w:type="dxa"/>
              <w:bottom w:w="20" w:type="dxa"/>
              <w:right w:w="50" w:type="dxa"/>
            </w:tcMar>
          </w:tcPr>
          <w:p w14:paraId="27600BED" w14:textId="77777777" w:rsidR="00292F36" w:rsidRDefault="00000000">
            <w:r>
              <w:rPr>
                <w:sz w:val="12"/>
              </w:rPr>
              <w:t>0.97462687</w:t>
            </w:r>
          </w:p>
        </w:tc>
        <w:tc>
          <w:tcPr>
            <w:tcW w:w="564" w:type="dxa"/>
            <w:tcMar>
              <w:top w:w="20" w:type="dxa"/>
              <w:left w:w="50" w:type="dxa"/>
              <w:bottom w:w="20" w:type="dxa"/>
              <w:right w:w="50" w:type="dxa"/>
            </w:tcMar>
          </w:tcPr>
          <w:p w14:paraId="2AB6476F" w14:textId="77777777" w:rsidR="00292F36" w:rsidRDefault="00000000">
            <w:r>
              <w:rPr>
                <w:sz w:val="12"/>
              </w:rPr>
              <w:t>0.00597015</w:t>
            </w:r>
          </w:p>
        </w:tc>
        <w:tc>
          <w:tcPr>
            <w:tcW w:w="564" w:type="dxa"/>
            <w:tcMar>
              <w:top w:w="20" w:type="dxa"/>
              <w:left w:w="50" w:type="dxa"/>
              <w:bottom w:w="20" w:type="dxa"/>
              <w:right w:w="50" w:type="dxa"/>
            </w:tcMar>
          </w:tcPr>
          <w:p w14:paraId="2DDF39FA" w14:textId="77777777" w:rsidR="00292F36" w:rsidRDefault="00000000">
            <w:r>
              <w:rPr>
                <w:sz w:val="12"/>
              </w:rPr>
              <w:t>0.00895522</w:t>
            </w:r>
          </w:p>
        </w:tc>
        <w:tc>
          <w:tcPr>
            <w:tcW w:w="564" w:type="dxa"/>
            <w:tcMar>
              <w:top w:w="20" w:type="dxa"/>
              <w:left w:w="50" w:type="dxa"/>
              <w:bottom w:w="20" w:type="dxa"/>
              <w:right w:w="50" w:type="dxa"/>
            </w:tcMar>
          </w:tcPr>
          <w:p w14:paraId="67BFFEB0" w14:textId="77777777" w:rsidR="00292F36" w:rsidRDefault="00000000">
            <w:r>
              <w:rPr>
                <w:sz w:val="12"/>
              </w:rPr>
              <w:t>0.01044776</w:t>
            </w:r>
          </w:p>
        </w:tc>
        <w:tc>
          <w:tcPr>
            <w:tcW w:w="564" w:type="dxa"/>
            <w:tcMar>
              <w:top w:w="20" w:type="dxa"/>
              <w:left w:w="50" w:type="dxa"/>
              <w:bottom w:w="20" w:type="dxa"/>
              <w:right w:w="50" w:type="dxa"/>
            </w:tcMar>
          </w:tcPr>
          <w:p w14:paraId="4B9AA218" w14:textId="77777777" w:rsidR="00292F36" w:rsidRDefault="00000000">
            <w:r>
              <w:rPr>
                <w:sz w:val="12"/>
              </w:rPr>
              <w:t>0</w:t>
            </w:r>
          </w:p>
        </w:tc>
        <w:tc>
          <w:tcPr>
            <w:tcW w:w="564" w:type="dxa"/>
            <w:tcMar>
              <w:top w:w="20" w:type="dxa"/>
              <w:left w:w="50" w:type="dxa"/>
              <w:bottom w:w="20" w:type="dxa"/>
              <w:right w:w="50" w:type="dxa"/>
            </w:tcMar>
          </w:tcPr>
          <w:p w14:paraId="06494BBD" w14:textId="77777777" w:rsidR="00292F36" w:rsidRDefault="00000000">
            <w:r>
              <w:rPr>
                <w:sz w:val="12"/>
              </w:rPr>
              <w:t>0</w:t>
            </w:r>
          </w:p>
        </w:tc>
        <w:tc>
          <w:tcPr>
            <w:tcW w:w="564" w:type="dxa"/>
            <w:tcMar>
              <w:top w:w="20" w:type="dxa"/>
              <w:left w:w="50" w:type="dxa"/>
              <w:bottom w:w="20" w:type="dxa"/>
              <w:right w:w="50" w:type="dxa"/>
            </w:tcMar>
          </w:tcPr>
          <w:p w14:paraId="44EB3D0B" w14:textId="77777777" w:rsidR="00292F36" w:rsidRDefault="00000000">
            <w:r>
              <w:rPr>
                <w:sz w:val="12"/>
              </w:rPr>
              <w:t>0</w:t>
            </w:r>
          </w:p>
        </w:tc>
        <w:tc>
          <w:tcPr>
            <w:tcW w:w="564" w:type="dxa"/>
            <w:tcMar>
              <w:top w:w="20" w:type="dxa"/>
              <w:left w:w="50" w:type="dxa"/>
              <w:bottom w:w="20" w:type="dxa"/>
              <w:right w:w="50" w:type="dxa"/>
            </w:tcMar>
          </w:tcPr>
          <w:p w14:paraId="0F91AF5B" w14:textId="77777777" w:rsidR="00292F36" w:rsidRDefault="00000000">
            <w:r>
              <w:rPr>
                <w:sz w:val="12"/>
              </w:rPr>
              <w:t>0</w:t>
            </w:r>
          </w:p>
        </w:tc>
        <w:tc>
          <w:tcPr>
            <w:tcW w:w="564" w:type="dxa"/>
            <w:tcMar>
              <w:top w:w="20" w:type="dxa"/>
              <w:left w:w="50" w:type="dxa"/>
              <w:bottom w:w="20" w:type="dxa"/>
              <w:right w:w="50" w:type="dxa"/>
            </w:tcMar>
          </w:tcPr>
          <w:p w14:paraId="63010029" w14:textId="77777777" w:rsidR="00292F36" w:rsidRDefault="00000000">
            <w:r>
              <w:rPr>
                <w:sz w:val="12"/>
              </w:rPr>
              <w:t>0</w:t>
            </w:r>
          </w:p>
        </w:tc>
        <w:tc>
          <w:tcPr>
            <w:tcW w:w="564" w:type="dxa"/>
            <w:tcMar>
              <w:top w:w="20" w:type="dxa"/>
              <w:left w:w="50" w:type="dxa"/>
              <w:bottom w:w="20" w:type="dxa"/>
              <w:right w:w="50" w:type="dxa"/>
            </w:tcMar>
          </w:tcPr>
          <w:p w14:paraId="38701763" w14:textId="77777777" w:rsidR="00292F36" w:rsidRDefault="00000000">
            <w:r>
              <w:rPr>
                <w:sz w:val="12"/>
              </w:rPr>
              <w:t>0.34343434</w:t>
            </w:r>
          </w:p>
        </w:tc>
        <w:tc>
          <w:tcPr>
            <w:tcW w:w="564" w:type="dxa"/>
            <w:tcMar>
              <w:top w:w="20" w:type="dxa"/>
              <w:left w:w="50" w:type="dxa"/>
              <w:bottom w:w="20" w:type="dxa"/>
              <w:right w:w="50" w:type="dxa"/>
            </w:tcMar>
          </w:tcPr>
          <w:p w14:paraId="3F3DF96C" w14:textId="77777777" w:rsidR="00292F36" w:rsidRDefault="00000000">
            <w:r>
              <w:rPr>
                <w:sz w:val="12"/>
              </w:rPr>
              <w:t>0.14141414</w:t>
            </w:r>
          </w:p>
        </w:tc>
        <w:tc>
          <w:tcPr>
            <w:tcW w:w="564" w:type="dxa"/>
            <w:tcMar>
              <w:top w:w="20" w:type="dxa"/>
              <w:left w:w="50" w:type="dxa"/>
              <w:bottom w:w="20" w:type="dxa"/>
              <w:right w:w="50" w:type="dxa"/>
            </w:tcMar>
          </w:tcPr>
          <w:p w14:paraId="47967083" w14:textId="77777777" w:rsidR="00292F36" w:rsidRDefault="00000000">
            <w:r>
              <w:rPr>
                <w:sz w:val="12"/>
              </w:rPr>
              <w:t>0.06060606</w:t>
            </w:r>
          </w:p>
        </w:tc>
        <w:tc>
          <w:tcPr>
            <w:tcW w:w="564" w:type="dxa"/>
            <w:tcMar>
              <w:top w:w="20" w:type="dxa"/>
              <w:left w:w="50" w:type="dxa"/>
              <w:bottom w:w="20" w:type="dxa"/>
              <w:right w:w="50" w:type="dxa"/>
            </w:tcMar>
          </w:tcPr>
          <w:p w14:paraId="716727FB" w14:textId="77777777" w:rsidR="00292F36" w:rsidRDefault="00000000">
            <w:r>
              <w:rPr>
                <w:sz w:val="12"/>
              </w:rPr>
              <w:t>0.45454545</w:t>
            </w:r>
          </w:p>
        </w:tc>
        <w:tc>
          <w:tcPr>
            <w:tcW w:w="564" w:type="dxa"/>
            <w:tcMar>
              <w:top w:w="20" w:type="dxa"/>
              <w:left w:w="50" w:type="dxa"/>
              <w:bottom w:w="20" w:type="dxa"/>
              <w:right w:w="50" w:type="dxa"/>
            </w:tcMar>
          </w:tcPr>
          <w:p w14:paraId="1D75B296" w14:textId="77777777" w:rsidR="00292F36" w:rsidRDefault="00000000">
            <w:r>
              <w:rPr>
                <w:sz w:val="12"/>
              </w:rPr>
              <w:t>0</w:t>
            </w:r>
          </w:p>
        </w:tc>
      </w:tr>
      <w:tr w:rsidR="00292F36" w14:paraId="714CE067" w14:textId="77777777">
        <w:tc>
          <w:tcPr>
            <w:tcW w:w="564" w:type="dxa"/>
            <w:tcMar>
              <w:top w:w="20" w:type="dxa"/>
              <w:left w:w="50" w:type="dxa"/>
              <w:bottom w:w="20" w:type="dxa"/>
              <w:right w:w="50" w:type="dxa"/>
            </w:tcMar>
          </w:tcPr>
          <w:p w14:paraId="03129B6D" w14:textId="77777777" w:rsidR="00292F36" w:rsidRDefault="00000000">
            <w:r>
              <w:rPr>
                <w:sz w:val="12"/>
              </w:rPr>
              <w:t>2020_piedra_blanca_piedra_blanca_mid_2</w:t>
            </w:r>
          </w:p>
        </w:tc>
        <w:tc>
          <w:tcPr>
            <w:tcW w:w="564" w:type="dxa"/>
            <w:tcMar>
              <w:top w:w="20" w:type="dxa"/>
              <w:left w:w="50" w:type="dxa"/>
              <w:bottom w:w="20" w:type="dxa"/>
              <w:right w:w="50" w:type="dxa"/>
            </w:tcMar>
          </w:tcPr>
          <w:p w14:paraId="7BE15286" w14:textId="77777777" w:rsidR="00292F36" w:rsidRDefault="00000000">
            <w:r>
              <w:rPr>
                <w:sz w:val="12"/>
              </w:rPr>
              <w:t>-0.3446067</w:t>
            </w:r>
          </w:p>
        </w:tc>
        <w:tc>
          <w:tcPr>
            <w:tcW w:w="564" w:type="dxa"/>
            <w:tcMar>
              <w:top w:w="20" w:type="dxa"/>
              <w:left w:w="50" w:type="dxa"/>
              <w:bottom w:w="20" w:type="dxa"/>
              <w:right w:w="50" w:type="dxa"/>
            </w:tcMar>
          </w:tcPr>
          <w:p w14:paraId="0E27EC26" w14:textId="77777777" w:rsidR="00292F36" w:rsidRDefault="00000000">
            <w:r>
              <w:rPr>
                <w:sz w:val="12"/>
              </w:rPr>
              <w:t>-0.1482934</w:t>
            </w:r>
          </w:p>
        </w:tc>
        <w:tc>
          <w:tcPr>
            <w:tcW w:w="564" w:type="dxa"/>
            <w:tcMar>
              <w:top w:w="20" w:type="dxa"/>
              <w:left w:w="50" w:type="dxa"/>
              <w:bottom w:w="20" w:type="dxa"/>
              <w:right w:w="50" w:type="dxa"/>
            </w:tcMar>
          </w:tcPr>
          <w:p w14:paraId="2C9B35D0" w14:textId="77777777" w:rsidR="00292F36" w:rsidRDefault="00000000">
            <w:r>
              <w:rPr>
                <w:sz w:val="12"/>
              </w:rPr>
              <w:t>2020</w:t>
            </w:r>
          </w:p>
        </w:tc>
        <w:tc>
          <w:tcPr>
            <w:tcW w:w="564" w:type="dxa"/>
            <w:tcMar>
              <w:top w:w="20" w:type="dxa"/>
              <w:left w:w="50" w:type="dxa"/>
              <w:bottom w:w="20" w:type="dxa"/>
              <w:right w:w="50" w:type="dxa"/>
            </w:tcMar>
          </w:tcPr>
          <w:p w14:paraId="596C3564" w14:textId="77777777" w:rsidR="00292F36" w:rsidRDefault="00000000">
            <w:r>
              <w:rPr>
                <w:sz w:val="12"/>
              </w:rPr>
              <w:t>punta_eugenia</w:t>
            </w:r>
          </w:p>
        </w:tc>
        <w:tc>
          <w:tcPr>
            <w:tcW w:w="564" w:type="dxa"/>
            <w:tcMar>
              <w:top w:w="20" w:type="dxa"/>
              <w:left w:w="50" w:type="dxa"/>
              <w:bottom w:w="20" w:type="dxa"/>
              <w:right w:w="50" w:type="dxa"/>
            </w:tcMar>
          </w:tcPr>
          <w:p w14:paraId="27492C73" w14:textId="77777777" w:rsidR="00292F36" w:rsidRDefault="00000000">
            <w:r>
              <w:rPr>
                <w:sz w:val="12"/>
              </w:rPr>
              <w:t>South</w:t>
            </w:r>
          </w:p>
        </w:tc>
        <w:tc>
          <w:tcPr>
            <w:tcW w:w="564" w:type="dxa"/>
            <w:tcMar>
              <w:top w:w="20" w:type="dxa"/>
              <w:left w:w="50" w:type="dxa"/>
              <w:bottom w:w="20" w:type="dxa"/>
              <w:right w:w="50" w:type="dxa"/>
            </w:tcMar>
          </w:tcPr>
          <w:p w14:paraId="3D3AF991" w14:textId="77777777" w:rsidR="00292F36" w:rsidRDefault="00000000">
            <w:r>
              <w:rPr>
                <w:sz w:val="12"/>
              </w:rPr>
              <w:t>piedra_blanca</w:t>
            </w:r>
          </w:p>
        </w:tc>
        <w:tc>
          <w:tcPr>
            <w:tcW w:w="564" w:type="dxa"/>
            <w:tcMar>
              <w:top w:w="20" w:type="dxa"/>
              <w:left w:w="50" w:type="dxa"/>
              <w:bottom w:w="20" w:type="dxa"/>
              <w:right w:w="50" w:type="dxa"/>
            </w:tcMar>
          </w:tcPr>
          <w:p w14:paraId="1A84F596" w14:textId="77777777" w:rsidR="00292F36" w:rsidRDefault="00000000">
            <w:r>
              <w:rPr>
                <w:sz w:val="12"/>
              </w:rPr>
              <w:t>piedra_blanca_mid</w:t>
            </w:r>
          </w:p>
        </w:tc>
        <w:tc>
          <w:tcPr>
            <w:tcW w:w="564" w:type="dxa"/>
            <w:tcMar>
              <w:top w:w="20" w:type="dxa"/>
              <w:left w:w="50" w:type="dxa"/>
              <w:bottom w:w="20" w:type="dxa"/>
              <w:right w:w="50" w:type="dxa"/>
            </w:tcMar>
          </w:tcPr>
          <w:p w14:paraId="79CE4106" w14:textId="77777777" w:rsidR="00292F36" w:rsidRDefault="00000000">
            <w:r>
              <w:rPr>
                <w:sz w:val="12"/>
              </w:rPr>
              <w:t>9</w:t>
            </w:r>
          </w:p>
        </w:tc>
        <w:tc>
          <w:tcPr>
            <w:tcW w:w="564" w:type="dxa"/>
            <w:tcMar>
              <w:top w:w="20" w:type="dxa"/>
              <w:left w:w="50" w:type="dxa"/>
              <w:bottom w:w="20" w:type="dxa"/>
              <w:right w:w="50" w:type="dxa"/>
            </w:tcMar>
          </w:tcPr>
          <w:p w14:paraId="78A17298" w14:textId="77777777" w:rsidR="00292F36" w:rsidRDefault="00000000">
            <w:r>
              <w:rPr>
                <w:sz w:val="12"/>
              </w:rPr>
              <w:t>23.2299995</w:t>
            </w:r>
          </w:p>
        </w:tc>
        <w:tc>
          <w:tcPr>
            <w:tcW w:w="564" w:type="dxa"/>
            <w:tcMar>
              <w:top w:w="20" w:type="dxa"/>
              <w:left w:w="50" w:type="dxa"/>
              <w:bottom w:w="20" w:type="dxa"/>
              <w:right w:w="50" w:type="dxa"/>
            </w:tcMar>
          </w:tcPr>
          <w:p w14:paraId="64B63551" w14:textId="77777777" w:rsidR="00292F36" w:rsidRDefault="00000000">
            <w:r>
              <w:rPr>
                <w:sz w:val="12"/>
              </w:rPr>
              <w:t>3.3682013</w:t>
            </w:r>
          </w:p>
        </w:tc>
        <w:tc>
          <w:tcPr>
            <w:tcW w:w="564" w:type="dxa"/>
            <w:tcMar>
              <w:top w:w="20" w:type="dxa"/>
              <w:left w:w="50" w:type="dxa"/>
              <w:bottom w:w="20" w:type="dxa"/>
              <w:right w:w="50" w:type="dxa"/>
            </w:tcMar>
          </w:tcPr>
          <w:p w14:paraId="3D284742" w14:textId="77777777" w:rsidR="00292F36" w:rsidRDefault="00000000">
            <w:r>
              <w:rPr>
                <w:sz w:val="12"/>
              </w:rPr>
              <w:t>0.84550265</w:t>
            </w:r>
          </w:p>
        </w:tc>
        <w:tc>
          <w:tcPr>
            <w:tcW w:w="564" w:type="dxa"/>
            <w:tcMar>
              <w:top w:w="20" w:type="dxa"/>
              <w:left w:w="50" w:type="dxa"/>
              <w:bottom w:w="20" w:type="dxa"/>
              <w:right w:w="50" w:type="dxa"/>
            </w:tcMar>
          </w:tcPr>
          <w:p w14:paraId="4D4278DB" w14:textId="77777777" w:rsidR="00292F36" w:rsidRDefault="00000000">
            <w:r>
              <w:rPr>
                <w:sz w:val="12"/>
              </w:rPr>
              <w:t>0.05291005</w:t>
            </w:r>
          </w:p>
        </w:tc>
        <w:tc>
          <w:tcPr>
            <w:tcW w:w="564" w:type="dxa"/>
            <w:tcMar>
              <w:top w:w="20" w:type="dxa"/>
              <w:left w:w="50" w:type="dxa"/>
              <w:bottom w:w="20" w:type="dxa"/>
              <w:right w:w="50" w:type="dxa"/>
            </w:tcMar>
          </w:tcPr>
          <w:p w14:paraId="0A234726" w14:textId="77777777" w:rsidR="00292F36" w:rsidRDefault="00000000">
            <w:r>
              <w:rPr>
                <w:sz w:val="12"/>
              </w:rPr>
              <w:t>0.0021164</w:t>
            </w:r>
          </w:p>
        </w:tc>
        <w:tc>
          <w:tcPr>
            <w:tcW w:w="564" w:type="dxa"/>
            <w:tcMar>
              <w:top w:w="20" w:type="dxa"/>
              <w:left w:w="50" w:type="dxa"/>
              <w:bottom w:w="20" w:type="dxa"/>
              <w:right w:w="50" w:type="dxa"/>
            </w:tcMar>
          </w:tcPr>
          <w:p w14:paraId="066D2B44" w14:textId="77777777" w:rsidR="00292F36" w:rsidRDefault="00000000">
            <w:r>
              <w:rPr>
                <w:sz w:val="12"/>
              </w:rPr>
              <w:t>0.0994709</w:t>
            </w:r>
          </w:p>
        </w:tc>
        <w:tc>
          <w:tcPr>
            <w:tcW w:w="564" w:type="dxa"/>
            <w:tcMar>
              <w:top w:w="20" w:type="dxa"/>
              <w:left w:w="50" w:type="dxa"/>
              <w:bottom w:w="20" w:type="dxa"/>
              <w:right w:w="50" w:type="dxa"/>
            </w:tcMar>
          </w:tcPr>
          <w:p w14:paraId="2521747F" w14:textId="77777777" w:rsidR="00292F36" w:rsidRDefault="00000000">
            <w:r>
              <w:rPr>
                <w:sz w:val="12"/>
              </w:rPr>
              <w:t>0</w:t>
            </w:r>
          </w:p>
        </w:tc>
        <w:tc>
          <w:tcPr>
            <w:tcW w:w="564" w:type="dxa"/>
            <w:tcMar>
              <w:top w:w="20" w:type="dxa"/>
              <w:left w:w="50" w:type="dxa"/>
              <w:bottom w:w="20" w:type="dxa"/>
              <w:right w:w="50" w:type="dxa"/>
            </w:tcMar>
          </w:tcPr>
          <w:p w14:paraId="0F7EE6BC" w14:textId="77777777" w:rsidR="00292F36" w:rsidRDefault="00000000">
            <w:r>
              <w:rPr>
                <w:sz w:val="12"/>
              </w:rPr>
              <w:t>0</w:t>
            </w:r>
          </w:p>
        </w:tc>
        <w:tc>
          <w:tcPr>
            <w:tcW w:w="564" w:type="dxa"/>
            <w:tcMar>
              <w:top w:w="20" w:type="dxa"/>
              <w:left w:w="50" w:type="dxa"/>
              <w:bottom w:w="20" w:type="dxa"/>
              <w:right w:w="50" w:type="dxa"/>
            </w:tcMar>
          </w:tcPr>
          <w:p w14:paraId="12666F6D" w14:textId="77777777" w:rsidR="00292F36" w:rsidRDefault="00000000">
            <w:r>
              <w:rPr>
                <w:sz w:val="12"/>
              </w:rPr>
              <w:t>0</w:t>
            </w:r>
          </w:p>
        </w:tc>
        <w:tc>
          <w:tcPr>
            <w:tcW w:w="564" w:type="dxa"/>
            <w:tcMar>
              <w:top w:w="20" w:type="dxa"/>
              <w:left w:w="50" w:type="dxa"/>
              <w:bottom w:w="20" w:type="dxa"/>
              <w:right w:w="50" w:type="dxa"/>
            </w:tcMar>
          </w:tcPr>
          <w:p w14:paraId="7ECD53C1" w14:textId="77777777" w:rsidR="00292F36" w:rsidRDefault="00000000">
            <w:r>
              <w:rPr>
                <w:sz w:val="12"/>
              </w:rPr>
              <w:t>0</w:t>
            </w:r>
          </w:p>
        </w:tc>
        <w:tc>
          <w:tcPr>
            <w:tcW w:w="564" w:type="dxa"/>
            <w:tcMar>
              <w:top w:w="20" w:type="dxa"/>
              <w:left w:w="50" w:type="dxa"/>
              <w:bottom w:w="20" w:type="dxa"/>
              <w:right w:w="50" w:type="dxa"/>
            </w:tcMar>
          </w:tcPr>
          <w:p w14:paraId="261304EE" w14:textId="77777777" w:rsidR="00292F36" w:rsidRDefault="00000000">
            <w:r>
              <w:rPr>
                <w:sz w:val="12"/>
              </w:rPr>
              <w:t>0</w:t>
            </w:r>
          </w:p>
        </w:tc>
        <w:tc>
          <w:tcPr>
            <w:tcW w:w="564" w:type="dxa"/>
            <w:tcMar>
              <w:top w:w="20" w:type="dxa"/>
              <w:left w:w="50" w:type="dxa"/>
              <w:bottom w:w="20" w:type="dxa"/>
              <w:right w:w="50" w:type="dxa"/>
            </w:tcMar>
          </w:tcPr>
          <w:p w14:paraId="42B0F501" w14:textId="77777777" w:rsidR="00292F36" w:rsidRDefault="00000000">
            <w:r>
              <w:rPr>
                <w:sz w:val="12"/>
              </w:rPr>
              <w:t>0.75</w:t>
            </w:r>
          </w:p>
        </w:tc>
        <w:tc>
          <w:tcPr>
            <w:tcW w:w="564" w:type="dxa"/>
            <w:tcMar>
              <w:top w:w="20" w:type="dxa"/>
              <w:left w:w="50" w:type="dxa"/>
              <w:bottom w:w="20" w:type="dxa"/>
              <w:right w:w="50" w:type="dxa"/>
            </w:tcMar>
          </w:tcPr>
          <w:p w14:paraId="19B3F956" w14:textId="77777777" w:rsidR="00292F36" w:rsidRDefault="00000000">
            <w:r>
              <w:rPr>
                <w:sz w:val="12"/>
              </w:rPr>
              <w:t>0.05</w:t>
            </w:r>
          </w:p>
        </w:tc>
        <w:tc>
          <w:tcPr>
            <w:tcW w:w="564" w:type="dxa"/>
            <w:tcMar>
              <w:top w:w="20" w:type="dxa"/>
              <w:left w:w="50" w:type="dxa"/>
              <w:bottom w:w="20" w:type="dxa"/>
              <w:right w:w="50" w:type="dxa"/>
            </w:tcMar>
          </w:tcPr>
          <w:p w14:paraId="28712725" w14:textId="77777777" w:rsidR="00292F36" w:rsidRDefault="00000000">
            <w:r>
              <w:rPr>
                <w:sz w:val="12"/>
              </w:rPr>
              <w:t>0.05</w:t>
            </w:r>
          </w:p>
        </w:tc>
        <w:tc>
          <w:tcPr>
            <w:tcW w:w="564" w:type="dxa"/>
            <w:tcMar>
              <w:top w:w="20" w:type="dxa"/>
              <w:left w:w="50" w:type="dxa"/>
              <w:bottom w:w="20" w:type="dxa"/>
              <w:right w:w="50" w:type="dxa"/>
            </w:tcMar>
          </w:tcPr>
          <w:p w14:paraId="17F7742F" w14:textId="77777777" w:rsidR="00292F36" w:rsidRDefault="00000000">
            <w:r>
              <w:rPr>
                <w:sz w:val="12"/>
              </w:rPr>
              <w:t>0.1</w:t>
            </w:r>
          </w:p>
        </w:tc>
        <w:tc>
          <w:tcPr>
            <w:tcW w:w="564" w:type="dxa"/>
            <w:tcMar>
              <w:top w:w="20" w:type="dxa"/>
              <w:left w:w="50" w:type="dxa"/>
              <w:bottom w:w="20" w:type="dxa"/>
              <w:right w:w="50" w:type="dxa"/>
            </w:tcMar>
          </w:tcPr>
          <w:p w14:paraId="0B30FC54" w14:textId="77777777" w:rsidR="00292F36" w:rsidRDefault="00000000">
            <w:r>
              <w:rPr>
                <w:sz w:val="12"/>
              </w:rPr>
              <w:t>0.05</w:t>
            </w:r>
          </w:p>
        </w:tc>
      </w:tr>
      <w:tr w:rsidR="00292F36" w14:paraId="2B77897A" w14:textId="77777777">
        <w:tc>
          <w:tcPr>
            <w:tcW w:w="564" w:type="dxa"/>
            <w:tcMar>
              <w:top w:w="20" w:type="dxa"/>
              <w:left w:w="50" w:type="dxa"/>
              <w:bottom w:w="20" w:type="dxa"/>
              <w:right w:w="50" w:type="dxa"/>
            </w:tcMar>
          </w:tcPr>
          <w:p w14:paraId="2D49D0F8" w14:textId="77777777" w:rsidR="00292F36" w:rsidRDefault="00000000">
            <w:r>
              <w:rPr>
                <w:sz w:val="12"/>
              </w:rPr>
              <w:lastRenderedPageBreak/>
              <w:t>2020_piedra_blanca_piedra_blanca_shallow_1</w:t>
            </w:r>
          </w:p>
        </w:tc>
        <w:tc>
          <w:tcPr>
            <w:tcW w:w="564" w:type="dxa"/>
            <w:tcMar>
              <w:top w:w="20" w:type="dxa"/>
              <w:left w:w="50" w:type="dxa"/>
              <w:bottom w:w="20" w:type="dxa"/>
              <w:right w:w="50" w:type="dxa"/>
            </w:tcMar>
          </w:tcPr>
          <w:p w14:paraId="03E2962F" w14:textId="77777777" w:rsidR="00292F36" w:rsidRDefault="00000000">
            <w:r>
              <w:rPr>
                <w:sz w:val="12"/>
              </w:rPr>
              <w:t>-0.6138735</w:t>
            </w:r>
          </w:p>
        </w:tc>
        <w:tc>
          <w:tcPr>
            <w:tcW w:w="564" w:type="dxa"/>
            <w:tcMar>
              <w:top w:w="20" w:type="dxa"/>
              <w:left w:w="50" w:type="dxa"/>
              <w:bottom w:w="20" w:type="dxa"/>
              <w:right w:w="50" w:type="dxa"/>
            </w:tcMar>
          </w:tcPr>
          <w:p w14:paraId="26A8459E" w14:textId="77777777" w:rsidR="00292F36" w:rsidRDefault="00000000">
            <w:r>
              <w:rPr>
                <w:sz w:val="12"/>
              </w:rPr>
              <w:t>-0.2133824</w:t>
            </w:r>
          </w:p>
        </w:tc>
        <w:tc>
          <w:tcPr>
            <w:tcW w:w="564" w:type="dxa"/>
            <w:tcMar>
              <w:top w:w="20" w:type="dxa"/>
              <w:left w:w="50" w:type="dxa"/>
              <w:bottom w:w="20" w:type="dxa"/>
              <w:right w:w="50" w:type="dxa"/>
            </w:tcMar>
          </w:tcPr>
          <w:p w14:paraId="20838F40" w14:textId="77777777" w:rsidR="00292F36" w:rsidRDefault="00000000">
            <w:r>
              <w:rPr>
                <w:sz w:val="12"/>
              </w:rPr>
              <w:t>2020</w:t>
            </w:r>
          </w:p>
        </w:tc>
        <w:tc>
          <w:tcPr>
            <w:tcW w:w="564" w:type="dxa"/>
            <w:tcMar>
              <w:top w:w="20" w:type="dxa"/>
              <w:left w:w="50" w:type="dxa"/>
              <w:bottom w:w="20" w:type="dxa"/>
              <w:right w:w="50" w:type="dxa"/>
            </w:tcMar>
          </w:tcPr>
          <w:p w14:paraId="721B3D59" w14:textId="77777777" w:rsidR="00292F36" w:rsidRDefault="00000000">
            <w:r>
              <w:rPr>
                <w:sz w:val="12"/>
              </w:rPr>
              <w:t>punta_eugenia</w:t>
            </w:r>
          </w:p>
        </w:tc>
        <w:tc>
          <w:tcPr>
            <w:tcW w:w="564" w:type="dxa"/>
            <w:tcMar>
              <w:top w:w="20" w:type="dxa"/>
              <w:left w:w="50" w:type="dxa"/>
              <w:bottom w:w="20" w:type="dxa"/>
              <w:right w:w="50" w:type="dxa"/>
            </w:tcMar>
          </w:tcPr>
          <w:p w14:paraId="1A0D7AE4" w14:textId="77777777" w:rsidR="00292F36" w:rsidRDefault="00000000">
            <w:r>
              <w:rPr>
                <w:sz w:val="12"/>
              </w:rPr>
              <w:t>South</w:t>
            </w:r>
          </w:p>
        </w:tc>
        <w:tc>
          <w:tcPr>
            <w:tcW w:w="564" w:type="dxa"/>
            <w:tcMar>
              <w:top w:w="20" w:type="dxa"/>
              <w:left w:w="50" w:type="dxa"/>
              <w:bottom w:w="20" w:type="dxa"/>
              <w:right w:w="50" w:type="dxa"/>
            </w:tcMar>
          </w:tcPr>
          <w:p w14:paraId="1230448A" w14:textId="77777777" w:rsidR="00292F36" w:rsidRDefault="00000000">
            <w:r>
              <w:rPr>
                <w:sz w:val="12"/>
              </w:rPr>
              <w:t>piedra_blanca</w:t>
            </w:r>
          </w:p>
        </w:tc>
        <w:tc>
          <w:tcPr>
            <w:tcW w:w="564" w:type="dxa"/>
            <w:tcMar>
              <w:top w:w="20" w:type="dxa"/>
              <w:left w:w="50" w:type="dxa"/>
              <w:bottom w:w="20" w:type="dxa"/>
              <w:right w:w="50" w:type="dxa"/>
            </w:tcMar>
          </w:tcPr>
          <w:p w14:paraId="60C20F17" w14:textId="77777777" w:rsidR="00292F36" w:rsidRDefault="00000000">
            <w:r>
              <w:rPr>
                <w:sz w:val="12"/>
              </w:rPr>
              <w:t>piedra_blanca_shallow</w:t>
            </w:r>
          </w:p>
        </w:tc>
        <w:tc>
          <w:tcPr>
            <w:tcW w:w="564" w:type="dxa"/>
            <w:tcMar>
              <w:top w:w="20" w:type="dxa"/>
              <w:left w:w="50" w:type="dxa"/>
              <w:bottom w:w="20" w:type="dxa"/>
              <w:right w:w="50" w:type="dxa"/>
            </w:tcMar>
          </w:tcPr>
          <w:p w14:paraId="0FC9BE99" w14:textId="77777777" w:rsidR="00292F36" w:rsidRDefault="00000000">
            <w:r>
              <w:rPr>
                <w:sz w:val="12"/>
              </w:rPr>
              <w:t>8</w:t>
            </w:r>
          </w:p>
        </w:tc>
        <w:tc>
          <w:tcPr>
            <w:tcW w:w="564" w:type="dxa"/>
            <w:tcMar>
              <w:top w:w="20" w:type="dxa"/>
              <w:left w:w="50" w:type="dxa"/>
              <w:bottom w:w="20" w:type="dxa"/>
              <w:right w:w="50" w:type="dxa"/>
            </w:tcMar>
          </w:tcPr>
          <w:p w14:paraId="49A1B3DF" w14:textId="77777777" w:rsidR="00292F36" w:rsidRDefault="00000000">
            <w:r>
              <w:rPr>
                <w:sz w:val="12"/>
              </w:rPr>
              <w:t>23.2299995</w:t>
            </w:r>
          </w:p>
        </w:tc>
        <w:tc>
          <w:tcPr>
            <w:tcW w:w="564" w:type="dxa"/>
            <w:tcMar>
              <w:top w:w="20" w:type="dxa"/>
              <w:left w:w="50" w:type="dxa"/>
              <w:bottom w:w="20" w:type="dxa"/>
              <w:right w:w="50" w:type="dxa"/>
            </w:tcMar>
          </w:tcPr>
          <w:p w14:paraId="5B7E4601" w14:textId="77777777" w:rsidR="00292F36" w:rsidRDefault="00000000">
            <w:r>
              <w:rPr>
                <w:sz w:val="12"/>
              </w:rPr>
              <w:t>3.3682013</w:t>
            </w:r>
          </w:p>
        </w:tc>
        <w:tc>
          <w:tcPr>
            <w:tcW w:w="564" w:type="dxa"/>
            <w:tcMar>
              <w:top w:w="20" w:type="dxa"/>
              <w:left w:w="50" w:type="dxa"/>
              <w:bottom w:w="20" w:type="dxa"/>
              <w:right w:w="50" w:type="dxa"/>
            </w:tcMar>
          </w:tcPr>
          <w:p w14:paraId="165085F5" w14:textId="77777777" w:rsidR="00292F36" w:rsidRDefault="00000000">
            <w:r>
              <w:rPr>
                <w:sz w:val="12"/>
              </w:rPr>
              <w:t>0.98757062</w:t>
            </w:r>
          </w:p>
        </w:tc>
        <w:tc>
          <w:tcPr>
            <w:tcW w:w="564" w:type="dxa"/>
            <w:tcMar>
              <w:top w:w="20" w:type="dxa"/>
              <w:left w:w="50" w:type="dxa"/>
              <w:bottom w:w="20" w:type="dxa"/>
              <w:right w:w="50" w:type="dxa"/>
            </w:tcMar>
          </w:tcPr>
          <w:p w14:paraId="2A2FC991" w14:textId="77777777" w:rsidR="00292F36" w:rsidRDefault="00000000">
            <w:r>
              <w:rPr>
                <w:sz w:val="12"/>
              </w:rPr>
              <w:t>0.01129944</w:t>
            </w:r>
          </w:p>
        </w:tc>
        <w:tc>
          <w:tcPr>
            <w:tcW w:w="564" w:type="dxa"/>
            <w:tcMar>
              <w:top w:w="20" w:type="dxa"/>
              <w:left w:w="50" w:type="dxa"/>
              <w:bottom w:w="20" w:type="dxa"/>
              <w:right w:w="50" w:type="dxa"/>
            </w:tcMar>
          </w:tcPr>
          <w:p w14:paraId="0654970C" w14:textId="77777777" w:rsidR="00292F36" w:rsidRDefault="00000000">
            <w:r>
              <w:rPr>
                <w:sz w:val="12"/>
              </w:rPr>
              <w:t>0</w:t>
            </w:r>
          </w:p>
        </w:tc>
        <w:tc>
          <w:tcPr>
            <w:tcW w:w="564" w:type="dxa"/>
            <w:tcMar>
              <w:top w:w="20" w:type="dxa"/>
              <w:left w:w="50" w:type="dxa"/>
              <w:bottom w:w="20" w:type="dxa"/>
              <w:right w:w="50" w:type="dxa"/>
            </w:tcMar>
          </w:tcPr>
          <w:p w14:paraId="763352E4" w14:textId="77777777" w:rsidR="00292F36" w:rsidRDefault="00000000">
            <w:r>
              <w:rPr>
                <w:sz w:val="12"/>
              </w:rPr>
              <w:t>0.00112994</w:t>
            </w:r>
          </w:p>
        </w:tc>
        <w:tc>
          <w:tcPr>
            <w:tcW w:w="564" w:type="dxa"/>
            <w:tcMar>
              <w:top w:w="20" w:type="dxa"/>
              <w:left w:w="50" w:type="dxa"/>
              <w:bottom w:w="20" w:type="dxa"/>
              <w:right w:w="50" w:type="dxa"/>
            </w:tcMar>
          </w:tcPr>
          <w:p w14:paraId="29FFE320" w14:textId="77777777" w:rsidR="00292F36" w:rsidRDefault="00000000">
            <w:r>
              <w:rPr>
                <w:sz w:val="12"/>
              </w:rPr>
              <w:t>0</w:t>
            </w:r>
          </w:p>
        </w:tc>
        <w:tc>
          <w:tcPr>
            <w:tcW w:w="564" w:type="dxa"/>
            <w:tcMar>
              <w:top w:w="20" w:type="dxa"/>
              <w:left w:w="50" w:type="dxa"/>
              <w:bottom w:w="20" w:type="dxa"/>
              <w:right w:w="50" w:type="dxa"/>
            </w:tcMar>
          </w:tcPr>
          <w:p w14:paraId="58B9047C" w14:textId="77777777" w:rsidR="00292F36" w:rsidRDefault="00000000">
            <w:r>
              <w:rPr>
                <w:sz w:val="12"/>
              </w:rPr>
              <w:t>0</w:t>
            </w:r>
          </w:p>
        </w:tc>
        <w:tc>
          <w:tcPr>
            <w:tcW w:w="564" w:type="dxa"/>
            <w:tcMar>
              <w:top w:w="20" w:type="dxa"/>
              <w:left w:w="50" w:type="dxa"/>
              <w:bottom w:w="20" w:type="dxa"/>
              <w:right w:w="50" w:type="dxa"/>
            </w:tcMar>
          </w:tcPr>
          <w:p w14:paraId="4CEDFC49" w14:textId="77777777" w:rsidR="00292F36" w:rsidRDefault="00000000">
            <w:r>
              <w:rPr>
                <w:sz w:val="12"/>
              </w:rPr>
              <w:t>0</w:t>
            </w:r>
          </w:p>
        </w:tc>
        <w:tc>
          <w:tcPr>
            <w:tcW w:w="564" w:type="dxa"/>
            <w:tcMar>
              <w:top w:w="20" w:type="dxa"/>
              <w:left w:w="50" w:type="dxa"/>
              <w:bottom w:w="20" w:type="dxa"/>
              <w:right w:w="50" w:type="dxa"/>
            </w:tcMar>
          </w:tcPr>
          <w:p w14:paraId="60F4644B" w14:textId="77777777" w:rsidR="00292F36" w:rsidRDefault="00000000">
            <w:r>
              <w:rPr>
                <w:sz w:val="12"/>
              </w:rPr>
              <w:t>0</w:t>
            </w:r>
          </w:p>
        </w:tc>
        <w:tc>
          <w:tcPr>
            <w:tcW w:w="564" w:type="dxa"/>
            <w:tcMar>
              <w:top w:w="20" w:type="dxa"/>
              <w:left w:w="50" w:type="dxa"/>
              <w:bottom w:w="20" w:type="dxa"/>
              <w:right w:w="50" w:type="dxa"/>
            </w:tcMar>
          </w:tcPr>
          <w:p w14:paraId="1AB8810B" w14:textId="77777777" w:rsidR="00292F36" w:rsidRDefault="00000000">
            <w:r>
              <w:rPr>
                <w:sz w:val="12"/>
              </w:rPr>
              <w:t>0.02272727</w:t>
            </w:r>
          </w:p>
        </w:tc>
        <w:tc>
          <w:tcPr>
            <w:tcW w:w="564" w:type="dxa"/>
            <w:tcMar>
              <w:top w:w="20" w:type="dxa"/>
              <w:left w:w="50" w:type="dxa"/>
              <w:bottom w:w="20" w:type="dxa"/>
              <w:right w:w="50" w:type="dxa"/>
            </w:tcMar>
          </w:tcPr>
          <w:p w14:paraId="333B36C6" w14:textId="77777777" w:rsidR="00292F36" w:rsidRDefault="00000000">
            <w:r>
              <w:rPr>
                <w:sz w:val="12"/>
              </w:rPr>
              <w:t>0.34090909</w:t>
            </w:r>
          </w:p>
        </w:tc>
        <w:tc>
          <w:tcPr>
            <w:tcW w:w="564" w:type="dxa"/>
            <w:tcMar>
              <w:top w:w="20" w:type="dxa"/>
              <w:left w:w="50" w:type="dxa"/>
              <w:bottom w:w="20" w:type="dxa"/>
              <w:right w:w="50" w:type="dxa"/>
            </w:tcMar>
          </w:tcPr>
          <w:p w14:paraId="01B1111E" w14:textId="77777777" w:rsidR="00292F36" w:rsidRDefault="00000000">
            <w:r>
              <w:rPr>
                <w:sz w:val="12"/>
              </w:rPr>
              <w:t>0.22727273</w:t>
            </w:r>
          </w:p>
        </w:tc>
        <w:tc>
          <w:tcPr>
            <w:tcW w:w="564" w:type="dxa"/>
            <w:tcMar>
              <w:top w:w="20" w:type="dxa"/>
              <w:left w:w="50" w:type="dxa"/>
              <w:bottom w:w="20" w:type="dxa"/>
              <w:right w:w="50" w:type="dxa"/>
            </w:tcMar>
          </w:tcPr>
          <w:p w14:paraId="00EA4E72" w14:textId="77777777" w:rsidR="00292F36" w:rsidRDefault="00000000">
            <w:r>
              <w:rPr>
                <w:sz w:val="12"/>
              </w:rPr>
              <w:t>0.13636364</w:t>
            </w:r>
          </w:p>
        </w:tc>
        <w:tc>
          <w:tcPr>
            <w:tcW w:w="564" w:type="dxa"/>
            <w:tcMar>
              <w:top w:w="20" w:type="dxa"/>
              <w:left w:w="50" w:type="dxa"/>
              <w:bottom w:w="20" w:type="dxa"/>
              <w:right w:w="50" w:type="dxa"/>
            </w:tcMar>
          </w:tcPr>
          <w:p w14:paraId="37D014C7" w14:textId="77777777" w:rsidR="00292F36" w:rsidRDefault="00000000">
            <w:r>
              <w:rPr>
                <w:sz w:val="12"/>
              </w:rPr>
              <w:t>0.27272727</w:t>
            </w:r>
          </w:p>
        </w:tc>
        <w:tc>
          <w:tcPr>
            <w:tcW w:w="564" w:type="dxa"/>
            <w:tcMar>
              <w:top w:w="20" w:type="dxa"/>
              <w:left w:w="50" w:type="dxa"/>
              <w:bottom w:w="20" w:type="dxa"/>
              <w:right w:w="50" w:type="dxa"/>
            </w:tcMar>
          </w:tcPr>
          <w:p w14:paraId="44B9EAF5" w14:textId="77777777" w:rsidR="00292F36" w:rsidRDefault="00000000">
            <w:r>
              <w:rPr>
                <w:sz w:val="12"/>
              </w:rPr>
              <w:t>0</w:t>
            </w:r>
          </w:p>
        </w:tc>
      </w:tr>
      <w:tr w:rsidR="00292F36" w14:paraId="70CABFFD" w14:textId="77777777">
        <w:tc>
          <w:tcPr>
            <w:tcW w:w="564" w:type="dxa"/>
            <w:tcMar>
              <w:top w:w="20" w:type="dxa"/>
              <w:left w:w="50" w:type="dxa"/>
              <w:bottom w:w="20" w:type="dxa"/>
              <w:right w:w="50" w:type="dxa"/>
            </w:tcMar>
          </w:tcPr>
          <w:p w14:paraId="23E1EA4F" w14:textId="77777777" w:rsidR="00292F36" w:rsidRDefault="00000000">
            <w:r>
              <w:rPr>
                <w:sz w:val="12"/>
              </w:rPr>
              <w:t>2020_piedra_blanca_piedra_blanca_shallow_2</w:t>
            </w:r>
          </w:p>
        </w:tc>
        <w:tc>
          <w:tcPr>
            <w:tcW w:w="564" w:type="dxa"/>
            <w:tcMar>
              <w:top w:w="20" w:type="dxa"/>
              <w:left w:w="50" w:type="dxa"/>
              <w:bottom w:w="20" w:type="dxa"/>
              <w:right w:w="50" w:type="dxa"/>
            </w:tcMar>
          </w:tcPr>
          <w:p w14:paraId="2CE69C23" w14:textId="77777777" w:rsidR="00292F36" w:rsidRDefault="00000000">
            <w:r>
              <w:rPr>
                <w:sz w:val="12"/>
              </w:rPr>
              <w:t>-0.6270562</w:t>
            </w:r>
          </w:p>
        </w:tc>
        <w:tc>
          <w:tcPr>
            <w:tcW w:w="564" w:type="dxa"/>
            <w:tcMar>
              <w:top w:w="20" w:type="dxa"/>
              <w:left w:w="50" w:type="dxa"/>
              <w:bottom w:w="20" w:type="dxa"/>
              <w:right w:w="50" w:type="dxa"/>
            </w:tcMar>
          </w:tcPr>
          <w:p w14:paraId="2600B07A" w14:textId="77777777" w:rsidR="00292F36" w:rsidRDefault="00000000">
            <w:r>
              <w:rPr>
                <w:sz w:val="12"/>
              </w:rPr>
              <w:t>-0.1779491</w:t>
            </w:r>
          </w:p>
        </w:tc>
        <w:tc>
          <w:tcPr>
            <w:tcW w:w="564" w:type="dxa"/>
            <w:tcMar>
              <w:top w:w="20" w:type="dxa"/>
              <w:left w:w="50" w:type="dxa"/>
              <w:bottom w:w="20" w:type="dxa"/>
              <w:right w:w="50" w:type="dxa"/>
            </w:tcMar>
          </w:tcPr>
          <w:p w14:paraId="037EEFEC" w14:textId="77777777" w:rsidR="00292F36" w:rsidRDefault="00000000">
            <w:r>
              <w:rPr>
                <w:sz w:val="12"/>
              </w:rPr>
              <w:t>2020</w:t>
            </w:r>
          </w:p>
        </w:tc>
        <w:tc>
          <w:tcPr>
            <w:tcW w:w="564" w:type="dxa"/>
            <w:tcMar>
              <w:top w:w="20" w:type="dxa"/>
              <w:left w:w="50" w:type="dxa"/>
              <w:bottom w:w="20" w:type="dxa"/>
              <w:right w:w="50" w:type="dxa"/>
            </w:tcMar>
          </w:tcPr>
          <w:p w14:paraId="37C6DBAB" w14:textId="77777777" w:rsidR="00292F36" w:rsidRDefault="00000000">
            <w:r>
              <w:rPr>
                <w:sz w:val="12"/>
              </w:rPr>
              <w:t>punta_eugenia</w:t>
            </w:r>
          </w:p>
        </w:tc>
        <w:tc>
          <w:tcPr>
            <w:tcW w:w="564" w:type="dxa"/>
            <w:tcMar>
              <w:top w:w="20" w:type="dxa"/>
              <w:left w:w="50" w:type="dxa"/>
              <w:bottom w:w="20" w:type="dxa"/>
              <w:right w:w="50" w:type="dxa"/>
            </w:tcMar>
          </w:tcPr>
          <w:p w14:paraId="62E60C08" w14:textId="77777777" w:rsidR="00292F36" w:rsidRDefault="00000000">
            <w:r>
              <w:rPr>
                <w:sz w:val="12"/>
              </w:rPr>
              <w:t>South</w:t>
            </w:r>
          </w:p>
        </w:tc>
        <w:tc>
          <w:tcPr>
            <w:tcW w:w="564" w:type="dxa"/>
            <w:tcMar>
              <w:top w:w="20" w:type="dxa"/>
              <w:left w:w="50" w:type="dxa"/>
              <w:bottom w:w="20" w:type="dxa"/>
              <w:right w:w="50" w:type="dxa"/>
            </w:tcMar>
          </w:tcPr>
          <w:p w14:paraId="2E6871BD" w14:textId="77777777" w:rsidR="00292F36" w:rsidRDefault="00000000">
            <w:r>
              <w:rPr>
                <w:sz w:val="12"/>
              </w:rPr>
              <w:t>piedra_blanca</w:t>
            </w:r>
          </w:p>
        </w:tc>
        <w:tc>
          <w:tcPr>
            <w:tcW w:w="564" w:type="dxa"/>
            <w:tcMar>
              <w:top w:w="20" w:type="dxa"/>
              <w:left w:w="50" w:type="dxa"/>
              <w:bottom w:w="20" w:type="dxa"/>
              <w:right w:w="50" w:type="dxa"/>
            </w:tcMar>
          </w:tcPr>
          <w:p w14:paraId="77E02989" w14:textId="77777777" w:rsidR="00292F36" w:rsidRDefault="00000000">
            <w:r>
              <w:rPr>
                <w:sz w:val="12"/>
              </w:rPr>
              <w:t>piedra_blanca_shallow</w:t>
            </w:r>
          </w:p>
        </w:tc>
        <w:tc>
          <w:tcPr>
            <w:tcW w:w="564" w:type="dxa"/>
            <w:tcMar>
              <w:top w:w="20" w:type="dxa"/>
              <w:left w:w="50" w:type="dxa"/>
              <w:bottom w:w="20" w:type="dxa"/>
              <w:right w:w="50" w:type="dxa"/>
            </w:tcMar>
          </w:tcPr>
          <w:p w14:paraId="6DA670B7" w14:textId="77777777" w:rsidR="00292F36" w:rsidRDefault="00000000">
            <w:r>
              <w:rPr>
                <w:sz w:val="12"/>
              </w:rPr>
              <w:t>8</w:t>
            </w:r>
          </w:p>
        </w:tc>
        <w:tc>
          <w:tcPr>
            <w:tcW w:w="564" w:type="dxa"/>
            <w:tcMar>
              <w:top w:w="20" w:type="dxa"/>
              <w:left w:w="50" w:type="dxa"/>
              <w:bottom w:w="20" w:type="dxa"/>
              <w:right w:w="50" w:type="dxa"/>
            </w:tcMar>
          </w:tcPr>
          <w:p w14:paraId="253F17BD" w14:textId="77777777" w:rsidR="00292F36" w:rsidRDefault="00000000">
            <w:r>
              <w:rPr>
                <w:sz w:val="12"/>
              </w:rPr>
              <w:t>23.2299995</w:t>
            </w:r>
          </w:p>
        </w:tc>
        <w:tc>
          <w:tcPr>
            <w:tcW w:w="564" w:type="dxa"/>
            <w:tcMar>
              <w:top w:w="20" w:type="dxa"/>
              <w:left w:w="50" w:type="dxa"/>
              <w:bottom w:w="20" w:type="dxa"/>
              <w:right w:w="50" w:type="dxa"/>
            </w:tcMar>
          </w:tcPr>
          <w:p w14:paraId="007E7FDC" w14:textId="77777777" w:rsidR="00292F36" w:rsidRDefault="00000000">
            <w:r>
              <w:rPr>
                <w:sz w:val="12"/>
              </w:rPr>
              <w:t>3.3682013</w:t>
            </w:r>
          </w:p>
        </w:tc>
        <w:tc>
          <w:tcPr>
            <w:tcW w:w="564" w:type="dxa"/>
            <w:tcMar>
              <w:top w:w="20" w:type="dxa"/>
              <w:left w:w="50" w:type="dxa"/>
              <w:bottom w:w="20" w:type="dxa"/>
              <w:right w:w="50" w:type="dxa"/>
            </w:tcMar>
          </w:tcPr>
          <w:p w14:paraId="0FFBD85E" w14:textId="77777777" w:rsidR="00292F36" w:rsidRDefault="00000000">
            <w:r>
              <w:rPr>
                <w:sz w:val="12"/>
              </w:rPr>
              <w:t>0.93553223</w:t>
            </w:r>
          </w:p>
        </w:tc>
        <w:tc>
          <w:tcPr>
            <w:tcW w:w="564" w:type="dxa"/>
            <w:tcMar>
              <w:top w:w="20" w:type="dxa"/>
              <w:left w:w="50" w:type="dxa"/>
              <w:bottom w:w="20" w:type="dxa"/>
              <w:right w:w="50" w:type="dxa"/>
            </w:tcMar>
          </w:tcPr>
          <w:p w14:paraId="4BA83F87" w14:textId="77777777" w:rsidR="00292F36" w:rsidRDefault="00000000">
            <w:r>
              <w:rPr>
                <w:sz w:val="12"/>
              </w:rPr>
              <w:t>0.06296852</w:t>
            </w:r>
          </w:p>
        </w:tc>
        <w:tc>
          <w:tcPr>
            <w:tcW w:w="564" w:type="dxa"/>
            <w:tcMar>
              <w:top w:w="20" w:type="dxa"/>
              <w:left w:w="50" w:type="dxa"/>
              <w:bottom w:w="20" w:type="dxa"/>
              <w:right w:w="50" w:type="dxa"/>
            </w:tcMar>
          </w:tcPr>
          <w:p w14:paraId="1099F7EC" w14:textId="77777777" w:rsidR="00292F36" w:rsidRDefault="00000000">
            <w:r>
              <w:rPr>
                <w:sz w:val="12"/>
              </w:rPr>
              <w:t>0</w:t>
            </w:r>
          </w:p>
        </w:tc>
        <w:tc>
          <w:tcPr>
            <w:tcW w:w="564" w:type="dxa"/>
            <w:tcMar>
              <w:top w:w="20" w:type="dxa"/>
              <w:left w:w="50" w:type="dxa"/>
              <w:bottom w:w="20" w:type="dxa"/>
              <w:right w:w="50" w:type="dxa"/>
            </w:tcMar>
          </w:tcPr>
          <w:p w14:paraId="7DC8DABE" w14:textId="77777777" w:rsidR="00292F36" w:rsidRDefault="00000000">
            <w:r>
              <w:rPr>
                <w:sz w:val="12"/>
              </w:rPr>
              <w:t>0.00149925</w:t>
            </w:r>
          </w:p>
        </w:tc>
        <w:tc>
          <w:tcPr>
            <w:tcW w:w="564" w:type="dxa"/>
            <w:tcMar>
              <w:top w:w="20" w:type="dxa"/>
              <w:left w:w="50" w:type="dxa"/>
              <w:bottom w:w="20" w:type="dxa"/>
              <w:right w:w="50" w:type="dxa"/>
            </w:tcMar>
          </w:tcPr>
          <w:p w14:paraId="1D7CAC34" w14:textId="77777777" w:rsidR="00292F36" w:rsidRDefault="00000000">
            <w:r>
              <w:rPr>
                <w:sz w:val="12"/>
              </w:rPr>
              <w:t>0</w:t>
            </w:r>
          </w:p>
        </w:tc>
        <w:tc>
          <w:tcPr>
            <w:tcW w:w="564" w:type="dxa"/>
            <w:tcMar>
              <w:top w:w="20" w:type="dxa"/>
              <w:left w:w="50" w:type="dxa"/>
              <w:bottom w:w="20" w:type="dxa"/>
              <w:right w:w="50" w:type="dxa"/>
            </w:tcMar>
          </w:tcPr>
          <w:p w14:paraId="52E7000F" w14:textId="77777777" w:rsidR="00292F36" w:rsidRDefault="00000000">
            <w:r>
              <w:rPr>
                <w:sz w:val="12"/>
              </w:rPr>
              <w:t>0</w:t>
            </w:r>
          </w:p>
        </w:tc>
        <w:tc>
          <w:tcPr>
            <w:tcW w:w="564" w:type="dxa"/>
            <w:tcMar>
              <w:top w:w="20" w:type="dxa"/>
              <w:left w:w="50" w:type="dxa"/>
              <w:bottom w:w="20" w:type="dxa"/>
              <w:right w:w="50" w:type="dxa"/>
            </w:tcMar>
          </w:tcPr>
          <w:p w14:paraId="02FA2FFF" w14:textId="77777777" w:rsidR="00292F36" w:rsidRDefault="00000000">
            <w:r>
              <w:rPr>
                <w:sz w:val="12"/>
              </w:rPr>
              <w:t>0</w:t>
            </w:r>
          </w:p>
        </w:tc>
        <w:tc>
          <w:tcPr>
            <w:tcW w:w="564" w:type="dxa"/>
            <w:tcMar>
              <w:top w:w="20" w:type="dxa"/>
              <w:left w:w="50" w:type="dxa"/>
              <w:bottom w:w="20" w:type="dxa"/>
              <w:right w:w="50" w:type="dxa"/>
            </w:tcMar>
          </w:tcPr>
          <w:p w14:paraId="530FF65E" w14:textId="77777777" w:rsidR="00292F36" w:rsidRDefault="00000000">
            <w:r>
              <w:rPr>
                <w:sz w:val="12"/>
              </w:rPr>
              <w:t>0</w:t>
            </w:r>
          </w:p>
        </w:tc>
        <w:tc>
          <w:tcPr>
            <w:tcW w:w="564" w:type="dxa"/>
            <w:tcMar>
              <w:top w:w="20" w:type="dxa"/>
              <w:left w:w="50" w:type="dxa"/>
              <w:bottom w:w="20" w:type="dxa"/>
              <w:right w:w="50" w:type="dxa"/>
            </w:tcMar>
          </w:tcPr>
          <w:p w14:paraId="266B5EDA" w14:textId="77777777" w:rsidR="00292F36" w:rsidRDefault="00000000">
            <w:r>
              <w:rPr>
                <w:sz w:val="12"/>
              </w:rPr>
              <w:t>0</w:t>
            </w:r>
          </w:p>
        </w:tc>
        <w:tc>
          <w:tcPr>
            <w:tcW w:w="564" w:type="dxa"/>
            <w:tcMar>
              <w:top w:w="20" w:type="dxa"/>
              <w:left w:w="50" w:type="dxa"/>
              <w:bottom w:w="20" w:type="dxa"/>
              <w:right w:w="50" w:type="dxa"/>
            </w:tcMar>
          </w:tcPr>
          <w:p w14:paraId="00228E7E" w14:textId="77777777" w:rsidR="00292F36" w:rsidRDefault="00000000">
            <w:r>
              <w:rPr>
                <w:sz w:val="12"/>
              </w:rPr>
              <w:t>0.29411765</w:t>
            </w:r>
          </w:p>
        </w:tc>
        <w:tc>
          <w:tcPr>
            <w:tcW w:w="564" w:type="dxa"/>
            <w:tcMar>
              <w:top w:w="20" w:type="dxa"/>
              <w:left w:w="50" w:type="dxa"/>
              <w:bottom w:w="20" w:type="dxa"/>
              <w:right w:w="50" w:type="dxa"/>
            </w:tcMar>
          </w:tcPr>
          <w:p w14:paraId="48C11B37" w14:textId="77777777" w:rsidR="00292F36" w:rsidRDefault="00000000">
            <w:r>
              <w:rPr>
                <w:sz w:val="12"/>
              </w:rPr>
              <w:t>0.20588235</w:t>
            </w:r>
          </w:p>
        </w:tc>
        <w:tc>
          <w:tcPr>
            <w:tcW w:w="564" w:type="dxa"/>
            <w:tcMar>
              <w:top w:w="20" w:type="dxa"/>
              <w:left w:w="50" w:type="dxa"/>
              <w:bottom w:w="20" w:type="dxa"/>
              <w:right w:w="50" w:type="dxa"/>
            </w:tcMar>
          </w:tcPr>
          <w:p w14:paraId="333DE39A" w14:textId="77777777" w:rsidR="00292F36" w:rsidRDefault="00000000">
            <w:r>
              <w:rPr>
                <w:sz w:val="12"/>
              </w:rPr>
              <w:t>0.29411765</w:t>
            </w:r>
          </w:p>
        </w:tc>
        <w:tc>
          <w:tcPr>
            <w:tcW w:w="564" w:type="dxa"/>
            <w:tcMar>
              <w:top w:w="20" w:type="dxa"/>
              <w:left w:w="50" w:type="dxa"/>
              <w:bottom w:w="20" w:type="dxa"/>
              <w:right w:w="50" w:type="dxa"/>
            </w:tcMar>
          </w:tcPr>
          <w:p w14:paraId="68514BE8" w14:textId="77777777" w:rsidR="00292F36" w:rsidRDefault="00000000">
            <w:r>
              <w:rPr>
                <w:sz w:val="12"/>
              </w:rPr>
              <w:t>0.20588235</w:t>
            </w:r>
          </w:p>
        </w:tc>
        <w:tc>
          <w:tcPr>
            <w:tcW w:w="564" w:type="dxa"/>
            <w:tcMar>
              <w:top w:w="20" w:type="dxa"/>
              <w:left w:w="50" w:type="dxa"/>
              <w:bottom w:w="20" w:type="dxa"/>
              <w:right w:w="50" w:type="dxa"/>
            </w:tcMar>
          </w:tcPr>
          <w:p w14:paraId="11D9EFA1" w14:textId="77777777" w:rsidR="00292F36" w:rsidRDefault="00000000">
            <w:r>
              <w:rPr>
                <w:sz w:val="12"/>
              </w:rPr>
              <w:t>0</w:t>
            </w:r>
          </w:p>
        </w:tc>
      </w:tr>
      <w:tr w:rsidR="00292F36" w14:paraId="51B4578C" w14:textId="77777777">
        <w:tc>
          <w:tcPr>
            <w:tcW w:w="564" w:type="dxa"/>
            <w:tcMar>
              <w:top w:w="20" w:type="dxa"/>
              <w:left w:w="50" w:type="dxa"/>
              <w:bottom w:w="20" w:type="dxa"/>
              <w:right w:w="50" w:type="dxa"/>
            </w:tcMar>
          </w:tcPr>
          <w:p w14:paraId="2D343835" w14:textId="77777777" w:rsidR="00292F36" w:rsidRDefault="00000000">
            <w:r>
              <w:rPr>
                <w:sz w:val="12"/>
              </w:rPr>
              <w:t>2020_punta_banda_punta_banda_deep_1</w:t>
            </w:r>
          </w:p>
        </w:tc>
        <w:tc>
          <w:tcPr>
            <w:tcW w:w="564" w:type="dxa"/>
            <w:tcMar>
              <w:top w:w="20" w:type="dxa"/>
              <w:left w:w="50" w:type="dxa"/>
              <w:bottom w:w="20" w:type="dxa"/>
              <w:right w:w="50" w:type="dxa"/>
            </w:tcMar>
          </w:tcPr>
          <w:p w14:paraId="475D274A" w14:textId="77777777" w:rsidR="00292F36" w:rsidRDefault="00000000">
            <w:r>
              <w:rPr>
                <w:sz w:val="12"/>
              </w:rPr>
              <w:t>-0.6244699</w:t>
            </w:r>
          </w:p>
        </w:tc>
        <w:tc>
          <w:tcPr>
            <w:tcW w:w="564" w:type="dxa"/>
            <w:tcMar>
              <w:top w:w="20" w:type="dxa"/>
              <w:left w:w="50" w:type="dxa"/>
              <w:bottom w:w="20" w:type="dxa"/>
              <w:right w:w="50" w:type="dxa"/>
            </w:tcMar>
          </w:tcPr>
          <w:p w14:paraId="5BB91A26" w14:textId="77777777" w:rsidR="00292F36" w:rsidRDefault="00000000">
            <w:r>
              <w:rPr>
                <w:sz w:val="12"/>
              </w:rPr>
              <w:t>-0.0286044</w:t>
            </w:r>
          </w:p>
        </w:tc>
        <w:tc>
          <w:tcPr>
            <w:tcW w:w="564" w:type="dxa"/>
            <w:tcMar>
              <w:top w:w="20" w:type="dxa"/>
              <w:left w:w="50" w:type="dxa"/>
              <w:bottom w:w="20" w:type="dxa"/>
              <w:right w:w="50" w:type="dxa"/>
            </w:tcMar>
          </w:tcPr>
          <w:p w14:paraId="672CFC98" w14:textId="77777777" w:rsidR="00292F36" w:rsidRDefault="00000000">
            <w:r>
              <w:rPr>
                <w:sz w:val="12"/>
              </w:rPr>
              <w:t>2020</w:t>
            </w:r>
          </w:p>
        </w:tc>
        <w:tc>
          <w:tcPr>
            <w:tcW w:w="564" w:type="dxa"/>
            <w:tcMar>
              <w:top w:w="20" w:type="dxa"/>
              <w:left w:w="50" w:type="dxa"/>
              <w:bottom w:w="20" w:type="dxa"/>
              <w:right w:w="50" w:type="dxa"/>
            </w:tcMar>
          </w:tcPr>
          <w:p w14:paraId="43E3366D" w14:textId="77777777" w:rsidR="00292F36" w:rsidRDefault="00000000">
            <w:r>
              <w:rPr>
                <w:sz w:val="12"/>
              </w:rPr>
              <w:t>ensenada</w:t>
            </w:r>
          </w:p>
        </w:tc>
        <w:tc>
          <w:tcPr>
            <w:tcW w:w="564" w:type="dxa"/>
            <w:tcMar>
              <w:top w:w="20" w:type="dxa"/>
              <w:left w:w="50" w:type="dxa"/>
              <w:bottom w:w="20" w:type="dxa"/>
              <w:right w:w="50" w:type="dxa"/>
            </w:tcMar>
          </w:tcPr>
          <w:p w14:paraId="7EABB9F4" w14:textId="77777777" w:rsidR="00292F36" w:rsidRDefault="00000000">
            <w:r>
              <w:rPr>
                <w:sz w:val="12"/>
              </w:rPr>
              <w:t>North</w:t>
            </w:r>
          </w:p>
        </w:tc>
        <w:tc>
          <w:tcPr>
            <w:tcW w:w="564" w:type="dxa"/>
            <w:tcMar>
              <w:top w:w="20" w:type="dxa"/>
              <w:left w:w="50" w:type="dxa"/>
              <w:bottom w:w="20" w:type="dxa"/>
              <w:right w:w="50" w:type="dxa"/>
            </w:tcMar>
          </w:tcPr>
          <w:p w14:paraId="1D09B4FD" w14:textId="77777777" w:rsidR="00292F36" w:rsidRDefault="00000000">
            <w:r>
              <w:rPr>
                <w:sz w:val="12"/>
              </w:rPr>
              <w:t>punta_banda</w:t>
            </w:r>
          </w:p>
        </w:tc>
        <w:tc>
          <w:tcPr>
            <w:tcW w:w="564" w:type="dxa"/>
            <w:tcMar>
              <w:top w:w="20" w:type="dxa"/>
              <w:left w:w="50" w:type="dxa"/>
              <w:bottom w:w="20" w:type="dxa"/>
              <w:right w:w="50" w:type="dxa"/>
            </w:tcMar>
          </w:tcPr>
          <w:p w14:paraId="1870FE3E" w14:textId="77777777" w:rsidR="00292F36" w:rsidRDefault="00000000">
            <w:r>
              <w:rPr>
                <w:sz w:val="12"/>
              </w:rPr>
              <w:t>punta_banda_deep</w:t>
            </w:r>
          </w:p>
        </w:tc>
        <w:tc>
          <w:tcPr>
            <w:tcW w:w="564" w:type="dxa"/>
            <w:tcMar>
              <w:top w:w="20" w:type="dxa"/>
              <w:left w:w="50" w:type="dxa"/>
              <w:bottom w:w="20" w:type="dxa"/>
              <w:right w:w="50" w:type="dxa"/>
            </w:tcMar>
          </w:tcPr>
          <w:p w14:paraId="41D64A12" w14:textId="77777777" w:rsidR="00292F36" w:rsidRDefault="00000000">
            <w:r>
              <w:rPr>
                <w:sz w:val="12"/>
              </w:rPr>
              <w:t>18</w:t>
            </w:r>
          </w:p>
        </w:tc>
        <w:tc>
          <w:tcPr>
            <w:tcW w:w="564" w:type="dxa"/>
            <w:tcMar>
              <w:top w:w="20" w:type="dxa"/>
              <w:left w:w="50" w:type="dxa"/>
              <w:bottom w:w="20" w:type="dxa"/>
              <w:right w:w="50" w:type="dxa"/>
            </w:tcMar>
          </w:tcPr>
          <w:p w14:paraId="54E45B32" w14:textId="77777777" w:rsidR="00292F36" w:rsidRDefault="00000000">
            <w:r>
              <w:rPr>
                <w:sz w:val="12"/>
              </w:rPr>
              <w:t>20.6900005</w:t>
            </w:r>
          </w:p>
        </w:tc>
        <w:tc>
          <w:tcPr>
            <w:tcW w:w="564" w:type="dxa"/>
            <w:tcMar>
              <w:top w:w="20" w:type="dxa"/>
              <w:left w:w="50" w:type="dxa"/>
              <w:bottom w:w="20" w:type="dxa"/>
              <w:right w:w="50" w:type="dxa"/>
            </w:tcMar>
          </w:tcPr>
          <w:p w14:paraId="578B7204" w14:textId="77777777" w:rsidR="00292F36" w:rsidRDefault="00000000">
            <w:r>
              <w:rPr>
                <w:sz w:val="12"/>
              </w:rPr>
              <w:t>0.22148984</w:t>
            </w:r>
          </w:p>
        </w:tc>
        <w:tc>
          <w:tcPr>
            <w:tcW w:w="564" w:type="dxa"/>
            <w:tcMar>
              <w:top w:w="20" w:type="dxa"/>
              <w:left w:w="50" w:type="dxa"/>
              <w:bottom w:w="20" w:type="dxa"/>
              <w:right w:w="50" w:type="dxa"/>
            </w:tcMar>
          </w:tcPr>
          <w:p w14:paraId="1BA1F007" w14:textId="77777777" w:rsidR="00292F36" w:rsidRDefault="00000000">
            <w:r>
              <w:rPr>
                <w:sz w:val="12"/>
              </w:rPr>
              <w:t>0.99411765</w:t>
            </w:r>
          </w:p>
        </w:tc>
        <w:tc>
          <w:tcPr>
            <w:tcW w:w="564" w:type="dxa"/>
            <w:tcMar>
              <w:top w:w="20" w:type="dxa"/>
              <w:left w:w="50" w:type="dxa"/>
              <w:bottom w:w="20" w:type="dxa"/>
              <w:right w:w="50" w:type="dxa"/>
            </w:tcMar>
          </w:tcPr>
          <w:p w14:paraId="2E81F796" w14:textId="77777777" w:rsidR="00292F36" w:rsidRDefault="00000000">
            <w:r>
              <w:rPr>
                <w:sz w:val="12"/>
              </w:rPr>
              <w:t>0.00588235</w:t>
            </w:r>
          </w:p>
        </w:tc>
        <w:tc>
          <w:tcPr>
            <w:tcW w:w="564" w:type="dxa"/>
            <w:tcMar>
              <w:top w:w="20" w:type="dxa"/>
              <w:left w:w="50" w:type="dxa"/>
              <w:bottom w:w="20" w:type="dxa"/>
              <w:right w:w="50" w:type="dxa"/>
            </w:tcMar>
          </w:tcPr>
          <w:p w14:paraId="4B04146D" w14:textId="77777777" w:rsidR="00292F36" w:rsidRDefault="00000000">
            <w:r>
              <w:rPr>
                <w:sz w:val="12"/>
              </w:rPr>
              <w:t>0</w:t>
            </w:r>
          </w:p>
        </w:tc>
        <w:tc>
          <w:tcPr>
            <w:tcW w:w="564" w:type="dxa"/>
            <w:tcMar>
              <w:top w:w="20" w:type="dxa"/>
              <w:left w:w="50" w:type="dxa"/>
              <w:bottom w:w="20" w:type="dxa"/>
              <w:right w:w="50" w:type="dxa"/>
            </w:tcMar>
          </w:tcPr>
          <w:p w14:paraId="769078C1" w14:textId="77777777" w:rsidR="00292F36" w:rsidRDefault="00000000">
            <w:r>
              <w:rPr>
                <w:sz w:val="12"/>
              </w:rPr>
              <w:t>0</w:t>
            </w:r>
          </w:p>
        </w:tc>
        <w:tc>
          <w:tcPr>
            <w:tcW w:w="564" w:type="dxa"/>
            <w:tcMar>
              <w:top w:w="20" w:type="dxa"/>
              <w:left w:w="50" w:type="dxa"/>
              <w:bottom w:w="20" w:type="dxa"/>
              <w:right w:w="50" w:type="dxa"/>
            </w:tcMar>
          </w:tcPr>
          <w:p w14:paraId="1F75782E" w14:textId="77777777" w:rsidR="00292F36" w:rsidRDefault="00000000">
            <w:r>
              <w:rPr>
                <w:sz w:val="12"/>
              </w:rPr>
              <w:t>0</w:t>
            </w:r>
          </w:p>
        </w:tc>
        <w:tc>
          <w:tcPr>
            <w:tcW w:w="564" w:type="dxa"/>
            <w:tcMar>
              <w:top w:w="20" w:type="dxa"/>
              <w:left w:w="50" w:type="dxa"/>
              <w:bottom w:w="20" w:type="dxa"/>
              <w:right w:w="50" w:type="dxa"/>
            </w:tcMar>
          </w:tcPr>
          <w:p w14:paraId="78903E1F" w14:textId="77777777" w:rsidR="00292F36" w:rsidRDefault="00000000">
            <w:r>
              <w:rPr>
                <w:sz w:val="12"/>
              </w:rPr>
              <w:t>0</w:t>
            </w:r>
          </w:p>
        </w:tc>
        <w:tc>
          <w:tcPr>
            <w:tcW w:w="564" w:type="dxa"/>
            <w:tcMar>
              <w:top w:w="20" w:type="dxa"/>
              <w:left w:w="50" w:type="dxa"/>
              <w:bottom w:w="20" w:type="dxa"/>
              <w:right w:w="50" w:type="dxa"/>
            </w:tcMar>
          </w:tcPr>
          <w:p w14:paraId="50AC1B0E" w14:textId="77777777" w:rsidR="00292F36" w:rsidRDefault="00000000">
            <w:r>
              <w:rPr>
                <w:sz w:val="12"/>
              </w:rPr>
              <w:t>0</w:t>
            </w:r>
          </w:p>
        </w:tc>
        <w:tc>
          <w:tcPr>
            <w:tcW w:w="564" w:type="dxa"/>
            <w:tcMar>
              <w:top w:w="20" w:type="dxa"/>
              <w:left w:w="50" w:type="dxa"/>
              <w:bottom w:w="20" w:type="dxa"/>
              <w:right w:w="50" w:type="dxa"/>
            </w:tcMar>
          </w:tcPr>
          <w:p w14:paraId="7596C239" w14:textId="77777777" w:rsidR="00292F36" w:rsidRDefault="00000000">
            <w:r>
              <w:rPr>
                <w:sz w:val="12"/>
              </w:rPr>
              <w:t>0</w:t>
            </w:r>
          </w:p>
        </w:tc>
        <w:tc>
          <w:tcPr>
            <w:tcW w:w="564" w:type="dxa"/>
            <w:tcMar>
              <w:top w:w="20" w:type="dxa"/>
              <w:left w:w="50" w:type="dxa"/>
              <w:bottom w:w="20" w:type="dxa"/>
              <w:right w:w="50" w:type="dxa"/>
            </w:tcMar>
          </w:tcPr>
          <w:p w14:paraId="33A5F241" w14:textId="77777777" w:rsidR="00292F36" w:rsidRDefault="00000000">
            <w:r>
              <w:rPr>
                <w:sz w:val="12"/>
              </w:rPr>
              <w:t>0</w:t>
            </w:r>
          </w:p>
        </w:tc>
        <w:tc>
          <w:tcPr>
            <w:tcW w:w="564" w:type="dxa"/>
            <w:tcMar>
              <w:top w:w="20" w:type="dxa"/>
              <w:left w:w="50" w:type="dxa"/>
              <w:bottom w:w="20" w:type="dxa"/>
              <w:right w:w="50" w:type="dxa"/>
            </w:tcMar>
          </w:tcPr>
          <w:p w14:paraId="004B7086" w14:textId="77777777" w:rsidR="00292F36" w:rsidRDefault="00000000">
            <w:r>
              <w:rPr>
                <w:sz w:val="12"/>
              </w:rPr>
              <w:t>0.23284823</w:t>
            </w:r>
          </w:p>
        </w:tc>
        <w:tc>
          <w:tcPr>
            <w:tcW w:w="564" w:type="dxa"/>
            <w:tcMar>
              <w:top w:w="20" w:type="dxa"/>
              <w:left w:w="50" w:type="dxa"/>
              <w:bottom w:w="20" w:type="dxa"/>
              <w:right w:w="50" w:type="dxa"/>
            </w:tcMar>
          </w:tcPr>
          <w:p w14:paraId="69286E0A" w14:textId="77777777" w:rsidR="00292F36" w:rsidRDefault="00000000">
            <w:r>
              <w:rPr>
                <w:sz w:val="12"/>
              </w:rPr>
              <w:t>0.1039501</w:t>
            </w:r>
          </w:p>
        </w:tc>
        <w:tc>
          <w:tcPr>
            <w:tcW w:w="564" w:type="dxa"/>
            <w:tcMar>
              <w:top w:w="20" w:type="dxa"/>
              <w:left w:w="50" w:type="dxa"/>
              <w:bottom w:w="20" w:type="dxa"/>
              <w:right w:w="50" w:type="dxa"/>
            </w:tcMar>
          </w:tcPr>
          <w:p w14:paraId="4F1259AA" w14:textId="77777777" w:rsidR="00292F36" w:rsidRDefault="00000000">
            <w:r>
              <w:rPr>
                <w:sz w:val="12"/>
              </w:rPr>
              <w:t>0.16008316</w:t>
            </w:r>
          </w:p>
        </w:tc>
        <w:tc>
          <w:tcPr>
            <w:tcW w:w="564" w:type="dxa"/>
            <w:tcMar>
              <w:top w:w="20" w:type="dxa"/>
              <w:left w:w="50" w:type="dxa"/>
              <w:bottom w:w="20" w:type="dxa"/>
              <w:right w:w="50" w:type="dxa"/>
            </w:tcMar>
          </w:tcPr>
          <w:p w14:paraId="0E06A36E" w14:textId="77777777" w:rsidR="00292F36" w:rsidRDefault="00000000">
            <w:r>
              <w:rPr>
                <w:sz w:val="12"/>
              </w:rPr>
              <w:t>0.24948025</w:t>
            </w:r>
          </w:p>
        </w:tc>
        <w:tc>
          <w:tcPr>
            <w:tcW w:w="564" w:type="dxa"/>
            <w:tcMar>
              <w:top w:w="20" w:type="dxa"/>
              <w:left w:w="50" w:type="dxa"/>
              <w:bottom w:w="20" w:type="dxa"/>
              <w:right w:w="50" w:type="dxa"/>
            </w:tcMar>
          </w:tcPr>
          <w:p w14:paraId="2FB8702E" w14:textId="77777777" w:rsidR="00292F36" w:rsidRDefault="00000000">
            <w:r>
              <w:rPr>
                <w:sz w:val="12"/>
              </w:rPr>
              <w:t>0.25363825</w:t>
            </w:r>
          </w:p>
        </w:tc>
      </w:tr>
      <w:tr w:rsidR="00292F36" w14:paraId="73FB0FE5" w14:textId="77777777">
        <w:tc>
          <w:tcPr>
            <w:tcW w:w="564" w:type="dxa"/>
            <w:tcMar>
              <w:top w:w="20" w:type="dxa"/>
              <w:left w:w="50" w:type="dxa"/>
              <w:bottom w:w="20" w:type="dxa"/>
              <w:right w:w="50" w:type="dxa"/>
            </w:tcMar>
          </w:tcPr>
          <w:p w14:paraId="0E8F709A" w14:textId="77777777" w:rsidR="00292F36" w:rsidRDefault="00000000">
            <w:r>
              <w:rPr>
                <w:sz w:val="12"/>
              </w:rPr>
              <w:t>2020_punta_banda_punta_banda_deep_2</w:t>
            </w:r>
          </w:p>
        </w:tc>
        <w:tc>
          <w:tcPr>
            <w:tcW w:w="564" w:type="dxa"/>
            <w:tcMar>
              <w:top w:w="20" w:type="dxa"/>
              <w:left w:w="50" w:type="dxa"/>
              <w:bottom w:w="20" w:type="dxa"/>
              <w:right w:w="50" w:type="dxa"/>
            </w:tcMar>
          </w:tcPr>
          <w:p w14:paraId="2FDF7626" w14:textId="77777777" w:rsidR="00292F36" w:rsidRDefault="00000000">
            <w:r>
              <w:rPr>
                <w:sz w:val="12"/>
              </w:rPr>
              <w:t>-0.6014306</w:t>
            </w:r>
          </w:p>
        </w:tc>
        <w:tc>
          <w:tcPr>
            <w:tcW w:w="564" w:type="dxa"/>
            <w:tcMar>
              <w:top w:w="20" w:type="dxa"/>
              <w:left w:w="50" w:type="dxa"/>
              <w:bottom w:w="20" w:type="dxa"/>
              <w:right w:w="50" w:type="dxa"/>
            </w:tcMar>
          </w:tcPr>
          <w:p w14:paraId="2AC45E1B" w14:textId="77777777" w:rsidR="00292F36" w:rsidRDefault="00000000">
            <w:r>
              <w:rPr>
                <w:sz w:val="12"/>
              </w:rPr>
              <w:t>-0.1059012</w:t>
            </w:r>
          </w:p>
        </w:tc>
        <w:tc>
          <w:tcPr>
            <w:tcW w:w="564" w:type="dxa"/>
            <w:tcMar>
              <w:top w:w="20" w:type="dxa"/>
              <w:left w:w="50" w:type="dxa"/>
              <w:bottom w:w="20" w:type="dxa"/>
              <w:right w:w="50" w:type="dxa"/>
            </w:tcMar>
          </w:tcPr>
          <w:p w14:paraId="4A5B0487" w14:textId="77777777" w:rsidR="00292F36" w:rsidRDefault="00000000">
            <w:r>
              <w:rPr>
                <w:sz w:val="12"/>
              </w:rPr>
              <w:t>2020</w:t>
            </w:r>
          </w:p>
        </w:tc>
        <w:tc>
          <w:tcPr>
            <w:tcW w:w="564" w:type="dxa"/>
            <w:tcMar>
              <w:top w:w="20" w:type="dxa"/>
              <w:left w:w="50" w:type="dxa"/>
              <w:bottom w:w="20" w:type="dxa"/>
              <w:right w:w="50" w:type="dxa"/>
            </w:tcMar>
          </w:tcPr>
          <w:p w14:paraId="20C99D44" w14:textId="77777777" w:rsidR="00292F36" w:rsidRDefault="00000000">
            <w:r>
              <w:rPr>
                <w:sz w:val="12"/>
              </w:rPr>
              <w:t>ensenada</w:t>
            </w:r>
          </w:p>
        </w:tc>
        <w:tc>
          <w:tcPr>
            <w:tcW w:w="564" w:type="dxa"/>
            <w:tcMar>
              <w:top w:w="20" w:type="dxa"/>
              <w:left w:w="50" w:type="dxa"/>
              <w:bottom w:w="20" w:type="dxa"/>
              <w:right w:w="50" w:type="dxa"/>
            </w:tcMar>
          </w:tcPr>
          <w:p w14:paraId="71A2F498" w14:textId="77777777" w:rsidR="00292F36" w:rsidRDefault="00000000">
            <w:r>
              <w:rPr>
                <w:sz w:val="12"/>
              </w:rPr>
              <w:t>North</w:t>
            </w:r>
          </w:p>
        </w:tc>
        <w:tc>
          <w:tcPr>
            <w:tcW w:w="564" w:type="dxa"/>
            <w:tcMar>
              <w:top w:w="20" w:type="dxa"/>
              <w:left w:w="50" w:type="dxa"/>
              <w:bottom w:w="20" w:type="dxa"/>
              <w:right w:w="50" w:type="dxa"/>
            </w:tcMar>
          </w:tcPr>
          <w:p w14:paraId="138E6295" w14:textId="77777777" w:rsidR="00292F36" w:rsidRDefault="00000000">
            <w:r>
              <w:rPr>
                <w:sz w:val="12"/>
              </w:rPr>
              <w:t>punta_banda</w:t>
            </w:r>
          </w:p>
        </w:tc>
        <w:tc>
          <w:tcPr>
            <w:tcW w:w="564" w:type="dxa"/>
            <w:tcMar>
              <w:top w:w="20" w:type="dxa"/>
              <w:left w:w="50" w:type="dxa"/>
              <w:bottom w:w="20" w:type="dxa"/>
              <w:right w:w="50" w:type="dxa"/>
            </w:tcMar>
          </w:tcPr>
          <w:p w14:paraId="5868AF3E" w14:textId="77777777" w:rsidR="00292F36" w:rsidRDefault="00000000">
            <w:r>
              <w:rPr>
                <w:sz w:val="12"/>
              </w:rPr>
              <w:t>punta_banda_deep</w:t>
            </w:r>
          </w:p>
        </w:tc>
        <w:tc>
          <w:tcPr>
            <w:tcW w:w="564" w:type="dxa"/>
            <w:tcMar>
              <w:top w:w="20" w:type="dxa"/>
              <w:left w:w="50" w:type="dxa"/>
              <w:bottom w:w="20" w:type="dxa"/>
              <w:right w:w="50" w:type="dxa"/>
            </w:tcMar>
          </w:tcPr>
          <w:p w14:paraId="4317B171" w14:textId="77777777" w:rsidR="00292F36" w:rsidRDefault="00000000">
            <w:r>
              <w:rPr>
                <w:sz w:val="12"/>
              </w:rPr>
              <w:t>18</w:t>
            </w:r>
          </w:p>
        </w:tc>
        <w:tc>
          <w:tcPr>
            <w:tcW w:w="564" w:type="dxa"/>
            <w:tcMar>
              <w:top w:w="20" w:type="dxa"/>
              <w:left w:w="50" w:type="dxa"/>
              <w:bottom w:w="20" w:type="dxa"/>
              <w:right w:w="50" w:type="dxa"/>
            </w:tcMar>
          </w:tcPr>
          <w:p w14:paraId="7EFF26AC" w14:textId="77777777" w:rsidR="00292F36" w:rsidRDefault="00000000">
            <w:r>
              <w:rPr>
                <w:sz w:val="12"/>
              </w:rPr>
              <w:t>20.6900005</w:t>
            </w:r>
          </w:p>
        </w:tc>
        <w:tc>
          <w:tcPr>
            <w:tcW w:w="564" w:type="dxa"/>
            <w:tcMar>
              <w:top w:w="20" w:type="dxa"/>
              <w:left w:w="50" w:type="dxa"/>
              <w:bottom w:w="20" w:type="dxa"/>
              <w:right w:w="50" w:type="dxa"/>
            </w:tcMar>
          </w:tcPr>
          <w:p w14:paraId="1D7B8089" w14:textId="77777777" w:rsidR="00292F36" w:rsidRDefault="00000000">
            <w:r>
              <w:rPr>
                <w:sz w:val="12"/>
              </w:rPr>
              <w:t>0.22148984</w:t>
            </w:r>
          </w:p>
        </w:tc>
        <w:tc>
          <w:tcPr>
            <w:tcW w:w="564" w:type="dxa"/>
            <w:tcMar>
              <w:top w:w="20" w:type="dxa"/>
              <w:left w:w="50" w:type="dxa"/>
              <w:bottom w:w="20" w:type="dxa"/>
              <w:right w:w="50" w:type="dxa"/>
            </w:tcMar>
          </w:tcPr>
          <w:p w14:paraId="25FEB866" w14:textId="77777777" w:rsidR="00292F36" w:rsidRDefault="00000000">
            <w:r>
              <w:rPr>
                <w:sz w:val="12"/>
              </w:rPr>
              <w:t>0.99041534</w:t>
            </w:r>
          </w:p>
        </w:tc>
        <w:tc>
          <w:tcPr>
            <w:tcW w:w="564" w:type="dxa"/>
            <w:tcMar>
              <w:top w:w="20" w:type="dxa"/>
              <w:left w:w="50" w:type="dxa"/>
              <w:bottom w:w="20" w:type="dxa"/>
              <w:right w:w="50" w:type="dxa"/>
            </w:tcMar>
          </w:tcPr>
          <w:p w14:paraId="37F4F679" w14:textId="77777777" w:rsidR="00292F36" w:rsidRDefault="00000000">
            <w:r>
              <w:rPr>
                <w:sz w:val="12"/>
              </w:rPr>
              <w:t>0.00958466</w:t>
            </w:r>
          </w:p>
        </w:tc>
        <w:tc>
          <w:tcPr>
            <w:tcW w:w="564" w:type="dxa"/>
            <w:tcMar>
              <w:top w:w="20" w:type="dxa"/>
              <w:left w:w="50" w:type="dxa"/>
              <w:bottom w:w="20" w:type="dxa"/>
              <w:right w:w="50" w:type="dxa"/>
            </w:tcMar>
          </w:tcPr>
          <w:p w14:paraId="4BA05C7E" w14:textId="77777777" w:rsidR="00292F36" w:rsidRDefault="00000000">
            <w:r>
              <w:rPr>
                <w:sz w:val="12"/>
              </w:rPr>
              <w:t>0</w:t>
            </w:r>
          </w:p>
        </w:tc>
        <w:tc>
          <w:tcPr>
            <w:tcW w:w="564" w:type="dxa"/>
            <w:tcMar>
              <w:top w:w="20" w:type="dxa"/>
              <w:left w:w="50" w:type="dxa"/>
              <w:bottom w:w="20" w:type="dxa"/>
              <w:right w:w="50" w:type="dxa"/>
            </w:tcMar>
          </w:tcPr>
          <w:p w14:paraId="62093420" w14:textId="77777777" w:rsidR="00292F36" w:rsidRDefault="00000000">
            <w:r>
              <w:rPr>
                <w:sz w:val="12"/>
              </w:rPr>
              <w:t>0</w:t>
            </w:r>
          </w:p>
        </w:tc>
        <w:tc>
          <w:tcPr>
            <w:tcW w:w="564" w:type="dxa"/>
            <w:tcMar>
              <w:top w:w="20" w:type="dxa"/>
              <w:left w:w="50" w:type="dxa"/>
              <w:bottom w:w="20" w:type="dxa"/>
              <w:right w:w="50" w:type="dxa"/>
            </w:tcMar>
          </w:tcPr>
          <w:p w14:paraId="16218E1D" w14:textId="77777777" w:rsidR="00292F36" w:rsidRDefault="00000000">
            <w:r>
              <w:rPr>
                <w:sz w:val="12"/>
              </w:rPr>
              <w:t>0</w:t>
            </w:r>
          </w:p>
        </w:tc>
        <w:tc>
          <w:tcPr>
            <w:tcW w:w="564" w:type="dxa"/>
            <w:tcMar>
              <w:top w:w="20" w:type="dxa"/>
              <w:left w:w="50" w:type="dxa"/>
              <w:bottom w:w="20" w:type="dxa"/>
              <w:right w:w="50" w:type="dxa"/>
            </w:tcMar>
          </w:tcPr>
          <w:p w14:paraId="2055A3E3" w14:textId="77777777" w:rsidR="00292F36" w:rsidRDefault="00000000">
            <w:r>
              <w:rPr>
                <w:sz w:val="12"/>
              </w:rPr>
              <w:t>0</w:t>
            </w:r>
          </w:p>
        </w:tc>
        <w:tc>
          <w:tcPr>
            <w:tcW w:w="564" w:type="dxa"/>
            <w:tcMar>
              <w:top w:w="20" w:type="dxa"/>
              <w:left w:w="50" w:type="dxa"/>
              <w:bottom w:w="20" w:type="dxa"/>
              <w:right w:w="50" w:type="dxa"/>
            </w:tcMar>
          </w:tcPr>
          <w:p w14:paraId="107CFB88" w14:textId="77777777" w:rsidR="00292F36" w:rsidRDefault="00000000">
            <w:r>
              <w:rPr>
                <w:sz w:val="12"/>
              </w:rPr>
              <w:t>0</w:t>
            </w:r>
          </w:p>
        </w:tc>
        <w:tc>
          <w:tcPr>
            <w:tcW w:w="564" w:type="dxa"/>
            <w:tcMar>
              <w:top w:w="20" w:type="dxa"/>
              <w:left w:w="50" w:type="dxa"/>
              <w:bottom w:w="20" w:type="dxa"/>
              <w:right w:w="50" w:type="dxa"/>
            </w:tcMar>
          </w:tcPr>
          <w:p w14:paraId="25CA4F7F" w14:textId="77777777" w:rsidR="00292F36" w:rsidRDefault="00000000">
            <w:r>
              <w:rPr>
                <w:sz w:val="12"/>
              </w:rPr>
              <w:t>0</w:t>
            </w:r>
          </w:p>
        </w:tc>
        <w:tc>
          <w:tcPr>
            <w:tcW w:w="564" w:type="dxa"/>
            <w:tcMar>
              <w:top w:w="20" w:type="dxa"/>
              <w:left w:w="50" w:type="dxa"/>
              <w:bottom w:w="20" w:type="dxa"/>
              <w:right w:w="50" w:type="dxa"/>
            </w:tcMar>
          </w:tcPr>
          <w:p w14:paraId="5D5892BA" w14:textId="77777777" w:rsidR="00292F36" w:rsidRDefault="00000000">
            <w:r>
              <w:rPr>
                <w:sz w:val="12"/>
              </w:rPr>
              <w:t>0</w:t>
            </w:r>
          </w:p>
        </w:tc>
        <w:tc>
          <w:tcPr>
            <w:tcW w:w="564" w:type="dxa"/>
            <w:tcMar>
              <w:top w:w="20" w:type="dxa"/>
              <w:left w:w="50" w:type="dxa"/>
              <w:bottom w:w="20" w:type="dxa"/>
              <w:right w:w="50" w:type="dxa"/>
            </w:tcMar>
          </w:tcPr>
          <w:p w14:paraId="2A01D060" w14:textId="77777777" w:rsidR="00292F36" w:rsidRDefault="00000000">
            <w:r>
              <w:rPr>
                <w:sz w:val="12"/>
              </w:rPr>
              <w:t>0.32608696</w:t>
            </w:r>
          </w:p>
        </w:tc>
        <w:tc>
          <w:tcPr>
            <w:tcW w:w="564" w:type="dxa"/>
            <w:tcMar>
              <w:top w:w="20" w:type="dxa"/>
              <w:left w:w="50" w:type="dxa"/>
              <w:bottom w:w="20" w:type="dxa"/>
              <w:right w:w="50" w:type="dxa"/>
            </w:tcMar>
          </w:tcPr>
          <w:p w14:paraId="22A3AE72" w14:textId="77777777" w:rsidR="00292F36" w:rsidRDefault="00000000">
            <w:r>
              <w:rPr>
                <w:sz w:val="12"/>
              </w:rPr>
              <w:t>0.07880435</w:t>
            </w:r>
          </w:p>
        </w:tc>
        <w:tc>
          <w:tcPr>
            <w:tcW w:w="564" w:type="dxa"/>
            <w:tcMar>
              <w:top w:w="20" w:type="dxa"/>
              <w:left w:w="50" w:type="dxa"/>
              <w:bottom w:w="20" w:type="dxa"/>
              <w:right w:w="50" w:type="dxa"/>
            </w:tcMar>
          </w:tcPr>
          <w:p w14:paraId="7C680E66" w14:textId="77777777" w:rsidR="00292F36" w:rsidRDefault="00000000">
            <w:r>
              <w:rPr>
                <w:sz w:val="12"/>
              </w:rPr>
              <w:t>0.25</w:t>
            </w:r>
          </w:p>
        </w:tc>
        <w:tc>
          <w:tcPr>
            <w:tcW w:w="564" w:type="dxa"/>
            <w:tcMar>
              <w:top w:w="20" w:type="dxa"/>
              <w:left w:w="50" w:type="dxa"/>
              <w:bottom w:w="20" w:type="dxa"/>
              <w:right w:w="50" w:type="dxa"/>
            </w:tcMar>
          </w:tcPr>
          <w:p w14:paraId="3EFD47BB" w14:textId="77777777" w:rsidR="00292F36" w:rsidRDefault="00000000">
            <w:r>
              <w:rPr>
                <w:sz w:val="12"/>
              </w:rPr>
              <w:t>0.21467391</w:t>
            </w:r>
          </w:p>
        </w:tc>
        <w:tc>
          <w:tcPr>
            <w:tcW w:w="564" w:type="dxa"/>
            <w:tcMar>
              <w:top w:w="20" w:type="dxa"/>
              <w:left w:w="50" w:type="dxa"/>
              <w:bottom w:w="20" w:type="dxa"/>
              <w:right w:w="50" w:type="dxa"/>
            </w:tcMar>
          </w:tcPr>
          <w:p w14:paraId="15B5A156" w14:textId="77777777" w:rsidR="00292F36" w:rsidRDefault="00000000">
            <w:r>
              <w:rPr>
                <w:sz w:val="12"/>
              </w:rPr>
              <w:t>0.13043478</w:t>
            </w:r>
          </w:p>
        </w:tc>
      </w:tr>
      <w:tr w:rsidR="00292F36" w14:paraId="3D9B1AAF" w14:textId="77777777">
        <w:tc>
          <w:tcPr>
            <w:tcW w:w="564" w:type="dxa"/>
            <w:tcMar>
              <w:top w:w="20" w:type="dxa"/>
              <w:left w:w="50" w:type="dxa"/>
              <w:bottom w:w="20" w:type="dxa"/>
              <w:right w:w="50" w:type="dxa"/>
            </w:tcMar>
          </w:tcPr>
          <w:p w14:paraId="019DB21E" w14:textId="77777777" w:rsidR="00292F36" w:rsidRDefault="00000000">
            <w:r>
              <w:rPr>
                <w:sz w:val="12"/>
              </w:rPr>
              <w:t>2020_punta_banda_punta_banda_mid_1</w:t>
            </w:r>
          </w:p>
        </w:tc>
        <w:tc>
          <w:tcPr>
            <w:tcW w:w="564" w:type="dxa"/>
            <w:tcMar>
              <w:top w:w="20" w:type="dxa"/>
              <w:left w:w="50" w:type="dxa"/>
              <w:bottom w:w="20" w:type="dxa"/>
              <w:right w:w="50" w:type="dxa"/>
            </w:tcMar>
          </w:tcPr>
          <w:p w14:paraId="19C6C7FF" w14:textId="77777777" w:rsidR="00292F36" w:rsidRDefault="00000000">
            <w:r>
              <w:rPr>
                <w:sz w:val="12"/>
              </w:rPr>
              <w:t>0.39627502</w:t>
            </w:r>
          </w:p>
        </w:tc>
        <w:tc>
          <w:tcPr>
            <w:tcW w:w="564" w:type="dxa"/>
            <w:tcMar>
              <w:top w:w="20" w:type="dxa"/>
              <w:left w:w="50" w:type="dxa"/>
              <w:bottom w:w="20" w:type="dxa"/>
              <w:right w:w="50" w:type="dxa"/>
            </w:tcMar>
          </w:tcPr>
          <w:p w14:paraId="79F343B9" w14:textId="77777777" w:rsidR="00292F36" w:rsidRDefault="00000000">
            <w:r>
              <w:rPr>
                <w:sz w:val="12"/>
              </w:rPr>
              <w:t>0.34645945</w:t>
            </w:r>
          </w:p>
        </w:tc>
        <w:tc>
          <w:tcPr>
            <w:tcW w:w="564" w:type="dxa"/>
            <w:tcMar>
              <w:top w:w="20" w:type="dxa"/>
              <w:left w:w="50" w:type="dxa"/>
              <w:bottom w:w="20" w:type="dxa"/>
              <w:right w:w="50" w:type="dxa"/>
            </w:tcMar>
          </w:tcPr>
          <w:p w14:paraId="0479FD7E" w14:textId="77777777" w:rsidR="00292F36" w:rsidRDefault="00000000">
            <w:r>
              <w:rPr>
                <w:sz w:val="12"/>
              </w:rPr>
              <w:t>2020</w:t>
            </w:r>
          </w:p>
        </w:tc>
        <w:tc>
          <w:tcPr>
            <w:tcW w:w="564" w:type="dxa"/>
            <w:tcMar>
              <w:top w:w="20" w:type="dxa"/>
              <w:left w:w="50" w:type="dxa"/>
              <w:bottom w:w="20" w:type="dxa"/>
              <w:right w:w="50" w:type="dxa"/>
            </w:tcMar>
          </w:tcPr>
          <w:p w14:paraId="56FE8E6F" w14:textId="77777777" w:rsidR="00292F36" w:rsidRDefault="00000000">
            <w:r>
              <w:rPr>
                <w:sz w:val="12"/>
              </w:rPr>
              <w:t>ensenada</w:t>
            </w:r>
          </w:p>
        </w:tc>
        <w:tc>
          <w:tcPr>
            <w:tcW w:w="564" w:type="dxa"/>
            <w:tcMar>
              <w:top w:w="20" w:type="dxa"/>
              <w:left w:w="50" w:type="dxa"/>
              <w:bottom w:w="20" w:type="dxa"/>
              <w:right w:w="50" w:type="dxa"/>
            </w:tcMar>
          </w:tcPr>
          <w:p w14:paraId="7EAB12FC" w14:textId="77777777" w:rsidR="00292F36" w:rsidRDefault="00000000">
            <w:r>
              <w:rPr>
                <w:sz w:val="12"/>
              </w:rPr>
              <w:t>North</w:t>
            </w:r>
          </w:p>
        </w:tc>
        <w:tc>
          <w:tcPr>
            <w:tcW w:w="564" w:type="dxa"/>
            <w:tcMar>
              <w:top w:w="20" w:type="dxa"/>
              <w:left w:w="50" w:type="dxa"/>
              <w:bottom w:w="20" w:type="dxa"/>
              <w:right w:w="50" w:type="dxa"/>
            </w:tcMar>
          </w:tcPr>
          <w:p w14:paraId="04044583" w14:textId="77777777" w:rsidR="00292F36" w:rsidRDefault="00000000">
            <w:r>
              <w:rPr>
                <w:sz w:val="12"/>
              </w:rPr>
              <w:t>punta_banda</w:t>
            </w:r>
          </w:p>
        </w:tc>
        <w:tc>
          <w:tcPr>
            <w:tcW w:w="564" w:type="dxa"/>
            <w:tcMar>
              <w:top w:w="20" w:type="dxa"/>
              <w:left w:w="50" w:type="dxa"/>
              <w:bottom w:w="20" w:type="dxa"/>
              <w:right w:w="50" w:type="dxa"/>
            </w:tcMar>
          </w:tcPr>
          <w:p w14:paraId="32EB5EB9" w14:textId="77777777" w:rsidR="00292F36" w:rsidRDefault="00000000">
            <w:r>
              <w:rPr>
                <w:sz w:val="12"/>
              </w:rPr>
              <w:t>punta_banda_mid</w:t>
            </w:r>
          </w:p>
        </w:tc>
        <w:tc>
          <w:tcPr>
            <w:tcW w:w="564" w:type="dxa"/>
            <w:tcMar>
              <w:top w:w="20" w:type="dxa"/>
              <w:left w:w="50" w:type="dxa"/>
              <w:bottom w:w="20" w:type="dxa"/>
              <w:right w:w="50" w:type="dxa"/>
            </w:tcMar>
          </w:tcPr>
          <w:p w14:paraId="0A9DB886" w14:textId="77777777" w:rsidR="00292F36" w:rsidRDefault="00000000">
            <w:r>
              <w:rPr>
                <w:sz w:val="12"/>
              </w:rPr>
              <w:t>9</w:t>
            </w:r>
          </w:p>
        </w:tc>
        <w:tc>
          <w:tcPr>
            <w:tcW w:w="564" w:type="dxa"/>
            <w:tcMar>
              <w:top w:w="20" w:type="dxa"/>
              <w:left w:w="50" w:type="dxa"/>
              <w:bottom w:w="20" w:type="dxa"/>
              <w:right w:w="50" w:type="dxa"/>
            </w:tcMar>
          </w:tcPr>
          <w:p w14:paraId="5FBCB3EF" w14:textId="77777777" w:rsidR="00292F36" w:rsidRDefault="00000000">
            <w:r>
              <w:rPr>
                <w:sz w:val="12"/>
              </w:rPr>
              <w:t>20.6900005</w:t>
            </w:r>
          </w:p>
        </w:tc>
        <w:tc>
          <w:tcPr>
            <w:tcW w:w="564" w:type="dxa"/>
            <w:tcMar>
              <w:top w:w="20" w:type="dxa"/>
              <w:left w:w="50" w:type="dxa"/>
              <w:bottom w:w="20" w:type="dxa"/>
              <w:right w:w="50" w:type="dxa"/>
            </w:tcMar>
          </w:tcPr>
          <w:p w14:paraId="654FCE0F" w14:textId="77777777" w:rsidR="00292F36" w:rsidRDefault="00000000">
            <w:r>
              <w:rPr>
                <w:sz w:val="12"/>
              </w:rPr>
              <w:t>0.22148984</w:t>
            </w:r>
          </w:p>
        </w:tc>
        <w:tc>
          <w:tcPr>
            <w:tcW w:w="564" w:type="dxa"/>
            <w:tcMar>
              <w:top w:w="20" w:type="dxa"/>
              <w:left w:w="50" w:type="dxa"/>
              <w:bottom w:w="20" w:type="dxa"/>
              <w:right w:w="50" w:type="dxa"/>
            </w:tcMar>
          </w:tcPr>
          <w:p w14:paraId="41A1076A" w14:textId="77777777" w:rsidR="00292F36" w:rsidRDefault="00000000">
            <w:r>
              <w:rPr>
                <w:sz w:val="12"/>
              </w:rPr>
              <w:t>0</w:t>
            </w:r>
          </w:p>
        </w:tc>
        <w:tc>
          <w:tcPr>
            <w:tcW w:w="564" w:type="dxa"/>
            <w:tcMar>
              <w:top w:w="20" w:type="dxa"/>
              <w:left w:w="50" w:type="dxa"/>
              <w:bottom w:w="20" w:type="dxa"/>
              <w:right w:w="50" w:type="dxa"/>
            </w:tcMar>
          </w:tcPr>
          <w:p w14:paraId="59A651E9" w14:textId="77777777" w:rsidR="00292F36" w:rsidRDefault="00000000">
            <w:r>
              <w:rPr>
                <w:sz w:val="12"/>
              </w:rPr>
              <w:t>0.37719298</w:t>
            </w:r>
          </w:p>
        </w:tc>
        <w:tc>
          <w:tcPr>
            <w:tcW w:w="564" w:type="dxa"/>
            <w:tcMar>
              <w:top w:w="20" w:type="dxa"/>
              <w:left w:w="50" w:type="dxa"/>
              <w:bottom w:w="20" w:type="dxa"/>
              <w:right w:w="50" w:type="dxa"/>
            </w:tcMar>
          </w:tcPr>
          <w:p w14:paraId="5CA140C4" w14:textId="77777777" w:rsidR="00292F36" w:rsidRDefault="00000000">
            <w:r>
              <w:rPr>
                <w:sz w:val="12"/>
              </w:rPr>
              <w:t>0.03508772</w:t>
            </w:r>
          </w:p>
        </w:tc>
        <w:tc>
          <w:tcPr>
            <w:tcW w:w="564" w:type="dxa"/>
            <w:tcMar>
              <w:top w:w="20" w:type="dxa"/>
              <w:left w:w="50" w:type="dxa"/>
              <w:bottom w:w="20" w:type="dxa"/>
              <w:right w:w="50" w:type="dxa"/>
            </w:tcMar>
          </w:tcPr>
          <w:p w14:paraId="313E9956" w14:textId="77777777" w:rsidR="00292F36" w:rsidRDefault="00000000">
            <w:r>
              <w:rPr>
                <w:sz w:val="12"/>
              </w:rPr>
              <w:t>0.5877193</w:t>
            </w:r>
          </w:p>
        </w:tc>
        <w:tc>
          <w:tcPr>
            <w:tcW w:w="564" w:type="dxa"/>
            <w:tcMar>
              <w:top w:w="20" w:type="dxa"/>
              <w:left w:w="50" w:type="dxa"/>
              <w:bottom w:w="20" w:type="dxa"/>
              <w:right w:w="50" w:type="dxa"/>
            </w:tcMar>
          </w:tcPr>
          <w:p w14:paraId="498D54EE" w14:textId="77777777" w:rsidR="00292F36" w:rsidRDefault="00000000">
            <w:r>
              <w:rPr>
                <w:sz w:val="12"/>
              </w:rPr>
              <w:t>0</w:t>
            </w:r>
          </w:p>
        </w:tc>
        <w:tc>
          <w:tcPr>
            <w:tcW w:w="564" w:type="dxa"/>
            <w:tcMar>
              <w:top w:w="20" w:type="dxa"/>
              <w:left w:w="50" w:type="dxa"/>
              <w:bottom w:w="20" w:type="dxa"/>
              <w:right w:w="50" w:type="dxa"/>
            </w:tcMar>
          </w:tcPr>
          <w:p w14:paraId="4DFFFC63" w14:textId="77777777" w:rsidR="00292F36" w:rsidRDefault="00000000">
            <w:r>
              <w:rPr>
                <w:sz w:val="12"/>
              </w:rPr>
              <w:t>0</w:t>
            </w:r>
          </w:p>
        </w:tc>
        <w:tc>
          <w:tcPr>
            <w:tcW w:w="564" w:type="dxa"/>
            <w:tcMar>
              <w:top w:w="20" w:type="dxa"/>
              <w:left w:w="50" w:type="dxa"/>
              <w:bottom w:w="20" w:type="dxa"/>
              <w:right w:w="50" w:type="dxa"/>
            </w:tcMar>
          </w:tcPr>
          <w:p w14:paraId="70823834" w14:textId="77777777" w:rsidR="00292F36" w:rsidRDefault="00000000">
            <w:r>
              <w:rPr>
                <w:sz w:val="12"/>
              </w:rPr>
              <w:t>0</w:t>
            </w:r>
          </w:p>
        </w:tc>
        <w:tc>
          <w:tcPr>
            <w:tcW w:w="564" w:type="dxa"/>
            <w:tcMar>
              <w:top w:w="20" w:type="dxa"/>
              <w:left w:w="50" w:type="dxa"/>
              <w:bottom w:w="20" w:type="dxa"/>
              <w:right w:w="50" w:type="dxa"/>
            </w:tcMar>
          </w:tcPr>
          <w:p w14:paraId="4EB325B7" w14:textId="77777777" w:rsidR="00292F36" w:rsidRDefault="00000000">
            <w:r>
              <w:rPr>
                <w:sz w:val="12"/>
              </w:rPr>
              <w:t>0</w:t>
            </w:r>
          </w:p>
        </w:tc>
        <w:tc>
          <w:tcPr>
            <w:tcW w:w="564" w:type="dxa"/>
            <w:tcMar>
              <w:top w:w="20" w:type="dxa"/>
              <w:left w:w="50" w:type="dxa"/>
              <w:bottom w:w="20" w:type="dxa"/>
              <w:right w:w="50" w:type="dxa"/>
            </w:tcMar>
          </w:tcPr>
          <w:p w14:paraId="49BABCDD" w14:textId="77777777" w:rsidR="00292F36" w:rsidRDefault="00000000">
            <w:r>
              <w:rPr>
                <w:sz w:val="12"/>
              </w:rPr>
              <w:t>0.01345291</w:t>
            </w:r>
          </w:p>
        </w:tc>
        <w:tc>
          <w:tcPr>
            <w:tcW w:w="564" w:type="dxa"/>
            <w:tcMar>
              <w:top w:w="20" w:type="dxa"/>
              <w:left w:w="50" w:type="dxa"/>
              <w:bottom w:w="20" w:type="dxa"/>
              <w:right w:w="50" w:type="dxa"/>
            </w:tcMar>
          </w:tcPr>
          <w:p w14:paraId="1BEC4CE5" w14:textId="77777777" w:rsidR="00292F36" w:rsidRDefault="00000000">
            <w:r>
              <w:rPr>
                <w:sz w:val="12"/>
              </w:rPr>
              <w:t>0.43049327</w:t>
            </w:r>
          </w:p>
        </w:tc>
        <w:tc>
          <w:tcPr>
            <w:tcW w:w="564" w:type="dxa"/>
            <w:tcMar>
              <w:top w:w="20" w:type="dxa"/>
              <w:left w:w="50" w:type="dxa"/>
              <w:bottom w:w="20" w:type="dxa"/>
              <w:right w:w="50" w:type="dxa"/>
            </w:tcMar>
          </w:tcPr>
          <w:p w14:paraId="534EA22A" w14:textId="77777777" w:rsidR="00292F36" w:rsidRDefault="00000000">
            <w:r>
              <w:rPr>
                <w:sz w:val="12"/>
              </w:rPr>
              <w:t>0.1793722</w:t>
            </w:r>
          </w:p>
        </w:tc>
        <w:tc>
          <w:tcPr>
            <w:tcW w:w="564" w:type="dxa"/>
            <w:tcMar>
              <w:top w:w="20" w:type="dxa"/>
              <w:left w:w="50" w:type="dxa"/>
              <w:bottom w:w="20" w:type="dxa"/>
              <w:right w:w="50" w:type="dxa"/>
            </w:tcMar>
          </w:tcPr>
          <w:p w14:paraId="0AB00F36" w14:textId="77777777" w:rsidR="00292F36" w:rsidRDefault="00000000">
            <w:r>
              <w:rPr>
                <w:sz w:val="12"/>
              </w:rPr>
              <w:t>0.06278027</w:t>
            </w:r>
          </w:p>
        </w:tc>
        <w:tc>
          <w:tcPr>
            <w:tcW w:w="564" w:type="dxa"/>
            <w:tcMar>
              <w:top w:w="20" w:type="dxa"/>
              <w:left w:w="50" w:type="dxa"/>
              <w:bottom w:w="20" w:type="dxa"/>
              <w:right w:w="50" w:type="dxa"/>
            </w:tcMar>
          </w:tcPr>
          <w:p w14:paraId="1F4437F3" w14:textId="77777777" w:rsidR="00292F36" w:rsidRDefault="00000000">
            <w:r>
              <w:rPr>
                <w:sz w:val="12"/>
              </w:rPr>
              <w:t>0</w:t>
            </w:r>
          </w:p>
        </w:tc>
        <w:tc>
          <w:tcPr>
            <w:tcW w:w="564" w:type="dxa"/>
            <w:tcMar>
              <w:top w:w="20" w:type="dxa"/>
              <w:left w:w="50" w:type="dxa"/>
              <w:bottom w:w="20" w:type="dxa"/>
              <w:right w:w="50" w:type="dxa"/>
            </w:tcMar>
          </w:tcPr>
          <w:p w14:paraId="17233B00" w14:textId="77777777" w:rsidR="00292F36" w:rsidRDefault="00000000">
            <w:r>
              <w:rPr>
                <w:sz w:val="12"/>
              </w:rPr>
              <w:t>0.31390135</w:t>
            </w:r>
          </w:p>
        </w:tc>
      </w:tr>
      <w:tr w:rsidR="00292F36" w14:paraId="4C7EB018" w14:textId="77777777">
        <w:tc>
          <w:tcPr>
            <w:tcW w:w="564" w:type="dxa"/>
            <w:tcMar>
              <w:top w:w="20" w:type="dxa"/>
              <w:left w:w="50" w:type="dxa"/>
              <w:bottom w:w="20" w:type="dxa"/>
              <w:right w:w="50" w:type="dxa"/>
            </w:tcMar>
          </w:tcPr>
          <w:p w14:paraId="025B8172" w14:textId="77777777" w:rsidR="00292F36" w:rsidRDefault="00000000">
            <w:r>
              <w:rPr>
                <w:sz w:val="12"/>
              </w:rPr>
              <w:t>2020_punta_banda_punta_banda_mid_2</w:t>
            </w:r>
          </w:p>
        </w:tc>
        <w:tc>
          <w:tcPr>
            <w:tcW w:w="564" w:type="dxa"/>
            <w:tcMar>
              <w:top w:w="20" w:type="dxa"/>
              <w:left w:w="50" w:type="dxa"/>
              <w:bottom w:w="20" w:type="dxa"/>
              <w:right w:w="50" w:type="dxa"/>
            </w:tcMar>
          </w:tcPr>
          <w:p w14:paraId="0B81AC0A" w14:textId="77777777" w:rsidR="00292F36" w:rsidRDefault="00000000">
            <w:r>
              <w:rPr>
                <w:sz w:val="12"/>
              </w:rPr>
              <w:t>0.19408222</w:t>
            </w:r>
          </w:p>
        </w:tc>
        <w:tc>
          <w:tcPr>
            <w:tcW w:w="564" w:type="dxa"/>
            <w:tcMar>
              <w:top w:w="20" w:type="dxa"/>
              <w:left w:w="50" w:type="dxa"/>
              <w:bottom w:w="20" w:type="dxa"/>
              <w:right w:w="50" w:type="dxa"/>
            </w:tcMar>
          </w:tcPr>
          <w:p w14:paraId="08B1A2E7" w14:textId="77777777" w:rsidR="00292F36" w:rsidRDefault="00000000">
            <w:r>
              <w:rPr>
                <w:sz w:val="12"/>
              </w:rPr>
              <w:t>0.73126358</w:t>
            </w:r>
          </w:p>
        </w:tc>
        <w:tc>
          <w:tcPr>
            <w:tcW w:w="564" w:type="dxa"/>
            <w:tcMar>
              <w:top w:w="20" w:type="dxa"/>
              <w:left w:w="50" w:type="dxa"/>
              <w:bottom w:w="20" w:type="dxa"/>
              <w:right w:w="50" w:type="dxa"/>
            </w:tcMar>
          </w:tcPr>
          <w:p w14:paraId="21C322EB" w14:textId="77777777" w:rsidR="00292F36" w:rsidRDefault="00000000">
            <w:r>
              <w:rPr>
                <w:sz w:val="12"/>
              </w:rPr>
              <w:t>2020</w:t>
            </w:r>
          </w:p>
        </w:tc>
        <w:tc>
          <w:tcPr>
            <w:tcW w:w="564" w:type="dxa"/>
            <w:tcMar>
              <w:top w:w="20" w:type="dxa"/>
              <w:left w:w="50" w:type="dxa"/>
              <w:bottom w:w="20" w:type="dxa"/>
              <w:right w:w="50" w:type="dxa"/>
            </w:tcMar>
          </w:tcPr>
          <w:p w14:paraId="561F65FE" w14:textId="77777777" w:rsidR="00292F36" w:rsidRDefault="00000000">
            <w:r>
              <w:rPr>
                <w:sz w:val="12"/>
              </w:rPr>
              <w:t>ensenada</w:t>
            </w:r>
          </w:p>
        </w:tc>
        <w:tc>
          <w:tcPr>
            <w:tcW w:w="564" w:type="dxa"/>
            <w:tcMar>
              <w:top w:w="20" w:type="dxa"/>
              <w:left w:w="50" w:type="dxa"/>
              <w:bottom w:w="20" w:type="dxa"/>
              <w:right w:w="50" w:type="dxa"/>
            </w:tcMar>
          </w:tcPr>
          <w:p w14:paraId="0D98A54E" w14:textId="77777777" w:rsidR="00292F36" w:rsidRDefault="00000000">
            <w:r>
              <w:rPr>
                <w:sz w:val="12"/>
              </w:rPr>
              <w:t>North</w:t>
            </w:r>
          </w:p>
        </w:tc>
        <w:tc>
          <w:tcPr>
            <w:tcW w:w="564" w:type="dxa"/>
            <w:tcMar>
              <w:top w:w="20" w:type="dxa"/>
              <w:left w:w="50" w:type="dxa"/>
              <w:bottom w:w="20" w:type="dxa"/>
              <w:right w:w="50" w:type="dxa"/>
            </w:tcMar>
          </w:tcPr>
          <w:p w14:paraId="340A679F" w14:textId="77777777" w:rsidR="00292F36" w:rsidRDefault="00000000">
            <w:r>
              <w:rPr>
                <w:sz w:val="12"/>
              </w:rPr>
              <w:t>punta_banda</w:t>
            </w:r>
          </w:p>
        </w:tc>
        <w:tc>
          <w:tcPr>
            <w:tcW w:w="564" w:type="dxa"/>
            <w:tcMar>
              <w:top w:w="20" w:type="dxa"/>
              <w:left w:w="50" w:type="dxa"/>
              <w:bottom w:w="20" w:type="dxa"/>
              <w:right w:w="50" w:type="dxa"/>
            </w:tcMar>
          </w:tcPr>
          <w:p w14:paraId="0E3600C7" w14:textId="77777777" w:rsidR="00292F36" w:rsidRDefault="00000000">
            <w:r>
              <w:rPr>
                <w:sz w:val="12"/>
              </w:rPr>
              <w:t>punta_banda_mid</w:t>
            </w:r>
          </w:p>
        </w:tc>
        <w:tc>
          <w:tcPr>
            <w:tcW w:w="564" w:type="dxa"/>
            <w:tcMar>
              <w:top w:w="20" w:type="dxa"/>
              <w:left w:w="50" w:type="dxa"/>
              <w:bottom w:w="20" w:type="dxa"/>
              <w:right w:w="50" w:type="dxa"/>
            </w:tcMar>
          </w:tcPr>
          <w:p w14:paraId="48C886BE" w14:textId="77777777" w:rsidR="00292F36" w:rsidRDefault="00000000">
            <w:r>
              <w:rPr>
                <w:sz w:val="12"/>
              </w:rPr>
              <w:t>9</w:t>
            </w:r>
          </w:p>
        </w:tc>
        <w:tc>
          <w:tcPr>
            <w:tcW w:w="564" w:type="dxa"/>
            <w:tcMar>
              <w:top w:w="20" w:type="dxa"/>
              <w:left w:w="50" w:type="dxa"/>
              <w:bottom w:w="20" w:type="dxa"/>
              <w:right w:w="50" w:type="dxa"/>
            </w:tcMar>
          </w:tcPr>
          <w:p w14:paraId="4FE6068E" w14:textId="77777777" w:rsidR="00292F36" w:rsidRDefault="00000000">
            <w:r>
              <w:rPr>
                <w:sz w:val="12"/>
              </w:rPr>
              <w:t>20.6900005</w:t>
            </w:r>
          </w:p>
        </w:tc>
        <w:tc>
          <w:tcPr>
            <w:tcW w:w="564" w:type="dxa"/>
            <w:tcMar>
              <w:top w:w="20" w:type="dxa"/>
              <w:left w:w="50" w:type="dxa"/>
              <w:bottom w:w="20" w:type="dxa"/>
              <w:right w:w="50" w:type="dxa"/>
            </w:tcMar>
          </w:tcPr>
          <w:p w14:paraId="46966621" w14:textId="77777777" w:rsidR="00292F36" w:rsidRDefault="00000000">
            <w:r>
              <w:rPr>
                <w:sz w:val="12"/>
              </w:rPr>
              <w:t>0.22148984</w:t>
            </w:r>
          </w:p>
        </w:tc>
        <w:tc>
          <w:tcPr>
            <w:tcW w:w="564" w:type="dxa"/>
            <w:tcMar>
              <w:top w:w="20" w:type="dxa"/>
              <w:left w:w="50" w:type="dxa"/>
              <w:bottom w:w="20" w:type="dxa"/>
              <w:right w:w="50" w:type="dxa"/>
            </w:tcMar>
          </w:tcPr>
          <w:p w14:paraId="12D8D316" w14:textId="77777777" w:rsidR="00292F36" w:rsidRDefault="00000000">
            <w:r>
              <w:rPr>
                <w:sz w:val="12"/>
              </w:rPr>
              <w:t>0.06467662</w:t>
            </w:r>
          </w:p>
        </w:tc>
        <w:tc>
          <w:tcPr>
            <w:tcW w:w="564" w:type="dxa"/>
            <w:tcMar>
              <w:top w:w="20" w:type="dxa"/>
              <w:left w:w="50" w:type="dxa"/>
              <w:bottom w:w="20" w:type="dxa"/>
              <w:right w:w="50" w:type="dxa"/>
            </w:tcMar>
          </w:tcPr>
          <w:p w14:paraId="2326B754" w14:textId="77777777" w:rsidR="00292F36" w:rsidRDefault="00000000">
            <w:r>
              <w:rPr>
                <w:sz w:val="12"/>
              </w:rPr>
              <w:t>0.02487562</w:t>
            </w:r>
          </w:p>
        </w:tc>
        <w:tc>
          <w:tcPr>
            <w:tcW w:w="564" w:type="dxa"/>
            <w:tcMar>
              <w:top w:w="20" w:type="dxa"/>
              <w:left w:w="50" w:type="dxa"/>
              <w:bottom w:w="20" w:type="dxa"/>
              <w:right w:w="50" w:type="dxa"/>
            </w:tcMar>
          </w:tcPr>
          <w:p w14:paraId="1F53DE2B" w14:textId="77777777" w:rsidR="00292F36" w:rsidRDefault="00000000">
            <w:r>
              <w:rPr>
                <w:sz w:val="12"/>
              </w:rPr>
              <w:t>0</w:t>
            </w:r>
          </w:p>
        </w:tc>
        <w:tc>
          <w:tcPr>
            <w:tcW w:w="564" w:type="dxa"/>
            <w:tcMar>
              <w:top w:w="20" w:type="dxa"/>
              <w:left w:w="50" w:type="dxa"/>
              <w:bottom w:w="20" w:type="dxa"/>
              <w:right w:w="50" w:type="dxa"/>
            </w:tcMar>
          </w:tcPr>
          <w:p w14:paraId="6F7EEA7D" w14:textId="77777777" w:rsidR="00292F36" w:rsidRDefault="00000000">
            <w:r>
              <w:rPr>
                <w:sz w:val="12"/>
              </w:rPr>
              <w:t>0.91044776</w:t>
            </w:r>
          </w:p>
        </w:tc>
        <w:tc>
          <w:tcPr>
            <w:tcW w:w="564" w:type="dxa"/>
            <w:tcMar>
              <w:top w:w="20" w:type="dxa"/>
              <w:left w:w="50" w:type="dxa"/>
              <w:bottom w:w="20" w:type="dxa"/>
              <w:right w:w="50" w:type="dxa"/>
            </w:tcMar>
          </w:tcPr>
          <w:p w14:paraId="72F6B990" w14:textId="77777777" w:rsidR="00292F36" w:rsidRDefault="00000000">
            <w:r>
              <w:rPr>
                <w:sz w:val="12"/>
              </w:rPr>
              <w:t>0</w:t>
            </w:r>
          </w:p>
        </w:tc>
        <w:tc>
          <w:tcPr>
            <w:tcW w:w="564" w:type="dxa"/>
            <w:tcMar>
              <w:top w:w="20" w:type="dxa"/>
              <w:left w:w="50" w:type="dxa"/>
              <w:bottom w:w="20" w:type="dxa"/>
              <w:right w:w="50" w:type="dxa"/>
            </w:tcMar>
          </w:tcPr>
          <w:p w14:paraId="7E39C8C3" w14:textId="77777777" w:rsidR="00292F36" w:rsidRDefault="00000000">
            <w:r>
              <w:rPr>
                <w:sz w:val="12"/>
              </w:rPr>
              <w:t>0</w:t>
            </w:r>
          </w:p>
        </w:tc>
        <w:tc>
          <w:tcPr>
            <w:tcW w:w="564" w:type="dxa"/>
            <w:tcMar>
              <w:top w:w="20" w:type="dxa"/>
              <w:left w:w="50" w:type="dxa"/>
              <w:bottom w:w="20" w:type="dxa"/>
              <w:right w:w="50" w:type="dxa"/>
            </w:tcMar>
          </w:tcPr>
          <w:p w14:paraId="09D7DFFF" w14:textId="77777777" w:rsidR="00292F36" w:rsidRDefault="00000000">
            <w:r>
              <w:rPr>
                <w:sz w:val="12"/>
              </w:rPr>
              <w:t>0</w:t>
            </w:r>
          </w:p>
        </w:tc>
        <w:tc>
          <w:tcPr>
            <w:tcW w:w="564" w:type="dxa"/>
            <w:tcMar>
              <w:top w:w="20" w:type="dxa"/>
              <w:left w:w="50" w:type="dxa"/>
              <w:bottom w:w="20" w:type="dxa"/>
              <w:right w:w="50" w:type="dxa"/>
            </w:tcMar>
          </w:tcPr>
          <w:p w14:paraId="39B8F68E" w14:textId="77777777" w:rsidR="00292F36" w:rsidRDefault="00000000">
            <w:r>
              <w:rPr>
                <w:sz w:val="12"/>
              </w:rPr>
              <w:t>0</w:t>
            </w:r>
          </w:p>
        </w:tc>
        <w:tc>
          <w:tcPr>
            <w:tcW w:w="564" w:type="dxa"/>
            <w:tcMar>
              <w:top w:w="20" w:type="dxa"/>
              <w:left w:w="50" w:type="dxa"/>
              <w:bottom w:w="20" w:type="dxa"/>
              <w:right w:w="50" w:type="dxa"/>
            </w:tcMar>
          </w:tcPr>
          <w:p w14:paraId="07D772EA" w14:textId="77777777" w:rsidR="00292F36" w:rsidRDefault="00000000">
            <w:r>
              <w:rPr>
                <w:sz w:val="12"/>
              </w:rPr>
              <w:t>0.00493827</w:t>
            </w:r>
          </w:p>
        </w:tc>
        <w:tc>
          <w:tcPr>
            <w:tcW w:w="564" w:type="dxa"/>
            <w:tcMar>
              <w:top w:w="20" w:type="dxa"/>
              <w:left w:w="50" w:type="dxa"/>
              <w:bottom w:w="20" w:type="dxa"/>
              <w:right w:w="50" w:type="dxa"/>
            </w:tcMar>
          </w:tcPr>
          <w:p w14:paraId="6F603FDD" w14:textId="77777777" w:rsidR="00292F36" w:rsidRDefault="00000000">
            <w:r>
              <w:rPr>
                <w:sz w:val="12"/>
              </w:rPr>
              <w:t>0.40246914</w:t>
            </w:r>
          </w:p>
        </w:tc>
        <w:tc>
          <w:tcPr>
            <w:tcW w:w="564" w:type="dxa"/>
            <w:tcMar>
              <w:top w:w="20" w:type="dxa"/>
              <w:left w:w="50" w:type="dxa"/>
              <w:bottom w:w="20" w:type="dxa"/>
              <w:right w:w="50" w:type="dxa"/>
            </w:tcMar>
          </w:tcPr>
          <w:p w14:paraId="5A7EFEB7" w14:textId="77777777" w:rsidR="00292F36" w:rsidRDefault="00000000">
            <w:r>
              <w:rPr>
                <w:sz w:val="12"/>
              </w:rPr>
              <w:t>0.04197531</w:t>
            </w:r>
          </w:p>
        </w:tc>
        <w:tc>
          <w:tcPr>
            <w:tcW w:w="564" w:type="dxa"/>
            <w:tcMar>
              <w:top w:w="20" w:type="dxa"/>
              <w:left w:w="50" w:type="dxa"/>
              <w:bottom w:w="20" w:type="dxa"/>
              <w:right w:w="50" w:type="dxa"/>
            </w:tcMar>
          </w:tcPr>
          <w:p w14:paraId="54FE8EDE" w14:textId="77777777" w:rsidR="00292F36" w:rsidRDefault="00000000">
            <w:r>
              <w:rPr>
                <w:sz w:val="12"/>
              </w:rPr>
              <w:t>0.0345679</w:t>
            </w:r>
          </w:p>
        </w:tc>
        <w:tc>
          <w:tcPr>
            <w:tcW w:w="564" w:type="dxa"/>
            <w:tcMar>
              <w:top w:w="20" w:type="dxa"/>
              <w:left w:w="50" w:type="dxa"/>
              <w:bottom w:w="20" w:type="dxa"/>
              <w:right w:w="50" w:type="dxa"/>
            </w:tcMar>
          </w:tcPr>
          <w:p w14:paraId="44BBB310" w14:textId="77777777" w:rsidR="00292F36" w:rsidRDefault="00000000">
            <w:r>
              <w:rPr>
                <w:sz w:val="12"/>
              </w:rPr>
              <w:t>0.00987654</w:t>
            </w:r>
          </w:p>
        </w:tc>
        <w:tc>
          <w:tcPr>
            <w:tcW w:w="564" w:type="dxa"/>
            <w:tcMar>
              <w:top w:w="20" w:type="dxa"/>
              <w:left w:w="50" w:type="dxa"/>
              <w:bottom w:w="20" w:type="dxa"/>
              <w:right w:w="50" w:type="dxa"/>
            </w:tcMar>
          </w:tcPr>
          <w:p w14:paraId="6FD15389" w14:textId="77777777" w:rsidR="00292F36" w:rsidRDefault="00000000">
            <w:r>
              <w:rPr>
                <w:sz w:val="12"/>
              </w:rPr>
              <w:t>0.50617284</w:t>
            </w:r>
          </w:p>
        </w:tc>
      </w:tr>
      <w:tr w:rsidR="00292F36" w14:paraId="3EB5CECD" w14:textId="77777777">
        <w:tc>
          <w:tcPr>
            <w:tcW w:w="564" w:type="dxa"/>
            <w:tcMar>
              <w:top w:w="20" w:type="dxa"/>
              <w:left w:w="50" w:type="dxa"/>
              <w:bottom w:w="20" w:type="dxa"/>
              <w:right w:w="50" w:type="dxa"/>
            </w:tcMar>
          </w:tcPr>
          <w:p w14:paraId="33367631" w14:textId="77777777" w:rsidR="00292F36" w:rsidRDefault="00000000">
            <w:r>
              <w:rPr>
                <w:sz w:val="12"/>
              </w:rPr>
              <w:t>2020_punta_banda_punta_banda_shallow_1</w:t>
            </w:r>
          </w:p>
        </w:tc>
        <w:tc>
          <w:tcPr>
            <w:tcW w:w="564" w:type="dxa"/>
            <w:tcMar>
              <w:top w:w="20" w:type="dxa"/>
              <w:left w:w="50" w:type="dxa"/>
              <w:bottom w:w="20" w:type="dxa"/>
              <w:right w:w="50" w:type="dxa"/>
            </w:tcMar>
          </w:tcPr>
          <w:p w14:paraId="4B60F7BD" w14:textId="77777777" w:rsidR="00292F36" w:rsidRDefault="00000000">
            <w:r>
              <w:rPr>
                <w:sz w:val="12"/>
              </w:rPr>
              <w:t>-0.5759123</w:t>
            </w:r>
          </w:p>
        </w:tc>
        <w:tc>
          <w:tcPr>
            <w:tcW w:w="564" w:type="dxa"/>
            <w:tcMar>
              <w:top w:w="20" w:type="dxa"/>
              <w:left w:w="50" w:type="dxa"/>
              <w:bottom w:w="20" w:type="dxa"/>
              <w:right w:w="50" w:type="dxa"/>
            </w:tcMar>
          </w:tcPr>
          <w:p w14:paraId="620CE181" w14:textId="77777777" w:rsidR="00292F36" w:rsidRDefault="00000000">
            <w:r>
              <w:rPr>
                <w:sz w:val="12"/>
              </w:rPr>
              <w:t>0.25650193</w:t>
            </w:r>
          </w:p>
        </w:tc>
        <w:tc>
          <w:tcPr>
            <w:tcW w:w="564" w:type="dxa"/>
            <w:tcMar>
              <w:top w:w="20" w:type="dxa"/>
              <w:left w:w="50" w:type="dxa"/>
              <w:bottom w:w="20" w:type="dxa"/>
              <w:right w:w="50" w:type="dxa"/>
            </w:tcMar>
          </w:tcPr>
          <w:p w14:paraId="2333F585" w14:textId="77777777" w:rsidR="00292F36" w:rsidRDefault="00000000">
            <w:r>
              <w:rPr>
                <w:sz w:val="12"/>
              </w:rPr>
              <w:t>2020</w:t>
            </w:r>
          </w:p>
        </w:tc>
        <w:tc>
          <w:tcPr>
            <w:tcW w:w="564" w:type="dxa"/>
            <w:tcMar>
              <w:top w:w="20" w:type="dxa"/>
              <w:left w:w="50" w:type="dxa"/>
              <w:bottom w:w="20" w:type="dxa"/>
              <w:right w:w="50" w:type="dxa"/>
            </w:tcMar>
          </w:tcPr>
          <w:p w14:paraId="1B5EB920" w14:textId="77777777" w:rsidR="00292F36" w:rsidRDefault="00000000">
            <w:r>
              <w:rPr>
                <w:sz w:val="12"/>
              </w:rPr>
              <w:t>ensenada</w:t>
            </w:r>
          </w:p>
        </w:tc>
        <w:tc>
          <w:tcPr>
            <w:tcW w:w="564" w:type="dxa"/>
            <w:tcMar>
              <w:top w:w="20" w:type="dxa"/>
              <w:left w:w="50" w:type="dxa"/>
              <w:bottom w:w="20" w:type="dxa"/>
              <w:right w:w="50" w:type="dxa"/>
            </w:tcMar>
          </w:tcPr>
          <w:p w14:paraId="1BF0B0E2" w14:textId="77777777" w:rsidR="00292F36" w:rsidRDefault="00000000">
            <w:r>
              <w:rPr>
                <w:sz w:val="12"/>
              </w:rPr>
              <w:t>North</w:t>
            </w:r>
          </w:p>
        </w:tc>
        <w:tc>
          <w:tcPr>
            <w:tcW w:w="564" w:type="dxa"/>
            <w:tcMar>
              <w:top w:w="20" w:type="dxa"/>
              <w:left w:w="50" w:type="dxa"/>
              <w:bottom w:w="20" w:type="dxa"/>
              <w:right w:w="50" w:type="dxa"/>
            </w:tcMar>
          </w:tcPr>
          <w:p w14:paraId="7BBE80AD" w14:textId="77777777" w:rsidR="00292F36" w:rsidRDefault="00000000">
            <w:r>
              <w:rPr>
                <w:sz w:val="12"/>
              </w:rPr>
              <w:t>punta_banda</w:t>
            </w:r>
          </w:p>
        </w:tc>
        <w:tc>
          <w:tcPr>
            <w:tcW w:w="564" w:type="dxa"/>
            <w:tcMar>
              <w:top w:w="20" w:type="dxa"/>
              <w:left w:w="50" w:type="dxa"/>
              <w:bottom w:w="20" w:type="dxa"/>
              <w:right w:w="50" w:type="dxa"/>
            </w:tcMar>
          </w:tcPr>
          <w:p w14:paraId="565B5DFD" w14:textId="77777777" w:rsidR="00292F36" w:rsidRDefault="00000000">
            <w:r>
              <w:rPr>
                <w:sz w:val="12"/>
              </w:rPr>
              <w:t>punta_banda_shallow</w:t>
            </w:r>
          </w:p>
        </w:tc>
        <w:tc>
          <w:tcPr>
            <w:tcW w:w="564" w:type="dxa"/>
            <w:tcMar>
              <w:top w:w="20" w:type="dxa"/>
              <w:left w:w="50" w:type="dxa"/>
              <w:bottom w:w="20" w:type="dxa"/>
              <w:right w:w="50" w:type="dxa"/>
            </w:tcMar>
          </w:tcPr>
          <w:p w14:paraId="0A319765" w14:textId="77777777" w:rsidR="00292F36" w:rsidRDefault="00000000">
            <w:r>
              <w:rPr>
                <w:sz w:val="12"/>
              </w:rPr>
              <w:t>6</w:t>
            </w:r>
          </w:p>
        </w:tc>
        <w:tc>
          <w:tcPr>
            <w:tcW w:w="564" w:type="dxa"/>
            <w:tcMar>
              <w:top w:w="20" w:type="dxa"/>
              <w:left w:w="50" w:type="dxa"/>
              <w:bottom w:w="20" w:type="dxa"/>
              <w:right w:w="50" w:type="dxa"/>
            </w:tcMar>
          </w:tcPr>
          <w:p w14:paraId="2B89A10F" w14:textId="77777777" w:rsidR="00292F36" w:rsidRDefault="00000000">
            <w:r>
              <w:rPr>
                <w:sz w:val="12"/>
              </w:rPr>
              <w:t>20.6900005</w:t>
            </w:r>
          </w:p>
        </w:tc>
        <w:tc>
          <w:tcPr>
            <w:tcW w:w="564" w:type="dxa"/>
            <w:tcMar>
              <w:top w:w="20" w:type="dxa"/>
              <w:left w:w="50" w:type="dxa"/>
              <w:bottom w:w="20" w:type="dxa"/>
              <w:right w:w="50" w:type="dxa"/>
            </w:tcMar>
          </w:tcPr>
          <w:p w14:paraId="59F48C19" w14:textId="77777777" w:rsidR="00292F36" w:rsidRDefault="00000000">
            <w:r>
              <w:rPr>
                <w:sz w:val="12"/>
              </w:rPr>
              <w:t>0.22148984</w:t>
            </w:r>
          </w:p>
        </w:tc>
        <w:tc>
          <w:tcPr>
            <w:tcW w:w="564" w:type="dxa"/>
            <w:tcMar>
              <w:top w:w="20" w:type="dxa"/>
              <w:left w:w="50" w:type="dxa"/>
              <w:bottom w:w="20" w:type="dxa"/>
              <w:right w:w="50" w:type="dxa"/>
            </w:tcMar>
          </w:tcPr>
          <w:p w14:paraId="15AF7825" w14:textId="77777777" w:rsidR="00292F36" w:rsidRDefault="00000000">
            <w:r>
              <w:rPr>
                <w:sz w:val="12"/>
              </w:rPr>
              <w:t>0.85333333</w:t>
            </w:r>
          </w:p>
        </w:tc>
        <w:tc>
          <w:tcPr>
            <w:tcW w:w="564" w:type="dxa"/>
            <w:tcMar>
              <w:top w:w="20" w:type="dxa"/>
              <w:left w:w="50" w:type="dxa"/>
              <w:bottom w:w="20" w:type="dxa"/>
              <w:right w:w="50" w:type="dxa"/>
            </w:tcMar>
          </w:tcPr>
          <w:p w14:paraId="07A0EDD9" w14:textId="77777777" w:rsidR="00292F36" w:rsidRDefault="00000000">
            <w:r>
              <w:rPr>
                <w:sz w:val="12"/>
              </w:rPr>
              <w:t>0.14666667</w:t>
            </w:r>
          </w:p>
        </w:tc>
        <w:tc>
          <w:tcPr>
            <w:tcW w:w="564" w:type="dxa"/>
            <w:tcMar>
              <w:top w:w="20" w:type="dxa"/>
              <w:left w:w="50" w:type="dxa"/>
              <w:bottom w:w="20" w:type="dxa"/>
              <w:right w:w="50" w:type="dxa"/>
            </w:tcMar>
          </w:tcPr>
          <w:p w14:paraId="43D15F78" w14:textId="77777777" w:rsidR="00292F36" w:rsidRDefault="00000000">
            <w:r>
              <w:rPr>
                <w:sz w:val="12"/>
              </w:rPr>
              <w:t>0</w:t>
            </w:r>
          </w:p>
        </w:tc>
        <w:tc>
          <w:tcPr>
            <w:tcW w:w="564" w:type="dxa"/>
            <w:tcMar>
              <w:top w:w="20" w:type="dxa"/>
              <w:left w:w="50" w:type="dxa"/>
              <w:bottom w:w="20" w:type="dxa"/>
              <w:right w:w="50" w:type="dxa"/>
            </w:tcMar>
          </w:tcPr>
          <w:p w14:paraId="52485CED" w14:textId="77777777" w:rsidR="00292F36" w:rsidRDefault="00000000">
            <w:r>
              <w:rPr>
                <w:sz w:val="12"/>
              </w:rPr>
              <w:t>0</w:t>
            </w:r>
          </w:p>
        </w:tc>
        <w:tc>
          <w:tcPr>
            <w:tcW w:w="564" w:type="dxa"/>
            <w:tcMar>
              <w:top w:w="20" w:type="dxa"/>
              <w:left w:w="50" w:type="dxa"/>
              <w:bottom w:w="20" w:type="dxa"/>
              <w:right w:w="50" w:type="dxa"/>
            </w:tcMar>
          </w:tcPr>
          <w:p w14:paraId="3D21E43D" w14:textId="77777777" w:rsidR="00292F36" w:rsidRDefault="00000000">
            <w:r>
              <w:rPr>
                <w:sz w:val="12"/>
              </w:rPr>
              <w:t>0</w:t>
            </w:r>
          </w:p>
        </w:tc>
        <w:tc>
          <w:tcPr>
            <w:tcW w:w="564" w:type="dxa"/>
            <w:tcMar>
              <w:top w:w="20" w:type="dxa"/>
              <w:left w:w="50" w:type="dxa"/>
              <w:bottom w:w="20" w:type="dxa"/>
              <w:right w:w="50" w:type="dxa"/>
            </w:tcMar>
          </w:tcPr>
          <w:p w14:paraId="583DC077" w14:textId="77777777" w:rsidR="00292F36" w:rsidRDefault="00000000">
            <w:r>
              <w:rPr>
                <w:sz w:val="12"/>
              </w:rPr>
              <w:t>0</w:t>
            </w:r>
          </w:p>
        </w:tc>
        <w:tc>
          <w:tcPr>
            <w:tcW w:w="564" w:type="dxa"/>
            <w:tcMar>
              <w:top w:w="20" w:type="dxa"/>
              <w:left w:w="50" w:type="dxa"/>
              <w:bottom w:w="20" w:type="dxa"/>
              <w:right w:w="50" w:type="dxa"/>
            </w:tcMar>
          </w:tcPr>
          <w:p w14:paraId="540D79EF" w14:textId="77777777" w:rsidR="00292F36" w:rsidRDefault="00000000">
            <w:r>
              <w:rPr>
                <w:sz w:val="12"/>
              </w:rPr>
              <w:t>0</w:t>
            </w:r>
          </w:p>
        </w:tc>
        <w:tc>
          <w:tcPr>
            <w:tcW w:w="564" w:type="dxa"/>
            <w:tcMar>
              <w:top w:w="20" w:type="dxa"/>
              <w:left w:w="50" w:type="dxa"/>
              <w:bottom w:w="20" w:type="dxa"/>
              <w:right w:w="50" w:type="dxa"/>
            </w:tcMar>
          </w:tcPr>
          <w:p w14:paraId="240BA476" w14:textId="77777777" w:rsidR="00292F36" w:rsidRDefault="00000000">
            <w:r>
              <w:rPr>
                <w:sz w:val="12"/>
              </w:rPr>
              <w:t>0</w:t>
            </w:r>
          </w:p>
        </w:tc>
        <w:tc>
          <w:tcPr>
            <w:tcW w:w="564" w:type="dxa"/>
            <w:tcMar>
              <w:top w:w="20" w:type="dxa"/>
              <w:left w:w="50" w:type="dxa"/>
              <w:bottom w:w="20" w:type="dxa"/>
              <w:right w:w="50" w:type="dxa"/>
            </w:tcMar>
          </w:tcPr>
          <w:p w14:paraId="6DB10626" w14:textId="77777777" w:rsidR="00292F36" w:rsidRDefault="00000000">
            <w:r>
              <w:rPr>
                <w:sz w:val="12"/>
              </w:rPr>
              <w:t>0</w:t>
            </w:r>
          </w:p>
        </w:tc>
        <w:tc>
          <w:tcPr>
            <w:tcW w:w="564" w:type="dxa"/>
            <w:tcMar>
              <w:top w:w="20" w:type="dxa"/>
              <w:left w:w="50" w:type="dxa"/>
              <w:bottom w:w="20" w:type="dxa"/>
              <w:right w:w="50" w:type="dxa"/>
            </w:tcMar>
          </w:tcPr>
          <w:p w14:paraId="3B45E45A" w14:textId="77777777" w:rsidR="00292F36" w:rsidRDefault="00000000">
            <w:r>
              <w:rPr>
                <w:sz w:val="12"/>
              </w:rPr>
              <w:t>0.18574109</w:t>
            </w:r>
          </w:p>
        </w:tc>
        <w:tc>
          <w:tcPr>
            <w:tcW w:w="564" w:type="dxa"/>
            <w:tcMar>
              <w:top w:w="20" w:type="dxa"/>
              <w:left w:w="50" w:type="dxa"/>
              <w:bottom w:w="20" w:type="dxa"/>
              <w:right w:w="50" w:type="dxa"/>
            </w:tcMar>
          </w:tcPr>
          <w:p w14:paraId="035636FA" w14:textId="77777777" w:rsidR="00292F36" w:rsidRDefault="00000000">
            <w:r>
              <w:rPr>
                <w:sz w:val="12"/>
              </w:rPr>
              <w:t>0.04315197</w:t>
            </w:r>
          </w:p>
        </w:tc>
        <w:tc>
          <w:tcPr>
            <w:tcW w:w="564" w:type="dxa"/>
            <w:tcMar>
              <w:top w:w="20" w:type="dxa"/>
              <w:left w:w="50" w:type="dxa"/>
              <w:bottom w:w="20" w:type="dxa"/>
              <w:right w:w="50" w:type="dxa"/>
            </w:tcMar>
          </w:tcPr>
          <w:p w14:paraId="1D87C5FA" w14:textId="77777777" w:rsidR="00292F36" w:rsidRDefault="00000000">
            <w:r>
              <w:rPr>
                <w:sz w:val="12"/>
              </w:rPr>
              <w:t>0.00562852</w:t>
            </w:r>
          </w:p>
        </w:tc>
        <w:tc>
          <w:tcPr>
            <w:tcW w:w="564" w:type="dxa"/>
            <w:tcMar>
              <w:top w:w="20" w:type="dxa"/>
              <w:left w:w="50" w:type="dxa"/>
              <w:bottom w:w="20" w:type="dxa"/>
              <w:right w:w="50" w:type="dxa"/>
            </w:tcMar>
          </w:tcPr>
          <w:p w14:paraId="7CC2C149" w14:textId="77777777" w:rsidR="00292F36" w:rsidRDefault="00000000">
            <w:r>
              <w:rPr>
                <w:sz w:val="12"/>
              </w:rPr>
              <w:t>0.01688555</w:t>
            </w:r>
          </w:p>
        </w:tc>
        <w:tc>
          <w:tcPr>
            <w:tcW w:w="564" w:type="dxa"/>
            <w:tcMar>
              <w:top w:w="20" w:type="dxa"/>
              <w:left w:w="50" w:type="dxa"/>
              <w:bottom w:w="20" w:type="dxa"/>
              <w:right w:w="50" w:type="dxa"/>
            </w:tcMar>
          </w:tcPr>
          <w:p w14:paraId="567E19EF" w14:textId="77777777" w:rsidR="00292F36" w:rsidRDefault="00000000">
            <w:r>
              <w:rPr>
                <w:sz w:val="12"/>
              </w:rPr>
              <w:t>0.74859287</w:t>
            </w:r>
          </w:p>
        </w:tc>
      </w:tr>
      <w:tr w:rsidR="00292F36" w14:paraId="3E3E992F" w14:textId="77777777">
        <w:tc>
          <w:tcPr>
            <w:tcW w:w="564" w:type="dxa"/>
            <w:tcMar>
              <w:top w:w="20" w:type="dxa"/>
              <w:left w:w="50" w:type="dxa"/>
              <w:bottom w:w="20" w:type="dxa"/>
              <w:right w:w="50" w:type="dxa"/>
            </w:tcMar>
          </w:tcPr>
          <w:p w14:paraId="5FCB544E" w14:textId="77777777" w:rsidR="00292F36" w:rsidRDefault="00000000">
            <w:r>
              <w:rPr>
                <w:sz w:val="12"/>
              </w:rPr>
              <w:t>2020_punta_banda_punta_banda_shallow_2</w:t>
            </w:r>
          </w:p>
        </w:tc>
        <w:tc>
          <w:tcPr>
            <w:tcW w:w="564" w:type="dxa"/>
            <w:tcMar>
              <w:top w:w="20" w:type="dxa"/>
              <w:left w:w="50" w:type="dxa"/>
              <w:bottom w:w="20" w:type="dxa"/>
              <w:right w:w="50" w:type="dxa"/>
            </w:tcMar>
          </w:tcPr>
          <w:p w14:paraId="166E1944" w14:textId="77777777" w:rsidR="00292F36" w:rsidRDefault="00000000">
            <w:r>
              <w:rPr>
                <w:sz w:val="12"/>
              </w:rPr>
              <w:t>-0.2493621</w:t>
            </w:r>
          </w:p>
        </w:tc>
        <w:tc>
          <w:tcPr>
            <w:tcW w:w="564" w:type="dxa"/>
            <w:tcMar>
              <w:top w:w="20" w:type="dxa"/>
              <w:left w:w="50" w:type="dxa"/>
              <w:bottom w:w="20" w:type="dxa"/>
              <w:right w:w="50" w:type="dxa"/>
            </w:tcMar>
          </w:tcPr>
          <w:p w14:paraId="18CC12E2" w14:textId="77777777" w:rsidR="00292F36" w:rsidRDefault="00000000">
            <w:r>
              <w:rPr>
                <w:sz w:val="12"/>
              </w:rPr>
              <w:t>0.69090668</w:t>
            </w:r>
          </w:p>
        </w:tc>
        <w:tc>
          <w:tcPr>
            <w:tcW w:w="564" w:type="dxa"/>
            <w:tcMar>
              <w:top w:w="20" w:type="dxa"/>
              <w:left w:w="50" w:type="dxa"/>
              <w:bottom w:w="20" w:type="dxa"/>
              <w:right w:w="50" w:type="dxa"/>
            </w:tcMar>
          </w:tcPr>
          <w:p w14:paraId="67FD1F06" w14:textId="77777777" w:rsidR="00292F36" w:rsidRDefault="00000000">
            <w:r>
              <w:rPr>
                <w:sz w:val="12"/>
              </w:rPr>
              <w:t>2020</w:t>
            </w:r>
          </w:p>
        </w:tc>
        <w:tc>
          <w:tcPr>
            <w:tcW w:w="564" w:type="dxa"/>
            <w:tcMar>
              <w:top w:w="20" w:type="dxa"/>
              <w:left w:w="50" w:type="dxa"/>
              <w:bottom w:w="20" w:type="dxa"/>
              <w:right w:w="50" w:type="dxa"/>
            </w:tcMar>
          </w:tcPr>
          <w:p w14:paraId="749C087C" w14:textId="77777777" w:rsidR="00292F36" w:rsidRDefault="00000000">
            <w:r>
              <w:rPr>
                <w:sz w:val="12"/>
              </w:rPr>
              <w:t>ensenada</w:t>
            </w:r>
          </w:p>
        </w:tc>
        <w:tc>
          <w:tcPr>
            <w:tcW w:w="564" w:type="dxa"/>
            <w:tcMar>
              <w:top w:w="20" w:type="dxa"/>
              <w:left w:w="50" w:type="dxa"/>
              <w:bottom w:w="20" w:type="dxa"/>
              <w:right w:w="50" w:type="dxa"/>
            </w:tcMar>
          </w:tcPr>
          <w:p w14:paraId="20FE7F0D" w14:textId="77777777" w:rsidR="00292F36" w:rsidRDefault="00000000">
            <w:r>
              <w:rPr>
                <w:sz w:val="12"/>
              </w:rPr>
              <w:t>North</w:t>
            </w:r>
          </w:p>
        </w:tc>
        <w:tc>
          <w:tcPr>
            <w:tcW w:w="564" w:type="dxa"/>
            <w:tcMar>
              <w:top w:w="20" w:type="dxa"/>
              <w:left w:w="50" w:type="dxa"/>
              <w:bottom w:w="20" w:type="dxa"/>
              <w:right w:w="50" w:type="dxa"/>
            </w:tcMar>
          </w:tcPr>
          <w:p w14:paraId="5E5CCEE4" w14:textId="77777777" w:rsidR="00292F36" w:rsidRDefault="00000000">
            <w:r>
              <w:rPr>
                <w:sz w:val="12"/>
              </w:rPr>
              <w:t>punta_banda</w:t>
            </w:r>
          </w:p>
        </w:tc>
        <w:tc>
          <w:tcPr>
            <w:tcW w:w="564" w:type="dxa"/>
            <w:tcMar>
              <w:top w:w="20" w:type="dxa"/>
              <w:left w:w="50" w:type="dxa"/>
              <w:bottom w:w="20" w:type="dxa"/>
              <w:right w:w="50" w:type="dxa"/>
            </w:tcMar>
          </w:tcPr>
          <w:p w14:paraId="2979F15F" w14:textId="77777777" w:rsidR="00292F36" w:rsidRDefault="00000000">
            <w:r>
              <w:rPr>
                <w:sz w:val="12"/>
              </w:rPr>
              <w:t>punta_banda_shallow</w:t>
            </w:r>
          </w:p>
        </w:tc>
        <w:tc>
          <w:tcPr>
            <w:tcW w:w="564" w:type="dxa"/>
            <w:tcMar>
              <w:top w:w="20" w:type="dxa"/>
              <w:left w:w="50" w:type="dxa"/>
              <w:bottom w:w="20" w:type="dxa"/>
              <w:right w:w="50" w:type="dxa"/>
            </w:tcMar>
          </w:tcPr>
          <w:p w14:paraId="462D9C9B" w14:textId="77777777" w:rsidR="00292F36" w:rsidRDefault="00000000">
            <w:r>
              <w:rPr>
                <w:sz w:val="12"/>
              </w:rPr>
              <w:t>6</w:t>
            </w:r>
          </w:p>
        </w:tc>
        <w:tc>
          <w:tcPr>
            <w:tcW w:w="564" w:type="dxa"/>
            <w:tcMar>
              <w:top w:w="20" w:type="dxa"/>
              <w:left w:w="50" w:type="dxa"/>
              <w:bottom w:w="20" w:type="dxa"/>
              <w:right w:w="50" w:type="dxa"/>
            </w:tcMar>
          </w:tcPr>
          <w:p w14:paraId="5EDDD101" w14:textId="77777777" w:rsidR="00292F36" w:rsidRDefault="00000000">
            <w:r>
              <w:rPr>
                <w:sz w:val="12"/>
              </w:rPr>
              <w:t>20.6900005</w:t>
            </w:r>
          </w:p>
        </w:tc>
        <w:tc>
          <w:tcPr>
            <w:tcW w:w="564" w:type="dxa"/>
            <w:tcMar>
              <w:top w:w="20" w:type="dxa"/>
              <w:left w:w="50" w:type="dxa"/>
              <w:bottom w:w="20" w:type="dxa"/>
              <w:right w:w="50" w:type="dxa"/>
            </w:tcMar>
          </w:tcPr>
          <w:p w14:paraId="7EA80660" w14:textId="77777777" w:rsidR="00292F36" w:rsidRDefault="00000000">
            <w:r>
              <w:rPr>
                <w:sz w:val="12"/>
              </w:rPr>
              <w:t>0.22148984</w:t>
            </w:r>
          </w:p>
        </w:tc>
        <w:tc>
          <w:tcPr>
            <w:tcW w:w="564" w:type="dxa"/>
            <w:tcMar>
              <w:top w:w="20" w:type="dxa"/>
              <w:left w:w="50" w:type="dxa"/>
              <w:bottom w:w="20" w:type="dxa"/>
              <w:right w:w="50" w:type="dxa"/>
            </w:tcMar>
          </w:tcPr>
          <w:p w14:paraId="0F098A1D" w14:textId="77777777" w:rsidR="00292F36" w:rsidRDefault="00000000">
            <w:r>
              <w:rPr>
                <w:sz w:val="12"/>
              </w:rPr>
              <w:t>0.31858407</w:t>
            </w:r>
          </w:p>
        </w:tc>
        <w:tc>
          <w:tcPr>
            <w:tcW w:w="564" w:type="dxa"/>
            <w:tcMar>
              <w:top w:w="20" w:type="dxa"/>
              <w:left w:w="50" w:type="dxa"/>
              <w:bottom w:w="20" w:type="dxa"/>
              <w:right w:w="50" w:type="dxa"/>
            </w:tcMar>
          </w:tcPr>
          <w:p w14:paraId="7C0429F6" w14:textId="77777777" w:rsidR="00292F36" w:rsidRDefault="00000000">
            <w:r>
              <w:rPr>
                <w:sz w:val="12"/>
              </w:rPr>
              <w:t>0.53982301</w:t>
            </w:r>
          </w:p>
        </w:tc>
        <w:tc>
          <w:tcPr>
            <w:tcW w:w="564" w:type="dxa"/>
            <w:tcMar>
              <w:top w:w="20" w:type="dxa"/>
              <w:left w:w="50" w:type="dxa"/>
              <w:bottom w:w="20" w:type="dxa"/>
              <w:right w:w="50" w:type="dxa"/>
            </w:tcMar>
          </w:tcPr>
          <w:p w14:paraId="46CAC1BF" w14:textId="77777777" w:rsidR="00292F36" w:rsidRDefault="00000000">
            <w:r>
              <w:rPr>
                <w:sz w:val="12"/>
              </w:rPr>
              <w:t>0.14159292</w:t>
            </w:r>
          </w:p>
        </w:tc>
        <w:tc>
          <w:tcPr>
            <w:tcW w:w="564" w:type="dxa"/>
            <w:tcMar>
              <w:top w:w="20" w:type="dxa"/>
              <w:left w:w="50" w:type="dxa"/>
              <w:bottom w:w="20" w:type="dxa"/>
              <w:right w:w="50" w:type="dxa"/>
            </w:tcMar>
          </w:tcPr>
          <w:p w14:paraId="6B778E22" w14:textId="77777777" w:rsidR="00292F36" w:rsidRDefault="00000000">
            <w:r>
              <w:rPr>
                <w:sz w:val="12"/>
              </w:rPr>
              <w:t>0</w:t>
            </w:r>
          </w:p>
        </w:tc>
        <w:tc>
          <w:tcPr>
            <w:tcW w:w="564" w:type="dxa"/>
            <w:tcMar>
              <w:top w:w="20" w:type="dxa"/>
              <w:left w:w="50" w:type="dxa"/>
              <w:bottom w:w="20" w:type="dxa"/>
              <w:right w:w="50" w:type="dxa"/>
            </w:tcMar>
          </w:tcPr>
          <w:p w14:paraId="64948EB5" w14:textId="77777777" w:rsidR="00292F36" w:rsidRDefault="00000000">
            <w:r>
              <w:rPr>
                <w:sz w:val="12"/>
              </w:rPr>
              <w:t>0</w:t>
            </w:r>
          </w:p>
        </w:tc>
        <w:tc>
          <w:tcPr>
            <w:tcW w:w="564" w:type="dxa"/>
            <w:tcMar>
              <w:top w:w="20" w:type="dxa"/>
              <w:left w:w="50" w:type="dxa"/>
              <w:bottom w:w="20" w:type="dxa"/>
              <w:right w:w="50" w:type="dxa"/>
            </w:tcMar>
          </w:tcPr>
          <w:p w14:paraId="3233A639" w14:textId="77777777" w:rsidR="00292F36" w:rsidRDefault="00000000">
            <w:r>
              <w:rPr>
                <w:sz w:val="12"/>
              </w:rPr>
              <w:t>0</w:t>
            </w:r>
          </w:p>
        </w:tc>
        <w:tc>
          <w:tcPr>
            <w:tcW w:w="564" w:type="dxa"/>
            <w:tcMar>
              <w:top w:w="20" w:type="dxa"/>
              <w:left w:w="50" w:type="dxa"/>
              <w:bottom w:w="20" w:type="dxa"/>
              <w:right w:w="50" w:type="dxa"/>
            </w:tcMar>
          </w:tcPr>
          <w:p w14:paraId="027CA4D7" w14:textId="77777777" w:rsidR="00292F36" w:rsidRDefault="00000000">
            <w:r>
              <w:rPr>
                <w:sz w:val="12"/>
              </w:rPr>
              <w:t>0</w:t>
            </w:r>
          </w:p>
        </w:tc>
        <w:tc>
          <w:tcPr>
            <w:tcW w:w="564" w:type="dxa"/>
            <w:tcMar>
              <w:top w:w="20" w:type="dxa"/>
              <w:left w:w="50" w:type="dxa"/>
              <w:bottom w:w="20" w:type="dxa"/>
              <w:right w:w="50" w:type="dxa"/>
            </w:tcMar>
          </w:tcPr>
          <w:p w14:paraId="02CC6E34" w14:textId="77777777" w:rsidR="00292F36" w:rsidRDefault="00000000">
            <w:r>
              <w:rPr>
                <w:sz w:val="12"/>
              </w:rPr>
              <w:t>0</w:t>
            </w:r>
          </w:p>
        </w:tc>
        <w:tc>
          <w:tcPr>
            <w:tcW w:w="564" w:type="dxa"/>
            <w:tcMar>
              <w:top w:w="20" w:type="dxa"/>
              <w:left w:w="50" w:type="dxa"/>
              <w:bottom w:w="20" w:type="dxa"/>
              <w:right w:w="50" w:type="dxa"/>
            </w:tcMar>
          </w:tcPr>
          <w:p w14:paraId="77AC66CE" w14:textId="77777777" w:rsidR="00292F36" w:rsidRDefault="00000000">
            <w:r>
              <w:rPr>
                <w:sz w:val="12"/>
              </w:rPr>
              <w:t>0</w:t>
            </w:r>
          </w:p>
        </w:tc>
        <w:tc>
          <w:tcPr>
            <w:tcW w:w="564" w:type="dxa"/>
            <w:tcMar>
              <w:top w:w="20" w:type="dxa"/>
              <w:left w:w="50" w:type="dxa"/>
              <w:bottom w:w="20" w:type="dxa"/>
              <w:right w:w="50" w:type="dxa"/>
            </w:tcMar>
          </w:tcPr>
          <w:p w14:paraId="2BF0DA3A" w14:textId="77777777" w:rsidR="00292F36" w:rsidRDefault="00000000">
            <w:r>
              <w:rPr>
                <w:sz w:val="12"/>
              </w:rPr>
              <w:t>0.06098742</w:t>
            </w:r>
          </w:p>
        </w:tc>
        <w:tc>
          <w:tcPr>
            <w:tcW w:w="564" w:type="dxa"/>
            <w:tcMar>
              <w:top w:w="20" w:type="dxa"/>
              <w:left w:w="50" w:type="dxa"/>
              <w:bottom w:w="20" w:type="dxa"/>
              <w:right w:w="50" w:type="dxa"/>
            </w:tcMar>
          </w:tcPr>
          <w:p w14:paraId="51F0BCC2" w14:textId="77777777" w:rsidR="00292F36" w:rsidRDefault="00000000">
            <w:r>
              <w:rPr>
                <w:sz w:val="12"/>
              </w:rPr>
              <w:t>0.0106486</w:t>
            </w:r>
          </w:p>
        </w:tc>
        <w:tc>
          <w:tcPr>
            <w:tcW w:w="564" w:type="dxa"/>
            <w:tcMar>
              <w:top w:w="20" w:type="dxa"/>
              <w:left w:w="50" w:type="dxa"/>
              <w:bottom w:w="20" w:type="dxa"/>
              <w:right w:w="50" w:type="dxa"/>
            </w:tcMar>
          </w:tcPr>
          <w:p w14:paraId="1B864894" w14:textId="77777777" w:rsidR="00292F36" w:rsidRDefault="00000000">
            <w:r>
              <w:rPr>
                <w:sz w:val="12"/>
              </w:rPr>
              <w:t>0.00048403</w:t>
            </w:r>
          </w:p>
        </w:tc>
        <w:tc>
          <w:tcPr>
            <w:tcW w:w="564" w:type="dxa"/>
            <w:tcMar>
              <w:top w:w="20" w:type="dxa"/>
              <w:left w:w="50" w:type="dxa"/>
              <w:bottom w:w="20" w:type="dxa"/>
              <w:right w:w="50" w:type="dxa"/>
            </w:tcMar>
          </w:tcPr>
          <w:p w14:paraId="099B110A" w14:textId="77777777" w:rsidR="00292F36" w:rsidRDefault="00000000">
            <w:r>
              <w:rPr>
                <w:sz w:val="12"/>
              </w:rPr>
              <w:t>0.00338819</w:t>
            </w:r>
          </w:p>
        </w:tc>
        <w:tc>
          <w:tcPr>
            <w:tcW w:w="564" w:type="dxa"/>
            <w:tcMar>
              <w:top w:w="20" w:type="dxa"/>
              <w:left w:w="50" w:type="dxa"/>
              <w:bottom w:w="20" w:type="dxa"/>
              <w:right w:w="50" w:type="dxa"/>
            </w:tcMar>
          </w:tcPr>
          <w:p w14:paraId="1CE953BF" w14:textId="77777777" w:rsidR="00292F36" w:rsidRDefault="00000000">
            <w:r>
              <w:rPr>
                <w:sz w:val="12"/>
              </w:rPr>
              <w:t>0.92449177</w:t>
            </w:r>
          </w:p>
        </w:tc>
      </w:tr>
      <w:tr w:rsidR="00292F36" w14:paraId="7F34071A" w14:textId="77777777">
        <w:tc>
          <w:tcPr>
            <w:tcW w:w="564" w:type="dxa"/>
            <w:tcMar>
              <w:top w:w="20" w:type="dxa"/>
              <w:left w:w="50" w:type="dxa"/>
              <w:bottom w:w="20" w:type="dxa"/>
              <w:right w:w="50" w:type="dxa"/>
            </w:tcMar>
          </w:tcPr>
          <w:p w14:paraId="02876EE7" w14:textId="77777777" w:rsidR="00292F36" w:rsidRDefault="00000000">
            <w:r>
              <w:rPr>
                <w:sz w:val="12"/>
              </w:rPr>
              <w:t>2020_san_miguel_san_miguel_north_deep_1</w:t>
            </w:r>
          </w:p>
        </w:tc>
        <w:tc>
          <w:tcPr>
            <w:tcW w:w="564" w:type="dxa"/>
            <w:tcMar>
              <w:top w:w="20" w:type="dxa"/>
              <w:left w:w="50" w:type="dxa"/>
              <w:bottom w:w="20" w:type="dxa"/>
              <w:right w:w="50" w:type="dxa"/>
            </w:tcMar>
          </w:tcPr>
          <w:p w14:paraId="20B64AB1" w14:textId="77777777" w:rsidR="00292F36" w:rsidRDefault="00000000">
            <w:r>
              <w:rPr>
                <w:sz w:val="12"/>
              </w:rPr>
              <w:t>0.63421701</w:t>
            </w:r>
          </w:p>
        </w:tc>
        <w:tc>
          <w:tcPr>
            <w:tcW w:w="564" w:type="dxa"/>
            <w:tcMar>
              <w:top w:w="20" w:type="dxa"/>
              <w:left w:w="50" w:type="dxa"/>
              <w:bottom w:w="20" w:type="dxa"/>
              <w:right w:w="50" w:type="dxa"/>
            </w:tcMar>
          </w:tcPr>
          <w:p w14:paraId="0C5C39AE" w14:textId="77777777" w:rsidR="00292F36" w:rsidRDefault="00000000">
            <w:r>
              <w:rPr>
                <w:sz w:val="12"/>
              </w:rPr>
              <w:t>-0.6312212</w:t>
            </w:r>
          </w:p>
        </w:tc>
        <w:tc>
          <w:tcPr>
            <w:tcW w:w="564" w:type="dxa"/>
            <w:tcMar>
              <w:top w:w="20" w:type="dxa"/>
              <w:left w:w="50" w:type="dxa"/>
              <w:bottom w:w="20" w:type="dxa"/>
              <w:right w:w="50" w:type="dxa"/>
            </w:tcMar>
          </w:tcPr>
          <w:p w14:paraId="491D765E" w14:textId="77777777" w:rsidR="00292F36" w:rsidRDefault="00000000">
            <w:r>
              <w:rPr>
                <w:sz w:val="12"/>
              </w:rPr>
              <w:t>2020</w:t>
            </w:r>
          </w:p>
        </w:tc>
        <w:tc>
          <w:tcPr>
            <w:tcW w:w="564" w:type="dxa"/>
            <w:tcMar>
              <w:top w:w="20" w:type="dxa"/>
              <w:left w:w="50" w:type="dxa"/>
              <w:bottom w:w="20" w:type="dxa"/>
              <w:right w:w="50" w:type="dxa"/>
            </w:tcMar>
          </w:tcPr>
          <w:p w14:paraId="0A52C9CC" w14:textId="77777777" w:rsidR="00292F36" w:rsidRDefault="00000000">
            <w:r>
              <w:rPr>
                <w:sz w:val="12"/>
              </w:rPr>
              <w:t>ensenada</w:t>
            </w:r>
          </w:p>
        </w:tc>
        <w:tc>
          <w:tcPr>
            <w:tcW w:w="564" w:type="dxa"/>
            <w:tcMar>
              <w:top w:w="20" w:type="dxa"/>
              <w:left w:w="50" w:type="dxa"/>
              <w:bottom w:w="20" w:type="dxa"/>
              <w:right w:w="50" w:type="dxa"/>
            </w:tcMar>
          </w:tcPr>
          <w:p w14:paraId="25143BD4" w14:textId="77777777" w:rsidR="00292F36" w:rsidRDefault="00000000">
            <w:r>
              <w:rPr>
                <w:sz w:val="12"/>
              </w:rPr>
              <w:t>North</w:t>
            </w:r>
          </w:p>
        </w:tc>
        <w:tc>
          <w:tcPr>
            <w:tcW w:w="564" w:type="dxa"/>
            <w:tcMar>
              <w:top w:w="20" w:type="dxa"/>
              <w:left w:w="50" w:type="dxa"/>
              <w:bottom w:w="20" w:type="dxa"/>
              <w:right w:w="50" w:type="dxa"/>
            </w:tcMar>
          </w:tcPr>
          <w:p w14:paraId="1447E7A5" w14:textId="77777777" w:rsidR="00292F36" w:rsidRDefault="00000000">
            <w:r>
              <w:rPr>
                <w:sz w:val="12"/>
              </w:rPr>
              <w:t>san_miguel</w:t>
            </w:r>
          </w:p>
        </w:tc>
        <w:tc>
          <w:tcPr>
            <w:tcW w:w="564" w:type="dxa"/>
            <w:tcMar>
              <w:top w:w="20" w:type="dxa"/>
              <w:left w:w="50" w:type="dxa"/>
              <w:bottom w:w="20" w:type="dxa"/>
              <w:right w:w="50" w:type="dxa"/>
            </w:tcMar>
          </w:tcPr>
          <w:p w14:paraId="258E5E30" w14:textId="77777777" w:rsidR="00292F36" w:rsidRDefault="00000000">
            <w:r>
              <w:rPr>
                <w:sz w:val="12"/>
              </w:rPr>
              <w:t>san_miguel_north_deep</w:t>
            </w:r>
          </w:p>
        </w:tc>
        <w:tc>
          <w:tcPr>
            <w:tcW w:w="564" w:type="dxa"/>
            <w:tcMar>
              <w:top w:w="20" w:type="dxa"/>
              <w:left w:w="50" w:type="dxa"/>
              <w:bottom w:w="20" w:type="dxa"/>
              <w:right w:w="50" w:type="dxa"/>
            </w:tcMar>
          </w:tcPr>
          <w:p w14:paraId="61C02895" w14:textId="77777777" w:rsidR="00292F36" w:rsidRDefault="00000000">
            <w:r>
              <w:rPr>
                <w:sz w:val="12"/>
              </w:rPr>
              <w:t>16</w:t>
            </w:r>
          </w:p>
        </w:tc>
        <w:tc>
          <w:tcPr>
            <w:tcW w:w="564" w:type="dxa"/>
            <w:tcMar>
              <w:top w:w="20" w:type="dxa"/>
              <w:left w:w="50" w:type="dxa"/>
              <w:bottom w:w="20" w:type="dxa"/>
              <w:right w:w="50" w:type="dxa"/>
            </w:tcMar>
          </w:tcPr>
          <w:p w14:paraId="23E1D178" w14:textId="77777777" w:rsidR="00292F36" w:rsidRDefault="00000000">
            <w:r>
              <w:rPr>
                <w:sz w:val="12"/>
              </w:rPr>
              <w:t>19.9699993</w:t>
            </w:r>
          </w:p>
        </w:tc>
        <w:tc>
          <w:tcPr>
            <w:tcW w:w="564" w:type="dxa"/>
            <w:tcMar>
              <w:top w:w="20" w:type="dxa"/>
              <w:left w:w="50" w:type="dxa"/>
              <w:bottom w:w="20" w:type="dxa"/>
              <w:right w:w="50" w:type="dxa"/>
            </w:tcMar>
          </w:tcPr>
          <w:p w14:paraId="292DAD4E" w14:textId="77777777" w:rsidR="00292F36" w:rsidRDefault="00000000">
            <w:r>
              <w:rPr>
                <w:sz w:val="12"/>
              </w:rPr>
              <w:t>0.23827871</w:t>
            </w:r>
          </w:p>
        </w:tc>
        <w:tc>
          <w:tcPr>
            <w:tcW w:w="564" w:type="dxa"/>
            <w:tcMar>
              <w:top w:w="20" w:type="dxa"/>
              <w:left w:w="50" w:type="dxa"/>
              <w:bottom w:w="20" w:type="dxa"/>
              <w:right w:w="50" w:type="dxa"/>
            </w:tcMar>
          </w:tcPr>
          <w:p w14:paraId="585E5277" w14:textId="77777777" w:rsidR="00292F36" w:rsidRDefault="00000000">
            <w:r>
              <w:rPr>
                <w:sz w:val="12"/>
              </w:rPr>
              <w:t>0</w:t>
            </w:r>
          </w:p>
        </w:tc>
        <w:tc>
          <w:tcPr>
            <w:tcW w:w="564" w:type="dxa"/>
            <w:tcMar>
              <w:top w:w="20" w:type="dxa"/>
              <w:left w:w="50" w:type="dxa"/>
              <w:bottom w:w="20" w:type="dxa"/>
              <w:right w:w="50" w:type="dxa"/>
            </w:tcMar>
          </w:tcPr>
          <w:p w14:paraId="358E83DC" w14:textId="77777777" w:rsidR="00292F36" w:rsidRDefault="00000000">
            <w:r>
              <w:rPr>
                <w:sz w:val="12"/>
              </w:rPr>
              <w:t>1</w:t>
            </w:r>
          </w:p>
        </w:tc>
        <w:tc>
          <w:tcPr>
            <w:tcW w:w="564" w:type="dxa"/>
            <w:tcMar>
              <w:top w:w="20" w:type="dxa"/>
              <w:left w:w="50" w:type="dxa"/>
              <w:bottom w:w="20" w:type="dxa"/>
              <w:right w:w="50" w:type="dxa"/>
            </w:tcMar>
          </w:tcPr>
          <w:p w14:paraId="37656697" w14:textId="77777777" w:rsidR="00292F36" w:rsidRDefault="00000000">
            <w:r>
              <w:rPr>
                <w:sz w:val="12"/>
              </w:rPr>
              <w:t>0</w:t>
            </w:r>
          </w:p>
        </w:tc>
        <w:tc>
          <w:tcPr>
            <w:tcW w:w="564" w:type="dxa"/>
            <w:tcMar>
              <w:top w:w="20" w:type="dxa"/>
              <w:left w:w="50" w:type="dxa"/>
              <w:bottom w:w="20" w:type="dxa"/>
              <w:right w:w="50" w:type="dxa"/>
            </w:tcMar>
          </w:tcPr>
          <w:p w14:paraId="481D7643" w14:textId="77777777" w:rsidR="00292F36" w:rsidRDefault="00000000">
            <w:r>
              <w:rPr>
                <w:sz w:val="12"/>
              </w:rPr>
              <w:t>0</w:t>
            </w:r>
          </w:p>
        </w:tc>
        <w:tc>
          <w:tcPr>
            <w:tcW w:w="564" w:type="dxa"/>
            <w:tcMar>
              <w:top w:w="20" w:type="dxa"/>
              <w:left w:w="50" w:type="dxa"/>
              <w:bottom w:w="20" w:type="dxa"/>
              <w:right w:w="50" w:type="dxa"/>
            </w:tcMar>
          </w:tcPr>
          <w:p w14:paraId="2D4EC627" w14:textId="77777777" w:rsidR="00292F36" w:rsidRDefault="00000000">
            <w:r>
              <w:rPr>
                <w:sz w:val="12"/>
              </w:rPr>
              <w:t>0</w:t>
            </w:r>
          </w:p>
        </w:tc>
        <w:tc>
          <w:tcPr>
            <w:tcW w:w="564" w:type="dxa"/>
            <w:tcMar>
              <w:top w:w="20" w:type="dxa"/>
              <w:left w:w="50" w:type="dxa"/>
              <w:bottom w:w="20" w:type="dxa"/>
              <w:right w:w="50" w:type="dxa"/>
            </w:tcMar>
          </w:tcPr>
          <w:p w14:paraId="42148987" w14:textId="77777777" w:rsidR="00292F36" w:rsidRDefault="00000000">
            <w:r>
              <w:rPr>
                <w:sz w:val="12"/>
              </w:rPr>
              <w:t>0</w:t>
            </w:r>
          </w:p>
        </w:tc>
        <w:tc>
          <w:tcPr>
            <w:tcW w:w="564" w:type="dxa"/>
            <w:tcMar>
              <w:top w:w="20" w:type="dxa"/>
              <w:left w:w="50" w:type="dxa"/>
              <w:bottom w:w="20" w:type="dxa"/>
              <w:right w:w="50" w:type="dxa"/>
            </w:tcMar>
          </w:tcPr>
          <w:p w14:paraId="28ECE533" w14:textId="77777777" w:rsidR="00292F36" w:rsidRDefault="00000000">
            <w:r>
              <w:rPr>
                <w:sz w:val="12"/>
              </w:rPr>
              <w:t>0</w:t>
            </w:r>
          </w:p>
        </w:tc>
        <w:tc>
          <w:tcPr>
            <w:tcW w:w="564" w:type="dxa"/>
            <w:tcMar>
              <w:top w:w="20" w:type="dxa"/>
              <w:left w:w="50" w:type="dxa"/>
              <w:bottom w:w="20" w:type="dxa"/>
              <w:right w:w="50" w:type="dxa"/>
            </w:tcMar>
          </w:tcPr>
          <w:p w14:paraId="2321913F" w14:textId="77777777" w:rsidR="00292F36" w:rsidRDefault="00000000">
            <w:r>
              <w:rPr>
                <w:sz w:val="12"/>
              </w:rPr>
              <w:t>0</w:t>
            </w:r>
          </w:p>
        </w:tc>
        <w:tc>
          <w:tcPr>
            <w:tcW w:w="564" w:type="dxa"/>
            <w:tcMar>
              <w:top w:w="20" w:type="dxa"/>
              <w:left w:w="50" w:type="dxa"/>
              <w:bottom w:w="20" w:type="dxa"/>
              <w:right w:w="50" w:type="dxa"/>
            </w:tcMar>
          </w:tcPr>
          <w:p w14:paraId="59CDEECF" w14:textId="77777777" w:rsidR="00292F36" w:rsidRDefault="00000000">
            <w:r>
              <w:rPr>
                <w:sz w:val="12"/>
              </w:rPr>
              <w:t>0.00462963</w:t>
            </w:r>
          </w:p>
        </w:tc>
        <w:tc>
          <w:tcPr>
            <w:tcW w:w="564" w:type="dxa"/>
            <w:tcMar>
              <w:top w:w="20" w:type="dxa"/>
              <w:left w:w="50" w:type="dxa"/>
              <w:bottom w:w="20" w:type="dxa"/>
              <w:right w:w="50" w:type="dxa"/>
            </w:tcMar>
          </w:tcPr>
          <w:p w14:paraId="4C4F5BA2" w14:textId="77777777" w:rsidR="00292F36" w:rsidRDefault="00000000">
            <w:r>
              <w:rPr>
                <w:sz w:val="12"/>
              </w:rPr>
              <w:t>0.07407407</w:t>
            </w:r>
          </w:p>
        </w:tc>
        <w:tc>
          <w:tcPr>
            <w:tcW w:w="564" w:type="dxa"/>
            <w:tcMar>
              <w:top w:w="20" w:type="dxa"/>
              <w:left w:w="50" w:type="dxa"/>
              <w:bottom w:w="20" w:type="dxa"/>
              <w:right w:w="50" w:type="dxa"/>
            </w:tcMar>
          </w:tcPr>
          <w:p w14:paraId="1B7B26ED" w14:textId="77777777" w:rsidR="00292F36" w:rsidRDefault="00000000">
            <w:r>
              <w:rPr>
                <w:sz w:val="12"/>
              </w:rPr>
              <w:t>0.08333333</w:t>
            </w:r>
          </w:p>
        </w:tc>
        <w:tc>
          <w:tcPr>
            <w:tcW w:w="564" w:type="dxa"/>
            <w:tcMar>
              <w:top w:w="20" w:type="dxa"/>
              <w:left w:w="50" w:type="dxa"/>
              <w:bottom w:w="20" w:type="dxa"/>
              <w:right w:w="50" w:type="dxa"/>
            </w:tcMar>
          </w:tcPr>
          <w:p w14:paraId="5E911A1A" w14:textId="77777777" w:rsidR="00292F36" w:rsidRDefault="00000000">
            <w:r>
              <w:rPr>
                <w:sz w:val="12"/>
              </w:rPr>
              <w:t>0.26388889</w:t>
            </w:r>
          </w:p>
        </w:tc>
        <w:tc>
          <w:tcPr>
            <w:tcW w:w="564" w:type="dxa"/>
            <w:tcMar>
              <w:top w:w="20" w:type="dxa"/>
              <w:left w:w="50" w:type="dxa"/>
              <w:bottom w:w="20" w:type="dxa"/>
              <w:right w:w="50" w:type="dxa"/>
            </w:tcMar>
          </w:tcPr>
          <w:p w14:paraId="7FA346A3" w14:textId="77777777" w:rsidR="00292F36" w:rsidRDefault="00000000">
            <w:r>
              <w:rPr>
                <w:sz w:val="12"/>
              </w:rPr>
              <w:t>0.33333333</w:t>
            </w:r>
          </w:p>
        </w:tc>
        <w:tc>
          <w:tcPr>
            <w:tcW w:w="564" w:type="dxa"/>
            <w:tcMar>
              <w:top w:w="20" w:type="dxa"/>
              <w:left w:w="50" w:type="dxa"/>
              <w:bottom w:w="20" w:type="dxa"/>
              <w:right w:w="50" w:type="dxa"/>
            </w:tcMar>
          </w:tcPr>
          <w:p w14:paraId="35D9CA56" w14:textId="77777777" w:rsidR="00292F36" w:rsidRDefault="00000000">
            <w:r>
              <w:rPr>
                <w:sz w:val="12"/>
              </w:rPr>
              <w:t>0.24074074</w:t>
            </w:r>
          </w:p>
        </w:tc>
      </w:tr>
      <w:tr w:rsidR="00292F36" w14:paraId="7C98B19D" w14:textId="77777777">
        <w:tc>
          <w:tcPr>
            <w:tcW w:w="564" w:type="dxa"/>
            <w:tcMar>
              <w:top w:w="20" w:type="dxa"/>
              <w:left w:w="50" w:type="dxa"/>
              <w:bottom w:w="20" w:type="dxa"/>
              <w:right w:w="50" w:type="dxa"/>
            </w:tcMar>
          </w:tcPr>
          <w:p w14:paraId="0A0163B0" w14:textId="77777777" w:rsidR="00292F36" w:rsidRDefault="00000000">
            <w:r>
              <w:rPr>
                <w:sz w:val="12"/>
              </w:rPr>
              <w:t>2020_san_miguel_san_miguel_north_deep_2</w:t>
            </w:r>
          </w:p>
        </w:tc>
        <w:tc>
          <w:tcPr>
            <w:tcW w:w="564" w:type="dxa"/>
            <w:tcMar>
              <w:top w:w="20" w:type="dxa"/>
              <w:left w:w="50" w:type="dxa"/>
              <w:bottom w:w="20" w:type="dxa"/>
              <w:right w:w="50" w:type="dxa"/>
            </w:tcMar>
          </w:tcPr>
          <w:p w14:paraId="725A1859" w14:textId="77777777" w:rsidR="00292F36" w:rsidRDefault="00000000">
            <w:r>
              <w:rPr>
                <w:sz w:val="12"/>
              </w:rPr>
              <w:t>0.63390861</w:t>
            </w:r>
          </w:p>
        </w:tc>
        <w:tc>
          <w:tcPr>
            <w:tcW w:w="564" w:type="dxa"/>
            <w:tcMar>
              <w:top w:w="20" w:type="dxa"/>
              <w:left w:w="50" w:type="dxa"/>
              <w:bottom w:w="20" w:type="dxa"/>
              <w:right w:w="50" w:type="dxa"/>
            </w:tcMar>
          </w:tcPr>
          <w:p w14:paraId="0564FE21" w14:textId="77777777" w:rsidR="00292F36" w:rsidRDefault="00000000">
            <w:r>
              <w:rPr>
                <w:sz w:val="12"/>
              </w:rPr>
              <w:t>-0.6632354</w:t>
            </w:r>
          </w:p>
        </w:tc>
        <w:tc>
          <w:tcPr>
            <w:tcW w:w="564" w:type="dxa"/>
            <w:tcMar>
              <w:top w:w="20" w:type="dxa"/>
              <w:left w:w="50" w:type="dxa"/>
              <w:bottom w:w="20" w:type="dxa"/>
              <w:right w:w="50" w:type="dxa"/>
            </w:tcMar>
          </w:tcPr>
          <w:p w14:paraId="0E75EBC4" w14:textId="77777777" w:rsidR="00292F36" w:rsidRDefault="00000000">
            <w:r>
              <w:rPr>
                <w:sz w:val="12"/>
              </w:rPr>
              <w:t>2020</w:t>
            </w:r>
          </w:p>
        </w:tc>
        <w:tc>
          <w:tcPr>
            <w:tcW w:w="564" w:type="dxa"/>
            <w:tcMar>
              <w:top w:w="20" w:type="dxa"/>
              <w:left w:w="50" w:type="dxa"/>
              <w:bottom w:w="20" w:type="dxa"/>
              <w:right w:w="50" w:type="dxa"/>
            </w:tcMar>
          </w:tcPr>
          <w:p w14:paraId="5CE28562" w14:textId="77777777" w:rsidR="00292F36" w:rsidRDefault="00000000">
            <w:r>
              <w:rPr>
                <w:sz w:val="12"/>
              </w:rPr>
              <w:t>ensenada</w:t>
            </w:r>
          </w:p>
        </w:tc>
        <w:tc>
          <w:tcPr>
            <w:tcW w:w="564" w:type="dxa"/>
            <w:tcMar>
              <w:top w:w="20" w:type="dxa"/>
              <w:left w:w="50" w:type="dxa"/>
              <w:bottom w:w="20" w:type="dxa"/>
              <w:right w:w="50" w:type="dxa"/>
            </w:tcMar>
          </w:tcPr>
          <w:p w14:paraId="7923EFDE" w14:textId="77777777" w:rsidR="00292F36" w:rsidRDefault="00000000">
            <w:r>
              <w:rPr>
                <w:sz w:val="12"/>
              </w:rPr>
              <w:t>North</w:t>
            </w:r>
          </w:p>
        </w:tc>
        <w:tc>
          <w:tcPr>
            <w:tcW w:w="564" w:type="dxa"/>
            <w:tcMar>
              <w:top w:w="20" w:type="dxa"/>
              <w:left w:w="50" w:type="dxa"/>
              <w:bottom w:w="20" w:type="dxa"/>
              <w:right w:w="50" w:type="dxa"/>
            </w:tcMar>
          </w:tcPr>
          <w:p w14:paraId="72B60DBC" w14:textId="77777777" w:rsidR="00292F36" w:rsidRDefault="00000000">
            <w:r>
              <w:rPr>
                <w:sz w:val="12"/>
              </w:rPr>
              <w:t>san_miguel</w:t>
            </w:r>
          </w:p>
        </w:tc>
        <w:tc>
          <w:tcPr>
            <w:tcW w:w="564" w:type="dxa"/>
            <w:tcMar>
              <w:top w:w="20" w:type="dxa"/>
              <w:left w:w="50" w:type="dxa"/>
              <w:bottom w:w="20" w:type="dxa"/>
              <w:right w:w="50" w:type="dxa"/>
            </w:tcMar>
          </w:tcPr>
          <w:p w14:paraId="4D39C953" w14:textId="77777777" w:rsidR="00292F36" w:rsidRDefault="00000000">
            <w:r>
              <w:rPr>
                <w:sz w:val="12"/>
              </w:rPr>
              <w:t>san_miguel_north_deep</w:t>
            </w:r>
          </w:p>
        </w:tc>
        <w:tc>
          <w:tcPr>
            <w:tcW w:w="564" w:type="dxa"/>
            <w:tcMar>
              <w:top w:w="20" w:type="dxa"/>
              <w:left w:w="50" w:type="dxa"/>
              <w:bottom w:w="20" w:type="dxa"/>
              <w:right w:w="50" w:type="dxa"/>
            </w:tcMar>
          </w:tcPr>
          <w:p w14:paraId="3CED61E0" w14:textId="77777777" w:rsidR="00292F36" w:rsidRDefault="00000000">
            <w:r>
              <w:rPr>
                <w:sz w:val="12"/>
              </w:rPr>
              <w:t>16</w:t>
            </w:r>
          </w:p>
        </w:tc>
        <w:tc>
          <w:tcPr>
            <w:tcW w:w="564" w:type="dxa"/>
            <w:tcMar>
              <w:top w:w="20" w:type="dxa"/>
              <w:left w:w="50" w:type="dxa"/>
              <w:bottom w:w="20" w:type="dxa"/>
              <w:right w:w="50" w:type="dxa"/>
            </w:tcMar>
          </w:tcPr>
          <w:p w14:paraId="79D0975A" w14:textId="77777777" w:rsidR="00292F36" w:rsidRDefault="00000000">
            <w:r>
              <w:rPr>
                <w:sz w:val="12"/>
              </w:rPr>
              <w:t>19.9699993</w:t>
            </w:r>
          </w:p>
        </w:tc>
        <w:tc>
          <w:tcPr>
            <w:tcW w:w="564" w:type="dxa"/>
            <w:tcMar>
              <w:top w:w="20" w:type="dxa"/>
              <w:left w:w="50" w:type="dxa"/>
              <w:bottom w:w="20" w:type="dxa"/>
              <w:right w:w="50" w:type="dxa"/>
            </w:tcMar>
          </w:tcPr>
          <w:p w14:paraId="524B54C0" w14:textId="77777777" w:rsidR="00292F36" w:rsidRDefault="00000000">
            <w:r>
              <w:rPr>
                <w:sz w:val="12"/>
              </w:rPr>
              <w:t>0.23827871</w:t>
            </w:r>
          </w:p>
        </w:tc>
        <w:tc>
          <w:tcPr>
            <w:tcW w:w="564" w:type="dxa"/>
            <w:tcMar>
              <w:top w:w="20" w:type="dxa"/>
              <w:left w:w="50" w:type="dxa"/>
              <w:bottom w:w="20" w:type="dxa"/>
              <w:right w:w="50" w:type="dxa"/>
            </w:tcMar>
          </w:tcPr>
          <w:p w14:paraId="2EFF29BC" w14:textId="77777777" w:rsidR="00292F36" w:rsidRDefault="00000000">
            <w:r>
              <w:rPr>
                <w:sz w:val="12"/>
              </w:rPr>
              <w:t>0</w:t>
            </w:r>
          </w:p>
        </w:tc>
        <w:tc>
          <w:tcPr>
            <w:tcW w:w="564" w:type="dxa"/>
            <w:tcMar>
              <w:top w:w="20" w:type="dxa"/>
              <w:left w:w="50" w:type="dxa"/>
              <w:bottom w:w="20" w:type="dxa"/>
              <w:right w:w="50" w:type="dxa"/>
            </w:tcMar>
          </w:tcPr>
          <w:p w14:paraId="0DF0DEED" w14:textId="77777777" w:rsidR="00292F36" w:rsidRDefault="00000000">
            <w:r>
              <w:rPr>
                <w:sz w:val="12"/>
              </w:rPr>
              <w:t>1</w:t>
            </w:r>
          </w:p>
        </w:tc>
        <w:tc>
          <w:tcPr>
            <w:tcW w:w="564" w:type="dxa"/>
            <w:tcMar>
              <w:top w:w="20" w:type="dxa"/>
              <w:left w:w="50" w:type="dxa"/>
              <w:bottom w:w="20" w:type="dxa"/>
              <w:right w:w="50" w:type="dxa"/>
            </w:tcMar>
          </w:tcPr>
          <w:p w14:paraId="6CA4E477" w14:textId="77777777" w:rsidR="00292F36" w:rsidRDefault="00000000">
            <w:r>
              <w:rPr>
                <w:sz w:val="12"/>
              </w:rPr>
              <w:t>0</w:t>
            </w:r>
          </w:p>
        </w:tc>
        <w:tc>
          <w:tcPr>
            <w:tcW w:w="564" w:type="dxa"/>
            <w:tcMar>
              <w:top w:w="20" w:type="dxa"/>
              <w:left w:w="50" w:type="dxa"/>
              <w:bottom w:w="20" w:type="dxa"/>
              <w:right w:w="50" w:type="dxa"/>
            </w:tcMar>
          </w:tcPr>
          <w:p w14:paraId="0CDD962E" w14:textId="77777777" w:rsidR="00292F36" w:rsidRDefault="00000000">
            <w:r>
              <w:rPr>
                <w:sz w:val="12"/>
              </w:rPr>
              <w:t>0</w:t>
            </w:r>
          </w:p>
        </w:tc>
        <w:tc>
          <w:tcPr>
            <w:tcW w:w="564" w:type="dxa"/>
            <w:tcMar>
              <w:top w:w="20" w:type="dxa"/>
              <w:left w:w="50" w:type="dxa"/>
              <w:bottom w:w="20" w:type="dxa"/>
              <w:right w:w="50" w:type="dxa"/>
            </w:tcMar>
          </w:tcPr>
          <w:p w14:paraId="2BD71A3C" w14:textId="77777777" w:rsidR="00292F36" w:rsidRDefault="00000000">
            <w:r>
              <w:rPr>
                <w:sz w:val="12"/>
              </w:rPr>
              <w:t>0</w:t>
            </w:r>
          </w:p>
        </w:tc>
        <w:tc>
          <w:tcPr>
            <w:tcW w:w="564" w:type="dxa"/>
            <w:tcMar>
              <w:top w:w="20" w:type="dxa"/>
              <w:left w:w="50" w:type="dxa"/>
              <w:bottom w:w="20" w:type="dxa"/>
              <w:right w:w="50" w:type="dxa"/>
            </w:tcMar>
          </w:tcPr>
          <w:p w14:paraId="76163A1F" w14:textId="77777777" w:rsidR="00292F36" w:rsidRDefault="00000000">
            <w:r>
              <w:rPr>
                <w:sz w:val="12"/>
              </w:rPr>
              <w:t>0</w:t>
            </w:r>
          </w:p>
        </w:tc>
        <w:tc>
          <w:tcPr>
            <w:tcW w:w="564" w:type="dxa"/>
            <w:tcMar>
              <w:top w:w="20" w:type="dxa"/>
              <w:left w:w="50" w:type="dxa"/>
              <w:bottom w:w="20" w:type="dxa"/>
              <w:right w:w="50" w:type="dxa"/>
            </w:tcMar>
          </w:tcPr>
          <w:p w14:paraId="4DC0BEA8" w14:textId="77777777" w:rsidR="00292F36" w:rsidRDefault="00000000">
            <w:r>
              <w:rPr>
                <w:sz w:val="12"/>
              </w:rPr>
              <w:t>0</w:t>
            </w:r>
          </w:p>
        </w:tc>
        <w:tc>
          <w:tcPr>
            <w:tcW w:w="564" w:type="dxa"/>
            <w:tcMar>
              <w:top w:w="20" w:type="dxa"/>
              <w:left w:w="50" w:type="dxa"/>
              <w:bottom w:w="20" w:type="dxa"/>
              <w:right w:w="50" w:type="dxa"/>
            </w:tcMar>
          </w:tcPr>
          <w:p w14:paraId="765F158F" w14:textId="77777777" w:rsidR="00292F36" w:rsidRDefault="00000000">
            <w:r>
              <w:rPr>
                <w:sz w:val="12"/>
              </w:rPr>
              <w:t>0</w:t>
            </w:r>
          </w:p>
        </w:tc>
        <w:tc>
          <w:tcPr>
            <w:tcW w:w="564" w:type="dxa"/>
            <w:tcMar>
              <w:top w:w="20" w:type="dxa"/>
              <w:left w:w="50" w:type="dxa"/>
              <w:bottom w:w="20" w:type="dxa"/>
              <w:right w:w="50" w:type="dxa"/>
            </w:tcMar>
          </w:tcPr>
          <w:p w14:paraId="38CB09AF" w14:textId="77777777" w:rsidR="00292F36" w:rsidRDefault="00000000">
            <w:r>
              <w:rPr>
                <w:sz w:val="12"/>
              </w:rPr>
              <w:t>0</w:t>
            </w:r>
          </w:p>
        </w:tc>
        <w:tc>
          <w:tcPr>
            <w:tcW w:w="564" w:type="dxa"/>
            <w:tcMar>
              <w:top w:w="20" w:type="dxa"/>
              <w:left w:w="50" w:type="dxa"/>
              <w:bottom w:w="20" w:type="dxa"/>
              <w:right w:w="50" w:type="dxa"/>
            </w:tcMar>
          </w:tcPr>
          <w:p w14:paraId="603F4647" w14:textId="77777777" w:rsidR="00292F36" w:rsidRDefault="00000000">
            <w:r>
              <w:rPr>
                <w:sz w:val="12"/>
              </w:rPr>
              <w:t>0.05649718</w:t>
            </w:r>
          </w:p>
        </w:tc>
        <w:tc>
          <w:tcPr>
            <w:tcW w:w="564" w:type="dxa"/>
            <w:tcMar>
              <w:top w:w="20" w:type="dxa"/>
              <w:left w:w="50" w:type="dxa"/>
              <w:bottom w:w="20" w:type="dxa"/>
              <w:right w:w="50" w:type="dxa"/>
            </w:tcMar>
          </w:tcPr>
          <w:p w14:paraId="76780B79" w14:textId="77777777" w:rsidR="00292F36" w:rsidRDefault="00000000">
            <w:r>
              <w:rPr>
                <w:sz w:val="12"/>
              </w:rPr>
              <w:t>0.03954802</w:t>
            </w:r>
          </w:p>
        </w:tc>
        <w:tc>
          <w:tcPr>
            <w:tcW w:w="564" w:type="dxa"/>
            <w:tcMar>
              <w:top w:w="20" w:type="dxa"/>
              <w:left w:w="50" w:type="dxa"/>
              <w:bottom w:w="20" w:type="dxa"/>
              <w:right w:w="50" w:type="dxa"/>
            </w:tcMar>
          </w:tcPr>
          <w:p w14:paraId="765D208F" w14:textId="77777777" w:rsidR="00292F36" w:rsidRDefault="00000000">
            <w:r>
              <w:rPr>
                <w:sz w:val="12"/>
              </w:rPr>
              <w:t>0.23728814</w:t>
            </w:r>
          </w:p>
        </w:tc>
        <w:tc>
          <w:tcPr>
            <w:tcW w:w="564" w:type="dxa"/>
            <w:tcMar>
              <w:top w:w="20" w:type="dxa"/>
              <w:left w:w="50" w:type="dxa"/>
              <w:bottom w:w="20" w:type="dxa"/>
              <w:right w:w="50" w:type="dxa"/>
            </w:tcMar>
          </w:tcPr>
          <w:p w14:paraId="6DB6F4AC" w14:textId="77777777" w:rsidR="00292F36" w:rsidRDefault="00000000">
            <w:r>
              <w:rPr>
                <w:sz w:val="12"/>
              </w:rPr>
              <w:t>0.39548023</w:t>
            </w:r>
          </w:p>
        </w:tc>
        <w:tc>
          <w:tcPr>
            <w:tcW w:w="564" w:type="dxa"/>
            <w:tcMar>
              <w:top w:w="20" w:type="dxa"/>
              <w:left w:w="50" w:type="dxa"/>
              <w:bottom w:w="20" w:type="dxa"/>
              <w:right w:w="50" w:type="dxa"/>
            </w:tcMar>
          </w:tcPr>
          <w:p w14:paraId="1ED56BE3" w14:textId="77777777" w:rsidR="00292F36" w:rsidRDefault="00000000">
            <w:r>
              <w:rPr>
                <w:sz w:val="12"/>
              </w:rPr>
              <w:t>0.27118644</w:t>
            </w:r>
          </w:p>
        </w:tc>
      </w:tr>
      <w:tr w:rsidR="00292F36" w14:paraId="3BA20346" w14:textId="77777777">
        <w:tc>
          <w:tcPr>
            <w:tcW w:w="564" w:type="dxa"/>
            <w:tcMar>
              <w:top w:w="20" w:type="dxa"/>
              <w:left w:w="50" w:type="dxa"/>
              <w:bottom w:w="20" w:type="dxa"/>
              <w:right w:w="50" w:type="dxa"/>
            </w:tcMar>
          </w:tcPr>
          <w:p w14:paraId="08E2BF30" w14:textId="77777777" w:rsidR="00292F36" w:rsidRDefault="00000000">
            <w:r>
              <w:rPr>
                <w:sz w:val="12"/>
              </w:rPr>
              <w:t>2020_san_miguel_san_miguel_nor</w:t>
            </w:r>
            <w:r>
              <w:rPr>
                <w:sz w:val="12"/>
              </w:rPr>
              <w:lastRenderedPageBreak/>
              <w:t>th_mid_1</w:t>
            </w:r>
          </w:p>
        </w:tc>
        <w:tc>
          <w:tcPr>
            <w:tcW w:w="564" w:type="dxa"/>
            <w:tcMar>
              <w:top w:w="20" w:type="dxa"/>
              <w:left w:w="50" w:type="dxa"/>
              <w:bottom w:w="20" w:type="dxa"/>
              <w:right w:w="50" w:type="dxa"/>
            </w:tcMar>
          </w:tcPr>
          <w:p w14:paraId="7DCD3E2B" w14:textId="77777777" w:rsidR="00292F36" w:rsidRDefault="00000000">
            <w:r>
              <w:rPr>
                <w:sz w:val="12"/>
              </w:rPr>
              <w:lastRenderedPageBreak/>
              <w:t>-0.5995597</w:t>
            </w:r>
          </w:p>
        </w:tc>
        <w:tc>
          <w:tcPr>
            <w:tcW w:w="564" w:type="dxa"/>
            <w:tcMar>
              <w:top w:w="20" w:type="dxa"/>
              <w:left w:w="50" w:type="dxa"/>
              <w:bottom w:w="20" w:type="dxa"/>
              <w:right w:w="50" w:type="dxa"/>
            </w:tcMar>
          </w:tcPr>
          <w:p w14:paraId="45D6FE7E" w14:textId="77777777" w:rsidR="00292F36" w:rsidRDefault="00000000">
            <w:r>
              <w:rPr>
                <w:sz w:val="12"/>
              </w:rPr>
              <w:t>0.07430513</w:t>
            </w:r>
          </w:p>
        </w:tc>
        <w:tc>
          <w:tcPr>
            <w:tcW w:w="564" w:type="dxa"/>
            <w:tcMar>
              <w:top w:w="20" w:type="dxa"/>
              <w:left w:w="50" w:type="dxa"/>
              <w:bottom w:w="20" w:type="dxa"/>
              <w:right w:w="50" w:type="dxa"/>
            </w:tcMar>
          </w:tcPr>
          <w:p w14:paraId="63EDFFD0" w14:textId="77777777" w:rsidR="00292F36" w:rsidRDefault="00000000">
            <w:r>
              <w:rPr>
                <w:sz w:val="12"/>
              </w:rPr>
              <w:t>2020</w:t>
            </w:r>
          </w:p>
        </w:tc>
        <w:tc>
          <w:tcPr>
            <w:tcW w:w="564" w:type="dxa"/>
            <w:tcMar>
              <w:top w:w="20" w:type="dxa"/>
              <w:left w:w="50" w:type="dxa"/>
              <w:bottom w:w="20" w:type="dxa"/>
              <w:right w:w="50" w:type="dxa"/>
            </w:tcMar>
          </w:tcPr>
          <w:p w14:paraId="3C7BB8D0" w14:textId="77777777" w:rsidR="00292F36" w:rsidRDefault="00000000">
            <w:r>
              <w:rPr>
                <w:sz w:val="12"/>
              </w:rPr>
              <w:t>ensenada</w:t>
            </w:r>
          </w:p>
        </w:tc>
        <w:tc>
          <w:tcPr>
            <w:tcW w:w="564" w:type="dxa"/>
            <w:tcMar>
              <w:top w:w="20" w:type="dxa"/>
              <w:left w:w="50" w:type="dxa"/>
              <w:bottom w:w="20" w:type="dxa"/>
              <w:right w:w="50" w:type="dxa"/>
            </w:tcMar>
          </w:tcPr>
          <w:p w14:paraId="716DCCC4" w14:textId="77777777" w:rsidR="00292F36" w:rsidRDefault="00000000">
            <w:r>
              <w:rPr>
                <w:sz w:val="12"/>
              </w:rPr>
              <w:t>North</w:t>
            </w:r>
          </w:p>
        </w:tc>
        <w:tc>
          <w:tcPr>
            <w:tcW w:w="564" w:type="dxa"/>
            <w:tcMar>
              <w:top w:w="20" w:type="dxa"/>
              <w:left w:w="50" w:type="dxa"/>
              <w:bottom w:w="20" w:type="dxa"/>
              <w:right w:w="50" w:type="dxa"/>
            </w:tcMar>
          </w:tcPr>
          <w:p w14:paraId="1C5566CD" w14:textId="77777777" w:rsidR="00292F36" w:rsidRDefault="00000000">
            <w:r>
              <w:rPr>
                <w:sz w:val="12"/>
              </w:rPr>
              <w:t>san_miguel</w:t>
            </w:r>
          </w:p>
        </w:tc>
        <w:tc>
          <w:tcPr>
            <w:tcW w:w="564" w:type="dxa"/>
            <w:tcMar>
              <w:top w:w="20" w:type="dxa"/>
              <w:left w:w="50" w:type="dxa"/>
              <w:bottom w:w="20" w:type="dxa"/>
              <w:right w:w="50" w:type="dxa"/>
            </w:tcMar>
          </w:tcPr>
          <w:p w14:paraId="13559A05" w14:textId="77777777" w:rsidR="00292F36" w:rsidRDefault="00000000">
            <w:r>
              <w:rPr>
                <w:sz w:val="12"/>
              </w:rPr>
              <w:t>san_miguel_north_mid</w:t>
            </w:r>
          </w:p>
        </w:tc>
        <w:tc>
          <w:tcPr>
            <w:tcW w:w="564" w:type="dxa"/>
            <w:tcMar>
              <w:top w:w="20" w:type="dxa"/>
              <w:left w:w="50" w:type="dxa"/>
              <w:bottom w:w="20" w:type="dxa"/>
              <w:right w:w="50" w:type="dxa"/>
            </w:tcMar>
          </w:tcPr>
          <w:p w14:paraId="56027999" w14:textId="77777777" w:rsidR="00292F36" w:rsidRDefault="00000000">
            <w:r>
              <w:rPr>
                <w:sz w:val="12"/>
              </w:rPr>
              <w:t>12</w:t>
            </w:r>
          </w:p>
        </w:tc>
        <w:tc>
          <w:tcPr>
            <w:tcW w:w="564" w:type="dxa"/>
            <w:tcMar>
              <w:top w:w="20" w:type="dxa"/>
              <w:left w:w="50" w:type="dxa"/>
              <w:bottom w:w="20" w:type="dxa"/>
              <w:right w:w="50" w:type="dxa"/>
            </w:tcMar>
          </w:tcPr>
          <w:p w14:paraId="37FFBCDF" w14:textId="77777777" w:rsidR="00292F36" w:rsidRDefault="00000000">
            <w:r>
              <w:rPr>
                <w:sz w:val="12"/>
              </w:rPr>
              <w:t>19.9699993</w:t>
            </w:r>
          </w:p>
        </w:tc>
        <w:tc>
          <w:tcPr>
            <w:tcW w:w="564" w:type="dxa"/>
            <w:tcMar>
              <w:top w:w="20" w:type="dxa"/>
              <w:left w:w="50" w:type="dxa"/>
              <w:bottom w:w="20" w:type="dxa"/>
              <w:right w:w="50" w:type="dxa"/>
            </w:tcMar>
          </w:tcPr>
          <w:p w14:paraId="68FD8C21" w14:textId="77777777" w:rsidR="00292F36" w:rsidRDefault="00000000">
            <w:r>
              <w:rPr>
                <w:sz w:val="12"/>
              </w:rPr>
              <w:t>0.23827871</w:t>
            </w:r>
          </w:p>
        </w:tc>
        <w:tc>
          <w:tcPr>
            <w:tcW w:w="564" w:type="dxa"/>
            <w:tcMar>
              <w:top w:w="20" w:type="dxa"/>
              <w:left w:w="50" w:type="dxa"/>
              <w:bottom w:w="20" w:type="dxa"/>
              <w:right w:w="50" w:type="dxa"/>
            </w:tcMar>
          </w:tcPr>
          <w:p w14:paraId="61F5B503" w14:textId="77777777" w:rsidR="00292F36" w:rsidRDefault="00000000">
            <w:r>
              <w:rPr>
                <w:sz w:val="12"/>
              </w:rPr>
              <w:t>0.996875</w:t>
            </w:r>
          </w:p>
        </w:tc>
        <w:tc>
          <w:tcPr>
            <w:tcW w:w="564" w:type="dxa"/>
            <w:tcMar>
              <w:top w:w="20" w:type="dxa"/>
              <w:left w:w="50" w:type="dxa"/>
              <w:bottom w:w="20" w:type="dxa"/>
              <w:right w:w="50" w:type="dxa"/>
            </w:tcMar>
          </w:tcPr>
          <w:p w14:paraId="2A2E2AEE" w14:textId="77777777" w:rsidR="00292F36" w:rsidRDefault="00000000">
            <w:r>
              <w:rPr>
                <w:sz w:val="12"/>
              </w:rPr>
              <w:t>0</w:t>
            </w:r>
          </w:p>
        </w:tc>
        <w:tc>
          <w:tcPr>
            <w:tcW w:w="564" w:type="dxa"/>
            <w:tcMar>
              <w:top w:w="20" w:type="dxa"/>
              <w:left w:w="50" w:type="dxa"/>
              <w:bottom w:w="20" w:type="dxa"/>
              <w:right w:w="50" w:type="dxa"/>
            </w:tcMar>
          </w:tcPr>
          <w:p w14:paraId="4831A315" w14:textId="77777777" w:rsidR="00292F36" w:rsidRDefault="00000000">
            <w:r>
              <w:rPr>
                <w:sz w:val="12"/>
              </w:rPr>
              <w:t>0.003125</w:t>
            </w:r>
          </w:p>
        </w:tc>
        <w:tc>
          <w:tcPr>
            <w:tcW w:w="564" w:type="dxa"/>
            <w:tcMar>
              <w:top w:w="20" w:type="dxa"/>
              <w:left w:w="50" w:type="dxa"/>
              <w:bottom w:w="20" w:type="dxa"/>
              <w:right w:w="50" w:type="dxa"/>
            </w:tcMar>
          </w:tcPr>
          <w:p w14:paraId="334A466E" w14:textId="77777777" w:rsidR="00292F36" w:rsidRDefault="00000000">
            <w:r>
              <w:rPr>
                <w:sz w:val="12"/>
              </w:rPr>
              <w:t>0</w:t>
            </w:r>
          </w:p>
        </w:tc>
        <w:tc>
          <w:tcPr>
            <w:tcW w:w="564" w:type="dxa"/>
            <w:tcMar>
              <w:top w:w="20" w:type="dxa"/>
              <w:left w:w="50" w:type="dxa"/>
              <w:bottom w:w="20" w:type="dxa"/>
              <w:right w:w="50" w:type="dxa"/>
            </w:tcMar>
          </w:tcPr>
          <w:p w14:paraId="437CAFB8" w14:textId="77777777" w:rsidR="00292F36" w:rsidRDefault="00000000">
            <w:r>
              <w:rPr>
                <w:sz w:val="12"/>
              </w:rPr>
              <w:t>0</w:t>
            </w:r>
          </w:p>
        </w:tc>
        <w:tc>
          <w:tcPr>
            <w:tcW w:w="564" w:type="dxa"/>
            <w:tcMar>
              <w:top w:w="20" w:type="dxa"/>
              <w:left w:w="50" w:type="dxa"/>
              <w:bottom w:w="20" w:type="dxa"/>
              <w:right w:w="50" w:type="dxa"/>
            </w:tcMar>
          </w:tcPr>
          <w:p w14:paraId="216E03CE" w14:textId="77777777" w:rsidR="00292F36" w:rsidRDefault="00000000">
            <w:r>
              <w:rPr>
                <w:sz w:val="12"/>
              </w:rPr>
              <w:t>0</w:t>
            </w:r>
          </w:p>
        </w:tc>
        <w:tc>
          <w:tcPr>
            <w:tcW w:w="564" w:type="dxa"/>
            <w:tcMar>
              <w:top w:w="20" w:type="dxa"/>
              <w:left w:w="50" w:type="dxa"/>
              <w:bottom w:w="20" w:type="dxa"/>
              <w:right w:w="50" w:type="dxa"/>
            </w:tcMar>
          </w:tcPr>
          <w:p w14:paraId="1494C723" w14:textId="77777777" w:rsidR="00292F36" w:rsidRDefault="00000000">
            <w:r>
              <w:rPr>
                <w:sz w:val="12"/>
              </w:rPr>
              <w:t>0</w:t>
            </w:r>
          </w:p>
        </w:tc>
        <w:tc>
          <w:tcPr>
            <w:tcW w:w="564" w:type="dxa"/>
            <w:tcMar>
              <w:top w:w="20" w:type="dxa"/>
              <w:left w:w="50" w:type="dxa"/>
              <w:bottom w:w="20" w:type="dxa"/>
              <w:right w:w="50" w:type="dxa"/>
            </w:tcMar>
          </w:tcPr>
          <w:p w14:paraId="2AA84044" w14:textId="77777777" w:rsidR="00292F36" w:rsidRDefault="00000000">
            <w:r>
              <w:rPr>
                <w:sz w:val="12"/>
              </w:rPr>
              <w:t>0</w:t>
            </w:r>
          </w:p>
        </w:tc>
        <w:tc>
          <w:tcPr>
            <w:tcW w:w="564" w:type="dxa"/>
            <w:tcMar>
              <w:top w:w="20" w:type="dxa"/>
              <w:left w:w="50" w:type="dxa"/>
              <w:bottom w:w="20" w:type="dxa"/>
              <w:right w:w="50" w:type="dxa"/>
            </w:tcMar>
          </w:tcPr>
          <w:p w14:paraId="13B62D2C" w14:textId="77777777" w:rsidR="00292F36" w:rsidRDefault="00000000">
            <w:r>
              <w:rPr>
                <w:sz w:val="12"/>
              </w:rPr>
              <w:t>0</w:t>
            </w:r>
          </w:p>
        </w:tc>
        <w:tc>
          <w:tcPr>
            <w:tcW w:w="564" w:type="dxa"/>
            <w:tcMar>
              <w:top w:w="20" w:type="dxa"/>
              <w:left w:w="50" w:type="dxa"/>
              <w:bottom w:w="20" w:type="dxa"/>
              <w:right w:w="50" w:type="dxa"/>
            </w:tcMar>
          </w:tcPr>
          <w:p w14:paraId="4EEFBADD" w14:textId="77777777" w:rsidR="00292F36" w:rsidRDefault="00000000">
            <w:r>
              <w:rPr>
                <w:sz w:val="12"/>
              </w:rPr>
              <w:t>0.2625</w:t>
            </w:r>
          </w:p>
        </w:tc>
        <w:tc>
          <w:tcPr>
            <w:tcW w:w="564" w:type="dxa"/>
            <w:tcMar>
              <w:top w:w="20" w:type="dxa"/>
              <w:left w:w="50" w:type="dxa"/>
              <w:bottom w:w="20" w:type="dxa"/>
              <w:right w:w="50" w:type="dxa"/>
            </w:tcMar>
          </w:tcPr>
          <w:p w14:paraId="5DE08DDE" w14:textId="77777777" w:rsidR="00292F36" w:rsidRDefault="00000000">
            <w:r>
              <w:rPr>
                <w:sz w:val="12"/>
              </w:rPr>
              <w:t>0.15625</w:t>
            </w:r>
          </w:p>
        </w:tc>
        <w:tc>
          <w:tcPr>
            <w:tcW w:w="564" w:type="dxa"/>
            <w:tcMar>
              <w:top w:w="20" w:type="dxa"/>
              <w:left w:w="50" w:type="dxa"/>
              <w:bottom w:w="20" w:type="dxa"/>
              <w:right w:w="50" w:type="dxa"/>
            </w:tcMar>
          </w:tcPr>
          <w:p w14:paraId="0AAF78D6" w14:textId="77777777" w:rsidR="00292F36" w:rsidRDefault="00000000">
            <w:r>
              <w:rPr>
                <w:sz w:val="12"/>
              </w:rPr>
              <w:t>0.1625</w:t>
            </w:r>
          </w:p>
        </w:tc>
        <w:tc>
          <w:tcPr>
            <w:tcW w:w="564" w:type="dxa"/>
            <w:tcMar>
              <w:top w:w="20" w:type="dxa"/>
              <w:left w:w="50" w:type="dxa"/>
              <w:bottom w:w="20" w:type="dxa"/>
              <w:right w:w="50" w:type="dxa"/>
            </w:tcMar>
          </w:tcPr>
          <w:p w14:paraId="08BB4E89" w14:textId="77777777" w:rsidR="00292F36" w:rsidRDefault="00000000">
            <w:r>
              <w:rPr>
                <w:sz w:val="12"/>
              </w:rPr>
              <w:t>0.0625</w:t>
            </w:r>
          </w:p>
        </w:tc>
        <w:tc>
          <w:tcPr>
            <w:tcW w:w="564" w:type="dxa"/>
            <w:tcMar>
              <w:top w:w="20" w:type="dxa"/>
              <w:left w:w="50" w:type="dxa"/>
              <w:bottom w:w="20" w:type="dxa"/>
              <w:right w:w="50" w:type="dxa"/>
            </w:tcMar>
          </w:tcPr>
          <w:p w14:paraId="14C0985E" w14:textId="77777777" w:rsidR="00292F36" w:rsidRDefault="00000000">
            <w:r>
              <w:rPr>
                <w:sz w:val="12"/>
              </w:rPr>
              <w:t>0.35625</w:t>
            </w:r>
          </w:p>
        </w:tc>
      </w:tr>
      <w:tr w:rsidR="00292F36" w14:paraId="28E029AB" w14:textId="77777777">
        <w:tc>
          <w:tcPr>
            <w:tcW w:w="564" w:type="dxa"/>
            <w:tcMar>
              <w:top w:w="20" w:type="dxa"/>
              <w:left w:w="50" w:type="dxa"/>
              <w:bottom w:w="20" w:type="dxa"/>
              <w:right w:w="50" w:type="dxa"/>
            </w:tcMar>
          </w:tcPr>
          <w:p w14:paraId="516465F3" w14:textId="77777777" w:rsidR="00292F36" w:rsidRDefault="00000000">
            <w:r>
              <w:rPr>
                <w:sz w:val="12"/>
              </w:rPr>
              <w:t>2020_san_miguel_san_miguel_north_mid_2</w:t>
            </w:r>
          </w:p>
        </w:tc>
        <w:tc>
          <w:tcPr>
            <w:tcW w:w="564" w:type="dxa"/>
            <w:tcMar>
              <w:top w:w="20" w:type="dxa"/>
              <w:left w:w="50" w:type="dxa"/>
              <w:bottom w:w="20" w:type="dxa"/>
              <w:right w:w="50" w:type="dxa"/>
            </w:tcMar>
          </w:tcPr>
          <w:p w14:paraId="13A80D19" w14:textId="77777777" w:rsidR="00292F36" w:rsidRDefault="00000000">
            <w:r>
              <w:rPr>
                <w:sz w:val="12"/>
              </w:rPr>
              <w:t>-0.770784</w:t>
            </w:r>
          </w:p>
        </w:tc>
        <w:tc>
          <w:tcPr>
            <w:tcW w:w="564" w:type="dxa"/>
            <w:tcMar>
              <w:top w:w="20" w:type="dxa"/>
              <w:left w:w="50" w:type="dxa"/>
              <w:bottom w:w="20" w:type="dxa"/>
              <w:right w:w="50" w:type="dxa"/>
            </w:tcMar>
          </w:tcPr>
          <w:p w14:paraId="310B2830" w14:textId="77777777" w:rsidR="00292F36" w:rsidRDefault="00000000">
            <w:r>
              <w:rPr>
                <w:sz w:val="12"/>
              </w:rPr>
              <w:t>0.11611063</w:t>
            </w:r>
          </w:p>
        </w:tc>
        <w:tc>
          <w:tcPr>
            <w:tcW w:w="564" w:type="dxa"/>
            <w:tcMar>
              <w:top w:w="20" w:type="dxa"/>
              <w:left w:w="50" w:type="dxa"/>
              <w:bottom w:w="20" w:type="dxa"/>
              <w:right w:w="50" w:type="dxa"/>
            </w:tcMar>
          </w:tcPr>
          <w:p w14:paraId="14118472" w14:textId="77777777" w:rsidR="00292F36" w:rsidRDefault="00000000">
            <w:r>
              <w:rPr>
                <w:sz w:val="12"/>
              </w:rPr>
              <w:t>2020</w:t>
            </w:r>
          </w:p>
        </w:tc>
        <w:tc>
          <w:tcPr>
            <w:tcW w:w="564" w:type="dxa"/>
            <w:tcMar>
              <w:top w:w="20" w:type="dxa"/>
              <w:left w:w="50" w:type="dxa"/>
              <w:bottom w:w="20" w:type="dxa"/>
              <w:right w:w="50" w:type="dxa"/>
            </w:tcMar>
          </w:tcPr>
          <w:p w14:paraId="7F12B611" w14:textId="77777777" w:rsidR="00292F36" w:rsidRDefault="00000000">
            <w:r>
              <w:rPr>
                <w:sz w:val="12"/>
              </w:rPr>
              <w:t>ensenada</w:t>
            </w:r>
          </w:p>
        </w:tc>
        <w:tc>
          <w:tcPr>
            <w:tcW w:w="564" w:type="dxa"/>
            <w:tcMar>
              <w:top w:w="20" w:type="dxa"/>
              <w:left w:w="50" w:type="dxa"/>
              <w:bottom w:w="20" w:type="dxa"/>
              <w:right w:w="50" w:type="dxa"/>
            </w:tcMar>
          </w:tcPr>
          <w:p w14:paraId="0BDFB446" w14:textId="77777777" w:rsidR="00292F36" w:rsidRDefault="00000000">
            <w:r>
              <w:rPr>
                <w:sz w:val="12"/>
              </w:rPr>
              <w:t>North</w:t>
            </w:r>
          </w:p>
        </w:tc>
        <w:tc>
          <w:tcPr>
            <w:tcW w:w="564" w:type="dxa"/>
            <w:tcMar>
              <w:top w:w="20" w:type="dxa"/>
              <w:left w:w="50" w:type="dxa"/>
              <w:bottom w:w="20" w:type="dxa"/>
              <w:right w:w="50" w:type="dxa"/>
            </w:tcMar>
          </w:tcPr>
          <w:p w14:paraId="20138BEB" w14:textId="77777777" w:rsidR="00292F36" w:rsidRDefault="00000000">
            <w:r>
              <w:rPr>
                <w:sz w:val="12"/>
              </w:rPr>
              <w:t>san_miguel</w:t>
            </w:r>
          </w:p>
        </w:tc>
        <w:tc>
          <w:tcPr>
            <w:tcW w:w="564" w:type="dxa"/>
            <w:tcMar>
              <w:top w:w="20" w:type="dxa"/>
              <w:left w:w="50" w:type="dxa"/>
              <w:bottom w:w="20" w:type="dxa"/>
              <w:right w:w="50" w:type="dxa"/>
            </w:tcMar>
          </w:tcPr>
          <w:p w14:paraId="28EB6979" w14:textId="77777777" w:rsidR="00292F36" w:rsidRDefault="00000000">
            <w:r>
              <w:rPr>
                <w:sz w:val="12"/>
              </w:rPr>
              <w:t>san_miguel_north_mid</w:t>
            </w:r>
          </w:p>
        </w:tc>
        <w:tc>
          <w:tcPr>
            <w:tcW w:w="564" w:type="dxa"/>
            <w:tcMar>
              <w:top w:w="20" w:type="dxa"/>
              <w:left w:w="50" w:type="dxa"/>
              <w:bottom w:w="20" w:type="dxa"/>
              <w:right w:w="50" w:type="dxa"/>
            </w:tcMar>
          </w:tcPr>
          <w:p w14:paraId="6A3A1C26" w14:textId="77777777" w:rsidR="00292F36" w:rsidRDefault="00000000">
            <w:r>
              <w:rPr>
                <w:sz w:val="12"/>
              </w:rPr>
              <w:t>12</w:t>
            </w:r>
          </w:p>
        </w:tc>
        <w:tc>
          <w:tcPr>
            <w:tcW w:w="564" w:type="dxa"/>
            <w:tcMar>
              <w:top w:w="20" w:type="dxa"/>
              <w:left w:w="50" w:type="dxa"/>
              <w:bottom w:w="20" w:type="dxa"/>
              <w:right w:w="50" w:type="dxa"/>
            </w:tcMar>
          </w:tcPr>
          <w:p w14:paraId="5256CBCC" w14:textId="77777777" w:rsidR="00292F36" w:rsidRDefault="00000000">
            <w:r>
              <w:rPr>
                <w:sz w:val="12"/>
              </w:rPr>
              <w:t>19.9699993</w:t>
            </w:r>
          </w:p>
        </w:tc>
        <w:tc>
          <w:tcPr>
            <w:tcW w:w="564" w:type="dxa"/>
            <w:tcMar>
              <w:top w:w="20" w:type="dxa"/>
              <w:left w:w="50" w:type="dxa"/>
              <w:bottom w:w="20" w:type="dxa"/>
              <w:right w:w="50" w:type="dxa"/>
            </w:tcMar>
          </w:tcPr>
          <w:p w14:paraId="66D543D3" w14:textId="77777777" w:rsidR="00292F36" w:rsidRDefault="00000000">
            <w:r>
              <w:rPr>
                <w:sz w:val="12"/>
              </w:rPr>
              <w:t>0.23827871</w:t>
            </w:r>
          </w:p>
        </w:tc>
        <w:tc>
          <w:tcPr>
            <w:tcW w:w="564" w:type="dxa"/>
            <w:tcMar>
              <w:top w:w="20" w:type="dxa"/>
              <w:left w:w="50" w:type="dxa"/>
              <w:bottom w:w="20" w:type="dxa"/>
              <w:right w:w="50" w:type="dxa"/>
            </w:tcMar>
          </w:tcPr>
          <w:p w14:paraId="1E97D304" w14:textId="77777777" w:rsidR="00292F36" w:rsidRDefault="00000000">
            <w:r>
              <w:rPr>
                <w:sz w:val="12"/>
              </w:rPr>
              <w:t>1</w:t>
            </w:r>
          </w:p>
        </w:tc>
        <w:tc>
          <w:tcPr>
            <w:tcW w:w="564" w:type="dxa"/>
            <w:tcMar>
              <w:top w:w="20" w:type="dxa"/>
              <w:left w:w="50" w:type="dxa"/>
              <w:bottom w:w="20" w:type="dxa"/>
              <w:right w:w="50" w:type="dxa"/>
            </w:tcMar>
          </w:tcPr>
          <w:p w14:paraId="4187005E" w14:textId="77777777" w:rsidR="00292F36" w:rsidRDefault="00000000">
            <w:r>
              <w:rPr>
                <w:sz w:val="12"/>
              </w:rPr>
              <w:t>0</w:t>
            </w:r>
          </w:p>
        </w:tc>
        <w:tc>
          <w:tcPr>
            <w:tcW w:w="564" w:type="dxa"/>
            <w:tcMar>
              <w:top w:w="20" w:type="dxa"/>
              <w:left w:w="50" w:type="dxa"/>
              <w:bottom w:w="20" w:type="dxa"/>
              <w:right w:w="50" w:type="dxa"/>
            </w:tcMar>
          </w:tcPr>
          <w:p w14:paraId="7325EDA9" w14:textId="77777777" w:rsidR="00292F36" w:rsidRDefault="00000000">
            <w:r>
              <w:rPr>
                <w:sz w:val="12"/>
              </w:rPr>
              <w:t>0</w:t>
            </w:r>
          </w:p>
        </w:tc>
        <w:tc>
          <w:tcPr>
            <w:tcW w:w="564" w:type="dxa"/>
            <w:tcMar>
              <w:top w:w="20" w:type="dxa"/>
              <w:left w:w="50" w:type="dxa"/>
              <w:bottom w:w="20" w:type="dxa"/>
              <w:right w:w="50" w:type="dxa"/>
            </w:tcMar>
          </w:tcPr>
          <w:p w14:paraId="111B7298" w14:textId="77777777" w:rsidR="00292F36" w:rsidRDefault="00000000">
            <w:r>
              <w:rPr>
                <w:sz w:val="12"/>
              </w:rPr>
              <w:t>0</w:t>
            </w:r>
          </w:p>
        </w:tc>
        <w:tc>
          <w:tcPr>
            <w:tcW w:w="564" w:type="dxa"/>
            <w:tcMar>
              <w:top w:w="20" w:type="dxa"/>
              <w:left w:w="50" w:type="dxa"/>
              <w:bottom w:w="20" w:type="dxa"/>
              <w:right w:w="50" w:type="dxa"/>
            </w:tcMar>
          </w:tcPr>
          <w:p w14:paraId="6507F0FB" w14:textId="77777777" w:rsidR="00292F36" w:rsidRDefault="00000000">
            <w:r>
              <w:rPr>
                <w:sz w:val="12"/>
              </w:rPr>
              <w:t>0</w:t>
            </w:r>
          </w:p>
        </w:tc>
        <w:tc>
          <w:tcPr>
            <w:tcW w:w="564" w:type="dxa"/>
            <w:tcMar>
              <w:top w:w="20" w:type="dxa"/>
              <w:left w:w="50" w:type="dxa"/>
              <w:bottom w:w="20" w:type="dxa"/>
              <w:right w:w="50" w:type="dxa"/>
            </w:tcMar>
          </w:tcPr>
          <w:p w14:paraId="7CB4BD20" w14:textId="77777777" w:rsidR="00292F36" w:rsidRDefault="00000000">
            <w:r>
              <w:rPr>
                <w:sz w:val="12"/>
              </w:rPr>
              <w:t>0</w:t>
            </w:r>
          </w:p>
        </w:tc>
        <w:tc>
          <w:tcPr>
            <w:tcW w:w="564" w:type="dxa"/>
            <w:tcMar>
              <w:top w:w="20" w:type="dxa"/>
              <w:left w:w="50" w:type="dxa"/>
              <w:bottom w:w="20" w:type="dxa"/>
              <w:right w:w="50" w:type="dxa"/>
            </w:tcMar>
          </w:tcPr>
          <w:p w14:paraId="3CC85CB3" w14:textId="77777777" w:rsidR="00292F36" w:rsidRDefault="00000000">
            <w:r>
              <w:rPr>
                <w:sz w:val="12"/>
              </w:rPr>
              <w:t>0</w:t>
            </w:r>
          </w:p>
        </w:tc>
        <w:tc>
          <w:tcPr>
            <w:tcW w:w="564" w:type="dxa"/>
            <w:tcMar>
              <w:top w:w="20" w:type="dxa"/>
              <w:left w:w="50" w:type="dxa"/>
              <w:bottom w:w="20" w:type="dxa"/>
              <w:right w:w="50" w:type="dxa"/>
            </w:tcMar>
          </w:tcPr>
          <w:p w14:paraId="6D992467" w14:textId="77777777" w:rsidR="00292F36" w:rsidRDefault="00000000">
            <w:r>
              <w:rPr>
                <w:sz w:val="12"/>
              </w:rPr>
              <w:t>0</w:t>
            </w:r>
          </w:p>
        </w:tc>
        <w:tc>
          <w:tcPr>
            <w:tcW w:w="564" w:type="dxa"/>
            <w:tcMar>
              <w:top w:w="20" w:type="dxa"/>
              <w:left w:w="50" w:type="dxa"/>
              <w:bottom w:w="20" w:type="dxa"/>
              <w:right w:w="50" w:type="dxa"/>
            </w:tcMar>
          </w:tcPr>
          <w:p w14:paraId="27167A68" w14:textId="77777777" w:rsidR="00292F36" w:rsidRDefault="00000000">
            <w:r>
              <w:rPr>
                <w:sz w:val="12"/>
              </w:rPr>
              <w:t>0</w:t>
            </w:r>
          </w:p>
        </w:tc>
        <w:tc>
          <w:tcPr>
            <w:tcW w:w="564" w:type="dxa"/>
            <w:tcMar>
              <w:top w:w="20" w:type="dxa"/>
              <w:left w:w="50" w:type="dxa"/>
              <w:bottom w:w="20" w:type="dxa"/>
              <w:right w:w="50" w:type="dxa"/>
            </w:tcMar>
          </w:tcPr>
          <w:p w14:paraId="2462AC58" w14:textId="77777777" w:rsidR="00292F36" w:rsidRDefault="00000000">
            <w:r>
              <w:rPr>
                <w:sz w:val="12"/>
              </w:rPr>
              <w:t>0.05813953</w:t>
            </w:r>
          </w:p>
        </w:tc>
        <w:tc>
          <w:tcPr>
            <w:tcW w:w="564" w:type="dxa"/>
            <w:tcMar>
              <w:top w:w="20" w:type="dxa"/>
              <w:left w:w="50" w:type="dxa"/>
              <w:bottom w:w="20" w:type="dxa"/>
              <w:right w:w="50" w:type="dxa"/>
            </w:tcMar>
          </w:tcPr>
          <w:p w14:paraId="787A6729" w14:textId="77777777" w:rsidR="00292F36" w:rsidRDefault="00000000">
            <w:r>
              <w:rPr>
                <w:sz w:val="12"/>
              </w:rPr>
              <w:t>0.04069767</w:t>
            </w:r>
          </w:p>
        </w:tc>
        <w:tc>
          <w:tcPr>
            <w:tcW w:w="564" w:type="dxa"/>
            <w:tcMar>
              <w:top w:w="20" w:type="dxa"/>
              <w:left w:w="50" w:type="dxa"/>
              <w:bottom w:w="20" w:type="dxa"/>
              <w:right w:w="50" w:type="dxa"/>
            </w:tcMar>
          </w:tcPr>
          <w:p w14:paraId="0AD47CC5" w14:textId="77777777" w:rsidR="00292F36" w:rsidRDefault="00000000">
            <w:r>
              <w:rPr>
                <w:sz w:val="12"/>
              </w:rPr>
              <w:t>0.23255814</w:t>
            </w:r>
          </w:p>
        </w:tc>
        <w:tc>
          <w:tcPr>
            <w:tcW w:w="564" w:type="dxa"/>
            <w:tcMar>
              <w:top w:w="20" w:type="dxa"/>
              <w:left w:w="50" w:type="dxa"/>
              <w:bottom w:w="20" w:type="dxa"/>
              <w:right w:w="50" w:type="dxa"/>
            </w:tcMar>
          </w:tcPr>
          <w:p w14:paraId="14C34233" w14:textId="77777777" w:rsidR="00292F36" w:rsidRDefault="00000000">
            <w:r>
              <w:rPr>
                <w:sz w:val="12"/>
              </w:rPr>
              <w:t>0.25</w:t>
            </w:r>
          </w:p>
        </w:tc>
        <w:tc>
          <w:tcPr>
            <w:tcW w:w="564" w:type="dxa"/>
            <w:tcMar>
              <w:top w:w="20" w:type="dxa"/>
              <w:left w:w="50" w:type="dxa"/>
              <w:bottom w:w="20" w:type="dxa"/>
              <w:right w:w="50" w:type="dxa"/>
            </w:tcMar>
          </w:tcPr>
          <w:p w14:paraId="21CF4D96" w14:textId="77777777" w:rsidR="00292F36" w:rsidRDefault="00000000">
            <w:r>
              <w:rPr>
                <w:sz w:val="12"/>
              </w:rPr>
              <w:t>0.41860465</w:t>
            </w:r>
          </w:p>
        </w:tc>
      </w:tr>
      <w:tr w:rsidR="00292F36" w14:paraId="36A4277B" w14:textId="77777777">
        <w:tc>
          <w:tcPr>
            <w:tcW w:w="564" w:type="dxa"/>
            <w:tcMar>
              <w:top w:w="20" w:type="dxa"/>
              <w:left w:w="50" w:type="dxa"/>
              <w:bottom w:w="20" w:type="dxa"/>
              <w:right w:w="50" w:type="dxa"/>
            </w:tcMar>
          </w:tcPr>
          <w:p w14:paraId="3AAB451C" w14:textId="77777777" w:rsidR="00292F36" w:rsidRDefault="00000000">
            <w:r>
              <w:rPr>
                <w:sz w:val="12"/>
              </w:rPr>
              <w:t>2020_san_miguel_san_miguel_north_shallow_1</w:t>
            </w:r>
          </w:p>
        </w:tc>
        <w:tc>
          <w:tcPr>
            <w:tcW w:w="564" w:type="dxa"/>
            <w:tcMar>
              <w:top w:w="20" w:type="dxa"/>
              <w:left w:w="50" w:type="dxa"/>
              <w:bottom w:w="20" w:type="dxa"/>
              <w:right w:w="50" w:type="dxa"/>
            </w:tcMar>
          </w:tcPr>
          <w:p w14:paraId="578721A8" w14:textId="77777777" w:rsidR="00292F36" w:rsidRDefault="00000000">
            <w:r>
              <w:rPr>
                <w:sz w:val="12"/>
              </w:rPr>
              <w:t>-0.5830702</w:t>
            </w:r>
          </w:p>
        </w:tc>
        <w:tc>
          <w:tcPr>
            <w:tcW w:w="564" w:type="dxa"/>
            <w:tcMar>
              <w:top w:w="20" w:type="dxa"/>
              <w:left w:w="50" w:type="dxa"/>
              <w:bottom w:w="20" w:type="dxa"/>
              <w:right w:w="50" w:type="dxa"/>
            </w:tcMar>
          </w:tcPr>
          <w:p w14:paraId="762305BE" w14:textId="77777777" w:rsidR="00292F36" w:rsidRDefault="00000000">
            <w:r>
              <w:rPr>
                <w:sz w:val="12"/>
              </w:rPr>
              <w:t>0.13435897</w:t>
            </w:r>
          </w:p>
        </w:tc>
        <w:tc>
          <w:tcPr>
            <w:tcW w:w="564" w:type="dxa"/>
            <w:tcMar>
              <w:top w:w="20" w:type="dxa"/>
              <w:left w:w="50" w:type="dxa"/>
              <w:bottom w:w="20" w:type="dxa"/>
              <w:right w:w="50" w:type="dxa"/>
            </w:tcMar>
          </w:tcPr>
          <w:p w14:paraId="38A03074" w14:textId="77777777" w:rsidR="00292F36" w:rsidRDefault="00000000">
            <w:r>
              <w:rPr>
                <w:sz w:val="12"/>
              </w:rPr>
              <w:t>2020</w:t>
            </w:r>
          </w:p>
        </w:tc>
        <w:tc>
          <w:tcPr>
            <w:tcW w:w="564" w:type="dxa"/>
            <w:tcMar>
              <w:top w:w="20" w:type="dxa"/>
              <w:left w:w="50" w:type="dxa"/>
              <w:bottom w:w="20" w:type="dxa"/>
              <w:right w:w="50" w:type="dxa"/>
            </w:tcMar>
          </w:tcPr>
          <w:p w14:paraId="746F914D" w14:textId="77777777" w:rsidR="00292F36" w:rsidRDefault="00000000">
            <w:r>
              <w:rPr>
                <w:sz w:val="12"/>
              </w:rPr>
              <w:t>ensenada</w:t>
            </w:r>
          </w:p>
        </w:tc>
        <w:tc>
          <w:tcPr>
            <w:tcW w:w="564" w:type="dxa"/>
            <w:tcMar>
              <w:top w:w="20" w:type="dxa"/>
              <w:left w:w="50" w:type="dxa"/>
              <w:bottom w:w="20" w:type="dxa"/>
              <w:right w:w="50" w:type="dxa"/>
            </w:tcMar>
          </w:tcPr>
          <w:p w14:paraId="77263BE4" w14:textId="77777777" w:rsidR="00292F36" w:rsidRDefault="00000000">
            <w:r>
              <w:rPr>
                <w:sz w:val="12"/>
              </w:rPr>
              <w:t>North</w:t>
            </w:r>
          </w:p>
        </w:tc>
        <w:tc>
          <w:tcPr>
            <w:tcW w:w="564" w:type="dxa"/>
            <w:tcMar>
              <w:top w:w="20" w:type="dxa"/>
              <w:left w:w="50" w:type="dxa"/>
              <w:bottom w:w="20" w:type="dxa"/>
              <w:right w:w="50" w:type="dxa"/>
            </w:tcMar>
          </w:tcPr>
          <w:p w14:paraId="10D4A2E0" w14:textId="77777777" w:rsidR="00292F36" w:rsidRDefault="00000000">
            <w:r>
              <w:rPr>
                <w:sz w:val="12"/>
              </w:rPr>
              <w:t>san_miguel</w:t>
            </w:r>
          </w:p>
        </w:tc>
        <w:tc>
          <w:tcPr>
            <w:tcW w:w="564" w:type="dxa"/>
            <w:tcMar>
              <w:top w:w="20" w:type="dxa"/>
              <w:left w:w="50" w:type="dxa"/>
              <w:bottom w:w="20" w:type="dxa"/>
              <w:right w:w="50" w:type="dxa"/>
            </w:tcMar>
          </w:tcPr>
          <w:p w14:paraId="48792764" w14:textId="77777777" w:rsidR="00292F36" w:rsidRDefault="00000000">
            <w:r>
              <w:rPr>
                <w:sz w:val="12"/>
              </w:rPr>
              <w:t>san_miguel_north_shallow</w:t>
            </w:r>
          </w:p>
        </w:tc>
        <w:tc>
          <w:tcPr>
            <w:tcW w:w="564" w:type="dxa"/>
            <w:tcMar>
              <w:top w:w="20" w:type="dxa"/>
              <w:left w:w="50" w:type="dxa"/>
              <w:bottom w:w="20" w:type="dxa"/>
              <w:right w:w="50" w:type="dxa"/>
            </w:tcMar>
          </w:tcPr>
          <w:p w14:paraId="6AE9141F" w14:textId="77777777" w:rsidR="00292F36" w:rsidRDefault="00000000">
            <w:r>
              <w:rPr>
                <w:sz w:val="12"/>
              </w:rPr>
              <w:t>6</w:t>
            </w:r>
          </w:p>
        </w:tc>
        <w:tc>
          <w:tcPr>
            <w:tcW w:w="564" w:type="dxa"/>
            <w:tcMar>
              <w:top w:w="20" w:type="dxa"/>
              <w:left w:w="50" w:type="dxa"/>
              <w:bottom w:w="20" w:type="dxa"/>
              <w:right w:w="50" w:type="dxa"/>
            </w:tcMar>
          </w:tcPr>
          <w:p w14:paraId="0AB5DF94" w14:textId="77777777" w:rsidR="00292F36" w:rsidRDefault="00000000">
            <w:r>
              <w:rPr>
                <w:sz w:val="12"/>
              </w:rPr>
              <w:t>19.9699993</w:t>
            </w:r>
          </w:p>
        </w:tc>
        <w:tc>
          <w:tcPr>
            <w:tcW w:w="564" w:type="dxa"/>
            <w:tcMar>
              <w:top w:w="20" w:type="dxa"/>
              <w:left w:w="50" w:type="dxa"/>
              <w:bottom w:w="20" w:type="dxa"/>
              <w:right w:w="50" w:type="dxa"/>
            </w:tcMar>
          </w:tcPr>
          <w:p w14:paraId="7E4EDD0B" w14:textId="77777777" w:rsidR="00292F36" w:rsidRDefault="00000000">
            <w:r>
              <w:rPr>
                <w:sz w:val="12"/>
              </w:rPr>
              <w:t>0.23827871</w:t>
            </w:r>
          </w:p>
        </w:tc>
        <w:tc>
          <w:tcPr>
            <w:tcW w:w="564" w:type="dxa"/>
            <w:tcMar>
              <w:top w:w="20" w:type="dxa"/>
              <w:left w:w="50" w:type="dxa"/>
              <w:bottom w:w="20" w:type="dxa"/>
              <w:right w:w="50" w:type="dxa"/>
            </w:tcMar>
          </w:tcPr>
          <w:p w14:paraId="3282FC9D" w14:textId="77777777" w:rsidR="00292F36" w:rsidRDefault="00000000">
            <w:r>
              <w:rPr>
                <w:sz w:val="12"/>
              </w:rPr>
              <w:t>0.74509804</w:t>
            </w:r>
          </w:p>
        </w:tc>
        <w:tc>
          <w:tcPr>
            <w:tcW w:w="564" w:type="dxa"/>
            <w:tcMar>
              <w:top w:w="20" w:type="dxa"/>
              <w:left w:w="50" w:type="dxa"/>
              <w:bottom w:w="20" w:type="dxa"/>
              <w:right w:w="50" w:type="dxa"/>
            </w:tcMar>
          </w:tcPr>
          <w:p w14:paraId="6621D20C" w14:textId="77777777" w:rsidR="00292F36" w:rsidRDefault="00000000">
            <w:r>
              <w:rPr>
                <w:sz w:val="12"/>
              </w:rPr>
              <w:t>0</w:t>
            </w:r>
          </w:p>
        </w:tc>
        <w:tc>
          <w:tcPr>
            <w:tcW w:w="564" w:type="dxa"/>
            <w:tcMar>
              <w:top w:w="20" w:type="dxa"/>
              <w:left w:w="50" w:type="dxa"/>
              <w:bottom w:w="20" w:type="dxa"/>
              <w:right w:w="50" w:type="dxa"/>
            </w:tcMar>
          </w:tcPr>
          <w:p w14:paraId="3A840D59" w14:textId="77777777" w:rsidR="00292F36" w:rsidRDefault="00000000">
            <w:r>
              <w:rPr>
                <w:sz w:val="12"/>
              </w:rPr>
              <w:t>0</w:t>
            </w:r>
          </w:p>
        </w:tc>
        <w:tc>
          <w:tcPr>
            <w:tcW w:w="564" w:type="dxa"/>
            <w:tcMar>
              <w:top w:w="20" w:type="dxa"/>
              <w:left w:w="50" w:type="dxa"/>
              <w:bottom w:w="20" w:type="dxa"/>
              <w:right w:w="50" w:type="dxa"/>
            </w:tcMar>
          </w:tcPr>
          <w:p w14:paraId="7700D3E3" w14:textId="77777777" w:rsidR="00292F36" w:rsidRDefault="00000000">
            <w:r>
              <w:rPr>
                <w:sz w:val="12"/>
              </w:rPr>
              <w:t>0</w:t>
            </w:r>
          </w:p>
        </w:tc>
        <w:tc>
          <w:tcPr>
            <w:tcW w:w="564" w:type="dxa"/>
            <w:tcMar>
              <w:top w:w="20" w:type="dxa"/>
              <w:left w:w="50" w:type="dxa"/>
              <w:bottom w:w="20" w:type="dxa"/>
              <w:right w:w="50" w:type="dxa"/>
            </w:tcMar>
          </w:tcPr>
          <w:p w14:paraId="75CDB362" w14:textId="77777777" w:rsidR="00292F36" w:rsidRDefault="00000000">
            <w:r>
              <w:rPr>
                <w:sz w:val="12"/>
              </w:rPr>
              <w:t>0</w:t>
            </w:r>
          </w:p>
        </w:tc>
        <w:tc>
          <w:tcPr>
            <w:tcW w:w="564" w:type="dxa"/>
            <w:tcMar>
              <w:top w:w="20" w:type="dxa"/>
              <w:left w:w="50" w:type="dxa"/>
              <w:bottom w:w="20" w:type="dxa"/>
              <w:right w:w="50" w:type="dxa"/>
            </w:tcMar>
          </w:tcPr>
          <w:p w14:paraId="6F67A378" w14:textId="77777777" w:rsidR="00292F36" w:rsidRDefault="00000000">
            <w:r>
              <w:rPr>
                <w:sz w:val="12"/>
              </w:rPr>
              <w:t>0.25490196</w:t>
            </w:r>
          </w:p>
        </w:tc>
        <w:tc>
          <w:tcPr>
            <w:tcW w:w="564" w:type="dxa"/>
            <w:tcMar>
              <w:top w:w="20" w:type="dxa"/>
              <w:left w:w="50" w:type="dxa"/>
              <w:bottom w:w="20" w:type="dxa"/>
              <w:right w:w="50" w:type="dxa"/>
            </w:tcMar>
          </w:tcPr>
          <w:p w14:paraId="75F72FF2" w14:textId="77777777" w:rsidR="00292F36" w:rsidRDefault="00000000">
            <w:r>
              <w:rPr>
                <w:sz w:val="12"/>
              </w:rPr>
              <w:t>0</w:t>
            </w:r>
          </w:p>
        </w:tc>
        <w:tc>
          <w:tcPr>
            <w:tcW w:w="564" w:type="dxa"/>
            <w:tcMar>
              <w:top w:w="20" w:type="dxa"/>
              <w:left w:w="50" w:type="dxa"/>
              <w:bottom w:w="20" w:type="dxa"/>
              <w:right w:w="50" w:type="dxa"/>
            </w:tcMar>
          </w:tcPr>
          <w:p w14:paraId="26F752C6" w14:textId="77777777" w:rsidR="00292F36" w:rsidRDefault="00000000">
            <w:r>
              <w:rPr>
                <w:sz w:val="12"/>
              </w:rPr>
              <w:t>0</w:t>
            </w:r>
          </w:p>
        </w:tc>
        <w:tc>
          <w:tcPr>
            <w:tcW w:w="564" w:type="dxa"/>
            <w:tcMar>
              <w:top w:w="20" w:type="dxa"/>
              <w:left w:w="50" w:type="dxa"/>
              <w:bottom w:w="20" w:type="dxa"/>
              <w:right w:w="50" w:type="dxa"/>
            </w:tcMar>
          </w:tcPr>
          <w:p w14:paraId="792F3325" w14:textId="77777777" w:rsidR="00292F36" w:rsidRDefault="00000000">
            <w:r>
              <w:rPr>
                <w:sz w:val="12"/>
              </w:rPr>
              <w:t>0.00934579</w:t>
            </w:r>
          </w:p>
        </w:tc>
        <w:tc>
          <w:tcPr>
            <w:tcW w:w="564" w:type="dxa"/>
            <w:tcMar>
              <w:top w:w="20" w:type="dxa"/>
              <w:left w:w="50" w:type="dxa"/>
              <w:bottom w:w="20" w:type="dxa"/>
              <w:right w:w="50" w:type="dxa"/>
            </w:tcMar>
          </w:tcPr>
          <w:p w14:paraId="22C9FBA5" w14:textId="77777777" w:rsidR="00292F36" w:rsidRDefault="00000000">
            <w:r>
              <w:rPr>
                <w:sz w:val="12"/>
              </w:rPr>
              <w:t>0.23364486</w:t>
            </w:r>
          </w:p>
        </w:tc>
        <w:tc>
          <w:tcPr>
            <w:tcW w:w="564" w:type="dxa"/>
            <w:tcMar>
              <w:top w:w="20" w:type="dxa"/>
              <w:left w:w="50" w:type="dxa"/>
              <w:bottom w:w="20" w:type="dxa"/>
              <w:right w:w="50" w:type="dxa"/>
            </w:tcMar>
          </w:tcPr>
          <w:p w14:paraId="39C79D51" w14:textId="77777777" w:rsidR="00292F36" w:rsidRDefault="00000000">
            <w:r>
              <w:rPr>
                <w:sz w:val="12"/>
              </w:rPr>
              <w:t>0.1588785</w:t>
            </w:r>
          </w:p>
        </w:tc>
        <w:tc>
          <w:tcPr>
            <w:tcW w:w="564" w:type="dxa"/>
            <w:tcMar>
              <w:top w:w="20" w:type="dxa"/>
              <w:left w:w="50" w:type="dxa"/>
              <w:bottom w:w="20" w:type="dxa"/>
              <w:right w:w="50" w:type="dxa"/>
            </w:tcMar>
          </w:tcPr>
          <w:p w14:paraId="39EB04FE" w14:textId="77777777" w:rsidR="00292F36" w:rsidRDefault="00000000">
            <w:r>
              <w:rPr>
                <w:sz w:val="12"/>
              </w:rPr>
              <w:t>0.05607477</w:t>
            </w:r>
          </w:p>
        </w:tc>
        <w:tc>
          <w:tcPr>
            <w:tcW w:w="564" w:type="dxa"/>
            <w:tcMar>
              <w:top w:w="20" w:type="dxa"/>
              <w:left w:w="50" w:type="dxa"/>
              <w:bottom w:w="20" w:type="dxa"/>
              <w:right w:w="50" w:type="dxa"/>
            </w:tcMar>
          </w:tcPr>
          <w:p w14:paraId="082B5294" w14:textId="77777777" w:rsidR="00292F36" w:rsidRDefault="00000000">
            <w:r>
              <w:rPr>
                <w:sz w:val="12"/>
              </w:rPr>
              <w:t>0.1682243</w:t>
            </w:r>
          </w:p>
        </w:tc>
        <w:tc>
          <w:tcPr>
            <w:tcW w:w="564" w:type="dxa"/>
            <w:tcMar>
              <w:top w:w="20" w:type="dxa"/>
              <w:left w:w="50" w:type="dxa"/>
              <w:bottom w:w="20" w:type="dxa"/>
              <w:right w:w="50" w:type="dxa"/>
            </w:tcMar>
          </w:tcPr>
          <w:p w14:paraId="010BA421" w14:textId="77777777" w:rsidR="00292F36" w:rsidRDefault="00000000">
            <w:r>
              <w:rPr>
                <w:sz w:val="12"/>
              </w:rPr>
              <w:t>0.37383178</w:t>
            </w:r>
          </w:p>
        </w:tc>
      </w:tr>
      <w:tr w:rsidR="00292F36" w14:paraId="457D65A7" w14:textId="77777777">
        <w:tc>
          <w:tcPr>
            <w:tcW w:w="564" w:type="dxa"/>
            <w:tcMar>
              <w:top w:w="20" w:type="dxa"/>
              <w:left w:w="50" w:type="dxa"/>
              <w:bottom w:w="20" w:type="dxa"/>
              <w:right w:w="50" w:type="dxa"/>
            </w:tcMar>
          </w:tcPr>
          <w:p w14:paraId="528B7AF1" w14:textId="77777777" w:rsidR="00292F36" w:rsidRDefault="00000000">
            <w:r>
              <w:rPr>
                <w:sz w:val="12"/>
              </w:rPr>
              <w:t>2020_san_miguel_san_miguel_north_shallow_2</w:t>
            </w:r>
          </w:p>
        </w:tc>
        <w:tc>
          <w:tcPr>
            <w:tcW w:w="564" w:type="dxa"/>
            <w:tcMar>
              <w:top w:w="20" w:type="dxa"/>
              <w:left w:w="50" w:type="dxa"/>
              <w:bottom w:w="20" w:type="dxa"/>
              <w:right w:w="50" w:type="dxa"/>
            </w:tcMar>
          </w:tcPr>
          <w:p w14:paraId="4BF84C03" w14:textId="77777777" w:rsidR="00292F36" w:rsidRDefault="00000000">
            <w:r>
              <w:rPr>
                <w:sz w:val="12"/>
              </w:rPr>
              <w:t>-0.60648</w:t>
            </w:r>
          </w:p>
        </w:tc>
        <w:tc>
          <w:tcPr>
            <w:tcW w:w="564" w:type="dxa"/>
            <w:tcMar>
              <w:top w:w="20" w:type="dxa"/>
              <w:left w:w="50" w:type="dxa"/>
              <w:bottom w:w="20" w:type="dxa"/>
              <w:right w:w="50" w:type="dxa"/>
            </w:tcMar>
          </w:tcPr>
          <w:p w14:paraId="0F88EE7A" w14:textId="77777777" w:rsidR="00292F36" w:rsidRDefault="00000000">
            <w:r>
              <w:rPr>
                <w:sz w:val="12"/>
              </w:rPr>
              <w:t>0.13379741</w:t>
            </w:r>
          </w:p>
        </w:tc>
        <w:tc>
          <w:tcPr>
            <w:tcW w:w="564" w:type="dxa"/>
            <w:tcMar>
              <w:top w:w="20" w:type="dxa"/>
              <w:left w:w="50" w:type="dxa"/>
              <w:bottom w:w="20" w:type="dxa"/>
              <w:right w:w="50" w:type="dxa"/>
            </w:tcMar>
          </w:tcPr>
          <w:p w14:paraId="13317A91" w14:textId="77777777" w:rsidR="00292F36" w:rsidRDefault="00000000">
            <w:r>
              <w:rPr>
                <w:sz w:val="12"/>
              </w:rPr>
              <w:t>2020</w:t>
            </w:r>
          </w:p>
        </w:tc>
        <w:tc>
          <w:tcPr>
            <w:tcW w:w="564" w:type="dxa"/>
            <w:tcMar>
              <w:top w:w="20" w:type="dxa"/>
              <w:left w:w="50" w:type="dxa"/>
              <w:bottom w:w="20" w:type="dxa"/>
              <w:right w:w="50" w:type="dxa"/>
            </w:tcMar>
          </w:tcPr>
          <w:p w14:paraId="6C37C1A6" w14:textId="77777777" w:rsidR="00292F36" w:rsidRDefault="00000000">
            <w:r>
              <w:rPr>
                <w:sz w:val="12"/>
              </w:rPr>
              <w:t>ensenada</w:t>
            </w:r>
          </w:p>
        </w:tc>
        <w:tc>
          <w:tcPr>
            <w:tcW w:w="564" w:type="dxa"/>
            <w:tcMar>
              <w:top w:w="20" w:type="dxa"/>
              <w:left w:w="50" w:type="dxa"/>
              <w:bottom w:w="20" w:type="dxa"/>
              <w:right w:w="50" w:type="dxa"/>
            </w:tcMar>
          </w:tcPr>
          <w:p w14:paraId="320CE741" w14:textId="77777777" w:rsidR="00292F36" w:rsidRDefault="00000000">
            <w:r>
              <w:rPr>
                <w:sz w:val="12"/>
              </w:rPr>
              <w:t>North</w:t>
            </w:r>
          </w:p>
        </w:tc>
        <w:tc>
          <w:tcPr>
            <w:tcW w:w="564" w:type="dxa"/>
            <w:tcMar>
              <w:top w:w="20" w:type="dxa"/>
              <w:left w:w="50" w:type="dxa"/>
              <w:bottom w:w="20" w:type="dxa"/>
              <w:right w:w="50" w:type="dxa"/>
            </w:tcMar>
          </w:tcPr>
          <w:p w14:paraId="34107C4F" w14:textId="77777777" w:rsidR="00292F36" w:rsidRDefault="00000000">
            <w:r>
              <w:rPr>
                <w:sz w:val="12"/>
              </w:rPr>
              <w:t>san_miguel</w:t>
            </w:r>
          </w:p>
        </w:tc>
        <w:tc>
          <w:tcPr>
            <w:tcW w:w="564" w:type="dxa"/>
            <w:tcMar>
              <w:top w:w="20" w:type="dxa"/>
              <w:left w:w="50" w:type="dxa"/>
              <w:bottom w:w="20" w:type="dxa"/>
              <w:right w:w="50" w:type="dxa"/>
            </w:tcMar>
          </w:tcPr>
          <w:p w14:paraId="777DB86A" w14:textId="77777777" w:rsidR="00292F36" w:rsidRDefault="00000000">
            <w:r>
              <w:rPr>
                <w:sz w:val="12"/>
              </w:rPr>
              <w:t>san_miguel_north_shallow</w:t>
            </w:r>
          </w:p>
        </w:tc>
        <w:tc>
          <w:tcPr>
            <w:tcW w:w="564" w:type="dxa"/>
            <w:tcMar>
              <w:top w:w="20" w:type="dxa"/>
              <w:left w:w="50" w:type="dxa"/>
              <w:bottom w:w="20" w:type="dxa"/>
              <w:right w:w="50" w:type="dxa"/>
            </w:tcMar>
          </w:tcPr>
          <w:p w14:paraId="2D18B2EB" w14:textId="77777777" w:rsidR="00292F36" w:rsidRDefault="00000000">
            <w:r>
              <w:rPr>
                <w:sz w:val="12"/>
              </w:rPr>
              <w:t>6</w:t>
            </w:r>
          </w:p>
        </w:tc>
        <w:tc>
          <w:tcPr>
            <w:tcW w:w="564" w:type="dxa"/>
            <w:tcMar>
              <w:top w:w="20" w:type="dxa"/>
              <w:left w:w="50" w:type="dxa"/>
              <w:bottom w:w="20" w:type="dxa"/>
              <w:right w:w="50" w:type="dxa"/>
            </w:tcMar>
          </w:tcPr>
          <w:p w14:paraId="2794B751" w14:textId="77777777" w:rsidR="00292F36" w:rsidRDefault="00000000">
            <w:r>
              <w:rPr>
                <w:sz w:val="12"/>
              </w:rPr>
              <w:t>19.9699993</w:t>
            </w:r>
          </w:p>
        </w:tc>
        <w:tc>
          <w:tcPr>
            <w:tcW w:w="564" w:type="dxa"/>
            <w:tcMar>
              <w:top w:w="20" w:type="dxa"/>
              <w:left w:w="50" w:type="dxa"/>
              <w:bottom w:w="20" w:type="dxa"/>
              <w:right w:w="50" w:type="dxa"/>
            </w:tcMar>
          </w:tcPr>
          <w:p w14:paraId="0F495F04" w14:textId="77777777" w:rsidR="00292F36" w:rsidRDefault="00000000">
            <w:r>
              <w:rPr>
                <w:sz w:val="12"/>
              </w:rPr>
              <w:t>0.23827871</w:t>
            </w:r>
          </w:p>
        </w:tc>
        <w:tc>
          <w:tcPr>
            <w:tcW w:w="564" w:type="dxa"/>
            <w:tcMar>
              <w:top w:w="20" w:type="dxa"/>
              <w:left w:w="50" w:type="dxa"/>
              <w:bottom w:w="20" w:type="dxa"/>
              <w:right w:w="50" w:type="dxa"/>
            </w:tcMar>
          </w:tcPr>
          <w:p w14:paraId="0CCEE5F6" w14:textId="77777777" w:rsidR="00292F36" w:rsidRDefault="00000000">
            <w:r>
              <w:rPr>
                <w:sz w:val="12"/>
              </w:rPr>
              <w:t>1</w:t>
            </w:r>
          </w:p>
        </w:tc>
        <w:tc>
          <w:tcPr>
            <w:tcW w:w="564" w:type="dxa"/>
            <w:tcMar>
              <w:top w:w="20" w:type="dxa"/>
              <w:left w:w="50" w:type="dxa"/>
              <w:bottom w:w="20" w:type="dxa"/>
              <w:right w:w="50" w:type="dxa"/>
            </w:tcMar>
          </w:tcPr>
          <w:p w14:paraId="7858C91C" w14:textId="77777777" w:rsidR="00292F36" w:rsidRDefault="00000000">
            <w:r>
              <w:rPr>
                <w:sz w:val="12"/>
              </w:rPr>
              <w:t>0</w:t>
            </w:r>
          </w:p>
        </w:tc>
        <w:tc>
          <w:tcPr>
            <w:tcW w:w="564" w:type="dxa"/>
            <w:tcMar>
              <w:top w:w="20" w:type="dxa"/>
              <w:left w:w="50" w:type="dxa"/>
              <w:bottom w:w="20" w:type="dxa"/>
              <w:right w:w="50" w:type="dxa"/>
            </w:tcMar>
          </w:tcPr>
          <w:p w14:paraId="0128209A" w14:textId="77777777" w:rsidR="00292F36" w:rsidRDefault="00000000">
            <w:r>
              <w:rPr>
                <w:sz w:val="12"/>
              </w:rPr>
              <w:t>0</w:t>
            </w:r>
          </w:p>
        </w:tc>
        <w:tc>
          <w:tcPr>
            <w:tcW w:w="564" w:type="dxa"/>
            <w:tcMar>
              <w:top w:w="20" w:type="dxa"/>
              <w:left w:w="50" w:type="dxa"/>
              <w:bottom w:w="20" w:type="dxa"/>
              <w:right w:w="50" w:type="dxa"/>
            </w:tcMar>
          </w:tcPr>
          <w:p w14:paraId="7B7756EF" w14:textId="77777777" w:rsidR="00292F36" w:rsidRDefault="00000000">
            <w:r>
              <w:rPr>
                <w:sz w:val="12"/>
              </w:rPr>
              <w:t>0</w:t>
            </w:r>
          </w:p>
        </w:tc>
        <w:tc>
          <w:tcPr>
            <w:tcW w:w="564" w:type="dxa"/>
            <w:tcMar>
              <w:top w:w="20" w:type="dxa"/>
              <w:left w:w="50" w:type="dxa"/>
              <w:bottom w:w="20" w:type="dxa"/>
              <w:right w:w="50" w:type="dxa"/>
            </w:tcMar>
          </w:tcPr>
          <w:p w14:paraId="2C4F085C" w14:textId="77777777" w:rsidR="00292F36" w:rsidRDefault="00000000">
            <w:r>
              <w:rPr>
                <w:sz w:val="12"/>
              </w:rPr>
              <w:t>0</w:t>
            </w:r>
          </w:p>
        </w:tc>
        <w:tc>
          <w:tcPr>
            <w:tcW w:w="564" w:type="dxa"/>
            <w:tcMar>
              <w:top w:w="20" w:type="dxa"/>
              <w:left w:w="50" w:type="dxa"/>
              <w:bottom w:w="20" w:type="dxa"/>
              <w:right w:w="50" w:type="dxa"/>
            </w:tcMar>
          </w:tcPr>
          <w:p w14:paraId="6F008843" w14:textId="77777777" w:rsidR="00292F36" w:rsidRDefault="00000000">
            <w:r>
              <w:rPr>
                <w:sz w:val="12"/>
              </w:rPr>
              <w:t>0</w:t>
            </w:r>
          </w:p>
        </w:tc>
        <w:tc>
          <w:tcPr>
            <w:tcW w:w="564" w:type="dxa"/>
            <w:tcMar>
              <w:top w:w="20" w:type="dxa"/>
              <w:left w:w="50" w:type="dxa"/>
              <w:bottom w:w="20" w:type="dxa"/>
              <w:right w:w="50" w:type="dxa"/>
            </w:tcMar>
          </w:tcPr>
          <w:p w14:paraId="02786030" w14:textId="77777777" w:rsidR="00292F36" w:rsidRDefault="00000000">
            <w:r>
              <w:rPr>
                <w:sz w:val="12"/>
              </w:rPr>
              <w:t>0</w:t>
            </w:r>
          </w:p>
        </w:tc>
        <w:tc>
          <w:tcPr>
            <w:tcW w:w="564" w:type="dxa"/>
            <w:tcMar>
              <w:top w:w="20" w:type="dxa"/>
              <w:left w:w="50" w:type="dxa"/>
              <w:bottom w:w="20" w:type="dxa"/>
              <w:right w:w="50" w:type="dxa"/>
            </w:tcMar>
          </w:tcPr>
          <w:p w14:paraId="5F0ECFDA" w14:textId="77777777" w:rsidR="00292F36" w:rsidRDefault="00000000">
            <w:r>
              <w:rPr>
                <w:sz w:val="12"/>
              </w:rPr>
              <w:t>0</w:t>
            </w:r>
          </w:p>
        </w:tc>
        <w:tc>
          <w:tcPr>
            <w:tcW w:w="564" w:type="dxa"/>
            <w:tcMar>
              <w:top w:w="20" w:type="dxa"/>
              <w:left w:w="50" w:type="dxa"/>
              <w:bottom w:w="20" w:type="dxa"/>
              <w:right w:w="50" w:type="dxa"/>
            </w:tcMar>
          </w:tcPr>
          <w:p w14:paraId="5648C3CD" w14:textId="77777777" w:rsidR="00292F36" w:rsidRDefault="00000000">
            <w:r>
              <w:rPr>
                <w:sz w:val="12"/>
              </w:rPr>
              <w:t>0.02158273</w:t>
            </w:r>
          </w:p>
        </w:tc>
        <w:tc>
          <w:tcPr>
            <w:tcW w:w="564" w:type="dxa"/>
            <w:tcMar>
              <w:top w:w="20" w:type="dxa"/>
              <w:left w:w="50" w:type="dxa"/>
              <w:bottom w:w="20" w:type="dxa"/>
              <w:right w:w="50" w:type="dxa"/>
            </w:tcMar>
          </w:tcPr>
          <w:p w14:paraId="408C65A4" w14:textId="77777777" w:rsidR="00292F36" w:rsidRDefault="00000000">
            <w:r>
              <w:rPr>
                <w:sz w:val="12"/>
              </w:rPr>
              <w:t>0.25899281</w:t>
            </w:r>
          </w:p>
        </w:tc>
        <w:tc>
          <w:tcPr>
            <w:tcW w:w="564" w:type="dxa"/>
            <w:tcMar>
              <w:top w:w="20" w:type="dxa"/>
              <w:left w:w="50" w:type="dxa"/>
              <w:bottom w:w="20" w:type="dxa"/>
              <w:right w:w="50" w:type="dxa"/>
            </w:tcMar>
          </w:tcPr>
          <w:p w14:paraId="65241A12" w14:textId="77777777" w:rsidR="00292F36" w:rsidRDefault="00000000">
            <w:r>
              <w:rPr>
                <w:sz w:val="12"/>
              </w:rPr>
              <w:t>0.18705036</w:t>
            </w:r>
          </w:p>
        </w:tc>
        <w:tc>
          <w:tcPr>
            <w:tcW w:w="564" w:type="dxa"/>
            <w:tcMar>
              <w:top w:w="20" w:type="dxa"/>
              <w:left w:w="50" w:type="dxa"/>
              <w:bottom w:w="20" w:type="dxa"/>
              <w:right w:w="50" w:type="dxa"/>
            </w:tcMar>
          </w:tcPr>
          <w:p w14:paraId="3509080B" w14:textId="77777777" w:rsidR="00292F36" w:rsidRDefault="00000000">
            <w:r>
              <w:rPr>
                <w:sz w:val="12"/>
              </w:rPr>
              <w:t>0.01438849</w:t>
            </w:r>
          </w:p>
        </w:tc>
        <w:tc>
          <w:tcPr>
            <w:tcW w:w="564" w:type="dxa"/>
            <w:tcMar>
              <w:top w:w="20" w:type="dxa"/>
              <w:left w:w="50" w:type="dxa"/>
              <w:bottom w:w="20" w:type="dxa"/>
              <w:right w:w="50" w:type="dxa"/>
            </w:tcMar>
          </w:tcPr>
          <w:p w14:paraId="3686703A" w14:textId="77777777" w:rsidR="00292F36" w:rsidRDefault="00000000">
            <w:r>
              <w:rPr>
                <w:sz w:val="12"/>
              </w:rPr>
              <w:t>0.02158273</w:t>
            </w:r>
          </w:p>
        </w:tc>
        <w:tc>
          <w:tcPr>
            <w:tcW w:w="564" w:type="dxa"/>
            <w:tcMar>
              <w:top w:w="20" w:type="dxa"/>
              <w:left w:w="50" w:type="dxa"/>
              <w:bottom w:w="20" w:type="dxa"/>
              <w:right w:w="50" w:type="dxa"/>
            </w:tcMar>
          </w:tcPr>
          <w:p w14:paraId="5E8C3FEE" w14:textId="77777777" w:rsidR="00292F36" w:rsidRDefault="00000000">
            <w:r>
              <w:rPr>
                <w:sz w:val="12"/>
              </w:rPr>
              <w:t>0.49640288</w:t>
            </w:r>
          </w:p>
        </w:tc>
      </w:tr>
      <w:tr w:rsidR="00292F36" w14:paraId="653E1011" w14:textId="77777777">
        <w:tc>
          <w:tcPr>
            <w:tcW w:w="564" w:type="dxa"/>
            <w:tcMar>
              <w:top w:w="20" w:type="dxa"/>
              <w:left w:w="50" w:type="dxa"/>
              <w:bottom w:w="20" w:type="dxa"/>
              <w:right w:w="50" w:type="dxa"/>
            </w:tcMar>
          </w:tcPr>
          <w:p w14:paraId="76B1897D" w14:textId="77777777" w:rsidR="00292F36" w:rsidRDefault="00000000">
            <w:r>
              <w:rPr>
                <w:sz w:val="12"/>
              </w:rPr>
              <w:t>2021_campo_kennedy_campo_kennedy_deep_1</w:t>
            </w:r>
          </w:p>
        </w:tc>
        <w:tc>
          <w:tcPr>
            <w:tcW w:w="564" w:type="dxa"/>
            <w:tcMar>
              <w:top w:w="20" w:type="dxa"/>
              <w:left w:w="50" w:type="dxa"/>
              <w:bottom w:w="20" w:type="dxa"/>
              <w:right w:w="50" w:type="dxa"/>
            </w:tcMar>
          </w:tcPr>
          <w:p w14:paraId="13F467BD" w14:textId="77777777" w:rsidR="00292F36" w:rsidRDefault="00000000">
            <w:r>
              <w:rPr>
                <w:sz w:val="12"/>
              </w:rPr>
              <w:t>0.03545341</w:t>
            </w:r>
          </w:p>
        </w:tc>
        <w:tc>
          <w:tcPr>
            <w:tcW w:w="564" w:type="dxa"/>
            <w:tcMar>
              <w:top w:w="20" w:type="dxa"/>
              <w:left w:w="50" w:type="dxa"/>
              <w:bottom w:w="20" w:type="dxa"/>
              <w:right w:w="50" w:type="dxa"/>
            </w:tcMar>
          </w:tcPr>
          <w:p w14:paraId="223C83B8" w14:textId="77777777" w:rsidR="00292F36" w:rsidRDefault="00000000">
            <w:r>
              <w:rPr>
                <w:sz w:val="12"/>
              </w:rPr>
              <w:t>1.00476084</w:t>
            </w:r>
          </w:p>
        </w:tc>
        <w:tc>
          <w:tcPr>
            <w:tcW w:w="564" w:type="dxa"/>
            <w:tcMar>
              <w:top w:w="20" w:type="dxa"/>
              <w:left w:w="50" w:type="dxa"/>
              <w:bottom w:w="20" w:type="dxa"/>
              <w:right w:w="50" w:type="dxa"/>
            </w:tcMar>
          </w:tcPr>
          <w:p w14:paraId="0695FD51" w14:textId="77777777" w:rsidR="00292F36" w:rsidRDefault="00000000">
            <w:r>
              <w:rPr>
                <w:sz w:val="12"/>
              </w:rPr>
              <w:t>2021</w:t>
            </w:r>
          </w:p>
        </w:tc>
        <w:tc>
          <w:tcPr>
            <w:tcW w:w="564" w:type="dxa"/>
            <w:tcMar>
              <w:top w:w="20" w:type="dxa"/>
              <w:left w:w="50" w:type="dxa"/>
              <w:bottom w:w="20" w:type="dxa"/>
              <w:right w:w="50" w:type="dxa"/>
            </w:tcMar>
          </w:tcPr>
          <w:p w14:paraId="4323CD3D" w14:textId="77777777" w:rsidR="00292F36" w:rsidRDefault="00000000">
            <w:r>
              <w:rPr>
                <w:sz w:val="12"/>
              </w:rPr>
              <w:t>ensenada</w:t>
            </w:r>
          </w:p>
        </w:tc>
        <w:tc>
          <w:tcPr>
            <w:tcW w:w="564" w:type="dxa"/>
            <w:tcMar>
              <w:top w:w="20" w:type="dxa"/>
              <w:left w:w="50" w:type="dxa"/>
              <w:bottom w:w="20" w:type="dxa"/>
              <w:right w:w="50" w:type="dxa"/>
            </w:tcMar>
          </w:tcPr>
          <w:p w14:paraId="4F857B92" w14:textId="77777777" w:rsidR="00292F36" w:rsidRDefault="00000000">
            <w:r>
              <w:rPr>
                <w:sz w:val="12"/>
              </w:rPr>
              <w:t>North</w:t>
            </w:r>
          </w:p>
        </w:tc>
        <w:tc>
          <w:tcPr>
            <w:tcW w:w="564" w:type="dxa"/>
            <w:tcMar>
              <w:top w:w="20" w:type="dxa"/>
              <w:left w:w="50" w:type="dxa"/>
              <w:bottom w:w="20" w:type="dxa"/>
              <w:right w:w="50" w:type="dxa"/>
            </w:tcMar>
          </w:tcPr>
          <w:p w14:paraId="4EE264C8" w14:textId="77777777" w:rsidR="00292F36" w:rsidRDefault="00000000">
            <w:r>
              <w:rPr>
                <w:sz w:val="12"/>
              </w:rPr>
              <w:t>campo_kennedy</w:t>
            </w:r>
          </w:p>
        </w:tc>
        <w:tc>
          <w:tcPr>
            <w:tcW w:w="564" w:type="dxa"/>
            <w:tcMar>
              <w:top w:w="20" w:type="dxa"/>
              <w:left w:w="50" w:type="dxa"/>
              <w:bottom w:w="20" w:type="dxa"/>
              <w:right w:w="50" w:type="dxa"/>
            </w:tcMar>
          </w:tcPr>
          <w:p w14:paraId="5E413734" w14:textId="77777777" w:rsidR="00292F36" w:rsidRDefault="00000000">
            <w:r>
              <w:rPr>
                <w:sz w:val="12"/>
              </w:rPr>
              <w:t>campo_kennedy_deep</w:t>
            </w:r>
          </w:p>
        </w:tc>
        <w:tc>
          <w:tcPr>
            <w:tcW w:w="564" w:type="dxa"/>
            <w:tcMar>
              <w:top w:w="20" w:type="dxa"/>
              <w:left w:w="50" w:type="dxa"/>
              <w:bottom w:w="20" w:type="dxa"/>
              <w:right w:w="50" w:type="dxa"/>
            </w:tcMar>
          </w:tcPr>
          <w:p w14:paraId="06EFAAF9" w14:textId="77777777" w:rsidR="00292F36" w:rsidRDefault="00000000">
            <w:r>
              <w:rPr>
                <w:sz w:val="12"/>
              </w:rPr>
              <w:t>18</w:t>
            </w:r>
          </w:p>
        </w:tc>
        <w:tc>
          <w:tcPr>
            <w:tcW w:w="564" w:type="dxa"/>
            <w:tcMar>
              <w:top w:w="20" w:type="dxa"/>
              <w:left w:w="50" w:type="dxa"/>
              <w:bottom w:w="20" w:type="dxa"/>
              <w:right w:w="50" w:type="dxa"/>
            </w:tcMar>
          </w:tcPr>
          <w:p w14:paraId="337EC735" w14:textId="77777777" w:rsidR="00292F36" w:rsidRDefault="00000000">
            <w:r>
              <w:rPr>
                <w:sz w:val="12"/>
              </w:rPr>
              <w:t>19.9400005</w:t>
            </w:r>
          </w:p>
        </w:tc>
        <w:tc>
          <w:tcPr>
            <w:tcW w:w="564" w:type="dxa"/>
            <w:tcMar>
              <w:top w:w="20" w:type="dxa"/>
              <w:left w:w="50" w:type="dxa"/>
              <w:bottom w:w="20" w:type="dxa"/>
              <w:right w:w="50" w:type="dxa"/>
            </w:tcMar>
          </w:tcPr>
          <w:p w14:paraId="21AD114D" w14:textId="77777777" w:rsidR="00292F36" w:rsidRDefault="00000000">
            <w:r>
              <w:rPr>
                <w:sz w:val="12"/>
              </w:rPr>
              <w:t>0.2762095</w:t>
            </w:r>
          </w:p>
        </w:tc>
        <w:tc>
          <w:tcPr>
            <w:tcW w:w="564" w:type="dxa"/>
            <w:tcMar>
              <w:top w:w="20" w:type="dxa"/>
              <w:left w:w="50" w:type="dxa"/>
              <w:bottom w:w="20" w:type="dxa"/>
              <w:right w:w="50" w:type="dxa"/>
            </w:tcMar>
          </w:tcPr>
          <w:p w14:paraId="077D70AC" w14:textId="77777777" w:rsidR="00292F36" w:rsidRDefault="00000000">
            <w:r>
              <w:rPr>
                <w:sz w:val="12"/>
              </w:rPr>
              <w:t>0</w:t>
            </w:r>
          </w:p>
        </w:tc>
        <w:tc>
          <w:tcPr>
            <w:tcW w:w="564" w:type="dxa"/>
            <w:tcMar>
              <w:top w:w="20" w:type="dxa"/>
              <w:left w:w="50" w:type="dxa"/>
              <w:bottom w:w="20" w:type="dxa"/>
              <w:right w:w="50" w:type="dxa"/>
            </w:tcMar>
          </w:tcPr>
          <w:p w14:paraId="725824B6" w14:textId="77777777" w:rsidR="00292F36" w:rsidRDefault="00000000">
            <w:r>
              <w:rPr>
                <w:sz w:val="12"/>
              </w:rPr>
              <w:t>0</w:t>
            </w:r>
          </w:p>
        </w:tc>
        <w:tc>
          <w:tcPr>
            <w:tcW w:w="564" w:type="dxa"/>
            <w:tcMar>
              <w:top w:w="20" w:type="dxa"/>
              <w:left w:w="50" w:type="dxa"/>
              <w:bottom w:w="20" w:type="dxa"/>
              <w:right w:w="50" w:type="dxa"/>
            </w:tcMar>
          </w:tcPr>
          <w:p w14:paraId="3A855D18" w14:textId="77777777" w:rsidR="00292F36" w:rsidRDefault="00000000">
            <w:r>
              <w:rPr>
                <w:sz w:val="12"/>
              </w:rPr>
              <w:t>0.88235294</w:t>
            </w:r>
          </w:p>
        </w:tc>
        <w:tc>
          <w:tcPr>
            <w:tcW w:w="564" w:type="dxa"/>
            <w:tcMar>
              <w:top w:w="20" w:type="dxa"/>
              <w:left w:w="50" w:type="dxa"/>
              <w:bottom w:w="20" w:type="dxa"/>
              <w:right w:w="50" w:type="dxa"/>
            </w:tcMar>
          </w:tcPr>
          <w:p w14:paraId="295128AD" w14:textId="77777777" w:rsidR="00292F36" w:rsidRDefault="00000000">
            <w:r>
              <w:rPr>
                <w:sz w:val="12"/>
              </w:rPr>
              <w:t>0.11764706</w:t>
            </w:r>
          </w:p>
        </w:tc>
        <w:tc>
          <w:tcPr>
            <w:tcW w:w="564" w:type="dxa"/>
            <w:tcMar>
              <w:top w:w="20" w:type="dxa"/>
              <w:left w:w="50" w:type="dxa"/>
              <w:bottom w:w="20" w:type="dxa"/>
              <w:right w:w="50" w:type="dxa"/>
            </w:tcMar>
          </w:tcPr>
          <w:p w14:paraId="29924F36" w14:textId="77777777" w:rsidR="00292F36" w:rsidRDefault="00000000">
            <w:r>
              <w:rPr>
                <w:sz w:val="12"/>
              </w:rPr>
              <w:t>0</w:t>
            </w:r>
          </w:p>
        </w:tc>
        <w:tc>
          <w:tcPr>
            <w:tcW w:w="564" w:type="dxa"/>
            <w:tcMar>
              <w:top w:w="20" w:type="dxa"/>
              <w:left w:w="50" w:type="dxa"/>
              <w:bottom w:w="20" w:type="dxa"/>
              <w:right w:w="50" w:type="dxa"/>
            </w:tcMar>
          </w:tcPr>
          <w:p w14:paraId="6CF5A6B4" w14:textId="77777777" w:rsidR="00292F36" w:rsidRDefault="00000000">
            <w:r>
              <w:rPr>
                <w:sz w:val="12"/>
              </w:rPr>
              <w:t>0</w:t>
            </w:r>
          </w:p>
        </w:tc>
        <w:tc>
          <w:tcPr>
            <w:tcW w:w="564" w:type="dxa"/>
            <w:tcMar>
              <w:top w:w="20" w:type="dxa"/>
              <w:left w:w="50" w:type="dxa"/>
              <w:bottom w:w="20" w:type="dxa"/>
              <w:right w:w="50" w:type="dxa"/>
            </w:tcMar>
          </w:tcPr>
          <w:p w14:paraId="27092A4C" w14:textId="77777777" w:rsidR="00292F36" w:rsidRDefault="00000000">
            <w:r>
              <w:rPr>
                <w:sz w:val="12"/>
              </w:rPr>
              <w:t>0</w:t>
            </w:r>
          </w:p>
        </w:tc>
        <w:tc>
          <w:tcPr>
            <w:tcW w:w="564" w:type="dxa"/>
            <w:tcMar>
              <w:top w:w="20" w:type="dxa"/>
              <w:left w:w="50" w:type="dxa"/>
              <w:bottom w:w="20" w:type="dxa"/>
              <w:right w:w="50" w:type="dxa"/>
            </w:tcMar>
          </w:tcPr>
          <w:p w14:paraId="25A87675" w14:textId="77777777" w:rsidR="00292F36" w:rsidRDefault="00000000">
            <w:r>
              <w:rPr>
                <w:sz w:val="12"/>
              </w:rPr>
              <w:t>0</w:t>
            </w:r>
          </w:p>
        </w:tc>
        <w:tc>
          <w:tcPr>
            <w:tcW w:w="564" w:type="dxa"/>
            <w:tcMar>
              <w:top w:w="20" w:type="dxa"/>
              <w:left w:w="50" w:type="dxa"/>
              <w:bottom w:w="20" w:type="dxa"/>
              <w:right w:w="50" w:type="dxa"/>
            </w:tcMar>
          </w:tcPr>
          <w:p w14:paraId="4AD53FF8" w14:textId="77777777" w:rsidR="00292F36" w:rsidRDefault="00000000">
            <w:r>
              <w:rPr>
                <w:sz w:val="12"/>
              </w:rPr>
              <w:t>0</w:t>
            </w:r>
          </w:p>
        </w:tc>
        <w:tc>
          <w:tcPr>
            <w:tcW w:w="564" w:type="dxa"/>
            <w:tcMar>
              <w:top w:w="20" w:type="dxa"/>
              <w:left w:w="50" w:type="dxa"/>
              <w:bottom w:w="20" w:type="dxa"/>
              <w:right w:w="50" w:type="dxa"/>
            </w:tcMar>
          </w:tcPr>
          <w:p w14:paraId="7203E249" w14:textId="77777777" w:rsidR="00292F36" w:rsidRDefault="00000000">
            <w:r>
              <w:rPr>
                <w:sz w:val="12"/>
              </w:rPr>
              <w:t>0.23597122</w:t>
            </w:r>
          </w:p>
        </w:tc>
        <w:tc>
          <w:tcPr>
            <w:tcW w:w="564" w:type="dxa"/>
            <w:tcMar>
              <w:top w:w="20" w:type="dxa"/>
              <w:left w:w="50" w:type="dxa"/>
              <w:bottom w:w="20" w:type="dxa"/>
              <w:right w:w="50" w:type="dxa"/>
            </w:tcMar>
          </w:tcPr>
          <w:p w14:paraId="1A0CF884" w14:textId="77777777" w:rsidR="00292F36" w:rsidRDefault="00000000">
            <w:r>
              <w:rPr>
                <w:sz w:val="12"/>
              </w:rPr>
              <w:t>0.0028777</w:t>
            </w:r>
          </w:p>
        </w:tc>
        <w:tc>
          <w:tcPr>
            <w:tcW w:w="564" w:type="dxa"/>
            <w:tcMar>
              <w:top w:w="20" w:type="dxa"/>
              <w:left w:w="50" w:type="dxa"/>
              <w:bottom w:w="20" w:type="dxa"/>
              <w:right w:w="50" w:type="dxa"/>
            </w:tcMar>
          </w:tcPr>
          <w:p w14:paraId="7EA6AC4D" w14:textId="77777777" w:rsidR="00292F36" w:rsidRDefault="00000000">
            <w:r>
              <w:rPr>
                <w:sz w:val="12"/>
              </w:rPr>
              <w:t>0.05899281</w:t>
            </w:r>
          </w:p>
        </w:tc>
        <w:tc>
          <w:tcPr>
            <w:tcW w:w="564" w:type="dxa"/>
            <w:tcMar>
              <w:top w:w="20" w:type="dxa"/>
              <w:left w:w="50" w:type="dxa"/>
              <w:bottom w:w="20" w:type="dxa"/>
              <w:right w:w="50" w:type="dxa"/>
            </w:tcMar>
          </w:tcPr>
          <w:p w14:paraId="5B2D09B2" w14:textId="77777777" w:rsidR="00292F36" w:rsidRDefault="00000000">
            <w:r>
              <w:rPr>
                <w:sz w:val="12"/>
              </w:rPr>
              <w:t>0.03021583</w:t>
            </w:r>
          </w:p>
        </w:tc>
        <w:tc>
          <w:tcPr>
            <w:tcW w:w="564" w:type="dxa"/>
            <w:tcMar>
              <w:top w:w="20" w:type="dxa"/>
              <w:left w:w="50" w:type="dxa"/>
              <w:bottom w:w="20" w:type="dxa"/>
              <w:right w:w="50" w:type="dxa"/>
            </w:tcMar>
          </w:tcPr>
          <w:p w14:paraId="69D9D7F0" w14:textId="77777777" w:rsidR="00292F36" w:rsidRDefault="00000000">
            <w:r>
              <w:rPr>
                <w:sz w:val="12"/>
              </w:rPr>
              <w:t>0.67194245</w:t>
            </w:r>
          </w:p>
        </w:tc>
      </w:tr>
      <w:tr w:rsidR="00292F36" w14:paraId="594D5BEB" w14:textId="77777777">
        <w:tc>
          <w:tcPr>
            <w:tcW w:w="564" w:type="dxa"/>
            <w:tcMar>
              <w:top w:w="20" w:type="dxa"/>
              <w:left w:w="50" w:type="dxa"/>
              <w:bottom w:w="20" w:type="dxa"/>
              <w:right w:w="50" w:type="dxa"/>
            </w:tcMar>
          </w:tcPr>
          <w:p w14:paraId="18FB3C03" w14:textId="77777777" w:rsidR="00292F36" w:rsidRDefault="00000000">
            <w:r>
              <w:rPr>
                <w:sz w:val="12"/>
              </w:rPr>
              <w:t>2021_campo_kennedy_campo_kennedy_deep_2</w:t>
            </w:r>
          </w:p>
        </w:tc>
        <w:tc>
          <w:tcPr>
            <w:tcW w:w="564" w:type="dxa"/>
            <w:tcMar>
              <w:top w:w="20" w:type="dxa"/>
              <w:left w:w="50" w:type="dxa"/>
              <w:bottom w:w="20" w:type="dxa"/>
              <w:right w:w="50" w:type="dxa"/>
            </w:tcMar>
          </w:tcPr>
          <w:p w14:paraId="7939FEC7" w14:textId="77777777" w:rsidR="00292F36" w:rsidRDefault="00000000">
            <w:r>
              <w:rPr>
                <w:sz w:val="12"/>
              </w:rPr>
              <w:t>0.0552793</w:t>
            </w:r>
          </w:p>
        </w:tc>
        <w:tc>
          <w:tcPr>
            <w:tcW w:w="564" w:type="dxa"/>
            <w:tcMar>
              <w:top w:w="20" w:type="dxa"/>
              <w:left w:w="50" w:type="dxa"/>
              <w:bottom w:w="20" w:type="dxa"/>
              <w:right w:w="50" w:type="dxa"/>
            </w:tcMar>
          </w:tcPr>
          <w:p w14:paraId="40F00145" w14:textId="77777777" w:rsidR="00292F36" w:rsidRDefault="00000000">
            <w:r>
              <w:rPr>
                <w:sz w:val="12"/>
              </w:rPr>
              <w:t>0.96185721</w:t>
            </w:r>
          </w:p>
        </w:tc>
        <w:tc>
          <w:tcPr>
            <w:tcW w:w="564" w:type="dxa"/>
            <w:tcMar>
              <w:top w:w="20" w:type="dxa"/>
              <w:left w:w="50" w:type="dxa"/>
              <w:bottom w:w="20" w:type="dxa"/>
              <w:right w:w="50" w:type="dxa"/>
            </w:tcMar>
          </w:tcPr>
          <w:p w14:paraId="526D79F9" w14:textId="77777777" w:rsidR="00292F36" w:rsidRDefault="00000000">
            <w:r>
              <w:rPr>
                <w:sz w:val="12"/>
              </w:rPr>
              <w:t>2021</w:t>
            </w:r>
          </w:p>
        </w:tc>
        <w:tc>
          <w:tcPr>
            <w:tcW w:w="564" w:type="dxa"/>
            <w:tcMar>
              <w:top w:w="20" w:type="dxa"/>
              <w:left w:w="50" w:type="dxa"/>
              <w:bottom w:w="20" w:type="dxa"/>
              <w:right w:w="50" w:type="dxa"/>
            </w:tcMar>
          </w:tcPr>
          <w:p w14:paraId="4CED315A" w14:textId="77777777" w:rsidR="00292F36" w:rsidRDefault="00000000">
            <w:r>
              <w:rPr>
                <w:sz w:val="12"/>
              </w:rPr>
              <w:t>ensenada</w:t>
            </w:r>
          </w:p>
        </w:tc>
        <w:tc>
          <w:tcPr>
            <w:tcW w:w="564" w:type="dxa"/>
            <w:tcMar>
              <w:top w:w="20" w:type="dxa"/>
              <w:left w:w="50" w:type="dxa"/>
              <w:bottom w:w="20" w:type="dxa"/>
              <w:right w:w="50" w:type="dxa"/>
            </w:tcMar>
          </w:tcPr>
          <w:p w14:paraId="428B391D" w14:textId="77777777" w:rsidR="00292F36" w:rsidRDefault="00000000">
            <w:r>
              <w:rPr>
                <w:sz w:val="12"/>
              </w:rPr>
              <w:t>North</w:t>
            </w:r>
          </w:p>
        </w:tc>
        <w:tc>
          <w:tcPr>
            <w:tcW w:w="564" w:type="dxa"/>
            <w:tcMar>
              <w:top w:w="20" w:type="dxa"/>
              <w:left w:w="50" w:type="dxa"/>
              <w:bottom w:w="20" w:type="dxa"/>
              <w:right w:w="50" w:type="dxa"/>
            </w:tcMar>
          </w:tcPr>
          <w:p w14:paraId="721AEB31" w14:textId="77777777" w:rsidR="00292F36" w:rsidRDefault="00000000">
            <w:r>
              <w:rPr>
                <w:sz w:val="12"/>
              </w:rPr>
              <w:t>campo_kennedy</w:t>
            </w:r>
          </w:p>
        </w:tc>
        <w:tc>
          <w:tcPr>
            <w:tcW w:w="564" w:type="dxa"/>
            <w:tcMar>
              <w:top w:w="20" w:type="dxa"/>
              <w:left w:w="50" w:type="dxa"/>
              <w:bottom w:w="20" w:type="dxa"/>
              <w:right w:w="50" w:type="dxa"/>
            </w:tcMar>
          </w:tcPr>
          <w:p w14:paraId="0DBDB8F4" w14:textId="77777777" w:rsidR="00292F36" w:rsidRDefault="00000000">
            <w:r>
              <w:rPr>
                <w:sz w:val="12"/>
              </w:rPr>
              <w:t>campo_kennedy_deep</w:t>
            </w:r>
          </w:p>
        </w:tc>
        <w:tc>
          <w:tcPr>
            <w:tcW w:w="564" w:type="dxa"/>
            <w:tcMar>
              <w:top w:w="20" w:type="dxa"/>
              <w:left w:w="50" w:type="dxa"/>
              <w:bottom w:w="20" w:type="dxa"/>
              <w:right w:w="50" w:type="dxa"/>
            </w:tcMar>
          </w:tcPr>
          <w:p w14:paraId="426D2FBF" w14:textId="77777777" w:rsidR="00292F36" w:rsidRDefault="00000000">
            <w:r>
              <w:rPr>
                <w:sz w:val="12"/>
              </w:rPr>
              <w:t>18</w:t>
            </w:r>
          </w:p>
        </w:tc>
        <w:tc>
          <w:tcPr>
            <w:tcW w:w="564" w:type="dxa"/>
            <w:tcMar>
              <w:top w:w="20" w:type="dxa"/>
              <w:left w:w="50" w:type="dxa"/>
              <w:bottom w:w="20" w:type="dxa"/>
              <w:right w:w="50" w:type="dxa"/>
            </w:tcMar>
          </w:tcPr>
          <w:p w14:paraId="71CD9AAF" w14:textId="77777777" w:rsidR="00292F36" w:rsidRDefault="00000000">
            <w:r>
              <w:rPr>
                <w:sz w:val="12"/>
              </w:rPr>
              <w:t>19.9400005</w:t>
            </w:r>
          </w:p>
        </w:tc>
        <w:tc>
          <w:tcPr>
            <w:tcW w:w="564" w:type="dxa"/>
            <w:tcMar>
              <w:top w:w="20" w:type="dxa"/>
              <w:left w:w="50" w:type="dxa"/>
              <w:bottom w:w="20" w:type="dxa"/>
              <w:right w:w="50" w:type="dxa"/>
            </w:tcMar>
          </w:tcPr>
          <w:p w14:paraId="77B425C7" w14:textId="77777777" w:rsidR="00292F36" w:rsidRDefault="00000000">
            <w:r>
              <w:rPr>
                <w:sz w:val="12"/>
              </w:rPr>
              <w:t>0.2762095</w:t>
            </w:r>
          </w:p>
        </w:tc>
        <w:tc>
          <w:tcPr>
            <w:tcW w:w="564" w:type="dxa"/>
            <w:tcMar>
              <w:top w:w="20" w:type="dxa"/>
              <w:left w:w="50" w:type="dxa"/>
              <w:bottom w:w="20" w:type="dxa"/>
              <w:right w:w="50" w:type="dxa"/>
            </w:tcMar>
          </w:tcPr>
          <w:p w14:paraId="551A4D63" w14:textId="77777777" w:rsidR="00292F36" w:rsidRDefault="00000000">
            <w:r>
              <w:rPr>
                <w:sz w:val="12"/>
              </w:rPr>
              <w:t>0</w:t>
            </w:r>
          </w:p>
        </w:tc>
        <w:tc>
          <w:tcPr>
            <w:tcW w:w="564" w:type="dxa"/>
            <w:tcMar>
              <w:top w:w="20" w:type="dxa"/>
              <w:left w:w="50" w:type="dxa"/>
              <w:bottom w:w="20" w:type="dxa"/>
              <w:right w:w="50" w:type="dxa"/>
            </w:tcMar>
          </w:tcPr>
          <w:p w14:paraId="6D179FCF" w14:textId="77777777" w:rsidR="00292F36" w:rsidRDefault="00000000">
            <w:r>
              <w:rPr>
                <w:sz w:val="12"/>
              </w:rPr>
              <w:t>0</w:t>
            </w:r>
          </w:p>
        </w:tc>
        <w:tc>
          <w:tcPr>
            <w:tcW w:w="564" w:type="dxa"/>
            <w:tcMar>
              <w:top w:w="20" w:type="dxa"/>
              <w:left w:w="50" w:type="dxa"/>
              <w:bottom w:w="20" w:type="dxa"/>
              <w:right w:w="50" w:type="dxa"/>
            </w:tcMar>
          </w:tcPr>
          <w:p w14:paraId="3E5AC807" w14:textId="77777777" w:rsidR="00292F36" w:rsidRDefault="00000000">
            <w:r>
              <w:rPr>
                <w:sz w:val="12"/>
              </w:rPr>
              <w:t>0.8</w:t>
            </w:r>
          </w:p>
        </w:tc>
        <w:tc>
          <w:tcPr>
            <w:tcW w:w="564" w:type="dxa"/>
            <w:tcMar>
              <w:top w:w="20" w:type="dxa"/>
              <w:left w:w="50" w:type="dxa"/>
              <w:bottom w:w="20" w:type="dxa"/>
              <w:right w:w="50" w:type="dxa"/>
            </w:tcMar>
          </w:tcPr>
          <w:p w14:paraId="3BB889BD" w14:textId="77777777" w:rsidR="00292F36" w:rsidRDefault="00000000">
            <w:r>
              <w:rPr>
                <w:sz w:val="12"/>
              </w:rPr>
              <w:t>0.2</w:t>
            </w:r>
          </w:p>
        </w:tc>
        <w:tc>
          <w:tcPr>
            <w:tcW w:w="564" w:type="dxa"/>
            <w:tcMar>
              <w:top w:w="20" w:type="dxa"/>
              <w:left w:w="50" w:type="dxa"/>
              <w:bottom w:w="20" w:type="dxa"/>
              <w:right w:w="50" w:type="dxa"/>
            </w:tcMar>
          </w:tcPr>
          <w:p w14:paraId="3188DF4B" w14:textId="77777777" w:rsidR="00292F36" w:rsidRDefault="00000000">
            <w:r>
              <w:rPr>
                <w:sz w:val="12"/>
              </w:rPr>
              <w:t>0</w:t>
            </w:r>
          </w:p>
        </w:tc>
        <w:tc>
          <w:tcPr>
            <w:tcW w:w="564" w:type="dxa"/>
            <w:tcMar>
              <w:top w:w="20" w:type="dxa"/>
              <w:left w:w="50" w:type="dxa"/>
              <w:bottom w:w="20" w:type="dxa"/>
              <w:right w:w="50" w:type="dxa"/>
            </w:tcMar>
          </w:tcPr>
          <w:p w14:paraId="6AEB0C99" w14:textId="77777777" w:rsidR="00292F36" w:rsidRDefault="00000000">
            <w:r>
              <w:rPr>
                <w:sz w:val="12"/>
              </w:rPr>
              <w:t>0</w:t>
            </w:r>
          </w:p>
        </w:tc>
        <w:tc>
          <w:tcPr>
            <w:tcW w:w="564" w:type="dxa"/>
            <w:tcMar>
              <w:top w:w="20" w:type="dxa"/>
              <w:left w:w="50" w:type="dxa"/>
              <w:bottom w:w="20" w:type="dxa"/>
              <w:right w:w="50" w:type="dxa"/>
            </w:tcMar>
          </w:tcPr>
          <w:p w14:paraId="564F26F1" w14:textId="77777777" w:rsidR="00292F36" w:rsidRDefault="00000000">
            <w:r>
              <w:rPr>
                <w:sz w:val="12"/>
              </w:rPr>
              <w:t>0</w:t>
            </w:r>
          </w:p>
        </w:tc>
        <w:tc>
          <w:tcPr>
            <w:tcW w:w="564" w:type="dxa"/>
            <w:tcMar>
              <w:top w:w="20" w:type="dxa"/>
              <w:left w:w="50" w:type="dxa"/>
              <w:bottom w:w="20" w:type="dxa"/>
              <w:right w:w="50" w:type="dxa"/>
            </w:tcMar>
          </w:tcPr>
          <w:p w14:paraId="3595D1D4" w14:textId="77777777" w:rsidR="00292F36" w:rsidRDefault="00000000">
            <w:r>
              <w:rPr>
                <w:sz w:val="12"/>
              </w:rPr>
              <w:t>0</w:t>
            </w:r>
          </w:p>
        </w:tc>
        <w:tc>
          <w:tcPr>
            <w:tcW w:w="564" w:type="dxa"/>
            <w:tcMar>
              <w:top w:w="20" w:type="dxa"/>
              <w:left w:w="50" w:type="dxa"/>
              <w:bottom w:w="20" w:type="dxa"/>
              <w:right w:w="50" w:type="dxa"/>
            </w:tcMar>
          </w:tcPr>
          <w:p w14:paraId="4F9F8988" w14:textId="77777777" w:rsidR="00292F36" w:rsidRDefault="00000000">
            <w:r>
              <w:rPr>
                <w:sz w:val="12"/>
              </w:rPr>
              <w:t>0</w:t>
            </w:r>
          </w:p>
        </w:tc>
        <w:tc>
          <w:tcPr>
            <w:tcW w:w="564" w:type="dxa"/>
            <w:tcMar>
              <w:top w:w="20" w:type="dxa"/>
              <w:left w:w="50" w:type="dxa"/>
              <w:bottom w:w="20" w:type="dxa"/>
              <w:right w:w="50" w:type="dxa"/>
            </w:tcMar>
          </w:tcPr>
          <w:p w14:paraId="366C063E" w14:textId="77777777" w:rsidR="00292F36" w:rsidRDefault="00000000">
            <w:r>
              <w:rPr>
                <w:sz w:val="12"/>
              </w:rPr>
              <w:t>0.23020706</w:t>
            </w:r>
          </w:p>
        </w:tc>
        <w:tc>
          <w:tcPr>
            <w:tcW w:w="564" w:type="dxa"/>
            <w:tcMar>
              <w:top w:w="20" w:type="dxa"/>
              <w:left w:w="50" w:type="dxa"/>
              <w:bottom w:w="20" w:type="dxa"/>
              <w:right w:w="50" w:type="dxa"/>
            </w:tcMar>
          </w:tcPr>
          <w:p w14:paraId="69383836" w14:textId="77777777" w:rsidR="00292F36" w:rsidRDefault="00000000">
            <w:r>
              <w:rPr>
                <w:sz w:val="12"/>
              </w:rPr>
              <w:t>0.00852619</w:t>
            </w:r>
          </w:p>
        </w:tc>
        <w:tc>
          <w:tcPr>
            <w:tcW w:w="564" w:type="dxa"/>
            <w:tcMar>
              <w:top w:w="20" w:type="dxa"/>
              <w:left w:w="50" w:type="dxa"/>
              <w:bottom w:w="20" w:type="dxa"/>
              <w:right w:w="50" w:type="dxa"/>
            </w:tcMar>
          </w:tcPr>
          <w:p w14:paraId="2CD15898" w14:textId="77777777" w:rsidR="00292F36" w:rsidRDefault="00000000">
            <w:r>
              <w:rPr>
                <w:sz w:val="12"/>
              </w:rPr>
              <w:t>0.05481121</w:t>
            </w:r>
          </w:p>
        </w:tc>
        <w:tc>
          <w:tcPr>
            <w:tcW w:w="564" w:type="dxa"/>
            <w:tcMar>
              <w:top w:w="20" w:type="dxa"/>
              <w:left w:w="50" w:type="dxa"/>
              <w:bottom w:w="20" w:type="dxa"/>
              <w:right w:w="50" w:type="dxa"/>
            </w:tcMar>
          </w:tcPr>
          <w:p w14:paraId="7640850D" w14:textId="77777777" w:rsidR="00292F36" w:rsidRDefault="00000000">
            <w:r>
              <w:rPr>
                <w:sz w:val="12"/>
              </w:rPr>
              <w:t>0.05724726</w:t>
            </w:r>
          </w:p>
        </w:tc>
        <w:tc>
          <w:tcPr>
            <w:tcW w:w="564" w:type="dxa"/>
            <w:tcMar>
              <w:top w:w="20" w:type="dxa"/>
              <w:left w:w="50" w:type="dxa"/>
              <w:bottom w:w="20" w:type="dxa"/>
              <w:right w:w="50" w:type="dxa"/>
            </w:tcMar>
          </w:tcPr>
          <w:p w14:paraId="243D28A7" w14:textId="77777777" w:rsidR="00292F36" w:rsidRDefault="00000000">
            <w:r>
              <w:rPr>
                <w:sz w:val="12"/>
              </w:rPr>
              <w:t>0.64920828</w:t>
            </w:r>
          </w:p>
        </w:tc>
      </w:tr>
      <w:tr w:rsidR="00292F36" w14:paraId="53CFCC56" w14:textId="77777777">
        <w:tc>
          <w:tcPr>
            <w:tcW w:w="564" w:type="dxa"/>
            <w:tcMar>
              <w:top w:w="20" w:type="dxa"/>
              <w:left w:w="50" w:type="dxa"/>
              <w:bottom w:w="20" w:type="dxa"/>
              <w:right w:w="50" w:type="dxa"/>
            </w:tcMar>
          </w:tcPr>
          <w:p w14:paraId="07CC2AA1" w14:textId="77777777" w:rsidR="00292F36" w:rsidRDefault="00000000">
            <w:r>
              <w:rPr>
                <w:sz w:val="12"/>
              </w:rPr>
              <w:t>2021_campo_kennedy_campo_kennedy_mid_1</w:t>
            </w:r>
          </w:p>
        </w:tc>
        <w:tc>
          <w:tcPr>
            <w:tcW w:w="564" w:type="dxa"/>
            <w:tcMar>
              <w:top w:w="20" w:type="dxa"/>
              <w:left w:w="50" w:type="dxa"/>
              <w:bottom w:w="20" w:type="dxa"/>
              <w:right w:w="50" w:type="dxa"/>
            </w:tcMar>
          </w:tcPr>
          <w:p w14:paraId="3E8C1750" w14:textId="77777777" w:rsidR="00292F36" w:rsidRDefault="00000000">
            <w:r>
              <w:rPr>
                <w:sz w:val="12"/>
              </w:rPr>
              <w:t>0.53793386</w:t>
            </w:r>
          </w:p>
        </w:tc>
        <w:tc>
          <w:tcPr>
            <w:tcW w:w="564" w:type="dxa"/>
            <w:tcMar>
              <w:top w:w="20" w:type="dxa"/>
              <w:left w:w="50" w:type="dxa"/>
              <w:bottom w:w="20" w:type="dxa"/>
              <w:right w:w="50" w:type="dxa"/>
            </w:tcMar>
          </w:tcPr>
          <w:p w14:paraId="1F673414" w14:textId="77777777" w:rsidR="00292F36" w:rsidRDefault="00000000">
            <w:r>
              <w:rPr>
                <w:sz w:val="12"/>
              </w:rPr>
              <w:t>0.02233416</w:t>
            </w:r>
          </w:p>
        </w:tc>
        <w:tc>
          <w:tcPr>
            <w:tcW w:w="564" w:type="dxa"/>
            <w:tcMar>
              <w:top w:w="20" w:type="dxa"/>
              <w:left w:w="50" w:type="dxa"/>
              <w:bottom w:w="20" w:type="dxa"/>
              <w:right w:w="50" w:type="dxa"/>
            </w:tcMar>
          </w:tcPr>
          <w:p w14:paraId="554598D7" w14:textId="77777777" w:rsidR="00292F36" w:rsidRDefault="00000000">
            <w:r>
              <w:rPr>
                <w:sz w:val="12"/>
              </w:rPr>
              <w:t>2021</w:t>
            </w:r>
          </w:p>
        </w:tc>
        <w:tc>
          <w:tcPr>
            <w:tcW w:w="564" w:type="dxa"/>
            <w:tcMar>
              <w:top w:w="20" w:type="dxa"/>
              <w:left w:w="50" w:type="dxa"/>
              <w:bottom w:w="20" w:type="dxa"/>
              <w:right w:w="50" w:type="dxa"/>
            </w:tcMar>
          </w:tcPr>
          <w:p w14:paraId="6A054512" w14:textId="77777777" w:rsidR="00292F36" w:rsidRDefault="00000000">
            <w:r>
              <w:rPr>
                <w:sz w:val="12"/>
              </w:rPr>
              <w:t>ensenada</w:t>
            </w:r>
          </w:p>
        </w:tc>
        <w:tc>
          <w:tcPr>
            <w:tcW w:w="564" w:type="dxa"/>
            <w:tcMar>
              <w:top w:w="20" w:type="dxa"/>
              <w:left w:w="50" w:type="dxa"/>
              <w:bottom w:w="20" w:type="dxa"/>
              <w:right w:w="50" w:type="dxa"/>
            </w:tcMar>
          </w:tcPr>
          <w:p w14:paraId="6737C2FD" w14:textId="77777777" w:rsidR="00292F36" w:rsidRDefault="00000000">
            <w:r>
              <w:rPr>
                <w:sz w:val="12"/>
              </w:rPr>
              <w:t>North</w:t>
            </w:r>
          </w:p>
        </w:tc>
        <w:tc>
          <w:tcPr>
            <w:tcW w:w="564" w:type="dxa"/>
            <w:tcMar>
              <w:top w:w="20" w:type="dxa"/>
              <w:left w:w="50" w:type="dxa"/>
              <w:bottom w:w="20" w:type="dxa"/>
              <w:right w:w="50" w:type="dxa"/>
            </w:tcMar>
          </w:tcPr>
          <w:p w14:paraId="614062FD" w14:textId="77777777" w:rsidR="00292F36" w:rsidRDefault="00000000">
            <w:r>
              <w:rPr>
                <w:sz w:val="12"/>
              </w:rPr>
              <w:t>campo_kennedy</w:t>
            </w:r>
          </w:p>
        </w:tc>
        <w:tc>
          <w:tcPr>
            <w:tcW w:w="564" w:type="dxa"/>
            <w:tcMar>
              <w:top w:w="20" w:type="dxa"/>
              <w:left w:w="50" w:type="dxa"/>
              <w:bottom w:w="20" w:type="dxa"/>
              <w:right w:w="50" w:type="dxa"/>
            </w:tcMar>
          </w:tcPr>
          <w:p w14:paraId="7E226025" w14:textId="77777777" w:rsidR="00292F36" w:rsidRDefault="00000000">
            <w:r>
              <w:rPr>
                <w:sz w:val="12"/>
              </w:rPr>
              <w:t>campo_kennedy_mid</w:t>
            </w:r>
          </w:p>
        </w:tc>
        <w:tc>
          <w:tcPr>
            <w:tcW w:w="564" w:type="dxa"/>
            <w:tcMar>
              <w:top w:w="20" w:type="dxa"/>
              <w:left w:w="50" w:type="dxa"/>
              <w:bottom w:w="20" w:type="dxa"/>
              <w:right w:w="50" w:type="dxa"/>
            </w:tcMar>
          </w:tcPr>
          <w:p w14:paraId="07CF5C4A" w14:textId="77777777" w:rsidR="00292F36" w:rsidRDefault="00000000">
            <w:r>
              <w:rPr>
                <w:sz w:val="12"/>
              </w:rPr>
              <w:t>8</w:t>
            </w:r>
          </w:p>
        </w:tc>
        <w:tc>
          <w:tcPr>
            <w:tcW w:w="564" w:type="dxa"/>
            <w:tcMar>
              <w:top w:w="20" w:type="dxa"/>
              <w:left w:w="50" w:type="dxa"/>
              <w:bottom w:w="20" w:type="dxa"/>
              <w:right w:w="50" w:type="dxa"/>
            </w:tcMar>
          </w:tcPr>
          <w:p w14:paraId="39142520" w14:textId="77777777" w:rsidR="00292F36" w:rsidRDefault="00000000">
            <w:r>
              <w:rPr>
                <w:sz w:val="12"/>
              </w:rPr>
              <w:t>19.9400005</w:t>
            </w:r>
          </w:p>
        </w:tc>
        <w:tc>
          <w:tcPr>
            <w:tcW w:w="564" w:type="dxa"/>
            <w:tcMar>
              <w:top w:w="20" w:type="dxa"/>
              <w:left w:w="50" w:type="dxa"/>
              <w:bottom w:w="20" w:type="dxa"/>
              <w:right w:w="50" w:type="dxa"/>
            </w:tcMar>
          </w:tcPr>
          <w:p w14:paraId="54E116D6" w14:textId="77777777" w:rsidR="00292F36" w:rsidRDefault="00000000">
            <w:r>
              <w:rPr>
                <w:sz w:val="12"/>
              </w:rPr>
              <w:t>0.2762095</w:t>
            </w:r>
          </w:p>
        </w:tc>
        <w:tc>
          <w:tcPr>
            <w:tcW w:w="564" w:type="dxa"/>
            <w:tcMar>
              <w:top w:w="20" w:type="dxa"/>
              <w:left w:w="50" w:type="dxa"/>
              <w:bottom w:w="20" w:type="dxa"/>
              <w:right w:w="50" w:type="dxa"/>
            </w:tcMar>
          </w:tcPr>
          <w:p w14:paraId="5A360441" w14:textId="77777777" w:rsidR="00292F36" w:rsidRDefault="00000000">
            <w:r>
              <w:rPr>
                <w:sz w:val="12"/>
              </w:rPr>
              <w:t>0</w:t>
            </w:r>
          </w:p>
        </w:tc>
        <w:tc>
          <w:tcPr>
            <w:tcW w:w="564" w:type="dxa"/>
            <w:tcMar>
              <w:top w:w="20" w:type="dxa"/>
              <w:left w:w="50" w:type="dxa"/>
              <w:bottom w:w="20" w:type="dxa"/>
              <w:right w:w="50" w:type="dxa"/>
            </w:tcMar>
          </w:tcPr>
          <w:p w14:paraId="654E1CC2" w14:textId="77777777" w:rsidR="00292F36" w:rsidRDefault="00000000">
            <w:r>
              <w:rPr>
                <w:sz w:val="12"/>
              </w:rPr>
              <w:t>0.51612903</w:t>
            </w:r>
          </w:p>
        </w:tc>
        <w:tc>
          <w:tcPr>
            <w:tcW w:w="564" w:type="dxa"/>
            <w:tcMar>
              <w:top w:w="20" w:type="dxa"/>
              <w:left w:w="50" w:type="dxa"/>
              <w:bottom w:w="20" w:type="dxa"/>
              <w:right w:w="50" w:type="dxa"/>
            </w:tcMar>
          </w:tcPr>
          <w:p w14:paraId="00B234F1" w14:textId="77777777" w:rsidR="00292F36" w:rsidRDefault="00000000">
            <w:r>
              <w:rPr>
                <w:sz w:val="12"/>
              </w:rPr>
              <w:t>0.22580645</w:t>
            </w:r>
          </w:p>
        </w:tc>
        <w:tc>
          <w:tcPr>
            <w:tcW w:w="564" w:type="dxa"/>
            <w:tcMar>
              <w:top w:w="20" w:type="dxa"/>
              <w:left w:w="50" w:type="dxa"/>
              <w:bottom w:w="20" w:type="dxa"/>
              <w:right w:w="50" w:type="dxa"/>
            </w:tcMar>
          </w:tcPr>
          <w:p w14:paraId="4FA5BBB2" w14:textId="77777777" w:rsidR="00292F36" w:rsidRDefault="00000000">
            <w:r>
              <w:rPr>
                <w:sz w:val="12"/>
              </w:rPr>
              <w:t>0.25806452</w:t>
            </w:r>
          </w:p>
        </w:tc>
        <w:tc>
          <w:tcPr>
            <w:tcW w:w="564" w:type="dxa"/>
            <w:tcMar>
              <w:top w:w="20" w:type="dxa"/>
              <w:left w:w="50" w:type="dxa"/>
              <w:bottom w:w="20" w:type="dxa"/>
              <w:right w:w="50" w:type="dxa"/>
            </w:tcMar>
          </w:tcPr>
          <w:p w14:paraId="241E73B5" w14:textId="77777777" w:rsidR="00292F36" w:rsidRDefault="00000000">
            <w:r>
              <w:rPr>
                <w:sz w:val="12"/>
              </w:rPr>
              <w:t>0</w:t>
            </w:r>
          </w:p>
        </w:tc>
        <w:tc>
          <w:tcPr>
            <w:tcW w:w="564" w:type="dxa"/>
            <w:tcMar>
              <w:top w:w="20" w:type="dxa"/>
              <w:left w:w="50" w:type="dxa"/>
              <w:bottom w:w="20" w:type="dxa"/>
              <w:right w:w="50" w:type="dxa"/>
            </w:tcMar>
          </w:tcPr>
          <w:p w14:paraId="3F49B61A" w14:textId="77777777" w:rsidR="00292F36" w:rsidRDefault="00000000">
            <w:r>
              <w:rPr>
                <w:sz w:val="12"/>
              </w:rPr>
              <w:t>0</w:t>
            </w:r>
          </w:p>
        </w:tc>
        <w:tc>
          <w:tcPr>
            <w:tcW w:w="564" w:type="dxa"/>
            <w:tcMar>
              <w:top w:w="20" w:type="dxa"/>
              <w:left w:w="50" w:type="dxa"/>
              <w:bottom w:w="20" w:type="dxa"/>
              <w:right w:w="50" w:type="dxa"/>
            </w:tcMar>
          </w:tcPr>
          <w:p w14:paraId="09DBEB00" w14:textId="77777777" w:rsidR="00292F36" w:rsidRDefault="00000000">
            <w:r>
              <w:rPr>
                <w:sz w:val="12"/>
              </w:rPr>
              <w:t>0</w:t>
            </w:r>
          </w:p>
        </w:tc>
        <w:tc>
          <w:tcPr>
            <w:tcW w:w="564" w:type="dxa"/>
            <w:tcMar>
              <w:top w:w="20" w:type="dxa"/>
              <w:left w:w="50" w:type="dxa"/>
              <w:bottom w:w="20" w:type="dxa"/>
              <w:right w:w="50" w:type="dxa"/>
            </w:tcMar>
          </w:tcPr>
          <w:p w14:paraId="54D31386" w14:textId="77777777" w:rsidR="00292F36" w:rsidRDefault="00000000">
            <w:r>
              <w:rPr>
                <w:sz w:val="12"/>
              </w:rPr>
              <w:t>0</w:t>
            </w:r>
          </w:p>
        </w:tc>
        <w:tc>
          <w:tcPr>
            <w:tcW w:w="564" w:type="dxa"/>
            <w:tcMar>
              <w:top w:w="20" w:type="dxa"/>
              <w:left w:w="50" w:type="dxa"/>
              <w:bottom w:w="20" w:type="dxa"/>
              <w:right w:w="50" w:type="dxa"/>
            </w:tcMar>
          </w:tcPr>
          <w:p w14:paraId="40A0E22F" w14:textId="77777777" w:rsidR="00292F36" w:rsidRDefault="00000000">
            <w:r>
              <w:rPr>
                <w:sz w:val="12"/>
              </w:rPr>
              <w:t>0</w:t>
            </w:r>
          </w:p>
        </w:tc>
        <w:tc>
          <w:tcPr>
            <w:tcW w:w="564" w:type="dxa"/>
            <w:tcMar>
              <w:top w:w="20" w:type="dxa"/>
              <w:left w:w="50" w:type="dxa"/>
              <w:bottom w:w="20" w:type="dxa"/>
              <w:right w:w="50" w:type="dxa"/>
            </w:tcMar>
          </w:tcPr>
          <w:p w14:paraId="7711EB21" w14:textId="77777777" w:rsidR="00292F36" w:rsidRDefault="00000000">
            <w:r>
              <w:rPr>
                <w:sz w:val="12"/>
              </w:rPr>
              <w:t>0.72844828</w:t>
            </w:r>
          </w:p>
        </w:tc>
        <w:tc>
          <w:tcPr>
            <w:tcW w:w="564" w:type="dxa"/>
            <w:tcMar>
              <w:top w:w="20" w:type="dxa"/>
              <w:left w:w="50" w:type="dxa"/>
              <w:bottom w:w="20" w:type="dxa"/>
              <w:right w:w="50" w:type="dxa"/>
            </w:tcMar>
          </w:tcPr>
          <w:p w14:paraId="05764AD3" w14:textId="77777777" w:rsidR="00292F36" w:rsidRDefault="00000000">
            <w:r>
              <w:rPr>
                <w:sz w:val="12"/>
              </w:rPr>
              <w:t>0.13362069</w:t>
            </w:r>
          </w:p>
        </w:tc>
        <w:tc>
          <w:tcPr>
            <w:tcW w:w="564" w:type="dxa"/>
            <w:tcMar>
              <w:top w:w="20" w:type="dxa"/>
              <w:left w:w="50" w:type="dxa"/>
              <w:bottom w:w="20" w:type="dxa"/>
              <w:right w:w="50" w:type="dxa"/>
            </w:tcMar>
          </w:tcPr>
          <w:p w14:paraId="26214178" w14:textId="77777777" w:rsidR="00292F36" w:rsidRDefault="00000000">
            <w:r>
              <w:rPr>
                <w:sz w:val="12"/>
              </w:rPr>
              <w:t>0.09913793</w:t>
            </w:r>
          </w:p>
        </w:tc>
        <w:tc>
          <w:tcPr>
            <w:tcW w:w="564" w:type="dxa"/>
            <w:tcMar>
              <w:top w:w="20" w:type="dxa"/>
              <w:left w:w="50" w:type="dxa"/>
              <w:bottom w:w="20" w:type="dxa"/>
              <w:right w:w="50" w:type="dxa"/>
            </w:tcMar>
          </w:tcPr>
          <w:p w14:paraId="64D950A3" w14:textId="77777777" w:rsidR="00292F36" w:rsidRDefault="00000000">
            <w:r>
              <w:rPr>
                <w:sz w:val="12"/>
              </w:rPr>
              <w:t>0.03017241</w:t>
            </w:r>
          </w:p>
        </w:tc>
        <w:tc>
          <w:tcPr>
            <w:tcW w:w="564" w:type="dxa"/>
            <w:tcMar>
              <w:top w:w="20" w:type="dxa"/>
              <w:left w:w="50" w:type="dxa"/>
              <w:bottom w:w="20" w:type="dxa"/>
              <w:right w:w="50" w:type="dxa"/>
            </w:tcMar>
          </w:tcPr>
          <w:p w14:paraId="7FF77852" w14:textId="77777777" w:rsidR="00292F36" w:rsidRDefault="00000000">
            <w:r>
              <w:rPr>
                <w:sz w:val="12"/>
              </w:rPr>
              <w:t>0.00862069</w:t>
            </w:r>
          </w:p>
        </w:tc>
      </w:tr>
      <w:tr w:rsidR="00292F36" w14:paraId="7DB3090D" w14:textId="77777777">
        <w:tc>
          <w:tcPr>
            <w:tcW w:w="564" w:type="dxa"/>
            <w:tcMar>
              <w:top w:w="20" w:type="dxa"/>
              <w:left w:w="50" w:type="dxa"/>
              <w:bottom w:w="20" w:type="dxa"/>
              <w:right w:w="50" w:type="dxa"/>
            </w:tcMar>
          </w:tcPr>
          <w:p w14:paraId="65DEE452" w14:textId="77777777" w:rsidR="00292F36" w:rsidRDefault="00000000">
            <w:r>
              <w:rPr>
                <w:sz w:val="12"/>
              </w:rPr>
              <w:t>2021_campo_kennedy_campo_kennedy_mid_2</w:t>
            </w:r>
          </w:p>
        </w:tc>
        <w:tc>
          <w:tcPr>
            <w:tcW w:w="564" w:type="dxa"/>
            <w:tcMar>
              <w:top w:w="20" w:type="dxa"/>
              <w:left w:w="50" w:type="dxa"/>
              <w:bottom w:w="20" w:type="dxa"/>
              <w:right w:w="50" w:type="dxa"/>
            </w:tcMar>
          </w:tcPr>
          <w:p w14:paraId="32E9F8E7" w14:textId="77777777" w:rsidR="00292F36" w:rsidRDefault="00000000">
            <w:r>
              <w:rPr>
                <w:sz w:val="12"/>
              </w:rPr>
              <w:t>0.56776293</w:t>
            </w:r>
          </w:p>
        </w:tc>
        <w:tc>
          <w:tcPr>
            <w:tcW w:w="564" w:type="dxa"/>
            <w:tcMar>
              <w:top w:w="20" w:type="dxa"/>
              <w:left w:w="50" w:type="dxa"/>
              <w:bottom w:w="20" w:type="dxa"/>
              <w:right w:w="50" w:type="dxa"/>
            </w:tcMar>
          </w:tcPr>
          <w:p w14:paraId="54FE8AF6" w14:textId="77777777" w:rsidR="00292F36" w:rsidRDefault="00000000">
            <w:r>
              <w:rPr>
                <w:sz w:val="12"/>
              </w:rPr>
              <w:t>0.21689715</w:t>
            </w:r>
          </w:p>
        </w:tc>
        <w:tc>
          <w:tcPr>
            <w:tcW w:w="564" w:type="dxa"/>
            <w:tcMar>
              <w:top w:w="20" w:type="dxa"/>
              <w:left w:w="50" w:type="dxa"/>
              <w:bottom w:w="20" w:type="dxa"/>
              <w:right w:w="50" w:type="dxa"/>
            </w:tcMar>
          </w:tcPr>
          <w:p w14:paraId="4425DF6D" w14:textId="77777777" w:rsidR="00292F36" w:rsidRDefault="00000000">
            <w:r>
              <w:rPr>
                <w:sz w:val="12"/>
              </w:rPr>
              <w:t>2021</w:t>
            </w:r>
          </w:p>
        </w:tc>
        <w:tc>
          <w:tcPr>
            <w:tcW w:w="564" w:type="dxa"/>
            <w:tcMar>
              <w:top w:w="20" w:type="dxa"/>
              <w:left w:w="50" w:type="dxa"/>
              <w:bottom w:w="20" w:type="dxa"/>
              <w:right w:w="50" w:type="dxa"/>
            </w:tcMar>
          </w:tcPr>
          <w:p w14:paraId="7BF92D30" w14:textId="77777777" w:rsidR="00292F36" w:rsidRDefault="00000000">
            <w:r>
              <w:rPr>
                <w:sz w:val="12"/>
              </w:rPr>
              <w:t>ensenada</w:t>
            </w:r>
          </w:p>
        </w:tc>
        <w:tc>
          <w:tcPr>
            <w:tcW w:w="564" w:type="dxa"/>
            <w:tcMar>
              <w:top w:w="20" w:type="dxa"/>
              <w:left w:w="50" w:type="dxa"/>
              <w:bottom w:w="20" w:type="dxa"/>
              <w:right w:w="50" w:type="dxa"/>
            </w:tcMar>
          </w:tcPr>
          <w:p w14:paraId="21478D6A" w14:textId="77777777" w:rsidR="00292F36" w:rsidRDefault="00000000">
            <w:r>
              <w:rPr>
                <w:sz w:val="12"/>
              </w:rPr>
              <w:t>North</w:t>
            </w:r>
          </w:p>
        </w:tc>
        <w:tc>
          <w:tcPr>
            <w:tcW w:w="564" w:type="dxa"/>
            <w:tcMar>
              <w:top w:w="20" w:type="dxa"/>
              <w:left w:w="50" w:type="dxa"/>
              <w:bottom w:w="20" w:type="dxa"/>
              <w:right w:w="50" w:type="dxa"/>
            </w:tcMar>
          </w:tcPr>
          <w:p w14:paraId="5108E277" w14:textId="77777777" w:rsidR="00292F36" w:rsidRDefault="00000000">
            <w:r>
              <w:rPr>
                <w:sz w:val="12"/>
              </w:rPr>
              <w:t>campo_kennedy</w:t>
            </w:r>
          </w:p>
        </w:tc>
        <w:tc>
          <w:tcPr>
            <w:tcW w:w="564" w:type="dxa"/>
            <w:tcMar>
              <w:top w:w="20" w:type="dxa"/>
              <w:left w:w="50" w:type="dxa"/>
              <w:bottom w:w="20" w:type="dxa"/>
              <w:right w:w="50" w:type="dxa"/>
            </w:tcMar>
          </w:tcPr>
          <w:p w14:paraId="5CE4C998" w14:textId="77777777" w:rsidR="00292F36" w:rsidRDefault="00000000">
            <w:r>
              <w:rPr>
                <w:sz w:val="12"/>
              </w:rPr>
              <w:t>campo_kennedy_mid</w:t>
            </w:r>
          </w:p>
        </w:tc>
        <w:tc>
          <w:tcPr>
            <w:tcW w:w="564" w:type="dxa"/>
            <w:tcMar>
              <w:top w:w="20" w:type="dxa"/>
              <w:left w:w="50" w:type="dxa"/>
              <w:bottom w:w="20" w:type="dxa"/>
              <w:right w:w="50" w:type="dxa"/>
            </w:tcMar>
          </w:tcPr>
          <w:p w14:paraId="5016A84E" w14:textId="77777777" w:rsidR="00292F36" w:rsidRDefault="00000000">
            <w:r>
              <w:rPr>
                <w:sz w:val="12"/>
              </w:rPr>
              <w:t>8</w:t>
            </w:r>
          </w:p>
        </w:tc>
        <w:tc>
          <w:tcPr>
            <w:tcW w:w="564" w:type="dxa"/>
            <w:tcMar>
              <w:top w:w="20" w:type="dxa"/>
              <w:left w:w="50" w:type="dxa"/>
              <w:bottom w:w="20" w:type="dxa"/>
              <w:right w:w="50" w:type="dxa"/>
            </w:tcMar>
          </w:tcPr>
          <w:p w14:paraId="10439B3F" w14:textId="77777777" w:rsidR="00292F36" w:rsidRDefault="00000000">
            <w:r>
              <w:rPr>
                <w:sz w:val="12"/>
              </w:rPr>
              <w:t>19.9400005</w:t>
            </w:r>
          </w:p>
        </w:tc>
        <w:tc>
          <w:tcPr>
            <w:tcW w:w="564" w:type="dxa"/>
            <w:tcMar>
              <w:top w:w="20" w:type="dxa"/>
              <w:left w:w="50" w:type="dxa"/>
              <w:bottom w:w="20" w:type="dxa"/>
              <w:right w:w="50" w:type="dxa"/>
            </w:tcMar>
          </w:tcPr>
          <w:p w14:paraId="0CA76A60" w14:textId="77777777" w:rsidR="00292F36" w:rsidRDefault="00000000">
            <w:r>
              <w:rPr>
                <w:sz w:val="12"/>
              </w:rPr>
              <w:t>0.2762095</w:t>
            </w:r>
          </w:p>
        </w:tc>
        <w:tc>
          <w:tcPr>
            <w:tcW w:w="564" w:type="dxa"/>
            <w:tcMar>
              <w:top w:w="20" w:type="dxa"/>
              <w:left w:w="50" w:type="dxa"/>
              <w:bottom w:w="20" w:type="dxa"/>
              <w:right w:w="50" w:type="dxa"/>
            </w:tcMar>
          </w:tcPr>
          <w:p w14:paraId="0DA897FB" w14:textId="77777777" w:rsidR="00292F36" w:rsidRDefault="00000000">
            <w:r>
              <w:rPr>
                <w:sz w:val="12"/>
              </w:rPr>
              <w:t>0</w:t>
            </w:r>
          </w:p>
        </w:tc>
        <w:tc>
          <w:tcPr>
            <w:tcW w:w="564" w:type="dxa"/>
            <w:tcMar>
              <w:top w:w="20" w:type="dxa"/>
              <w:left w:w="50" w:type="dxa"/>
              <w:bottom w:w="20" w:type="dxa"/>
              <w:right w:w="50" w:type="dxa"/>
            </w:tcMar>
          </w:tcPr>
          <w:p w14:paraId="17DB2704" w14:textId="77777777" w:rsidR="00292F36" w:rsidRDefault="00000000">
            <w:r>
              <w:rPr>
                <w:sz w:val="12"/>
              </w:rPr>
              <w:t>0.30066815</w:t>
            </w:r>
          </w:p>
        </w:tc>
        <w:tc>
          <w:tcPr>
            <w:tcW w:w="564" w:type="dxa"/>
            <w:tcMar>
              <w:top w:w="20" w:type="dxa"/>
              <w:left w:w="50" w:type="dxa"/>
              <w:bottom w:w="20" w:type="dxa"/>
              <w:right w:w="50" w:type="dxa"/>
            </w:tcMar>
          </w:tcPr>
          <w:p w14:paraId="4D748C16" w14:textId="77777777" w:rsidR="00292F36" w:rsidRDefault="00000000">
            <w:r>
              <w:rPr>
                <w:sz w:val="12"/>
              </w:rPr>
              <w:t>0.36971047</w:t>
            </w:r>
          </w:p>
        </w:tc>
        <w:tc>
          <w:tcPr>
            <w:tcW w:w="564" w:type="dxa"/>
            <w:tcMar>
              <w:top w:w="20" w:type="dxa"/>
              <w:left w:w="50" w:type="dxa"/>
              <w:bottom w:w="20" w:type="dxa"/>
              <w:right w:w="50" w:type="dxa"/>
            </w:tcMar>
          </w:tcPr>
          <w:p w14:paraId="0B2EF459" w14:textId="77777777" w:rsidR="00292F36" w:rsidRDefault="00000000">
            <w:r>
              <w:rPr>
                <w:sz w:val="12"/>
              </w:rPr>
              <w:t>0.32962138</w:t>
            </w:r>
          </w:p>
        </w:tc>
        <w:tc>
          <w:tcPr>
            <w:tcW w:w="564" w:type="dxa"/>
            <w:tcMar>
              <w:top w:w="20" w:type="dxa"/>
              <w:left w:w="50" w:type="dxa"/>
              <w:bottom w:w="20" w:type="dxa"/>
              <w:right w:w="50" w:type="dxa"/>
            </w:tcMar>
          </w:tcPr>
          <w:p w14:paraId="2360B155" w14:textId="77777777" w:rsidR="00292F36" w:rsidRDefault="00000000">
            <w:r>
              <w:rPr>
                <w:sz w:val="12"/>
              </w:rPr>
              <w:t>0</w:t>
            </w:r>
          </w:p>
        </w:tc>
        <w:tc>
          <w:tcPr>
            <w:tcW w:w="564" w:type="dxa"/>
            <w:tcMar>
              <w:top w:w="20" w:type="dxa"/>
              <w:left w:w="50" w:type="dxa"/>
              <w:bottom w:w="20" w:type="dxa"/>
              <w:right w:w="50" w:type="dxa"/>
            </w:tcMar>
          </w:tcPr>
          <w:p w14:paraId="4F7FC9CB" w14:textId="77777777" w:rsidR="00292F36" w:rsidRDefault="00000000">
            <w:r>
              <w:rPr>
                <w:sz w:val="12"/>
              </w:rPr>
              <w:t>0</w:t>
            </w:r>
          </w:p>
        </w:tc>
        <w:tc>
          <w:tcPr>
            <w:tcW w:w="564" w:type="dxa"/>
            <w:tcMar>
              <w:top w:w="20" w:type="dxa"/>
              <w:left w:w="50" w:type="dxa"/>
              <w:bottom w:w="20" w:type="dxa"/>
              <w:right w:w="50" w:type="dxa"/>
            </w:tcMar>
          </w:tcPr>
          <w:p w14:paraId="746D4842" w14:textId="77777777" w:rsidR="00292F36" w:rsidRDefault="00000000">
            <w:r>
              <w:rPr>
                <w:sz w:val="12"/>
              </w:rPr>
              <w:t>0</w:t>
            </w:r>
          </w:p>
        </w:tc>
        <w:tc>
          <w:tcPr>
            <w:tcW w:w="564" w:type="dxa"/>
            <w:tcMar>
              <w:top w:w="20" w:type="dxa"/>
              <w:left w:w="50" w:type="dxa"/>
              <w:bottom w:w="20" w:type="dxa"/>
              <w:right w:w="50" w:type="dxa"/>
            </w:tcMar>
          </w:tcPr>
          <w:p w14:paraId="1F7A122D" w14:textId="77777777" w:rsidR="00292F36" w:rsidRDefault="00000000">
            <w:r>
              <w:rPr>
                <w:sz w:val="12"/>
              </w:rPr>
              <w:t>0</w:t>
            </w:r>
          </w:p>
        </w:tc>
        <w:tc>
          <w:tcPr>
            <w:tcW w:w="564" w:type="dxa"/>
            <w:tcMar>
              <w:top w:w="20" w:type="dxa"/>
              <w:left w:w="50" w:type="dxa"/>
              <w:bottom w:w="20" w:type="dxa"/>
              <w:right w:w="50" w:type="dxa"/>
            </w:tcMar>
          </w:tcPr>
          <w:p w14:paraId="2918081D" w14:textId="77777777" w:rsidR="00292F36" w:rsidRDefault="00000000">
            <w:r>
              <w:rPr>
                <w:sz w:val="12"/>
              </w:rPr>
              <w:t>0</w:t>
            </w:r>
          </w:p>
        </w:tc>
        <w:tc>
          <w:tcPr>
            <w:tcW w:w="564" w:type="dxa"/>
            <w:tcMar>
              <w:top w:w="20" w:type="dxa"/>
              <w:left w:w="50" w:type="dxa"/>
              <w:bottom w:w="20" w:type="dxa"/>
              <w:right w:w="50" w:type="dxa"/>
            </w:tcMar>
          </w:tcPr>
          <w:p w14:paraId="19FC0A1E" w14:textId="77777777" w:rsidR="00292F36" w:rsidRDefault="00000000">
            <w:r>
              <w:rPr>
                <w:sz w:val="12"/>
              </w:rPr>
              <w:t>0.78169014</w:t>
            </w:r>
          </w:p>
        </w:tc>
        <w:tc>
          <w:tcPr>
            <w:tcW w:w="564" w:type="dxa"/>
            <w:tcMar>
              <w:top w:w="20" w:type="dxa"/>
              <w:left w:w="50" w:type="dxa"/>
              <w:bottom w:w="20" w:type="dxa"/>
              <w:right w:w="50" w:type="dxa"/>
            </w:tcMar>
          </w:tcPr>
          <w:p w14:paraId="751CE29C" w14:textId="77777777" w:rsidR="00292F36" w:rsidRDefault="00000000">
            <w:r>
              <w:rPr>
                <w:sz w:val="12"/>
              </w:rPr>
              <w:t>0.08098592</w:t>
            </w:r>
          </w:p>
        </w:tc>
        <w:tc>
          <w:tcPr>
            <w:tcW w:w="564" w:type="dxa"/>
            <w:tcMar>
              <w:top w:w="20" w:type="dxa"/>
              <w:left w:w="50" w:type="dxa"/>
              <w:bottom w:w="20" w:type="dxa"/>
              <w:right w:w="50" w:type="dxa"/>
            </w:tcMar>
          </w:tcPr>
          <w:p w14:paraId="702E5FF9" w14:textId="77777777" w:rsidR="00292F36" w:rsidRDefault="00000000">
            <w:r>
              <w:rPr>
                <w:sz w:val="12"/>
              </w:rPr>
              <w:t>0.12323944</w:t>
            </w:r>
          </w:p>
        </w:tc>
        <w:tc>
          <w:tcPr>
            <w:tcW w:w="564" w:type="dxa"/>
            <w:tcMar>
              <w:top w:w="20" w:type="dxa"/>
              <w:left w:w="50" w:type="dxa"/>
              <w:bottom w:w="20" w:type="dxa"/>
              <w:right w:w="50" w:type="dxa"/>
            </w:tcMar>
          </w:tcPr>
          <w:p w14:paraId="3E24C37A" w14:textId="77777777" w:rsidR="00292F36" w:rsidRDefault="00000000">
            <w:r>
              <w:rPr>
                <w:sz w:val="12"/>
              </w:rPr>
              <w:t>0.01056338</w:t>
            </w:r>
          </w:p>
        </w:tc>
        <w:tc>
          <w:tcPr>
            <w:tcW w:w="564" w:type="dxa"/>
            <w:tcMar>
              <w:top w:w="20" w:type="dxa"/>
              <w:left w:w="50" w:type="dxa"/>
              <w:bottom w:w="20" w:type="dxa"/>
              <w:right w:w="50" w:type="dxa"/>
            </w:tcMar>
          </w:tcPr>
          <w:p w14:paraId="236BE814" w14:textId="77777777" w:rsidR="00292F36" w:rsidRDefault="00000000">
            <w:r>
              <w:rPr>
                <w:sz w:val="12"/>
              </w:rPr>
              <w:t>0.00352113</w:t>
            </w:r>
          </w:p>
        </w:tc>
      </w:tr>
      <w:tr w:rsidR="00292F36" w14:paraId="23950931" w14:textId="77777777">
        <w:tc>
          <w:tcPr>
            <w:tcW w:w="564" w:type="dxa"/>
            <w:tcMar>
              <w:top w:w="20" w:type="dxa"/>
              <w:left w:w="50" w:type="dxa"/>
              <w:bottom w:w="20" w:type="dxa"/>
              <w:right w:w="50" w:type="dxa"/>
            </w:tcMar>
          </w:tcPr>
          <w:p w14:paraId="586F23FE" w14:textId="77777777" w:rsidR="00292F36" w:rsidRDefault="00000000">
            <w:r>
              <w:rPr>
                <w:sz w:val="12"/>
              </w:rPr>
              <w:t>2021_campo_kennedy_campo_kennedy_shallow_2</w:t>
            </w:r>
          </w:p>
        </w:tc>
        <w:tc>
          <w:tcPr>
            <w:tcW w:w="564" w:type="dxa"/>
            <w:tcMar>
              <w:top w:w="20" w:type="dxa"/>
              <w:left w:w="50" w:type="dxa"/>
              <w:bottom w:w="20" w:type="dxa"/>
              <w:right w:w="50" w:type="dxa"/>
            </w:tcMar>
          </w:tcPr>
          <w:p w14:paraId="3AC4B33F" w14:textId="77777777" w:rsidR="00292F36" w:rsidRDefault="00000000">
            <w:r>
              <w:rPr>
                <w:sz w:val="12"/>
              </w:rPr>
              <w:t>-0.7395962</w:t>
            </w:r>
          </w:p>
        </w:tc>
        <w:tc>
          <w:tcPr>
            <w:tcW w:w="564" w:type="dxa"/>
            <w:tcMar>
              <w:top w:w="20" w:type="dxa"/>
              <w:left w:w="50" w:type="dxa"/>
              <w:bottom w:w="20" w:type="dxa"/>
              <w:right w:w="50" w:type="dxa"/>
            </w:tcMar>
          </w:tcPr>
          <w:p w14:paraId="271D47E9" w14:textId="77777777" w:rsidR="00292F36" w:rsidRDefault="00000000">
            <w:r>
              <w:rPr>
                <w:sz w:val="12"/>
              </w:rPr>
              <w:t>0.28599097</w:t>
            </w:r>
          </w:p>
        </w:tc>
        <w:tc>
          <w:tcPr>
            <w:tcW w:w="564" w:type="dxa"/>
            <w:tcMar>
              <w:top w:w="20" w:type="dxa"/>
              <w:left w:w="50" w:type="dxa"/>
              <w:bottom w:w="20" w:type="dxa"/>
              <w:right w:w="50" w:type="dxa"/>
            </w:tcMar>
          </w:tcPr>
          <w:p w14:paraId="295C8F30" w14:textId="77777777" w:rsidR="00292F36" w:rsidRDefault="00000000">
            <w:r>
              <w:rPr>
                <w:sz w:val="12"/>
              </w:rPr>
              <w:t>2021</w:t>
            </w:r>
          </w:p>
        </w:tc>
        <w:tc>
          <w:tcPr>
            <w:tcW w:w="564" w:type="dxa"/>
            <w:tcMar>
              <w:top w:w="20" w:type="dxa"/>
              <w:left w:w="50" w:type="dxa"/>
              <w:bottom w:w="20" w:type="dxa"/>
              <w:right w:w="50" w:type="dxa"/>
            </w:tcMar>
          </w:tcPr>
          <w:p w14:paraId="5EEDDA3C" w14:textId="77777777" w:rsidR="00292F36" w:rsidRDefault="00000000">
            <w:r>
              <w:rPr>
                <w:sz w:val="12"/>
              </w:rPr>
              <w:t>ensenada</w:t>
            </w:r>
          </w:p>
        </w:tc>
        <w:tc>
          <w:tcPr>
            <w:tcW w:w="564" w:type="dxa"/>
            <w:tcMar>
              <w:top w:w="20" w:type="dxa"/>
              <w:left w:w="50" w:type="dxa"/>
              <w:bottom w:w="20" w:type="dxa"/>
              <w:right w:w="50" w:type="dxa"/>
            </w:tcMar>
          </w:tcPr>
          <w:p w14:paraId="65DA19AB" w14:textId="77777777" w:rsidR="00292F36" w:rsidRDefault="00000000">
            <w:r>
              <w:rPr>
                <w:sz w:val="12"/>
              </w:rPr>
              <w:t>North</w:t>
            </w:r>
          </w:p>
        </w:tc>
        <w:tc>
          <w:tcPr>
            <w:tcW w:w="564" w:type="dxa"/>
            <w:tcMar>
              <w:top w:w="20" w:type="dxa"/>
              <w:left w:w="50" w:type="dxa"/>
              <w:bottom w:w="20" w:type="dxa"/>
              <w:right w:w="50" w:type="dxa"/>
            </w:tcMar>
          </w:tcPr>
          <w:p w14:paraId="7B17A835" w14:textId="77777777" w:rsidR="00292F36" w:rsidRDefault="00000000">
            <w:r>
              <w:rPr>
                <w:sz w:val="12"/>
              </w:rPr>
              <w:t>campo_kennedy</w:t>
            </w:r>
          </w:p>
        </w:tc>
        <w:tc>
          <w:tcPr>
            <w:tcW w:w="564" w:type="dxa"/>
            <w:tcMar>
              <w:top w:w="20" w:type="dxa"/>
              <w:left w:w="50" w:type="dxa"/>
              <w:bottom w:w="20" w:type="dxa"/>
              <w:right w:w="50" w:type="dxa"/>
            </w:tcMar>
          </w:tcPr>
          <w:p w14:paraId="559CF975" w14:textId="77777777" w:rsidR="00292F36" w:rsidRDefault="00000000">
            <w:r>
              <w:rPr>
                <w:sz w:val="12"/>
              </w:rPr>
              <w:t>campo_kennedy_shallow</w:t>
            </w:r>
          </w:p>
        </w:tc>
        <w:tc>
          <w:tcPr>
            <w:tcW w:w="564" w:type="dxa"/>
            <w:tcMar>
              <w:top w:w="20" w:type="dxa"/>
              <w:left w:w="50" w:type="dxa"/>
              <w:bottom w:w="20" w:type="dxa"/>
              <w:right w:w="50" w:type="dxa"/>
            </w:tcMar>
          </w:tcPr>
          <w:p w14:paraId="021ACF41" w14:textId="77777777" w:rsidR="00292F36" w:rsidRDefault="00000000">
            <w:r>
              <w:rPr>
                <w:sz w:val="12"/>
              </w:rPr>
              <w:t>7</w:t>
            </w:r>
          </w:p>
        </w:tc>
        <w:tc>
          <w:tcPr>
            <w:tcW w:w="564" w:type="dxa"/>
            <w:tcMar>
              <w:top w:w="20" w:type="dxa"/>
              <w:left w:w="50" w:type="dxa"/>
              <w:bottom w:w="20" w:type="dxa"/>
              <w:right w:w="50" w:type="dxa"/>
            </w:tcMar>
          </w:tcPr>
          <w:p w14:paraId="598DAA9B" w14:textId="77777777" w:rsidR="00292F36" w:rsidRDefault="00000000">
            <w:r>
              <w:rPr>
                <w:sz w:val="12"/>
              </w:rPr>
              <w:t>19.9400005</w:t>
            </w:r>
          </w:p>
        </w:tc>
        <w:tc>
          <w:tcPr>
            <w:tcW w:w="564" w:type="dxa"/>
            <w:tcMar>
              <w:top w:w="20" w:type="dxa"/>
              <w:left w:w="50" w:type="dxa"/>
              <w:bottom w:w="20" w:type="dxa"/>
              <w:right w:w="50" w:type="dxa"/>
            </w:tcMar>
          </w:tcPr>
          <w:p w14:paraId="2AD6ECC8" w14:textId="77777777" w:rsidR="00292F36" w:rsidRDefault="00000000">
            <w:r>
              <w:rPr>
                <w:sz w:val="12"/>
              </w:rPr>
              <w:t>0.2762095</w:t>
            </w:r>
          </w:p>
        </w:tc>
        <w:tc>
          <w:tcPr>
            <w:tcW w:w="564" w:type="dxa"/>
            <w:tcMar>
              <w:top w:w="20" w:type="dxa"/>
              <w:left w:w="50" w:type="dxa"/>
              <w:bottom w:w="20" w:type="dxa"/>
              <w:right w:w="50" w:type="dxa"/>
            </w:tcMar>
          </w:tcPr>
          <w:p w14:paraId="1246716D" w14:textId="77777777" w:rsidR="00292F36" w:rsidRDefault="00000000">
            <w:r>
              <w:rPr>
                <w:sz w:val="12"/>
              </w:rPr>
              <w:t>1</w:t>
            </w:r>
          </w:p>
        </w:tc>
        <w:tc>
          <w:tcPr>
            <w:tcW w:w="564" w:type="dxa"/>
            <w:tcMar>
              <w:top w:w="20" w:type="dxa"/>
              <w:left w:w="50" w:type="dxa"/>
              <w:bottom w:w="20" w:type="dxa"/>
              <w:right w:w="50" w:type="dxa"/>
            </w:tcMar>
          </w:tcPr>
          <w:p w14:paraId="337A21FD" w14:textId="77777777" w:rsidR="00292F36" w:rsidRDefault="00000000">
            <w:r>
              <w:rPr>
                <w:sz w:val="12"/>
              </w:rPr>
              <w:t>0</w:t>
            </w:r>
          </w:p>
        </w:tc>
        <w:tc>
          <w:tcPr>
            <w:tcW w:w="564" w:type="dxa"/>
            <w:tcMar>
              <w:top w:w="20" w:type="dxa"/>
              <w:left w:w="50" w:type="dxa"/>
              <w:bottom w:w="20" w:type="dxa"/>
              <w:right w:w="50" w:type="dxa"/>
            </w:tcMar>
          </w:tcPr>
          <w:p w14:paraId="6F76B402" w14:textId="77777777" w:rsidR="00292F36" w:rsidRDefault="00000000">
            <w:r>
              <w:rPr>
                <w:sz w:val="12"/>
              </w:rPr>
              <w:t>0</w:t>
            </w:r>
          </w:p>
        </w:tc>
        <w:tc>
          <w:tcPr>
            <w:tcW w:w="564" w:type="dxa"/>
            <w:tcMar>
              <w:top w:w="20" w:type="dxa"/>
              <w:left w:w="50" w:type="dxa"/>
              <w:bottom w:w="20" w:type="dxa"/>
              <w:right w:w="50" w:type="dxa"/>
            </w:tcMar>
          </w:tcPr>
          <w:p w14:paraId="37E4AD68" w14:textId="77777777" w:rsidR="00292F36" w:rsidRDefault="00000000">
            <w:r>
              <w:rPr>
                <w:sz w:val="12"/>
              </w:rPr>
              <w:t>0</w:t>
            </w:r>
          </w:p>
        </w:tc>
        <w:tc>
          <w:tcPr>
            <w:tcW w:w="564" w:type="dxa"/>
            <w:tcMar>
              <w:top w:w="20" w:type="dxa"/>
              <w:left w:w="50" w:type="dxa"/>
              <w:bottom w:w="20" w:type="dxa"/>
              <w:right w:w="50" w:type="dxa"/>
            </w:tcMar>
          </w:tcPr>
          <w:p w14:paraId="5ADD5236" w14:textId="77777777" w:rsidR="00292F36" w:rsidRDefault="00000000">
            <w:r>
              <w:rPr>
                <w:sz w:val="12"/>
              </w:rPr>
              <w:t>0</w:t>
            </w:r>
          </w:p>
        </w:tc>
        <w:tc>
          <w:tcPr>
            <w:tcW w:w="564" w:type="dxa"/>
            <w:tcMar>
              <w:top w:w="20" w:type="dxa"/>
              <w:left w:w="50" w:type="dxa"/>
              <w:bottom w:w="20" w:type="dxa"/>
              <w:right w:w="50" w:type="dxa"/>
            </w:tcMar>
          </w:tcPr>
          <w:p w14:paraId="77A7BCE0" w14:textId="77777777" w:rsidR="00292F36" w:rsidRDefault="00000000">
            <w:r>
              <w:rPr>
                <w:sz w:val="12"/>
              </w:rPr>
              <w:t>0</w:t>
            </w:r>
          </w:p>
        </w:tc>
        <w:tc>
          <w:tcPr>
            <w:tcW w:w="564" w:type="dxa"/>
            <w:tcMar>
              <w:top w:w="20" w:type="dxa"/>
              <w:left w:w="50" w:type="dxa"/>
              <w:bottom w:w="20" w:type="dxa"/>
              <w:right w:w="50" w:type="dxa"/>
            </w:tcMar>
          </w:tcPr>
          <w:p w14:paraId="7905E6B7" w14:textId="77777777" w:rsidR="00292F36" w:rsidRDefault="00000000">
            <w:r>
              <w:rPr>
                <w:sz w:val="12"/>
              </w:rPr>
              <w:t>0</w:t>
            </w:r>
          </w:p>
        </w:tc>
        <w:tc>
          <w:tcPr>
            <w:tcW w:w="564" w:type="dxa"/>
            <w:tcMar>
              <w:top w:w="20" w:type="dxa"/>
              <w:left w:w="50" w:type="dxa"/>
              <w:bottom w:w="20" w:type="dxa"/>
              <w:right w:w="50" w:type="dxa"/>
            </w:tcMar>
          </w:tcPr>
          <w:p w14:paraId="7270F8BB" w14:textId="77777777" w:rsidR="00292F36" w:rsidRDefault="00000000">
            <w:r>
              <w:rPr>
                <w:sz w:val="12"/>
              </w:rPr>
              <w:t>0</w:t>
            </w:r>
          </w:p>
        </w:tc>
        <w:tc>
          <w:tcPr>
            <w:tcW w:w="564" w:type="dxa"/>
            <w:tcMar>
              <w:top w:w="20" w:type="dxa"/>
              <w:left w:w="50" w:type="dxa"/>
              <w:bottom w:w="20" w:type="dxa"/>
              <w:right w:w="50" w:type="dxa"/>
            </w:tcMar>
          </w:tcPr>
          <w:p w14:paraId="730320AE" w14:textId="77777777" w:rsidR="00292F36" w:rsidRDefault="00000000">
            <w:r>
              <w:rPr>
                <w:sz w:val="12"/>
              </w:rPr>
              <w:t>0.00631912</w:t>
            </w:r>
          </w:p>
        </w:tc>
        <w:tc>
          <w:tcPr>
            <w:tcW w:w="564" w:type="dxa"/>
            <w:tcMar>
              <w:top w:w="20" w:type="dxa"/>
              <w:left w:w="50" w:type="dxa"/>
              <w:bottom w:w="20" w:type="dxa"/>
              <w:right w:w="50" w:type="dxa"/>
            </w:tcMar>
          </w:tcPr>
          <w:p w14:paraId="5A09B210" w14:textId="77777777" w:rsidR="00292F36" w:rsidRDefault="00000000">
            <w:r>
              <w:rPr>
                <w:sz w:val="12"/>
              </w:rPr>
              <w:t>0.15481833</w:t>
            </w:r>
          </w:p>
        </w:tc>
        <w:tc>
          <w:tcPr>
            <w:tcW w:w="564" w:type="dxa"/>
            <w:tcMar>
              <w:top w:w="20" w:type="dxa"/>
              <w:left w:w="50" w:type="dxa"/>
              <w:bottom w:w="20" w:type="dxa"/>
              <w:right w:w="50" w:type="dxa"/>
            </w:tcMar>
          </w:tcPr>
          <w:p w14:paraId="4100FD95" w14:textId="77777777" w:rsidR="00292F36" w:rsidRDefault="00000000">
            <w:r>
              <w:rPr>
                <w:sz w:val="12"/>
              </w:rPr>
              <w:t>0</w:t>
            </w:r>
          </w:p>
        </w:tc>
        <w:tc>
          <w:tcPr>
            <w:tcW w:w="564" w:type="dxa"/>
            <w:tcMar>
              <w:top w:w="20" w:type="dxa"/>
              <w:left w:w="50" w:type="dxa"/>
              <w:bottom w:w="20" w:type="dxa"/>
              <w:right w:w="50" w:type="dxa"/>
            </w:tcMar>
          </w:tcPr>
          <w:p w14:paraId="5E0D1AF0" w14:textId="77777777" w:rsidR="00292F36" w:rsidRDefault="00000000">
            <w:r>
              <w:rPr>
                <w:sz w:val="12"/>
              </w:rPr>
              <w:t>0.04423381</w:t>
            </w:r>
          </w:p>
        </w:tc>
        <w:tc>
          <w:tcPr>
            <w:tcW w:w="564" w:type="dxa"/>
            <w:tcMar>
              <w:top w:w="20" w:type="dxa"/>
              <w:left w:w="50" w:type="dxa"/>
              <w:bottom w:w="20" w:type="dxa"/>
              <w:right w:w="50" w:type="dxa"/>
            </w:tcMar>
          </w:tcPr>
          <w:p w14:paraId="37CF52EA" w14:textId="77777777" w:rsidR="00292F36" w:rsidRDefault="00000000">
            <w:r>
              <w:rPr>
                <w:sz w:val="12"/>
              </w:rPr>
              <w:t>0.01105845</w:t>
            </w:r>
          </w:p>
        </w:tc>
        <w:tc>
          <w:tcPr>
            <w:tcW w:w="564" w:type="dxa"/>
            <w:tcMar>
              <w:top w:w="20" w:type="dxa"/>
              <w:left w:w="50" w:type="dxa"/>
              <w:bottom w:w="20" w:type="dxa"/>
              <w:right w:w="50" w:type="dxa"/>
            </w:tcMar>
          </w:tcPr>
          <w:p w14:paraId="27AC99CD" w14:textId="77777777" w:rsidR="00292F36" w:rsidRDefault="00000000">
            <w:r>
              <w:rPr>
                <w:sz w:val="12"/>
              </w:rPr>
              <w:t>0.7835703</w:t>
            </w:r>
          </w:p>
        </w:tc>
      </w:tr>
      <w:tr w:rsidR="00292F36" w14:paraId="5B09D219" w14:textId="77777777">
        <w:tc>
          <w:tcPr>
            <w:tcW w:w="564" w:type="dxa"/>
            <w:tcMar>
              <w:top w:w="20" w:type="dxa"/>
              <w:left w:w="50" w:type="dxa"/>
              <w:bottom w:w="20" w:type="dxa"/>
              <w:right w:w="50" w:type="dxa"/>
            </w:tcMar>
          </w:tcPr>
          <w:p w14:paraId="278E6DBA" w14:textId="77777777" w:rsidR="00292F36" w:rsidRDefault="00000000">
            <w:r>
              <w:rPr>
                <w:sz w:val="12"/>
              </w:rPr>
              <w:t>2021_gavilanes_gavilanes_deep_1</w:t>
            </w:r>
          </w:p>
        </w:tc>
        <w:tc>
          <w:tcPr>
            <w:tcW w:w="564" w:type="dxa"/>
            <w:tcMar>
              <w:top w:w="20" w:type="dxa"/>
              <w:left w:w="50" w:type="dxa"/>
              <w:bottom w:w="20" w:type="dxa"/>
              <w:right w:w="50" w:type="dxa"/>
            </w:tcMar>
          </w:tcPr>
          <w:p w14:paraId="1E1432A4" w14:textId="77777777" w:rsidR="00292F36" w:rsidRDefault="00000000">
            <w:r>
              <w:rPr>
                <w:sz w:val="12"/>
              </w:rPr>
              <w:t>-0.4363559</w:t>
            </w:r>
          </w:p>
        </w:tc>
        <w:tc>
          <w:tcPr>
            <w:tcW w:w="564" w:type="dxa"/>
            <w:tcMar>
              <w:top w:w="20" w:type="dxa"/>
              <w:left w:w="50" w:type="dxa"/>
              <w:bottom w:w="20" w:type="dxa"/>
              <w:right w:w="50" w:type="dxa"/>
            </w:tcMar>
          </w:tcPr>
          <w:p w14:paraId="07E78EA7" w14:textId="77777777" w:rsidR="00292F36" w:rsidRDefault="00000000">
            <w:r>
              <w:rPr>
                <w:sz w:val="12"/>
              </w:rPr>
              <w:t>-0.3240605</w:t>
            </w:r>
          </w:p>
        </w:tc>
        <w:tc>
          <w:tcPr>
            <w:tcW w:w="564" w:type="dxa"/>
            <w:tcMar>
              <w:top w:w="20" w:type="dxa"/>
              <w:left w:w="50" w:type="dxa"/>
              <w:bottom w:w="20" w:type="dxa"/>
              <w:right w:w="50" w:type="dxa"/>
            </w:tcMar>
          </w:tcPr>
          <w:p w14:paraId="595864AC" w14:textId="77777777" w:rsidR="00292F36" w:rsidRDefault="00000000">
            <w:r>
              <w:rPr>
                <w:sz w:val="12"/>
              </w:rPr>
              <w:t>2021</w:t>
            </w:r>
          </w:p>
        </w:tc>
        <w:tc>
          <w:tcPr>
            <w:tcW w:w="564" w:type="dxa"/>
            <w:tcMar>
              <w:top w:w="20" w:type="dxa"/>
              <w:left w:w="50" w:type="dxa"/>
              <w:bottom w:w="20" w:type="dxa"/>
              <w:right w:w="50" w:type="dxa"/>
            </w:tcMar>
          </w:tcPr>
          <w:p w14:paraId="2F1B09AE" w14:textId="77777777" w:rsidR="00292F36" w:rsidRDefault="00000000">
            <w:r>
              <w:rPr>
                <w:sz w:val="12"/>
              </w:rPr>
              <w:t>punta_eugenia</w:t>
            </w:r>
          </w:p>
        </w:tc>
        <w:tc>
          <w:tcPr>
            <w:tcW w:w="564" w:type="dxa"/>
            <w:tcMar>
              <w:top w:w="20" w:type="dxa"/>
              <w:left w:w="50" w:type="dxa"/>
              <w:bottom w:w="20" w:type="dxa"/>
              <w:right w:w="50" w:type="dxa"/>
            </w:tcMar>
          </w:tcPr>
          <w:p w14:paraId="3B4F20F8" w14:textId="77777777" w:rsidR="00292F36" w:rsidRDefault="00000000">
            <w:r>
              <w:rPr>
                <w:sz w:val="12"/>
              </w:rPr>
              <w:t>South</w:t>
            </w:r>
          </w:p>
        </w:tc>
        <w:tc>
          <w:tcPr>
            <w:tcW w:w="564" w:type="dxa"/>
            <w:tcMar>
              <w:top w:w="20" w:type="dxa"/>
              <w:left w:w="50" w:type="dxa"/>
              <w:bottom w:w="20" w:type="dxa"/>
              <w:right w:w="50" w:type="dxa"/>
            </w:tcMar>
          </w:tcPr>
          <w:p w14:paraId="65B08BE1" w14:textId="77777777" w:rsidR="00292F36" w:rsidRDefault="00000000">
            <w:r>
              <w:rPr>
                <w:sz w:val="12"/>
              </w:rPr>
              <w:t>gavilanes</w:t>
            </w:r>
          </w:p>
        </w:tc>
        <w:tc>
          <w:tcPr>
            <w:tcW w:w="564" w:type="dxa"/>
            <w:tcMar>
              <w:top w:w="20" w:type="dxa"/>
              <w:left w:w="50" w:type="dxa"/>
              <w:bottom w:w="20" w:type="dxa"/>
              <w:right w:w="50" w:type="dxa"/>
            </w:tcMar>
          </w:tcPr>
          <w:p w14:paraId="40F32303" w14:textId="77777777" w:rsidR="00292F36" w:rsidRDefault="00000000">
            <w:r>
              <w:rPr>
                <w:sz w:val="12"/>
              </w:rPr>
              <w:t>gavilanes_deep</w:t>
            </w:r>
          </w:p>
        </w:tc>
        <w:tc>
          <w:tcPr>
            <w:tcW w:w="564" w:type="dxa"/>
            <w:tcMar>
              <w:top w:w="20" w:type="dxa"/>
              <w:left w:w="50" w:type="dxa"/>
              <w:bottom w:w="20" w:type="dxa"/>
              <w:right w:w="50" w:type="dxa"/>
            </w:tcMar>
          </w:tcPr>
          <w:p w14:paraId="4A92EF9F" w14:textId="77777777" w:rsidR="00292F36" w:rsidRDefault="00000000">
            <w:r>
              <w:rPr>
                <w:sz w:val="12"/>
              </w:rPr>
              <w:t>15</w:t>
            </w:r>
          </w:p>
        </w:tc>
        <w:tc>
          <w:tcPr>
            <w:tcW w:w="564" w:type="dxa"/>
            <w:tcMar>
              <w:top w:w="20" w:type="dxa"/>
              <w:left w:w="50" w:type="dxa"/>
              <w:bottom w:w="20" w:type="dxa"/>
              <w:right w:w="50" w:type="dxa"/>
            </w:tcMar>
          </w:tcPr>
          <w:p w14:paraId="01FF962F" w14:textId="77777777" w:rsidR="00292F36" w:rsidRDefault="00000000">
            <w:r>
              <w:rPr>
                <w:sz w:val="12"/>
              </w:rPr>
              <w:t>18.6100006</w:t>
            </w:r>
          </w:p>
        </w:tc>
        <w:tc>
          <w:tcPr>
            <w:tcW w:w="564" w:type="dxa"/>
            <w:tcMar>
              <w:top w:w="20" w:type="dxa"/>
              <w:left w:w="50" w:type="dxa"/>
              <w:bottom w:w="20" w:type="dxa"/>
              <w:right w:w="50" w:type="dxa"/>
            </w:tcMar>
          </w:tcPr>
          <w:p w14:paraId="4531405F" w14:textId="77777777" w:rsidR="00292F36" w:rsidRDefault="00000000">
            <w:r>
              <w:rPr>
                <w:sz w:val="12"/>
              </w:rPr>
              <w:t>3.55618174</w:t>
            </w:r>
          </w:p>
        </w:tc>
        <w:tc>
          <w:tcPr>
            <w:tcW w:w="564" w:type="dxa"/>
            <w:tcMar>
              <w:top w:w="20" w:type="dxa"/>
              <w:left w:w="50" w:type="dxa"/>
              <w:bottom w:w="20" w:type="dxa"/>
              <w:right w:w="50" w:type="dxa"/>
            </w:tcMar>
          </w:tcPr>
          <w:p w14:paraId="0D7F584E" w14:textId="77777777" w:rsidR="00292F36" w:rsidRDefault="00000000">
            <w:r>
              <w:rPr>
                <w:sz w:val="12"/>
              </w:rPr>
              <w:t>0.94805195</w:t>
            </w:r>
          </w:p>
        </w:tc>
        <w:tc>
          <w:tcPr>
            <w:tcW w:w="564" w:type="dxa"/>
            <w:tcMar>
              <w:top w:w="20" w:type="dxa"/>
              <w:left w:w="50" w:type="dxa"/>
              <w:bottom w:w="20" w:type="dxa"/>
              <w:right w:w="50" w:type="dxa"/>
            </w:tcMar>
          </w:tcPr>
          <w:p w14:paraId="696B6001" w14:textId="77777777" w:rsidR="00292F36" w:rsidRDefault="00000000">
            <w:r>
              <w:rPr>
                <w:sz w:val="12"/>
              </w:rPr>
              <w:t>0.02597403</w:t>
            </w:r>
          </w:p>
        </w:tc>
        <w:tc>
          <w:tcPr>
            <w:tcW w:w="564" w:type="dxa"/>
            <w:tcMar>
              <w:top w:w="20" w:type="dxa"/>
              <w:left w:w="50" w:type="dxa"/>
              <w:bottom w:w="20" w:type="dxa"/>
              <w:right w:w="50" w:type="dxa"/>
            </w:tcMar>
          </w:tcPr>
          <w:p w14:paraId="574F04FE" w14:textId="77777777" w:rsidR="00292F36" w:rsidRDefault="00000000">
            <w:r>
              <w:rPr>
                <w:sz w:val="12"/>
              </w:rPr>
              <w:t>0.02597403</w:t>
            </w:r>
          </w:p>
        </w:tc>
        <w:tc>
          <w:tcPr>
            <w:tcW w:w="564" w:type="dxa"/>
            <w:tcMar>
              <w:top w:w="20" w:type="dxa"/>
              <w:left w:w="50" w:type="dxa"/>
              <w:bottom w:w="20" w:type="dxa"/>
              <w:right w:w="50" w:type="dxa"/>
            </w:tcMar>
          </w:tcPr>
          <w:p w14:paraId="0D7F5D11" w14:textId="77777777" w:rsidR="00292F36" w:rsidRDefault="00000000">
            <w:r>
              <w:rPr>
                <w:sz w:val="12"/>
              </w:rPr>
              <w:t>0</w:t>
            </w:r>
          </w:p>
        </w:tc>
        <w:tc>
          <w:tcPr>
            <w:tcW w:w="564" w:type="dxa"/>
            <w:tcMar>
              <w:top w:w="20" w:type="dxa"/>
              <w:left w:w="50" w:type="dxa"/>
              <w:bottom w:w="20" w:type="dxa"/>
              <w:right w:w="50" w:type="dxa"/>
            </w:tcMar>
          </w:tcPr>
          <w:p w14:paraId="6A221204" w14:textId="77777777" w:rsidR="00292F36" w:rsidRDefault="00000000">
            <w:r>
              <w:rPr>
                <w:sz w:val="12"/>
              </w:rPr>
              <w:t>0</w:t>
            </w:r>
          </w:p>
        </w:tc>
        <w:tc>
          <w:tcPr>
            <w:tcW w:w="564" w:type="dxa"/>
            <w:tcMar>
              <w:top w:w="20" w:type="dxa"/>
              <w:left w:w="50" w:type="dxa"/>
              <w:bottom w:w="20" w:type="dxa"/>
              <w:right w:w="50" w:type="dxa"/>
            </w:tcMar>
          </w:tcPr>
          <w:p w14:paraId="381A102D" w14:textId="77777777" w:rsidR="00292F36" w:rsidRDefault="00000000">
            <w:r>
              <w:rPr>
                <w:sz w:val="12"/>
              </w:rPr>
              <w:t>0</w:t>
            </w:r>
          </w:p>
        </w:tc>
        <w:tc>
          <w:tcPr>
            <w:tcW w:w="564" w:type="dxa"/>
            <w:tcMar>
              <w:top w:w="20" w:type="dxa"/>
              <w:left w:w="50" w:type="dxa"/>
              <w:bottom w:w="20" w:type="dxa"/>
              <w:right w:w="50" w:type="dxa"/>
            </w:tcMar>
          </w:tcPr>
          <w:p w14:paraId="5AEB5754" w14:textId="77777777" w:rsidR="00292F36" w:rsidRDefault="00000000">
            <w:r>
              <w:rPr>
                <w:sz w:val="12"/>
              </w:rPr>
              <w:t>0</w:t>
            </w:r>
          </w:p>
        </w:tc>
        <w:tc>
          <w:tcPr>
            <w:tcW w:w="564" w:type="dxa"/>
            <w:tcMar>
              <w:top w:w="20" w:type="dxa"/>
              <w:left w:w="50" w:type="dxa"/>
              <w:bottom w:w="20" w:type="dxa"/>
              <w:right w:w="50" w:type="dxa"/>
            </w:tcMar>
          </w:tcPr>
          <w:p w14:paraId="11820836" w14:textId="77777777" w:rsidR="00292F36" w:rsidRDefault="00000000">
            <w:r>
              <w:rPr>
                <w:sz w:val="12"/>
              </w:rPr>
              <w:t>0</w:t>
            </w:r>
          </w:p>
        </w:tc>
        <w:tc>
          <w:tcPr>
            <w:tcW w:w="564" w:type="dxa"/>
            <w:tcMar>
              <w:top w:w="20" w:type="dxa"/>
              <w:left w:w="50" w:type="dxa"/>
              <w:bottom w:w="20" w:type="dxa"/>
              <w:right w:w="50" w:type="dxa"/>
            </w:tcMar>
          </w:tcPr>
          <w:p w14:paraId="4481B92A" w14:textId="77777777" w:rsidR="00292F36" w:rsidRDefault="00000000">
            <w:r>
              <w:rPr>
                <w:sz w:val="12"/>
              </w:rPr>
              <w:t>0.0375</w:t>
            </w:r>
          </w:p>
        </w:tc>
        <w:tc>
          <w:tcPr>
            <w:tcW w:w="564" w:type="dxa"/>
            <w:tcMar>
              <w:top w:w="20" w:type="dxa"/>
              <w:left w:w="50" w:type="dxa"/>
              <w:bottom w:w="20" w:type="dxa"/>
              <w:right w:w="50" w:type="dxa"/>
            </w:tcMar>
          </w:tcPr>
          <w:p w14:paraId="3FA946EA" w14:textId="77777777" w:rsidR="00292F36" w:rsidRDefault="00000000">
            <w:r>
              <w:rPr>
                <w:sz w:val="12"/>
              </w:rPr>
              <w:t>0.9375</w:t>
            </w:r>
          </w:p>
        </w:tc>
        <w:tc>
          <w:tcPr>
            <w:tcW w:w="564" w:type="dxa"/>
            <w:tcMar>
              <w:top w:w="20" w:type="dxa"/>
              <w:left w:w="50" w:type="dxa"/>
              <w:bottom w:w="20" w:type="dxa"/>
              <w:right w:w="50" w:type="dxa"/>
            </w:tcMar>
          </w:tcPr>
          <w:p w14:paraId="5C1263DC" w14:textId="77777777" w:rsidR="00292F36" w:rsidRDefault="00000000">
            <w:r>
              <w:rPr>
                <w:sz w:val="12"/>
              </w:rPr>
              <w:t>0</w:t>
            </w:r>
          </w:p>
        </w:tc>
        <w:tc>
          <w:tcPr>
            <w:tcW w:w="564" w:type="dxa"/>
            <w:tcMar>
              <w:top w:w="20" w:type="dxa"/>
              <w:left w:w="50" w:type="dxa"/>
              <w:bottom w:w="20" w:type="dxa"/>
              <w:right w:w="50" w:type="dxa"/>
            </w:tcMar>
          </w:tcPr>
          <w:p w14:paraId="488DDB7E" w14:textId="77777777" w:rsidR="00292F36" w:rsidRDefault="00000000">
            <w:r>
              <w:rPr>
                <w:sz w:val="12"/>
              </w:rPr>
              <w:t>0</w:t>
            </w:r>
          </w:p>
        </w:tc>
        <w:tc>
          <w:tcPr>
            <w:tcW w:w="564" w:type="dxa"/>
            <w:tcMar>
              <w:top w:w="20" w:type="dxa"/>
              <w:left w:w="50" w:type="dxa"/>
              <w:bottom w:w="20" w:type="dxa"/>
              <w:right w:w="50" w:type="dxa"/>
            </w:tcMar>
          </w:tcPr>
          <w:p w14:paraId="052A522F" w14:textId="77777777" w:rsidR="00292F36" w:rsidRDefault="00000000">
            <w:r>
              <w:rPr>
                <w:sz w:val="12"/>
              </w:rPr>
              <w:t>0.025</w:t>
            </w:r>
          </w:p>
        </w:tc>
        <w:tc>
          <w:tcPr>
            <w:tcW w:w="564" w:type="dxa"/>
            <w:tcMar>
              <w:top w:w="20" w:type="dxa"/>
              <w:left w:w="50" w:type="dxa"/>
              <w:bottom w:w="20" w:type="dxa"/>
              <w:right w:w="50" w:type="dxa"/>
            </w:tcMar>
          </w:tcPr>
          <w:p w14:paraId="439F8DA5" w14:textId="77777777" w:rsidR="00292F36" w:rsidRDefault="00000000">
            <w:r>
              <w:rPr>
                <w:sz w:val="12"/>
              </w:rPr>
              <w:t>0</w:t>
            </w:r>
          </w:p>
        </w:tc>
      </w:tr>
      <w:tr w:rsidR="00292F36" w14:paraId="4601A073" w14:textId="77777777">
        <w:tc>
          <w:tcPr>
            <w:tcW w:w="564" w:type="dxa"/>
            <w:tcMar>
              <w:top w:w="20" w:type="dxa"/>
              <w:left w:w="50" w:type="dxa"/>
              <w:bottom w:w="20" w:type="dxa"/>
              <w:right w:w="50" w:type="dxa"/>
            </w:tcMar>
          </w:tcPr>
          <w:p w14:paraId="22CDFD26" w14:textId="77777777" w:rsidR="00292F36" w:rsidRDefault="00000000">
            <w:r>
              <w:rPr>
                <w:sz w:val="12"/>
              </w:rPr>
              <w:t>2021_gavilanes_gavilanes_deep_2</w:t>
            </w:r>
          </w:p>
        </w:tc>
        <w:tc>
          <w:tcPr>
            <w:tcW w:w="564" w:type="dxa"/>
            <w:tcMar>
              <w:top w:w="20" w:type="dxa"/>
              <w:left w:w="50" w:type="dxa"/>
              <w:bottom w:w="20" w:type="dxa"/>
              <w:right w:w="50" w:type="dxa"/>
            </w:tcMar>
          </w:tcPr>
          <w:p w14:paraId="53755C24" w14:textId="77777777" w:rsidR="00292F36" w:rsidRDefault="00000000">
            <w:r>
              <w:rPr>
                <w:sz w:val="12"/>
              </w:rPr>
              <w:t>-0.3570391</w:t>
            </w:r>
          </w:p>
        </w:tc>
        <w:tc>
          <w:tcPr>
            <w:tcW w:w="564" w:type="dxa"/>
            <w:tcMar>
              <w:top w:w="20" w:type="dxa"/>
              <w:left w:w="50" w:type="dxa"/>
              <w:bottom w:w="20" w:type="dxa"/>
              <w:right w:w="50" w:type="dxa"/>
            </w:tcMar>
          </w:tcPr>
          <w:p w14:paraId="585CB9E7" w14:textId="77777777" w:rsidR="00292F36" w:rsidRDefault="00000000">
            <w:r>
              <w:rPr>
                <w:sz w:val="12"/>
              </w:rPr>
              <w:t>-0.3196862</w:t>
            </w:r>
          </w:p>
        </w:tc>
        <w:tc>
          <w:tcPr>
            <w:tcW w:w="564" w:type="dxa"/>
            <w:tcMar>
              <w:top w:w="20" w:type="dxa"/>
              <w:left w:w="50" w:type="dxa"/>
              <w:bottom w:w="20" w:type="dxa"/>
              <w:right w:w="50" w:type="dxa"/>
            </w:tcMar>
          </w:tcPr>
          <w:p w14:paraId="7854B12D" w14:textId="77777777" w:rsidR="00292F36" w:rsidRDefault="00000000">
            <w:r>
              <w:rPr>
                <w:sz w:val="12"/>
              </w:rPr>
              <w:t>2021</w:t>
            </w:r>
          </w:p>
        </w:tc>
        <w:tc>
          <w:tcPr>
            <w:tcW w:w="564" w:type="dxa"/>
            <w:tcMar>
              <w:top w:w="20" w:type="dxa"/>
              <w:left w:w="50" w:type="dxa"/>
              <w:bottom w:w="20" w:type="dxa"/>
              <w:right w:w="50" w:type="dxa"/>
            </w:tcMar>
          </w:tcPr>
          <w:p w14:paraId="641DF884" w14:textId="77777777" w:rsidR="00292F36" w:rsidRDefault="00000000">
            <w:r>
              <w:rPr>
                <w:sz w:val="12"/>
              </w:rPr>
              <w:t>punta_eugenia</w:t>
            </w:r>
          </w:p>
        </w:tc>
        <w:tc>
          <w:tcPr>
            <w:tcW w:w="564" w:type="dxa"/>
            <w:tcMar>
              <w:top w:w="20" w:type="dxa"/>
              <w:left w:w="50" w:type="dxa"/>
              <w:bottom w:w="20" w:type="dxa"/>
              <w:right w:w="50" w:type="dxa"/>
            </w:tcMar>
          </w:tcPr>
          <w:p w14:paraId="6CD3D2D1" w14:textId="77777777" w:rsidR="00292F36" w:rsidRDefault="00000000">
            <w:r>
              <w:rPr>
                <w:sz w:val="12"/>
              </w:rPr>
              <w:t>South</w:t>
            </w:r>
          </w:p>
        </w:tc>
        <w:tc>
          <w:tcPr>
            <w:tcW w:w="564" w:type="dxa"/>
            <w:tcMar>
              <w:top w:w="20" w:type="dxa"/>
              <w:left w:w="50" w:type="dxa"/>
              <w:bottom w:w="20" w:type="dxa"/>
              <w:right w:w="50" w:type="dxa"/>
            </w:tcMar>
          </w:tcPr>
          <w:p w14:paraId="154B873A" w14:textId="77777777" w:rsidR="00292F36" w:rsidRDefault="00000000">
            <w:r>
              <w:rPr>
                <w:sz w:val="12"/>
              </w:rPr>
              <w:t>gavilanes</w:t>
            </w:r>
          </w:p>
        </w:tc>
        <w:tc>
          <w:tcPr>
            <w:tcW w:w="564" w:type="dxa"/>
            <w:tcMar>
              <w:top w:w="20" w:type="dxa"/>
              <w:left w:w="50" w:type="dxa"/>
              <w:bottom w:w="20" w:type="dxa"/>
              <w:right w:w="50" w:type="dxa"/>
            </w:tcMar>
          </w:tcPr>
          <w:p w14:paraId="0D8F73BF" w14:textId="77777777" w:rsidR="00292F36" w:rsidRDefault="00000000">
            <w:r>
              <w:rPr>
                <w:sz w:val="12"/>
              </w:rPr>
              <w:t>gavilanes_deep</w:t>
            </w:r>
          </w:p>
        </w:tc>
        <w:tc>
          <w:tcPr>
            <w:tcW w:w="564" w:type="dxa"/>
            <w:tcMar>
              <w:top w:w="20" w:type="dxa"/>
              <w:left w:w="50" w:type="dxa"/>
              <w:bottom w:w="20" w:type="dxa"/>
              <w:right w:w="50" w:type="dxa"/>
            </w:tcMar>
          </w:tcPr>
          <w:p w14:paraId="5358184A" w14:textId="77777777" w:rsidR="00292F36" w:rsidRDefault="00000000">
            <w:r>
              <w:rPr>
                <w:sz w:val="12"/>
              </w:rPr>
              <w:t>15</w:t>
            </w:r>
          </w:p>
        </w:tc>
        <w:tc>
          <w:tcPr>
            <w:tcW w:w="564" w:type="dxa"/>
            <w:tcMar>
              <w:top w:w="20" w:type="dxa"/>
              <w:left w:w="50" w:type="dxa"/>
              <w:bottom w:w="20" w:type="dxa"/>
              <w:right w:w="50" w:type="dxa"/>
            </w:tcMar>
          </w:tcPr>
          <w:p w14:paraId="75A8A7AB" w14:textId="77777777" w:rsidR="00292F36" w:rsidRDefault="00000000">
            <w:r>
              <w:rPr>
                <w:sz w:val="12"/>
              </w:rPr>
              <w:t>18.6100006</w:t>
            </w:r>
          </w:p>
        </w:tc>
        <w:tc>
          <w:tcPr>
            <w:tcW w:w="564" w:type="dxa"/>
            <w:tcMar>
              <w:top w:w="20" w:type="dxa"/>
              <w:left w:w="50" w:type="dxa"/>
              <w:bottom w:w="20" w:type="dxa"/>
              <w:right w:w="50" w:type="dxa"/>
            </w:tcMar>
          </w:tcPr>
          <w:p w14:paraId="623554B0" w14:textId="77777777" w:rsidR="00292F36" w:rsidRDefault="00000000">
            <w:r>
              <w:rPr>
                <w:sz w:val="12"/>
              </w:rPr>
              <w:t>3.55618174</w:t>
            </w:r>
          </w:p>
        </w:tc>
        <w:tc>
          <w:tcPr>
            <w:tcW w:w="564" w:type="dxa"/>
            <w:tcMar>
              <w:top w:w="20" w:type="dxa"/>
              <w:left w:w="50" w:type="dxa"/>
              <w:bottom w:w="20" w:type="dxa"/>
              <w:right w:w="50" w:type="dxa"/>
            </w:tcMar>
          </w:tcPr>
          <w:p w14:paraId="32FED0A9" w14:textId="77777777" w:rsidR="00292F36" w:rsidRDefault="00000000">
            <w:r>
              <w:rPr>
                <w:sz w:val="12"/>
              </w:rPr>
              <w:t>0.87777778</w:t>
            </w:r>
          </w:p>
        </w:tc>
        <w:tc>
          <w:tcPr>
            <w:tcW w:w="564" w:type="dxa"/>
            <w:tcMar>
              <w:top w:w="20" w:type="dxa"/>
              <w:left w:w="50" w:type="dxa"/>
              <w:bottom w:w="20" w:type="dxa"/>
              <w:right w:w="50" w:type="dxa"/>
            </w:tcMar>
          </w:tcPr>
          <w:p w14:paraId="7497AC5F" w14:textId="77777777" w:rsidR="00292F36" w:rsidRDefault="00000000">
            <w:r>
              <w:rPr>
                <w:sz w:val="12"/>
              </w:rPr>
              <w:t>0.12222222</w:t>
            </w:r>
          </w:p>
        </w:tc>
        <w:tc>
          <w:tcPr>
            <w:tcW w:w="564" w:type="dxa"/>
            <w:tcMar>
              <w:top w:w="20" w:type="dxa"/>
              <w:left w:w="50" w:type="dxa"/>
              <w:bottom w:w="20" w:type="dxa"/>
              <w:right w:w="50" w:type="dxa"/>
            </w:tcMar>
          </w:tcPr>
          <w:p w14:paraId="79BCB590" w14:textId="77777777" w:rsidR="00292F36" w:rsidRDefault="00000000">
            <w:r>
              <w:rPr>
                <w:sz w:val="12"/>
              </w:rPr>
              <w:t>0</w:t>
            </w:r>
          </w:p>
        </w:tc>
        <w:tc>
          <w:tcPr>
            <w:tcW w:w="564" w:type="dxa"/>
            <w:tcMar>
              <w:top w:w="20" w:type="dxa"/>
              <w:left w:w="50" w:type="dxa"/>
              <w:bottom w:w="20" w:type="dxa"/>
              <w:right w:w="50" w:type="dxa"/>
            </w:tcMar>
          </w:tcPr>
          <w:p w14:paraId="578E5BA8" w14:textId="77777777" w:rsidR="00292F36" w:rsidRDefault="00000000">
            <w:r>
              <w:rPr>
                <w:sz w:val="12"/>
              </w:rPr>
              <w:t>0</w:t>
            </w:r>
          </w:p>
        </w:tc>
        <w:tc>
          <w:tcPr>
            <w:tcW w:w="564" w:type="dxa"/>
            <w:tcMar>
              <w:top w:w="20" w:type="dxa"/>
              <w:left w:w="50" w:type="dxa"/>
              <w:bottom w:w="20" w:type="dxa"/>
              <w:right w:w="50" w:type="dxa"/>
            </w:tcMar>
          </w:tcPr>
          <w:p w14:paraId="0B5F3019" w14:textId="77777777" w:rsidR="00292F36" w:rsidRDefault="00000000">
            <w:r>
              <w:rPr>
                <w:sz w:val="12"/>
              </w:rPr>
              <w:t>0</w:t>
            </w:r>
          </w:p>
        </w:tc>
        <w:tc>
          <w:tcPr>
            <w:tcW w:w="564" w:type="dxa"/>
            <w:tcMar>
              <w:top w:w="20" w:type="dxa"/>
              <w:left w:w="50" w:type="dxa"/>
              <w:bottom w:w="20" w:type="dxa"/>
              <w:right w:w="50" w:type="dxa"/>
            </w:tcMar>
          </w:tcPr>
          <w:p w14:paraId="5DC4F06B" w14:textId="77777777" w:rsidR="00292F36" w:rsidRDefault="00000000">
            <w:r>
              <w:rPr>
                <w:sz w:val="12"/>
              </w:rPr>
              <w:t>0</w:t>
            </w:r>
          </w:p>
        </w:tc>
        <w:tc>
          <w:tcPr>
            <w:tcW w:w="564" w:type="dxa"/>
            <w:tcMar>
              <w:top w:w="20" w:type="dxa"/>
              <w:left w:w="50" w:type="dxa"/>
              <w:bottom w:w="20" w:type="dxa"/>
              <w:right w:w="50" w:type="dxa"/>
            </w:tcMar>
          </w:tcPr>
          <w:p w14:paraId="674821B2" w14:textId="77777777" w:rsidR="00292F36" w:rsidRDefault="00000000">
            <w:r>
              <w:rPr>
                <w:sz w:val="12"/>
              </w:rPr>
              <w:t>0</w:t>
            </w:r>
          </w:p>
        </w:tc>
        <w:tc>
          <w:tcPr>
            <w:tcW w:w="564" w:type="dxa"/>
            <w:tcMar>
              <w:top w:w="20" w:type="dxa"/>
              <w:left w:w="50" w:type="dxa"/>
              <w:bottom w:w="20" w:type="dxa"/>
              <w:right w:w="50" w:type="dxa"/>
            </w:tcMar>
          </w:tcPr>
          <w:p w14:paraId="554187EC" w14:textId="77777777" w:rsidR="00292F36" w:rsidRDefault="00000000">
            <w:r>
              <w:rPr>
                <w:sz w:val="12"/>
              </w:rPr>
              <w:t>0</w:t>
            </w:r>
          </w:p>
        </w:tc>
        <w:tc>
          <w:tcPr>
            <w:tcW w:w="564" w:type="dxa"/>
            <w:tcMar>
              <w:top w:w="20" w:type="dxa"/>
              <w:left w:w="50" w:type="dxa"/>
              <w:bottom w:w="20" w:type="dxa"/>
              <w:right w:w="50" w:type="dxa"/>
            </w:tcMar>
          </w:tcPr>
          <w:p w14:paraId="4E0855E8" w14:textId="77777777" w:rsidR="00292F36" w:rsidRDefault="00000000">
            <w:r>
              <w:rPr>
                <w:sz w:val="12"/>
              </w:rPr>
              <w:t>0.02857143</w:t>
            </w:r>
          </w:p>
        </w:tc>
        <w:tc>
          <w:tcPr>
            <w:tcW w:w="564" w:type="dxa"/>
            <w:tcMar>
              <w:top w:w="20" w:type="dxa"/>
              <w:left w:w="50" w:type="dxa"/>
              <w:bottom w:w="20" w:type="dxa"/>
              <w:right w:w="50" w:type="dxa"/>
            </w:tcMar>
          </w:tcPr>
          <w:p w14:paraId="30D471B6" w14:textId="77777777" w:rsidR="00292F36" w:rsidRDefault="00000000">
            <w:r>
              <w:rPr>
                <w:sz w:val="12"/>
              </w:rPr>
              <w:t>0.91428571</w:t>
            </w:r>
          </w:p>
        </w:tc>
        <w:tc>
          <w:tcPr>
            <w:tcW w:w="564" w:type="dxa"/>
            <w:tcMar>
              <w:top w:w="20" w:type="dxa"/>
              <w:left w:w="50" w:type="dxa"/>
              <w:bottom w:w="20" w:type="dxa"/>
              <w:right w:w="50" w:type="dxa"/>
            </w:tcMar>
          </w:tcPr>
          <w:p w14:paraId="611B1115" w14:textId="77777777" w:rsidR="00292F36" w:rsidRDefault="00000000">
            <w:r>
              <w:rPr>
                <w:sz w:val="12"/>
              </w:rPr>
              <w:t>0</w:t>
            </w:r>
          </w:p>
        </w:tc>
        <w:tc>
          <w:tcPr>
            <w:tcW w:w="564" w:type="dxa"/>
            <w:tcMar>
              <w:top w:w="20" w:type="dxa"/>
              <w:left w:w="50" w:type="dxa"/>
              <w:bottom w:w="20" w:type="dxa"/>
              <w:right w:w="50" w:type="dxa"/>
            </w:tcMar>
          </w:tcPr>
          <w:p w14:paraId="666B34C8" w14:textId="77777777" w:rsidR="00292F36" w:rsidRDefault="00000000">
            <w:r>
              <w:rPr>
                <w:sz w:val="12"/>
              </w:rPr>
              <w:t>0</w:t>
            </w:r>
          </w:p>
        </w:tc>
        <w:tc>
          <w:tcPr>
            <w:tcW w:w="564" w:type="dxa"/>
            <w:tcMar>
              <w:top w:w="20" w:type="dxa"/>
              <w:left w:w="50" w:type="dxa"/>
              <w:bottom w:w="20" w:type="dxa"/>
              <w:right w:w="50" w:type="dxa"/>
            </w:tcMar>
          </w:tcPr>
          <w:p w14:paraId="39D4DAE9" w14:textId="77777777" w:rsidR="00292F36" w:rsidRDefault="00000000">
            <w:r>
              <w:rPr>
                <w:sz w:val="12"/>
              </w:rPr>
              <w:t>0.05714286</w:t>
            </w:r>
          </w:p>
        </w:tc>
        <w:tc>
          <w:tcPr>
            <w:tcW w:w="564" w:type="dxa"/>
            <w:tcMar>
              <w:top w:w="20" w:type="dxa"/>
              <w:left w:w="50" w:type="dxa"/>
              <w:bottom w:w="20" w:type="dxa"/>
              <w:right w:w="50" w:type="dxa"/>
            </w:tcMar>
          </w:tcPr>
          <w:p w14:paraId="35DEF8F5" w14:textId="77777777" w:rsidR="00292F36" w:rsidRDefault="00000000">
            <w:r>
              <w:rPr>
                <w:sz w:val="12"/>
              </w:rPr>
              <w:t>0</w:t>
            </w:r>
          </w:p>
        </w:tc>
      </w:tr>
      <w:tr w:rsidR="00292F36" w14:paraId="399A42B3" w14:textId="77777777">
        <w:tc>
          <w:tcPr>
            <w:tcW w:w="564" w:type="dxa"/>
            <w:tcMar>
              <w:top w:w="20" w:type="dxa"/>
              <w:left w:w="50" w:type="dxa"/>
              <w:bottom w:w="20" w:type="dxa"/>
              <w:right w:w="50" w:type="dxa"/>
            </w:tcMar>
          </w:tcPr>
          <w:p w14:paraId="477546A0" w14:textId="77777777" w:rsidR="00292F36" w:rsidRDefault="00000000">
            <w:r>
              <w:rPr>
                <w:sz w:val="12"/>
              </w:rPr>
              <w:t>2021_gavilanes_g</w:t>
            </w:r>
            <w:r>
              <w:rPr>
                <w:sz w:val="12"/>
              </w:rPr>
              <w:lastRenderedPageBreak/>
              <w:t>avilanes_mid_1</w:t>
            </w:r>
          </w:p>
        </w:tc>
        <w:tc>
          <w:tcPr>
            <w:tcW w:w="564" w:type="dxa"/>
            <w:tcMar>
              <w:top w:w="20" w:type="dxa"/>
              <w:left w:w="50" w:type="dxa"/>
              <w:bottom w:w="20" w:type="dxa"/>
              <w:right w:w="50" w:type="dxa"/>
            </w:tcMar>
          </w:tcPr>
          <w:p w14:paraId="792342B6" w14:textId="77777777" w:rsidR="00292F36" w:rsidRDefault="00000000">
            <w:r>
              <w:rPr>
                <w:sz w:val="12"/>
              </w:rPr>
              <w:lastRenderedPageBreak/>
              <w:t>-0.578537</w:t>
            </w:r>
            <w:r>
              <w:rPr>
                <w:sz w:val="12"/>
              </w:rPr>
              <w:lastRenderedPageBreak/>
              <w:t>4</w:t>
            </w:r>
          </w:p>
        </w:tc>
        <w:tc>
          <w:tcPr>
            <w:tcW w:w="564" w:type="dxa"/>
            <w:tcMar>
              <w:top w:w="20" w:type="dxa"/>
              <w:left w:w="50" w:type="dxa"/>
              <w:bottom w:w="20" w:type="dxa"/>
              <w:right w:w="50" w:type="dxa"/>
            </w:tcMar>
          </w:tcPr>
          <w:p w14:paraId="58C3311C" w14:textId="77777777" w:rsidR="00292F36" w:rsidRDefault="00000000">
            <w:r>
              <w:rPr>
                <w:sz w:val="12"/>
              </w:rPr>
              <w:lastRenderedPageBreak/>
              <w:t>-0.344856</w:t>
            </w:r>
            <w:r>
              <w:rPr>
                <w:sz w:val="12"/>
              </w:rPr>
              <w:lastRenderedPageBreak/>
              <w:t>5</w:t>
            </w:r>
          </w:p>
        </w:tc>
        <w:tc>
          <w:tcPr>
            <w:tcW w:w="564" w:type="dxa"/>
            <w:tcMar>
              <w:top w:w="20" w:type="dxa"/>
              <w:left w:w="50" w:type="dxa"/>
              <w:bottom w:w="20" w:type="dxa"/>
              <w:right w:w="50" w:type="dxa"/>
            </w:tcMar>
          </w:tcPr>
          <w:p w14:paraId="533FD5B7" w14:textId="77777777" w:rsidR="00292F36" w:rsidRDefault="00000000">
            <w:r>
              <w:rPr>
                <w:sz w:val="12"/>
              </w:rPr>
              <w:lastRenderedPageBreak/>
              <w:t>2021</w:t>
            </w:r>
          </w:p>
        </w:tc>
        <w:tc>
          <w:tcPr>
            <w:tcW w:w="564" w:type="dxa"/>
            <w:tcMar>
              <w:top w:w="20" w:type="dxa"/>
              <w:left w:w="50" w:type="dxa"/>
              <w:bottom w:w="20" w:type="dxa"/>
              <w:right w:w="50" w:type="dxa"/>
            </w:tcMar>
          </w:tcPr>
          <w:p w14:paraId="52F69F74" w14:textId="77777777" w:rsidR="00292F36" w:rsidRDefault="00000000">
            <w:r>
              <w:rPr>
                <w:sz w:val="12"/>
              </w:rPr>
              <w:t>punta_eugenia</w:t>
            </w:r>
          </w:p>
        </w:tc>
        <w:tc>
          <w:tcPr>
            <w:tcW w:w="564" w:type="dxa"/>
            <w:tcMar>
              <w:top w:w="20" w:type="dxa"/>
              <w:left w:w="50" w:type="dxa"/>
              <w:bottom w:w="20" w:type="dxa"/>
              <w:right w:w="50" w:type="dxa"/>
            </w:tcMar>
          </w:tcPr>
          <w:p w14:paraId="5A4FF40A" w14:textId="77777777" w:rsidR="00292F36" w:rsidRDefault="00000000">
            <w:r>
              <w:rPr>
                <w:sz w:val="12"/>
              </w:rPr>
              <w:t>South</w:t>
            </w:r>
          </w:p>
        </w:tc>
        <w:tc>
          <w:tcPr>
            <w:tcW w:w="564" w:type="dxa"/>
            <w:tcMar>
              <w:top w:w="20" w:type="dxa"/>
              <w:left w:w="50" w:type="dxa"/>
              <w:bottom w:w="20" w:type="dxa"/>
              <w:right w:w="50" w:type="dxa"/>
            </w:tcMar>
          </w:tcPr>
          <w:p w14:paraId="485207BD" w14:textId="77777777" w:rsidR="00292F36" w:rsidRDefault="00000000">
            <w:r>
              <w:rPr>
                <w:sz w:val="12"/>
              </w:rPr>
              <w:t>gavilanes</w:t>
            </w:r>
          </w:p>
        </w:tc>
        <w:tc>
          <w:tcPr>
            <w:tcW w:w="564" w:type="dxa"/>
            <w:tcMar>
              <w:top w:w="20" w:type="dxa"/>
              <w:left w:w="50" w:type="dxa"/>
              <w:bottom w:w="20" w:type="dxa"/>
              <w:right w:w="50" w:type="dxa"/>
            </w:tcMar>
          </w:tcPr>
          <w:p w14:paraId="0DFFAAEA" w14:textId="77777777" w:rsidR="00292F36" w:rsidRDefault="00000000">
            <w:r>
              <w:rPr>
                <w:sz w:val="12"/>
              </w:rPr>
              <w:t>gavilanes_mid</w:t>
            </w:r>
          </w:p>
        </w:tc>
        <w:tc>
          <w:tcPr>
            <w:tcW w:w="564" w:type="dxa"/>
            <w:tcMar>
              <w:top w:w="20" w:type="dxa"/>
              <w:left w:w="50" w:type="dxa"/>
              <w:bottom w:w="20" w:type="dxa"/>
              <w:right w:w="50" w:type="dxa"/>
            </w:tcMar>
          </w:tcPr>
          <w:p w14:paraId="244C90E7" w14:textId="77777777" w:rsidR="00292F36" w:rsidRDefault="00000000">
            <w:r>
              <w:rPr>
                <w:sz w:val="12"/>
              </w:rPr>
              <w:t>8</w:t>
            </w:r>
          </w:p>
        </w:tc>
        <w:tc>
          <w:tcPr>
            <w:tcW w:w="564" w:type="dxa"/>
            <w:tcMar>
              <w:top w:w="20" w:type="dxa"/>
              <w:left w:w="50" w:type="dxa"/>
              <w:bottom w:w="20" w:type="dxa"/>
              <w:right w:w="50" w:type="dxa"/>
            </w:tcMar>
          </w:tcPr>
          <w:p w14:paraId="285FA2BF" w14:textId="77777777" w:rsidR="00292F36" w:rsidRDefault="00000000">
            <w:r>
              <w:rPr>
                <w:sz w:val="12"/>
              </w:rPr>
              <w:t>18.6100006</w:t>
            </w:r>
          </w:p>
        </w:tc>
        <w:tc>
          <w:tcPr>
            <w:tcW w:w="564" w:type="dxa"/>
            <w:tcMar>
              <w:top w:w="20" w:type="dxa"/>
              <w:left w:w="50" w:type="dxa"/>
              <w:bottom w:w="20" w:type="dxa"/>
              <w:right w:w="50" w:type="dxa"/>
            </w:tcMar>
          </w:tcPr>
          <w:p w14:paraId="77F32F08" w14:textId="77777777" w:rsidR="00292F36" w:rsidRDefault="00000000">
            <w:r>
              <w:rPr>
                <w:sz w:val="12"/>
              </w:rPr>
              <w:t>3.55618174</w:t>
            </w:r>
          </w:p>
        </w:tc>
        <w:tc>
          <w:tcPr>
            <w:tcW w:w="564" w:type="dxa"/>
            <w:tcMar>
              <w:top w:w="20" w:type="dxa"/>
              <w:left w:w="50" w:type="dxa"/>
              <w:bottom w:w="20" w:type="dxa"/>
              <w:right w:w="50" w:type="dxa"/>
            </w:tcMar>
          </w:tcPr>
          <w:p w14:paraId="47604835" w14:textId="77777777" w:rsidR="00292F36" w:rsidRDefault="00000000">
            <w:r>
              <w:rPr>
                <w:sz w:val="12"/>
              </w:rPr>
              <w:t>0.96618357</w:t>
            </w:r>
          </w:p>
        </w:tc>
        <w:tc>
          <w:tcPr>
            <w:tcW w:w="564" w:type="dxa"/>
            <w:tcMar>
              <w:top w:w="20" w:type="dxa"/>
              <w:left w:w="50" w:type="dxa"/>
              <w:bottom w:w="20" w:type="dxa"/>
              <w:right w:w="50" w:type="dxa"/>
            </w:tcMar>
          </w:tcPr>
          <w:p w14:paraId="53BEEE4C" w14:textId="77777777" w:rsidR="00292F36" w:rsidRDefault="00000000">
            <w:r>
              <w:rPr>
                <w:sz w:val="12"/>
              </w:rPr>
              <w:t>0.02254428</w:t>
            </w:r>
          </w:p>
        </w:tc>
        <w:tc>
          <w:tcPr>
            <w:tcW w:w="564" w:type="dxa"/>
            <w:tcMar>
              <w:top w:w="20" w:type="dxa"/>
              <w:left w:w="50" w:type="dxa"/>
              <w:bottom w:w="20" w:type="dxa"/>
              <w:right w:w="50" w:type="dxa"/>
            </w:tcMar>
          </w:tcPr>
          <w:p w14:paraId="5EC8B9AA" w14:textId="77777777" w:rsidR="00292F36" w:rsidRDefault="00000000">
            <w:r>
              <w:rPr>
                <w:sz w:val="12"/>
              </w:rPr>
              <w:t>0.00322061</w:t>
            </w:r>
          </w:p>
        </w:tc>
        <w:tc>
          <w:tcPr>
            <w:tcW w:w="564" w:type="dxa"/>
            <w:tcMar>
              <w:top w:w="20" w:type="dxa"/>
              <w:left w:w="50" w:type="dxa"/>
              <w:bottom w:w="20" w:type="dxa"/>
              <w:right w:w="50" w:type="dxa"/>
            </w:tcMar>
          </w:tcPr>
          <w:p w14:paraId="5587A9B7" w14:textId="77777777" w:rsidR="00292F36" w:rsidRDefault="00000000">
            <w:r>
              <w:rPr>
                <w:sz w:val="12"/>
              </w:rPr>
              <w:t>0.00805153</w:t>
            </w:r>
          </w:p>
        </w:tc>
        <w:tc>
          <w:tcPr>
            <w:tcW w:w="564" w:type="dxa"/>
            <w:tcMar>
              <w:top w:w="20" w:type="dxa"/>
              <w:left w:w="50" w:type="dxa"/>
              <w:bottom w:w="20" w:type="dxa"/>
              <w:right w:w="50" w:type="dxa"/>
            </w:tcMar>
          </w:tcPr>
          <w:p w14:paraId="5086AE17" w14:textId="77777777" w:rsidR="00292F36" w:rsidRDefault="00000000">
            <w:r>
              <w:rPr>
                <w:sz w:val="12"/>
              </w:rPr>
              <w:t>0</w:t>
            </w:r>
          </w:p>
        </w:tc>
        <w:tc>
          <w:tcPr>
            <w:tcW w:w="564" w:type="dxa"/>
            <w:tcMar>
              <w:top w:w="20" w:type="dxa"/>
              <w:left w:w="50" w:type="dxa"/>
              <w:bottom w:w="20" w:type="dxa"/>
              <w:right w:w="50" w:type="dxa"/>
            </w:tcMar>
          </w:tcPr>
          <w:p w14:paraId="59D195AD" w14:textId="77777777" w:rsidR="00292F36" w:rsidRDefault="00000000">
            <w:r>
              <w:rPr>
                <w:sz w:val="12"/>
              </w:rPr>
              <w:t>0</w:t>
            </w:r>
          </w:p>
        </w:tc>
        <w:tc>
          <w:tcPr>
            <w:tcW w:w="564" w:type="dxa"/>
            <w:tcMar>
              <w:top w:w="20" w:type="dxa"/>
              <w:left w:w="50" w:type="dxa"/>
              <w:bottom w:w="20" w:type="dxa"/>
              <w:right w:w="50" w:type="dxa"/>
            </w:tcMar>
          </w:tcPr>
          <w:p w14:paraId="5867E836" w14:textId="77777777" w:rsidR="00292F36" w:rsidRDefault="00000000">
            <w:r>
              <w:rPr>
                <w:sz w:val="12"/>
              </w:rPr>
              <w:t>0</w:t>
            </w:r>
          </w:p>
        </w:tc>
        <w:tc>
          <w:tcPr>
            <w:tcW w:w="564" w:type="dxa"/>
            <w:tcMar>
              <w:top w:w="20" w:type="dxa"/>
              <w:left w:w="50" w:type="dxa"/>
              <w:bottom w:w="20" w:type="dxa"/>
              <w:right w:w="50" w:type="dxa"/>
            </w:tcMar>
          </w:tcPr>
          <w:p w14:paraId="25443BB5" w14:textId="77777777" w:rsidR="00292F36" w:rsidRDefault="00000000">
            <w:r>
              <w:rPr>
                <w:sz w:val="12"/>
              </w:rPr>
              <w:t>0</w:t>
            </w:r>
          </w:p>
        </w:tc>
        <w:tc>
          <w:tcPr>
            <w:tcW w:w="564" w:type="dxa"/>
            <w:tcMar>
              <w:top w:w="20" w:type="dxa"/>
              <w:left w:w="50" w:type="dxa"/>
              <w:bottom w:w="20" w:type="dxa"/>
              <w:right w:w="50" w:type="dxa"/>
            </w:tcMar>
          </w:tcPr>
          <w:p w14:paraId="45B34B4C" w14:textId="77777777" w:rsidR="00292F36" w:rsidRDefault="00000000">
            <w:r>
              <w:rPr>
                <w:sz w:val="12"/>
              </w:rPr>
              <w:t>0.27272727</w:t>
            </w:r>
          </w:p>
        </w:tc>
        <w:tc>
          <w:tcPr>
            <w:tcW w:w="564" w:type="dxa"/>
            <w:tcMar>
              <w:top w:w="20" w:type="dxa"/>
              <w:left w:w="50" w:type="dxa"/>
              <w:bottom w:w="20" w:type="dxa"/>
              <w:right w:w="50" w:type="dxa"/>
            </w:tcMar>
          </w:tcPr>
          <w:p w14:paraId="0A5C7376" w14:textId="77777777" w:rsidR="00292F36" w:rsidRDefault="00000000">
            <w:r>
              <w:rPr>
                <w:sz w:val="12"/>
              </w:rPr>
              <w:t>0.45454545</w:t>
            </w:r>
          </w:p>
        </w:tc>
        <w:tc>
          <w:tcPr>
            <w:tcW w:w="564" w:type="dxa"/>
            <w:tcMar>
              <w:top w:w="20" w:type="dxa"/>
              <w:left w:w="50" w:type="dxa"/>
              <w:bottom w:w="20" w:type="dxa"/>
              <w:right w:w="50" w:type="dxa"/>
            </w:tcMar>
          </w:tcPr>
          <w:p w14:paraId="17C628F9" w14:textId="77777777" w:rsidR="00292F36" w:rsidRDefault="00000000">
            <w:r>
              <w:rPr>
                <w:sz w:val="12"/>
              </w:rPr>
              <w:t>0</w:t>
            </w:r>
          </w:p>
        </w:tc>
        <w:tc>
          <w:tcPr>
            <w:tcW w:w="564" w:type="dxa"/>
            <w:tcMar>
              <w:top w:w="20" w:type="dxa"/>
              <w:left w:w="50" w:type="dxa"/>
              <w:bottom w:w="20" w:type="dxa"/>
              <w:right w:w="50" w:type="dxa"/>
            </w:tcMar>
          </w:tcPr>
          <w:p w14:paraId="281E874A" w14:textId="77777777" w:rsidR="00292F36" w:rsidRDefault="00000000">
            <w:r>
              <w:rPr>
                <w:sz w:val="12"/>
              </w:rPr>
              <w:t>0</w:t>
            </w:r>
          </w:p>
        </w:tc>
        <w:tc>
          <w:tcPr>
            <w:tcW w:w="564" w:type="dxa"/>
            <w:tcMar>
              <w:top w:w="20" w:type="dxa"/>
              <w:left w:w="50" w:type="dxa"/>
              <w:bottom w:w="20" w:type="dxa"/>
              <w:right w:w="50" w:type="dxa"/>
            </w:tcMar>
          </w:tcPr>
          <w:p w14:paraId="3638E984" w14:textId="77777777" w:rsidR="00292F36" w:rsidRDefault="00000000">
            <w:r>
              <w:rPr>
                <w:sz w:val="12"/>
              </w:rPr>
              <w:t>0.27272727</w:t>
            </w:r>
          </w:p>
        </w:tc>
        <w:tc>
          <w:tcPr>
            <w:tcW w:w="564" w:type="dxa"/>
            <w:tcMar>
              <w:top w:w="20" w:type="dxa"/>
              <w:left w:w="50" w:type="dxa"/>
              <w:bottom w:w="20" w:type="dxa"/>
              <w:right w:w="50" w:type="dxa"/>
            </w:tcMar>
          </w:tcPr>
          <w:p w14:paraId="4063394E" w14:textId="77777777" w:rsidR="00292F36" w:rsidRDefault="00000000">
            <w:r>
              <w:rPr>
                <w:sz w:val="12"/>
              </w:rPr>
              <w:t>0</w:t>
            </w:r>
          </w:p>
        </w:tc>
      </w:tr>
      <w:tr w:rsidR="00292F36" w14:paraId="7274FE7C" w14:textId="77777777">
        <w:tc>
          <w:tcPr>
            <w:tcW w:w="564" w:type="dxa"/>
            <w:tcMar>
              <w:top w:w="20" w:type="dxa"/>
              <w:left w:w="50" w:type="dxa"/>
              <w:bottom w:w="20" w:type="dxa"/>
              <w:right w:w="50" w:type="dxa"/>
            </w:tcMar>
          </w:tcPr>
          <w:p w14:paraId="6DFD8CF0" w14:textId="77777777" w:rsidR="00292F36" w:rsidRDefault="00000000">
            <w:r>
              <w:rPr>
                <w:sz w:val="12"/>
              </w:rPr>
              <w:t>2021_gavilanes_gavilanes_mid_2</w:t>
            </w:r>
          </w:p>
        </w:tc>
        <w:tc>
          <w:tcPr>
            <w:tcW w:w="564" w:type="dxa"/>
            <w:tcMar>
              <w:top w:w="20" w:type="dxa"/>
              <w:left w:w="50" w:type="dxa"/>
              <w:bottom w:w="20" w:type="dxa"/>
              <w:right w:w="50" w:type="dxa"/>
            </w:tcMar>
          </w:tcPr>
          <w:p w14:paraId="3314D111" w14:textId="77777777" w:rsidR="00292F36" w:rsidRDefault="00000000">
            <w:r>
              <w:rPr>
                <w:sz w:val="12"/>
              </w:rPr>
              <w:t>-0.3869101</w:t>
            </w:r>
          </w:p>
        </w:tc>
        <w:tc>
          <w:tcPr>
            <w:tcW w:w="564" w:type="dxa"/>
            <w:tcMar>
              <w:top w:w="20" w:type="dxa"/>
              <w:left w:w="50" w:type="dxa"/>
              <w:bottom w:w="20" w:type="dxa"/>
              <w:right w:w="50" w:type="dxa"/>
            </w:tcMar>
          </w:tcPr>
          <w:p w14:paraId="40A55902" w14:textId="77777777" w:rsidR="00292F36" w:rsidRDefault="00000000">
            <w:r>
              <w:rPr>
                <w:sz w:val="12"/>
              </w:rPr>
              <w:t>-0.2970941</w:t>
            </w:r>
          </w:p>
        </w:tc>
        <w:tc>
          <w:tcPr>
            <w:tcW w:w="564" w:type="dxa"/>
            <w:tcMar>
              <w:top w:w="20" w:type="dxa"/>
              <w:left w:w="50" w:type="dxa"/>
              <w:bottom w:w="20" w:type="dxa"/>
              <w:right w:w="50" w:type="dxa"/>
            </w:tcMar>
          </w:tcPr>
          <w:p w14:paraId="225487C8" w14:textId="77777777" w:rsidR="00292F36" w:rsidRDefault="00000000">
            <w:r>
              <w:rPr>
                <w:sz w:val="12"/>
              </w:rPr>
              <w:t>2021</w:t>
            </w:r>
          </w:p>
        </w:tc>
        <w:tc>
          <w:tcPr>
            <w:tcW w:w="564" w:type="dxa"/>
            <w:tcMar>
              <w:top w:w="20" w:type="dxa"/>
              <w:left w:w="50" w:type="dxa"/>
              <w:bottom w:w="20" w:type="dxa"/>
              <w:right w:w="50" w:type="dxa"/>
            </w:tcMar>
          </w:tcPr>
          <w:p w14:paraId="1FE9C645" w14:textId="77777777" w:rsidR="00292F36" w:rsidRDefault="00000000">
            <w:r>
              <w:rPr>
                <w:sz w:val="12"/>
              </w:rPr>
              <w:t>punta_eugenia</w:t>
            </w:r>
          </w:p>
        </w:tc>
        <w:tc>
          <w:tcPr>
            <w:tcW w:w="564" w:type="dxa"/>
            <w:tcMar>
              <w:top w:w="20" w:type="dxa"/>
              <w:left w:w="50" w:type="dxa"/>
              <w:bottom w:w="20" w:type="dxa"/>
              <w:right w:w="50" w:type="dxa"/>
            </w:tcMar>
          </w:tcPr>
          <w:p w14:paraId="66680AE6" w14:textId="77777777" w:rsidR="00292F36" w:rsidRDefault="00000000">
            <w:r>
              <w:rPr>
                <w:sz w:val="12"/>
              </w:rPr>
              <w:t>South</w:t>
            </w:r>
          </w:p>
        </w:tc>
        <w:tc>
          <w:tcPr>
            <w:tcW w:w="564" w:type="dxa"/>
            <w:tcMar>
              <w:top w:w="20" w:type="dxa"/>
              <w:left w:w="50" w:type="dxa"/>
              <w:bottom w:w="20" w:type="dxa"/>
              <w:right w:w="50" w:type="dxa"/>
            </w:tcMar>
          </w:tcPr>
          <w:p w14:paraId="4076FE7C" w14:textId="77777777" w:rsidR="00292F36" w:rsidRDefault="00000000">
            <w:r>
              <w:rPr>
                <w:sz w:val="12"/>
              </w:rPr>
              <w:t>gavilanes</w:t>
            </w:r>
          </w:p>
        </w:tc>
        <w:tc>
          <w:tcPr>
            <w:tcW w:w="564" w:type="dxa"/>
            <w:tcMar>
              <w:top w:w="20" w:type="dxa"/>
              <w:left w:w="50" w:type="dxa"/>
              <w:bottom w:w="20" w:type="dxa"/>
              <w:right w:w="50" w:type="dxa"/>
            </w:tcMar>
          </w:tcPr>
          <w:p w14:paraId="300DA839" w14:textId="77777777" w:rsidR="00292F36" w:rsidRDefault="00000000">
            <w:r>
              <w:rPr>
                <w:sz w:val="12"/>
              </w:rPr>
              <w:t>gavilanes_mid</w:t>
            </w:r>
          </w:p>
        </w:tc>
        <w:tc>
          <w:tcPr>
            <w:tcW w:w="564" w:type="dxa"/>
            <w:tcMar>
              <w:top w:w="20" w:type="dxa"/>
              <w:left w:w="50" w:type="dxa"/>
              <w:bottom w:w="20" w:type="dxa"/>
              <w:right w:w="50" w:type="dxa"/>
            </w:tcMar>
          </w:tcPr>
          <w:p w14:paraId="16FB6FFF" w14:textId="77777777" w:rsidR="00292F36" w:rsidRDefault="00000000">
            <w:r>
              <w:rPr>
                <w:sz w:val="12"/>
              </w:rPr>
              <w:t>9</w:t>
            </w:r>
          </w:p>
        </w:tc>
        <w:tc>
          <w:tcPr>
            <w:tcW w:w="564" w:type="dxa"/>
            <w:tcMar>
              <w:top w:w="20" w:type="dxa"/>
              <w:left w:w="50" w:type="dxa"/>
              <w:bottom w:w="20" w:type="dxa"/>
              <w:right w:w="50" w:type="dxa"/>
            </w:tcMar>
          </w:tcPr>
          <w:p w14:paraId="47044295" w14:textId="77777777" w:rsidR="00292F36" w:rsidRDefault="00000000">
            <w:r>
              <w:rPr>
                <w:sz w:val="12"/>
              </w:rPr>
              <w:t>18.6100006</w:t>
            </w:r>
          </w:p>
        </w:tc>
        <w:tc>
          <w:tcPr>
            <w:tcW w:w="564" w:type="dxa"/>
            <w:tcMar>
              <w:top w:w="20" w:type="dxa"/>
              <w:left w:w="50" w:type="dxa"/>
              <w:bottom w:w="20" w:type="dxa"/>
              <w:right w:w="50" w:type="dxa"/>
            </w:tcMar>
          </w:tcPr>
          <w:p w14:paraId="097B29C5" w14:textId="77777777" w:rsidR="00292F36" w:rsidRDefault="00000000">
            <w:r>
              <w:rPr>
                <w:sz w:val="12"/>
              </w:rPr>
              <w:t>3.55618174</w:t>
            </w:r>
          </w:p>
        </w:tc>
        <w:tc>
          <w:tcPr>
            <w:tcW w:w="564" w:type="dxa"/>
            <w:tcMar>
              <w:top w:w="20" w:type="dxa"/>
              <w:left w:w="50" w:type="dxa"/>
              <w:bottom w:w="20" w:type="dxa"/>
              <w:right w:w="50" w:type="dxa"/>
            </w:tcMar>
          </w:tcPr>
          <w:p w14:paraId="54FE23A9" w14:textId="77777777" w:rsidR="00292F36" w:rsidRDefault="00000000">
            <w:r>
              <w:rPr>
                <w:sz w:val="12"/>
              </w:rPr>
              <w:t>0.90702948</w:t>
            </w:r>
          </w:p>
        </w:tc>
        <w:tc>
          <w:tcPr>
            <w:tcW w:w="564" w:type="dxa"/>
            <w:tcMar>
              <w:top w:w="20" w:type="dxa"/>
              <w:left w:w="50" w:type="dxa"/>
              <w:bottom w:w="20" w:type="dxa"/>
              <w:right w:w="50" w:type="dxa"/>
            </w:tcMar>
          </w:tcPr>
          <w:p w14:paraId="34AAF3F8" w14:textId="77777777" w:rsidR="00292F36" w:rsidRDefault="00000000">
            <w:r>
              <w:rPr>
                <w:sz w:val="12"/>
              </w:rPr>
              <w:t>0.08163265</w:t>
            </w:r>
          </w:p>
        </w:tc>
        <w:tc>
          <w:tcPr>
            <w:tcW w:w="564" w:type="dxa"/>
            <w:tcMar>
              <w:top w:w="20" w:type="dxa"/>
              <w:left w:w="50" w:type="dxa"/>
              <w:bottom w:w="20" w:type="dxa"/>
              <w:right w:w="50" w:type="dxa"/>
            </w:tcMar>
          </w:tcPr>
          <w:p w14:paraId="1D5E4850" w14:textId="77777777" w:rsidR="00292F36" w:rsidRDefault="00000000">
            <w:r>
              <w:rPr>
                <w:sz w:val="12"/>
              </w:rPr>
              <w:t>0</w:t>
            </w:r>
          </w:p>
        </w:tc>
        <w:tc>
          <w:tcPr>
            <w:tcW w:w="564" w:type="dxa"/>
            <w:tcMar>
              <w:top w:w="20" w:type="dxa"/>
              <w:left w:w="50" w:type="dxa"/>
              <w:bottom w:w="20" w:type="dxa"/>
              <w:right w:w="50" w:type="dxa"/>
            </w:tcMar>
          </w:tcPr>
          <w:p w14:paraId="4508E906" w14:textId="77777777" w:rsidR="00292F36" w:rsidRDefault="00000000">
            <w:r>
              <w:rPr>
                <w:sz w:val="12"/>
              </w:rPr>
              <w:t>0.01133787</w:t>
            </w:r>
          </w:p>
        </w:tc>
        <w:tc>
          <w:tcPr>
            <w:tcW w:w="564" w:type="dxa"/>
            <w:tcMar>
              <w:top w:w="20" w:type="dxa"/>
              <w:left w:w="50" w:type="dxa"/>
              <w:bottom w:w="20" w:type="dxa"/>
              <w:right w:w="50" w:type="dxa"/>
            </w:tcMar>
          </w:tcPr>
          <w:p w14:paraId="01E05B5B" w14:textId="77777777" w:rsidR="00292F36" w:rsidRDefault="00000000">
            <w:r>
              <w:rPr>
                <w:sz w:val="12"/>
              </w:rPr>
              <w:t>0</w:t>
            </w:r>
          </w:p>
        </w:tc>
        <w:tc>
          <w:tcPr>
            <w:tcW w:w="564" w:type="dxa"/>
            <w:tcMar>
              <w:top w:w="20" w:type="dxa"/>
              <w:left w:w="50" w:type="dxa"/>
              <w:bottom w:w="20" w:type="dxa"/>
              <w:right w:w="50" w:type="dxa"/>
            </w:tcMar>
          </w:tcPr>
          <w:p w14:paraId="171D732D" w14:textId="77777777" w:rsidR="00292F36" w:rsidRDefault="00000000">
            <w:r>
              <w:rPr>
                <w:sz w:val="12"/>
              </w:rPr>
              <w:t>0</w:t>
            </w:r>
          </w:p>
        </w:tc>
        <w:tc>
          <w:tcPr>
            <w:tcW w:w="564" w:type="dxa"/>
            <w:tcMar>
              <w:top w:w="20" w:type="dxa"/>
              <w:left w:w="50" w:type="dxa"/>
              <w:bottom w:w="20" w:type="dxa"/>
              <w:right w:w="50" w:type="dxa"/>
            </w:tcMar>
          </w:tcPr>
          <w:p w14:paraId="5FD832E8" w14:textId="77777777" w:rsidR="00292F36" w:rsidRDefault="00000000">
            <w:r>
              <w:rPr>
                <w:sz w:val="12"/>
              </w:rPr>
              <w:t>0</w:t>
            </w:r>
          </w:p>
        </w:tc>
        <w:tc>
          <w:tcPr>
            <w:tcW w:w="564" w:type="dxa"/>
            <w:tcMar>
              <w:top w:w="20" w:type="dxa"/>
              <w:left w:w="50" w:type="dxa"/>
              <w:bottom w:w="20" w:type="dxa"/>
              <w:right w:w="50" w:type="dxa"/>
            </w:tcMar>
          </w:tcPr>
          <w:p w14:paraId="0425C98C" w14:textId="77777777" w:rsidR="00292F36" w:rsidRDefault="00000000">
            <w:r>
              <w:rPr>
                <w:sz w:val="12"/>
              </w:rPr>
              <w:t>0</w:t>
            </w:r>
          </w:p>
        </w:tc>
        <w:tc>
          <w:tcPr>
            <w:tcW w:w="564" w:type="dxa"/>
            <w:tcMar>
              <w:top w:w="20" w:type="dxa"/>
              <w:left w:w="50" w:type="dxa"/>
              <w:bottom w:w="20" w:type="dxa"/>
              <w:right w:w="50" w:type="dxa"/>
            </w:tcMar>
          </w:tcPr>
          <w:p w14:paraId="38B1BC7A" w14:textId="77777777" w:rsidR="00292F36" w:rsidRDefault="00000000">
            <w:r>
              <w:rPr>
                <w:sz w:val="12"/>
              </w:rPr>
              <w:t>0.00862069</w:t>
            </w:r>
          </w:p>
        </w:tc>
        <w:tc>
          <w:tcPr>
            <w:tcW w:w="564" w:type="dxa"/>
            <w:tcMar>
              <w:top w:w="20" w:type="dxa"/>
              <w:left w:w="50" w:type="dxa"/>
              <w:bottom w:w="20" w:type="dxa"/>
              <w:right w:w="50" w:type="dxa"/>
            </w:tcMar>
          </w:tcPr>
          <w:p w14:paraId="15986C24" w14:textId="77777777" w:rsidR="00292F36" w:rsidRDefault="00000000">
            <w:r>
              <w:rPr>
                <w:sz w:val="12"/>
              </w:rPr>
              <w:t>0.95689655</w:t>
            </w:r>
          </w:p>
        </w:tc>
        <w:tc>
          <w:tcPr>
            <w:tcW w:w="564" w:type="dxa"/>
            <w:tcMar>
              <w:top w:w="20" w:type="dxa"/>
              <w:left w:w="50" w:type="dxa"/>
              <w:bottom w:w="20" w:type="dxa"/>
              <w:right w:w="50" w:type="dxa"/>
            </w:tcMar>
          </w:tcPr>
          <w:p w14:paraId="13795010" w14:textId="77777777" w:rsidR="00292F36" w:rsidRDefault="00000000">
            <w:r>
              <w:rPr>
                <w:sz w:val="12"/>
              </w:rPr>
              <w:t>0.03448276</w:t>
            </w:r>
          </w:p>
        </w:tc>
        <w:tc>
          <w:tcPr>
            <w:tcW w:w="564" w:type="dxa"/>
            <w:tcMar>
              <w:top w:w="20" w:type="dxa"/>
              <w:left w:w="50" w:type="dxa"/>
              <w:bottom w:w="20" w:type="dxa"/>
              <w:right w:w="50" w:type="dxa"/>
            </w:tcMar>
          </w:tcPr>
          <w:p w14:paraId="30012505" w14:textId="77777777" w:rsidR="00292F36" w:rsidRDefault="00000000">
            <w:r>
              <w:rPr>
                <w:sz w:val="12"/>
              </w:rPr>
              <w:t>0</w:t>
            </w:r>
          </w:p>
        </w:tc>
        <w:tc>
          <w:tcPr>
            <w:tcW w:w="564" w:type="dxa"/>
            <w:tcMar>
              <w:top w:w="20" w:type="dxa"/>
              <w:left w:w="50" w:type="dxa"/>
              <w:bottom w:w="20" w:type="dxa"/>
              <w:right w:w="50" w:type="dxa"/>
            </w:tcMar>
          </w:tcPr>
          <w:p w14:paraId="36F5F4ED" w14:textId="77777777" w:rsidR="00292F36" w:rsidRDefault="00000000">
            <w:r>
              <w:rPr>
                <w:sz w:val="12"/>
              </w:rPr>
              <w:t>0</w:t>
            </w:r>
          </w:p>
        </w:tc>
        <w:tc>
          <w:tcPr>
            <w:tcW w:w="564" w:type="dxa"/>
            <w:tcMar>
              <w:top w:w="20" w:type="dxa"/>
              <w:left w:w="50" w:type="dxa"/>
              <w:bottom w:w="20" w:type="dxa"/>
              <w:right w:w="50" w:type="dxa"/>
            </w:tcMar>
          </w:tcPr>
          <w:p w14:paraId="14C20636" w14:textId="77777777" w:rsidR="00292F36" w:rsidRDefault="00000000">
            <w:r>
              <w:rPr>
                <w:sz w:val="12"/>
              </w:rPr>
              <w:t>0</w:t>
            </w:r>
          </w:p>
        </w:tc>
      </w:tr>
      <w:tr w:rsidR="00292F36" w14:paraId="01E56C84" w14:textId="77777777">
        <w:tc>
          <w:tcPr>
            <w:tcW w:w="564" w:type="dxa"/>
            <w:tcMar>
              <w:top w:w="20" w:type="dxa"/>
              <w:left w:w="50" w:type="dxa"/>
              <w:bottom w:w="20" w:type="dxa"/>
              <w:right w:w="50" w:type="dxa"/>
            </w:tcMar>
          </w:tcPr>
          <w:p w14:paraId="0D53D615" w14:textId="77777777" w:rsidR="00292F36" w:rsidRDefault="00000000">
            <w:r>
              <w:rPr>
                <w:sz w:val="12"/>
              </w:rPr>
              <w:t>2021_gavilanes_gavilanes_shallow_1</w:t>
            </w:r>
          </w:p>
        </w:tc>
        <w:tc>
          <w:tcPr>
            <w:tcW w:w="564" w:type="dxa"/>
            <w:tcMar>
              <w:top w:w="20" w:type="dxa"/>
              <w:left w:w="50" w:type="dxa"/>
              <w:bottom w:w="20" w:type="dxa"/>
              <w:right w:w="50" w:type="dxa"/>
            </w:tcMar>
          </w:tcPr>
          <w:p w14:paraId="6448A0D8" w14:textId="77777777" w:rsidR="00292F36" w:rsidRDefault="00000000">
            <w:r>
              <w:rPr>
                <w:sz w:val="12"/>
              </w:rPr>
              <w:t>-0.550369</w:t>
            </w:r>
          </w:p>
        </w:tc>
        <w:tc>
          <w:tcPr>
            <w:tcW w:w="564" w:type="dxa"/>
            <w:tcMar>
              <w:top w:w="20" w:type="dxa"/>
              <w:left w:w="50" w:type="dxa"/>
              <w:bottom w:w="20" w:type="dxa"/>
              <w:right w:w="50" w:type="dxa"/>
            </w:tcMar>
          </w:tcPr>
          <w:p w14:paraId="514F67AB" w14:textId="77777777" w:rsidR="00292F36" w:rsidRDefault="00000000">
            <w:r>
              <w:rPr>
                <w:sz w:val="12"/>
              </w:rPr>
              <w:t>-0.172924</w:t>
            </w:r>
          </w:p>
        </w:tc>
        <w:tc>
          <w:tcPr>
            <w:tcW w:w="564" w:type="dxa"/>
            <w:tcMar>
              <w:top w:w="20" w:type="dxa"/>
              <w:left w:w="50" w:type="dxa"/>
              <w:bottom w:w="20" w:type="dxa"/>
              <w:right w:w="50" w:type="dxa"/>
            </w:tcMar>
          </w:tcPr>
          <w:p w14:paraId="6E48E5DB" w14:textId="77777777" w:rsidR="00292F36" w:rsidRDefault="00000000">
            <w:r>
              <w:rPr>
                <w:sz w:val="12"/>
              </w:rPr>
              <w:t>2021</w:t>
            </w:r>
          </w:p>
        </w:tc>
        <w:tc>
          <w:tcPr>
            <w:tcW w:w="564" w:type="dxa"/>
            <w:tcMar>
              <w:top w:w="20" w:type="dxa"/>
              <w:left w:w="50" w:type="dxa"/>
              <w:bottom w:w="20" w:type="dxa"/>
              <w:right w:w="50" w:type="dxa"/>
            </w:tcMar>
          </w:tcPr>
          <w:p w14:paraId="7DA7017C" w14:textId="77777777" w:rsidR="00292F36" w:rsidRDefault="00000000">
            <w:r>
              <w:rPr>
                <w:sz w:val="12"/>
              </w:rPr>
              <w:t>punta_eugenia</w:t>
            </w:r>
          </w:p>
        </w:tc>
        <w:tc>
          <w:tcPr>
            <w:tcW w:w="564" w:type="dxa"/>
            <w:tcMar>
              <w:top w:w="20" w:type="dxa"/>
              <w:left w:w="50" w:type="dxa"/>
              <w:bottom w:w="20" w:type="dxa"/>
              <w:right w:w="50" w:type="dxa"/>
            </w:tcMar>
          </w:tcPr>
          <w:p w14:paraId="0AF0E6B7" w14:textId="77777777" w:rsidR="00292F36" w:rsidRDefault="00000000">
            <w:r>
              <w:rPr>
                <w:sz w:val="12"/>
              </w:rPr>
              <w:t>South</w:t>
            </w:r>
          </w:p>
        </w:tc>
        <w:tc>
          <w:tcPr>
            <w:tcW w:w="564" w:type="dxa"/>
            <w:tcMar>
              <w:top w:w="20" w:type="dxa"/>
              <w:left w:w="50" w:type="dxa"/>
              <w:bottom w:w="20" w:type="dxa"/>
              <w:right w:w="50" w:type="dxa"/>
            </w:tcMar>
          </w:tcPr>
          <w:p w14:paraId="56CFA6E9" w14:textId="77777777" w:rsidR="00292F36" w:rsidRDefault="00000000">
            <w:r>
              <w:rPr>
                <w:sz w:val="12"/>
              </w:rPr>
              <w:t>gavilanes</w:t>
            </w:r>
          </w:p>
        </w:tc>
        <w:tc>
          <w:tcPr>
            <w:tcW w:w="564" w:type="dxa"/>
            <w:tcMar>
              <w:top w:w="20" w:type="dxa"/>
              <w:left w:w="50" w:type="dxa"/>
              <w:bottom w:w="20" w:type="dxa"/>
              <w:right w:w="50" w:type="dxa"/>
            </w:tcMar>
          </w:tcPr>
          <w:p w14:paraId="77432DD4" w14:textId="77777777" w:rsidR="00292F36" w:rsidRDefault="00000000">
            <w:r>
              <w:rPr>
                <w:sz w:val="12"/>
              </w:rPr>
              <w:t>gavilanes_shallow</w:t>
            </w:r>
          </w:p>
        </w:tc>
        <w:tc>
          <w:tcPr>
            <w:tcW w:w="564" w:type="dxa"/>
            <w:tcMar>
              <w:top w:w="20" w:type="dxa"/>
              <w:left w:w="50" w:type="dxa"/>
              <w:bottom w:w="20" w:type="dxa"/>
              <w:right w:w="50" w:type="dxa"/>
            </w:tcMar>
          </w:tcPr>
          <w:p w14:paraId="67422183" w14:textId="77777777" w:rsidR="00292F36" w:rsidRDefault="00000000">
            <w:r>
              <w:rPr>
                <w:sz w:val="12"/>
              </w:rPr>
              <w:t>9</w:t>
            </w:r>
          </w:p>
        </w:tc>
        <w:tc>
          <w:tcPr>
            <w:tcW w:w="564" w:type="dxa"/>
            <w:tcMar>
              <w:top w:w="20" w:type="dxa"/>
              <w:left w:w="50" w:type="dxa"/>
              <w:bottom w:w="20" w:type="dxa"/>
              <w:right w:w="50" w:type="dxa"/>
            </w:tcMar>
          </w:tcPr>
          <w:p w14:paraId="6F0C9666" w14:textId="77777777" w:rsidR="00292F36" w:rsidRDefault="00000000">
            <w:r>
              <w:rPr>
                <w:sz w:val="12"/>
              </w:rPr>
              <w:t>18.6100006</w:t>
            </w:r>
          </w:p>
        </w:tc>
        <w:tc>
          <w:tcPr>
            <w:tcW w:w="564" w:type="dxa"/>
            <w:tcMar>
              <w:top w:w="20" w:type="dxa"/>
              <w:left w:w="50" w:type="dxa"/>
              <w:bottom w:w="20" w:type="dxa"/>
              <w:right w:w="50" w:type="dxa"/>
            </w:tcMar>
          </w:tcPr>
          <w:p w14:paraId="50F2B1E7" w14:textId="77777777" w:rsidR="00292F36" w:rsidRDefault="00000000">
            <w:r>
              <w:rPr>
                <w:sz w:val="12"/>
              </w:rPr>
              <w:t>3.55618174</w:t>
            </w:r>
          </w:p>
        </w:tc>
        <w:tc>
          <w:tcPr>
            <w:tcW w:w="564" w:type="dxa"/>
            <w:tcMar>
              <w:top w:w="20" w:type="dxa"/>
              <w:left w:w="50" w:type="dxa"/>
              <w:bottom w:w="20" w:type="dxa"/>
              <w:right w:w="50" w:type="dxa"/>
            </w:tcMar>
          </w:tcPr>
          <w:p w14:paraId="099FC583" w14:textId="77777777" w:rsidR="00292F36" w:rsidRDefault="00000000">
            <w:r>
              <w:rPr>
                <w:sz w:val="12"/>
              </w:rPr>
              <w:t>0.9556962</w:t>
            </w:r>
          </w:p>
        </w:tc>
        <w:tc>
          <w:tcPr>
            <w:tcW w:w="564" w:type="dxa"/>
            <w:tcMar>
              <w:top w:w="20" w:type="dxa"/>
              <w:left w:w="50" w:type="dxa"/>
              <w:bottom w:w="20" w:type="dxa"/>
              <w:right w:w="50" w:type="dxa"/>
            </w:tcMar>
          </w:tcPr>
          <w:p w14:paraId="5168D6DB" w14:textId="77777777" w:rsidR="00292F36" w:rsidRDefault="00000000">
            <w:r>
              <w:rPr>
                <w:sz w:val="12"/>
              </w:rPr>
              <w:t>0.02953586</w:t>
            </w:r>
          </w:p>
        </w:tc>
        <w:tc>
          <w:tcPr>
            <w:tcW w:w="564" w:type="dxa"/>
            <w:tcMar>
              <w:top w:w="20" w:type="dxa"/>
              <w:left w:w="50" w:type="dxa"/>
              <w:bottom w:w="20" w:type="dxa"/>
              <w:right w:w="50" w:type="dxa"/>
            </w:tcMar>
          </w:tcPr>
          <w:p w14:paraId="3E07661A" w14:textId="77777777" w:rsidR="00292F36" w:rsidRDefault="00000000">
            <w:r>
              <w:rPr>
                <w:sz w:val="12"/>
              </w:rPr>
              <w:t>0</w:t>
            </w:r>
          </w:p>
        </w:tc>
        <w:tc>
          <w:tcPr>
            <w:tcW w:w="564" w:type="dxa"/>
            <w:tcMar>
              <w:top w:w="20" w:type="dxa"/>
              <w:left w:w="50" w:type="dxa"/>
              <w:bottom w:w="20" w:type="dxa"/>
              <w:right w:w="50" w:type="dxa"/>
            </w:tcMar>
          </w:tcPr>
          <w:p w14:paraId="3CE4C56B" w14:textId="77777777" w:rsidR="00292F36" w:rsidRDefault="00000000">
            <w:r>
              <w:rPr>
                <w:sz w:val="12"/>
              </w:rPr>
              <w:t>0.01476793</w:t>
            </w:r>
          </w:p>
        </w:tc>
        <w:tc>
          <w:tcPr>
            <w:tcW w:w="564" w:type="dxa"/>
            <w:tcMar>
              <w:top w:w="20" w:type="dxa"/>
              <w:left w:w="50" w:type="dxa"/>
              <w:bottom w:w="20" w:type="dxa"/>
              <w:right w:w="50" w:type="dxa"/>
            </w:tcMar>
          </w:tcPr>
          <w:p w14:paraId="2F7668C6" w14:textId="77777777" w:rsidR="00292F36" w:rsidRDefault="00000000">
            <w:r>
              <w:rPr>
                <w:sz w:val="12"/>
              </w:rPr>
              <w:t>0</w:t>
            </w:r>
          </w:p>
        </w:tc>
        <w:tc>
          <w:tcPr>
            <w:tcW w:w="564" w:type="dxa"/>
            <w:tcMar>
              <w:top w:w="20" w:type="dxa"/>
              <w:left w:w="50" w:type="dxa"/>
              <w:bottom w:w="20" w:type="dxa"/>
              <w:right w:w="50" w:type="dxa"/>
            </w:tcMar>
          </w:tcPr>
          <w:p w14:paraId="6C9E31AB" w14:textId="77777777" w:rsidR="00292F36" w:rsidRDefault="00000000">
            <w:r>
              <w:rPr>
                <w:sz w:val="12"/>
              </w:rPr>
              <w:t>0</w:t>
            </w:r>
          </w:p>
        </w:tc>
        <w:tc>
          <w:tcPr>
            <w:tcW w:w="564" w:type="dxa"/>
            <w:tcMar>
              <w:top w:w="20" w:type="dxa"/>
              <w:left w:w="50" w:type="dxa"/>
              <w:bottom w:w="20" w:type="dxa"/>
              <w:right w:w="50" w:type="dxa"/>
            </w:tcMar>
          </w:tcPr>
          <w:p w14:paraId="0BE460BD" w14:textId="77777777" w:rsidR="00292F36" w:rsidRDefault="00000000">
            <w:r>
              <w:rPr>
                <w:sz w:val="12"/>
              </w:rPr>
              <w:t>0</w:t>
            </w:r>
          </w:p>
        </w:tc>
        <w:tc>
          <w:tcPr>
            <w:tcW w:w="564" w:type="dxa"/>
            <w:tcMar>
              <w:top w:w="20" w:type="dxa"/>
              <w:left w:w="50" w:type="dxa"/>
              <w:bottom w:w="20" w:type="dxa"/>
              <w:right w:w="50" w:type="dxa"/>
            </w:tcMar>
          </w:tcPr>
          <w:p w14:paraId="535FF0A0" w14:textId="77777777" w:rsidR="00292F36" w:rsidRDefault="00000000">
            <w:r>
              <w:rPr>
                <w:sz w:val="12"/>
              </w:rPr>
              <w:t>0</w:t>
            </w:r>
          </w:p>
        </w:tc>
        <w:tc>
          <w:tcPr>
            <w:tcW w:w="564" w:type="dxa"/>
            <w:tcMar>
              <w:top w:w="20" w:type="dxa"/>
              <w:left w:w="50" w:type="dxa"/>
              <w:bottom w:w="20" w:type="dxa"/>
              <w:right w:w="50" w:type="dxa"/>
            </w:tcMar>
          </w:tcPr>
          <w:p w14:paraId="229F0C48" w14:textId="77777777" w:rsidR="00292F36" w:rsidRDefault="00000000">
            <w:r>
              <w:rPr>
                <w:sz w:val="12"/>
              </w:rPr>
              <w:t>0.01923077</w:t>
            </w:r>
          </w:p>
        </w:tc>
        <w:tc>
          <w:tcPr>
            <w:tcW w:w="564" w:type="dxa"/>
            <w:tcMar>
              <w:top w:w="20" w:type="dxa"/>
              <w:left w:w="50" w:type="dxa"/>
              <w:bottom w:w="20" w:type="dxa"/>
              <w:right w:w="50" w:type="dxa"/>
            </w:tcMar>
          </w:tcPr>
          <w:p w14:paraId="4AA6FE0C" w14:textId="77777777" w:rsidR="00292F36" w:rsidRDefault="00000000">
            <w:r>
              <w:rPr>
                <w:sz w:val="12"/>
              </w:rPr>
              <w:t>0.53846154</w:t>
            </w:r>
          </w:p>
        </w:tc>
        <w:tc>
          <w:tcPr>
            <w:tcW w:w="564" w:type="dxa"/>
            <w:tcMar>
              <w:top w:w="20" w:type="dxa"/>
              <w:left w:w="50" w:type="dxa"/>
              <w:bottom w:w="20" w:type="dxa"/>
              <w:right w:w="50" w:type="dxa"/>
            </w:tcMar>
          </w:tcPr>
          <w:p w14:paraId="036CEEAD" w14:textId="77777777" w:rsidR="00292F36" w:rsidRDefault="00000000">
            <w:r>
              <w:rPr>
                <w:sz w:val="12"/>
              </w:rPr>
              <w:t>0.42307692</w:t>
            </w:r>
          </w:p>
        </w:tc>
        <w:tc>
          <w:tcPr>
            <w:tcW w:w="564" w:type="dxa"/>
            <w:tcMar>
              <w:top w:w="20" w:type="dxa"/>
              <w:left w:w="50" w:type="dxa"/>
              <w:bottom w:w="20" w:type="dxa"/>
              <w:right w:w="50" w:type="dxa"/>
            </w:tcMar>
          </w:tcPr>
          <w:p w14:paraId="050D0DEF" w14:textId="77777777" w:rsidR="00292F36" w:rsidRDefault="00000000">
            <w:r>
              <w:rPr>
                <w:sz w:val="12"/>
              </w:rPr>
              <w:t>0</w:t>
            </w:r>
          </w:p>
        </w:tc>
        <w:tc>
          <w:tcPr>
            <w:tcW w:w="564" w:type="dxa"/>
            <w:tcMar>
              <w:top w:w="20" w:type="dxa"/>
              <w:left w:w="50" w:type="dxa"/>
              <w:bottom w:w="20" w:type="dxa"/>
              <w:right w:w="50" w:type="dxa"/>
            </w:tcMar>
          </w:tcPr>
          <w:p w14:paraId="60DC4E4F" w14:textId="77777777" w:rsidR="00292F36" w:rsidRDefault="00000000">
            <w:r>
              <w:rPr>
                <w:sz w:val="12"/>
              </w:rPr>
              <w:t>0.01923077</w:t>
            </w:r>
          </w:p>
        </w:tc>
        <w:tc>
          <w:tcPr>
            <w:tcW w:w="564" w:type="dxa"/>
            <w:tcMar>
              <w:top w:w="20" w:type="dxa"/>
              <w:left w:w="50" w:type="dxa"/>
              <w:bottom w:w="20" w:type="dxa"/>
              <w:right w:w="50" w:type="dxa"/>
            </w:tcMar>
          </w:tcPr>
          <w:p w14:paraId="7EB50749" w14:textId="77777777" w:rsidR="00292F36" w:rsidRDefault="00000000">
            <w:r>
              <w:rPr>
                <w:sz w:val="12"/>
              </w:rPr>
              <w:t>0</w:t>
            </w:r>
          </w:p>
        </w:tc>
      </w:tr>
      <w:tr w:rsidR="00292F36" w14:paraId="2EF2184E" w14:textId="77777777">
        <w:tc>
          <w:tcPr>
            <w:tcW w:w="564" w:type="dxa"/>
            <w:tcMar>
              <w:top w:w="20" w:type="dxa"/>
              <w:left w:w="50" w:type="dxa"/>
              <w:bottom w:w="20" w:type="dxa"/>
              <w:right w:w="50" w:type="dxa"/>
            </w:tcMar>
          </w:tcPr>
          <w:p w14:paraId="5980B421" w14:textId="77777777" w:rsidR="00292F36" w:rsidRDefault="00000000">
            <w:r>
              <w:rPr>
                <w:sz w:val="12"/>
              </w:rPr>
              <w:t>2021_gavilanes_gavilanes_shallow_2</w:t>
            </w:r>
          </w:p>
        </w:tc>
        <w:tc>
          <w:tcPr>
            <w:tcW w:w="564" w:type="dxa"/>
            <w:tcMar>
              <w:top w:w="20" w:type="dxa"/>
              <w:left w:w="50" w:type="dxa"/>
              <w:bottom w:w="20" w:type="dxa"/>
              <w:right w:w="50" w:type="dxa"/>
            </w:tcMar>
          </w:tcPr>
          <w:p w14:paraId="398B4E54" w14:textId="77777777" w:rsidR="00292F36" w:rsidRDefault="00000000">
            <w:r>
              <w:rPr>
                <w:sz w:val="12"/>
              </w:rPr>
              <w:t>-0.4726674</w:t>
            </w:r>
          </w:p>
        </w:tc>
        <w:tc>
          <w:tcPr>
            <w:tcW w:w="564" w:type="dxa"/>
            <w:tcMar>
              <w:top w:w="20" w:type="dxa"/>
              <w:left w:w="50" w:type="dxa"/>
              <w:bottom w:w="20" w:type="dxa"/>
              <w:right w:w="50" w:type="dxa"/>
            </w:tcMar>
          </w:tcPr>
          <w:p w14:paraId="3048AC0E" w14:textId="77777777" w:rsidR="00292F36" w:rsidRDefault="00000000">
            <w:r>
              <w:rPr>
                <w:sz w:val="12"/>
              </w:rPr>
              <w:t>-0.363626</w:t>
            </w:r>
          </w:p>
        </w:tc>
        <w:tc>
          <w:tcPr>
            <w:tcW w:w="564" w:type="dxa"/>
            <w:tcMar>
              <w:top w:w="20" w:type="dxa"/>
              <w:left w:w="50" w:type="dxa"/>
              <w:bottom w:w="20" w:type="dxa"/>
              <w:right w:w="50" w:type="dxa"/>
            </w:tcMar>
          </w:tcPr>
          <w:p w14:paraId="6EFD701F" w14:textId="77777777" w:rsidR="00292F36" w:rsidRDefault="00000000">
            <w:r>
              <w:rPr>
                <w:sz w:val="12"/>
              </w:rPr>
              <w:t>2021</w:t>
            </w:r>
          </w:p>
        </w:tc>
        <w:tc>
          <w:tcPr>
            <w:tcW w:w="564" w:type="dxa"/>
            <w:tcMar>
              <w:top w:w="20" w:type="dxa"/>
              <w:left w:w="50" w:type="dxa"/>
              <w:bottom w:w="20" w:type="dxa"/>
              <w:right w:w="50" w:type="dxa"/>
            </w:tcMar>
          </w:tcPr>
          <w:p w14:paraId="0BC349B4" w14:textId="77777777" w:rsidR="00292F36" w:rsidRDefault="00000000">
            <w:r>
              <w:rPr>
                <w:sz w:val="12"/>
              </w:rPr>
              <w:t>punta_eugenia</w:t>
            </w:r>
          </w:p>
        </w:tc>
        <w:tc>
          <w:tcPr>
            <w:tcW w:w="564" w:type="dxa"/>
            <w:tcMar>
              <w:top w:w="20" w:type="dxa"/>
              <w:left w:w="50" w:type="dxa"/>
              <w:bottom w:w="20" w:type="dxa"/>
              <w:right w:w="50" w:type="dxa"/>
            </w:tcMar>
          </w:tcPr>
          <w:p w14:paraId="5DEF3C34" w14:textId="77777777" w:rsidR="00292F36" w:rsidRDefault="00000000">
            <w:r>
              <w:rPr>
                <w:sz w:val="12"/>
              </w:rPr>
              <w:t>South</w:t>
            </w:r>
          </w:p>
        </w:tc>
        <w:tc>
          <w:tcPr>
            <w:tcW w:w="564" w:type="dxa"/>
            <w:tcMar>
              <w:top w:w="20" w:type="dxa"/>
              <w:left w:w="50" w:type="dxa"/>
              <w:bottom w:w="20" w:type="dxa"/>
              <w:right w:w="50" w:type="dxa"/>
            </w:tcMar>
          </w:tcPr>
          <w:p w14:paraId="3DE59179" w14:textId="77777777" w:rsidR="00292F36" w:rsidRDefault="00000000">
            <w:r>
              <w:rPr>
                <w:sz w:val="12"/>
              </w:rPr>
              <w:t>gavilanes</w:t>
            </w:r>
          </w:p>
        </w:tc>
        <w:tc>
          <w:tcPr>
            <w:tcW w:w="564" w:type="dxa"/>
            <w:tcMar>
              <w:top w:w="20" w:type="dxa"/>
              <w:left w:w="50" w:type="dxa"/>
              <w:bottom w:w="20" w:type="dxa"/>
              <w:right w:w="50" w:type="dxa"/>
            </w:tcMar>
          </w:tcPr>
          <w:p w14:paraId="2B0AAF17" w14:textId="77777777" w:rsidR="00292F36" w:rsidRDefault="00000000">
            <w:r>
              <w:rPr>
                <w:sz w:val="12"/>
              </w:rPr>
              <w:t>gavilanes_shallow</w:t>
            </w:r>
          </w:p>
        </w:tc>
        <w:tc>
          <w:tcPr>
            <w:tcW w:w="564" w:type="dxa"/>
            <w:tcMar>
              <w:top w:w="20" w:type="dxa"/>
              <w:left w:w="50" w:type="dxa"/>
              <w:bottom w:w="20" w:type="dxa"/>
              <w:right w:w="50" w:type="dxa"/>
            </w:tcMar>
          </w:tcPr>
          <w:p w14:paraId="53EBE0EB" w14:textId="77777777" w:rsidR="00292F36" w:rsidRDefault="00000000">
            <w:r>
              <w:rPr>
                <w:sz w:val="12"/>
              </w:rPr>
              <w:t>7</w:t>
            </w:r>
          </w:p>
        </w:tc>
        <w:tc>
          <w:tcPr>
            <w:tcW w:w="564" w:type="dxa"/>
            <w:tcMar>
              <w:top w:w="20" w:type="dxa"/>
              <w:left w:w="50" w:type="dxa"/>
              <w:bottom w:w="20" w:type="dxa"/>
              <w:right w:w="50" w:type="dxa"/>
            </w:tcMar>
          </w:tcPr>
          <w:p w14:paraId="1B206FDD" w14:textId="77777777" w:rsidR="00292F36" w:rsidRDefault="00000000">
            <w:r>
              <w:rPr>
                <w:sz w:val="12"/>
              </w:rPr>
              <w:t>18.6100006</w:t>
            </w:r>
          </w:p>
        </w:tc>
        <w:tc>
          <w:tcPr>
            <w:tcW w:w="564" w:type="dxa"/>
            <w:tcMar>
              <w:top w:w="20" w:type="dxa"/>
              <w:left w:w="50" w:type="dxa"/>
              <w:bottom w:w="20" w:type="dxa"/>
              <w:right w:w="50" w:type="dxa"/>
            </w:tcMar>
          </w:tcPr>
          <w:p w14:paraId="4670389E" w14:textId="77777777" w:rsidR="00292F36" w:rsidRDefault="00000000">
            <w:r>
              <w:rPr>
                <w:sz w:val="12"/>
              </w:rPr>
              <w:t>3.55618174</w:t>
            </w:r>
          </w:p>
        </w:tc>
        <w:tc>
          <w:tcPr>
            <w:tcW w:w="564" w:type="dxa"/>
            <w:tcMar>
              <w:top w:w="20" w:type="dxa"/>
              <w:left w:w="50" w:type="dxa"/>
              <w:bottom w:w="20" w:type="dxa"/>
              <w:right w:w="50" w:type="dxa"/>
            </w:tcMar>
          </w:tcPr>
          <w:p w14:paraId="5A38DC3D" w14:textId="77777777" w:rsidR="00292F36" w:rsidRDefault="00000000">
            <w:r>
              <w:rPr>
                <w:sz w:val="12"/>
              </w:rPr>
              <w:t>0.9801444</w:t>
            </w:r>
          </w:p>
        </w:tc>
        <w:tc>
          <w:tcPr>
            <w:tcW w:w="564" w:type="dxa"/>
            <w:tcMar>
              <w:top w:w="20" w:type="dxa"/>
              <w:left w:w="50" w:type="dxa"/>
              <w:bottom w:w="20" w:type="dxa"/>
              <w:right w:w="50" w:type="dxa"/>
            </w:tcMar>
          </w:tcPr>
          <w:p w14:paraId="5265FE01" w14:textId="77777777" w:rsidR="00292F36" w:rsidRDefault="00000000">
            <w:r>
              <w:rPr>
                <w:sz w:val="12"/>
              </w:rPr>
              <w:t>0.01624549</w:t>
            </w:r>
          </w:p>
        </w:tc>
        <w:tc>
          <w:tcPr>
            <w:tcW w:w="564" w:type="dxa"/>
            <w:tcMar>
              <w:top w:w="20" w:type="dxa"/>
              <w:left w:w="50" w:type="dxa"/>
              <w:bottom w:w="20" w:type="dxa"/>
              <w:right w:w="50" w:type="dxa"/>
            </w:tcMar>
          </w:tcPr>
          <w:p w14:paraId="2DCE5125" w14:textId="77777777" w:rsidR="00292F36" w:rsidRDefault="00000000">
            <w:r>
              <w:rPr>
                <w:sz w:val="12"/>
              </w:rPr>
              <w:t>0.00361011</w:t>
            </w:r>
          </w:p>
        </w:tc>
        <w:tc>
          <w:tcPr>
            <w:tcW w:w="564" w:type="dxa"/>
            <w:tcMar>
              <w:top w:w="20" w:type="dxa"/>
              <w:left w:w="50" w:type="dxa"/>
              <w:bottom w:w="20" w:type="dxa"/>
              <w:right w:w="50" w:type="dxa"/>
            </w:tcMar>
          </w:tcPr>
          <w:p w14:paraId="5F0BB7AE" w14:textId="77777777" w:rsidR="00292F36" w:rsidRDefault="00000000">
            <w:r>
              <w:rPr>
                <w:sz w:val="12"/>
              </w:rPr>
              <w:t>0</w:t>
            </w:r>
          </w:p>
        </w:tc>
        <w:tc>
          <w:tcPr>
            <w:tcW w:w="564" w:type="dxa"/>
            <w:tcMar>
              <w:top w:w="20" w:type="dxa"/>
              <w:left w:w="50" w:type="dxa"/>
              <w:bottom w:w="20" w:type="dxa"/>
              <w:right w:w="50" w:type="dxa"/>
            </w:tcMar>
          </w:tcPr>
          <w:p w14:paraId="5F9273BD" w14:textId="77777777" w:rsidR="00292F36" w:rsidRDefault="00000000">
            <w:r>
              <w:rPr>
                <w:sz w:val="12"/>
              </w:rPr>
              <w:t>0</w:t>
            </w:r>
          </w:p>
        </w:tc>
        <w:tc>
          <w:tcPr>
            <w:tcW w:w="564" w:type="dxa"/>
            <w:tcMar>
              <w:top w:w="20" w:type="dxa"/>
              <w:left w:w="50" w:type="dxa"/>
              <w:bottom w:w="20" w:type="dxa"/>
              <w:right w:w="50" w:type="dxa"/>
            </w:tcMar>
          </w:tcPr>
          <w:p w14:paraId="106EF839" w14:textId="77777777" w:rsidR="00292F36" w:rsidRDefault="00000000">
            <w:r>
              <w:rPr>
                <w:sz w:val="12"/>
              </w:rPr>
              <w:t>0</w:t>
            </w:r>
          </w:p>
        </w:tc>
        <w:tc>
          <w:tcPr>
            <w:tcW w:w="564" w:type="dxa"/>
            <w:tcMar>
              <w:top w:w="20" w:type="dxa"/>
              <w:left w:w="50" w:type="dxa"/>
              <w:bottom w:w="20" w:type="dxa"/>
              <w:right w:w="50" w:type="dxa"/>
            </w:tcMar>
          </w:tcPr>
          <w:p w14:paraId="0C355F07" w14:textId="77777777" w:rsidR="00292F36" w:rsidRDefault="00000000">
            <w:r>
              <w:rPr>
                <w:sz w:val="12"/>
              </w:rPr>
              <w:t>0</w:t>
            </w:r>
          </w:p>
        </w:tc>
        <w:tc>
          <w:tcPr>
            <w:tcW w:w="564" w:type="dxa"/>
            <w:tcMar>
              <w:top w:w="20" w:type="dxa"/>
              <w:left w:w="50" w:type="dxa"/>
              <w:bottom w:w="20" w:type="dxa"/>
              <w:right w:w="50" w:type="dxa"/>
            </w:tcMar>
          </w:tcPr>
          <w:p w14:paraId="768B4B7C" w14:textId="77777777" w:rsidR="00292F36" w:rsidRDefault="00000000">
            <w:r>
              <w:rPr>
                <w:sz w:val="12"/>
              </w:rPr>
              <w:t>0</w:t>
            </w:r>
          </w:p>
        </w:tc>
        <w:tc>
          <w:tcPr>
            <w:tcW w:w="564" w:type="dxa"/>
            <w:tcMar>
              <w:top w:w="20" w:type="dxa"/>
              <w:left w:w="50" w:type="dxa"/>
              <w:bottom w:w="20" w:type="dxa"/>
              <w:right w:w="50" w:type="dxa"/>
            </w:tcMar>
          </w:tcPr>
          <w:p w14:paraId="58DBB9E0" w14:textId="77777777" w:rsidR="00292F36" w:rsidRDefault="00000000">
            <w:r>
              <w:rPr>
                <w:sz w:val="12"/>
              </w:rPr>
              <w:t>0</w:t>
            </w:r>
          </w:p>
        </w:tc>
        <w:tc>
          <w:tcPr>
            <w:tcW w:w="564" w:type="dxa"/>
            <w:tcMar>
              <w:top w:w="20" w:type="dxa"/>
              <w:left w:w="50" w:type="dxa"/>
              <w:bottom w:w="20" w:type="dxa"/>
              <w:right w:w="50" w:type="dxa"/>
            </w:tcMar>
          </w:tcPr>
          <w:p w14:paraId="00769A86" w14:textId="77777777" w:rsidR="00292F36" w:rsidRDefault="00000000">
            <w:r>
              <w:rPr>
                <w:sz w:val="12"/>
              </w:rPr>
              <w:t>0.99145299</w:t>
            </w:r>
          </w:p>
        </w:tc>
        <w:tc>
          <w:tcPr>
            <w:tcW w:w="564" w:type="dxa"/>
            <w:tcMar>
              <w:top w:w="20" w:type="dxa"/>
              <w:left w:w="50" w:type="dxa"/>
              <w:bottom w:w="20" w:type="dxa"/>
              <w:right w:w="50" w:type="dxa"/>
            </w:tcMar>
          </w:tcPr>
          <w:p w14:paraId="6112B97B" w14:textId="77777777" w:rsidR="00292F36" w:rsidRDefault="00000000">
            <w:r>
              <w:rPr>
                <w:sz w:val="12"/>
              </w:rPr>
              <w:t>0</w:t>
            </w:r>
          </w:p>
        </w:tc>
        <w:tc>
          <w:tcPr>
            <w:tcW w:w="564" w:type="dxa"/>
            <w:tcMar>
              <w:top w:w="20" w:type="dxa"/>
              <w:left w:w="50" w:type="dxa"/>
              <w:bottom w:w="20" w:type="dxa"/>
              <w:right w:w="50" w:type="dxa"/>
            </w:tcMar>
          </w:tcPr>
          <w:p w14:paraId="2662835F" w14:textId="77777777" w:rsidR="00292F36" w:rsidRDefault="00000000">
            <w:r>
              <w:rPr>
                <w:sz w:val="12"/>
              </w:rPr>
              <w:t>0</w:t>
            </w:r>
          </w:p>
        </w:tc>
        <w:tc>
          <w:tcPr>
            <w:tcW w:w="564" w:type="dxa"/>
            <w:tcMar>
              <w:top w:w="20" w:type="dxa"/>
              <w:left w:w="50" w:type="dxa"/>
              <w:bottom w:w="20" w:type="dxa"/>
              <w:right w:w="50" w:type="dxa"/>
            </w:tcMar>
          </w:tcPr>
          <w:p w14:paraId="2C5690BB" w14:textId="77777777" w:rsidR="00292F36" w:rsidRDefault="00000000">
            <w:r>
              <w:rPr>
                <w:sz w:val="12"/>
              </w:rPr>
              <w:t>0.00854701</w:t>
            </w:r>
          </w:p>
        </w:tc>
        <w:tc>
          <w:tcPr>
            <w:tcW w:w="564" w:type="dxa"/>
            <w:tcMar>
              <w:top w:w="20" w:type="dxa"/>
              <w:left w:w="50" w:type="dxa"/>
              <w:bottom w:w="20" w:type="dxa"/>
              <w:right w:w="50" w:type="dxa"/>
            </w:tcMar>
          </w:tcPr>
          <w:p w14:paraId="0FFB18C6" w14:textId="77777777" w:rsidR="00292F36" w:rsidRDefault="00000000">
            <w:r>
              <w:rPr>
                <w:sz w:val="12"/>
              </w:rPr>
              <w:t>0</w:t>
            </w:r>
          </w:p>
        </w:tc>
      </w:tr>
      <w:tr w:rsidR="00292F36" w14:paraId="4AD730A9" w14:textId="77777777">
        <w:tc>
          <w:tcPr>
            <w:tcW w:w="564" w:type="dxa"/>
            <w:tcMar>
              <w:top w:w="20" w:type="dxa"/>
              <w:left w:w="50" w:type="dxa"/>
              <w:bottom w:w="20" w:type="dxa"/>
              <w:right w:w="50" w:type="dxa"/>
            </w:tcMar>
          </w:tcPr>
          <w:p w14:paraId="189B40E7" w14:textId="77777777" w:rsidR="00292F36" w:rsidRDefault="00000000">
            <w:r>
              <w:rPr>
                <w:sz w:val="12"/>
              </w:rPr>
              <w:t>2021_isla_todos_santos_isla_todos_santos_canal_lucia_160_1</w:t>
            </w:r>
          </w:p>
        </w:tc>
        <w:tc>
          <w:tcPr>
            <w:tcW w:w="564" w:type="dxa"/>
            <w:tcMar>
              <w:top w:w="20" w:type="dxa"/>
              <w:left w:w="50" w:type="dxa"/>
              <w:bottom w:w="20" w:type="dxa"/>
              <w:right w:w="50" w:type="dxa"/>
            </w:tcMar>
          </w:tcPr>
          <w:p w14:paraId="1715AC39" w14:textId="77777777" w:rsidR="00292F36" w:rsidRDefault="00000000">
            <w:r>
              <w:rPr>
                <w:sz w:val="12"/>
              </w:rPr>
              <w:t>0.28626437</w:t>
            </w:r>
          </w:p>
        </w:tc>
        <w:tc>
          <w:tcPr>
            <w:tcW w:w="564" w:type="dxa"/>
            <w:tcMar>
              <w:top w:w="20" w:type="dxa"/>
              <w:left w:w="50" w:type="dxa"/>
              <w:bottom w:w="20" w:type="dxa"/>
              <w:right w:w="50" w:type="dxa"/>
            </w:tcMar>
          </w:tcPr>
          <w:p w14:paraId="357CB311" w14:textId="77777777" w:rsidR="00292F36" w:rsidRDefault="00000000">
            <w:r>
              <w:rPr>
                <w:sz w:val="12"/>
              </w:rPr>
              <w:t>0.35642878</w:t>
            </w:r>
          </w:p>
        </w:tc>
        <w:tc>
          <w:tcPr>
            <w:tcW w:w="564" w:type="dxa"/>
            <w:tcMar>
              <w:top w:w="20" w:type="dxa"/>
              <w:left w:w="50" w:type="dxa"/>
              <w:bottom w:w="20" w:type="dxa"/>
              <w:right w:w="50" w:type="dxa"/>
            </w:tcMar>
          </w:tcPr>
          <w:p w14:paraId="0BEE5B09" w14:textId="77777777" w:rsidR="00292F36" w:rsidRDefault="00000000">
            <w:r>
              <w:rPr>
                <w:sz w:val="12"/>
              </w:rPr>
              <w:t>2021</w:t>
            </w:r>
          </w:p>
        </w:tc>
        <w:tc>
          <w:tcPr>
            <w:tcW w:w="564" w:type="dxa"/>
            <w:tcMar>
              <w:top w:w="20" w:type="dxa"/>
              <w:left w:w="50" w:type="dxa"/>
              <w:bottom w:w="20" w:type="dxa"/>
              <w:right w:w="50" w:type="dxa"/>
            </w:tcMar>
          </w:tcPr>
          <w:p w14:paraId="5227232A" w14:textId="77777777" w:rsidR="00292F36" w:rsidRDefault="00000000">
            <w:r>
              <w:rPr>
                <w:sz w:val="12"/>
              </w:rPr>
              <w:t>ensenada</w:t>
            </w:r>
          </w:p>
        </w:tc>
        <w:tc>
          <w:tcPr>
            <w:tcW w:w="564" w:type="dxa"/>
            <w:tcMar>
              <w:top w:w="20" w:type="dxa"/>
              <w:left w:w="50" w:type="dxa"/>
              <w:bottom w:w="20" w:type="dxa"/>
              <w:right w:w="50" w:type="dxa"/>
            </w:tcMar>
          </w:tcPr>
          <w:p w14:paraId="427CD341" w14:textId="77777777" w:rsidR="00292F36" w:rsidRDefault="00000000">
            <w:r>
              <w:rPr>
                <w:sz w:val="12"/>
              </w:rPr>
              <w:t>North</w:t>
            </w:r>
          </w:p>
        </w:tc>
        <w:tc>
          <w:tcPr>
            <w:tcW w:w="564" w:type="dxa"/>
            <w:tcMar>
              <w:top w:w="20" w:type="dxa"/>
              <w:left w:w="50" w:type="dxa"/>
              <w:bottom w:w="20" w:type="dxa"/>
              <w:right w:w="50" w:type="dxa"/>
            </w:tcMar>
          </w:tcPr>
          <w:p w14:paraId="49C14C04" w14:textId="77777777" w:rsidR="00292F36" w:rsidRDefault="00000000">
            <w:r>
              <w:rPr>
                <w:sz w:val="12"/>
              </w:rPr>
              <w:t>isla_todos_santos</w:t>
            </w:r>
          </w:p>
        </w:tc>
        <w:tc>
          <w:tcPr>
            <w:tcW w:w="564" w:type="dxa"/>
            <w:tcMar>
              <w:top w:w="20" w:type="dxa"/>
              <w:left w:w="50" w:type="dxa"/>
              <w:bottom w:w="20" w:type="dxa"/>
              <w:right w:w="50" w:type="dxa"/>
            </w:tcMar>
          </w:tcPr>
          <w:p w14:paraId="178E0268" w14:textId="77777777" w:rsidR="00292F36" w:rsidRDefault="00000000">
            <w:r>
              <w:rPr>
                <w:sz w:val="12"/>
              </w:rPr>
              <w:t>isla_todos_santos_canal_lucia_160</w:t>
            </w:r>
          </w:p>
        </w:tc>
        <w:tc>
          <w:tcPr>
            <w:tcW w:w="564" w:type="dxa"/>
            <w:tcMar>
              <w:top w:w="20" w:type="dxa"/>
              <w:left w:w="50" w:type="dxa"/>
              <w:bottom w:w="20" w:type="dxa"/>
              <w:right w:w="50" w:type="dxa"/>
            </w:tcMar>
          </w:tcPr>
          <w:p w14:paraId="3DFF182A" w14:textId="77777777" w:rsidR="00292F36" w:rsidRDefault="00000000">
            <w:r>
              <w:rPr>
                <w:sz w:val="12"/>
              </w:rPr>
              <w:t>8</w:t>
            </w:r>
          </w:p>
        </w:tc>
        <w:tc>
          <w:tcPr>
            <w:tcW w:w="564" w:type="dxa"/>
            <w:tcMar>
              <w:top w:w="20" w:type="dxa"/>
              <w:left w:w="50" w:type="dxa"/>
              <w:bottom w:w="20" w:type="dxa"/>
              <w:right w:w="50" w:type="dxa"/>
            </w:tcMar>
          </w:tcPr>
          <w:p w14:paraId="7E4EC890" w14:textId="77777777" w:rsidR="00292F36" w:rsidRDefault="00000000">
            <w:r>
              <w:rPr>
                <w:sz w:val="12"/>
              </w:rPr>
              <w:t>17.1100006</w:t>
            </w:r>
          </w:p>
        </w:tc>
        <w:tc>
          <w:tcPr>
            <w:tcW w:w="564" w:type="dxa"/>
            <w:tcMar>
              <w:top w:w="20" w:type="dxa"/>
              <w:left w:w="50" w:type="dxa"/>
              <w:bottom w:w="20" w:type="dxa"/>
              <w:right w:w="50" w:type="dxa"/>
            </w:tcMar>
          </w:tcPr>
          <w:p w14:paraId="2F713D31" w14:textId="77777777" w:rsidR="00292F36" w:rsidRDefault="00000000">
            <w:r>
              <w:rPr>
                <w:sz w:val="12"/>
              </w:rPr>
              <w:t>0.22047079</w:t>
            </w:r>
          </w:p>
        </w:tc>
        <w:tc>
          <w:tcPr>
            <w:tcW w:w="564" w:type="dxa"/>
            <w:tcMar>
              <w:top w:w="20" w:type="dxa"/>
              <w:left w:w="50" w:type="dxa"/>
              <w:bottom w:w="20" w:type="dxa"/>
              <w:right w:w="50" w:type="dxa"/>
            </w:tcMar>
          </w:tcPr>
          <w:p w14:paraId="26454477" w14:textId="77777777" w:rsidR="00292F36" w:rsidRDefault="00000000">
            <w:r>
              <w:rPr>
                <w:sz w:val="12"/>
              </w:rPr>
              <w:t>0.21042084</w:t>
            </w:r>
          </w:p>
        </w:tc>
        <w:tc>
          <w:tcPr>
            <w:tcW w:w="564" w:type="dxa"/>
            <w:tcMar>
              <w:top w:w="20" w:type="dxa"/>
              <w:left w:w="50" w:type="dxa"/>
              <w:bottom w:w="20" w:type="dxa"/>
              <w:right w:w="50" w:type="dxa"/>
            </w:tcMar>
          </w:tcPr>
          <w:p w14:paraId="4A603D88" w14:textId="77777777" w:rsidR="00292F36" w:rsidRDefault="00000000">
            <w:r>
              <w:rPr>
                <w:sz w:val="12"/>
              </w:rPr>
              <w:t>0.04609218</w:t>
            </w:r>
          </w:p>
        </w:tc>
        <w:tc>
          <w:tcPr>
            <w:tcW w:w="564" w:type="dxa"/>
            <w:tcMar>
              <w:top w:w="20" w:type="dxa"/>
              <w:left w:w="50" w:type="dxa"/>
              <w:bottom w:w="20" w:type="dxa"/>
              <w:right w:w="50" w:type="dxa"/>
            </w:tcMar>
          </w:tcPr>
          <w:p w14:paraId="69255C00" w14:textId="77777777" w:rsidR="00292F36" w:rsidRDefault="00000000">
            <w:r>
              <w:rPr>
                <w:sz w:val="12"/>
              </w:rPr>
              <w:t>0.21843687</w:t>
            </w:r>
          </w:p>
        </w:tc>
        <w:tc>
          <w:tcPr>
            <w:tcW w:w="564" w:type="dxa"/>
            <w:tcMar>
              <w:top w:w="20" w:type="dxa"/>
              <w:left w:w="50" w:type="dxa"/>
              <w:bottom w:w="20" w:type="dxa"/>
              <w:right w:w="50" w:type="dxa"/>
            </w:tcMar>
          </w:tcPr>
          <w:p w14:paraId="594764C8" w14:textId="77777777" w:rsidR="00292F36" w:rsidRDefault="00000000">
            <w:r>
              <w:rPr>
                <w:sz w:val="12"/>
              </w:rPr>
              <w:t>0.5250501</w:t>
            </w:r>
          </w:p>
        </w:tc>
        <w:tc>
          <w:tcPr>
            <w:tcW w:w="564" w:type="dxa"/>
            <w:tcMar>
              <w:top w:w="20" w:type="dxa"/>
              <w:left w:w="50" w:type="dxa"/>
              <w:bottom w:w="20" w:type="dxa"/>
              <w:right w:w="50" w:type="dxa"/>
            </w:tcMar>
          </w:tcPr>
          <w:p w14:paraId="22F2455E" w14:textId="77777777" w:rsidR="00292F36" w:rsidRDefault="00000000">
            <w:r>
              <w:rPr>
                <w:sz w:val="12"/>
              </w:rPr>
              <w:t>0</w:t>
            </w:r>
          </w:p>
        </w:tc>
        <w:tc>
          <w:tcPr>
            <w:tcW w:w="564" w:type="dxa"/>
            <w:tcMar>
              <w:top w:w="20" w:type="dxa"/>
              <w:left w:w="50" w:type="dxa"/>
              <w:bottom w:w="20" w:type="dxa"/>
              <w:right w:w="50" w:type="dxa"/>
            </w:tcMar>
          </w:tcPr>
          <w:p w14:paraId="435BF287" w14:textId="77777777" w:rsidR="00292F36" w:rsidRDefault="00000000">
            <w:r>
              <w:rPr>
                <w:sz w:val="12"/>
              </w:rPr>
              <w:t>0</w:t>
            </w:r>
          </w:p>
        </w:tc>
        <w:tc>
          <w:tcPr>
            <w:tcW w:w="564" w:type="dxa"/>
            <w:tcMar>
              <w:top w:w="20" w:type="dxa"/>
              <w:left w:w="50" w:type="dxa"/>
              <w:bottom w:w="20" w:type="dxa"/>
              <w:right w:w="50" w:type="dxa"/>
            </w:tcMar>
          </w:tcPr>
          <w:p w14:paraId="3973F48B" w14:textId="77777777" w:rsidR="00292F36" w:rsidRDefault="00000000">
            <w:r>
              <w:rPr>
                <w:sz w:val="12"/>
              </w:rPr>
              <w:t>0</w:t>
            </w:r>
          </w:p>
        </w:tc>
        <w:tc>
          <w:tcPr>
            <w:tcW w:w="564" w:type="dxa"/>
            <w:tcMar>
              <w:top w:w="20" w:type="dxa"/>
              <w:left w:w="50" w:type="dxa"/>
              <w:bottom w:w="20" w:type="dxa"/>
              <w:right w:w="50" w:type="dxa"/>
            </w:tcMar>
          </w:tcPr>
          <w:p w14:paraId="3079479F" w14:textId="77777777" w:rsidR="00292F36" w:rsidRDefault="00000000">
            <w:r>
              <w:rPr>
                <w:sz w:val="12"/>
              </w:rPr>
              <w:t>0</w:t>
            </w:r>
          </w:p>
        </w:tc>
        <w:tc>
          <w:tcPr>
            <w:tcW w:w="564" w:type="dxa"/>
            <w:tcMar>
              <w:top w:w="20" w:type="dxa"/>
              <w:left w:w="50" w:type="dxa"/>
              <w:bottom w:w="20" w:type="dxa"/>
              <w:right w:w="50" w:type="dxa"/>
            </w:tcMar>
          </w:tcPr>
          <w:p w14:paraId="37BD7169" w14:textId="77777777" w:rsidR="00292F36" w:rsidRDefault="00000000">
            <w:r>
              <w:rPr>
                <w:sz w:val="12"/>
              </w:rPr>
              <w:t>0.00452489</w:t>
            </w:r>
          </w:p>
        </w:tc>
        <w:tc>
          <w:tcPr>
            <w:tcW w:w="564" w:type="dxa"/>
            <w:tcMar>
              <w:top w:w="20" w:type="dxa"/>
              <w:left w:w="50" w:type="dxa"/>
              <w:bottom w:w="20" w:type="dxa"/>
              <w:right w:w="50" w:type="dxa"/>
            </w:tcMar>
          </w:tcPr>
          <w:p w14:paraId="79B48A07" w14:textId="77777777" w:rsidR="00292F36" w:rsidRDefault="00000000">
            <w:r>
              <w:rPr>
                <w:sz w:val="12"/>
              </w:rPr>
              <w:t>0.87330317</w:t>
            </w:r>
          </w:p>
        </w:tc>
        <w:tc>
          <w:tcPr>
            <w:tcW w:w="564" w:type="dxa"/>
            <w:tcMar>
              <w:top w:w="20" w:type="dxa"/>
              <w:left w:w="50" w:type="dxa"/>
              <w:bottom w:w="20" w:type="dxa"/>
              <w:right w:w="50" w:type="dxa"/>
            </w:tcMar>
          </w:tcPr>
          <w:p w14:paraId="1E203A49" w14:textId="77777777" w:rsidR="00292F36" w:rsidRDefault="00000000">
            <w:r>
              <w:rPr>
                <w:sz w:val="12"/>
              </w:rPr>
              <w:t>0.08597285</w:t>
            </w:r>
          </w:p>
        </w:tc>
        <w:tc>
          <w:tcPr>
            <w:tcW w:w="564" w:type="dxa"/>
            <w:tcMar>
              <w:top w:w="20" w:type="dxa"/>
              <w:left w:w="50" w:type="dxa"/>
              <w:bottom w:w="20" w:type="dxa"/>
              <w:right w:w="50" w:type="dxa"/>
            </w:tcMar>
          </w:tcPr>
          <w:p w14:paraId="5568D337" w14:textId="77777777" w:rsidR="00292F36" w:rsidRDefault="00000000">
            <w:r>
              <w:rPr>
                <w:sz w:val="12"/>
              </w:rPr>
              <w:t>0.00452489</w:t>
            </w:r>
          </w:p>
        </w:tc>
        <w:tc>
          <w:tcPr>
            <w:tcW w:w="564" w:type="dxa"/>
            <w:tcMar>
              <w:top w:w="20" w:type="dxa"/>
              <w:left w:w="50" w:type="dxa"/>
              <w:bottom w:w="20" w:type="dxa"/>
              <w:right w:w="50" w:type="dxa"/>
            </w:tcMar>
          </w:tcPr>
          <w:p w14:paraId="317BD6DF" w14:textId="77777777" w:rsidR="00292F36" w:rsidRDefault="00000000">
            <w:r>
              <w:rPr>
                <w:sz w:val="12"/>
              </w:rPr>
              <w:t>0</w:t>
            </w:r>
          </w:p>
        </w:tc>
        <w:tc>
          <w:tcPr>
            <w:tcW w:w="564" w:type="dxa"/>
            <w:tcMar>
              <w:top w:w="20" w:type="dxa"/>
              <w:left w:w="50" w:type="dxa"/>
              <w:bottom w:w="20" w:type="dxa"/>
              <w:right w:w="50" w:type="dxa"/>
            </w:tcMar>
          </w:tcPr>
          <w:p w14:paraId="76EF0672" w14:textId="77777777" w:rsidR="00292F36" w:rsidRDefault="00000000">
            <w:r>
              <w:rPr>
                <w:sz w:val="12"/>
              </w:rPr>
              <w:t>0.03167421</w:t>
            </w:r>
          </w:p>
        </w:tc>
      </w:tr>
      <w:tr w:rsidR="00292F36" w14:paraId="433306A8" w14:textId="77777777">
        <w:tc>
          <w:tcPr>
            <w:tcW w:w="564" w:type="dxa"/>
            <w:tcMar>
              <w:top w:w="20" w:type="dxa"/>
              <w:left w:w="50" w:type="dxa"/>
              <w:bottom w:w="20" w:type="dxa"/>
              <w:right w:w="50" w:type="dxa"/>
            </w:tcMar>
          </w:tcPr>
          <w:p w14:paraId="3C7296CA" w14:textId="77777777" w:rsidR="00292F36" w:rsidRDefault="00000000">
            <w:r>
              <w:rPr>
                <w:sz w:val="12"/>
              </w:rPr>
              <w:t>2021_isla_todos_santos_isla_todos_santos_canal_lucia_160_2</w:t>
            </w:r>
          </w:p>
        </w:tc>
        <w:tc>
          <w:tcPr>
            <w:tcW w:w="564" w:type="dxa"/>
            <w:tcMar>
              <w:top w:w="20" w:type="dxa"/>
              <w:left w:w="50" w:type="dxa"/>
              <w:bottom w:w="20" w:type="dxa"/>
              <w:right w:w="50" w:type="dxa"/>
            </w:tcMar>
          </w:tcPr>
          <w:p w14:paraId="130FA398" w14:textId="77777777" w:rsidR="00292F36" w:rsidRDefault="00000000">
            <w:r>
              <w:rPr>
                <w:sz w:val="12"/>
              </w:rPr>
              <w:t>0.46519492</w:t>
            </w:r>
          </w:p>
        </w:tc>
        <w:tc>
          <w:tcPr>
            <w:tcW w:w="564" w:type="dxa"/>
            <w:tcMar>
              <w:top w:w="20" w:type="dxa"/>
              <w:left w:w="50" w:type="dxa"/>
              <w:bottom w:w="20" w:type="dxa"/>
              <w:right w:w="50" w:type="dxa"/>
            </w:tcMar>
          </w:tcPr>
          <w:p w14:paraId="5A03BA63" w14:textId="77777777" w:rsidR="00292F36" w:rsidRDefault="00000000">
            <w:r>
              <w:rPr>
                <w:sz w:val="12"/>
              </w:rPr>
              <w:t>0.46713454</w:t>
            </w:r>
          </w:p>
        </w:tc>
        <w:tc>
          <w:tcPr>
            <w:tcW w:w="564" w:type="dxa"/>
            <w:tcMar>
              <w:top w:w="20" w:type="dxa"/>
              <w:left w:w="50" w:type="dxa"/>
              <w:bottom w:w="20" w:type="dxa"/>
              <w:right w:w="50" w:type="dxa"/>
            </w:tcMar>
          </w:tcPr>
          <w:p w14:paraId="5C123C55" w14:textId="77777777" w:rsidR="00292F36" w:rsidRDefault="00000000">
            <w:r>
              <w:rPr>
                <w:sz w:val="12"/>
              </w:rPr>
              <w:t>2021</w:t>
            </w:r>
          </w:p>
        </w:tc>
        <w:tc>
          <w:tcPr>
            <w:tcW w:w="564" w:type="dxa"/>
            <w:tcMar>
              <w:top w:w="20" w:type="dxa"/>
              <w:left w:w="50" w:type="dxa"/>
              <w:bottom w:w="20" w:type="dxa"/>
              <w:right w:w="50" w:type="dxa"/>
            </w:tcMar>
          </w:tcPr>
          <w:p w14:paraId="42A176F3" w14:textId="77777777" w:rsidR="00292F36" w:rsidRDefault="00000000">
            <w:r>
              <w:rPr>
                <w:sz w:val="12"/>
              </w:rPr>
              <w:t>ensenada</w:t>
            </w:r>
          </w:p>
        </w:tc>
        <w:tc>
          <w:tcPr>
            <w:tcW w:w="564" w:type="dxa"/>
            <w:tcMar>
              <w:top w:w="20" w:type="dxa"/>
              <w:left w:w="50" w:type="dxa"/>
              <w:bottom w:w="20" w:type="dxa"/>
              <w:right w:w="50" w:type="dxa"/>
            </w:tcMar>
          </w:tcPr>
          <w:p w14:paraId="475D1B99" w14:textId="77777777" w:rsidR="00292F36" w:rsidRDefault="00000000">
            <w:r>
              <w:rPr>
                <w:sz w:val="12"/>
              </w:rPr>
              <w:t>North</w:t>
            </w:r>
          </w:p>
        </w:tc>
        <w:tc>
          <w:tcPr>
            <w:tcW w:w="564" w:type="dxa"/>
            <w:tcMar>
              <w:top w:w="20" w:type="dxa"/>
              <w:left w:w="50" w:type="dxa"/>
              <w:bottom w:w="20" w:type="dxa"/>
              <w:right w:w="50" w:type="dxa"/>
            </w:tcMar>
          </w:tcPr>
          <w:p w14:paraId="59F895D2" w14:textId="77777777" w:rsidR="00292F36" w:rsidRDefault="00000000">
            <w:r>
              <w:rPr>
                <w:sz w:val="12"/>
              </w:rPr>
              <w:t>isla_todos_santos</w:t>
            </w:r>
          </w:p>
        </w:tc>
        <w:tc>
          <w:tcPr>
            <w:tcW w:w="564" w:type="dxa"/>
            <w:tcMar>
              <w:top w:w="20" w:type="dxa"/>
              <w:left w:w="50" w:type="dxa"/>
              <w:bottom w:w="20" w:type="dxa"/>
              <w:right w:w="50" w:type="dxa"/>
            </w:tcMar>
          </w:tcPr>
          <w:p w14:paraId="30987FF1" w14:textId="77777777" w:rsidR="00292F36" w:rsidRDefault="00000000">
            <w:r>
              <w:rPr>
                <w:sz w:val="12"/>
              </w:rPr>
              <w:t>isla_todos_santos_canal_lucia_160</w:t>
            </w:r>
          </w:p>
        </w:tc>
        <w:tc>
          <w:tcPr>
            <w:tcW w:w="564" w:type="dxa"/>
            <w:tcMar>
              <w:top w:w="20" w:type="dxa"/>
              <w:left w:w="50" w:type="dxa"/>
              <w:bottom w:w="20" w:type="dxa"/>
              <w:right w:w="50" w:type="dxa"/>
            </w:tcMar>
          </w:tcPr>
          <w:p w14:paraId="6571148B" w14:textId="77777777" w:rsidR="00292F36" w:rsidRDefault="00000000">
            <w:r>
              <w:rPr>
                <w:sz w:val="12"/>
              </w:rPr>
              <w:t>8</w:t>
            </w:r>
          </w:p>
        </w:tc>
        <w:tc>
          <w:tcPr>
            <w:tcW w:w="564" w:type="dxa"/>
            <w:tcMar>
              <w:top w:w="20" w:type="dxa"/>
              <w:left w:w="50" w:type="dxa"/>
              <w:bottom w:w="20" w:type="dxa"/>
              <w:right w:w="50" w:type="dxa"/>
            </w:tcMar>
          </w:tcPr>
          <w:p w14:paraId="3E2E0A16" w14:textId="77777777" w:rsidR="00292F36" w:rsidRDefault="00000000">
            <w:r>
              <w:rPr>
                <w:sz w:val="12"/>
              </w:rPr>
              <w:t>17.1100006</w:t>
            </w:r>
          </w:p>
        </w:tc>
        <w:tc>
          <w:tcPr>
            <w:tcW w:w="564" w:type="dxa"/>
            <w:tcMar>
              <w:top w:w="20" w:type="dxa"/>
              <w:left w:w="50" w:type="dxa"/>
              <w:bottom w:w="20" w:type="dxa"/>
              <w:right w:w="50" w:type="dxa"/>
            </w:tcMar>
          </w:tcPr>
          <w:p w14:paraId="0745D5EC" w14:textId="77777777" w:rsidR="00292F36" w:rsidRDefault="00000000">
            <w:r>
              <w:rPr>
                <w:sz w:val="12"/>
              </w:rPr>
              <w:t>0.22047079</w:t>
            </w:r>
          </w:p>
        </w:tc>
        <w:tc>
          <w:tcPr>
            <w:tcW w:w="564" w:type="dxa"/>
            <w:tcMar>
              <w:top w:w="20" w:type="dxa"/>
              <w:left w:w="50" w:type="dxa"/>
              <w:bottom w:w="20" w:type="dxa"/>
              <w:right w:w="50" w:type="dxa"/>
            </w:tcMar>
          </w:tcPr>
          <w:p w14:paraId="1D2C6FBD" w14:textId="77777777" w:rsidR="00292F36" w:rsidRDefault="00000000">
            <w:r>
              <w:rPr>
                <w:sz w:val="12"/>
              </w:rPr>
              <w:t>0.04761905</w:t>
            </w:r>
          </w:p>
        </w:tc>
        <w:tc>
          <w:tcPr>
            <w:tcW w:w="564" w:type="dxa"/>
            <w:tcMar>
              <w:top w:w="20" w:type="dxa"/>
              <w:left w:w="50" w:type="dxa"/>
              <w:bottom w:w="20" w:type="dxa"/>
              <w:right w:w="50" w:type="dxa"/>
            </w:tcMar>
          </w:tcPr>
          <w:p w14:paraId="4CC7778E" w14:textId="77777777" w:rsidR="00292F36" w:rsidRDefault="00000000">
            <w:r>
              <w:rPr>
                <w:sz w:val="12"/>
              </w:rPr>
              <w:t>0.03703704</w:t>
            </w:r>
          </w:p>
        </w:tc>
        <w:tc>
          <w:tcPr>
            <w:tcW w:w="564" w:type="dxa"/>
            <w:tcMar>
              <w:top w:w="20" w:type="dxa"/>
              <w:left w:w="50" w:type="dxa"/>
              <w:bottom w:w="20" w:type="dxa"/>
              <w:right w:w="50" w:type="dxa"/>
            </w:tcMar>
          </w:tcPr>
          <w:p w14:paraId="1B4270E2" w14:textId="77777777" w:rsidR="00292F36" w:rsidRDefault="00000000">
            <w:r>
              <w:rPr>
                <w:sz w:val="12"/>
              </w:rPr>
              <w:t>0.28571429</w:t>
            </w:r>
          </w:p>
        </w:tc>
        <w:tc>
          <w:tcPr>
            <w:tcW w:w="564" w:type="dxa"/>
            <w:tcMar>
              <w:top w:w="20" w:type="dxa"/>
              <w:left w:w="50" w:type="dxa"/>
              <w:bottom w:w="20" w:type="dxa"/>
              <w:right w:w="50" w:type="dxa"/>
            </w:tcMar>
          </w:tcPr>
          <w:p w14:paraId="5EF14FF6" w14:textId="77777777" w:rsidR="00292F36" w:rsidRDefault="00000000">
            <w:r>
              <w:rPr>
                <w:sz w:val="12"/>
              </w:rPr>
              <w:t>0.62962963</w:t>
            </w:r>
          </w:p>
        </w:tc>
        <w:tc>
          <w:tcPr>
            <w:tcW w:w="564" w:type="dxa"/>
            <w:tcMar>
              <w:top w:w="20" w:type="dxa"/>
              <w:left w:w="50" w:type="dxa"/>
              <w:bottom w:w="20" w:type="dxa"/>
              <w:right w:w="50" w:type="dxa"/>
            </w:tcMar>
          </w:tcPr>
          <w:p w14:paraId="6A95839B" w14:textId="77777777" w:rsidR="00292F36" w:rsidRDefault="00000000">
            <w:r>
              <w:rPr>
                <w:sz w:val="12"/>
              </w:rPr>
              <w:t>0</w:t>
            </w:r>
          </w:p>
        </w:tc>
        <w:tc>
          <w:tcPr>
            <w:tcW w:w="564" w:type="dxa"/>
            <w:tcMar>
              <w:top w:w="20" w:type="dxa"/>
              <w:left w:w="50" w:type="dxa"/>
              <w:bottom w:w="20" w:type="dxa"/>
              <w:right w:w="50" w:type="dxa"/>
            </w:tcMar>
          </w:tcPr>
          <w:p w14:paraId="04E6B917" w14:textId="77777777" w:rsidR="00292F36" w:rsidRDefault="00000000">
            <w:r>
              <w:rPr>
                <w:sz w:val="12"/>
              </w:rPr>
              <w:t>0</w:t>
            </w:r>
          </w:p>
        </w:tc>
        <w:tc>
          <w:tcPr>
            <w:tcW w:w="564" w:type="dxa"/>
            <w:tcMar>
              <w:top w:w="20" w:type="dxa"/>
              <w:left w:w="50" w:type="dxa"/>
              <w:bottom w:w="20" w:type="dxa"/>
              <w:right w:w="50" w:type="dxa"/>
            </w:tcMar>
          </w:tcPr>
          <w:p w14:paraId="22574A6D" w14:textId="77777777" w:rsidR="00292F36" w:rsidRDefault="00000000">
            <w:r>
              <w:rPr>
                <w:sz w:val="12"/>
              </w:rPr>
              <w:t>0</w:t>
            </w:r>
          </w:p>
        </w:tc>
        <w:tc>
          <w:tcPr>
            <w:tcW w:w="564" w:type="dxa"/>
            <w:tcMar>
              <w:top w:w="20" w:type="dxa"/>
              <w:left w:w="50" w:type="dxa"/>
              <w:bottom w:w="20" w:type="dxa"/>
              <w:right w:w="50" w:type="dxa"/>
            </w:tcMar>
          </w:tcPr>
          <w:p w14:paraId="09CEEB60" w14:textId="77777777" w:rsidR="00292F36" w:rsidRDefault="00000000">
            <w:r>
              <w:rPr>
                <w:sz w:val="12"/>
              </w:rPr>
              <w:t>0</w:t>
            </w:r>
          </w:p>
        </w:tc>
        <w:tc>
          <w:tcPr>
            <w:tcW w:w="564" w:type="dxa"/>
            <w:tcMar>
              <w:top w:w="20" w:type="dxa"/>
              <w:left w:w="50" w:type="dxa"/>
              <w:bottom w:w="20" w:type="dxa"/>
              <w:right w:w="50" w:type="dxa"/>
            </w:tcMar>
          </w:tcPr>
          <w:p w14:paraId="6228890E" w14:textId="77777777" w:rsidR="00292F36" w:rsidRDefault="00000000">
            <w:r>
              <w:rPr>
                <w:sz w:val="12"/>
              </w:rPr>
              <w:t>0</w:t>
            </w:r>
          </w:p>
        </w:tc>
        <w:tc>
          <w:tcPr>
            <w:tcW w:w="564" w:type="dxa"/>
            <w:tcMar>
              <w:top w:w="20" w:type="dxa"/>
              <w:left w:w="50" w:type="dxa"/>
              <w:bottom w:w="20" w:type="dxa"/>
              <w:right w:w="50" w:type="dxa"/>
            </w:tcMar>
          </w:tcPr>
          <w:p w14:paraId="481ECD5B" w14:textId="77777777" w:rsidR="00292F36" w:rsidRDefault="00000000">
            <w:r>
              <w:rPr>
                <w:sz w:val="12"/>
              </w:rPr>
              <w:t>0.78070175</w:t>
            </w:r>
          </w:p>
        </w:tc>
        <w:tc>
          <w:tcPr>
            <w:tcW w:w="564" w:type="dxa"/>
            <w:tcMar>
              <w:top w:w="20" w:type="dxa"/>
              <w:left w:w="50" w:type="dxa"/>
              <w:bottom w:w="20" w:type="dxa"/>
              <w:right w:w="50" w:type="dxa"/>
            </w:tcMar>
          </w:tcPr>
          <w:p w14:paraId="60B8EBC8" w14:textId="77777777" w:rsidR="00292F36" w:rsidRDefault="00000000">
            <w:r>
              <w:rPr>
                <w:sz w:val="12"/>
              </w:rPr>
              <w:t>0.20614035</w:t>
            </w:r>
          </w:p>
        </w:tc>
        <w:tc>
          <w:tcPr>
            <w:tcW w:w="564" w:type="dxa"/>
            <w:tcMar>
              <w:top w:w="20" w:type="dxa"/>
              <w:left w:w="50" w:type="dxa"/>
              <w:bottom w:w="20" w:type="dxa"/>
              <w:right w:w="50" w:type="dxa"/>
            </w:tcMar>
          </w:tcPr>
          <w:p w14:paraId="313A3BB0" w14:textId="77777777" w:rsidR="00292F36" w:rsidRDefault="00000000">
            <w:r>
              <w:rPr>
                <w:sz w:val="12"/>
              </w:rPr>
              <w:t>0</w:t>
            </w:r>
          </w:p>
        </w:tc>
        <w:tc>
          <w:tcPr>
            <w:tcW w:w="564" w:type="dxa"/>
            <w:tcMar>
              <w:top w:w="20" w:type="dxa"/>
              <w:left w:w="50" w:type="dxa"/>
              <w:bottom w:w="20" w:type="dxa"/>
              <w:right w:w="50" w:type="dxa"/>
            </w:tcMar>
          </w:tcPr>
          <w:p w14:paraId="22109539" w14:textId="77777777" w:rsidR="00292F36" w:rsidRDefault="00000000">
            <w:r>
              <w:rPr>
                <w:sz w:val="12"/>
              </w:rPr>
              <w:t>0.01315789</w:t>
            </w:r>
          </w:p>
        </w:tc>
        <w:tc>
          <w:tcPr>
            <w:tcW w:w="564" w:type="dxa"/>
            <w:tcMar>
              <w:top w:w="20" w:type="dxa"/>
              <w:left w:w="50" w:type="dxa"/>
              <w:bottom w:w="20" w:type="dxa"/>
              <w:right w:w="50" w:type="dxa"/>
            </w:tcMar>
          </w:tcPr>
          <w:p w14:paraId="71396DB7" w14:textId="77777777" w:rsidR="00292F36" w:rsidRDefault="00000000">
            <w:r>
              <w:rPr>
                <w:sz w:val="12"/>
              </w:rPr>
              <w:t>0</w:t>
            </w:r>
          </w:p>
        </w:tc>
      </w:tr>
      <w:tr w:rsidR="00292F36" w14:paraId="4E6E6A1D" w14:textId="77777777">
        <w:tc>
          <w:tcPr>
            <w:tcW w:w="564" w:type="dxa"/>
            <w:tcMar>
              <w:top w:w="20" w:type="dxa"/>
              <w:left w:w="50" w:type="dxa"/>
              <w:bottom w:w="20" w:type="dxa"/>
              <w:right w:w="50" w:type="dxa"/>
            </w:tcMar>
          </w:tcPr>
          <w:p w14:paraId="17933A91" w14:textId="77777777" w:rsidR="00292F36" w:rsidRDefault="00000000">
            <w:r>
              <w:rPr>
                <w:sz w:val="12"/>
              </w:rPr>
              <w:t>2021_isla_todos_santos_isla_todos_santos_exposed_south_1</w:t>
            </w:r>
          </w:p>
        </w:tc>
        <w:tc>
          <w:tcPr>
            <w:tcW w:w="564" w:type="dxa"/>
            <w:tcMar>
              <w:top w:w="20" w:type="dxa"/>
              <w:left w:w="50" w:type="dxa"/>
              <w:bottom w:w="20" w:type="dxa"/>
              <w:right w:w="50" w:type="dxa"/>
            </w:tcMar>
          </w:tcPr>
          <w:p w14:paraId="063A96DC" w14:textId="77777777" w:rsidR="00292F36" w:rsidRDefault="00000000">
            <w:r>
              <w:rPr>
                <w:sz w:val="12"/>
              </w:rPr>
              <w:t>0.25553453</w:t>
            </w:r>
          </w:p>
        </w:tc>
        <w:tc>
          <w:tcPr>
            <w:tcW w:w="564" w:type="dxa"/>
            <w:tcMar>
              <w:top w:w="20" w:type="dxa"/>
              <w:left w:w="50" w:type="dxa"/>
              <w:bottom w:w="20" w:type="dxa"/>
              <w:right w:w="50" w:type="dxa"/>
            </w:tcMar>
          </w:tcPr>
          <w:p w14:paraId="10BA22A8" w14:textId="77777777" w:rsidR="00292F36" w:rsidRDefault="00000000">
            <w:r>
              <w:rPr>
                <w:sz w:val="12"/>
              </w:rPr>
              <w:t>0.80491685</w:t>
            </w:r>
          </w:p>
        </w:tc>
        <w:tc>
          <w:tcPr>
            <w:tcW w:w="564" w:type="dxa"/>
            <w:tcMar>
              <w:top w:w="20" w:type="dxa"/>
              <w:left w:w="50" w:type="dxa"/>
              <w:bottom w:w="20" w:type="dxa"/>
              <w:right w:w="50" w:type="dxa"/>
            </w:tcMar>
          </w:tcPr>
          <w:p w14:paraId="4FD04B5D" w14:textId="77777777" w:rsidR="00292F36" w:rsidRDefault="00000000">
            <w:r>
              <w:rPr>
                <w:sz w:val="12"/>
              </w:rPr>
              <w:t>2021</w:t>
            </w:r>
          </w:p>
        </w:tc>
        <w:tc>
          <w:tcPr>
            <w:tcW w:w="564" w:type="dxa"/>
            <w:tcMar>
              <w:top w:w="20" w:type="dxa"/>
              <w:left w:w="50" w:type="dxa"/>
              <w:bottom w:w="20" w:type="dxa"/>
              <w:right w:w="50" w:type="dxa"/>
            </w:tcMar>
          </w:tcPr>
          <w:p w14:paraId="04E821CE" w14:textId="77777777" w:rsidR="00292F36" w:rsidRDefault="00000000">
            <w:r>
              <w:rPr>
                <w:sz w:val="12"/>
              </w:rPr>
              <w:t>ensenada</w:t>
            </w:r>
          </w:p>
        </w:tc>
        <w:tc>
          <w:tcPr>
            <w:tcW w:w="564" w:type="dxa"/>
            <w:tcMar>
              <w:top w:w="20" w:type="dxa"/>
              <w:left w:w="50" w:type="dxa"/>
              <w:bottom w:w="20" w:type="dxa"/>
              <w:right w:w="50" w:type="dxa"/>
            </w:tcMar>
          </w:tcPr>
          <w:p w14:paraId="58658858" w14:textId="77777777" w:rsidR="00292F36" w:rsidRDefault="00000000">
            <w:r>
              <w:rPr>
                <w:sz w:val="12"/>
              </w:rPr>
              <w:t>North</w:t>
            </w:r>
          </w:p>
        </w:tc>
        <w:tc>
          <w:tcPr>
            <w:tcW w:w="564" w:type="dxa"/>
            <w:tcMar>
              <w:top w:w="20" w:type="dxa"/>
              <w:left w:w="50" w:type="dxa"/>
              <w:bottom w:w="20" w:type="dxa"/>
              <w:right w:w="50" w:type="dxa"/>
            </w:tcMar>
          </w:tcPr>
          <w:p w14:paraId="4A2C6DC3" w14:textId="77777777" w:rsidR="00292F36" w:rsidRDefault="00000000">
            <w:r>
              <w:rPr>
                <w:sz w:val="12"/>
              </w:rPr>
              <w:t>isla_todos_santos</w:t>
            </w:r>
          </w:p>
        </w:tc>
        <w:tc>
          <w:tcPr>
            <w:tcW w:w="564" w:type="dxa"/>
            <w:tcMar>
              <w:top w:w="20" w:type="dxa"/>
              <w:left w:w="50" w:type="dxa"/>
              <w:bottom w:w="20" w:type="dxa"/>
              <w:right w:w="50" w:type="dxa"/>
            </w:tcMar>
          </w:tcPr>
          <w:p w14:paraId="257BAADB" w14:textId="77777777" w:rsidR="00292F36" w:rsidRDefault="00000000">
            <w:r>
              <w:rPr>
                <w:sz w:val="12"/>
              </w:rPr>
              <w:t>isla_todos_santos_exposed_south</w:t>
            </w:r>
          </w:p>
        </w:tc>
        <w:tc>
          <w:tcPr>
            <w:tcW w:w="564" w:type="dxa"/>
            <w:tcMar>
              <w:top w:w="20" w:type="dxa"/>
              <w:left w:w="50" w:type="dxa"/>
              <w:bottom w:w="20" w:type="dxa"/>
              <w:right w:w="50" w:type="dxa"/>
            </w:tcMar>
          </w:tcPr>
          <w:p w14:paraId="1456654F" w14:textId="77777777" w:rsidR="00292F36" w:rsidRDefault="00000000">
            <w:r>
              <w:rPr>
                <w:sz w:val="12"/>
              </w:rPr>
              <w:t>17</w:t>
            </w:r>
          </w:p>
        </w:tc>
        <w:tc>
          <w:tcPr>
            <w:tcW w:w="564" w:type="dxa"/>
            <w:tcMar>
              <w:top w:w="20" w:type="dxa"/>
              <w:left w:w="50" w:type="dxa"/>
              <w:bottom w:w="20" w:type="dxa"/>
              <w:right w:w="50" w:type="dxa"/>
            </w:tcMar>
          </w:tcPr>
          <w:p w14:paraId="517941B1" w14:textId="77777777" w:rsidR="00292F36" w:rsidRDefault="00000000">
            <w:r>
              <w:rPr>
                <w:sz w:val="12"/>
              </w:rPr>
              <w:t>17.1100006</w:t>
            </w:r>
          </w:p>
        </w:tc>
        <w:tc>
          <w:tcPr>
            <w:tcW w:w="564" w:type="dxa"/>
            <w:tcMar>
              <w:top w:w="20" w:type="dxa"/>
              <w:left w:w="50" w:type="dxa"/>
              <w:bottom w:w="20" w:type="dxa"/>
              <w:right w:w="50" w:type="dxa"/>
            </w:tcMar>
          </w:tcPr>
          <w:p w14:paraId="33DA13C5" w14:textId="77777777" w:rsidR="00292F36" w:rsidRDefault="00000000">
            <w:r>
              <w:rPr>
                <w:sz w:val="12"/>
              </w:rPr>
              <w:t>0.22047079</w:t>
            </w:r>
          </w:p>
        </w:tc>
        <w:tc>
          <w:tcPr>
            <w:tcW w:w="564" w:type="dxa"/>
            <w:tcMar>
              <w:top w:w="20" w:type="dxa"/>
              <w:left w:w="50" w:type="dxa"/>
              <w:bottom w:w="20" w:type="dxa"/>
              <w:right w:w="50" w:type="dxa"/>
            </w:tcMar>
          </w:tcPr>
          <w:p w14:paraId="503538B1" w14:textId="77777777" w:rsidR="00292F36" w:rsidRDefault="00000000">
            <w:r>
              <w:rPr>
                <w:sz w:val="12"/>
              </w:rPr>
              <w:t>0.00398724</w:t>
            </w:r>
          </w:p>
        </w:tc>
        <w:tc>
          <w:tcPr>
            <w:tcW w:w="564" w:type="dxa"/>
            <w:tcMar>
              <w:top w:w="20" w:type="dxa"/>
              <w:left w:w="50" w:type="dxa"/>
              <w:bottom w:w="20" w:type="dxa"/>
              <w:right w:w="50" w:type="dxa"/>
            </w:tcMar>
          </w:tcPr>
          <w:p w14:paraId="24CCCD1F" w14:textId="77777777" w:rsidR="00292F36" w:rsidRDefault="00000000">
            <w:r>
              <w:rPr>
                <w:sz w:val="12"/>
              </w:rPr>
              <w:t>0.04944179</w:t>
            </w:r>
          </w:p>
        </w:tc>
        <w:tc>
          <w:tcPr>
            <w:tcW w:w="564" w:type="dxa"/>
            <w:tcMar>
              <w:top w:w="20" w:type="dxa"/>
              <w:left w:w="50" w:type="dxa"/>
              <w:bottom w:w="20" w:type="dxa"/>
              <w:right w:w="50" w:type="dxa"/>
            </w:tcMar>
          </w:tcPr>
          <w:p w14:paraId="5FE5EA89" w14:textId="77777777" w:rsidR="00292F36" w:rsidRDefault="00000000">
            <w:r>
              <w:rPr>
                <w:sz w:val="12"/>
              </w:rPr>
              <w:t>0.43779904</w:t>
            </w:r>
          </w:p>
        </w:tc>
        <w:tc>
          <w:tcPr>
            <w:tcW w:w="564" w:type="dxa"/>
            <w:tcMar>
              <w:top w:w="20" w:type="dxa"/>
              <w:left w:w="50" w:type="dxa"/>
              <w:bottom w:w="20" w:type="dxa"/>
              <w:right w:w="50" w:type="dxa"/>
            </w:tcMar>
          </w:tcPr>
          <w:p w14:paraId="12638687" w14:textId="77777777" w:rsidR="00292F36" w:rsidRDefault="00000000">
            <w:r>
              <w:rPr>
                <w:sz w:val="12"/>
              </w:rPr>
              <w:t>0.50877193</w:t>
            </w:r>
          </w:p>
        </w:tc>
        <w:tc>
          <w:tcPr>
            <w:tcW w:w="564" w:type="dxa"/>
            <w:tcMar>
              <w:top w:w="20" w:type="dxa"/>
              <w:left w:w="50" w:type="dxa"/>
              <w:bottom w:w="20" w:type="dxa"/>
              <w:right w:w="50" w:type="dxa"/>
            </w:tcMar>
          </w:tcPr>
          <w:p w14:paraId="0F2CAD15" w14:textId="77777777" w:rsidR="00292F36" w:rsidRDefault="00000000">
            <w:r>
              <w:rPr>
                <w:sz w:val="12"/>
              </w:rPr>
              <w:t>0</w:t>
            </w:r>
          </w:p>
        </w:tc>
        <w:tc>
          <w:tcPr>
            <w:tcW w:w="564" w:type="dxa"/>
            <w:tcMar>
              <w:top w:w="20" w:type="dxa"/>
              <w:left w:w="50" w:type="dxa"/>
              <w:bottom w:w="20" w:type="dxa"/>
              <w:right w:w="50" w:type="dxa"/>
            </w:tcMar>
          </w:tcPr>
          <w:p w14:paraId="3FF8AF68" w14:textId="77777777" w:rsidR="00292F36" w:rsidRDefault="00000000">
            <w:r>
              <w:rPr>
                <w:sz w:val="12"/>
              </w:rPr>
              <w:t>0</w:t>
            </w:r>
          </w:p>
        </w:tc>
        <w:tc>
          <w:tcPr>
            <w:tcW w:w="564" w:type="dxa"/>
            <w:tcMar>
              <w:top w:w="20" w:type="dxa"/>
              <w:left w:w="50" w:type="dxa"/>
              <w:bottom w:w="20" w:type="dxa"/>
              <w:right w:w="50" w:type="dxa"/>
            </w:tcMar>
          </w:tcPr>
          <w:p w14:paraId="426E0C23" w14:textId="77777777" w:rsidR="00292F36" w:rsidRDefault="00000000">
            <w:r>
              <w:rPr>
                <w:sz w:val="12"/>
              </w:rPr>
              <w:t>0</w:t>
            </w:r>
          </w:p>
        </w:tc>
        <w:tc>
          <w:tcPr>
            <w:tcW w:w="564" w:type="dxa"/>
            <w:tcMar>
              <w:top w:w="20" w:type="dxa"/>
              <w:left w:w="50" w:type="dxa"/>
              <w:bottom w:w="20" w:type="dxa"/>
              <w:right w:w="50" w:type="dxa"/>
            </w:tcMar>
          </w:tcPr>
          <w:p w14:paraId="12D46F03" w14:textId="77777777" w:rsidR="00292F36" w:rsidRDefault="00000000">
            <w:r>
              <w:rPr>
                <w:sz w:val="12"/>
              </w:rPr>
              <w:t>0</w:t>
            </w:r>
          </w:p>
        </w:tc>
        <w:tc>
          <w:tcPr>
            <w:tcW w:w="564" w:type="dxa"/>
            <w:tcMar>
              <w:top w:w="20" w:type="dxa"/>
              <w:left w:w="50" w:type="dxa"/>
              <w:bottom w:w="20" w:type="dxa"/>
              <w:right w:w="50" w:type="dxa"/>
            </w:tcMar>
          </w:tcPr>
          <w:p w14:paraId="7AB386D3" w14:textId="77777777" w:rsidR="00292F36" w:rsidRDefault="00000000">
            <w:r>
              <w:rPr>
                <w:sz w:val="12"/>
              </w:rPr>
              <w:t>0</w:t>
            </w:r>
          </w:p>
        </w:tc>
        <w:tc>
          <w:tcPr>
            <w:tcW w:w="564" w:type="dxa"/>
            <w:tcMar>
              <w:top w:w="20" w:type="dxa"/>
              <w:left w:w="50" w:type="dxa"/>
              <w:bottom w:w="20" w:type="dxa"/>
              <w:right w:w="50" w:type="dxa"/>
            </w:tcMar>
          </w:tcPr>
          <w:p w14:paraId="54484A75" w14:textId="77777777" w:rsidR="00292F36" w:rsidRDefault="00000000">
            <w:r>
              <w:rPr>
                <w:sz w:val="12"/>
              </w:rPr>
              <w:t>0.31004367</w:t>
            </w:r>
          </w:p>
        </w:tc>
        <w:tc>
          <w:tcPr>
            <w:tcW w:w="564" w:type="dxa"/>
            <w:tcMar>
              <w:top w:w="20" w:type="dxa"/>
              <w:left w:w="50" w:type="dxa"/>
              <w:bottom w:w="20" w:type="dxa"/>
              <w:right w:w="50" w:type="dxa"/>
            </w:tcMar>
          </w:tcPr>
          <w:p w14:paraId="745D4371" w14:textId="77777777" w:rsidR="00292F36" w:rsidRDefault="00000000">
            <w:r>
              <w:rPr>
                <w:sz w:val="12"/>
              </w:rPr>
              <w:t>0</w:t>
            </w:r>
          </w:p>
        </w:tc>
        <w:tc>
          <w:tcPr>
            <w:tcW w:w="564" w:type="dxa"/>
            <w:tcMar>
              <w:top w:w="20" w:type="dxa"/>
              <w:left w:w="50" w:type="dxa"/>
              <w:bottom w:w="20" w:type="dxa"/>
              <w:right w:w="50" w:type="dxa"/>
            </w:tcMar>
          </w:tcPr>
          <w:p w14:paraId="38F13731" w14:textId="77777777" w:rsidR="00292F36" w:rsidRDefault="00000000">
            <w:r>
              <w:rPr>
                <w:sz w:val="12"/>
              </w:rPr>
              <w:t>0.23144105</w:t>
            </w:r>
          </w:p>
        </w:tc>
        <w:tc>
          <w:tcPr>
            <w:tcW w:w="564" w:type="dxa"/>
            <w:tcMar>
              <w:top w:w="20" w:type="dxa"/>
              <w:left w:w="50" w:type="dxa"/>
              <w:bottom w:w="20" w:type="dxa"/>
              <w:right w:w="50" w:type="dxa"/>
            </w:tcMar>
          </w:tcPr>
          <w:p w14:paraId="18DF3748" w14:textId="77777777" w:rsidR="00292F36" w:rsidRDefault="00000000">
            <w:r>
              <w:rPr>
                <w:sz w:val="12"/>
              </w:rPr>
              <w:t>0.00873362</w:t>
            </w:r>
          </w:p>
        </w:tc>
        <w:tc>
          <w:tcPr>
            <w:tcW w:w="564" w:type="dxa"/>
            <w:tcMar>
              <w:top w:w="20" w:type="dxa"/>
              <w:left w:w="50" w:type="dxa"/>
              <w:bottom w:w="20" w:type="dxa"/>
              <w:right w:w="50" w:type="dxa"/>
            </w:tcMar>
          </w:tcPr>
          <w:p w14:paraId="46588EE3" w14:textId="77777777" w:rsidR="00292F36" w:rsidRDefault="00000000">
            <w:r>
              <w:rPr>
                <w:sz w:val="12"/>
              </w:rPr>
              <w:t>0.44978166</w:t>
            </w:r>
          </w:p>
        </w:tc>
      </w:tr>
      <w:tr w:rsidR="00292F36" w14:paraId="278B5237" w14:textId="77777777">
        <w:tc>
          <w:tcPr>
            <w:tcW w:w="564" w:type="dxa"/>
            <w:tcMar>
              <w:top w:w="20" w:type="dxa"/>
              <w:left w:w="50" w:type="dxa"/>
              <w:bottom w:w="20" w:type="dxa"/>
              <w:right w:w="50" w:type="dxa"/>
            </w:tcMar>
          </w:tcPr>
          <w:p w14:paraId="7CE9B798" w14:textId="77777777" w:rsidR="00292F36" w:rsidRDefault="00000000">
            <w:r>
              <w:rPr>
                <w:sz w:val="12"/>
              </w:rPr>
              <w:t>2021_isla_todos_santos_isla_todos_santos_exposed_south_2</w:t>
            </w:r>
          </w:p>
        </w:tc>
        <w:tc>
          <w:tcPr>
            <w:tcW w:w="564" w:type="dxa"/>
            <w:tcMar>
              <w:top w:w="20" w:type="dxa"/>
              <w:left w:w="50" w:type="dxa"/>
              <w:bottom w:w="20" w:type="dxa"/>
              <w:right w:w="50" w:type="dxa"/>
            </w:tcMar>
          </w:tcPr>
          <w:p w14:paraId="2D3532FD" w14:textId="77777777" w:rsidR="00292F36" w:rsidRDefault="00000000">
            <w:r>
              <w:rPr>
                <w:sz w:val="12"/>
              </w:rPr>
              <w:t>0.21397678</w:t>
            </w:r>
          </w:p>
        </w:tc>
        <w:tc>
          <w:tcPr>
            <w:tcW w:w="564" w:type="dxa"/>
            <w:tcMar>
              <w:top w:w="20" w:type="dxa"/>
              <w:left w:w="50" w:type="dxa"/>
              <w:bottom w:w="20" w:type="dxa"/>
              <w:right w:w="50" w:type="dxa"/>
            </w:tcMar>
          </w:tcPr>
          <w:p w14:paraId="6CF1D59F" w14:textId="77777777" w:rsidR="00292F36" w:rsidRDefault="00000000">
            <w:r>
              <w:rPr>
                <w:sz w:val="12"/>
              </w:rPr>
              <w:t>0.86576133</w:t>
            </w:r>
          </w:p>
        </w:tc>
        <w:tc>
          <w:tcPr>
            <w:tcW w:w="564" w:type="dxa"/>
            <w:tcMar>
              <w:top w:w="20" w:type="dxa"/>
              <w:left w:w="50" w:type="dxa"/>
              <w:bottom w:w="20" w:type="dxa"/>
              <w:right w:w="50" w:type="dxa"/>
            </w:tcMar>
          </w:tcPr>
          <w:p w14:paraId="149D1A11" w14:textId="77777777" w:rsidR="00292F36" w:rsidRDefault="00000000">
            <w:r>
              <w:rPr>
                <w:sz w:val="12"/>
              </w:rPr>
              <w:t>2021</w:t>
            </w:r>
          </w:p>
        </w:tc>
        <w:tc>
          <w:tcPr>
            <w:tcW w:w="564" w:type="dxa"/>
            <w:tcMar>
              <w:top w:w="20" w:type="dxa"/>
              <w:left w:w="50" w:type="dxa"/>
              <w:bottom w:w="20" w:type="dxa"/>
              <w:right w:w="50" w:type="dxa"/>
            </w:tcMar>
          </w:tcPr>
          <w:p w14:paraId="69FDC7D4" w14:textId="77777777" w:rsidR="00292F36" w:rsidRDefault="00000000">
            <w:r>
              <w:rPr>
                <w:sz w:val="12"/>
              </w:rPr>
              <w:t>ensenada</w:t>
            </w:r>
          </w:p>
        </w:tc>
        <w:tc>
          <w:tcPr>
            <w:tcW w:w="564" w:type="dxa"/>
            <w:tcMar>
              <w:top w:w="20" w:type="dxa"/>
              <w:left w:w="50" w:type="dxa"/>
              <w:bottom w:w="20" w:type="dxa"/>
              <w:right w:w="50" w:type="dxa"/>
            </w:tcMar>
          </w:tcPr>
          <w:p w14:paraId="47E7FF0F" w14:textId="77777777" w:rsidR="00292F36" w:rsidRDefault="00000000">
            <w:r>
              <w:rPr>
                <w:sz w:val="12"/>
              </w:rPr>
              <w:t>North</w:t>
            </w:r>
          </w:p>
        </w:tc>
        <w:tc>
          <w:tcPr>
            <w:tcW w:w="564" w:type="dxa"/>
            <w:tcMar>
              <w:top w:w="20" w:type="dxa"/>
              <w:left w:w="50" w:type="dxa"/>
              <w:bottom w:w="20" w:type="dxa"/>
              <w:right w:w="50" w:type="dxa"/>
            </w:tcMar>
          </w:tcPr>
          <w:p w14:paraId="2A30C3A2" w14:textId="77777777" w:rsidR="00292F36" w:rsidRDefault="00000000">
            <w:r>
              <w:rPr>
                <w:sz w:val="12"/>
              </w:rPr>
              <w:t>isla_todos_santos</w:t>
            </w:r>
          </w:p>
        </w:tc>
        <w:tc>
          <w:tcPr>
            <w:tcW w:w="564" w:type="dxa"/>
            <w:tcMar>
              <w:top w:w="20" w:type="dxa"/>
              <w:left w:w="50" w:type="dxa"/>
              <w:bottom w:w="20" w:type="dxa"/>
              <w:right w:w="50" w:type="dxa"/>
            </w:tcMar>
          </w:tcPr>
          <w:p w14:paraId="2BCDE7E2" w14:textId="77777777" w:rsidR="00292F36" w:rsidRDefault="00000000">
            <w:r>
              <w:rPr>
                <w:sz w:val="12"/>
              </w:rPr>
              <w:t>isla_todos_santos_exposed_south</w:t>
            </w:r>
          </w:p>
        </w:tc>
        <w:tc>
          <w:tcPr>
            <w:tcW w:w="564" w:type="dxa"/>
            <w:tcMar>
              <w:top w:w="20" w:type="dxa"/>
              <w:left w:w="50" w:type="dxa"/>
              <w:bottom w:w="20" w:type="dxa"/>
              <w:right w:w="50" w:type="dxa"/>
            </w:tcMar>
          </w:tcPr>
          <w:p w14:paraId="15458E43" w14:textId="77777777" w:rsidR="00292F36" w:rsidRDefault="00000000">
            <w:r>
              <w:rPr>
                <w:sz w:val="12"/>
              </w:rPr>
              <w:t>17</w:t>
            </w:r>
          </w:p>
        </w:tc>
        <w:tc>
          <w:tcPr>
            <w:tcW w:w="564" w:type="dxa"/>
            <w:tcMar>
              <w:top w:w="20" w:type="dxa"/>
              <w:left w:w="50" w:type="dxa"/>
              <w:bottom w:w="20" w:type="dxa"/>
              <w:right w:w="50" w:type="dxa"/>
            </w:tcMar>
          </w:tcPr>
          <w:p w14:paraId="286F6CEB" w14:textId="77777777" w:rsidR="00292F36" w:rsidRDefault="00000000">
            <w:r>
              <w:rPr>
                <w:sz w:val="12"/>
              </w:rPr>
              <w:t>17.1100006</w:t>
            </w:r>
          </w:p>
        </w:tc>
        <w:tc>
          <w:tcPr>
            <w:tcW w:w="564" w:type="dxa"/>
            <w:tcMar>
              <w:top w:w="20" w:type="dxa"/>
              <w:left w:w="50" w:type="dxa"/>
              <w:bottom w:w="20" w:type="dxa"/>
              <w:right w:w="50" w:type="dxa"/>
            </w:tcMar>
          </w:tcPr>
          <w:p w14:paraId="55B23F46" w14:textId="77777777" w:rsidR="00292F36" w:rsidRDefault="00000000">
            <w:r>
              <w:rPr>
                <w:sz w:val="12"/>
              </w:rPr>
              <w:t>0.22047079</w:t>
            </w:r>
          </w:p>
        </w:tc>
        <w:tc>
          <w:tcPr>
            <w:tcW w:w="564" w:type="dxa"/>
            <w:tcMar>
              <w:top w:w="20" w:type="dxa"/>
              <w:left w:w="50" w:type="dxa"/>
              <w:bottom w:w="20" w:type="dxa"/>
              <w:right w:w="50" w:type="dxa"/>
            </w:tcMar>
          </w:tcPr>
          <w:p w14:paraId="32323A58" w14:textId="77777777" w:rsidR="00292F36" w:rsidRDefault="00000000">
            <w:r>
              <w:rPr>
                <w:sz w:val="12"/>
              </w:rPr>
              <w:t>0</w:t>
            </w:r>
          </w:p>
        </w:tc>
        <w:tc>
          <w:tcPr>
            <w:tcW w:w="564" w:type="dxa"/>
            <w:tcMar>
              <w:top w:w="20" w:type="dxa"/>
              <w:left w:w="50" w:type="dxa"/>
              <w:bottom w:w="20" w:type="dxa"/>
              <w:right w:w="50" w:type="dxa"/>
            </w:tcMar>
          </w:tcPr>
          <w:p w14:paraId="4BF51A9C" w14:textId="77777777" w:rsidR="00292F36" w:rsidRDefault="00000000">
            <w:r>
              <w:rPr>
                <w:sz w:val="12"/>
              </w:rPr>
              <w:t>0.05577689</w:t>
            </w:r>
          </w:p>
        </w:tc>
        <w:tc>
          <w:tcPr>
            <w:tcW w:w="564" w:type="dxa"/>
            <w:tcMar>
              <w:top w:w="20" w:type="dxa"/>
              <w:left w:w="50" w:type="dxa"/>
              <w:bottom w:w="20" w:type="dxa"/>
              <w:right w:w="50" w:type="dxa"/>
            </w:tcMar>
          </w:tcPr>
          <w:p w14:paraId="150AA7F1" w14:textId="77777777" w:rsidR="00292F36" w:rsidRDefault="00000000">
            <w:r>
              <w:rPr>
                <w:sz w:val="12"/>
              </w:rPr>
              <w:t>0.48007968</w:t>
            </w:r>
          </w:p>
        </w:tc>
        <w:tc>
          <w:tcPr>
            <w:tcW w:w="564" w:type="dxa"/>
            <w:tcMar>
              <w:top w:w="20" w:type="dxa"/>
              <w:left w:w="50" w:type="dxa"/>
              <w:bottom w:w="20" w:type="dxa"/>
              <w:right w:w="50" w:type="dxa"/>
            </w:tcMar>
          </w:tcPr>
          <w:p w14:paraId="54D99726" w14:textId="77777777" w:rsidR="00292F36" w:rsidRDefault="00000000">
            <w:r>
              <w:rPr>
                <w:sz w:val="12"/>
              </w:rPr>
              <w:t>0.46414343</w:t>
            </w:r>
          </w:p>
        </w:tc>
        <w:tc>
          <w:tcPr>
            <w:tcW w:w="564" w:type="dxa"/>
            <w:tcMar>
              <w:top w:w="20" w:type="dxa"/>
              <w:left w:w="50" w:type="dxa"/>
              <w:bottom w:w="20" w:type="dxa"/>
              <w:right w:w="50" w:type="dxa"/>
            </w:tcMar>
          </w:tcPr>
          <w:p w14:paraId="3A887B66" w14:textId="77777777" w:rsidR="00292F36" w:rsidRDefault="00000000">
            <w:r>
              <w:rPr>
                <w:sz w:val="12"/>
              </w:rPr>
              <w:t>0</w:t>
            </w:r>
          </w:p>
        </w:tc>
        <w:tc>
          <w:tcPr>
            <w:tcW w:w="564" w:type="dxa"/>
            <w:tcMar>
              <w:top w:w="20" w:type="dxa"/>
              <w:left w:w="50" w:type="dxa"/>
              <w:bottom w:w="20" w:type="dxa"/>
              <w:right w:w="50" w:type="dxa"/>
            </w:tcMar>
          </w:tcPr>
          <w:p w14:paraId="20F2D5CB" w14:textId="77777777" w:rsidR="00292F36" w:rsidRDefault="00000000">
            <w:r>
              <w:rPr>
                <w:sz w:val="12"/>
              </w:rPr>
              <w:t>0</w:t>
            </w:r>
          </w:p>
        </w:tc>
        <w:tc>
          <w:tcPr>
            <w:tcW w:w="564" w:type="dxa"/>
            <w:tcMar>
              <w:top w:w="20" w:type="dxa"/>
              <w:left w:w="50" w:type="dxa"/>
              <w:bottom w:w="20" w:type="dxa"/>
              <w:right w:w="50" w:type="dxa"/>
            </w:tcMar>
          </w:tcPr>
          <w:p w14:paraId="1F008924" w14:textId="77777777" w:rsidR="00292F36" w:rsidRDefault="00000000">
            <w:r>
              <w:rPr>
                <w:sz w:val="12"/>
              </w:rPr>
              <w:t>0</w:t>
            </w:r>
          </w:p>
        </w:tc>
        <w:tc>
          <w:tcPr>
            <w:tcW w:w="564" w:type="dxa"/>
            <w:tcMar>
              <w:top w:w="20" w:type="dxa"/>
              <w:left w:w="50" w:type="dxa"/>
              <w:bottom w:w="20" w:type="dxa"/>
              <w:right w:w="50" w:type="dxa"/>
            </w:tcMar>
          </w:tcPr>
          <w:p w14:paraId="7299ECFD" w14:textId="77777777" w:rsidR="00292F36" w:rsidRDefault="00000000">
            <w:r>
              <w:rPr>
                <w:sz w:val="12"/>
              </w:rPr>
              <w:t>0</w:t>
            </w:r>
          </w:p>
        </w:tc>
        <w:tc>
          <w:tcPr>
            <w:tcW w:w="564" w:type="dxa"/>
            <w:tcMar>
              <w:top w:w="20" w:type="dxa"/>
              <w:left w:w="50" w:type="dxa"/>
              <w:bottom w:w="20" w:type="dxa"/>
              <w:right w:w="50" w:type="dxa"/>
            </w:tcMar>
          </w:tcPr>
          <w:p w14:paraId="1625879F" w14:textId="77777777" w:rsidR="00292F36" w:rsidRDefault="00000000">
            <w:r>
              <w:rPr>
                <w:sz w:val="12"/>
              </w:rPr>
              <w:t>0</w:t>
            </w:r>
          </w:p>
        </w:tc>
        <w:tc>
          <w:tcPr>
            <w:tcW w:w="564" w:type="dxa"/>
            <w:tcMar>
              <w:top w:w="20" w:type="dxa"/>
              <w:left w:w="50" w:type="dxa"/>
              <w:bottom w:w="20" w:type="dxa"/>
              <w:right w:w="50" w:type="dxa"/>
            </w:tcMar>
          </w:tcPr>
          <w:p w14:paraId="38D08CD8" w14:textId="77777777" w:rsidR="00292F36" w:rsidRDefault="00000000">
            <w:r>
              <w:rPr>
                <w:sz w:val="12"/>
              </w:rPr>
              <w:t>0.22421525</w:t>
            </w:r>
          </w:p>
        </w:tc>
        <w:tc>
          <w:tcPr>
            <w:tcW w:w="564" w:type="dxa"/>
            <w:tcMar>
              <w:top w:w="20" w:type="dxa"/>
              <w:left w:w="50" w:type="dxa"/>
              <w:bottom w:w="20" w:type="dxa"/>
              <w:right w:w="50" w:type="dxa"/>
            </w:tcMar>
          </w:tcPr>
          <w:p w14:paraId="33B80925" w14:textId="77777777" w:rsidR="00292F36" w:rsidRDefault="00000000">
            <w:r>
              <w:rPr>
                <w:sz w:val="12"/>
              </w:rPr>
              <w:t>0</w:t>
            </w:r>
          </w:p>
        </w:tc>
        <w:tc>
          <w:tcPr>
            <w:tcW w:w="564" w:type="dxa"/>
            <w:tcMar>
              <w:top w:w="20" w:type="dxa"/>
              <w:left w:w="50" w:type="dxa"/>
              <w:bottom w:w="20" w:type="dxa"/>
              <w:right w:w="50" w:type="dxa"/>
            </w:tcMar>
          </w:tcPr>
          <w:p w14:paraId="36439FA4" w14:textId="77777777" w:rsidR="00292F36" w:rsidRDefault="00000000">
            <w:r>
              <w:rPr>
                <w:sz w:val="12"/>
              </w:rPr>
              <w:t>0.24663677</w:t>
            </w:r>
          </w:p>
        </w:tc>
        <w:tc>
          <w:tcPr>
            <w:tcW w:w="564" w:type="dxa"/>
            <w:tcMar>
              <w:top w:w="20" w:type="dxa"/>
              <w:left w:w="50" w:type="dxa"/>
              <w:bottom w:w="20" w:type="dxa"/>
              <w:right w:w="50" w:type="dxa"/>
            </w:tcMar>
          </w:tcPr>
          <w:p w14:paraId="5B503031" w14:textId="77777777" w:rsidR="00292F36" w:rsidRDefault="00000000">
            <w:r>
              <w:rPr>
                <w:sz w:val="12"/>
              </w:rPr>
              <w:t>0.04035874</w:t>
            </w:r>
          </w:p>
        </w:tc>
        <w:tc>
          <w:tcPr>
            <w:tcW w:w="564" w:type="dxa"/>
            <w:tcMar>
              <w:top w:w="20" w:type="dxa"/>
              <w:left w:w="50" w:type="dxa"/>
              <w:bottom w:w="20" w:type="dxa"/>
              <w:right w:w="50" w:type="dxa"/>
            </w:tcMar>
          </w:tcPr>
          <w:p w14:paraId="2E55AAEF" w14:textId="77777777" w:rsidR="00292F36" w:rsidRDefault="00000000">
            <w:r>
              <w:rPr>
                <w:sz w:val="12"/>
              </w:rPr>
              <w:t>0.48878924</w:t>
            </w:r>
          </w:p>
        </w:tc>
      </w:tr>
      <w:tr w:rsidR="00292F36" w14:paraId="58AC7A9A" w14:textId="77777777">
        <w:tc>
          <w:tcPr>
            <w:tcW w:w="564" w:type="dxa"/>
            <w:tcMar>
              <w:top w:w="20" w:type="dxa"/>
              <w:left w:w="50" w:type="dxa"/>
              <w:bottom w:w="20" w:type="dxa"/>
              <w:right w:w="50" w:type="dxa"/>
            </w:tcMar>
          </w:tcPr>
          <w:p w14:paraId="26DDD515" w14:textId="77777777" w:rsidR="00292F36" w:rsidRDefault="00000000">
            <w:r>
              <w:rPr>
                <w:sz w:val="12"/>
              </w:rPr>
              <w:t>2021_piedra_blanca_piedra_blanca_deep_1</w:t>
            </w:r>
          </w:p>
        </w:tc>
        <w:tc>
          <w:tcPr>
            <w:tcW w:w="564" w:type="dxa"/>
            <w:tcMar>
              <w:top w:w="20" w:type="dxa"/>
              <w:left w:w="50" w:type="dxa"/>
              <w:bottom w:w="20" w:type="dxa"/>
              <w:right w:w="50" w:type="dxa"/>
            </w:tcMar>
          </w:tcPr>
          <w:p w14:paraId="27445CF3" w14:textId="77777777" w:rsidR="00292F36" w:rsidRDefault="00000000">
            <w:r>
              <w:rPr>
                <w:sz w:val="12"/>
              </w:rPr>
              <w:t>-0.152908</w:t>
            </w:r>
          </w:p>
        </w:tc>
        <w:tc>
          <w:tcPr>
            <w:tcW w:w="564" w:type="dxa"/>
            <w:tcMar>
              <w:top w:w="20" w:type="dxa"/>
              <w:left w:w="50" w:type="dxa"/>
              <w:bottom w:w="20" w:type="dxa"/>
              <w:right w:w="50" w:type="dxa"/>
            </w:tcMar>
          </w:tcPr>
          <w:p w14:paraId="04AE9359" w14:textId="77777777" w:rsidR="00292F36" w:rsidRDefault="00000000">
            <w:r>
              <w:rPr>
                <w:sz w:val="12"/>
              </w:rPr>
              <w:t>-0.354333</w:t>
            </w:r>
          </w:p>
        </w:tc>
        <w:tc>
          <w:tcPr>
            <w:tcW w:w="564" w:type="dxa"/>
            <w:tcMar>
              <w:top w:w="20" w:type="dxa"/>
              <w:left w:w="50" w:type="dxa"/>
              <w:bottom w:w="20" w:type="dxa"/>
              <w:right w:w="50" w:type="dxa"/>
            </w:tcMar>
          </w:tcPr>
          <w:p w14:paraId="3857723B" w14:textId="77777777" w:rsidR="00292F36" w:rsidRDefault="00000000">
            <w:r>
              <w:rPr>
                <w:sz w:val="12"/>
              </w:rPr>
              <w:t>2021</w:t>
            </w:r>
          </w:p>
        </w:tc>
        <w:tc>
          <w:tcPr>
            <w:tcW w:w="564" w:type="dxa"/>
            <w:tcMar>
              <w:top w:w="20" w:type="dxa"/>
              <w:left w:w="50" w:type="dxa"/>
              <w:bottom w:w="20" w:type="dxa"/>
              <w:right w:w="50" w:type="dxa"/>
            </w:tcMar>
          </w:tcPr>
          <w:p w14:paraId="0DC6246B" w14:textId="77777777" w:rsidR="00292F36" w:rsidRDefault="00000000">
            <w:r>
              <w:rPr>
                <w:sz w:val="12"/>
              </w:rPr>
              <w:t>punta_eugenia</w:t>
            </w:r>
          </w:p>
        </w:tc>
        <w:tc>
          <w:tcPr>
            <w:tcW w:w="564" w:type="dxa"/>
            <w:tcMar>
              <w:top w:w="20" w:type="dxa"/>
              <w:left w:w="50" w:type="dxa"/>
              <w:bottom w:w="20" w:type="dxa"/>
              <w:right w:w="50" w:type="dxa"/>
            </w:tcMar>
          </w:tcPr>
          <w:p w14:paraId="056FCE54" w14:textId="77777777" w:rsidR="00292F36" w:rsidRDefault="00000000">
            <w:r>
              <w:rPr>
                <w:sz w:val="12"/>
              </w:rPr>
              <w:t>South</w:t>
            </w:r>
          </w:p>
        </w:tc>
        <w:tc>
          <w:tcPr>
            <w:tcW w:w="564" w:type="dxa"/>
            <w:tcMar>
              <w:top w:w="20" w:type="dxa"/>
              <w:left w:w="50" w:type="dxa"/>
              <w:bottom w:w="20" w:type="dxa"/>
              <w:right w:w="50" w:type="dxa"/>
            </w:tcMar>
          </w:tcPr>
          <w:p w14:paraId="2D4B1B7F" w14:textId="77777777" w:rsidR="00292F36" w:rsidRDefault="00000000">
            <w:r>
              <w:rPr>
                <w:sz w:val="12"/>
              </w:rPr>
              <w:t>piedra_blanca</w:t>
            </w:r>
          </w:p>
        </w:tc>
        <w:tc>
          <w:tcPr>
            <w:tcW w:w="564" w:type="dxa"/>
            <w:tcMar>
              <w:top w:w="20" w:type="dxa"/>
              <w:left w:w="50" w:type="dxa"/>
              <w:bottom w:w="20" w:type="dxa"/>
              <w:right w:w="50" w:type="dxa"/>
            </w:tcMar>
          </w:tcPr>
          <w:p w14:paraId="356AACB5" w14:textId="77777777" w:rsidR="00292F36" w:rsidRDefault="00000000">
            <w:r>
              <w:rPr>
                <w:sz w:val="12"/>
              </w:rPr>
              <w:t>piedra_blanca_deep</w:t>
            </w:r>
          </w:p>
        </w:tc>
        <w:tc>
          <w:tcPr>
            <w:tcW w:w="564" w:type="dxa"/>
            <w:tcMar>
              <w:top w:w="20" w:type="dxa"/>
              <w:left w:w="50" w:type="dxa"/>
              <w:bottom w:w="20" w:type="dxa"/>
              <w:right w:w="50" w:type="dxa"/>
            </w:tcMar>
          </w:tcPr>
          <w:p w14:paraId="58705FDD" w14:textId="77777777" w:rsidR="00292F36" w:rsidRDefault="00000000">
            <w:r>
              <w:rPr>
                <w:sz w:val="12"/>
              </w:rPr>
              <w:t>14.5</w:t>
            </w:r>
          </w:p>
        </w:tc>
        <w:tc>
          <w:tcPr>
            <w:tcW w:w="564" w:type="dxa"/>
            <w:tcMar>
              <w:top w:w="20" w:type="dxa"/>
              <w:left w:w="50" w:type="dxa"/>
              <w:bottom w:w="20" w:type="dxa"/>
              <w:right w:w="50" w:type="dxa"/>
            </w:tcMar>
          </w:tcPr>
          <w:p w14:paraId="6A1A7F65" w14:textId="77777777" w:rsidR="00292F36" w:rsidRDefault="00000000">
            <w:r>
              <w:rPr>
                <w:sz w:val="12"/>
              </w:rPr>
              <w:t>18.7399998</w:t>
            </w:r>
          </w:p>
        </w:tc>
        <w:tc>
          <w:tcPr>
            <w:tcW w:w="564" w:type="dxa"/>
            <w:tcMar>
              <w:top w:w="20" w:type="dxa"/>
              <w:left w:w="50" w:type="dxa"/>
              <w:bottom w:w="20" w:type="dxa"/>
              <w:right w:w="50" w:type="dxa"/>
            </w:tcMar>
          </w:tcPr>
          <w:p w14:paraId="159624EE" w14:textId="77777777" w:rsidR="00292F36" w:rsidRDefault="00000000">
            <w:r>
              <w:rPr>
                <w:sz w:val="12"/>
              </w:rPr>
              <w:t>3.54124447</w:t>
            </w:r>
          </w:p>
        </w:tc>
        <w:tc>
          <w:tcPr>
            <w:tcW w:w="564" w:type="dxa"/>
            <w:tcMar>
              <w:top w:w="20" w:type="dxa"/>
              <w:left w:w="50" w:type="dxa"/>
              <w:bottom w:w="20" w:type="dxa"/>
              <w:right w:w="50" w:type="dxa"/>
            </w:tcMar>
          </w:tcPr>
          <w:p w14:paraId="3C136CC4" w14:textId="77777777" w:rsidR="00292F36" w:rsidRDefault="00000000">
            <w:r>
              <w:rPr>
                <w:sz w:val="12"/>
              </w:rPr>
              <w:t>0.63299663</w:t>
            </w:r>
          </w:p>
        </w:tc>
        <w:tc>
          <w:tcPr>
            <w:tcW w:w="564" w:type="dxa"/>
            <w:tcMar>
              <w:top w:w="20" w:type="dxa"/>
              <w:left w:w="50" w:type="dxa"/>
              <w:bottom w:w="20" w:type="dxa"/>
              <w:right w:w="50" w:type="dxa"/>
            </w:tcMar>
          </w:tcPr>
          <w:p w14:paraId="50407EC8" w14:textId="77777777" w:rsidR="00292F36" w:rsidRDefault="00000000">
            <w:r>
              <w:rPr>
                <w:sz w:val="12"/>
              </w:rPr>
              <w:t>0.36026936</w:t>
            </w:r>
          </w:p>
        </w:tc>
        <w:tc>
          <w:tcPr>
            <w:tcW w:w="564" w:type="dxa"/>
            <w:tcMar>
              <w:top w:w="20" w:type="dxa"/>
              <w:left w:w="50" w:type="dxa"/>
              <w:bottom w:w="20" w:type="dxa"/>
              <w:right w:w="50" w:type="dxa"/>
            </w:tcMar>
          </w:tcPr>
          <w:p w14:paraId="554CA7DB" w14:textId="77777777" w:rsidR="00292F36" w:rsidRDefault="00000000">
            <w:r>
              <w:rPr>
                <w:sz w:val="12"/>
              </w:rPr>
              <w:t>0</w:t>
            </w:r>
          </w:p>
        </w:tc>
        <w:tc>
          <w:tcPr>
            <w:tcW w:w="564" w:type="dxa"/>
            <w:tcMar>
              <w:top w:w="20" w:type="dxa"/>
              <w:left w:w="50" w:type="dxa"/>
              <w:bottom w:w="20" w:type="dxa"/>
              <w:right w:w="50" w:type="dxa"/>
            </w:tcMar>
          </w:tcPr>
          <w:p w14:paraId="78D0574B" w14:textId="77777777" w:rsidR="00292F36" w:rsidRDefault="00000000">
            <w:r>
              <w:rPr>
                <w:sz w:val="12"/>
              </w:rPr>
              <w:t>0.00673401</w:t>
            </w:r>
          </w:p>
        </w:tc>
        <w:tc>
          <w:tcPr>
            <w:tcW w:w="564" w:type="dxa"/>
            <w:tcMar>
              <w:top w:w="20" w:type="dxa"/>
              <w:left w:w="50" w:type="dxa"/>
              <w:bottom w:w="20" w:type="dxa"/>
              <w:right w:w="50" w:type="dxa"/>
            </w:tcMar>
          </w:tcPr>
          <w:p w14:paraId="6BB1D72C" w14:textId="77777777" w:rsidR="00292F36" w:rsidRDefault="00000000">
            <w:r>
              <w:rPr>
                <w:sz w:val="12"/>
              </w:rPr>
              <w:t>0</w:t>
            </w:r>
          </w:p>
        </w:tc>
        <w:tc>
          <w:tcPr>
            <w:tcW w:w="564" w:type="dxa"/>
            <w:tcMar>
              <w:top w:w="20" w:type="dxa"/>
              <w:left w:w="50" w:type="dxa"/>
              <w:bottom w:w="20" w:type="dxa"/>
              <w:right w:w="50" w:type="dxa"/>
            </w:tcMar>
          </w:tcPr>
          <w:p w14:paraId="2098A7A6" w14:textId="77777777" w:rsidR="00292F36" w:rsidRDefault="00000000">
            <w:r>
              <w:rPr>
                <w:sz w:val="12"/>
              </w:rPr>
              <w:t>0</w:t>
            </w:r>
          </w:p>
        </w:tc>
        <w:tc>
          <w:tcPr>
            <w:tcW w:w="564" w:type="dxa"/>
            <w:tcMar>
              <w:top w:w="20" w:type="dxa"/>
              <w:left w:w="50" w:type="dxa"/>
              <w:bottom w:w="20" w:type="dxa"/>
              <w:right w:w="50" w:type="dxa"/>
            </w:tcMar>
          </w:tcPr>
          <w:p w14:paraId="1B645E1A" w14:textId="77777777" w:rsidR="00292F36" w:rsidRDefault="00000000">
            <w:r>
              <w:rPr>
                <w:sz w:val="12"/>
              </w:rPr>
              <w:t>0</w:t>
            </w:r>
          </w:p>
        </w:tc>
        <w:tc>
          <w:tcPr>
            <w:tcW w:w="564" w:type="dxa"/>
            <w:tcMar>
              <w:top w:w="20" w:type="dxa"/>
              <w:left w:w="50" w:type="dxa"/>
              <w:bottom w:w="20" w:type="dxa"/>
              <w:right w:w="50" w:type="dxa"/>
            </w:tcMar>
          </w:tcPr>
          <w:p w14:paraId="747ADA44" w14:textId="77777777" w:rsidR="00292F36" w:rsidRDefault="00000000">
            <w:r>
              <w:rPr>
                <w:sz w:val="12"/>
              </w:rPr>
              <w:t>0</w:t>
            </w:r>
          </w:p>
        </w:tc>
        <w:tc>
          <w:tcPr>
            <w:tcW w:w="564" w:type="dxa"/>
            <w:tcMar>
              <w:top w:w="20" w:type="dxa"/>
              <w:left w:w="50" w:type="dxa"/>
              <w:bottom w:w="20" w:type="dxa"/>
              <w:right w:w="50" w:type="dxa"/>
            </w:tcMar>
          </w:tcPr>
          <w:p w14:paraId="28146634" w14:textId="77777777" w:rsidR="00292F36" w:rsidRDefault="00000000">
            <w:r>
              <w:rPr>
                <w:sz w:val="12"/>
              </w:rPr>
              <w:t>0.04225352</w:t>
            </w:r>
          </w:p>
        </w:tc>
        <w:tc>
          <w:tcPr>
            <w:tcW w:w="564" w:type="dxa"/>
            <w:tcMar>
              <w:top w:w="20" w:type="dxa"/>
              <w:left w:w="50" w:type="dxa"/>
              <w:bottom w:w="20" w:type="dxa"/>
              <w:right w:w="50" w:type="dxa"/>
            </w:tcMar>
          </w:tcPr>
          <w:p w14:paraId="31A1AA57" w14:textId="77777777" w:rsidR="00292F36" w:rsidRDefault="00000000">
            <w:r>
              <w:rPr>
                <w:sz w:val="12"/>
              </w:rPr>
              <w:t>0.66197183</w:t>
            </w:r>
          </w:p>
        </w:tc>
        <w:tc>
          <w:tcPr>
            <w:tcW w:w="564" w:type="dxa"/>
            <w:tcMar>
              <w:top w:w="20" w:type="dxa"/>
              <w:left w:w="50" w:type="dxa"/>
              <w:bottom w:w="20" w:type="dxa"/>
              <w:right w:w="50" w:type="dxa"/>
            </w:tcMar>
          </w:tcPr>
          <w:p w14:paraId="22109018" w14:textId="77777777" w:rsidR="00292F36" w:rsidRDefault="00000000">
            <w:r>
              <w:rPr>
                <w:sz w:val="12"/>
              </w:rPr>
              <w:t>0.01408451</w:t>
            </w:r>
          </w:p>
        </w:tc>
        <w:tc>
          <w:tcPr>
            <w:tcW w:w="564" w:type="dxa"/>
            <w:tcMar>
              <w:top w:w="20" w:type="dxa"/>
              <w:left w:w="50" w:type="dxa"/>
              <w:bottom w:w="20" w:type="dxa"/>
              <w:right w:w="50" w:type="dxa"/>
            </w:tcMar>
          </w:tcPr>
          <w:p w14:paraId="70749CF1" w14:textId="77777777" w:rsidR="00292F36" w:rsidRDefault="00000000">
            <w:r>
              <w:rPr>
                <w:sz w:val="12"/>
              </w:rPr>
              <w:t>0</w:t>
            </w:r>
          </w:p>
        </w:tc>
        <w:tc>
          <w:tcPr>
            <w:tcW w:w="564" w:type="dxa"/>
            <w:tcMar>
              <w:top w:w="20" w:type="dxa"/>
              <w:left w:w="50" w:type="dxa"/>
              <w:bottom w:w="20" w:type="dxa"/>
              <w:right w:w="50" w:type="dxa"/>
            </w:tcMar>
          </w:tcPr>
          <w:p w14:paraId="44B5BA8B" w14:textId="77777777" w:rsidR="00292F36" w:rsidRDefault="00000000">
            <w:r>
              <w:rPr>
                <w:sz w:val="12"/>
              </w:rPr>
              <w:t>0.28169014</w:t>
            </w:r>
          </w:p>
        </w:tc>
        <w:tc>
          <w:tcPr>
            <w:tcW w:w="564" w:type="dxa"/>
            <w:tcMar>
              <w:top w:w="20" w:type="dxa"/>
              <w:left w:w="50" w:type="dxa"/>
              <w:bottom w:w="20" w:type="dxa"/>
              <w:right w:w="50" w:type="dxa"/>
            </w:tcMar>
          </w:tcPr>
          <w:p w14:paraId="0AC23D0B" w14:textId="77777777" w:rsidR="00292F36" w:rsidRDefault="00000000">
            <w:r>
              <w:rPr>
                <w:sz w:val="12"/>
              </w:rPr>
              <w:t>0</w:t>
            </w:r>
          </w:p>
        </w:tc>
      </w:tr>
      <w:tr w:rsidR="00292F36" w14:paraId="7600DCFD" w14:textId="77777777">
        <w:tc>
          <w:tcPr>
            <w:tcW w:w="564" w:type="dxa"/>
            <w:tcMar>
              <w:top w:w="20" w:type="dxa"/>
              <w:left w:w="50" w:type="dxa"/>
              <w:bottom w:w="20" w:type="dxa"/>
              <w:right w:w="50" w:type="dxa"/>
            </w:tcMar>
          </w:tcPr>
          <w:p w14:paraId="6BE85B35" w14:textId="77777777" w:rsidR="00292F36" w:rsidRDefault="00000000">
            <w:r>
              <w:rPr>
                <w:sz w:val="12"/>
              </w:rPr>
              <w:t>2021_piedra_blanca_piedra_blanca_deep_2</w:t>
            </w:r>
          </w:p>
        </w:tc>
        <w:tc>
          <w:tcPr>
            <w:tcW w:w="564" w:type="dxa"/>
            <w:tcMar>
              <w:top w:w="20" w:type="dxa"/>
              <w:left w:w="50" w:type="dxa"/>
              <w:bottom w:w="20" w:type="dxa"/>
              <w:right w:w="50" w:type="dxa"/>
            </w:tcMar>
          </w:tcPr>
          <w:p w14:paraId="4BFFE45C" w14:textId="77777777" w:rsidR="00292F36" w:rsidRDefault="00000000">
            <w:r>
              <w:rPr>
                <w:sz w:val="12"/>
              </w:rPr>
              <w:t>-0.3520316</w:t>
            </w:r>
          </w:p>
        </w:tc>
        <w:tc>
          <w:tcPr>
            <w:tcW w:w="564" w:type="dxa"/>
            <w:tcMar>
              <w:top w:w="20" w:type="dxa"/>
              <w:left w:w="50" w:type="dxa"/>
              <w:bottom w:w="20" w:type="dxa"/>
              <w:right w:w="50" w:type="dxa"/>
            </w:tcMar>
          </w:tcPr>
          <w:p w14:paraId="32E86AAD" w14:textId="77777777" w:rsidR="00292F36" w:rsidRDefault="00000000">
            <w:r>
              <w:rPr>
                <w:sz w:val="12"/>
              </w:rPr>
              <w:t>-0.3135752</w:t>
            </w:r>
          </w:p>
        </w:tc>
        <w:tc>
          <w:tcPr>
            <w:tcW w:w="564" w:type="dxa"/>
            <w:tcMar>
              <w:top w:w="20" w:type="dxa"/>
              <w:left w:w="50" w:type="dxa"/>
              <w:bottom w:w="20" w:type="dxa"/>
              <w:right w:w="50" w:type="dxa"/>
            </w:tcMar>
          </w:tcPr>
          <w:p w14:paraId="19512CBE" w14:textId="77777777" w:rsidR="00292F36" w:rsidRDefault="00000000">
            <w:r>
              <w:rPr>
                <w:sz w:val="12"/>
              </w:rPr>
              <w:t>2021</w:t>
            </w:r>
          </w:p>
        </w:tc>
        <w:tc>
          <w:tcPr>
            <w:tcW w:w="564" w:type="dxa"/>
            <w:tcMar>
              <w:top w:w="20" w:type="dxa"/>
              <w:left w:w="50" w:type="dxa"/>
              <w:bottom w:w="20" w:type="dxa"/>
              <w:right w:w="50" w:type="dxa"/>
            </w:tcMar>
          </w:tcPr>
          <w:p w14:paraId="5A2E29D9" w14:textId="77777777" w:rsidR="00292F36" w:rsidRDefault="00000000">
            <w:r>
              <w:rPr>
                <w:sz w:val="12"/>
              </w:rPr>
              <w:t>punta_eugenia</w:t>
            </w:r>
          </w:p>
        </w:tc>
        <w:tc>
          <w:tcPr>
            <w:tcW w:w="564" w:type="dxa"/>
            <w:tcMar>
              <w:top w:w="20" w:type="dxa"/>
              <w:left w:w="50" w:type="dxa"/>
              <w:bottom w:w="20" w:type="dxa"/>
              <w:right w:w="50" w:type="dxa"/>
            </w:tcMar>
          </w:tcPr>
          <w:p w14:paraId="380845D8" w14:textId="77777777" w:rsidR="00292F36" w:rsidRDefault="00000000">
            <w:r>
              <w:rPr>
                <w:sz w:val="12"/>
              </w:rPr>
              <w:t>South</w:t>
            </w:r>
          </w:p>
        </w:tc>
        <w:tc>
          <w:tcPr>
            <w:tcW w:w="564" w:type="dxa"/>
            <w:tcMar>
              <w:top w:w="20" w:type="dxa"/>
              <w:left w:w="50" w:type="dxa"/>
              <w:bottom w:w="20" w:type="dxa"/>
              <w:right w:w="50" w:type="dxa"/>
            </w:tcMar>
          </w:tcPr>
          <w:p w14:paraId="306C4B68" w14:textId="77777777" w:rsidR="00292F36" w:rsidRDefault="00000000">
            <w:r>
              <w:rPr>
                <w:sz w:val="12"/>
              </w:rPr>
              <w:t>piedra_blanca</w:t>
            </w:r>
          </w:p>
        </w:tc>
        <w:tc>
          <w:tcPr>
            <w:tcW w:w="564" w:type="dxa"/>
            <w:tcMar>
              <w:top w:w="20" w:type="dxa"/>
              <w:left w:w="50" w:type="dxa"/>
              <w:bottom w:w="20" w:type="dxa"/>
              <w:right w:w="50" w:type="dxa"/>
            </w:tcMar>
          </w:tcPr>
          <w:p w14:paraId="4595A9C0" w14:textId="77777777" w:rsidR="00292F36" w:rsidRDefault="00000000">
            <w:r>
              <w:rPr>
                <w:sz w:val="12"/>
              </w:rPr>
              <w:t>piedra_blanca_deep</w:t>
            </w:r>
          </w:p>
        </w:tc>
        <w:tc>
          <w:tcPr>
            <w:tcW w:w="564" w:type="dxa"/>
            <w:tcMar>
              <w:top w:w="20" w:type="dxa"/>
              <w:left w:w="50" w:type="dxa"/>
              <w:bottom w:w="20" w:type="dxa"/>
              <w:right w:w="50" w:type="dxa"/>
            </w:tcMar>
          </w:tcPr>
          <w:p w14:paraId="199E03D8" w14:textId="77777777" w:rsidR="00292F36" w:rsidRDefault="00000000">
            <w:r>
              <w:rPr>
                <w:sz w:val="12"/>
              </w:rPr>
              <w:t>14.5</w:t>
            </w:r>
          </w:p>
        </w:tc>
        <w:tc>
          <w:tcPr>
            <w:tcW w:w="564" w:type="dxa"/>
            <w:tcMar>
              <w:top w:w="20" w:type="dxa"/>
              <w:left w:w="50" w:type="dxa"/>
              <w:bottom w:w="20" w:type="dxa"/>
              <w:right w:w="50" w:type="dxa"/>
            </w:tcMar>
          </w:tcPr>
          <w:p w14:paraId="5E0627D2" w14:textId="77777777" w:rsidR="00292F36" w:rsidRDefault="00000000">
            <w:r>
              <w:rPr>
                <w:sz w:val="12"/>
              </w:rPr>
              <w:t>18.7399998</w:t>
            </w:r>
          </w:p>
        </w:tc>
        <w:tc>
          <w:tcPr>
            <w:tcW w:w="564" w:type="dxa"/>
            <w:tcMar>
              <w:top w:w="20" w:type="dxa"/>
              <w:left w:w="50" w:type="dxa"/>
              <w:bottom w:w="20" w:type="dxa"/>
              <w:right w:w="50" w:type="dxa"/>
            </w:tcMar>
          </w:tcPr>
          <w:p w14:paraId="2D327F87" w14:textId="77777777" w:rsidR="00292F36" w:rsidRDefault="00000000">
            <w:r>
              <w:rPr>
                <w:sz w:val="12"/>
              </w:rPr>
              <w:t>3.54124447</w:t>
            </w:r>
          </w:p>
        </w:tc>
        <w:tc>
          <w:tcPr>
            <w:tcW w:w="564" w:type="dxa"/>
            <w:tcMar>
              <w:top w:w="20" w:type="dxa"/>
              <w:left w:w="50" w:type="dxa"/>
              <w:bottom w:w="20" w:type="dxa"/>
              <w:right w:w="50" w:type="dxa"/>
            </w:tcMar>
          </w:tcPr>
          <w:p w14:paraId="05532887" w14:textId="77777777" w:rsidR="00292F36" w:rsidRDefault="00000000">
            <w:r>
              <w:rPr>
                <w:sz w:val="12"/>
              </w:rPr>
              <w:t>0.86956522</w:t>
            </w:r>
          </w:p>
        </w:tc>
        <w:tc>
          <w:tcPr>
            <w:tcW w:w="564" w:type="dxa"/>
            <w:tcMar>
              <w:top w:w="20" w:type="dxa"/>
              <w:left w:w="50" w:type="dxa"/>
              <w:bottom w:w="20" w:type="dxa"/>
              <w:right w:w="50" w:type="dxa"/>
            </w:tcMar>
          </w:tcPr>
          <w:p w14:paraId="62466549" w14:textId="77777777" w:rsidR="00292F36" w:rsidRDefault="00000000">
            <w:r>
              <w:rPr>
                <w:sz w:val="12"/>
              </w:rPr>
              <w:t>0.13043478</w:t>
            </w:r>
          </w:p>
        </w:tc>
        <w:tc>
          <w:tcPr>
            <w:tcW w:w="564" w:type="dxa"/>
            <w:tcMar>
              <w:top w:w="20" w:type="dxa"/>
              <w:left w:w="50" w:type="dxa"/>
              <w:bottom w:w="20" w:type="dxa"/>
              <w:right w:w="50" w:type="dxa"/>
            </w:tcMar>
          </w:tcPr>
          <w:p w14:paraId="41A87BBC" w14:textId="77777777" w:rsidR="00292F36" w:rsidRDefault="00000000">
            <w:r>
              <w:rPr>
                <w:sz w:val="12"/>
              </w:rPr>
              <w:t>0</w:t>
            </w:r>
          </w:p>
        </w:tc>
        <w:tc>
          <w:tcPr>
            <w:tcW w:w="564" w:type="dxa"/>
            <w:tcMar>
              <w:top w:w="20" w:type="dxa"/>
              <w:left w:w="50" w:type="dxa"/>
              <w:bottom w:w="20" w:type="dxa"/>
              <w:right w:w="50" w:type="dxa"/>
            </w:tcMar>
          </w:tcPr>
          <w:p w14:paraId="779FA972" w14:textId="77777777" w:rsidR="00292F36" w:rsidRDefault="00000000">
            <w:r>
              <w:rPr>
                <w:sz w:val="12"/>
              </w:rPr>
              <w:t>0</w:t>
            </w:r>
          </w:p>
        </w:tc>
        <w:tc>
          <w:tcPr>
            <w:tcW w:w="564" w:type="dxa"/>
            <w:tcMar>
              <w:top w:w="20" w:type="dxa"/>
              <w:left w:w="50" w:type="dxa"/>
              <w:bottom w:w="20" w:type="dxa"/>
              <w:right w:w="50" w:type="dxa"/>
            </w:tcMar>
          </w:tcPr>
          <w:p w14:paraId="43346590" w14:textId="77777777" w:rsidR="00292F36" w:rsidRDefault="00000000">
            <w:r>
              <w:rPr>
                <w:sz w:val="12"/>
              </w:rPr>
              <w:t>0</w:t>
            </w:r>
          </w:p>
        </w:tc>
        <w:tc>
          <w:tcPr>
            <w:tcW w:w="564" w:type="dxa"/>
            <w:tcMar>
              <w:top w:w="20" w:type="dxa"/>
              <w:left w:w="50" w:type="dxa"/>
              <w:bottom w:w="20" w:type="dxa"/>
              <w:right w:w="50" w:type="dxa"/>
            </w:tcMar>
          </w:tcPr>
          <w:p w14:paraId="4C291569" w14:textId="77777777" w:rsidR="00292F36" w:rsidRDefault="00000000">
            <w:r>
              <w:rPr>
                <w:sz w:val="12"/>
              </w:rPr>
              <w:t>0</w:t>
            </w:r>
          </w:p>
        </w:tc>
        <w:tc>
          <w:tcPr>
            <w:tcW w:w="564" w:type="dxa"/>
            <w:tcMar>
              <w:top w:w="20" w:type="dxa"/>
              <w:left w:w="50" w:type="dxa"/>
              <w:bottom w:w="20" w:type="dxa"/>
              <w:right w:w="50" w:type="dxa"/>
            </w:tcMar>
          </w:tcPr>
          <w:p w14:paraId="5F273DA7" w14:textId="77777777" w:rsidR="00292F36" w:rsidRDefault="00000000">
            <w:r>
              <w:rPr>
                <w:sz w:val="12"/>
              </w:rPr>
              <w:t>0</w:t>
            </w:r>
          </w:p>
        </w:tc>
        <w:tc>
          <w:tcPr>
            <w:tcW w:w="564" w:type="dxa"/>
            <w:tcMar>
              <w:top w:w="20" w:type="dxa"/>
              <w:left w:w="50" w:type="dxa"/>
              <w:bottom w:w="20" w:type="dxa"/>
              <w:right w:w="50" w:type="dxa"/>
            </w:tcMar>
          </w:tcPr>
          <w:p w14:paraId="7F7507B5" w14:textId="77777777" w:rsidR="00292F36" w:rsidRDefault="00000000">
            <w:r>
              <w:rPr>
                <w:sz w:val="12"/>
              </w:rPr>
              <w:t>0</w:t>
            </w:r>
          </w:p>
        </w:tc>
        <w:tc>
          <w:tcPr>
            <w:tcW w:w="564" w:type="dxa"/>
            <w:tcMar>
              <w:top w:w="20" w:type="dxa"/>
              <w:left w:w="50" w:type="dxa"/>
              <w:bottom w:w="20" w:type="dxa"/>
              <w:right w:w="50" w:type="dxa"/>
            </w:tcMar>
          </w:tcPr>
          <w:p w14:paraId="47B59501" w14:textId="77777777" w:rsidR="00292F36" w:rsidRDefault="00000000">
            <w:r>
              <w:rPr>
                <w:sz w:val="12"/>
              </w:rPr>
              <w:t>0</w:t>
            </w:r>
          </w:p>
        </w:tc>
        <w:tc>
          <w:tcPr>
            <w:tcW w:w="564" w:type="dxa"/>
            <w:tcMar>
              <w:top w:w="20" w:type="dxa"/>
              <w:left w:w="50" w:type="dxa"/>
              <w:bottom w:w="20" w:type="dxa"/>
              <w:right w:w="50" w:type="dxa"/>
            </w:tcMar>
          </w:tcPr>
          <w:p w14:paraId="1C221092" w14:textId="77777777" w:rsidR="00292F36" w:rsidRDefault="00000000">
            <w:r>
              <w:rPr>
                <w:sz w:val="12"/>
              </w:rPr>
              <w:t>0.87037037</w:t>
            </w:r>
          </w:p>
        </w:tc>
        <w:tc>
          <w:tcPr>
            <w:tcW w:w="564" w:type="dxa"/>
            <w:tcMar>
              <w:top w:w="20" w:type="dxa"/>
              <w:left w:w="50" w:type="dxa"/>
              <w:bottom w:w="20" w:type="dxa"/>
              <w:right w:w="50" w:type="dxa"/>
            </w:tcMar>
          </w:tcPr>
          <w:p w14:paraId="61E27645" w14:textId="77777777" w:rsidR="00292F36" w:rsidRDefault="00000000">
            <w:r>
              <w:rPr>
                <w:sz w:val="12"/>
              </w:rPr>
              <w:t>0</w:t>
            </w:r>
          </w:p>
        </w:tc>
        <w:tc>
          <w:tcPr>
            <w:tcW w:w="564" w:type="dxa"/>
            <w:tcMar>
              <w:top w:w="20" w:type="dxa"/>
              <w:left w:w="50" w:type="dxa"/>
              <w:bottom w:w="20" w:type="dxa"/>
              <w:right w:w="50" w:type="dxa"/>
            </w:tcMar>
          </w:tcPr>
          <w:p w14:paraId="47E02EF9" w14:textId="77777777" w:rsidR="00292F36" w:rsidRDefault="00000000">
            <w:r>
              <w:rPr>
                <w:sz w:val="12"/>
              </w:rPr>
              <w:t>0</w:t>
            </w:r>
          </w:p>
        </w:tc>
        <w:tc>
          <w:tcPr>
            <w:tcW w:w="564" w:type="dxa"/>
            <w:tcMar>
              <w:top w:w="20" w:type="dxa"/>
              <w:left w:w="50" w:type="dxa"/>
              <w:bottom w:w="20" w:type="dxa"/>
              <w:right w:w="50" w:type="dxa"/>
            </w:tcMar>
          </w:tcPr>
          <w:p w14:paraId="7E76F499" w14:textId="77777777" w:rsidR="00292F36" w:rsidRDefault="00000000">
            <w:r>
              <w:rPr>
                <w:sz w:val="12"/>
              </w:rPr>
              <w:t>0.12962963</w:t>
            </w:r>
          </w:p>
        </w:tc>
        <w:tc>
          <w:tcPr>
            <w:tcW w:w="564" w:type="dxa"/>
            <w:tcMar>
              <w:top w:w="20" w:type="dxa"/>
              <w:left w:w="50" w:type="dxa"/>
              <w:bottom w:w="20" w:type="dxa"/>
              <w:right w:w="50" w:type="dxa"/>
            </w:tcMar>
          </w:tcPr>
          <w:p w14:paraId="3492923C" w14:textId="77777777" w:rsidR="00292F36" w:rsidRDefault="00000000">
            <w:r>
              <w:rPr>
                <w:sz w:val="12"/>
              </w:rPr>
              <w:t>0</w:t>
            </w:r>
          </w:p>
        </w:tc>
      </w:tr>
      <w:tr w:rsidR="00292F36" w14:paraId="312174B5" w14:textId="77777777">
        <w:tc>
          <w:tcPr>
            <w:tcW w:w="564" w:type="dxa"/>
            <w:tcMar>
              <w:top w:w="20" w:type="dxa"/>
              <w:left w:w="50" w:type="dxa"/>
              <w:bottom w:w="20" w:type="dxa"/>
              <w:right w:w="50" w:type="dxa"/>
            </w:tcMar>
          </w:tcPr>
          <w:p w14:paraId="1A2AC3E8" w14:textId="77777777" w:rsidR="00292F36" w:rsidRDefault="00000000">
            <w:r>
              <w:rPr>
                <w:sz w:val="12"/>
              </w:rPr>
              <w:t>2021_piedra_blanca_piedra_blanca_mid_1</w:t>
            </w:r>
          </w:p>
        </w:tc>
        <w:tc>
          <w:tcPr>
            <w:tcW w:w="564" w:type="dxa"/>
            <w:tcMar>
              <w:top w:w="20" w:type="dxa"/>
              <w:left w:w="50" w:type="dxa"/>
              <w:bottom w:w="20" w:type="dxa"/>
              <w:right w:w="50" w:type="dxa"/>
            </w:tcMar>
          </w:tcPr>
          <w:p w14:paraId="75AA67A1" w14:textId="77777777" w:rsidR="00292F36" w:rsidRDefault="00000000">
            <w:r>
              <w:rPr>
                <w:sz w:val="12"/>
              </w:rPr>
              <w:t>-0.4436959</w:t>
            </w:r>
          </w:p>
        </w:tc>
        <w:tc>
          <w:tcPr>
            <w:tcW w:w="564" w:type="dxa"/>
            <w:tcMar>
              <w:top w:w="20" w:type="dxa"/>
              <w:left w:w="50" w:type="dxa"/>
              <w:bottom w:w="20" w:type="dxa"/>
              <w:right w:w="50" w:type="dxa"/>
            </w:tcMar>
          </w:tcPr>
          <w:p w14:paraId="25568F37" w14:textId="77777777" w:rsidR="00292F36" w:rsidRDefault="00000000">
            <w:r>
              <w:rPr>
                <w:sz w:val="12"/>
              </w:rPr>
              <w:t>-0.2128627</w:t>
            </w:r>
          </w:p>
        </w:tc>
        <w:tc>
          <w:tcPr>
            <w:tcW w:w="564" w:type="dxa"/>
            <w:tcMar>
              <w:top w:w="20" w:type="dxa"/>
              <w:left w:w="50" w:type="dxa"/>
              <w:bottom w:w="20" w:type="dxa"/>
              <w:right w:w="50" w:type="dxa"/>
            </w:tcMar>
          </w:tcPr>
          <w:p w14:paraId="04C0F0E6" w14:textId="77777777" w:rsidR="00292F36" w:rsidRDefault="00000000">
            <w:r>
              <w:rPr>
                <w:sz w:val="12"/>
              </w:rPr>
              <w:t>2021</w:t>
            </w:r>
          </w:p>
        </w:tc>
        <w:tc>
          <w:tcPr>
            <w:tcW w:w="564" w:type="dxa"/>
            <w:tcMar>
              <w:top w:w="20" w:type="dxa"/>
              <w:left w:w="50" w:type="dxa"/>
              <w:bottom w:w="20" w:type="dxa"/>
              <w:right w:w="50" w:type="dxa"/>
            </w:tcMar>
          </w:tcPr>
          <w:p w14:paraId="78E658B4" w14:textId="77777777" w:rsidR="00292F36" w:rsidRDefault="00000000">
            <w:r>
              <w:rPr>
                <w:sz w:val="12"/>
              </w:rPr>
              <w:t>punta_eugenia</w:t>
            </w:r>
          </w:p>
        </w:tc>
        <w:tc>
          <w:tcPr>
            <w:tcW w:w="564" w:type="dxa"/>
            <w:tcMar>
              <w:top w:w="20" w:type="dxa"/>
              <w:left w:w="50" w:type="dxa"/>
              <w:bottom w:w="20" w:type="dxa"/>
              <w:right w:w="50" w:type="dxa"/>
            </w:tcMar>
          </w:tcPr>
          <w:p w14:paraId="37E5F797" w14:textId="77777777" w:rsidR="00292F36" w:rsidRDefault="00000000">
            <w:r>
              <w:rPr>
                <w:sz w:val="12"/>
              </w:rPr>
              <w:t>South</w:t>
            </w:r>
          </w:p>
        </w:tc>
        <w:tc>
          <w:tcPr>
            <w:tcW w:w="564" w:type="dxa"/>
            <w:tcMar>
              <w:top w:w="20" w:type="dxa"/>
              <w:left w:w="50" w:type="dxa"/>
              <w:bottom w:w="20" w:type="dxa"/>
              <w:right w:w="50" w:type="dxa"/>
            </w:tcMar>
          </w:tcPr>
          <w:p w14:paraId="0C581B9F" w14:textId="77777777" w:rsidR="00292F36" w:rsidRDefault="00000000">
            <w:r>
              <w:rPr>
                <w:sz w:val="12"/>
              </w:rPr>
              <w:t>piedra_blanca</w:t>
            </w:r>
          </w:p>
        </w:tc>
        <w:tc>
          <w:tcPr>
            <w:tcW w:w="564" w:type="dxa"/>
            <w:tcMar>
              <w:top w:w="20" w:type="dxa"/>
              <w:left w:w="50" w:type="dxa"/>
              <w:bottom w:w="20" w:type="dxa"/>
              <w:right w:w="50" w:type="dxa"/>
            </w:tcMar>
          </w:tcPr>
          <w:p w14:paraId="2B286C58" w14:textId="77777777" w:rsidR="00292F36" w:rsidRDefault="00000000">
            <w:r>
              <w:rPr>
                <w:sz w:val="12"/>
              </w:rPr>
              <w:t>piedra_blanca_mid</w:t>
            </w:r>
          </w:p>
        </w:tc>
        <w:tc>
          <w:tcPr>
            <w:tcW w:w="564" w:type="dxa"/>
            <w:tcMar>
              <w:top w:w="20" w:type="dxa"/>
              <w:left w:w="50" w:type="dxa"/>
              <w:bottom w:w="20" w:type="dxa"/>
              <w:right w:w="50" w:type="dxa"/>
            </w:tcMar>
          </w:tcPr>
          <w:p w14:paraId="48D12DAE" w14:textId="77777777" w:rsidR="00292F36" w:rsidRDefault="00000000">
            <w:r>
              <w:rPr>
                <w:sz w:val="12"/>
              </w:rPr>
              <w:t>10</w:t>
            </w:r>
          </w:p>
        </w:tc>
        <w:tc>
          <w:tcPr>
            <w:tcW w:w="564" w:type="dxa"/>
            <w:tcMar>
              <w:top w:w="20" w:type="dxa"/>
              <w:left w:w="50" w:type="dxa"/>
              <w:bottom w:w="20" w:type="dxa"/>
              <w:right w:w="50" w:type="dxa"/>
            </w:tcMar>
          </w:tcPr>
          <w:p w14:paraId="1BD25184" w14:textId="77777777" w:rsidR="00292F36" w:rsidRDefault="00000000">
            <w:r>
              <w:rPr>
                <w:sz w:val="12"/>
              </w:rPr>
              <w:t>18.7399998</w:t>
            </w:r>
          </w:p>
        </w:tc>
        <w:tc>
          <w:tcPr>
            <w:tcW w:w="564" w:type="dxa"/>
            <w:tcMar>
              <w:top w:w="20" w:type="dxa"/>
              <w:left w:w="50" w:type="dxa"/>
              <w:bottom w:w="20" w:type="dxa"/>
              <w:right w:w="50" w:type="dxa"/>
            </w:tcMar>
          </w:tcPr>
          <w:p w14:paraId="6E8DFE9B" w14:textId="77777777" w:rsidR="00292F36" w:rsidRDefault="00000000">
            <w:r>
              <w:rPr>
                <w:sz w:val="12"/>
              </w:rPr>
              <w:t>3.54124447</w:t>
            </w:r>
          </w:p>
        </w:tc>
        <w:tc>
          <w:tcPr>
            <w:tcW w:w="564" w:type="dxa"/>
            <w:tcMar>
              <w:top w:w="20" w:type="dxa"/>
              <w:left w:w="50" w:type="dxa"/>
              <w:bottom w:w="20" w:type="dxa"/>
              <w:right w:w="50" w:type="dxa"/>
            </w:tcMar>
          </w:tcPr>
          <w:p w14:paraId="586D6F5A" w14:textId="77777777" w:rsidR="00292F36" w:rsidRDefault="00000000">
            <w:r>
              <w:rPr>
                <w:sz w:val="12"/>
              </w:rPr>
              <w:t>0.91906475</w:t>
            </w:r>
          </w:p>
        </w:tc>
        <w:tc>
          <w:tcPr>
            <w:tcW w:w="564" w:type="dxa"/>
            <w:tcMar>
              <w:top w:w="20" w:type="dxa"/>
              <w:left w:w="50" w:type="dxa"/>
              <w:bottom w:w="20" w:type="dxa"/>
              <w:right w:w="50" w:type="dxa"/>
            </w:tcMar>
          </w:tcPr>
          <w:p w14:paraId="7955B0E0" w14:textId="77777777" w:rsidR="00292F36" w:rsidRDefault="00000000">
            <w:r>
              <w:rPr>
                <w:sz w:val="12"/>
              </w:rPr>
              <w:t>0.04316547</w:t>
            </w:r>
          </w:p>
        </w:tc>
        <w:tc>
          <w:tcPr>
            <w:tcW w:w="564" w:type="dxa"/>
            <w:tcMar>
              <w:top w:w="20" w:type="dxa"/>
              <w:left w:w="50" w:type="dxa"/>
              <w:bottom w:w="20" w:type="dxa"/>
              <w:right w:w="50" w:type="dxa"/>
            </w:tcMar>
          </w:tcPr>
          <w:p w14:paraId="676F71C4" w14:textId="77777777" w:rsidR="00292F36" w:rsidRDefault="00000000">
            <w:r>
              <w:rPr>
                <w:sz w:val="12"/>
              </w:rPr>
              <w:t>0.01079137</w:t>
            </w:r>
          </w:p>
        </w:tc>
        <w:tc>
          <w:tcPr>
            <w:tcW w:w="564" w:type="dxa"/>
            <w:tcMar>
              <w:top w:w="20" w:type="dxa"/>
              <w:left w:w="50" w:type="dxa"/>
              <w:bottom w:w="20" w:type="dxa"/>
              <w:right w:w="50" w:type="dxa"/>
            </w:tcMar>
          </w:tcPr>
          <w:p w14:paraId="396C57BA" w14:textId="77777777" w:rsidR="00292F36" w:rsidRDefault="00000000">
            <w:r>
              <w:rPr>
                <w:sz w:val="12"/>
              </w:rPr>
              <w:t>0.02697842</w:t>
            </w:r>
          </w:p>
        </w:tc>
        <w:tc>
          <w:tcPr>
            <w:tcW w:w="564" w:type="dxa"/>
            <w:tcMar>
              <w:top w:w="20" w:type="dxa"/>
              <w:left w:w="50" w:type="dxa"/>
              <w:bottom w:w="20" w:type="dxa"/>
              <w:right w:w="50" w:type="dxa"/>
            </w:tcMar>
          </w:tcPr>
          <w:p w14:paraId="0C6E4727" w14:textId="77777777" w:rsidR="00292F36" w:rsidRDefault="00000000">
            <w:r>
              <w:rPr>
                <w:sz w:val="12"/>
              </w:rPr>
              <w:t>0</w:t>
            </w:r>
          </w:p>
        </w:tc>
        <w:tc>
          <w:tcPr>
            <w:tcW w:w="564" w:type="dxa"/>
            <w:tcMar>
              <w:top w:w="20" w:type="dxa"/>
              <w:left w:w="50" w:type="dxa"/>
              <w:bottom w:w="20" w:type="dxa"/>
              <w:right w:w="50" w:type="dxa"/>
            </w:tcMar>
          </w:tcPr>
          <w:p w14:paraId="7DAC48B4" w14:textId="77777777" w:rsidR="00292F36" w:rsidRDefault="00000000">
            <w:r>
              <w:rPr>
                <w:sz w:val="12"/>
              </w:rPr>
              <w:t>0</w:t>
            </w:r>
          </w:p>
        </w:tc>
        <w:tc>
          <w:tcPr>
            <w:tcW w:w="564" w:type="dxa"/>
            <w:tcMar>
              <w:top w:w="20" w:type="dxa"/>
              <w:left w:w="50" w:type="dxa"/>
              <w:bottom w:w="20" w:type="dxa"/>
              <w:right w:w="50" w:type="dxa"/>
            </w:tcMar>
          </w:tcPr>
          <w:p w14:paraId="556E21AB" w14:textId="77777777" w:rsidR="00292F36" w:rsidRDefault="00000000">
            <w:r>
              <w:rPr>
                <w:sz w:val="12"/>
              </w:rPr>
              <w:t>0</w:t>
            </w:r>
          </w:p>
        </w:tc>
        <w:tc>
          <w:tcPr>
            <w:tcW w:w="564" w:type="dxa"/>
            <w:tcMar>
              <w:top w:w="20" w:type="dxa"/>
              <w:left w:w="50" w:type="dxa"/>
              <w:bottom w:w="20" w:type="dxa"/>
              <w:right w:w="50" w:type="dxa"/>
            </w:tcMar>
          </w:tcPr>
          <w:p w14:paraId="7D0E75C2" w14:textId="77777777" w:rsidR="00292F36" w:rsidRDefault="00000000">
            <w:r>
              <w:rPr>
                <w:sz w:val="12"/>
              </w:rPr>
              <w:t>0</w:t>
            </w:r>
          </w:p>
        </w:tc>
        <w:tc>
          <w:tcPr>
            <w:tcW w:w="564" w:type="dxa"/>
            <w:tcMar>
              <w:top w:w="20" w:type="dxa"/>
              <w:left w:w="50" w:type="dxa"/>
              <w:bottom w:w="20" w:type="dxa"/>
              <w:right w:w="50" w:type="dxa"/>
            </w:tcMar>
          </w:tcPr>
          <w:p w14:paraId="2EC88F1C" w14:textId="77777777" w:rsidR="00292F36" w:rsidRDefault="00000000">
            <w:r>
              <w:rPr>
                <w:sz w:val="12"/>
              </w:rPr>
              <w:t>0</w:t>
            </w:r>
          </w:p>
        </w:tc>
        <w:tc>
          <w:tcPr>
            <w:tcW w:w="564" w:type="dxa"/>
            <w:tcMar>
              <w:top w:w="20" w:type="dxa"/>
              <w:left w:w="50" w:type="dxa"/>
              <w:bottom w:w="20" w:type="dxa"/>
              <w:right w:w="50" w:type="dxa"/>
            </w:tcMar>
          </w:tcPr>
          <w:p w14:paraId="5F26F3C5" w14:textId="77777777" w:rsidR="00292F36" w:rsidRDefault="00000000">
            <w:r>
              <w:rPr>
                <w:sz w:val="12"/>
              </w:rPr>
              <w:t>0.61538462</w:t>
            </w:r>
          </w:p>
        </w:tc>
        <w:tc>
          <w:tcPr>
            <w:tcW w:w="564" w:type="dxa"/>
            <w:tcMar>
              <w:top w:w="20" w:type="dxa"/>
              <w:left w:w="50" w:type="dxa"/>
              <w:bottom w:w="20" w:type="dxa"/>
              <w:right w:w="50" w:type="dxa"/>
            </w:tcMar>
          </w:tcPr>
          <w:p w14:paraId="7462BB28" w14:textId="77777777" w:rsidR="00292F36" w:rsidRDefault="00000000">
            <w:r>
              <w:rPr>
                <w:sz w:val="12"/>
              </w:rPr>
              <w:t>0.21153846</w:t>
            </w:r>
          </w:p>
        </w:tc>
        <w:tc>
          <w:tcPr>
            <w:tcW w:w="564" w:type="dxa"/>
            <w:tcMar>
              <w:top w:w="20" w:type="dxa"/>
              <w:left w:w="50" w:type="dxa"/>
              <w:bottom w:w="20" w:type="dxa"/>
              <w:right w:w="50" w:type="dxa"/>
            </w:tcMar>
          </w:tcPr>
          <w:p w14:paraId="0AB2F1A2" w14:textId="77777777" w:rsidR="00292F36" w:rsidRDefault="00000000">
            <w:r>
              <w:rPr>
                <w:sz w:val="12"/>
              </w:rPr>
              <w:t>0</w:t>
            </w:r>
          </w:p>
        </w:tc>
        <w:tc>
          <w:tcPr>
            <w:tcW w:w="564" w:type="dxa"/>
            <w:tcMar>
              <w:top w:w="20" w:type="dxa"/>
              <w:left w:w="50" w:type="dxa"/>
              <w:bottom w:w="20" w:type="dxa"/>
              <w:right w:w="50" w:type="dxa"/>
            </w:tcMar>
          </w:tcPr>
          <w:p w14:paraId="0DEC9052" w14:textId="77777777" w:rsidR="00292F36" w:rsidRDefault="00000000">
            <w:r>
              <w:rPr>
                <w:sz w:val="12"/>
              </w:rPr>
              <w:t>0.17307692</w:t>
            </w:r>
          </w:p>
        </w:tc>
        <w:tc>
          <w:tcPr>
            <w:tcW w:w="564" w:type="dxa"/>
            <w:tcMar>
              <w:top w:w="20" w:type="dxa"/>
              <w:left w:w="50" w:type="dxa"/>
              <w:bottom w:w="20" w:type="dxa"/>
              <w:right w:w="50" w:type="dxa"/>
            </w:tcMar>
          </w:tcPr>
          <w:p w14:paraId="476963AB" w14:textId="77777777" w:rsidR="00292F36" w:rsidRDefault="00000000">
            <w:r>
              <w:rPr>
                <w:sz w:val="12"/>
              </w:rPr>
              <w:t>0</w:t>
            </w:r>
          </w:p>
        </w:tc>
      </w:tr>
      <w:tr w:rsidR="00292F36" w14:paraId="18381804" w14:textId="77777777">
        <w:tc>
          <w:tcPr>
            <w:tcW w:w="564" w:type="dxa"/>
            <w:tcMar>
              <w:top w:w="20" w:type="dxa"/>
              <w:left w:w="50" w:type="dxa"/>
              <w:bottom w:w="20" w:type="dxa"/>
              <w:right w:w="50" w:type="dxa"/>
            </w:tcMar>
          </w:tcPr>
          <w:p w14:paraId="6B871892" w14:textId="77777777" w:rsidR="00292F36" w:rsidRDefault="00000000">
            <w:r>
              <w:rPr>
                <w:sz w:val="12"/>
              </w:rPr>
              <w:t>2021_pie</w:t>
            </w:r>
            <w:r>
              <w:rPr>
                <w:sz w:val="12"/>
              </w:rPr>
              <w:lastRenderedPageBreak/>
              <w:t>dra_blanca_piedra_blanca_mid_2</w:t>
            </w:r>
          </w:p>
        </w:tc>
        <w:tc>
          <w:tcPr>
            <w:tcW w:w="564" w:type="dxa"/>
            <w:tcMar>
              <w:top w:w="20" w:type="dxa"/>
              <w:left w:w="50" w:type="dxa"/>
              <w:bottom w:w="20" w:type="dxa"/>
              <w:right w:w="50" w:type="dxa"/>
            </w:tcMar>
          </w:tcPr>
          <w:p w14:paraId="38C68A8E" w14:textId="77777777" w:rsidR="00292F36" w:rsidRDefault="00000000">
            <w:r>
              <w:rPr>
                <w:sz w:val="12"/>
              </w:rPr>
              <w:lastRenderedPageBreak/>
              <w:t>-</w:t>
            </w:r>
            <w:r>
              <w:rPr>
                <w:sz w:val="12"/>
              </w:rPr>
              <w:lastRenderedPageBreak/>
              <w:t>0.4820191</w:t>
            </w:r>
          </w:p>
        </w:tc>
        <w:tc>
          <w:tcPr>
            <w:tcW w:w="564" w:type="dxa"/>
            <w:tcMar>
              <w:top w:w="20" w:type="dxa"/>
              <w:left w:w="50" w:type="dxa"/>
              <w:bottom w:w="20" w:type="dxa"/>
              <w:right w:w="50" w:type="dxa"/>
            </w:tcMar>
          </w:tcPr>
          <w:p w14:paraId="33BE4A9F" w14:textId="77777777" w:rsidR="00292F36" w:rsidRDefault="00000000">
            <w:r>
              <w:rPr>
                <w:sz w:val="12"/>
              </w:rPr>
              <w:lastRenderedPageBreak/>
              <w:t>-</w:t>
            </w:r>
            <w:r>
              <w:rPr>
                <w:sz w:val="12"/>
              </w:rPr>
              <w:lastRenderedPageBreak/>
              <w:t>0.2336527</w:t>
            </w:r>
          </w:p>
        </w:tc>
        <w:tc>
          <w:tcPr>
            <w:tcW w:w="564" w:type="dxa"/>
            <w:tcMar>
              <w:top w:w="20" w:type="dxa"/>
              <w:left w:w="50" w:type="dxa"/>
              <w:bottom w:w="20" w:type="dxa"/>
              <w:right w:w="50" w:type="dxa"/>
            </w:tcMar>
          </w:tcPr>
          <w:p w14:paraId="264171DB" w14:textId="77777777" w:rsidR="00292F36" w:rsidRDefault="00000000">
            <w:r>
              <w:rPr>
                <w:sz w:val="12"/>
              </w:rPr>
              <w:lastRenderedPageBreak/>
              <w:t>2021</w:t>
            </w:r>
          </w:p>
        </w:tc>
        <w:tc>
          <w:tcPr>
            <w:tcW w:w="564" w:type="dxa"/>
            <w:tcMar>
              <w:top w:w="20" w:type="dxa"/>
              <w:left w:w="50" w:type="dxa"/>
              <w:bottom w:w="20" w:type="dxa"/>
              <w:right w:w="50" w:type="dxa"/>
            </w:tcMar>
          </w:tcPr>
          <w:p w14:paraId="37B9ABF6" w14:textId="77777777" w:rsidR="00292F36" w:rsidRDefault="00000000">
            <w:r>
              <w:rPr>
                <w:sz w:val="12"/>
              </w:rPr>
              <w:t>punta_e</w:t>
            </w:r>
            <w:r>
              <w:rPr>
                <w:sz w:val="12"/>
              </w:rPr>
              <w:lastRenderedPageBreak/>
              <w:t>ugenia</w:t>
            </w:r>
          </w:p>
        </w:tc>
        <w:tc>
          <w:tcPr>
            <w:tcW w:w="564" w:type="dxa"/>
            <w:tcMar>
              <w:top w:w="20" w:type="dxa"/>
              <w:left w:w="50" w:type="dxa"/>
              <w:bottom w:w="20" w:type="dxa"/>
              <w:right w:w="50" w:type="dxa"/>
            </w:tcMar>
          </w:tcPr>
          <w:p w14:paraId="6906C831" w14:textId="77777777" w:rsidR="00292F36" w:rsidRDefault="00000000">
            <w:r>
              <w:rPr>
                <w:sz w:val="12"/>
              </w:rPr>
              <w:lastRenderedPageBreak/>
              <w:t>South</w:t>
            </w:r>
          </w:p>
        </w:tc>
        <w:tc>
          <w:tcPr>
            <w:tcW w:w="564" w:type="dxa"/>
            <w:tcMar>
              <w:top w:w="20" w:type="dxa"/>
              <w:left w:w="50" w:type="dxa"/>
              <w:bottom w:w="20" w:type="dxa"/>
              <w:right w:w="50" w:type="dxa"/>
            </w:tcMar>
          </w:tcPr>
          <w:p w14:paraId="443AF91C" w14:textId="77777777" w:rsidR="00292F36" w:rsidRDefault="00000000">
            <w:r>
              <w:rPr>
                <w:sz w:val="12"/>
              </w:rPr>
              <w:t>piedra_bl</w:t>
            </w:r>
            <w:r>
              <w:rPr>
                <w:sz w:val="12"/>
              </w:rPr>
              <w:lastRenderedPageBreak/>
              <w:t>anca</w:t>
            </w:r>
          </w:p>
        </w:tc>
        <w:tc>
          <w:tcPr>
            <w:tcW w:w="564" w:type="dxa"/>
            <w:tcMar>
              <w:top w:w="20" w:type="dxa"/>
              <w:left w:w="50" w:type="dxa"/>
              <w:bottom w:w="20" w:type="dxa"/>
              <w:right w:w="50" w:type="dxa"/>
            </w:tcMar>
          </w:tcPr>
          <w:p w14:paraId="257383EF" w14:textId="77777777" w:rsidR="00292F36" w:rsidRDefault="00000000">
            <w:r>
              <w:rPr>
                <w:sz w:val="12"/>
              </w:rPr>
              <w:lastRenderedPageBreak/>
              <w:t>piedra_bl</w:t>
            </w:r>
            <w:r>
              <w:rPr>
                <w:sz w:val="12"/>
              </w:rPr>
              <w:lastRenderedPageBreak/>
              <w:t>anca_mid</w:t>
            </w:r>
          </w:p>
        </w:tc>
        <w:tc>
          <w:tcPr>
            <w:tcW w:w="564" w:type="dxa"/>
            <w:tcMar>
              <w:top w:w="20" w:type="dxa"/>
              <w:left w:w="50" w:type="dxa"/>
              <w:bottom w:w="20" w:type="dxa"/>
              <w:right w:w="50" w:type="dxa"/>
            </w:tcMar>
          </w:tcPr>
          <w:p w14:paraId="5B993CB7" w14:textId="77777777" w:rsidR="00292F36" w:rsidRDefault="00000000">
            <w:r>
              <w:rPr>
                <w:sz w:val="12"/>
              </w:rPr>
              <w:lastRenderedPageBreak/>
              <w:t>10</w:t>
            </w:r>
          </w:p>
        </w:tc>
        <w:tc>
          <w:tcPr>
            <w:tcW w:w="564" w:type="dxa"/>
            <w:tcMar>
              <w:top w:w="20" w:type="dxa"/>
              <w:left w:w="50" w:type="dxa"/>
              <w:bottom w:w="20" w:type="dxa"/>
              <w:right w:w="50" w:type="dxa"/>
            </w:tcMar>
          </w:tcPr>
          <w:p w14:paraId="20BB30F8" w14:textId="77777777" w:rsidR="00292F36" w:rsidRDefault="00000000">
            <w:r>
              <w:rPr>
                <w:sz w:val="12"/>
              </w:rPr>
              <w:t>18.73999</w:t>
            </w:r>
            <w:r>
              <w:rPr>
                <w:sz w:val="12"/>
              </w:rPr>
              <w:lastRenderedPageBreak/>
              <w:t>98</w:t>
            </w:r>
          </w:p>
        </w:tc>
        <w:tc>
          <w:tcPr>
            <w:tcW w:w="564" w:type="dxa"/>
            <w:tcMar>
              <w:top w:w="20" w:type="dxa"/>
              <w:left w:w="50" w:type="dxa"/>
              <w:bottom w:w="20" w:type="dxa"/>
              <w:right w:w="50" w:type="dxa"/>
            </w:tcMar>
          </w:tcPr>
          <w:p w14:paraId="48525091" w14:textId="77777777" w:rsidR="00292F36" w:rsidRDefault="00000000">
            <w:r>
              <w:rPr>
                <w:sz w:val="12"/>
              </w:rPr>
              <w:lastRenderedPageBreak/>
              <w:t>3.541244</w:t>
            </w:r>
            <w:r>
              <w:rPr>
                <w:sz w:val="12"/>
              </w:rPr>
              <w:lastRenderedPageBreak/>
              <w:t>47</w:t>
            </w:r>
          </w:p>
        </w:tc>
        <w:tc>
          <w:tcPr>
            <w:tcW w:w="564" w:type="dxa"/>
            <w:tcMar>
              <w:top w:w="20" w:type="dxa"/>
              <w:left w:w="50" w:type="dxa"/>
              <w:bottom w:w="20" w:type="dxa"/>
              <w:right w:w="50" w:type="dxa"/>
            </w:tcMar>
          </w:tcPr>
          <w:p w14:paraId="18E9A68A" w14:textId="77777777" w:rsidR="00292F36" w:rsidRDefault="00000000">
            <w:r>
              <w:rPr>
                <w:sz w:val="12"/>
              </w:rPr>
              <w:lastRenderedPageBreak/>
              <w:t>0.961636</w:t>
            </w:r>
            <w:r>
              <w:rPr>
                <w:sz w:val="12"/>
              </w:rPr>
              <w:lastRenderedPageBreak/>
              <w:t>83</w:t>
            </w:r>
          </w:p>
        </w:tc>
        <w:tc>
          <w:tcPr>
            <w:tcW w:w="564" w:type="dxa"/>
            <w:tcMar>
              <w:top w:w="20" w:type="dxa"/>
              <w:left w:w="50" w:type="dxa"/>
              <w:bottom w:w="20" w:type="dxa"/>
              <w:right w:w="50" w:type="dxa"/>
            </w:tcMar>
          </w:tcPr>
          <w:p w14:paraId="56A6CA22" w14:textId="77777777" w:rsidR="00292F36" w:rsidRDefault="00000000">
            <w:r>
              <w:rPr>
                <w:sz w:val="12"/>
              </w:rPr>
              <w:lastRenderedPageBreak/>
              <w:t>0.035166</w:t>
            </w:r>
            <w:r>
              <w:rPr>
                <w:sz w:val="12"/>
              </w:rPr>
              <w:lastRenderedPageBreak/>
              <w:t>24</w:t>
            </w:r>
          </w:p>
        </w:tc>
        <w:tc>
          <w:tcPr>
            <w:tcW w:w="564" w:type="dxa"/>
            <w:tcMar>
              <w:top w:w="20" w:type="dxa"/>
              <w:left w:w="50" w:type="dxa"/>
              <w:bottom w:w="20" w:type="dxa"/>
              <w:right w:w="50" w:type="dxa"/>
            </w:tcMar>
          </w:tcPr>
          <w:p w14:paraId="57A55790" w14:textId="77777777" w:rsidR="00292F36" w:rsidRDefault="00000000">
            <w:r>
              <w:rPr>
                <w:sz w:val="12"/>
              </w:rPr>
              <w:lastRenderedPageBreak/>
              <w:t>0.001278</w:t>
            </w:r>
            <w:r>
              <w:rPr>
                <w:sz w:val="12"/>
              </w:rPr>
              <w:lastRenderedPageBreak/>
              <w:t>77</w:t>
            </w:r>
          </w:p>
        </w:tc>
        <w:tc>
          <w:tcPr>
            <w:tcW w:w="564" w:type="dxa"/>
            <w:tcMar>
              <w:top w:w="20" w:type="dxa"/>
              <w:left w:w="50" w:type="dxa"/>
              <w:bottom w:w="20" w:type="dxa"/>
              <w:right w:w="50" w:type="dxa"/>
            </w:tcMar>
          </w:tcPr>
          <w:p w14:paraId="7D1D07A6" w14:textId="77777777" w:rsidR="00292F36" w:rsidRDefault="00000000">
            <w:r>
              <w:rPr>
                <w:sz w:val="12"/>
              </w:rPr>
              <w:lastRenderedPageBreak/>
              <w:t>0.001918</w:t>
            </w:r>
            <w:r>
              <w:rPr>
                <w:sz w:val="12"/>
              </w:rPr>
              <w:lastRenderedPageBreak/>
              <w:t>16</w:t>
            </w:r>
          </w:p>
        </w:tc>
        <w:tc>
          <w:tcPr>
            <w:tcW w:w="564" w:type="dxa"/>
            <w:tcMar>
              <w:top w:w="20" w:type="dxa"/>
              <w:left w:w="50" w:type="dxa"/>
              <w:bottom w:w="20" w:type="dxa"/>
              <w:right w:w="50" w:type="dxa"/>
            </w:tcMar>
          </w:tcPr>
          <w:p w14:paraId="5DBB716D" w14:textId="77777777" w:rsidR="00292F36" w:rsidRDefault="00000000">
            <w:r>
              <w:rPr>
                <w:sz w:val="12"/>
              </w:rPr>
              <w:lastRenderedPageBreak/>
              <w:t>0</w:t>
            </w:r>
          </w:p>
        </w:tc>
        <w:tc>
          <w:tcPr>
            <w:tcW w:w="564" w:type="dxa"/>
            <w:tcMar>
              <w:top w:w="20" w:type="dxa"/>
              <w:left w:w="50" w:type="dxa"/>
              <w:bottom w:w="20" w:type="dxa"/>
              <w:right w:w="50" w:type="dxa"/>
            </w:tcMar>
          </w:tcPr>
          <w:p w14:paraId="7AFB41AE" w14:textId="77777777" w:rsidR="00292F36" w:rsidRDefault="00000000">
            <w:r>
              <w:rPr>
                <w:sz w:val="12"/>
              </w:rPr>
              <w:t>0</w:t>
            </w:r>
          </w:p>
        </w:tc>
        <w:tc>
          <w:tcPr>
            <w:tcW w:w="564" w:type="dxa"/>
            <w:tcMar>
              <w:top w:w="20" w:type="dxa"/>
              <w:left w:w="50" w:type="dxa"/>
              <w:bottom w:w="20" w:type="dxa"/>
              <w:right w:w="50" w:type="dxa"/>
            </w:tcMar>
          </w:tcPr>
          <w:p w14:paraId="14139D4F" w14:textId="77777777" w:rsidR="00292F36" w:rsidRDefault="00000000">
            <w:r>
              <w:rPr>
                <w:sz w:val="12"/>
              </w:rPr>
              <w:t>0</w:t>
            </w:r>
          </w:p>
        </w:tc>
        <w:tc>
          <w:tcPr>
            <w:tcW w:w="564" w:type="dxa"/>
            <w:tcMar>
              <w:top w:w="20" w:type="dxa"/>
              <w:left w:w="50" w:type="dxa"/>
              <w:bottom w:w="20" w:type="dxa"/>
              <w:right w:w="50" w:type="dxa"/>
            </w:tcMar>
          </w:tcPr>
          <w:p w14:paraId="4F86A528" w14:textId="77777777" w:rsidR="00292F36" w:rsidRDefault="00000000">
            <w:r>
              <w:rPr>
                <w:sz w:val="12"/>
              </w:rPr>
              <w:t>0</w:t>
            </w:r>
          </w:p>
        </w:tc>
        <w:tc>
          <w:tcPr>
            <w:tcW w:w="564" w:type="dxa"/>
            <w:tcMar>
              <w:top w:w="20" w:type="dxa"/>
              <w:left w:w="50" w:type="dxa"/>
              <w:bottom w:w="20" w:type="dxa"/>
              <w:right w:w="50" w:type="dxa"/>
            </w:tcMar>
          </w:tcPr>
          <w:p w14:paraId="7B7AD7FA" w14:textId="77777777" w:rsidR="00292F36" w:rsidRDefault="00000000">
            <w:r>
              <w:rPr>
                <w:sz w:val="12"/>
              </w:rPr>
              <w:t>0</w:t>
            </w:r>
          </w:p>
        </w:tc>
        <w:tc>
          <w:tcPr>
            <w:tcW w:w="564" w:type="dxa"/>
            <w:tcMar>
              <w:top w:w="20" w:type="dxa"/>
              <w:left w:w="50" w:type="dxa"/>
              <w:bottom w:w="20" w:type="dxa"/>
              <w:right w:w="50" w:type="dxa"/>
            </w:tcMar>
          </w:tcPr>
          <w:p w14:paraId="32BC99F7" w14:textId="77777777" w:rsidR="00292F36" w:rsidRDefault="00000000">
            <w:r>
              <w:rPr>
                <w:sz w:val="12"/>
              </w:rPr>
              <w:t>0.583333</w:t>
            </w:r>
            <w:r>
              <w:rPr>
                <w:sz w:val="12"/>
              </w:rPr>
              <w:lastRenderedPageBreak/>
              <w:t>33</w:t>
            </w:r>
          </w:p>
        </w:tc>
        <w:tc>
          <w:tcPr>
            <w:tcW w:w="564" w:type="dxa"/>
            <w:tcMar>
              <w:top w:w="20" w:type="dxa"/>
              <w:left w:w="50" w:type="dxa"/>
              <w:bottom w:w="20" w:type="dxa"/>
              <w:right w:w="50" w:type="dxa"/>
            </w:tcMar>
          </w:tcPr>
          <w:p w14:paraId="086B7439" w14:textId="77777777" w:rsidR="00292F36" w:rsidRDefault="00000000">
            <w:r>
              <w:rPr>
                <w:sz w:val="12"/>
              </w:rPr>
              <w:lastRenderedPageBreak/>
              <w:t>0.208333</w:t>
            </w:r>
            <w:r>
              <w:rPr>
                <w:sz w:val="12"/>
              </w:rPr>
              <w:lastRenderedPageBreak/>
              <w:t>33</w:t>
            </w:r>
          </w:p>
        </w:tc>
        <w:tc>
          <w:tcPr>
            <w:tcW w:w="564" w:type="dxa"/>
            <w:tcMar>
              <w:top w:w="20" w:type="dxa"/>
              <w:left w:w="50" w:type="dxa"/>
              <w:bottom w:w="20" w:type="dxa"/>
              <w:right w:w="50" w:type="dxa"/>
            </w:tcMar>
          </w:tcPr>
          <w:p w14:paraId="1D5659DE" w14:textId="77777777" w:rsidR="00292F36" w:rsidRDefault="00000000">
            <w:r>
              <w:rPr>
                <w:sz w:val="12"/>
              </w:rPr>
              <w:lastRenderedPageBreak/>
              <w:t>0</w:t>
            </w:r>
          </w:p>
        </w:tc>
        <w:tc>
          <w:tcPr>
            <w:tcW w:w="564" w:type="dxa"/>
            <w:tcMar>
              <w:top w:w="20" w:type="dxa"/>
              <w:left w:w="50" w:type="dxa"/>
              <w:bottom w:w="20" w:type="dxa"/>
              <w:right w:w="50" w:type="dxa"/>
            </w:tcMar>
          </w:tcPr>
          <w:p w14:paraId="14C2651B" w14:textId="77777777" w:rsidR="00292F36" w:rsidRDefault="00000000">
            <w:r>
              <w:rPr>
                <w:sz w:val="12"/>
              </w:rPr>
              <w:t>0.208333</w:t>
            </w:r>
            <w:r>
              <w:rPr>
                <w:sz w:val="12"/>
              </w:rPr>
              <w:lastRenderedPageBreak/>
              <w:t>33</w:t>
            </w:r>
          </w:p>
        </w:tc>
        <w:tc>
          <w:tcPr>
            <w:tcW w:w="564" w:type="dxa"/>
            <w:tcMar>
              <w:top w:w="20" w:type="dxa"/>
              <w:left w:w="50" w:type="dxa"/>
              <w:bottom w:w="20" w:type="dxa"/>
              <w:right w:w="50" w:type="dxa"/>
            </w:tcMar>
          </w:tcPr>
          <w:p w14:paraId="00AD6CEB" w14:textId="77777777" w:rsidR="00292F36" w:rsidRDefault="00000000">
            <w:r>
              <w:rPr>
                <w:sz w:val="12"/>
              </w:rPr>
              <w:lastRenderedPageBreak/>
              <w:t>0</w:t>
            </w:r>
          </w:p>
        </w:tc>
      </w:tr>
      <w:tr w:rsidR="00292F36" w14:paraId="3FB0F998" w14:textId="77777777">
        <w:tc>
          <w:tcPr>
            <w:tcW w:w="564" w:type="dxa"/>
            <w:tcMar>
              <w:top w:w="20" w:type="dxa"/>
              <w:left w:w="50" w:type="dxa"/>
              <w:bottom w:w="20" w:type="dxa"/>
              <w:right w:w="50" w:type="dxa"/>
            </w:tcMar>
          </w:tcPr>
          <w:p w14:paraId="3AFDFE1D" w14:textId="77777777" w:rsidR="00292F36" w:rsidRDefault="00000000">
            <w:r>
              <w:rPr>
                <w:sz w:val="12"/>
              </w:rPr>
              <w:t>2021_piedra_blanca_piedra_blanca_shallow_1</w:t>
            </w:r>
          </w:p>
        </w:tc>
        <w:tc>
          <w:tcPr>
            <w:tcW w:w="564" w:type="dxa"/>
            <w:tcMar>
              <w:top w:w="20" w:type="dxa"/>
              <w:left w:w="50" w:type="dxa"/>
              <w:bottom w:w="20" w:type="dxa"/>
              <w:right w:w="50" w:type="dxa"/>
            </w:tcMar>
          </w:tcPr>
          <w:p w14:paraId="3D0A6767" w14:textId="77777777" w:rsidR="00292F36" w:rsidRDefault="00000000">
            <w:r>
              <w:rPr>
                <w:sz w:val="12"/>
              </w:rPr>
              <w:t>-0.5462243</w:t>
            </w:r>
          </w:p>
        </w:tc>
        <w:tc>
          <w:tcPr>
            <w:tcW w:w="564" w:type="dxa"/>
            <w:tcMar>
              <w:top w:w="20" w:type="dxa"/>
              <w:left w:w="50" w:type="dxa"/>
              <w:bottom w:w="20" w:type="dxa"/>
              <w:right w:w="50" w:type="dxa"/>
            </w:tcMar>
          </w:tcPr>
          <w:p w14:paraId="532DB9E0" w14:textId="77777777" w:rsidR="00292F36" w:rsidRDefault="00000000">
            <w:r>
              <w:rPr>
                <w:sz w:val="12"/>
              </w:rPr>
              <w:t>0.7118027</w:t>
            </w:r>
          </w:p>
        </w:tc>
        <w:tc>
          <w:tcPr>
            <w:tcW w:w="564" w:type="dxa"/>
            <w:tcMar>
              <w:top w:w="20" w:type="dxa"/>
              <w:left w:w="50" w:type="dxa"/>
              <w:bottom w:w="20" w:type="dxa"/>
              <w:right w:w="50" w:type="dxa"/>
            </w:tcMar>
          </w:tcPr>
          <w:p w14:paraId="1C40AFF4" w14:textId="77777777" w:rsidR="00292F36" w:rsidRDefault="00000000">
            <w:r>
              <w:rPr>
                <w:sz w:val="12"/>
              </w:rPr>
              <w:t>2021</w:t>
            </w:r>
          </w:p>
        </w:tc>
        <w:tc>
          <w:tcPr>
            <w:tcW w:w="564" w:type="dxa"/>
            <w:tcMar>
              <w:top w:w="20" w:type="dxa"/>
              <w:left w:w="50" w:type="dxa"/>
              <w:bottom w:w="20" w:type="dxa"/>
              <w:right w:w="50" w:type="dxa"/>
            </w:tcMar>
          </w:tcPr>
          <w:p w14:paraId="78AAD47E" w14:textId="77777777" w:rsidR="00292F36" w:rsidRDefault="00000000">
            <w:r>
              <w:rPr>
                <w:sz w:val="12"/>
              </w:rPr>
              <w:t>punta_eugenia</w:t>
            </w:r>
          </w:p>
        </w:tc>
        <w:tc>
          <w:tcPr>
            <w:tcW w:w="564" w:type="dxa"/>
            <w:tcMar>
              <w:top w:w="20" w:type="dxa"/>
              <w:left w:w="50" w:type="dxa"/>
              <w:bottom w:w="20" w:type="dxa"/>
              <w:right w:w="50" w:type="dxa"/>
            </w:tcMar>
          </w:tcPr>
          <w:p w14:paraId="4CA6D019" w14:textId="77777777" w:rsidR="00292F36" w:rsidRDefault="00000000">
            <w:r>
              <w:rPr>
                <w:sz w:val="12"/>
              </w:rPr>
              <w:t>South</w:t>
            </w:r>
          </w:p>
        </w:tc>
        <w:tc>
          <w:tcPr>
            <w:tcW w:w="564" w:type="dxa"/>
            <w:tcMar>
              <w:top w:w="20" w:type="dxa"/>
              <w:left w:w="50" w:type="dxa"/>
              <w:bottom w:w="20" w:type="dxa"/>
              <w:right w:w="50" w:type="dxa"/>
            </w:tcMar>
          </w:tcPr>
          <w:p w14:paraId="368A1F55" w14:textId="77777777" w:rsidR="00292F36" w:rsidRDefault="00000000">
            <w:r>
              <w:rPr>
                <w:sz w:val="12"/>
              </w:rPr>
              <w:t>piedra_blanca</w:t>
            </w:r>
          </w:p>
        </w:tc>
        <w:tc>
          <w:tcPr>
            <w:tcW w:w="564" w:type="dxa"/>
            <w:tcMar>
              <w:top w:w="20" w:type="dxa"/>
              <w:left w:w="50" w:type="dxa"/>
              <w:bottom w:w="20" w:type="dxa"/>
              <w:right w:w="50" w:type="dxa"/>
            </w:tcMar>
          </w:tcPr>
          <w:p w14:paraId="6BE0C7F5" w14:textId="77777777" w:rsidR="00292F36" w:rsidRDefault="00000000">
            <w:r>
              <w:rPr>
                <w:sz w:val="12"/>
              </w:rPr>
              <w:t>piedra_blanca_shallow</w:t>
            </w:r>
          </w:p>
        </w:tc>
        <w:tc>
          <w:tcPr>
            <w:tcW w:w="564" w:type="dxa"/>
            <w:tcMar>
              <w:top w:w="20" w:type="dxa"/>
              <w:left w:w="50" w:type="dxa"/>
              <w:bottom w:w="20" w:type="dxa"/>
              <w:right w:w="50" w:type="dxa"/>
            </w:tcMar>
          </w:tcPr>
          <w:p w14:paraId="2963F82B" w14:textId="77777777" w:rsidR="00292F36" w:rsidRDefault="00000000">
            <w:r>
              <w:rPr>
                <w:sz w:val="12"/>
              </w:rPr>
              <w:t>5.8</w:t>
            </w:r>
          </w:p>
        </w:tc>
        <w:tc>
          <w:tcPr>
            <w:tcW w:w="564" w:type="dxa"/>
            <w:tcMar>
              <w:top w:w="20" w:type="dxa"/>
              <w:left w:w="50" w:type="dxa"/>
              <w:bottom w:w="20" w:type="dxa"/>
              <w:right w:w="50" w:type="dxa"/>
            </w:tcMar>
          </w:tcPr>
          <w:p w14:paraId="7B344E54" w14:textId="77777777" w:rsidR="00292F36" w:rsidRDefault="00000000">
            <w:r>
              <w:rPr>
                <w:sz w:val="12"/>
              </w:rPr>
              <w:t>18.7399998</w:t>
            </w:r>
          </w:p>
        </w:tc>
        <w:tc>
          <w:tcPr>
            <w:tcW w:w="564" w:type="dxa"/>
            <w:tcMar>
              <w:top w:w="20" w:type="dxa"/>
              <w:left w:w="50" w:type="dxa"/>
              <w:bottom w:w="20" w:type="dxa"/>
              <w:right w:w="50" w:type="dxa"/>
            </w:tcMar>
          </w:tcPr>
          <w:p w14:paraId="20ADDC03" w14:textId="77777777" w:rsidR="00292F36" w:rsidRDefault="00000000">
            <w:r>
              <w:rPr>
                <w:sz w:val="12"/>
              </w:rPr>
              <w:t>3.54124447</w:t>
            </w:r>
          </w:p>
        </w:tc>
        <w:tc>
          <w:tcPr>
            <w:tcW w:w="564" w:type="dxa"/>
            <w:tcMar>
              <w:top w:w="20" w:type="dxa"/>
              <w:left w:w="50" w:type="dxa"/>
              <w:bottom w:w="20" w:type="dxa"/>
              <w:right w:w="50" w:type="dxa"/>
            </w:tcMar>
          </w:tcPr>
          <w:p w14:paraId="48DE1D5B" w14:textId="77777777" w:rsidR="00292F36" w:rsidRDefault="00000000">
            <w:r>
              <w:rPr>
                <w:sz w:val="12"/>
              </w:rPr>
              <w:t>0.4919571</w:t>
            </w:r>
          </w:p>
        </w:tc>
        <w:tc>
          <w:tcPr>
            <w:tcW w:w="564" w:type="dxa"/>
            <w:tcMar>
              <w:top w:w="20" w:type="dxa"/>
              <w:left w:w="50" w:type="dxa"/>
              <w:bottom w:w="20" w:type="dxa"/>
              <w:right w:w="50" w:type="dxa"/>
            </w:tcMar>
          </w:tcPr>
          <w:p w14:paraId="0C1903BA" w14:textId="77777777" w:rsidR="00292F36" w:rsidRDefault="00000000">
            <w:r>
              <w:rPr>
                <w:sz w:val="12"/>
              </w:rPr>
              <w:t>0.05227882</w:t>
            </w:r>
          </w:p>
        </w:tc>
        <w:tc>
          <w:tcPr>
            <w:tcW w:w="564" w:type="dxa"/>
            <w:tcMar>
              <w:top w:w="20" w:type="dxa"/>
              <w:left w:w="50" w:type="dxa"/>
              <w:bottom w:w="20" w:type="dxa"/>
              <w:right w:w="50" w:type="dxa"/>
            </w:tcMar>
          </w:tcPr>
          <w:p w14:paraId="36B0BDFA" w14:textId="77777777" w:rsidR="00292F36" w:rsidRDefault="00000000">
            <w:r>
              <w:rPr>
                <w:sz w:val="12"/>
              </w:rPr>
              <w:t>0</w:t>
            </w:r>
          </w:p>
        </w:tc>
        <w:tc>
          <w:tcPr>
            <w:tcW w:w="564" w:type="dxa"/>
            <w:tcMar>
              <w:top w:w="20" w:type="dxa"/>
              <w:left w:w="50" w:type="dxa"/>
              <w:bottom w:w="20" w:type="dxa"/>
              <w:right w:w="50" w:type="dxa"/>
            </w:tcMar>
          </w:tcPr>
          <w:p w14:paraId="3574FDA2" w14:textId="77777777" w:rsidR="00292F36" w:rsidRDefault="00000000">
            <w:r>
              <w:rPr>
                <w:sz w:val="12"/>
              </w:rPr>
              <w:t>0.45576408</w:t>
            </w:r>
          </w:p>
        </w:tc>
        <w:tc>
          <w:tcPr>
            <w:tcW w:w="564" w:type="dxa"/>
            <w:tcMar>
              <w:top w:w="20" w:type="dxa"/>
              <w:left w:w="50" w:type="dxa"/>
              <w:bottom w:w="20" w:type="dxa"/>
              <w:right w:w="50" w:type="dxa"/>
            </w:tcMar>
          </w:tcPr>
          <w:p w14:paraId="6432F336" w14:textId="77777777" w:rsidR="00292F36" w:rsidRDefault="00000000">
            <w:r>
              <w:rPr>
                <w:sz w:val="12"/>
              </w:rPr>
              <w:t>0</w:t>
            </w:r>
          </w:p>
        </w:tc>
        <w:tc>
          <w:tcPr>
            <w:tcW w:w="564" w:type="dxa"/>
            <w:tcMar>
              <w:top w:w="20" w:type="dxa"/>
              <w:left w:w="50" w:type="dxa"/>
              <w:bottom w:w="20" w:type="dxa"/>
              <w:right w:w="50" w:type="dxa"/>
            </w:tcMar>
          </w:tcPr>
          <w:p w14:paraId="11A943C6" w14:textId="77777777" w:rsidR="00292F36" w:rsidRDefault="00000000">
            <w:r>
              <w:rPr>
                <w:sz w:val="12"/>
              </w:rPr>
              <w:t>0</w:t>
            </w:r>
          </w:p>
        </w:tc>
        <w:tc>
          <w:tcPr>
            <w:tcW w:w="564" w:type="dxa"/>
            <w:tcMar>
              <w:top w:w="20" w:type="dxa"/>
              <w:left w:w="50" w:type="dxa"/>
              <w:bottom w:w="20" w:type="dxa"/>
              <w:right w:w="50" w:type="dxa"/>
            </w:tcMar>
          </w:tcPr>
          <w:p w14:paraId="2599BEA6" w14:textId="77777777" w:rsidR="00292F36" w:rsidRDefault="00000000">
            <w:r>
              <w:rPr>
                <w:sz w:val="12"/>
              </w:rPr>
              <w:t>0</w:t>
            </w:r>
          </w:p>
        </w:tc>
        <w:tc>
          <w:tcPr>
            <w:tcW w:w="564" w:type="dxa"/>
            <w:tcMar>
              <w:top w:w="20" w:type="dxa"/>
              <w:left w:w="50" w:type="dxa"/>
              <w:bottom w:w="20" w:type="dxa"/>
              <w:right w:w="50" w:type="dxa"/>
            </w:tcMar>
          </w:tcPr>
          <w:p w14:paraId="1633B73B" w14:textId="77777777" w:rsidR="00292F36" w:rsidRDefault="00000000">
            <w:r>
              <w:rPr>
                <w:sz w:val="12"/>
              </w:rPr>
              <w:t>0</w:t>
            </w:r>
          </w:p>
        </w:tc>
        <w:tc>
          <w:tcPr>
            <w:tcW w:w="564" w:type="dxa"/>
            <w:tcMar>
              <w:top w:w="20" w:type="dxa"/>
              <w:left w:w="50" w:type="dxa"/>
              <w:bottom w:w="20" w:type="dxa"/>
              <w:right w:w="50" w:type="dxa"/>
            </w:tcMar>
          </w:tcPr>
          <w:p w14:paraId="59090C80" w14:textId="77777777" w:rsidR="00292F36" w:rsidRDefault="00000000">
            <w:r>
              <w:rPr>
                <w:sz w:val="12"/>
              </w:rPr>
              <w:t>0</w:t>
            </w:r>
          </w:p>
        </w:tc>
        <w:tc>
          <w:tcPr>
            <w:tcW w:w="564" w:type="dxa"/>
            <w:tcMar>
              <w:top w:w="20" w:type="dxa"/>
              <w:left w:w="50" w:type="dxa"/>
              <w:bottom w:w="20" w:type="dxa"/>
              <w:right w:w="50" w:type="dxa"/>
            </w:tcMar>
          </w:tcPr>
          <w:p w14:paraId="4B3181EF" w14:textId="77777777" w:rsidR="00292F36" w:rsidRDefault="00000000">
            <w:r>
              <w:rPr>
                <w:sz w:val="12"/>
              </w:rPr>
              <w:t>0.1147541</w:t>
            </w:r>
          </w:p>
        </w:tc>
        <w:tc>
          <w:tcPr>
            <w:tcW w:w="564" w:type="dxa"/>
            <w:tcMar>
              <w:top w:w="20" w:type="dxa"/>
              <w:left w:w="50" w:type="dxa"/>
              <w:bottom w:w="20" w:type="dxa"/>
              <w:right w:w="50" w:type="dxa"/>
            </w:tcMar>
          </w:tcPr>
          <w:p w14:paraId="45529C32" w14:textId="77777777" w:rsidR="00292F36" w:rsidRDefault="00000000">
            <w:r>
              <w:rPr>
                <w:sz w:val="12"/>
              </w:rPr>
              <w:t>0.85245902</w:t>
            </w:r>
          </w:p>
        </w:tc>
        <w:tc>
          <w:tcPr>
            <w:tcW w:w="564" w:type="dxa"/>
            <w:tcMar>
              <w:top w:w="20" w:type="dxa"/>
              <w:left w:w="50" w:type="dxa"/>
              <w:bottom w:w="20" w:type="dxa"/>
              <w:right w:w="50" w:type="dxa"/>
            </w:tcMar>
          </w:tcPr>
          <w:p w14:paraId="0D3EF2FF" w14:textId="77777777" w:rsidR="00292F36" w:rsidRDefault="00000000">
            <w:r>
              <w:rPr>
                <w:sz w:val="12"/>
              </w:rPr>
              <w:t>0</w:t>
            </w:r>
          </w:p>
        </w:tc>
        <w:tc>
          <w:tcPr>
            <w:tcW w:w="564" w:type="dxa"/>
            <w:tcMar>
              <w:top w:w="20" w:type="dxa"/>
              <w:left w:w="50" w:type="dxa"/>
              <w:bottom w:w="20" w:type="dxa"/>
              <w:right w:w="50" w:type="dxa"/>
            </w:tcMar>
          </w:tcPr>
          <w:p w14:paraId="42FCE964" w14:textId="77777777" w:rsidR="00292F36" w:rsidRDefault="00000000">
            <w:r>
              <w:rPr>
                <w:sz w:val="12"/>
              </w:rPr>
              <w:t>0.03278689</w:t>
            </w:r>
          </w:p>
        </w:tc>
        <w:tc>
          <w:tcPr>
            <w:tcW w:w="564" w:type="dxa"/>
            <w:tcMar>
              <w:top w:w="20" w:type="dxa"/>
              <w:left w:w="50" w:type="dxa"/>
              <w:bottom w:w="20" w:type="dxa"/>
              <w:right w:w="50" w:type="dxa"/>
            </w:tcMar>
          </w:tcPr>
          <w:p w14:paraId="7B92897A" w14:textId="77777777" w:rsidR="00292F36" w:rsidRDefault="00000000">
            <w:r>
              <w:rPr>
                <w:sz w:val="12"/>
              </w:rPr>
              <w:t>0</w:t>
            </w:r>
          </w:p>
        </w:tc>
      </w:tr>
      <w:tr w:rsidR="00292F36" w14:paraId="4B03269E" w14:textId="77777777">
        <w:tc>
          <w:tcPr>
            <w:tcW w:w="564" w:type="dxa"/>
            <w:tcMar>
              <w:top w:w="20" w:type="dxa"/>
              <w:left w:w="50" w:type="dxa"/>
              <w:bottom w:w="20" w:type="dxa"/>
              <w:right w:w="50" w:type="dxa"/>
            </w:tcMar>
          </w:tcPr>
          <w:p w14:paraId="036401D5" w14:textId="77777777" w:rsidR="00292F36" w:rsidRDefault="00000000">
            <w:r>
              <w:rPr>
                <w:sz w:val="12"/>
              </w:rPr>
              <w:t>2021_piedra_blanca_piedra_blanca_shallow_2</w:t>
            </w:r>
          </w:p>
        </w:tc>
        <w:tc>
          <w:tcPr>
            <w:tcW w:w="564" w:type="dxa"/>
            <w:tcMar>
              <w:top w:w="20" w:type="dxa"/>
              <w:left w:w="50" w:type="dxa"/>
              <w:bottom w:w="20" w:type="dxa"/>
              <w:right w:w="50" w:type="dxa"/>
            </w:tcMar>
          </w:tcPr>
          <w:p w14:paraId="2EA6F20A" w14:textId="77777777" w:rsidR="00292F36" w:rsidRDefault="00000000">
            <w:r>
              <w:rPr>
                <w:sz w:val="12"/>
              </w:rPr>
              <w:t>-0.8416617</w:t>
            </w:r>
          </w:p>
        </w:tc>
        <w:tc>
          <w:tcPr>
            <w:tcW w:w="564" w:type="dxa"/>
            <w:tcMar>
              <w:top w:w="20" w:type="dxa"/>
              <w:left w:w="50" w:type="dxa"/>
              <w:bottom w:w="20" w:type="dxa"/>
              <w:right w:w="50" w:type="dxa"/>
            </w:tcMar>
          </w:tcPr>
          <w:p w14:paraId="55A0432C" w14:textId="77777777" w:rsidR="00292F36" w:rsidRDefault="00000000">
            <w:r>
              <w:rPr>
                <w:sz w:val="12"/>
              </w:rPr>
              <w:t>0.04392493</w:t>
            </w:r>
          </w:p>
        </w:tc>
        <w:tc>
          <w:tcPr>
            <w:tcW w:w="564" w:type="dxa"/>
            <w:tcMar>
              <w:top w:w="20" w:type="dxa"/>
              <w:left w:w="50" w:type="dxa"/>
              <w:bottom w:w="20" w:type="dxa"/>
              <w:right w:w="50" w:type="dxa"/>
            </w:tcMar>
          </w:tcPr>
          <w:p w14:paraId="003DCB27" w14:textId="77777777" w:rsidR="00292F36" w:rsidRDefault="00000000">
            <w:r>
              <w:rPr>
                <w:sz w:val="12"/>
              </w:rPr>
              <w:t>2021</w:t>
            </w:r>
          </w:p>
        </w:tc>
        <w:tc>
          <w:tcPr>
            <w:tcW w:w="564" w:type="dxa"/>
            <w:tcMar>
              <w:top w:w="20" w:type="dxa"/>
              <w:left w:w="50" w:type="dxa"/>
              <w:bottom w:w="20" w:type="dxa"/>
              <w:right w:w="50" w:type="dxa"/>
            </w:tcMar>
          </w:tcPr>
          <w:p w14:paraId="5DA73450" w14:textId="77777777" w:rsidR="00292F36" w:rsidRDefault="00000000">
            <w:r>
              <w:rPr>
                <w:sz w:val="12"/>
              </w:rPr>
              <w:t>punta_eugenia</w:t>
            </w:r>
          </w:p>
        </w:tc>
        <w:tc>
          <w:tcPr>
            <w:tcW w:w="564" w:type="dxa"/>
            <w:tcMar>
              <w:top w:w="20" w:type="dxa"/>
              <w:left w:w="50" w:type="dxa"/>
              <w:bottom w:w="20" w:type="dxa"/>
              <w:right w:w="50" w:type="dxa"/>
            </w:tcMar>
          </w:tcPr>
          <w:p w14:paraId="728ED427" w14:textId="77777777" w:rsidR="00292F36" w:rsidRDefault="00000000">
            <w:r>
              <w:rPr>
                <w:sz w:val="12"/>
              </w:rPr>
              <w:t>South</w:t>
            </w:r>
          </w:p>
        </w:tc>
        <w:tc>
          <w:tcPr>
            <w:tcW w:w="564" w:type="dxa"/>
            <w:tcMar>
              <w:top w:w="20" w:type="dxa"/>
              <w:left w:w="50" w:type="dxa"/>
              <w:bottom w:w="20" w:type="dxa"/>
              <w:right w:w="50" w:type="dxa"/>
            </w:tcMar>
          </w:tcPr>
          <w:p w14:paraId="6C6DC464" w14:textId="77777777" w:rsidR="00292F36" w:rsidRDefault="00000000">
            <w:r>
              <w:rPr>
                <w:sz w:val="12"/>
              </w:rPr>
              <w:t>piedra_blanca</w:t>
            </w:r>
          </w:p>
        </w:tc>
        <w:tc>
          <w:tcPr>
            <w:tcW w:w="564" w:type="dxa"/>
            <w:tcMar>
              <w:top w:w="20" w:type="dxa"/>
              <w:left w:w="50" w:type="dxa"/>
              <w:bottom w:w="20" w:type="dxa"/>
              <w:right w:w="50" w:type="dxa"/>
            </w:tcMar>
          </w:tcPr>
          <w:p w14:paraId="4A1423A4" w14:textId="77777777" w:rsidR="00292F36" w:rsidRDefault="00000000">
            <w:r>
              <w:rPr>
                <w:sz w:val="12"/>
              </w:rPr>
              <w:t>piedra_blanca_shallow</w:t>
            </w:r>
          </w:p>
        </w:tc>
        <w:tc>
          <w:tcPr>
            <w:tcW w:w="564" w:type="dxa"/>
            <w:tcMar>
              <w:top w:w="20" w:type="dxa"/>
              <w:left w:w="50" w:type="dxa"/>
              <w:bottom w:w="20" w:type="dxa"/>
              <w:right w:w="50" w:type="dxa"/>
            </w:tcMar>
          </w:tcPr>
          <w:p w14:paraId="01A83967" w14:textId="77777777" w:rsidR="00292F36" w:rsidRDefault="00000000">
            <w:r>
              <w:rPr>
                <w:sz w:val="12"/>
              </w:rPr>
              <w:t>5.8</w:t>
            </w:r>
          </w:p>
        </w:tc>
        <w:tc>
          <w:tcPr>
            <w:tcW w:w="564" w:type="dxa"/>
            <w:tcMar>
              <w:top w:w="20" w:type="dxa"/>
              <w:left w:w="50" w:type="dxa"/>
              <w:bottom w:w="20" w:type="dxa"/>
              <w:right w:w="50" w:type="dxa"/>
            </w:tcMar>
          </w:tcPr>
          <w:p w14:paraId="2DAECA55" w14:textId="77777777" w:rsidR="00292F36" w:rsidRDefault="00000000">
            <w:r>
              <w:rPr>
                <w:sz w:val="12"/>
              </w:rPr>
              <w:t>18.7399998</w:t>
            </w:r>
          </w:p>
        </w:tc>
        <w:tc>
          <w:tcPr>
            <w:tcW w:w="564" w:type="dxa"/>
            <w:tcMar>
              <w:top w:w="20" w:type="dxa"/>
              <w:left w:w="50" w:type="dxa"/>
              <w:bottom w:w="20" w:type="dxa"/>
              <w:right w:w="50" w:type="dxa"/>
            </w:tcMar>
          </w:tcPr>
          <w:p w14:paraId="2594F546" w14:textId="77777777" w:rsidR="00292F36" w:rsidRDefault="00000000">
            <w:r>
              <w:rPr>
                <w:sz w:val="12"/>
              </w:rPr>
              <w:t>3.54124447</w:t>
            </w:r>
          </w:p>
        </w:tc>
        <w:tc>
          <w:tcPr>
            <w:tcW w:w="564" w:type="dxa"/>
            <w:tcMar>
              <w:top w:w="20" w:type="dxa"/>
              <w:left w:w="50" w:type="dxa"/>
              <w:bottom w:w="20" w:type="dxa"/>
              <w:right w:w="50" w:type="dxa"/>
            </w:tcMar>
          </w:tcPr>
          <w:p w14:paraId="5E924DF7" w14:textId="77777777" w:rsidR="00292F36" w:rsidRDefault="00000000">
            <w:r>
              <w:rPr>
                <w:sz w:val="12"/>
              </w:rPr>
              <w:t>0.78238342</w:t>
            </w:r>
          </w:p>
        </w:tc>
        <w:tc>
          <w:tcPr>
            <w:tcW w:w="564" w:type="dxa"/>
            <w:tcMar>
              <w:top w:w="20" w:type="dxa"/>
              <w:left w:w="50" w:type="dxa"/>
              <w:bottom w:w="20" w:type="dxa"/>
              <w:right w:w="50" w:type="dxa"/>
            </w:tcMar>
          </w:tcPr>
          <w:p w14:paraId="2DC5E286" w14:textId="77777777" w:rsidR="00292F36" w:rsidRDefault="00000000">
            <w:r>
              <w:rPr>
                <w:sz w:val="12"/>
              </w:rPr>
              <w:t>0.04041451</w:t>
            </w:r>
          </w:p>
        </w:tc>
        <w:tc>
          <w:tcPr>
            <w:tcW w:w="564" w:type="dxa"/>
            <w:tcMar>
              <w:top w:w="20" w:type="dxa"/>
              <w:left w:w="50" w:type="dxa"/>
              <w:bottom w:w="20" w:type="dxa"/>
              <w:right w:w="50" w:type="dxa"/>
            </w:tcMar>
          </w:tcPr>
          <w:p w14:paraId="1B8FEC20" w14:textId="77777777" w:rsidR="00292F36" w:rsidRDefault="00000000">
            <w:r>
              <w:rPr>
                <w:sz w:val="12"/>
              </w:rPr>
              <w:t>0</w:t>
            </w:r>
          </w:p>
        </w:tc>
        <w:tc>
          <w:tcPr>
            <w:tcW w:w="564" w:type="dxa"/>
            <w:tcMar>
              <w:top w:w="20" w:type="dxa"/>
              <w:left w:w="50" w:type="dxa"/>
              <w:bottom w:w="20" w:type="dxa"/>
              <w:right w:w="50" w:type="dxa"/>
            </w:tcMar>
          </w:tcPr>
          <w:p w14:paraId="7B623900" w14:textId="77777777" w:rsidR="00292F36" w:rsidRDefault="00000000">
            <w:r>
              <w:rPr>
                <w:sz w:val="12"/>
              </w:rPr>
              <w:t>0.17720207</w:t>
            </w:r>
          </w:p>
        </w:tc>
        <w:tc>
          <w:tcPr>
            <w:tcW w:w="564" w:type="dxa"/>
            <w:tcMar>
              <w:top w:w="20" w:type="dxa"/>
              <w:left w:w="50" w:type="dxa"/>
              <w:bottom w:w="20" w:type="dxa"/>
              <w:right w:w="50" w:type="dxa"/>
            </w:tcMar>
          </w:tcPr>
          <w:p w14:paraId="0231A9BE" w14:textId="77777777" w:rsidR="00292F36" w:rsidRDefault="00000000">
            <w:r>
              <w:rPr>
                <w:sz w:val="12"/>
              </w:rPr>
              <w:t>0</w:t>
            </w:r>
          </w:p>
        </w:tc>
        <w:tc>
          <w:tcPr>
            <w:tcW w:w="564" w:type="dxa"/>
            <w:tcMar>
              <w:top w:w="20" w:type="dxa"/>
              <w:left w:w="50" w:type="dxa"/>
              <w:bottom w:w="20" w:type="dxa"/>
              <w:right w:w="50" w:type="dxa"/>
            </w:tcMar>
          </w:tcPr>
          <w:p w14:paraId="46499159" w14:textId="77777777" w:rsidR="00292F36" w:rsidRDefault="00000000">
            <w:r>
              <w:rPr>
                <w:sz w:val="12"/>
              </w:rPr>
              <w:t>0</w:t>
            </w:r>
          </w:p>
        </w:tc>
        <w:tc>
          <w:tcPr>
            <w:tcW w:w="564" w:type="dxa"/>
            <w:tcMar>
              <w:top w:w="20" w:type="dxa"/>
              <w:left w:w="50" w:type="dxa"/>
              <w:bottom w:w="20" w:type="dxa"/>
              <w:right w:w="50" w:type="dxa"/>
            </w:tcMar>
          </w:tcPr>
          <w:p w14:paraId="0F59ED70" w14:textId="77777777" w:rsidR="00292F36" w:rsidRDefault="00000000">
            <w:r>
              <w:rPr>
                <w:sz w:val="12"/>
              </w:rPr>
              <w:t>0</w:t>
            </w:r>
          </w:p>
        </w:tc>
        <w:tc>
          <w:tcPr>
            <w:tcW w:w="564" w:type="dxa"/>
            <w:tcMar>
              <w:top w:w="20" w:type="dxa"/>
              <w:left w:w="50" w:type="dxa"/>
              <w:bottom w:w="20" w:type="dxa"/>
              <w:right w:w="50" w:type="dxa"/>
            </w:tcMar>
          </w:tcPr>
          <w:p w14:paraId="07F68D99" w14:textId="77777777" w:rsidR="00292F36" w:rsidRDefault="00000000">
            <w:r>
              <w:rPr>
                <w:sz w:val="12"/>
              </w:rPr>
              <w:t>0</w:t>
            </w:r>
          </w:p>
        </w:tc>
        <w:tc>
          <w:tcPr>
            <w:tcW w:w="564" w:type="dxa"/>
            <w:tcMar>
              <w:top w:w="20" w:type="dxa"/>
              <w:left w:w="50" w:type="dxa"/>
              <w:bottom w:w="20" w:type="dxa"/>
              <w:right w:w="50" w:type="dxa"/>
            </w:tcMar>
          </w:tcPr>
          <w:p w14:paraId="18A2EAFF" w14:textId="77777777" w:rsidR="00292F36" w:rsidRDefault="00000000">
            <w:r>
              <w:rPr>
                <w:sz w:val="12"/>
              </w:rPr>
              <w:t>0</w:t>
            </w:r>
          </w:p>
        </w:tc>
        <w:tc>
          <w:tcPr>
            <w:tcW w:w="564" w:type="dxa"/>
            <w:tcMar>
              <w:top w:w="20" w:type="dxa"/>
              <w:left w:w="50" w:type="dxa"/>
              <w:bottom w:w="20" w:type="dxa"/>
              <w:right w:w="50" w:type="dxa"/>
            </w:tcMar>
          </w:tcPr>
          <w:p w14:paraId="3D1DE5E5" w14:textId="77777777" w:rsidR="00292F36" w:rsidRDefault="00000000">
            <w:r>
              <w:rPr>
                <w:sz w:val="12"/>
              </w:rPr>
              <w:t>0.2</w:t>
            </w:r>
          </w:p>
        </w:tc>
        <w:tc>
          <w:tcPr>
            <w:tcW w:w="564" w:type="dxa"/>
            <w:tcMar>
              <w:top w:w="20" w:type="dxa"/>
              <w:left w:w="50" w:type="dxa"/>
              <w:bottom w:w="20" w:type="dxa"/>
              <w:right w:w="50" w:type="dxa"/>
            </w:tcMar>
          </w:tcPr>
          <w:p w14:paraId="3F0950F1" w14:textId="77777777" w:rsidR="00292F36" w:rsidRDefault="00000000">
            <w:r>
              <w:rPr>
                <w:sz w:val="12"/>
              </w:rPr>
              <w:t>0.8</w:t>
            </w:r>
          </w:p>
        </w:tc>
        <w:tc>
          <w:tcPr>
            <w:tcW w:w="564" w:type="dxa"/>
            <w:tcMar>
              <w:top w:w="20" w:type="dxa"/>
              <w:left w:w="50" w:type="dxa"/>
              <w:bottom w:w="20" w:type="dxa"/>
              <w:right w:w="50" w:type="dxa"/>
            </w:tcMar>
          </w:tcPr>
          <w:p w14:paraId="637303B7" w14:textId="77777777" w:rsidR="00292F36" w:rsidRDefault="00000000">
            <w:r>
              <w:rPr>
                <w:sz w:val="12"/>
              </w:rPr>
              <w:t>0</w:t>
            </w:r>
          </w:p>
        </w:tc>
        <w:tc>
          <w:tcPr>
            <w:tcW w:w="564" w:type="dxa"/>
            <w:tcMar>
              <w:top w:w="20" w:type="dxa"/>
              <w:left w:w="50" w:type="dxa"/>
              <w:bottom w:w="20" w:type="dxa"/>
              <w:right w:w="50" w:type="dxa"/>
            </w:tcMar>
          </w:tcPr>
          <w:p w14:paraId="4E627F56" w14:textId="77777777" w:rsidR="00292F36" w:rsidRDefault="00000000">
            <w:r>
              <w:rPr>
                <w:sz w:val="12"/>
              </w:rPr>
              <w:t>0</w:t>
            </w:r>
          </w:p>
        </w:tc>
        <w:tc>
          <w:tcPr>
            <w:tcW w:w="564" w:type="dxa"/>
            <w:tcMar>
              <w:top w:w="20" w:type="dxa"/>
              <w:left w:w="50" w:type="dxa"/>
              <w:bottom w:w="20" w:type="dxa"/>
              <w:right w:w="50" w:type="dxa"/>
            </w:tcMar>
          </w:tcPr>
          <w:p w14:paraId="33BBE9BF" w14:textId="77777777" w:rsidR="00292F36" w:rsidRDefault="00000000">
            <w:r>
              <w:rPr>
                <w:sz w:val="12"/>
              </w:rPr>
              <w:t>0</w:t>
            </w:r>
          </w:p>
        </w:tc>
      </w:tr>
      <w:tr w:rsidR="00292F36" w14:paraId="3AA79311" w14:textId="77777777">
        <w:tc>
          <w:tcPr>
            <w:tcW w:w="564" w:type="dxa"/>
            <w:tcMar>
              <w:top w:w="20" w:type="dxa"/>
              <w:left w:w="50" w:type="dxa"/>
              <w:bottom w:w="20" w:type="dxa"/>
              <w:right w:w="50" w:type="dxa"/>
            </w:tcMar>
          </w:tcPr>
          <w:p w14:paraId="52ED5A42" w14:textId="77777777" w:rsidR="00292F36" w:rsidRDefault="00000000">
            <w:r>
              <w:rPr>
                <w:sz w:val="12"/>
              </w:rPr>
              <w:t>2022_campo_kennedy_campo_kennedy_mid_1</w:t>
            </w:r>
          </w:p>
        </w:tc>
        <w:tc>
          <w:tcPr>
            <w:tcW w:w="564" w:type="dxa"/>
            <w:tcMar>
              <w:top w:w="20" w:type="dxa"/>
              <w:left w:w="50" w:type="dxa"/>
              <w:bottom w:w="20" w:type="dxa"/>
              <w:right w:w="50" w:type="dxa"/>
            </w:tcMar>
          </w:tcPr>
          <w:p w14:paraId="76AC6E2A" w14:textId="77777777" w:rsidR="00292F36" w:rsidRDefault="00000000">
            <w:r>
              <w:rPr>
                <w:sz w:val="12"/>
              </w:rPr>
              <w:t>0.63853608</w:t>
            </w:r>
          </w:p>
        </w:tc>
        <w:tc>
          <w:tcPr>
            <w:tcW w:w="564" w:type="dxa"/>
            <w:tcMar>
              <w:top w:w="20" w:type="dxa"/>
              <w:left w:w="50" w:type="dxa"/>
              <w:bottom w:w="20" w:type="dxa"/>
              <w:right w:w="50" w:type="dxa"/>
            </w:tcMar>
          </w:tcPr>
          <w:p w14:paraId="500B3971" w14:textId="77777777" w:rsidR="00292F36" w:rsidRDefault="00000000">
            <w:r>
              <w:rPr>
                <w:sz w:val="12"/>
              </w:rPr>
              <w:t>0.04722812</w:t>
            </w:r>
          </w:p>
        </w:tc>
        <w:tc>
          <w:tcPr>
            <w:tcW w:w="564" w:type="dxa"/>
            <w:tcMar>
              <w:top w:w="20" w:type="dxa"/>
              <w:left w:w="50" w:type="dxa"/>
              <w:bottom w:w="20" w:type="dxa"/>
              <w:right w:w="50" w:type="dxa"/>
            </w:tcMar>
          </w:tcPr>
          <w:p w14:paraId="59A78B60" w14:textId="77777777" w:rsidR="00292F36" w:rsidRDefault="00000000">
            <w:r>
              <w:rPr>
                <w:sz w:val="12"/>
              </w:rPr>
              <w:t>2022</w:t>
            </w:r>
          </w:p>
        </w:tc>
        <w:tc>
          <w:tcPr>
            <w:tcW w:w="564" w:type="dxa"/>
            <w:tcMar>
              <w:top w:w="20" w:type="dxa"/>
              <w:left w:w="50" w:type="dxa"/>
              <w:bottom w:w="20" w:type="dxa"/>
              <w:right w:w="50" w:type="dxa"/>
            </w:tcMar>
          </w:tcPr>
          <w:p w14:paraId="0B9ACE3A" w14:textId="77777777" w:rsidR="00292F36" w:rsidRDefault="00000000">
            <w:r>
              <w:rPr>
                <w:sz w:val="12"/>
              </w:rPr>
              <w:t>ensenada</w:t>
            </w:r>
          </w:p>
        </w:tc>
        <w:tc>
          <w:tcPr>
            <w:tcW w:w="564" w:type="dxa"/>
            <w:tcMar>
              <w:top w:w="20" w:type="dxa"/>
              <w:left w:w="50" w:type="dxa"/>
              <w:bottom w:w="20" w:type="dxa"/>
              <w:right w:w="50" w:type="dxa"/>
            </w:tcMar>
          </w:tcPr>
          <w:p w14:paraId="4CE62D35" w14:textId="77777777" w:rsidR="00292F36" w:rsidRDefault="00000000">
            <w:r>
              <w:rPr>
                <w:sz w:val="12"/>
              </w:rPr>
              <w:t>North</w:t>
            </w:r>
          </w:p>
        </w:tc>
        <w:tc>
          <w:tcPr>
            <w:tcW w:w="564" w:type="dxa"/>
            <w:tcMar>
              <w:top w:w="20" w:type="dxa"/>
              <w:left w:w="50" w:type="dxa"/>
              <w:bottom w:w="20" w:type="dxa"/>
              <w:right w:w="50" w:type="dxa"/>
            </w:tcMar>
          </w:tcPr>
          <w:p w14:paraId="3561358D" w14:textId="77777777" w:rsidR="00292F36" w:rsidRDefault="00000000">
            <w:r>
              <w:rPr>
                <w:sz w:val="12"/>
              </w:rPr>
              <w:t>campo_kennedy</w:t>
            </w:r>
          </w:p>
        </w:tc>
        <w:tc>
          <w:tcPr>
            <w:tcW w:w="564" w:type="dxa"/>
            <w:tcMar>
              <w:top w:w="20" w:type="dxa"/>
              <w:left w:w="50" w:type="dxa"/>
              <w:bottom w:w="20" w:type="dxa"/>
              <w:right w:w="50" w:type="dxa"/>
            </w:tcMar>
          </w:tcPr>
          <w:p w14:paraId="6D504041" w14:textId="77777777" w:rsidR="00292F36" w:rsidRDefault="00000000">
            <w:r>
              <w:rPr>
                <w:sz w:val="12"/>
              </w:rPr>
              <w:t>campo_kennedy_mid</w:t>
            </w:r>
          </w:p>
        </w:tc>
        <w:tc>
          <w:tcPr>
            <w:tcW w:w="564" w:type="dxa"/>
            <w:tcMar>
              <w:top w:w="20" w:type="dxa"/>
              <w:left w:w="50" w:type="dxa"/>
              <w:bottom w:w="20" w:type="dxa"/>
              <w:right w:w="50" w:type="dxa"/>
            </w:tcMar>
          </w:tcPr>
          <w:p w14:paraId="3ABDFC3E" w14:textId="77777777" w:rsidR="00292F36" w:rsidRDefault="00000000">
            <w:r>
              <w:rPr>
                <w:sz w:val="12"/>
              </w:rPr>
              <w:t>7</w:t>
            </w:r>
          </w:p>
        </w:tc>
        <w:tc>
          <w:tcPr>
            <w:tcW w:w="564" w:type="dxa"/>
            <w:tcMar>
              <w:top w:w="20" w:type="dxa"/>
              <w:left w:w="50" w:type="dxa"/>
              <w:bottom w:w="20" w:type="dxa"/>
              <w:right w:w="50" w:type="dxa"/>
            </w:tcMar>
          </w:tcPr>
          <w:p w14:paraId="2582AF51" w14:textId="77777777" w:rsidR="00292F36" w:rsidRDefault="00000000">
            <w:r>
              <w:rPr>
                <w:sz w:val="12"/>
              </w:rPr>
              <w:t>15.6099997</w:t>
            </w:r>
          </w:p>
        </w:tc>
        <w:tc>
          <w:tcPr>
            <w:tcW w:w="564" w:type="dxa"/>
            <w:tcMar>
              <w:top w:w="20" w:type="dxa"/>
              <w:left w:w="50" w:type="dxa"/>
              <w:bottom w:w="20" w:type="dxa"/>
              <w:right w:w="50" w:type="dxa"/>
            </w:tcMar>
          </w:tcPr>
          <w:p w14:paraId="218C7345" w14:textId="77777777" w:rsidR="00292F36" w:rsidRDefault="00000000">
            <w:r>
              <w:rPr>
                <w:sz w:val="12"/>
              </w:rPr>
              <w:t>0.25730975</w:t>
            </w:r>
          </w:p>
        </w:tc>
        <w:tc>
          <w:tcPr>
            <w:tcW w:w="564" w:type="dxa"/>
            <w:tcMar>
              <w:top w:w="20" w:type="dxa"/>
              <w:left w:w="50" w:type="dxa"/>
              <w:bottom w:w="20" w:type="dxa"/>
              <w:right w:w="50" w:type="dxa"/>
            </w:tcMar>
          </w:tcPr>
          <w:p w14:paraId="242EE46D" w14:textId="77777777" w:rsidR="00292F36" w:rsidRDefault="00000000">
            <w:r>
              <w:rPr>
                <w:sz w:val="12"/>
              </w:rPr>
              <w:t>0.02422145</w:t>
            </w:r>
          </w:p>
        </w:tc>
        <w:tc>
          <w:tcPr>
            <w:tcW w:w="564" w:type="dxa"/>
            <w:tcMar>
              <w:top w:w="20" w:type="dxa"/>
              <w:left w:w="50" w:type="dxa"/>
              <w:bottom w:w="20" w:type="dxa"/>
              <w:right w:w="50" w:type="dxa"/>
            </w:tcMar>
          </w:tcPr>
          <w:p w14:paraId="35FDF294" w14:textId="77777777" w:rsidR="00292F36" w:rsidRDefault="00000000">
            <w:r>
              <w:rPr>
                <w:sz w:val="12"/>
              </w:rPr>
              <w:t>0.53979239</w:t>
            </w:r>
          </w:p>
        </w:tc>
        <w:tc>
          <w:tcPr>
            <w:tcW w:w="564" w:type="dxa"/>
            <w:tcMar>
              <w:top w:w="20" w:type="dxa"/>
              <w:left w:w="50" w:type="dxa"/>
              <w:bottom w:w="20" w:type="dxa"/>
              <w:right w:w="50" w:type="dxa"/>
            </w:tcMar>
          </w:tcPr>
          <w:p w14:paraId="6A4FEE75" w14:textId="77777777" w:rsidR="00292F36" w:rsidRDefault="00000000">
            <w:r>
              <w:rPr>
                <w:sz w:val="12"/>
              </w:rPr>
              <w:t>0.26297578</w:t>
            </w:r>
          </w:p>
        </w:tc>
        <w:tc>
          <w:tcPr>
            <w:tcW w:w="564" w:type="dxa"/>
            <w:tcMar>
              <w:top w:w="20" w:type="dxa"/>
              <w:left w:w="50" w:type="dxa"/>
              <w:bottom w:w="20" w:type="dxa"/>
              <w:right w:w="50" w:type="dxa"/>
            </w:tcMar>
          </w:tcPr>
          <w:p w14:paraId="177BDE6A" w14:textId="77777777" w:rsidR="00292F36" w:rsidRDefault="00000000">
            <w:r>
              <w:rPr>
                <w:sz w:val="12"/>
              </w:rPr>
              <w:t>0.17301038</w:t>
            </w:r>
          </w:p>
        </w:tc>
        <w:tc>
          <w:tcPr>
            <w:tcW w:w="564" w:type="dxa"/>
            <w:tcMar>
              <w:top w:w="20" w:type="dxa"/>
              <w:left w:w="50" w:type="dxa"/>
              <w:bottom w:w="20" w:type="dxa"/>
              <w:right w:w="50" w:type="dxa"/>
            </w:tcMar>
          </w:tcPr>
          <w:p w14:paraId="06104F2B" w14:textId="77777777" w:rsidR="00292F36" w:rsidRDefault="00000000">
            <w:r>
              <w:rPr>
                <w:sz w:val="12"/>
              </w:rPr>
              <w:t>0</w:t>
            </w:r>
          </w:p>
        </w:tc>
        <w:tc>
          <w:tcPr>
            <w:tcW w:w="564" w:type="dxa"/>
            <w:tcMar>
              <w:top w:w="20" w:type="dxa"/>
              <w:left w:w="50" w:type="dxa"/>
              <w:bottom w:w="20" w:type="dxa"/>
              <w:right w:w="50" w:type="dxa"/>
            </w:tcMar>
          </w:tcPr>
          <w:p w14:paraId="3AB9E31D" w14:textId="77777777" w:rsidR="00292F36" w:rsidRDefault="00000000">
            <w:r>
              <w:rPr>
                <w:sz w:val="12"/>
              </w:rPr>
              <w:t>0</w:t>
            </w:r>
          </w:p>
        </w:tc>
        <w:tc>
          <w:tcPr>
            <w:tcW w:w="564" w:type="dxa"/>
            <w:tcMar>
              <w:top w:w="20" w:type="dxa"/>
              <w:left w:w="50" w:type="dxa"/>
              <w:bottom w:w="20" w:type="dxa"/>
              <w:right w:w="50" w:type="dxa"/>
            </w:tcMar>
          </w:tcPr>
          <w:p w14:paraId="084A95BF" w14:textId="77777777" w:rsidR="00292F36" w:rsidRDefault="00000000">
            <w:r>
              <w:rPr>
                <w:sz w:val="12"/>
              </w:rPr>
              <w:t>0</w:t>
            </w:r>
          </w:p>
        </w:tc>
        <w:tc>
          <w:tcPr>
            <w:tcW w:w="564" w:type="dxa"/>
            <w:tcMar>
              <w:top w:w="20" w:type="dxa"/>
              <w:left w:w="50" w:type="dxa"/>
              <w:bottom w:w="20" w:type="dxa"/>
              <w:right w:w="50" w:type="dxa"/>
            </w:tcMar>
          </w:tcPr>
          <w:p w14:paraId="305F7B6E" w14:textId="77777777" w:rsidR="00292F36" w:rsidRDefault="00000000">
            <w:r>
              <w:rPr>
                <w:sz w:val="12"/>
              </w:rPr>
              <w:t>0</w:t>
            </w:r>
          </w:p>
        </w:tc>
        <w:tc>
          <w:tcPr>
            <w:tcW w:w="564" w:type="dxa"/>
            <w:tcMar>
              <w:top w:w="20" w:type="dxa"/>
              <w:left w:w="50" w:type="dxa"/>
              <w:bottom w:w="20" w:type="dxa"/>
              <w:right w:w="50" w:type="dxa"/>
            </w:tcMar>
          </w:tcPr>
          <w:p w14:paraId="5A0F09E5" w14:textId="77777777" w:rsidR="00292F36" w:rsidRDefault="00000000">
            <w:r>
              <w:rPr>
                <w:sz w:val="12"/>
              </w:rPr>
              <w:t>0</w:t>
            </w:r>
          </w:p>
        </w:tc>
        <w:tc>
          <w:tcPr>
            <w:tcW w:w="564" w:type="dxa"/>
            <w:tcMar>
              <w:top w:w="20" w:type="dxa"/>
              <w:left w:w="50" w:type="dxa"/>
              <w:bottom w:w="20" w:type="dxa"/>
              <w:right w:w="50" w:type="dxa"/>
            </w:tcMar>
          </w:tcPr>
          <w:p w14:paraId="0DFB755B" w14:textId="77777777" w:rsidR="00292F36" w:rsidRDefault="00000000">
            <w:r>
              <w:rPr>
                <w:sz w:val="12"/>
              </w:rPr>
              <w:t>0.4198895</w:t>
            </w:r>
          </w:p>
        </w:tc>
        <w:tc>
          <w:tcPr>
            <w:tcW w:w="564" w:type="dxa"/>
            <w:tcMar>
              <w:top w:w="20" w:type="dxa"/>
              <w:left w:w="50" w:type="dxa"/>
              <w:bottom w:w="20" w:type="dxa"/>
              <w:right w:w="50" w:type="dxa"/>
            </w:tcMar>
          </w:tcPr>
          <w:p w14:paraId="02D1CB66" w14:textId="77777777" w:rsidR="00292F36" w:rsidRDefault="00000000">
            <w:r>
              <w:rPr>
                <w:sz w:val="12"/>
              </w:rPr>
              <w:t>0.12154696</w:t>
            </w:r>
          </w:p>
        </w:tc>
        <w:tc>
          <w:tcPr>
            <w:tcW w:w="564" w:type="dxa"/>
            <w:tcMar>
              <w:top w:w="20" w:type="dxa"/>
              <w:left w:w="50" w:type="dxa"/>
              <w:bottom w:w="20" w:type="dxa"/>
              <w:right w:w="50" w:type="dxa"/>
            </w:tcMar>
          </w:tcPr>
          <w:p w14:paraId="4574C964" w14:textId="77777777" w:rsidR="00292F36" w:rsidRDefault="00000000">
            <w:r>
              <w:rPr>
                <w:sz w:val="12"/>
              </w:rPr>
              <w:t>0.40883978</w:t>
            </w:r>
          </w:p>
        </w:tc>
        <w:tc>
          <w:tcPr>
            <w:tcW w:w="564" w:type="dxa"/>
            <w:tcMar>
              <w:top w:w="20" w:type="dxa"/>
              <w:left w:w="50" w:type="dxa"/>
              <w:bottom w:w="20" w:type="dxa"/>
              <w:right w:w="50" w:type="dxa"/>
            </w:tcMar>
          </w:tcPr>
          <w:p w14:paraId="2C5EEA28" w14:textId="77777777" w:rsidR="00292F36" w:rsidRDefault="00000000">
            <w:r>
              <w:rPr>
                <w:sz w:val="12"/>
              </w:rPr>
              <w:t>0.00552486</w:t>
            </w:r>
          </w:p>
        </w:tc>
        <w:tc>
          <w:tcPr>
            <w:tcW w:w="564" w:type="dxa"/>
            <w:tcMar>
              <w:top w:w="20" w:type="dxa"/>
              <w:left w:w="50" w:type="dxa"/>
              <w:bottom w:w="20" w:type="dxa"/>
              <w:right w:w="50" w:type="dxa"/>
            </w:tcMar>
          </w:tcPr>
          <w:p w14:paraId="5049CF6E" w14:textId="77777777" w:rsidR="00292F36" w:rsidRDefault="00000000">
            <w:r>
              <w:rPr>
                <w:sz w:val="12"/>
              </w:rPr>
              <w:t>0.0441989</w:t>
            </w:r>
          </w:p>
        </w:tc>
      </w:tr>
      <w:tr w:rsidR="00292F36" w14:paraId="6518453B" w14:textId="77777777">
        <w:tc>
          <w:tcPr>
            <w:tcW w:w="564" w:type="dxa"/>
            <w:tcMar>
              <w:top w:w="20" w:type="dxa"/>
              <w:left w:w="50" w:type="dxa"/>
              <w:bottom w:w="20" w:type="dxa"/>
              <w:right w:w="50" w:type="dxa"/>
            </w:tcMar>
          </w:tcPr>
          <w:p w14:paraId="49C1C06D" w14:textId="77777777" w:rsidR="00292F36" w:rsidRDefault="00000000">
            <w:r>
              <w:rPr>
                <w:sz w:val="12"/>
              </w:rPr>
              <w:t>2022_campo_kennedy_campo_kennedy_mid_2</w:t>
            </w:r>
          </w:p>
        </w:tc>
        <w:tc>
          <w:tcPr>
            <w:tcW w:w="564" w:type="dxa"/>
            <w:tcMar>
              <w:top w:w="20" w:type="dxa"/>
              <w:left w:w="50" w:type="dxa"/>
              <w:bottom w:w="20" w:type="dxa"/>
              <w:right w:w="50" w:type="dxa"/>
            </w:tcMar>
          </w:tcPr>
          <w:p w14:paraId="28FFF9DA" w14:textId="77777777" w:rsidR="00292F36" w:rsidRDefault="00000000">
            <w:r>
              <w:rPr>
                <w:sz w:val="12"/>
              </w:rPr>
              <w:t>0.58966804</w:t>
            </w:r>
          </w:p>
        </w:tc>
        <w:tc>
          <w:tcPr>
            <w:tcW w:w="564" w:type="dxa"/>
            <w:tcMar>
              <w:top w:w="20" w:type="dxa"/>
              <w:left w:w="50" w:type="dxa"/>
              <w:bottom w:w="20" w:type="dxa"/>
              <w:right w:w="50" w:type="dxa"/>
            </w:tcMar>
          </w:tcPr>
          <w:p w14:paraId="7F20FB61" w14:textId="77777777" w:rsidR="00292F36" w:rsidRDefault="00000000">
            <w:r>
              <w:rPr>
                <w:sz w:val="12"/>
              </w:rPr>
              <w:t>-0.262404</w:t>
            </w:r>
          </w:p>
        </w:tc>
        <w:tc>
          <w:tcPr>
            <w:tcW w:w="564" w:type="dxa"/>
            <w:tcMar>
              <w:top w:w="20" w:type="dxa"/>
              <w:left w:w="50" w:type="dxa"/>
              <w:bottom w:w="20" w:type="dxa"/>
              <w:right w:w="50" w:type="dxa"/>
            </w:tcMar>
          </w:tcPr>
          <w:p w14:paraId="2F58BA9D" w14:textId="77777777" w:rsidR="00292F36" w:rsidRDefault="00000000">
            <w:r>
              <w:rPr>
                <w:sz w:val="12"/>
              </w:rPr>
              <w:t>2022</w:t>
            </w:r>
          </w:p>
        </w:tc>
        <w:tc>
          <w:tcPr>
            <w:tcW w:w="564" w:type="dxa"/>
            <w:tcMar>
              <w:top w:w="20" w:type="dxa"/>
              <w:left w:w="50" w:type="dxa"/>
              <w:bottom w:w="20" w:type="dxa"/>
              <w:right w:w="50" w:type="dxa"/>
            </w:tcMar>
          </w:tcPr>
          <w:p w14:paraId="79FBF4F8" w14:textId="77777777" w:rsidR="00292F36" w:rsidRDefault="00000000">
            <w:r>
              <w:rPr>
                <w:sz w:val="12"/>
              </w:rPr>
              <w:t>ensenada</w:t>
            </w:r>
          </w:p>
        </w:tc>
        <w:tc>
          <w:tcPr>
            <w:tcW w:w="564" w:type="dxa"/>
            <w:tcMar>
              <w:top w:w="20" w:type="dxa"/>
              <w:left w:w="50" w:type="dxa"/>
              <w:bottom w:w="20" w:type="dxa"/>
              <w:right w:w="50" w:type="dxa"/>
            </w:tcMar>
          </w:tcPr>
          <w:p w14:paraId="51F1C96D" w14:textId="77777777" w:rsidR="00292F36" w:rsidRDefault="00000000">
            <w:r>
              <w:rPr>
                <w:sz w:val="12"/>
              </w:rPr>
              <w:t>North</w:t>
            </w:r>
          </w:p>
        </w:tc>
        <w:tc>
          <w:tcPr>
            <w:tcW w:w="564" w:type="dxa"/>
            <w:tcMar>
              <w:top w:w="20" w:type="dxa"/>
              <w:left w:w="50" w:type="dxa"/>
              <w:bottom w:w="20" w:type="dxa"/>
              <w:right w:w="50" w:type="dxa"/>
            </w:tcMar>
          </w:tcPr>
          <w:p w14:paraId="43C933B0" w14:textId="77777777" w:rsidR="00292F36" w:rsidRDefault="00000000">
            <w:r>
              <w:rPr>
                <w:sz w:val="12"/>
              </w:rPr>
              <w:t>campo_kennedy</w:t>
            </w:r>
          </w:p>
        </w:tc>
        <w:tc>
          <w:tcPr>
            <w:tcW w:w="564" w:type="dxa"/>
            <w:tcMar>
              <w:top w:w="20" w:type="dxa"/>
              <w:left w:w="50" w:type="dxa"/>
              <w:bottom w:w="20" w:type="dxa"/>
              <w:right w:w="50" w:type="dxa"/>
            </w:tcMar>
          </w:tcPr>
          <w:p w14:paraId="18D0BFA8" w14:textId="77777777" w:rsidR="00292F36" w:rsidRDefault="00000000">
            <w:r>
              <w:rPr>
                <w:sz w:val="12"/>
              </w:rPr>
              <w:t>campo_kennedy_mid</w:t>
            </w:r>
          </w:p>
        </w:tc>
        <w:tc>
          <w:tcPr>
            <w:tcW w:w="564" w:type="dxa"/>
            <w:tcMar>
              <w:top w:w="20" w:type="dxa"/>
              <w:left w:w="50" w:type="dxa"/>
              <w:bottom w:w="20" w:type="dxa"/>
              <w:right w:w="50" w:type="dxa"/>
            </w:tcMar>
          </w:tcPr>
          <w:p w14:paraId="1B5545E8" w14:textId="77777777" w:rsidR="00292F36" w:rsidRDefault="00000000">
            <w:r>
              <w:rPr>
                <w:sz w:val="12"/>
              </w:rPr>
              <w:t>7</w:t>
            </w:r>
          </w:p>
        </w:tc>
        <w:tc>
          <w:tcPr>
            <w:tcW w:w="564" w:type="dxa"/>
            <w:tcMar>
              <w:top w:w="20" w:type="dxa"/>
              <w:left w:w="50" w:type="dxa"/>
              <w:bottom w:w="20" w:type="dxa"/>
              <w:right w:w="50" w:type="dxa"/>
            </w:tcMar>
          </w:tcPr>
          <w:p w14:paraId="31679FC3" w14:textId="77777777" w:rsidR="00292F36" w:rsidRDefault="00000000">
            <w:r>
              <w:rPr>
                <w:sz w:val="12"/>
              </w:rPr>
              <w:t>15.6099997</w:t>
            </w:r>
          </w:p>
        </w:tc>
        <w:tc>
          <w:tcPr>
            <w:tcW w:w="564" w:type="dxa"/>
            <w:tcMar>
              <w:top w:w="20" w:type="dxa"/>
              <w:left w:w="50" w:type="dxa"/>
              <w:bottom w:w="20" w:type="dxa"/>
              <w:right w:w="50" w:type="dxa"/>
            </w:tcMar>
          </w:tcPr>
          <w:p w14:paraId="6F68C471" w14:textId="77777777" w:rsidR="00292F36" w:rsidRDefault="00000000">
            <w:r>
              <w:rPr>
                <w:sz w:val="12"/>
              </w:rPr>
              <w:t>0.25730975</w:t>
            </w:r>
          </w:p>
        </w:tc>
        <w:tc>
          <w:tcPr>
            <w:tcW w:w="564" w:type="dxa"/>
            <w:tcMar>
              <w:top w:w="20" w:type="dxa"/>
              <w:left w:w="50" w:type="dxa"/>
              <w:bottom w:w="20" w:type="dxa"/>
              <w:right w:w="50" w:type="dxa"/>
            </w:tcMar>
          </w:tcPr>
          <w:p w14:paraId="214523A1" w14:textId="77777777" w:rsidR="00292F36" w:rsidRDefault="00000000">
            <w:r>
              <w:rPr>
                <w:sz w:val="12"/>
              </w:rPr>
              <w:t>0</w:t>
            </w:r>
          </w:p>
        </w:tc>
        <w:tc>
          <w:tcPr>
            <w:tcW w:w="564" w:type="dxa"/>
            <w:tcMar>
              <w:top w:w="20" w:type="dxa"/>
              <w:left w:w="50" w:type="dxa"/>
              <w:bottom w:w="20" w:type="dxa"/>
              <w:right w:w="50" w:type="dxa"/>
            </w:tcMar>
          </w:tcPr>
          <w:p w14:paraId="7474A5A3" w14:textId="77777777" w:rsidR="00292F36" w:rsidRDefault="00000000">
            <w:r>
              <w:rPr>
                <w:sz w:val="12"/>
              </w:rPr>
              <w:t>0.83236994</w:t>
            </w:r>
          </w:p>
        </w:tc>
        <w:tc>
          <w:tcPr>
            <w:tcW w:w="564" w:type="dxa"/>
            <w:tcMar>
              <w:top w:w="20" w:type="dxa"/>
              <w:left w:w="50" w:type="dxa"/>
              <w:bottom w:w="20" w:type="dxa"/>
              <w:right w:w="50" w:type="dxa"/>
            </w:tcMar>
          </w:tcPr>
          <w:p w14:paraId="3A03495D" w14:textId="77777777" w:rsidR="00292F36" w:rsidRDefault="00000000">
            <w:r>
              <w:rPr>
                <w:sz w:val="12"/>
              </w:rPr>
              <w:t>0.12138728</w:t>
            </w:r>
          </w:p>
        </w:tc>
        <w:tc>
          <w:tcPr>
            <w:tcW w:w="564" w:type="dxa"/>
            <w:tcMar>
              <w:top w:w="20" w:type="dxa"/>
              <w:left w:w="50" w:type="dxa"/>
              <w:bottom w:w="20" w:type="dxa"/>
              <w:right w:w="50" w:type="dxa"/>
            </w:tcMar>
          </w:tcPr>
          <w:p w14:paraId="2B2244E3" w14:textId="77777777" w:rsidR="00292F36" w:rsidRDefault="00000000">
            <w:r>
              <w:rPr>
                <w:sz w:val="12"/>
              </w:rPr>
              <w:t>0.04624277</w:t>
            </w:r>
          </w:p>
        </w:tc>
        <w:tc>
          <w:tcPr>
            <w:tcW w:w="564" w:type="dxa"/>
            <w:tcMar>
              <w:top w:w="20" w:type="dxa"/>
              <w:left w:w="50" w:type="dxa"/>
              <w:bottom w:w="20" w:type="dxa"/>
              <w:right w:w="50" w:type="dxa"/>
            </w:tcMar>
          </w:tcPr>
          <w:p w14:paraId="5CB9729C" w14:textId="77777777" w:rsidR="00292F36" w:rsidRDefault="00000000">
            <w:r>
              <w:rPr>
                <w:sz w:val="12"/>
              </w:rPr>
              <w:t>0</w:t>
            </w:r>
          </w:p>
        </w:tc>
        <w:tc>
          <w:tcPr>
            <w:tcW w:w="564" w:type="dxa"/>
            <w:tcMar>
              <w:top w:w="20" w:type="dxa"/>
              <w:left w:w="50" w:type="dxa"/>
              <w:bottom w:w="20" w:type="dxa"/>
              <w:right w:w="50" w:type="dxa"/>
            </w:tcMar>
          </w:tcPr>
          <w:p w14:paraId="516EA2B6" w14:textId="77777777" w:rsidR="00292F36" w:rsidRDefault="00000000">
            <w:r>
              <w:rPr>
                <w:sz w:val="12"/>
              </w:rPr>
              <w:t>0</w:t>
            </w:r>
          </w:p>
        </w:tc>
        <w:tc>
          <w:tcPr>
            <w:tcW w:w="564" w:type="dxa"/>
            <w:tcMar>
              <w:top w:w="20" w:type="dxa"/>
              <w:left w:w="50" w:type="dxa"/>
              <w:bottom w:w="20" w:type="dxa"/>
              <w:right w:w="50" w:type="dxa"/>
            </w:tcMar>
          </w:tcPr>
          <w:p w14:paraId="1C650A5E" w14:textId="77777777" w:rsidR="00292F36" w:rsidRDefault="00000000">
            <w:r>
              <w:rPr>
                <w:sz w:val="12"/>
              </w:rPr>
              <w:t>0</w:t>
            </w:r>
          </w:p>
        </w:tc>
        <w:tc>
          <w:tcPr>
            <w:tcW w:w="564" w:type="dxa"/>
            <w:tcMar>
              <w:top w:w="20" w:type="dxa"/>
              <w:left w:w="50" w:type="dxa"/>
              <w:bottom w:w="20" w:type="dxa"/>
              <w:right w:w="50" w:type="dxa"/>
            </w:tcMar>
          </w:tcPr>
          <w:p w14:paraId="6B4B815A" w14:textId="77777777" w:rsidR="00292F36" w:rsidRDefault="00000000">
            <w:r>
              <w:rPr>
                <w:sz w:val="12"/>
              </w:rPr>
              <w:t>0</w:t>
            </w:r>
          </w:p>
        </w:tc>
        <w:tc>
          <w:tcPr>
            <w:tcW w:w="564" w:type="dxa"/>
            <w:tcMar>
              <w:top w:w="20" w:type="dxa"/>
              <w:left w:w="50" w:type="dxa"/>
              <w:bottom w:w="20" w:type="dxa"/>
              <w:right w:w="50" w:type="dxa"/>
            </w:tcMar>
          </w:tcPr>
          <w:p w14:paraId="4AAE454B" w14:textId="77777777" w:rsidR="00292F36" w:rsidRDefault="00000000">
            <w:r>
              <w:rPr>
                <w:sz w:val="12"/>
              </w:rPr>
              <w:t>0.01398601</w:t>
            </w:r>
          </w:p>
        </w:tc>
        <w:tc>
          <w:tcPr>
            <w:tcW w:w="564" w:type="dxa"/>
            <w:tcMar>
              <w:top w:w="20" w:type="dxa"/>
              <w:left w:w="50" w:type="dxa"/>
              <w:bottom w:w="20" w:type="dxa"/>
              <w:right w:w="50" w:type="dxa"/>
            </w:tcMar>
          </w:tcPr>
          <w:p w14:paraId="1AA521CB" w14:textId="77777777" w:rsidR="00292F36" w:rsidRDefault="00000000">
            <w:r>
              <w:rPr>
                <w:sz w:val="12"/>
              </w:rPr>
              <w:t>0.62937063</w:t>
            </w:r>
          </w:p>
        </w:tc>
        <w:tc>
          <w:tcPr>
            <w:tcW w:w="564" w:type="dxa"/>
            <w:tcMar>
              <w:top w:w="20" w:type="dxa"/>
              <w:left w:w="50" w:type="dxa"/>
              <w:bottom w:w="20" w:type="dxa"/>
              <w:right w:w="50" w:type="dxa"/>
            </w:tcMar>
          </w:tcPr>
          <w:p w14:paraId="4C0E3087" w14:textId="77777777" w:rsidR="00292F36" w:rsidRDefault="00000000">
            <w:r>
              <w:rPr>
                <w:sz w:val="12"/>
              </w:rPr>
              <w:t>0.1048951</w:t>
            </w:r>
          </w:p>
        </w:tc>
        <w:tc>
          <w:tcPr>
            <w:tcW w:w="564" w:type="dxa"/>
            <w:tcMar>
              <w:top w:w="20" w:type="dxa"/>
              <w:left w:w="50" w:type="dxa"/>
              <w:bottom w:w="20" w:type="dxa"/>
              <w:right w:w="50" w:type="dxa"/>
            </w:tcMar>
          </w:tcPr>
          <w:p w14:paraId="57688555" w14:textId="77777777" w:rsidR="00292F36" w:rsidRDefault="00000000">
            <w:r>
              <w:rPr>
                <w:sz w:val="12"/>
              </w:rPr>
              <w:t>0.20979021</w:t>
            </w:r>
          </w:p>
        </w:tc>
        <w:tc>
          <w:tcPr>
            <w:tcW w:w="564" w:type="dxa"/>
            <w:tcMar>
              <w:top w:w="20" w:type="dxa"/>
              <w:left w:w="50" w:type="dxa"/>
              <w:bottom w:w="20" w:type="dxa"/>
              <w:right w:w="50" w:type="dxa"/>
            </w:tcMar>
          </w:tcPr>
          <w:p w14:paraId="5FCFE2FF" w14:textId="77777777" w:rsidR="00292F36" w:rsidRDefault="00000000">
            <w:r>
              <w:rPr>
                <w:sz w:val="12"/>
              </w:rPr>
              <w:t>0.00699301</w:t>
            </w:r>
          </w:p>
        </w:tc>
        <w:tc>
          <w:tcPr>
            <w:tcW w:w="564" w:type="dxa"/>
            <w:tcMar>
              <w:top w:w="20" w:type="dxa"/>
              <w:left w:w="50" w:type="dxa"/>
              <w:bottom w:w="20" w:type="dxa"/>
              <w:right w:w="50" w:type="dxa"/>
            </w:tcMar>
          </w:tcPr>
          <w:p w14:paraId="454437AA" w14:textId="77777777" w:rsidR="00292F36" w:rsidRDefault="00000000">
            <w:r>
              <w:rPr>
                <w:sz w:val="12"/>
              </w:rPr>
              <w:t>0.03496503</w:t>
            </w:r>
          </w:p>
        </w:tc>
      </w:tr>
      <w:tr w:rsidR="00292F36" w14:paraId="0B0A62F3" w14:textId="77777777">
        <w:tc>
          <w:tcPr>
            <w:tcW w:w="564" w:type="dxa"/>
            <w:tcMar>
              <w:top w:w="20" w:type="dxa"/>
              <w:left w:w="50" w:type="dxa"/>
              <w:bottom w:w="20" w:type="dxa"/>
              <w:right w:w="50" w:type="dxa"/>
            </w:tcMar>
          </w:tcPr>
          <w:p w14:paraId="6F24C56B" w14:textId="77777777" w:rsidR="00292F36" w:rsidRDefault="00000000">
            <w:r>
              <w:rPr>
                <w:sz w:val="12"/>
              </w:rPr>
              <w:t>2022_isla_san_jeronimo_isla_san_jeronimo_sport_fish_deep_1</w:t>
            </w:r>
          </w:p>
        </w:tc>
        <w:tc>
          <w:tcPr>
            <w:tcW w:w="564" w:type="dxa"/>
            <w:tcMar>
              <w:top w:w="20" w:type="dxa"/>
              <w:left w:w="50" w:type="dxa"/>
              <w:bottom w:w="20" w:type="dxa"/>
              <w:right w:w="50" w:type="dxa"/>
            </w:tcMar>
          </w:tcPr>
          <w:p w14:paraId="70B683AB" w14:textId="77777777" w:rsidR="00292F36" w:rsidRDefault="00000000">
            <w:r>
              <w:rPr>
                <w:sz w:val="12"/>
              </w:rPr>
              <w:t>0.68956563</w:t>
            </w:r>
          </w:p>
        </w:tc>
        <w:tc>
          <w:tcPr>
            <w:tcW w:w="564" w:type="dxa"/>
            <w:tcMar>
              <w:top w:w="20" w:type="dxa"/>
              <w:left w:w="50" w:type="dxa"/>
              <w:bottom w:w="20" w:type="dxa"/>
              <w:right w:w="50" w:type="dxa"/>
            </w:tcMar>
          </w:tcPr>
          <w:p w14:paraId="24E6233F" w14:textId="77777777" w:rsidR="00292F36" w:rsidRDefault="00000000">
            <w:r>
              <w:rPr>
                <w:sz w:val="12"/>
              </w:rPr>
              <w:t>-0.3914939</w:t>
            </w:r>
          </w:p>
        </w:tc>
        <w:tc>
          <w:tcPr>
            <w:tcW w:w="564" w:type="dxa"/>
            <w:tcMar>
              <w:top w:w="20" w:type="dxa"/>
              <w:left w:w="50" w:type="dxa"/>
              <w:bottom w:w="20" w:type="dxa"/>
              <w:right w:w="50" w:type="dxa"/>
            </w:tcMar>
          </w:tcPr>
          <w:p w14:paraId="2BE2DF8F" w14:textId="77777777" w:rsidR="00292F36" w:rsidRDefault="00000000">
            <w:r>
              <w:rPr>
                <w:sz w:val="12"/>
              </w:rPr>
              <w:t>2022</w:t>
            </w:r>
          </w:p>
        </w:tc>
        <w:tc>
          <w:tcPr>
            <w:tcW w:w="564" w:type="dxa"/>
            <w:tcMar>
              <w:top w:w="20" w:type="dxa"/>
              <w:left w:w="50" w:type="dxa"/>
              <w:bottom w:w="20" w:type="dxa"/>
              <w:right w:w="50" w:type="dxa"/>
            </w:tcMar>
          </w:tcPr>
          <w:p w14:paraId="39A74937" w14:textId="77777777" w:rsidR="00292F36" w:rsidRDefault="00000000">
            <w:r>
              <w:rPr>
                <w:sz w:val="12"/>
              </w:rPr>
              <w:t>el_rosario</w:t>
            </w:r>
          </w:p>
        </w:tc>
        <w:tc>
          <w:tcPr>
            <w:tcW w:w="564" w:type="dxa"/>
            <w:tcMar>
              <w:top w:w="20" w:type="dxa"/>
              <w:left w:w="50" w:type="dxa"/>
              <w:bottom w:w="20" w:type="dxa"/>
              <w:right w:w="50" w:type="dxa"/>
            </w:tcMar>
          </w:tcPr>
          <w:p w14:paraId="61B09BC5" w14:textId="77777777" w:rsidR="00292F36" w:rsidRDefault="00000000">
            <w:r>
              <w:rPr>
                <w:sz w:val="12"/>
              </w:rPr>
              <w:t>Middle</w:t>
            </w:r>
          </w:p>
        </w:tc>
        <w:tc>
          <w:tcPr>
            <w:tcW w:w="564" w:type="dxa"/>
            <w:tcMar>
              <w:top w:w="20" w:type="dxa"/>
              <w:left w:w="50" w:type="dxa"/>
              <w:bottom w:w="20" w:type="dxa"/>
              <w:right w:w="50" w:type="dxa"/>
            </w:tcMar>
          </w:tcPr>
          <w:p w14:paraId="4F54B7C5" w14:textId="77777777" w:rsidR="00292F36" w:rsidRDefault="00000000">
            <w:r>
              <w:rPr>
                <w:sz w:val="12"/>
              </w:rPr>
              <w:t>isla_san_jeronimo</w:t>
            </w:r>
          </w:p>
        </w:tc>
        <w:tc>
          <w:tcPr>
            <w:tcW w:w="564" w:type="dxa"/>
            <w:tcMar>
              <w:top w:w="20" w:type="dxa"/>
              <w:left w:w="50" w:type="dxa"/>
              <w:bottom w:w="20" w:type="dxa"/>
              <w:right w:w="50" w:type="dxa"/>
            </w:tcMar>
          </w:tcPr>
          <w:p w14:paraId="001AED4B" w14:textId="77777777" w:rsidR="00292F36" w:rsidRDefault="00000000">
            <w:r>
              <w:rPr>
                <w:sz w:val="12"/>
              </w:rPr>
              <w:t>isla_san_jeronimo_sport_fish_deep</w:t>
            </w:r>
          </w:p>
        </w:tc>
        <w:tc>
          <w:tcPr>
            <w:tcW w:w="564" w:type="dxa"/>
            <w:tcMar>
              <w:top w:w="20" w:type="dxa"/>
              <w:left w:w="50" w:type="dxa"/>
              <w:bottom w:w="20" w:type="dxa"/>
              <w:right w:w="50" w:type="dxa"/>
            </w:tcMar>
          </w:tcPr>
          <w:p w14:paraId="240DF8DD" w14:textId="77777777" w:rsidR="00292F36" w:rsidRDefault="00000000">
            <w:r>
              <w:rPr>
                <w:sz w:val="12"/>
              </w:rPr>
              <w:t>12</w:t>
            </w:r>
          </w:p>
        </w:tc>
        <w:tc>
          <w:tcPr>
            <w:tcW w:w="564" w:type="dxa"/>
            <w:tcMar>
              <w:top w:w="20" w:type="dxa"/>
              <w:left w:w="50" w:type="dxa"/>
              <w:bottom w:w="20" w:type="dxa"/>
              <w:right w:w="50" w:type="dxa"/>
            </w:tcMar>
          </w:tcPr>
          <w:p w14:paraId="47110CFB" w14:textId="77777777" w:rsidR="00292F36" w:rsidRDefault="00000000">
            <w:r>
              <w:rPr>
                <w:sz w:val="12"/>
              </w:rPr>
              <w:t>17.6299992</w:t>
            </w:r>
          </w:p>
        </w:tc>
        <w:tc>
          <w:tcPr>
            <w:tcW w:w="564" w:type="dxa"/>
            <w:tcMar>
              <w:top w:w="20" w:type="dxa"/>
              <w:left w:w="50" w:type="dxa"/>
              <w:bottom w:w="20" w:type="dxa"/>
              <w:right w:w="50" w:type="dxa"/>
            </w:tcMar>
          </w:tcPr>
          <w:p w14:paraId="742BC11D" w14:textId="77777777" w:rsidR="00292F36" w:rsidRDefault="00000000">
            <w:r>
              <w:rPr>
                <w:sz w:val="12"/>
              </w:rPr>
              <w:t>2.56443894</w:t>
            </w:r>
          </w:p>
        </w:tc>
        <w:tc>
          <w:tcPr>
            <w:tcW w:w="564" w:type="dxa"/>
            <w:tcMar>
              <w:top w:w="20" w:type="dxa"/>
              <w:left w:w="50" w:type="dxa"/>
              <w:bottom w:w="20" w:type="dxa"/>
              <w:right w:w="50" w:type="dxa"/>
            </w:tcMar>
          </w:tcPr>
          <w:p w14:paraId="4D9C5DC3" w14:textId="77777777" w:rsidR="00292F36" w:rsidRDefault="00000000">
            <w:r>
              <w:rPr>
                <w:sz w:val="12"/>
              </w:rPr>
              <w:t>0</w:t>
            </w:r>
          </w:p>
        </w:tc>
        <w:tc>
          <w:tcPr>
            <w:tcW w:w="564" w:type="dxa"/>
            <w:tcMar>
              <w:top w:w="20" w:type="dxa"/>
              <w:left w:w="50" w:type="dxa"/>
              <w:bottom w:w="20" w:type="dxa"/>
              <w:right w:w="50" w:type="dxa"/>
            </w:tcMar>
          </w:tcPr>
          <w:p w14:paraId="02C5CECC" w14:textId="77777777" w:rsidR="00292F36" w:rsidRDefault="00000000">
            <w:r>
              <w:rPr>
                <w:sz w:val="12"/>
              </w:rPr>
              <w:t>0.92366412</w:t>
            </w:r>
          </w:p>
        </w:tc>
        <w:tc>
          <w:tcPr>
            <w:tcW w:w="564" w:type="dxa"/>
            <w:tcMar>
              <w:top w:w="20" w:type="dxa"/>
              <w:left w:w="50" w:type="dxa"/>
              <w:bottom w:w="20" w:type="dxa"/>
              <w:right w:w="50" w:type="dxa"/>
            </w:tcMar>
          </w:tcPr>
          <w:p w14:paraId="799B0A20" w14:textId="77777777" w:rsidR="00292F36" w:rsidRDefault="00000000">
            <w:r>
              <w:rPr>
                <w:sz w:val="12"/>
              </w:rPr>
              <w:t>0</w:t>
            </w:r>
          </w:p>
        </w:tc>
        <w:tc>
          <w:tcPr>
            <w:tcW w:w="564" w:type="dxa"/>
            <w:tcMar>
              <w:top w:w="20" w:type="dxa"/>
              <w:left w:w="50" w:type="dxa"/>
              <w:bottom w:w="20" w:type="dxa"/>
              <w:right w:w="50" w:type="dxa"/>
            </w:tcMar>
          </w:tcPr>
          <w:p w14:paraId="4BE0594D" w14:textId="77777777" w:rsidR="00292F36" w:rsidRDefault="00000000">
            <w:r>
              <w:rPr>
                <w:sz w:val="12"/>
              </w:rPr>
              <w:t>0.0610687</w:t>
            </w:r>
          </w:p>
        </w:tc>
        <w:tc>
          <w:tcPr>
            <w:tcW w:w="564" w:type="dxa"/>
            <w:tcMar>
              <w:top w:w="20" w:type="dxa"/>
              <w:left w:w="50" w:type="dxa"/>
              <w:bottom w:w="20" w:type="dxa"/>
              <w:right w:w="50" w:type="dxa"/>
            </w:tcMar>
          </w:tcPr>
          <w:p w14:paraId="78CEAA1F" w14:textId="77777777" w:rsidR="00292F36" w:rsidRDefault="00000000">
            <w:r>
              <w:rPr>
                <w:sz w:val="12"/>
              </w:rPr>
              <w:t>0</w:t>
            </w:r>
          </w:p>
        </w:tc>
        <w:tc>
          <w:tcPr>
            <w:tcW w:w="564" w:type="dxa"/>
            <w:tcMar>
              <w:top w:w="20" w:type="dxa"/>
              <w:left w:w="50" w:type="dxa"/>
              <w:bottom w:w="20" w:type="dxa"/>
              <w:right w:w="50" w:type="dxa"/>
            </w:tcMar>
          </w:tcPr>
          <w:p w14:paraId="2B616E95" w14:textId="77777777" w:rsidR="00292F36" w:rsidRDefault="00000000">
            <w:r>
              <w:rPr>
                <w:sz w:val="12"/>
              </w:rPr>
              <w:t>0.01526718</w:t>
            </w:r>
          </w:p>
        </w:tc>
        <w:tc>
          <w:tcPr>
            <w:tcW w:w="564" w:type="dxa"/>
            <w:tcMar>
              <w:top w:w="20" w:type="dxa"/>
              <w:left w:w="50" w:type="dxa"/>
              <w:bottom w:w="20" w:type="dxa"/>
              <w:right w:w="50" w:type="dxa"/>
            </w:tcMar>
          </w:tcPr>
          <w:p w14:paraId="53DC259E" w14:textId="77777777" w:rsidR="00292F36" w:rsidRDefault="00000000">
            <w:r>
              <w:rPr>
                <w:sz w:val="12"/>
              </w:rPr>
              <w:t>0</w:t>
            </w:r>
          </w:p>
        </w:tc>
        <w:tc>
          <w:tcPr>
            <w:tcW w:w="564" w:type="dxa"/>
            <w:tcMar>
              <w:top w:w="20" w:type="dxa"/>
              <w:left w:w="50" w:type="dxa"/>
              <w:bottom w:w="20" w:type="dxa"/>
              <w:right w:w="50" w:type="dxa"/>
            </w:tcMar>
          </w:tcPr>
          <w:p w14:paraId="3F9BEFEC" w14:textId="77777777" w:rsidR="00292F36" w:rsidRDefault="00000000">
            <w:r>
              <w:rPr>
                <w:sz w:val="12"/>
              </w:rPr>
              <w:t>0</w:t>
            </w:r>
          </w:p>
        </w:tc>
        <w:tc>
          <w:tcPr>
            <w:tcW w:w="564" w:type="dxa"/>
            <w:tcMar>
              <w:top w:w="20" w:type="dxa"/>
              <w:left w:w="50" w:type="dxa"/>
              <w:bottom w:w="20" w:type="dxa"/>
              <w:right w:w="50" w:type="dxa"/>
            </w:tcMar>
          </w:tcPr>
          <w:p w14:paraId="5C4FFC30" w14:textId="77777777" w:rsidR="00292F36" w:rsidRDefault="00000000">
            <w:r>
              <w:rPr>
                <w:sz w:val="12"/>
              </w:rPr>
              <w:t>0</w:t>
            </w:r>
          </w:p>
        </w:tc>
        <w:tc>
          <w:tcPr>
            <w:tcW w:w="564" w:type="dxa"/>
            <w:tcMar>
              <w:top w:w="20" w:type="dxa"/>
              <w:left w:w="50" w:type="dxa"/>
              <w:bottom w:w="20" w:type="dxa"/>
              <w:right w:w="50" w:type="dxa"/>
            </w:tcMar>
          </w:tcPr>
          <w:p w14:paraId="038A93E9" w14:textId="77777777" w:rsidR="00292F36" w:rsidRDefault="00000000">
            <w:r>
              <w:rPr>
                <w:sz w:val="12"/>
              </w:rPr>
              <w:t>1</w:t>
            </w:r>
          </w:p>
        </w:tc>
        <w:tc>
          <w:tcPr>
            <w:tcW w:w="564" w:type="dxa"/>
            <w:tcMar>
              <w:top w:w="20" w:type="dxa"/>
              <w:left w:w="50" w:type="dxa"/>
              <w:bottom w:w="20" w:type="dxa"/>
              <w:right w:w="50" w:type="dxa"/>
            </w:tcMar>
          </w:tcPr>
          <w:p w14:paraId="7658F648" w14:textId="77777777" w:rsidR="00292F36" w:rsidRDefault="00000000">
            <w:r>
              <w:rPr>
                <w:sz w:val="12"/>
              </w:rPr>
              <w:t>0</w:t>
            </w:r>
          </w:p>
        </w:tc>
        <w:tc>
          <w:tcPr>
            <w:tcW w:w="564" w:type="dxa"/>
            <w:tcMar>
              <w:top w:w="20" w:type="dxa"/>
              <w:left w:w="50" w:type="dxa"/>
              <w:bottom w:w="20" w:type="dxa"/>
              <w:right w:w="50" w:type="dxa"/>
            </w:tcMar>
          </w:tcPr>
          <w:p w14:paraId="4DED218A" w14:textId="77777777" w:rsidR="00292F36" w:rsidRDefault="00000000">
            <w:r>
              <w:rPr>
                <w:sz w:val="12"/>
              </w:rPr>
              <w:t>0</w:t>
            </w:r>
          </w:p>
        </w:tc>
        <w:tc>
          <w:tcPr>
            <w:tcW w:w="564" w:type="dxa"/>
            <w:tcMar>
              <w:top w:w="20" w:type="dxa"/>
              <w:left w:w="50" w:type="dxa"/>
              <w:bottom w:w="20" w:type="dxa"/>
              <w:right w:w="50" w:type="dxa"/>
            </w:tcMar>
          </w:tcPr>
          <w:p w14:paraId="1D2C8EDD" w14:textId="77777777" w:rsidR="00292F36" w:rsidRDefault="00000000">
            <w:r>
              <w:rPr>
                <w:sz w:val="12"/>
              </w:rPr>
              <w:t>0</w:t>
            </w:r>
          </w:p>
        </w:tc>
        <w:tc>
          <w:tcPr>
            <w:tcW w:w="564" w:type="dxa"/>
            <w:tcMar>
              <w:top w:w="20" w:type="dxa"/>
              <w:left w:w="50" w:type="dxa"/>
              <w:bottom w:w="20" w:type="dxa"/>
              <w:right w:w="50" w:type="dxa"/>
            </w:tcMar>
          </w:tcPr>
          <w:p w14:paraId="5171850F" w14:textId="77777777" w:rsidR="00292F36" w:rsidRDefault="00000000">
            <w:r>
              <w:rPr>
                <w:sz w:val="12"/>
              </w:rPr>
              <w:t>0</w:t>
            </w:r>
          </w:p>
        </w:tc>
      </w:tr>
      <w:tr w:rsidR="00292F36" w14:paraId="369F131E" w14:textId="77777777">
        <w:tc>
          <w:tcPr>
            <w:tcW w:w="564" w:type="dxa"/>
            <w:tcMar>
              <w:top w:w="20" w:type="dxa"/>
              <w:left w:w="50" w:type="dxa"/>
              <w:bottom w:w="20" w:type="dxa"/>
              <w:right w:w="50" w:type="dxa"/>
            </w:tcMar>
          </w:tcPr>
          <w:p w14:paraId="2882B73B" w14:textId="77777777" w:rsidR="00292F36" w:rsidRDefault="00000000">
            <w:r>
              <w:rPr>
                <w:sz w:val="12"/>
              </w:rPr>
              <w:t>2022_isla_san_jeronimo_isla_san_jeronimo_sport_fish_deep_2</w:t>
            </w:r>
          </w:p>
        </w:tc>
        <w:tc>
          <w:tcPr>
            <w:tcW w:w="564" w:type="dxa"/>
            <w:tcMar>
              <w:top w:w="20" w:type="dxa"/>
              <w:left w:w="50" w:type="dxa"/>
              <w:bottom w:w="20" w:type="dxa"/>
              <w:right w:w="50" w:type="dxa"/>
            </w:tcMar>
          </w:tcPr>
          <w:p w14:paraId="39BC19B1" w14:textId="77777777" w:rsidR="00292F36" w:rsidRDefault="00000000">
            <w:r>
              <w:rPr>
                <w:sz w:val="12"/>
              </w:rPr>
              <w:t>0.55484811</w:t>
            </w:r>
          </w:p>
        </w:tc>
        <w:tc>
          <w:tcPr>
            <w:tcW w:w="564" w:type="dxa"/>
            <w:tcMar>
              <w:top w:w="20" w:type="dxa"/>
              <w:left w:w="50" w:type="dxa"/>
              <w:bottom w:w="20" w:type="dxa"/>
              <w:right w:w="50" w:type="dxa"/>
            </w:tcMar>
          </w:tcPr>
          <w:p w14:paraId="00326B2E" w14:textId="77777777" w:rsidR="00292F36" w:rsidRDefault="00000000">
            <w:r>
              <w:rPr>
                <w:sz w:val="12"/>
              </w:rPr>
              <w:t>-0.2431821</w:t>
            </w:r>
          </w:p>
        </w:tc>
        <w:tc>
          <w:tcPr>
            <w:tcW w:w="564" w:type="dxa"/>
            <w:tcMar>
              <w:top w:w="20" w:type="dxa"/>
              <w:left w:w="50" w:type="dxa"/>
              <w:bottom w:w="20" w:type="dxa"/>
              <w:right w:w="50" w:type="dxa"/>
            </w:tcMar>
          </w:tcPr>
          <w:p w14:paraId="294668F4" w14:textId="77777777" w:rsidR="00292F36" w:rsidRDefault="00000000">
            <w:r>
              <w:rPr>
                <w:sz w:val="12"/>
              </w:rPr>
              <w:t>2022</w:t>
            </w:r>
          </w:p>
        </w:tc>
        <w:tc>
          <w:tcPr>
            <w:tcW w:w="564" w:type="dxa"/>
            <w:tcMar>
              <w:top w:w="20" w:type="dxa"/>
              <w:left w:w="50" w:type="dxa"/>
              <w:bottom w:w="20" w:type="dxa"/>
              <w:right w:w="50" w:type="dxa"/>
            </w:tcMar>
          </w:tcPr>
          <w:p w14:paraId="0D3516B0" w14:textId="77777777" w:rsidR="00292F36" w:rsidRDefault="00000000">
            <w:r>
              <w:rPr>
                <w:sz w:val="12"/>
              </w:rPr>
              <w:t>el_rosario</w:t>
            </w:r>
          </w:p>
        </w:tc>
        <w:tc>
          <w:tcPr>
            <w:tcW w:w="564" w:type="dxa"/>
            <w:tcMar>
              <w:top w:w="20" w:type="dxa"/>
              <w:left w:w="50" w:type="dxa"/>
              <w:bottom w:w="20" w:type="dxa"/>
              <w:right w:w="50" w:type="dxa"/>
            </w:tcMar>
          </w:tcPr>
          <w:p w14:paraId="48B408B9" w14:textId="77777777" w:rsidR="00292F36" w:rsidRDefault="00000000">
            <w:r>
              <w:rPr>
                <w:sz w:val="12"/>
              </w:rPr>
              <w:t>Middle</w:t>
            </w:r>
          </w:p>
        </w:tc>
        <w:tc>
          <w:tcPr>
            <w:tcW w:w="564" w:type="dxa"/>
            <w:tcMar>
              <w:top w:w="20" w:type="dxa"/>
              <w:left w:w="50" w:type="dxa"/>
              <w:bottom w:w="20" w:type="dxa"/>
              <w:right w:w="50" w:type="dxa"/>
            </w:tcMar>
          </w:tcPr>
          <w:p w14:paraId="3DBF702F" w14:textId="77777777" w:rsidR="00292F36" w:rsidRDefault="00000000">
            <w:r>
              <w:rPr>
                <w:sz w:val="12"/>
              </w:rPr>
              <w:t>isla_san_jeronimo</w:t>
            </w:r>
          </w:p>
        </w:tc>
        <w:tc>
          <w:tcPr>
            <w:tcW w:w="564" w:type="dxa"/>
            <w:tcMar>
              <w:top w:w="20" w:type="dxa"/>
              <w:left w:w="50" w:type="dxa"/>
              <w:bottom w:w="20" w:type="dxa"/>
              <w:right w:w="50" w:type="dxa"/>
            </w:tcMar>
          </w:tcPr>
          <w:p w14:paraId="743F7FC8" w14:textId="77777777" w:rsidR="00292F36" w:rsidRDefault="00000000">
            <w:r>
              <w:rPr>
                <w:sz w:val="12"/>
              </w:rPr>
              <w:t>isla_san_jeronimo_sport_fish_deep</w:t>
            </w:r>
          </w:p>
        </w:tc>
        <w:tc>
          <w:tcPr>
            <w:tcW w:w="564" w:type="dxa"/>
            <w:tcMar>
              <w:top w:w="20" w:type="dxa"/>
              <w:left w:w="50" w:type="dxa"/>
              <w:bottom w:w="20" w:type="dxa"/>
              <w:right w:w="50" w:type="dxa"/>
            </w:tcMar>
          </w:tcPr>
          <w:p w14:paraId="43160B26" w14:textId="77777777" w:rsidR="00292F36" w:rsidRDefault="00000000">
            <w:r>
              <w:rPr>
                <w:sz w:val="12"/>
              </w:rPr>
              <w:t>12</w:t>
            </w:r>
          </w:p>
        </w:tc>
        <w:tc>
          <w:tcPr>
            <w:tcW w:w="564" w:type="dxa"/>
            <w:tcMar>
              <w:top w:w="20" w:type="dxa"/>
              <w:left w:w="50" w:type="dxa"/>
              <w:bottom w:w="20" w:type="dxa"/>
              <w:right w:w="50" w:type="dxa"/>
            </w:tcMar>
          </w:tcPr>
          <w:p w14:paraId="3FB6956F" w14:textId="77777777" w:rsidR="00292F36" w:rsidRDefault="00000000">
            <w:r>
              <w:rPr>
                <w:sz w:val="12"/>
              </w:rPr>
              <w:t>17.6299992</w:t>
            </w:r>
          </w:p>
        </w:tc>
        <w:tc>
          <w:tcPr>
            <w:tcW w:w="564" w:type="dxa"/>
            <w:tcMar>
              <w:top w:w="20" w:type="dxa"/>
              <w:left w:w="50" w:type="dxa"/>
              <w:bottom w:w="20" w:type="dxa"/>
              <w:right w:w="50" w:type="dxa"/>
            </w:tcMar>
          </w:tcPr>
          <w:p w14:paraId="5A8F9AFD" w14:textId="77777777" w:rsidR="00292F36" w:rsidRDefault="00000000">
            <w:r>
              <w:rPr>
                <w:sz w:val="12"/>
              </w:rPr>
              <w:t>2.56443894</w:t>
            </w:r>
          </w:p>
        </w:tc>
        <w:tc>
          <w:tcPr>
            <w:tcW w:w="564" w:type="dxa"/>
            <w:tcMar>
              <w:top w:w="20" w:type="dxa"/>
              <w:left w:w="50" w:type="dxa"/>
              <w:bottom w:w="20" w:type="dxa"/>
              <w:right w:w="50" w:type="dxa"/>
            </w:tcMar>
          </w:tcPr>
          <w:p w14:paraId="5239C9AE" w14:textId="77777777" w:rsidR="00292F36" w:rsidRDefault="00000000">
            <w:r>
              <w:rPr>
                <w:sz w:val="12"/>
              </w:rPr>
              <w:t>0</w:t>
            </w:r>
          </w:p>
        </w:tc>
        <w:tc>
          <w:tcPr>
            <w:tcW w:w="564" w:type="dxa"/>
            <w:tcMar>
              <w:top w:w="20" w:type="dxa"/>
              <w:left w:w="50" w:type="dxa"/>
              <w:bottom w:w="20" w:type="dxa"/>
              <w:right w:w="50" w:type="dxa"/>
            </w:tcMar>
          </w:tcPr>
          <w:p w14:paraId="0DFAF606" w14:textId="77777777" w:rsidR="00292F36" w:rsidRDefault="00000000">
            <w:r>
              <w:rPr>
                <w:sz w:val="12"/>
              </w:rPr>
              <w:t>0.76190476</w:t>
            </w:r>
          </w:p>
        </w:tc>
        <w:tc>
          <w:tcPr>
            <w:tcW w:w="564" w:type="dxa"/>
            <w:tcMar>
              <w:top w:w="20" w:type="dxa"/>
              <w:left w:w="50" w:type="dxa"/>
              <w:bottom w:w="20" w:type="dxa"/>
              <w:right w:w="50" w:type="dxa"/>
            </w:tcMar>
          </w:tcPr>
          <w:p w14:paraId="6FBD078A" w14:textId="77777777" w:rsidR="00292F36" w:rsidRDefault="00000000">
            <w:r>
              <w:rPr>
                <w:sz w:val="12"/>
              </w:rPr>
              <w:t>0.01190476</w:t>
            </w:r>
          </w:p>
        </w:tc>
        <w:tc>
          <w:tcPr>
            <w:tcW w:w="564" w:type="dxa"/>
            <w:tcMar>
              <w:top w:w="20" w:type="dxa"/>
              <w:left w:w="50" w:type="dxa"/>
              <w:bottom w:w="20" w:type="dxa"/>
              <w:right w:w="50" w:type="dxa"/>
            </w:tcMar>
          </w:tcPr>
          <w:p w14:paraId="41D71E49" w14:textId="77777777" w:rsidR="00292F36" w:rsidRDefault="00000000">
            <w:r>
              <w:rPr>
                <w:sz w:val="12"/>
              </w:rPr>
              <w:t>0.20833333</w:t>
            </w:r>
          </w:p>
        </w:tc>
        <w:tc>
          <w:tcPr>
            <w:tcW w:w="564" w:type="dxa"/>
            <w:tcMar>
              <w:top w:w="20" w:type="dxa"/>
              <w:left w:w="50" w:type="dxa"/>
              <w:bottom w:w="20" w:type="dxa"/>
              <w:right w:w="50" w:type="dxa"/>
            </w:tcMar>
          </w:tcPr>
          <w:p w14:paraId="74B1B899" w14:textId="77777777" w:rsidR="00292F36" w:rsidRDefault="00000000">
            <w:r>
              <w:rPr>
                <w:sz w:val="12"/>
              </w:rPr>
              <w:t>0</w:t>
            </w:r>
          </w:p>
        </w:tc>
        <w:tc>
          <w:tcPr>
            <w:tcW w:w="564" w:type="dxa"/>
            <w:tcMar>
              <w:top w:w="20" w:type="dxa"/>
              <w:left w:w="50" w:type="dxa"/>
              <w:bottom w:w="20" w:type="dxa"/>
              <w:right w:w="50" w:type="dxa"/>
            </w:tcMar>
          </w:tcPr>
          <w:p w14:paraId="6103BCDE" w14:textId="77777777" w:rsidR="00292F36" w:rsidRDefault="00000000">
            <w:r>
              <w:rPr>
                <w:sz w:val="12"/>
              </w:rPr>
              <w:t>0.01785714</w:t>
            </w:r>
          </w:p>
        </w:tc>
        <w:tc>
          <w:tcPr>
            <w:tcW w:w="564" w:type="dxa"/>
            <w:tcMar>
              <w:top w:w="20" w:type="dxa"/>
              <w:left w:w="50" w:type="dxa"/>
              <w:bottom w:w="20" w:type="dxa"/>
              <w:right w:w="50" w:type="dxa"/>
            </w:tcMar>
          </w:tcPr>
          <w:p w14:paraId="67717114" w14:textId="77777777" w:rsidR="00292F36" w:rsidRDefault="00000000">
            <w:r>
              <w:rPr>
                <w:sz w:val="12"/>
              </w:rPr>
              <w:t>0</w:t>
            </w:r>
          </w:p>
        </w:tc>
        <w:tc>
          <w:tcPr>
            <w:tcW w:w="564" w:type="dxa"/>
            <w:tcMar>
              <w:top w:w="20" w:type="dxa"/>
              <w:left w:w="50" w:type="dxa"/>
              <w:bottom w:w="20" w:type="dxa"/>
              <w:right w:w="50" w:type="dxa"/>
            </w:tcMar>
          </w:tcPr>
          <w:p w14:paraId="060C03B5" w14:textId="77777777" w:rsidR="00292F36" w:rsidRDefault="00000000">
            <w:r>
              <w:rPr>
                <w:sz w:val="12"/>
              </w:rPr>
              <w:t>0</w:t>
            </w:r>
          </w:p>
        </w:tc>
        <w:tc>
          <w:tcPr>
            <w:tcW w:w="564" w:type="dxa"/>
            <w:tcMar>
              <w:top w:w="20" w:type="dxa"/>
              <w:left w:w="50" w:type="dxa"/>
              <w:bottom w:w="20" w:type="dxa"/>
              <w:right w:w="50" w:type="dxa"/>
            </w:tcMar>
          </w:tcPr>
          <w:p w14:paraId="15F6D866" w14:textId="77777777" w:rsidR="00292F36" w:rsidRDefault="00000000">
            <w:r>
              <w:rPr>
                <w:sz w:val="12"/>
              </w:rPr>
              <w:t>0</w:t>
            </w:r>
          </w:p>
        </w:tc>
        <w:tc>
          <w:tcPr>
            <w:tcW w:w="564" w:type="dxa"/>
            <w:tcMar>
              <w:top w:w="20" w:type="dxa"/>
              <w:left w:w="50" w:type="dxa"/>
              <w:bottom w:w="20" w:type="dxa"/>
              <w:right w:w="50" w:type="dxa"/>
            </w:tcMar>
          </w:tcPr>
          <w:p w14:paraId="39D889E3" w14:textId="77777777" w:rsidR="00292F36" w:rsidRDefault="00000000">
            <w:r>
              <w:rPr>
                <w:sz w:val="12"/>
              </w:rPr>
              <w:t>0.85714286</w:t>
            </w:r>
          </w:p>
        </w:tc>
        <w:tc>
          <w:tcPr>
            <w:tcW w:w="564" w:type="dxa"/>
            <w:tcMar>
              <w:top w:w="20" w:type="dxa"/>
              <w:left w:w="50" w:type="dxa"/>
              <w:bottom w:w="20" w:type="dxa"/>
              <w:right w:w="50" w:type="dxa"/>
            </w:tcMar>
          </w:tcPr>
          <w:p w14:paraId="432E9238" w14:textId="77777777" w:rsidR="00292F36" w:rsidRDefault="00000000">
            <w:r>
              <w:rPr>
                <w:sz w:val="12"/>
              </w:rPr>
              <w:t>0</w:t>
            </w:r>
          </w:p>
        </w:tc>
        <w:tc>
          <w:tcPr>
            <w:tcW w:w="564" w:type="dxa"/>
            <w:tcMar>
              <w:top w:w="20" w:type="dxa"/>
              <w:left w:w="50" w:type="dxa"/>
              <w:bottom w:w="20" w:type="dxa"/>
              <w:right w:w="50" w:type="dxa"/>
            </w:tcMar>
          </w:tcPr>
          <w:p w14:paraId="6CAC567E" w14:textId="77777777" w:rsidR="00292F36" w:rsidRDefault="00000000">
            <w:r>
              <w:rPr>
                <w:sz w:val="12"/>
              </w:rPr>
              <w:t>0</w:t>
            </w:r>
          </w:p>
        </w:tc>
        <w:tc>
          <w:tcPr>
            <w:tcW w:w="564" w:type="dxa"/>
            <w:tcMar>
              <w:top w:w="20" w:type="dxa"/>
              <w:left w:w="50" w:type="dxa"/>
              <w:bottom w:w="20" w:type="dxa"/>
              <w:right w:w="50" w:type="dxa"/>
            </w:tcMar>
          </w:tcPr>
          <w:p w14:paraId="2A7F0C0C" w14:textId="77777777" w:rsidR="00292F36" w:rsidRDefault="00000000">
            <w:r>
              <w:rPr>
                <w:sz w:val="12"/>
              </w:rPr>
              <w:t>0.11428571</w:t>
            </w:r>
          </w:p>
        </w:tc>
        <w:tc>
          <w:tcPr>
            <w:tcW w:w="564" w:type="dxa"/>
            <w:tcMar>
              <w:top w:w="20" w:type="dxa"/>
              <w:left w:w="50" w:type="dxa"/>
              <w:bottom w:w="20" w:type="dxa"/>
              <w:right w:w="50" w:type="dxa"/>
            </w:tcMar>
          </w:tcPr>
          <w:p w14:paraId="66FDEDF7" w14:textId="77777777" w:rsidR="00292F36" w:rsidRDefault="00000000">
            <w:r>
              <w:rPr>
                <w:sz w:val="12"/>
              </w:rPr>
              <w:t>0.02857143</w:t>
            </w:r>
          </w:p>
        </w:tc>
      </w:tr>
      <w:tr w:rsidR="00292F36" w14:paraId="5D2B3C43" w14:textId="77777777">
        <w:tc>
          <w:tcPr>
            <w:tcW w:w="564" w:type="dxa"/>
            <w:tcMar>
              <w:top w:w="20" w:type="dxa"/>
              <w:left w:w="50" w:type="dxa"/>
              <w:bottom w:w="20" w:type="dxa"/>
              <w:right w:w="50" w:type="dxa"/>
            </w:tcMar>
          </w:tcPr>
          <w:p w14:paraId="0FAD3F71" w14:textId="77777777" w:rsidR="00292F36" w:rsidRDefault="00000000">
            <w:r>
              <w:rPr>
                <w:sz w:val="12"/>
              </w:rPr>
              <w:t>2022_isla_san_jeronimo_isla_san_jeronimo_sport_fish_mid_1</w:t>
            </w:r>
          </w:p>
        </w:tc>
        <w:tc>
          <w:tcPr>
            <w:tcW w:w="564" w:type="dxa"/>
            <w:tcMar>
              <w:top w:w="20" w:type="dxa"/>
              <w:left w:w="50" w:type="dxa"/>
              <w:bottom w:w="20" w:type="dxa"/>
              <w:right w:w="50" w:type="dxa"/>
            </w:tcMar>
          </w:tcPr>
          <w:p w14:paraId="046787DA" w14:textId="77777777" w:rsidR="00292F36" w:rsidRDefault="00000000">
            <w:r>
              <w:rPr>
                <w:sz w:val="12"/>
              </w:rPr>
              <w:t>0.65226938</w:t>
            </w:r>
          </w:p>
        </w:tc>
        <w:tc>
          <w:tcPr>
            <w:tcW w:w="564" w:type="dxa"/>
            <w:tcMar>
              <w:top w:w="20" w:type="dxa"/>
              <w:left w:w="50" w:type="dxa"/>
              <w:bottom w:w="20" w:type="dxa"/>
              <w:right w:w="50" w:type="dxa"/>
            </w:tcMar>
          </w:tcPr>
          <w:p w14:paraId="12D379B5" w14:textId="77777777" w:rsidR="00292F36" w:rsidRDefault="00000000">
            <w:r>
              <w:rPr>
                <w:sz w:val="12"/>
              </w:rPr>
              <w:t>0.06889151</w:t>
            </w:r>
          </w:p>
        </w:tc>
        <w:tc>
          <w:tcPr>
            <w:tcW w:w="564" w:type="dxa"/>
            <w:tcMar>
              <w:top w:w="20" w:type="dxa"/>
              <w:left w:w="50" w:type="dxa"/>
              <w:bottom w:w="20" w:type="dxa"/>
              <w:right w:w="50" w:type="dxa"/>
            </w:tcMar>
          </w:tcPr>
          <w:p w14:paraId="55F0E17B" w14:textId="77777777" w:rsidR="00292F36" w:rsidRDefault="00000000">
            <w:r>
              <w:rPr>
                <w:sz w:val="12"/>
              </w:rPr>
              <w:t>2022</w:t>
            </w:r>
          </w:p>
        </w:tc>
        <w:tc>
          <w:tcPr>
            <w:tcW w:w="564" w:type="dxa"/>
            <w:tcMar>
              <w:top w:w="20" w:type="dxa"/>
              <w:left w:w="50" w:type="dxa"/>
              <w:bottom w:w="20" w:type="dxa"/>
              <w:right w:w="50" w:type="dxa"/>
            </w:tcMar>
          </w:tcPr>
          <w:p w14:paraId="15070587" w14:textId="77777777" w:rsidR="00292F36" w:rsidRDefault="00000000">
            <w:r>
              <w:rPr>
                <w:sz w:val="12"/>
              </w:rPr>
              <w:t>el_rosario</w:t>
            </w:r>
          </w:p>
        </w:tc>
        <w:tc>
          <w:tcPr>
            <w:tcW w:w="564" w:type="dxa"/>
            <w:tcMar>
              <w:top w:w="20" w:type="dxa"/>
              <w:left w:w="50" w:type="dxa"/>
              <w:bottom w:w="20" w:type="dxa"/>
              <w:right w:w="50" w:type="dxa"/>
            </w:tcMar>
          </w:tcPr>
          <w:p w14:paraId="496BB75A" w14:textId="77777777" w:rsidR="00292F36" w:rsidRDefault="00000000">
            <w:r>
              <w:rPr>
                <w:sz w:val="12"/>
              </w:rPr>
              <w:t>Middle</w:t>
            </w:r>
          </w:p>
        </w:tc>
        <w:tc>
          <w:tcPr>
            <w:tcW w:w="564" w:type="dxa"/>
            <w:tcMar>
              <w:top w:w="20" w:type="dxa"/>
              <w:left w:w="50" w:type="dxa"/>
              <w:bottom w:w="20" w:type="dxa"/>
              <w:right w:w="50" w:type="dxa"/>
            </w:tcMar>
          </w:tcPr>
          <w:p w14:paraId="4465D116" w14:textId="77777777" w:rsidR="00292F36" w:rsidRDefault="00000000">
            <w:r>
              <w:rPr>
                <w:sz w:val="12"/>
              </w:rPr>
              <w:t>isla_san_jeronimo</w:t>
            </w:r>
          </w:p>
        </w:tc>
        <w:tc>
          <w:tcPr>
            <w:tcW w:w="564" w:type="dxa"/>
            <w:tcMar>
              <w:top w:w="20" w:type="dxa"/>
              <w:left w:w="50" w:type="dxa"/>
              <w:bottom w:w="20" w:type="dxa"/>
              <w:right w:w="50" w:type="dxa"/>
            </w:tcMar>
          </w:tcPr>
          <w:p w14:paraId="11130738" w14:textId="77777777" w:rsidR="00292F36" w:rsidRDefault="00000000">
            <w:r>
              <w:rPr>
                <w:sz w:val="12"/>
              </w:rPr>
              <w:t>isla_san_jeronimo_sport_fish_mid</w:t>
            </w:r>
          </w:p>
        </w:tc>
        <w:tc>
          <w:tcPr>
            <w:tcW w:w="564" w:type="dxa"/>
            <w:tcMar>
              <w:top w:w="20" w:type="dxa"/>
              <w:left w:w="50" w:type="dxa"/>
              <w:bottom w:w="20" w:type="dxa"/>
              <w:right w:w="50" w:type="dxa"/>
            </w:tcMar>
          </w:tcPr>
          <w:p w14:paraId="2208BB19" w14:textId="77777777" w:rsidR="00292F36" w:rsidRDefault="00000000">
            <w:r>
              <w:rPr>
                <w:sz w:val="12"/>
              </w:rPr>
              <w:t>10</w:t>
            </w:r>
          </w:p>
        </w:tc>
        <w:tc>
          <w:tcPr>
            <w:tcW w:w="564" w:type="dxa"/>
            <w:tcMar>
              <w:top w:w="20" w:type="dxa"/>
              <w:left w:w="50" w:type="dxa"/>
              <w:bottom w:w="20" w:type="dxa"/>
              <w:right w:w="50" w:type="dxa"/>
            </w:tcMar>
          </w:tcPr>
          <w:p w14:paraId="43FE7A0F" w14:textId="77777777" w:rsidR="00292F36" w:rsidRDefault="00000000">
            <w:r>
              <w:rPr>
                <w:sz w:val="12"/>
              </w:rPr>
              <w:t>17.6299992</w:t>
            </w:r>
          </w:p>
        </w:tc>
        <w:tc>
          <w:tcPr>
            <w:tcW w:w="564" w:type="dxa"/>
            <w:tcMar>
              <w:top w:w="20" w:type="dxa"/>
              <w:left w:w="50" w:type="dxa"/>
              <w:bottom w:w="20" w:type="dxa"/>
              <w:right w:w="50" w:type="dxa"/>
            </w:tcMar>
          </w:tcPr>
          <w:p w14:paraId="149D7256" w14:textId="77777777" w:rsidR="00292F36" w:rsidRDefault="00000000">
            <w:r>
              <w:rPr>
                <w:sz w:val="12"/>
              </w:rPr>
              <w:t>3.34284263</w:t>
            </w:r>
          </w:p>
        </w:tc>
        <w:tc>
          <w:tcPr>
            <w:tcW w:w="564" w:type="dxa"/>
            <w:tcMar>
              <w:top w:w="20" w:type="dxa"/>
              <w:left w:w="50" w:type="dxa"/>
              <w:bottom w:w="20" w:type="dxa"/>
              <w:right w:w="50" w:type="dxa"/>
            </w:tcMar>
          </w:tcPr>
          <w:p w14:paraId="7737FB65" w14:textId="77777777" w:rsidR="00292F36" w:rsidRDefault="00000000">
            <w:r>
              <w:rPr>
                <w:sz w:val="12"/>
              </w:rPr>
              <w:t>0</w:t>
            </w:r>
          </w:p>
        </w:tc>
        <w:tc>
          <w:tcPr>
            <w:tcW w:w="564" w:type="dxa"/>
            <w:tcMar>
              <w:top w:w="20" w:type="dxa"/>
              <w:left w:w="50" w:type="dxa"/>
              <w:bottom w:w="20" w:type="dxa"/>
              <w:right w:w="50" w:type="dxa"/>
            </w:tcMar>
          </w:tcPr>
          <w:p w14:paraId="39B44DB3" w14:textId="77777777" w:rsidR="00292F36" w:rsidRDefault="00000000">
            <w:r>
              <w:rPr>
                <w:sz w:val="12"/>
              </w:rPr>
              <w:t>0.50909091</w:t>
            </w:r>
          </w:p>
        </w:tc>
        <w:tc>
          <w:tcPr>
            <w:tcW w:w="564" w:type="dxa"/>
            <w:tcMar>
              <w:top w:w="20" w:type="dxa"/>
              <w:left w:w="50" w:type="dxa"/>
              <w:bottom w:w="20" w:type="dxa"/>
              <w:right w:w="50" w:type="dxa"/>
            </w:tcMar>
          </w:tcPr>
          <w:p w14:paraId="5515972E" w14:textId="77777777" w:rsidR="00292F36" w:rsidRDefault="00000000">
            <w:r>
              <w:rPr>
                <w:sz w:val="12"/>
              </w:rPr>
              <w:t>0</w:t>
            </w:r>
          </w:p>
        </w:tc>
        <w:tc>
          <w:tcPr>
            <w:tcW w:w="564" w:type="dxa"/>
            <w:tcMar>
              <w:top w:w="20" w:type="dxa"/>
              <w:left w:w="50" w:type="dxa"/>
              <w:bottom w:w="20" w:type="dxa"/>
              <w:right w:w="50" w:type="dxa"/>
            </w:tcMar>
          </w:tcPr>
          <w:p w14:paraId="3855A0AB" w14:textId="77777777" w:rsidR="00292F36" w:rsidRDefault="00000000">
            <w:r>
              <w:rPr>
                <w:sz w:val="12"/>
              </w:rPr>
              <w:t>0.45714286</w:t>
            </w:r>
          </w:p>
        </w:tc>
        <w:tc>
          <w:tcPr>
            <w:tcW w:w="564" w:type="dxa"/>
            <w:tcMar>
              <w:top w:w="20" w:type="dxa"/>
              <w:left w:w="50" w:type="dxa"/>
              <w:bottom w:w="20" w:type="dxa"/>
              <w:right w:w="50" w:type="dxa"/>
            </w:tcMar>
          </w:tcPr>
          <w:p w14:paraId="48019B9C" w14:textId="77777777" w:rsidR="00292F36" w:rsidRDefault="00000000">
            <w:r>
              <w:rPr>
                <w:sz w:val="12"/>
              </w:rPr>
              <w:t>0</w:t>
            </w:r>
          </w:p>
        </w:tc>
        <w:tc>
          <w:tcPr>
            <w:tcW w:w="564" w:type="dxa"/>
            <w:tcMar>
              <w:top w:w="20" w:type="dxa"/>
              <w:left w:w="50" w:type="dxa"/>
              <w:bottom w:w="20" w:type="dxa"/>
              <w:right w:w="50" w:type="dxa"/>
            </w:tcMar>
          </w:tcPr>
          <w:p w14:paraId="00BB8133" w14:textId="77777777" w:rsidR="00292F36" w:rsidRDefault="00000000">
            <w:r>
              <w:rPr>
                <w:sz w:val="12"/>
              </w:rPr>
              <w:t>0.03376623</w:t>
            </w:r>
          </w:p>
        </w:tc>
        <w:tc>
          <w:tcPr>
            <w:tcW w:w="564" w:type="dxa"/>
            <w:tcMar>
              <w:top w:w="20" w:type="dxa"/>
              <w:left w:w="50" w:type="dxa"/>
              <w:bottom w:w="20" w:type="dxa"/>
              <w:right w:w="50" w:type="dxa"/>
            </w:tcMar>
          </w:tcPr>
          <w:p w14:paraId="3458269E" w14:textId="77777777" w:rsidR="00292F36" w:rsidRDefault="00000000">
            <w:r>
              <w:rPr>
                <w:sz w:val="12"/>
              </w:rPr>
              <w:t>0</w:t>
            </w:r>
          </w:p>
        </w:tc>
        <w:tc>
          <w:tcPr>
            <w:tcW w:w="564" w:type="dxa"/>
            <w:tcMar>
              <w:top w:w="20" w:type="dxa"/>
              <w:left w:w="50" w:type="dxa"/>
              <w:bottom w:w="20" w:type="dxa"/>
              <w:right w:w="50" w:type="dxa"/>
            </w:tcMar>
          </w:tcPr>
          <w:p w14:paraId="34CE51DE" w14:textId="77777777" w:rsidR="00292F36" w:rsidRDefault="00000000">
            <w:r>
              <w:rPr>
                <w:sz w:val="12"/>
              </w:rPr>
              <w:t>0</w:t>
            </w:r>
          </w:p>
        </w:tc>
        <w:tc>
          <w:tcPr>
            <w:tcW w:w="564" w:type="dxa"/>
            <w:tcMar>
              <w:top w:w="20" w:type="dxa"/>
              <w:left w:w="50" w:type="dxa"/>
              <w:bottom w:w="20" w:type="dxa"/>
              <w:right w:w="50" w:type="dxa"/>
            </w:tcMar>
          </w:tcPr>
          <w:p w14:paraId="6A278827" w14:textId="77777777" w:rsidR="00292F36" w:rsidRDefault="00000000">
            <w:r>
              <w:rPr>
                <w:sz w:val="12"/>
              </w:rPr>
              <w:t>0</w:t>
            </w:r>
          </w:p>
        </w:tc>
        <w:tc>
          <w:tcPr>
            <w:tcW w:w="564" w:type="dxa"/>
            <w:tcMar>
              <w:top w:w="20" w:type="dxa"/>
              <w:left w:w="50" w:type="dxa"/>
              <w:bottom w:w="20" w:type="dxa"/>
              <w:right w:w="50" w:type="dxa"/>
            </w:tcMar>
          </w:tcPr>
          <w:p w14:paraId="099F21D7" w14:textId="77777777" w:rsidR="00292F36" w:rsidRDefault="00000000">
            <w:r>
              <w:rPr>
                <w:sz w:val="12"/>
              </w:rPr>
              <w:t>0.94915254</w:t>
            </w:r>
          </w:p>
        </w:tc>
        <w:tc>
          <w:tcPr>
            <w:tcW w:w="564" w:type="dxa"/>
            <w:tcMar>
              <w:top w:w="20" w:type="dxa"/>
              <w:left w:w="50" w:type="dxa"/>
              <w:bottom w:w="20" w:type="dxa"/>
              <w:right w:w="50" w:type="dxa"/>
            </w:tcMar>
          </w:tcPr>
          <w:p w14:paraId="38E1F2EC" w14:textId="77777777" w:rsidR="00292F36" w:rsidRDefault="00000000">
            <w:r>
              <w:rPr>
                <w:sz w:val="12"/>
              </w:rPr>
              <w:t>0.01694915</w:t>
            </w:r>
          </w:p>
        </w:tc>
        <w:tc>
          <w:tcPr>
            <w:tcW w:w="564" w:type="dxa"/>
            <w:tcMar>
              <w:top w:w="20" w:type="dxa"/>
              <w:left w:w="50" w:type="dxa"/>
              <w:bottom w:w="20" w:type="dxa"/>
              <w:right w:w="50" w:type="dxa"/>
            </w:tcMar>
          </w:tcPr>
          <w:p w14:paraId="4F311BF4" w14:textId="77777777" w:rsidR="00292F36" w:rsidRDefault="00000000">
            <w:r>
              <w:rPr>
                <w:sz w:val="12"/>
              </w:rPr>
              <w:t>0</w:t>
            </w:r>
          </w:p>
        </w:tc>
        <w:tc>
          <w:tcPr>
            <w:tcW w:w="564" w:type="dxa"/>
            <w:tcMar>
              <w:top w:w="20" w:type="dxa"/>
              <w:left w:w="50" w:type="dxa"/>
              <w:bottom w:w="20" w:type="dxa"/>
              <w:right w:w="50" w:type="dxa"/>
            </w:tcMar>
          </w:tcPr>
          <w:p w14:paraId="2A0A3FC6" w14:textId="77777777" w:rsidR="00292F36" w:rsidRDefault="00000000">
            <w:r>
              <w:rPr>
                <w:sz w:val="12"/>
              </w:rPr>
              <w:t>0</w:t>
            </w:r>
          </w:p>
        </w:tc>
        <w:tc>
          <w:tcPr>
            <w:tcW w:w="564" w:type="dxa"/>
            <w:tcMar>
              <w:top w:w="20" w:type="dxa"/>
              <w:left w:w="50" w:type="dxa"/>
              <w:bottom w:w="20" w:type="dxa"/>
              <w:right w:w="50" w:type="dxa"/>
            </w:tcMar>
          </w:tcPr>
          <w:p w14:paraId="663D6A7D" w14:textId="77777777" w:rsidR="00292F36" w:rsidRDefault="00000000">
            <w:r>
              <w:rPr>
                <w:sz w:val="12"/>
              </w:rPr>
              <w:t>0.03389831</w:t>
            </w:r>
          </w:p>
        </w:tc>
      </w:tr>
      <w:tr w:rsidR="00292F36" w14:paraId="41B967E9" w14:textId="77777777">
        <w:tc>
          <w:tcPr>
            <w:tcW w:w="564" w:type="dxa"/>
            <w:tcMar>
              <w:top w:w="20" w:type="dxa"/>
              <w:left w:w="50" w:type="dxa"/>
              <w:bottom w:w="20" w:type="dxa"/>
              <w:right w:w="50" w:type="dxa"/>
            </w:tcMar>
          </w:tcPr>
          <w:p w14:paraId="5EB3C409" w14:textId="77777777" w:rsidR="00292F36" w:rsidRDefault="00000000">
            <w:r>
              <w:rPr>
                <w:sz w:val="12"/>
              </w:rPr>
              <w:t>2022_isla_san_jeronimo_isla_san_jeronimo_sport_fish_mid_2</w:t>
            </w:r>
          </w:p>
        </w:tc>
        <w:tc>
          <w:tcPr>
            <w:tcW w:w="564" w:type="dxa"/>
            <w:tcMar>
              <w:top w:w="20" w:type="dxa"/>
              <w:left w:w="50" w:type="dxa"/>
              <w:bottom w:w="20" w:type="dxa"/>
              <w:right w:w="50" w:type="dxa"/>
            </w:tcMar>
          </w:tcPr>
          <w:p w14:paraId="3174641D" w14:textId="77777777" w:rsidR="00292F36" w:rsidRDefault="00000000">
            <w:r>
              <w:rPr>
                <w:sz w:val="12"/>
              </w:rPr>
              <w:t>0.49137254</w:t>
            </w:r>
          </w:p>
        </w:tc>
        <w:tc>
          <w:tcPr>
            <w:tcW w:w="564" w:type="dxa"/>
            <w:tcMar>
              <w:top w:w="20" w:type="dxa"/>
              <w:left w:w="50" w:type="dxa"/>
              <w:bottom w:w="20" w:type="dxa"/>
              <w:right w:w="50" w:type="dxa"/>
            </w:tcMar>
          </w:tcPr>
          <w:p w14:paraId="59317404" w14:textId="77777777" w:rsidR="00292F36" w:rsidRDefault="00000000">
            <w:r>
              <w:rPr>
                <w:sz w:val="12"/>
              </w:rPr>
              <w:t>0.09017714</w:t>
            </w:r>
          </w:p>
        </w:tc>
        <w:tc>
          <w:tcPr>
            <w:tcW w:w="564" w:type="dxa"/>
            <w:tcMar>
              <w:top w:w="20" w:type="dxa"/>
              <w:left w:w="50" w:type="dxa"/>
              <w:bottom w:w="20" w:type="dxa"/>
              <w:right w:w="50" w:type="dxa"/>
            </w:tcMar>
          </w:tcPr>
          <w:p w14:paraId="593CA23B" w14:textId="77777777" w:rsidR="00292F36" w:rsidRDefault="00000000">
            <w:r>
              <w:rPr>
                <w:sz w:val="12"/>
              </w:rPr>
              <w:t>2022</w:t>
            </w:r>
          </w:p>
        </w:tc>
        <w:tc>
          <w:tcPr>
            <w:tcW w:w="564" w:type="dxa"/>
            <w:tcMar>
              <w:top w:w="20" w:type="dxa"/>
              <w:left w:w="50" w:type="dxa"/>
              <w:bottom w:w="20" w:type="dxa"/>
              <w:right w:w="50" w:type="dxa"/>
            </w:tcMar>
          </w:tcPr>
          <w:p w14:paraId="0628970A" w14:textId="77777777" w:rsidR="00292F36" w:rsidRDefault="00000000">
            <w:r>
              <w:rPr>
                <w:sz w:val="12"/>
              </w:rPr>
              <w:t>el_rosario</w:t>
            </w:r>
          </w:p>
        </w:tc>
        <w:tc>
          <w:tcPr>
            <w:tcW w:w="564" w:type="dxa"/>
            <w:tcMar>
              <w:top w:w="20" w:type="dxa"/>
              <w:left w:w="50" w:type="dxa"/>
              <w:bottom w:w="20" w:type="dxa"/>
              <w:right w:w="50" w:type="dxa"/>
            </w:tcMar>
          </w:tcPr>
          <w:p w14:paraId="5E3719CC" w14:textId="77777777" w:rsidR="00292F36" w:rsidRDefault="00000000">
            <w:r>
              <w:rPr>
                <w:sz w:val="12"/>
              </w:rPr>
              <w:t>Middle</w:t>
            </w:r>
          </w:p>
        </w:tc>
        <w:tc>
          <w:tcPr>
            <w:tcW w:w="564" w:type="dxa"/>
            <w:tcMar>
              <w:top w:w="20" w:type="dxa"/>
              <w:left w:w="50" w:type="dxa"/>
              <w:bottom w:w="20" w:type="dxa"/>
              <w:right w:w="50" w:type="dxa"/>
            </w:tcMar>
          </w:tcPr>
          <w:p w14:paraId="02E585AC" w14:textId="77777777" w:rsidR="00292F36" w:rsidRDefault="00000000">
            <w:r>
              <w:rPr>
                <w:sz w:val="12"/>
              </w:rPr>
              <w:t>isla_san_jeronimo</w:t>
            </w:r>
          </w:p>
        </w:tc>
        <w:tc>
          <w:tcPr>
            <w:tcW w:w="564" w:type="dxa"/>
            <w:tcMar>
              <w:top w:w="20" w:type="dxa"/>
              <w:left w:w="50" w:type="dxa"/>
              <w:bottom w:w="20" w:type="dxa"/>
              <w:right w:w="50" w:type="dxa"/>
            </w:tcMar>
          </w:tcPr>
          <w:p w14:paraId="3A45D3CD" w14:textId="77777777" w:rsidR="00292F36" w:rsidRDefault="00000000">
            <w:r>
              <w:rPr>
                <w:sz w:val="12"/>
              </w:rPr>
              <w:t>isla_san_jeronimo_sport_fish_mid</w:t>
            </w:r>
          </w:p>
        </w:tc>
        <w:tc>
          <w:tcPr>
            <w:tcW w:w="564" w:type="dxa"/>
            <w:tcMar>
              <w:top w:w="20" w:type="dxa"/>
              <w:left w:w="50" w:type="dxa"/>
              <w:bottom w:w="20" w:type="dxa"/>
              <w:right w:w="50" w:type="dxa"/>
            </w:tcMar>
          </w:tcPr>
          <w:p w14:paraId="23DB41C8" w14:textId="77777777" w:rsidR="00292F36" w:rsidRDefault="00000000">
            <w:r>
              <w:rPr>
                <w:sz w:val="12"/>
              </w:rPr>
              <w:t>10</w:t>
            </w:r>
          </w:p>
        </w:tc>
        <w:tc>
          <w:tcPr>
            <w:tcW w:w="564" w:type="dxa"/>
            <w:tcMar>
              <w:top w:w="20" w:type="dxa"/>
              <w:left w:w="50" w:type="dxa"/>
              <w:bottom w:w="20" w:type="dxa"/>
              <w:right w:w="50" w:type="dxa"/>
            </w:tcMar>
          </w:tcPr>
          <w:p w14:paraId="2D776C20" w14:textId="77777777" w:rsidR="00292F36" w:rsidRDefault="00000000">
            <w:r>
              <w:rPr>
                <w:sz w:val="12"/>
              </w:rPr>
              <w:t>17.6299992</w:t>
            </w:r>
          </w:p>
        </w:tc>
        <w:tc>
          <w:tcPr>
            <w:tcW w:w="564" w:type="dxa"/>
            <w:tcMar>
              <w:top w:w="20" w:type="dxa"/>
              <w:left w:w="50" w:type="dxa"/>
              <w:bottom w:w="20" w:type="dxa"/>
              <w:right w:w="50" w:type="dxa"/>
            </w:tcMar>
          </w:tcPr>
          <w:p w14:paraId="597BD2A1" w14:textId="77777777" w:rsidR="00292F36" w:rsidRDefault="00000000">
            <w:r>
              <w:rPr>
                <w:sz w:val="12"/>
              </w:rPr>
              <w:t>3.34284263</w:t>
            </w:r>
          </w:p>
        </w:tc>
        <w:tc>
          <w:tcPr>
            <w:tcW w:w="564" w:type="dxa"/>
            <w:tcMar>
              <w:top w:w="20" w:type="dxa"/>
              <w:left w:w="50" w:type="dxa"/>
              <w:bottom w:w="20" w:type="dxa"/>
              <w:right w:w="50" w:type="dxa"/>
            </w:tcMar>
          </w:tcPr>
          <w:p w14:paraId="7E4C3D81" w14:textId="77777777" w:rsidR="00292F36" w:rsidRDefault="00000000">
            <w:r>
              <w:rPr>
                <w:sz w:val="12"/>
              </w:rPr>
              <w:t>0</w:t>
            </w:r>
          </w:p>
        </w:tc>
        <w:tc>
          <w:tcPr>
            <w:tcW w:w="564" w:type="dxa"/>
            <w:tcMar>
              <w:top w:w="20" w:type="dxa"/>
              <w:left w:w="50" w:type="dxa"/>
              <w:bottom w:w="20" w:type="dxa"/>
              <w:right w:w="50" w:type="dxa"/>
            </w:tcMar>
          </w:tcPr>
          <w:p w14:paraId="4DE087F5" w14:textId="77777777" w:rsidR="00292F36" w:rsidRDefault="00000000">
            <w:r>
              <w:rPr>
                <w:sz w:val="12"/>
              </w:rPr>
              <w:t>0.47435897</w:t>
            </w:r>
          </w:p>
        </w:tc>
        <w:tc>
          <w:tcPr>
            <w:tcW w:w="564" w:type="dxa"/>
            <w:tcMar>
              <w:top w:w="20" w:type="dxa"/>
              <w:left w:w="50" w:type="dxa"/>
              <w:bottom w:w="20" w:type="dxa"/>
              <w:right w:w="50" w:type="dxa"/>
            </w:tcMar>
          </w:tcPr>
          <w:p w14:paraId="39CC92DA" w14:textId="77777777" w:rsidR="00292F36" w:rsidRDefault="00000000">
            <w:r>
              <w:rPr>
                <w:sz w:val="12"/>
              </w:rPr>
              <w:t>0</w:t>
            </w:r>
          </w:p>
        </w:tc>
        <w:tc>
          <w:tcPr>
            <w:tcW w:w="564" w:type="dxa"/>
            <w:tcMar>
              <w:top w:w="20" w:type="dxa"/>
              <w:left w:w="50" w:type="dxa"/>
              <w:bottom w:w="20" w:type="dxa"/>
              <w:right w:w="50" w:type="dxa"/>
            </w:tcMar>
          </w:tcPr>
          <w:p w14:paraId="782A8EA8" w14:textId="77777777" w:rsidR="00292F36" w:rsidRDefault="00000000">
            <w:r>
              <w:rPr>
                <w:sz w:val="12"/>
              </w:rPr>
              <w:t>0.52564103</w:t>
            </w:r>
          </w:p>
        </w:tc>
        <w:tc>
          <w:tcPr>
            <w:tcW w:w="564" w:type="dxa"/>
            <w:tcMar>
              <w:top w:w="20" w:type="dxa"/>
              <w:left w:w="50" w:type="dxa"/>
              <w:bottom w:w="20" w:type="dxa"/>
              <w:right w:w="50" w:type="dxa"/>
            </w:tcMar>
          </w:tcPr>
          <w:p w14:paraId="13AFBE97" w14:textId="77777777" w:rsidR="00292F36" w:rsidRDefault="00000000">
            <w:r>
              <w:rPr>
                <w:sz w:val="12"/>
              </w:rPr>
              <w:t>0</w:t>
            </w:r>
          </w:p>
        </w:tc>
        <w:tc>
          <w:tcPr>
            <w:tcW w:w="564" w:type="dxa"/>
            <w:tcMar>
              <w:top w:w="20" w:type="dxa"/>
              <w:left w:w="50" w:type="dxa"/>
              <w:bottom w:w="20" w:type="dxa"/>
              <w:right w:w="50" w:type="dxa"/>
            </w:tcMar>
          </w:tcPr>
          <w:p w14:paraId="582F6E90" w14:textId="77777777" w:rsidR="00292F36" w:rsidRDefault="00000000">
            <w:r>
              <w:rPr>
                <w:sz w:val="12"/>
              </w:rPr>
              <w:t>0</w:t>
            </w:r>
          </w:p>
        </w:tc>
        <w:tc>
          <w:tcPr>
            <w:tcW w:w="564" w:type="dxa"/>
            <w:tcMar>
              <w:top w:w="20" w:type="dxa"/>
              <w:left w:w="50" w:type="dxa"/>
              <w:bottom w:w="20" w:type="dxa"/>
              <w:right w:w="50" w:type="dxa"/>
            </w:tcMar>
          </w:tcPr>
          <w:p w14:paraId="2EB15DA2" w14:textId="77777777" w:rsidR="00292F36" w:rsidRDefault="00000000">
            <w:r>
              <w:rPr>
                <w:sz w:val="12"/>
              </w:rPr>
              <w:t>0</w:t>
            </w:r>
          </w:p>
        </w:tc>
        <w:tc>
          <w:tcPr>
            <w:tcW w:w="564" w:type="dxa"/>
            <w:tcMar>
              <w:top w:w="20" w:type="dxa"/>
              <w:left w:w="50" w:type="dxa"/>
              <w:bottom w:w="20" w:type="dxa"/>
              <w:right w:w="50" w:type="dxa"/>
            </w:tcMar>
          </w:tcPr>
          <w:p w14:paraId="6561E917" w14:textId="77777777" w:rsidR="00292F36" w:rsidRDefault="00000000">
            <w:r>
              <w:rPr>
                <w:sz w:val="12"/>
              </w:rPr>
              <w:t>0</w:t>
            </w:r>
          </w:p>
        </w:tc>
        <w:tc>
          <w:tcPr>
            <w:tcW w:w="564" w:type="dxa"/>
            <w:tcMar>
              <w:top w:w="20" w:type="dxa"/>
              <w:left w:w="50" w:type="dxa"/>
              <w:bottom w:w="20" w:type="dxa"/>
              <w:right w:w="50" w:type="dxa"/>
            </w:tcMar>
          </w:tcPr>
          <w:p w14:paraId="7837FE01" w14:textId="77777777" w:rsidR="00292F36" w:rsidRDefault="00000000">
            <w:r>
              <w:rPr>
                <w:sz w:val="12"/>
              </w:rPr>
              <w:t>0</w:t>
            </w:r>
          </w:p>
        </w:tc>
        <w:tc>
          <w:tcPr>
            <w:tcW w:w="564" w:type="dxa"/>
            <w:tcMar>
              <w:top w:w="20" w:type="dxa"/>
              <w:left w:w="50" w:type="dxa"/>
              <w:bottom w:w="20" w:type="dxa"/>
              <w:right w:w="50" w:type="dxa"/>
            </w:tcMar>
          </w:tcPr>
          <w:p w14:paraId="171866B9" w14:textId="77777777" w:rsidR="00292F36" w:rsidRDefault="00000000">
            <w:r>
              <w:rPr>
                <w:sz w:val="12"/>
              </w:rPr>
              <w:t>0.72093023</w:t>
            </w:r>
          </w:p>
        </w:tc>
        <w:tc>
          <w:tcPr>
            <w:tcW w:w="564" w:type="dxa"/>
            <w:tcMar>
              <w:top w:w="20" w:type="dxa"/>
              <w:left w:w="50" w:type="dxa"/>
              <w:bottom w:w="20" w:type="dxa"/>
              <w:right w:w="50" w:type="dxa"/>
            </w:tcMar>
          </w:tcPr>
          <w:p w14:paraId="1E299283" w14:textId="77777777" w:rsidR="00292F36" w:rsidRDefault="00000000">
            <w:r>
              <w:rPr>
                <w:sz w:val="12"/>
              </w:rPr>
              <w:t>0.06976744</w:t>
            </w:r>
          </w:p>
        </w:tc>
        <w:tc>
          <w:tcPr>
            <w:tcW w:w="564" w:type="dxa"/>
            <w:tcMar>
              <w:top w:w="20" w:type="dxa"/>
              <w:left w:w="50" w:type="dxa"/>
              <w:bottom w:w="20" w:type="dxa"/>
              <w:right w:w="50" w:type="dxa"/>
            </w:tcMar>
          </w:tcPr>
          <w:p w14:paraId="3BE6741F" w14:textId="77777777" w:rsidR="00292F36" w:rsidRDefault="00000000">
            <w:r>
              <w:rPr>
                <w:sz w:val="12"/>
              </w:rPr>
              <w:t>0</w:t>
            </w:r>
          </w:p>
        </w:tc>
        <w:tc>
          <w:tcPr>
            <w:tcW w:w="564" w:type="dxa"/>
            <w:tcMar>
              <w:top w:w="20" w:type="dxa"/>
              <w:left w:w="50" w:type="dxa"/>
              <w:bottom w:w="20" w:type="dxa"/>
              <w:right w:w="50" w:type="dxa"/>
            </w:tcMar>
          </w:tcPr>
          <w:p w14:paraId="13019C83" w14:textId="77777777" w:rsidR="00292F36" w:rsidRDefault="00000000">
            <w:r>
              <w:rPr>
                <w:sz w:val="12"/>
              </w:rPr>
              <w:t>0.09302326</w:t>
            </w:r>
          </w:p>
        </w:tc>
        <w:tc>
          <w:tcPr>
            <w:tcW w:w="564" w:type="dxa"/>
            <w:tcMar>
              <w:top w:w="20" w:type="dxa"/>
              <w:left w:w="50" w:type="dxa"/>
              <w:bottom w:w="20" w:type="dxa"/>
              <w:right w:w="50" w:type="dxa"/>
            </w:tcMar>
          </w:tcPr>
          <w:p w14:paraId="3FDDF980" w14:textId="77777777" w:rsidR="00292F36" w:rsidRDefault="00000000">
            <w:r>
              <w:rPr>
                <w:sz w:val="12"/>
              </w:rPr>
              <w:t>0.11627907</w:t>
            </w:r>
          </w:p>
        </w:tc>
      </w:tr>
      <w:tr w:rsidR="00292F36" w14:paraId="7A9BC496" w14:textId="77777777">
        <w:tc>
          <w:tcPr>
            <w:tcW w:w="564" w:type="dxa"/>
            <w:tcMar>
              <w:top w:w="20" w:type="dxa"/>
              <w:left w:w="50" w:type="dxa"/>
              <w:bottom w:w="20" w:type="dxa"/>
              <w:right w:w="50" w:type="dxa"/>
            </w:tcMar>
          </w:tcPr>
          <w:p w14:paraId="00D42945" w14:textId="77777777" w:rsidR="00292F36" w:rsidRDefault="00000000">
            <w:r>
              <w:rPr>
                <w:sz w:val="12"/>
              </w:rPr>
              <w:t>2022_isla_todos_santos_isla_todos_santos_c</w:t>
            </w:r>
            <w:r>
              <w:rPr>
                <w:sz w:val="12"/>
              </w:rPr>
              <w:lastRenderedPageBreak/>
              <w:t>anal_lucia_160_1</w:t>
            </w:r>
          </w:p>
        </w:tc>
        <w:tc>
          <w:tcPr>
            <w:tcW w:w="564" w:type="dxa"/>
            <w:tcMar>
              <w:top w:w="20" w:type="dxa"/>
              <w:left w:w="50" w:type="dxa"/>
              <w:bottom w:w="20" w:type="dxa"/>
              <w:right w:w="50" w:type="dxa"/>
            </w:tcMar>
          </w:tcPr>
          <w:p w14:paraId="663FE473" w14:textId="77777777" w:rsidR="00292F36" w:rsidRDefault="00000000">
            <w:r>
              <w:rPr>
                <w:sz w:val="12"/>
              </w:rPr>
              <w:lastRenderedPageBreak/>
              <w:t>-0.3558172</w:t>
            </w:r>
          </w:p>
        </w:tc>
        <w:tc>
          <w:tcPr>
            <w:tcW w:w="564" w:type="dxa"/>
            <w:tcMar>
              <w:top w:w="20" w:type="dxa"/>
              <w:left w:w="50" w:type="dxa"/>
              <w:bottom w:w="20" w:type="dxa"/>
              <w:right w:w="50" w:type="dxa"/>
            </w:tcMar>
          </w:tcPr>
          <w:p w14:paraId="3C2C0C4F" w14:textId="77777777" w:rsidR="00292F36" w:rsidRDefault="00000000">
            <w:r>
              <w:rPr>
                <w:sz w:val="12"/>
              </w:rPr>
              <w:t>0.73883085</w:t>
            </w:r>
          </w:p>
        </w:tc>
        <w:tc>
          <w:tcPr>
            <w:tcW w:w="564" w:type="dxa"/>
            <w:tcMar>
              <w:top w:w="20" w:type="dxa"/>
              <w:left w:w="50" w:type="dxa"/>
              <w:bottom w:w="20" w:type="dxa"/>
              <w:right w:w="50" w:type="dxa"/>
            </w:tcMar>
          </w:tcPr>
          <w:p w14:paraId="00E113A9" w14:textId="77777777" w:rsidR="00292F36" w:rsidRDefault="00000000">
            <w:r>
              <w:rPr>
                <w:sz w:val="12"/>
              </w:rPr>
              <w:t>2022</w:t>
            </w:r>
          </w:p>
        </w:tc>
        <w:tc>
          <w:tcPr>
            <w:tcW w:w="564" w:type="dxa"/>
            <w:tcMar>
              <w:top w:w="20" w:type="dxa"/>
              <w:left w:w="50" w:type="dxa"/>
              <w:bottom w:w="20" w:type="dxa"/>
              <w:right w:w="50" w:type="dxa"/>
            </w:tcMar>
          </w:tcPr>
          <w:p w14:paraId="55BBEF85" w14:textId="77777777" w:rsidR="00292F36" w:rsidRDefault="00000000">
            <w:r>
              <w:rPr>
                <w:sz w:val="12"/>
              </w:rPr>
              <w:t>ensenada</w:t>
            </w:r>
          </w:p>
        </w:tc>
        <w:tc>
          <w:tcPr>
            <w:tcW w:w="564" w:type="dxa"/>
            <w:tcMar>
              <w:top w:w="20" w:type="dxa"/>
              <w:left w:w="50" w:type="dxa"/>
              <w:bottom w:w="20" w:type="dxa"/>
              <w:right w:w="50" w:type="dxa"/>
            </w:tcMar>
          </w:tcPr>
          <w:p w14:paraId="25E092D7" w14:textId="77777777" w:rsidR="00292F36" w:rsidRDefault="00000000">
            <w:r>
              <w:rPr>
                <w:sz w:val="12"/>
              </w:rPr>
              <w:t>North</w:t>
            </w:r>
          </w:p>
        </w:tc>
        <w:tc>
          <w:tcPr>
            <w:tcW w:w="564" w:type="dxa"/>
            <w:tcMar>
              <w:top w:w="20" w:type="dxa"/>
              <w:left w:w="50" w:type="dxa"/>
              <w:bottom w:w="20" w:type="dxa"/>
              <w:right w:w="50" w:type="dxa"/>
            </w:tcMar>
          </w:tcPr>
          <w:p w14:paraId="336E1906" w14:textId="77777777" w:rsidR="00292F36" w:rsidRDefault="00000000">
            <w:r>
              <w:rPr>
                <w:sz w:val="12"/>
              </w:rPr>
              <w:t>isla_todos_santos</w:t>
            </w:r>
          </w:p>
        </w:tc>
        <w:tc>
          <w:tcPr>
            <w:tcW w:w="564" w:type="dxa"/>
            <w:tcMar>
              <w:top w:w="20" w:type="dxa"/>
              <w:left w:w="50" w:type="dxa"/>
              <w:bottom w:w="20" w:type="dxa"/>
              <w:right w:w="50" w:type="dxa"/>
            </w:tcMar>
          </w:tcPr>
          <w:p w14:paraId="21C2C9A2" w14:textId="77777777" w:rsidR="00292F36" w:rsidRDefault="00000000">
            <w:r>
              <w:rPr>
                <w:sz w:val="12"/>
              </w:rPr>
              <w:t>isla_todos_santos_canal_lucia_160</w:t>
            </w:r>
          </w:p>
        </w:tc>
        <w:tc>
          <w:tcPr>
            <w:tcW w:w="564" w:type="dxa"/>
            <w:tcMar>
              <w:top w:w="20" w:type="dxa"/>
              <w:left w:w="50" w:type="dxa"/>
              <w:bottom w:w="20" w:type="dxa"/>
              <w:right w:w="50" w:type="dxa"/>
            </w:tcMar>
          </w:tcPr>
          <w:p w14:paraId="48BE0625" w14:textId="77777777" w:rsidR="00292F36" w:rsidRDefault="00000000">
            <w:r>
              <w:rPr>
                <w:sz w:val="12"/>
              </w:rPr>
              <w:t>8</w:t>
            </w:r>
          </w:p>
        </w:tc>
        <w:tc>
          <w:tcPr>
            <w:tcW w:w="564" w:type="dxa"/>
            <w:tcMar>
              <w:top w:w="20" w:type="dxa"/>
              <w:left w:w="50" w:type="dxa"/>
              <w:bottom w:w="20" w:type="dxa"/>
              <w:right w:w="50" w:type="dxa"/>
            </w:tcMar>
          </w:tcPr>
          <w:p w14:paraId="3CFE9F6B" w14:textId="77777777" w:rsidR="00292F36" w:rsidRDefault="00000000">
            <w:r>
              <w:rPr>
                <w:sz w:val="12"/>
              </w:rPr>
              <w:t>22.4799995</w:t>
            </w:r>
          </w:p>
        </w:tc>
        <w:tc>
          <w:tcPr>
            <w:tcW w:w="564" w:type="dxa"/>
            <w:tcMar>
              <w:top w:w="20" w:type="dxa"/>
              <w:left w:w="50" w:type="dxa"/>
              <w:bottom w:w="20" w:type="dxa"/>
              <w:right w:w="50" w:type="dxa"/>
            </w:tcMar>
          </w:tcPr>
          <w:p w14:paraId="0F36ADE1" w14:textId="77777777" w:rsidR="00292F36" w:rsidRDefault="00000000">
            <w:r>
              <w:rPr>
                <w:sz w:val="12"/>
              </w:rPr>
              <w:t>0.2073529</w:t>
            </w:r>
          </w:p>
        </w:tc>
        <w:tc>
          <w:tcPr>
            <w:tcW w:w="564" w:type="dxa"/>
            <w:tcMar>
              <w:top w:w="20" w:type="dxa"/>
              <w:left w:w="50" w:type="dxa"/>
              <w:bottom w:w="20" w:type="dxa"/>
              <w:right w:w="50" w:type="dxa"/>
            </w:tcMar>
          </w:tcPr>
          <w:p w14:paraId="3FB95AB1" w14:textId="77777777" w:rsidR="00292F36" w:rsidRDefault="00000000">
            <w:r>
              <w:rPr>
                <w:sz w:val="12"/>
              </w:rPr>
              <w:t>0.33333333</w:t>
            </w:r>
          </w:p>
        </w:tc>
        <w:tc>
          <w:tcPr>
            <w:tcW w:w="564" w:type="dxa"/>
            <w:tcMar>
              <w:top w:w="20" w:type="dxa"/>
              <w:left w:w="50" w:type="dxa"/>
              <w:bottom w:w="20" w:type="dxa"/>
              <w:right w:w="50" w:type="dxa"/>
            </w:tcMar>
          </w:tcPr>
          <w:p w14:paraId="44D91CDB" w14:textId="77777777" w:rsidR="00292F36" w:rsidRDefault="00000000">
            <w:r>
              <w:rPr>
                <w:sz w:val="12"/>
              </w:rPr>
              <w:t>0.30107527</w:t>
            </w:r>
          </w:p>
        </w:tc>
        <w:tc>
          <w:tcPr>
            <w:tcW w:w="564" w:type="dxa"/>
            <w:tcMar>
              <w:top w:w="20" w:type="dxa"/>
              <w:left w:w="50" w:type="dxa"/>
              <w:bottom w:w="20" w:type="dxa"/>
              <w:right w:w="50" w:type="dxa"/>
            </w:tcMar>
          </w:tcPr>
          <w:p w14:paraId="5834CE41" w14:textId="77777777" w:rsidR="00292F36" w:rsidRDefault="00000000">
            <w:r>
              <w:rPr>
                <w:sz w:val="12"/>
              </w:rPr>
              <w:t>0.04301075</w:t>
            </w:r>
          </w:p>
        </w:tc>
        <w:tc>
          <w:tcPr>
            <w:tcW w:w="564" w:type="dxa"/>
            <w:tcMar>
              <w:top w:w="20" w:type="dxa"/>
              <w:left w:w="50" w:type="dxa"/>
              <w:bottom w:w="20" w:type="dxa"/>
              <w:right w:w="50" w:type="dxa"/>
            </w:tcMar>
          </w:tcPr>
          <w:p w14:paraId="7CD98580" w14:textId="77777777" w:rsidR="00292F36" w:rsidRDefault="00000000">
            <w:r>
              <w:rPr>
                <w:sz w:val="12"/>
              </w:rPr>
              <w:t>0.32258065</w:t>
            </w:r>
          </w:p>
        </w:tc>
        <w:tc>
          <w:tcPr>
            <w:tcW w:w="564" w:type="dxa"/>
            <w:tcMar>
              <w:top w:w="20" w:type="dxa"/>
              <w:left w:w="50" w:type="dxa"/>
              <w:bottom w:w="20" w:type="dxa"/>
              <w:right w:w="50" w:type="dxa"/>
            </w:tcMar>
          </w:tcPr>
          <w:p w14:paraId="3FE3834D" w14:textId="77777777" w:rsidR="00292F36" w:rsidRDefault="00000000">
            <w:r>
              <w:rPr>
                <w:sz w:val="12"/>
              </w:rPr>
              <w:t>0</w:t>
            </w:r>
          </w:p>
        </w:tc>
        <w:tc>
          <w:tcPr>
            <w:tcW w:w="564" w:type="dxa"/>
            <w:tcMar>
              <w:top w:w="20" w:type="dxa"/>
              <w:left w:w="50" w:type="dxa"/>
              <w:bottom w:w="20" w:type="dxa"/>
              <w:right w:w="50" w:type="dxa"/>
            </w:tcMar>
          </w:tcPr>
          <w:p w14:paraId="1630E7EF" w14:textId="77777777" w:rsidR="00292F36" w:rsidRDefault="00000000">
            <w:r>
              <w:rPr>
                <w:sz w:val="12"/>
              </w:rPr>
              <w:t>0</w:t>
            </w:r>
          </w:p>
        </w:tc>
        <w:tc>
          <w:tcPr>
            <w:tcW w:w="564" w:type="dxa"/>
            <w:tcMar>
              <w:top w:w="20" w:type="dxa"/>
              <w:left w:w="50" w:type="dxa"/>
              <w:bottom w:w="20" w:type="dxa"/>
              <w:right w:w="50" w:type="dxa"/>
            </w:tcMar>
          </w:tcPr>
          <w:p w14:paraId="6D3E6FD2" w14:textId="77777777" w:rsidR="00292F36" w:rsidRDefault="00000000">
            <w:r>
              <w:rPr>
                <w:sz w:val="12"/>
              </w:rPr>
              <w:t>0</w:t>
            </w:r>
          </w:p>
        </w:tc>
        <w:tc>
          <w:tcPr>
            <w:tcW w:w="564" w:type="dxa"/>
            <w:tcMar>
              <w:top w:w="20" w:type="dxa"/>
              <w:left w:w="50" w:type="dxa"/>
              <w:bottom w:w="20" w:type="dxa"/>
              <w:right w:w="50" w:type="dxa"/>
            </w:tcMar>
          </w:tcPr>
          <w:p w14:paraId="0F54CDBE" w14:textId="77777777" w:rsidR="00292F36" w:rsidRDefault="00000000">
            <w:r>
              <w:rPr>
                <w:sz w:val="12"/>
              </w:rPr>
              <w:t>0</w:t>
            </w:r>
          </w:p>
        </w:tc>
        <w:tc>
          <w:tcPr>
            <w:tcW w:w="564" w:type="dxa"/>
            <w:tcMar>
              <w:top w:w="20" w:type="dxa"/>
              <w:left w:w="50" w:type="dxa"/>
              <w:bottom w:w="20" w:type="dxa"/>
              <w:right w:w="50" w:type="dxa"/>
            </w:tcMar>
          </w:tcPr>
          <w:p w14:paraId="4365AEA4" w14:textId="77777777" w:rsidR="00292F36" w:rsidRDefault="00000000">
            <w:r>
              <w:rPr>
                <w:sz w:val="12"/>
              </w:rPr>
              <w:t>0</w:t>
            </w:r>
          </w:p>
        </w:tc>
        <w:tc>
          <w:tcPr>
            <w:tcW w:w="564" w:type="dxa"/>
            <w:tcMar>
              <w:top w:w="20" w:type="dxa"/>
              <w:left w:w="50" w:type="dxa"/>
              <w:bottom w:w="20" w:type="dxa"/>
              <w:right w:w="50" w:type="dxa"/>
            </w:tcMar>
          </w:tcPr>
          <w:p w14:paraId="2EE9A165" w14:textId="77777777" w:rsidR="00292F36" w:rsidRDefault="00000000">
            <w:r>
              <w:rPr>
                <w:sz w:val="12"/>
              </w:rPr>
              <w:t>0.11111111</w:t>
            </w:r>
          </w:p>
        </w:tc>
        <w:tc>
          <w:tcPr>
            <w:tcW w:w="564" w:type="dxa"/>
            <w:tcMar>
              <w:top w:w="20" w:type="dxa"/>
              <w:left w:w="50" w:type="dxa"/>
              <w:bottom w:w="20" w:type="dxa"/>
              <w:right w:w="50" w:type="dxa"/>
            </w:tcMar>
          </w:tcPr>
          <w:p w14:paraId="53E17509" w14:textId="77777777" w:rsidR="00292F36" w:rsidRDefault="00000000">
            <w:r>
              <w:rPr>
                <w:sz w:val="12"/>
              </w:rPr>
              <w:t>0.88888889</w:t>
            </w:r>
          </w:p>
        </w:tc>
        <w:tc>
          <w:tcPr>
            <w:tcW w:w="564" w:type="dxa"/>
            <w:tcMar>
              <w:top w:w="20" w:type="dxa"/>
              <w:left w:w="50" w:type="dxa"/>
              <w:bottom w:w="20" w:type="dxa"/>
              <w:right w:w="50" w:type="dxa"/>
            </w:tcMar>
          </w:tcPr>
          <w:p w14:paraId="0B53AFD7" w14:textId="77777777" w:rsidR="00292F36" w:rsidRDefault="00000000">
            <w:r>
              <w:rPr>
                <w:sz w:val="12"/>
              </w:rPr>
              <w:t>0</w:t>
            </w:r>
          </w:p>
        </w:tc>
        <w:tc>
          <w:tcPr>
            <w:tcW w:w="564" w:type="dxa"/>
            <w:tcMar>
              <w:top w:w="20" w:type="dxa"/>
              <w:left w:w="50" w:type="dxa"/>
              <w:bottom w:w="20" w:type="dxa"/>
              <w:right w:w="50" w:type="dxa"/>
            </w:tcMar>
          </w:tcPr>
          <w:p w14:paraId="248D8F38" w14:textId="77777777" w:rsidR="00292F36" w:rsidRDefault="00000000">
            <w:r>
              <w:rPr>
                <w:sz w:val="12"/>
              </w:rPr>
              <w:t>0</w:t>
            </w:r>
          </w:p>
        </w:tc>
        <w:tc>
          <w:tcPr>
            <w:tcW w:w="564" w:type="dxa"/>
            <w:tcMar>
              <w:top w:w="20" w:type="dxa"/>
              <w:left w:w="50" w:type="dxa"/>
              <w:bottom w:w="20" w:type="dxa"/>
              <w:right w:w="50" w:type="dxa"/>
            </w:tcMar>
          </w:tcPr>
          <w:p w14:paraId="65BC0F17" w14:textId="77777777" w:rsidR="00292F36" w:rsidRDefault="00000000">
            <w:r>
              <w:rPr>
                <w:sz w:val="12"/>
              </w:rPr>
              <w:t>0</w:t>
            </w:r>
          </w:p>
        </w:tc>
      </w:tr>
      <w:tr w:rsidR="00292F36" w14:paraId="729468B8" w14:textId="77777777">
        <w:tc>
          <w:tcPr>
            <w:tcW w:w="564" w:type="dxa"/>
            <w:tcMar>
              <w:top w:w="20" w:type="dxa"/>
              <w:left w:w="50" w:type="dxa"/>
              <w:bottom w:w="20" w:type="dxa"/>
              <w:right w:w="50" w:type="dxa"/>
            </w:tcMar>
          </w:tcPr>
          <w:p w14:paraId="44D1A986" w14:textId="77777777" w:rsidR="00292F36" w:rsidRDefault="00000000">
            <w:r>
              <w:rPr>
                <w:sz w:val="12"/>
              </w:rPr>
              <w:t>2022_isla_todos_santos_isla_todos_santos_canal_lucia_161_2</w:t>
            </w:r>
          </w:p>
        </w:tc>
        <w:tc>
          <w:tcPr>
            <w:tcW w:w="564" w:type="dxa"/>
            <w:tcMar>
              <w:top w:w="20" w:type="dxa"/>
              <w:left w:w="50" w:type="dxa"/>
              <w:bottom w:w="20" w:type="dxa"/>
              <w:right w:w="50" w:type="dxa"/>
            </w:tcMar>
          </w:tcPr>
          <w:p w14:paraId="3A615D43" w14:textId="77777777" w:rsidR="00292F36" w:rsidRDefault="00000000">
            <w:r>
              <w:rPr>
                <w:sz w:val="12"/>
              </w:rPr>
              <w:t>-1.1308989</w:t>
            </w:r>
          </w:p>
        </w:tc>
        <w:tc>
          <w:tcPr>
            <w:tcW w:w="564" w:type="dxa"/>
            <w:tcMar>
              <w:top w:w="20" w:type="dxa"/>
              <w:left w:w="50" w:type="dxa"/>
              <w:bottom w:w="20" w:type="dxa"/>
              <w:right w:w="50" w:type="dxa"/>
            </w:tcMar>
          </w:tcPr>
          <w:p w14:paraId="4443962D" w14:textId="77777777" w:rsidR="00292F36" w:rsidRDefault="00000000">
            <w:r>
              <w:rPr>
                <w:sz w:val="12"/>
              </w:rPr>
              <w:t>-0.0985217</w:t>
            </w:r>
          </w:p>
        </w:tc>
        <w:tc>
          <w:tcPr>
            <w:tcW w:w="564" w:type="dxa"/>
            <w:tcMar>
              <w:top w:w="20" w:type="dxa"/>
              <w:left w:w="50" w:type="dxa"/>
              <w:bottom w:w="20" w:type="dxa"/>
              <w:right w:w="50" w:type="dxa"/>
            </w:tcMar>
          </w:tcPr>
          <w:p w14:paraId="6FE51715" w14:textId="77777777" w:rsidR="00292F36" w:rsidRDefault="00000000">
            <w:r>
              <w:rPr>
                <w:sz w:val="12"/>
              </w:rPr>
              <w:t>NA</w:t>
            </w:r>
          </w:p>
        </w:tc>
        <w:tc>
          <w:tcPr>
            <w:tcW w:w="564" w:type="dxa"/>
            <w:tcMar>
              <w:top w:w="20" w:type="dxa"/>
              <w:left w:w="50" w:type="dxa"/>
              <w:bottom w:w="20" w:type="dxa"/>
              <w:right w:w="50" w:type="dxa"/>
            </w:tcMar>
          </w:tcPr>
          <w:p w14:paraId="42B37F8F" w14:textId="77777777" w:rsidR="00292F36" w:rsidRDefault="00000000">
            <w:r>
              <w:rPr>
                <w:sz w:val="12"/>
              </w:rPr>
              <w:t>NA</w:t>
            </w:r>
          </w:p>
        </w:tc>
        <w:tc>
          <w:tcPr>
            <w:tcW w:w="564" w:type="dxa"/>
            <w:tcMar>
              <w:top w:w="20" w:type="dxa"/>
              <w:left w:w="50" w:type="dxa"/>
              <w:bottom w:w="20" w:type="dxa"/>
              <w:right w:w="50" w:type="dxa"/>
            </w:tcMar>
          </w:tcPr>
          <w:p w14:paraId="7B315F3F" w14:textId="77777777" w:rsidR="00292F36" w:rsidRDefault="00000000">
            <w:r>
              <w:rPr>
                <w:sz w:val="12"/>
              </w:rPr>
              <w:t>NA</w:t>
            </w:r>
          </w:p>
        </w:tc>
        <w:tc>
          <w:tcPr>
            <w:tcW w:w="564" w:type="dxa"/>
            <w:tcMar>
              <w:top w:w="20" w:type="dxa"/>
              <w:left w:w="50" w:type="dxa"/>
              <w:bottom w:w="20" w:type="dxa"/>
              <w:right w:w="50" w:type="dxa"/>
            </w:tcMar>
          </w:tcPr>
          <w:p w14:paraId="301FECF9" w14:textId="77777777" w:rsidR="00292F36" w:rsidRDefault="00000000">
            <w:r>
              <w:rPr>
                <w:sz w:val="12"/>
              </w:rPr>
              <w:t>NA</w:t>
            </w:r>
          </w:p>
        </w:tc>
        <w:tc>
          <w:tcPr>
            <w:tcW w:w="564" w:type="dxa"/>
            <w:tcMar>
              <w:top w:w="20" w:type="dxa"/>
              <w:left w:w="50" w:type="dxa"/>
              <w:bottom w:w="20" w:type="dxa"/>
              <w:right w:w="50" w:type="dxa"/>
            </w:tcMar>
          </w:tcPr>
          <w:p w14:paraId="53D2D450" w14:textId="77777777" w:rsidR="00292F36" w:rsidRDefault="00000000">
            <w:r>
              <w:rPr>
                <w:sz w:val="12"/>
              </w:rPr>
              <w:t>NA</w:t>
            </w:r>
          </w:p>
        </w:tc>
        <w:tc>
          <w:tcPr>
            <w:tcW w:w="564" w:type="dxa"/>
            <w:tcMar>
              <w:top w:w="20" w:type="dxa"/>
              <w:left w:w="50" w:type="dxa"/>
              <w:bottom w:w="20" w:type="dxa"/>
              <w:right w:w="50" w:type="dxa"/>
            </w:tcMar>
          </w:tcPr>
          <w:p w14:paraId="5A27E251" w14:textId="77777777" w:rsidR="00292F36" w:rsidRDefault="00000000">
            <w:r>
              <w:rPr>
                <w:sz w:val="12"/>
              </w:rPr>
              <w:t>NA</w:t>
            </w:r>
          </w:p>
        </w:tc>
        <w:tc>
          <w:tcPr>
            <w:tcW w:w="564" w:type="dxa"/>
            <w:tcMar>
              <w:top w:w="20" w:type="dxa"/>
              <w:left w:w="50" w:type="dxa"/>
              <w:bottom w:w="20" w:type="dxa"/>
              <w:right w:w="50" w:type="dxa"/>
            </w:tcMar>
          </w:tcPr>
          <w:p w14:paraId="472234C9" w14:textId="77777777" w:rsidR="00292F36" w:rsidRDefault="00000000">
            <w:r>
              <w:rPr>
                <w:sz w:val="12"/>
              </w:rPr>
              <w:t>NA</w:t>
            </w:r>
          </w:p>
        </w:tc>
        <w:tc>
          <w:tcPr>
            <w:tcW w:w="564" w:type="dxa"/>
            <w:tcMar>
              <w:top w:w="20" w:type="dxa"/>
              <w:left w:w="50" w:type="dxa"/>
              <w:bottom w:w="20" w:type="dxa"/>
              <w:right w:w="50" w:type="dxa"/>
            </w:tcMar>
          </w:tcPr>
          <w:p w14:paraId="064FEA6D" w14:textId="77777777" w:rsidR="00292F36" w:rsidRDefault="00000000">
            <w:r>
              <w:rPr>
                <w:sz w:val="12"/>
              </w:rPr>
              <w:t>NA</w:t>
            </w:r>
          </w:p>
        </w:tc>
        <w:tc>
          <w:tcPr>
            <w:tcW w:w="564" w:type="dxa"/>
            <w:tcMar>
              <w:top w:w="20" w:type="dxa"/>
              <w:left w:w="50" w:type="dxa"/>
              <w:bottom w:w="20" w:type="dxa"/>
              <w:right w:w="50" w:type="dxa"/>
            </w:tcMar>
          </w:tcPr>
          <w:p w14:paraId="42E0FE30" w14:textId="77777777" w:rsidR="00292F36" w:rsidRDefault="00000000">
            <w:r>
              <w:rPr>
                <w:sz w:val="12"/>
              </w:rPr>
              <w:t>1</w:t>
            </w:r>
          </w:p>
        </w:tc>
        <w:tc>
          <w:tcPr>
            <w:tcW w:w="564" w:type="dxa"/>
            <w:tcMar>
              <w:top w:w="20" w:type="dxa"/>
              <w:left w:w="50" w:type="dxa"/>
              <w:bottom w:w="20" w:type="dxa"/>
              <w:right w:w="50" w:type="dxa"/>
            </w:tcMar>
          </w:tcPr>
          <w:p w14:paraId="4C843FD1" w14:textId="77777777" w:rsidR="00292F36" w:rsidRDefault="00000000">
            <w:r>
              <w:rPr>
                <w:sz w:val="12"/>
              </w:rPr>
              <w:t>0</w:t>
            </w:r>
          </w:p>
        </w:tc>
        <w:tc>
          <w:tcPr>
            <w:tcW w:w="564" w:type="dxa"/>
            <w:tcMar>
              <w:top w:w="20" w:type="dxa"/>
              <w:left w:w="50" w:type="dxa"/>
              <w:bottom w:w="20" w:type="dxa"/>
              <w:right w:w="50" w:type="dxa"/>
            </w:tcMar>
          </w:tcPr>
          <w:p w14:paraId="0891209A" w14:textId="77777777" w:rsidR="00292F36" w:rsidRDefault="00000000">
            <w:r>
              <w:rPr>
                <w:sz w:val="12"/>
              </w:rPr>
              <w:t>0</w:t>
            </w:r>
          </w:p>
        </w:tc>
        <w:tc>
          <w:tcPr>
            <w:tcW w:w="564" w:type="dxa"/>
            <w:tcMar>
              <w:top w:w="20" w:type="dxa"/>
              <w:left w:w="50" w:type="dxa"/>
              <w:bottom w:w="20" w:type="dxa"/>
              <w:right w:w="50" w:type="dxa"/>
            </w:tcMar>
          </w:tcPr>
          <w:p w14:paraId="429C6818" w14:textId="77777777" w:rsidR="00292F36" w:rsidRDefault="00000000">
            <w:r>
              <w:rPr>
                <w:sz w:val="12"/>
              </w:rPr>
              <w:t>0</w:t>
            </w:r>
          </w:p>
        </w:tc>
        <w:tc>
          <w:tcPr>
            <w:tcW w:w="564" w:type="dxa"/>
            <w:tcMar>
              <w:top w:w="20" w:type="dxa"/>
              <w:left w:w="50" w:type="dxa"/>
              <w:bottom w:w="20" w:type="dxa"/>
              <w:right w:w="50" w:type="dxa"/>
            </w:tcMar>
          </w:tcPr>
          <w:p w14:paraId="05524ABF" w14:textId="77777777" w:rsidR="00292F36" w:rsidRDefault="00000000">
            <w:r>
              <w:rPr>
                <w:sz w:val="12"/>
              </w:rPr>
              <w:t>0</w:t>
            </w:r>
          </w:p>
        </w:tc>
        <w:tc>
          <w:tcPr>
            <w:tcW w:w="564" w:type="dxa"/>
            <w:tcMar>
              <w:top w:w="20" w:type="dxa"/>
              <w:left w:w="50" w:type="dxa"/>
              <w:bottom w:w="20" w:type="dxa"/>
              <w:right w:w="50" w:type="dxa"/>
            </w:tcMar>
          </w:tcPr>
          <w:p w14:paraId="410A35B0" w14:textId="77777777" w:rsidR="00292F36" w:rsidRDefault="00000000">
            <w:r>
              <w:rPr>
                <w:sz w:val="12"/>
              </w:rPr>
              <w:t>0</w:t>
            </w:r>
          </w:p>
        </w:tc>
        <w:tc>
          <w:tcPr>
            <w:tcW w:w="564" w:type="dxa"/>
            <w:tcMar>
              <w:top w:w="20" w:type="dxa"/>
              <w:left w:w="50" w:type="dxa"/>
              <w:bottom w:w="20" w:type="dxa"/>
              <w:right w:w="50" w:type="dxa"/>
            </w:tcMar>
          </w:tcPr>
          <w:p w14:paraId="3FBA7289" w14:textId="77777777" w:rsidR="00292F36" w:rsidRDefault="00000000">
            <w:r>
              <w:rPr>
                <w:sz w:val="12"/>
              </w:rPr>
              <w:t>0</w:t>
            </w:r>
          </w:p>
        </w:tc>
        <w:tc>
          <w:tcPr>
            <w:tcW w:w="564" w:type="dxa"/>
            <w:tcMar>
              <w:top w:w="20" w:type="dxa"/>
              <w:left w:w="50" w:type="dxa"/>
              <w:bottom w:w="20" w:type="dxa"/>
              <w:right w:w="50" w:type="dxa"/>
            </w:tcMar>
          </w:tcPr>
          <w:p w14:paraId="6EC8C430" w14:textId="77777777" w:rsidR="00292F36" w:rsidRDefault="00000000">
            <w:r>
              <w:rPr>
                <w:sz w:val="12"/>
              </w:rPr>
              <w:t>0</w:t>
            </w:r>
          </w:p>
        </w:tc>
        <w:tc>
          <w:tcPr>
            <w:tcW w:w="564" w:type="dxa"/>
            <w:tcMar>
              <w:top w:w="20" w:type="dxa"/>
              <w:left w:w="50" w:type="dxa"/>
              <w:bottom w:w="20" w:type="dxa"/>
              <w:right w:w="50" w:type="dxa"/>
            </w:tcMar>
          </w:tcPr>
          <w:p w14:paraId="271B5E26" w14:textId="77777777" w:rsidR="00292F36" w:rsidRDefault="00000000">
            <w:r>
              <w:rPr>
                <w:sz w:val="12"/>
              </w:rPr>
              <w:t>0</w:t>
            </w:r>
          </w:p>
        </w:tc>
        <w:tc>
          <w:tcPr>
            <w:tcW w:w="564" w:type="dxa"/>
            <w:tcMar>
              <w:top w:w="20" w:type="dxa"/>
              <w:left w:w="50" w:type="dxa"/>
              <w:bottom w:w="20" w:type="dxa"/>
              <w:right w:w="50" w:type="dxa"/>
            </w:tcMar>
          </w:tcPr>
          <w:p w14:paraId="5FF7A341" w14:textId="77777777" w:rsidR="00292F36" w:rsidRDefault="00000000">
            <w:r>
              <w:rPr>
                <w:sz w:val="12"/>
              </w:rPr>
              <w:t>0</w:t>
            </w:r>
          </w:p>
        </w:tc>
        <w:tc>
          <w:tcPr>
            <w:tcW w:w="564" w:type="dxa"/>
            <w:tcMar>
              <w:top w:w="20" w:type="dxa"/>
              <w:left w:w="50" w:type="dxa"/>
              <w:bottom w:w="20" w:type="dxa"/>
              <w:right w:w="50" w:type="dxa"/>
            </w:tcMar>
          </w:tcPr>
          <w:p w14:paraId="3A3EF172" w14:textId="77777777" w:rsidR="00292F36" w:rsidRDefault="00000000">
            <w:r>
              <w:rPr>
                <w:sz w:val="12"/>
              </w:rPr>
              <w:t>1</w:t>
            </w:r>
          </w:p>
        </w:tc>
        <w:tc>
          <w:tcPr>
            <w:tcW w:w="564" w:type="dxa"/>
            <w:tcMar>
              <w:top w:w="20" w:type="dxa"/>
              <w:left w:w="50" w:type="dxa"/>
              <w:bottom w:w="20" w:type="dxa"/>
              <w:right w:w="50" w:type="dxa"/>
            </w:tcMar>
          </w:tcPr>
          <w:p w14:paraId="1BC16D6B" w14:textId="77777777" w:rsidR="00292F36" w:rsidRDefault="00000000">
            <w:r>
              <w:rPr>
                <w:sz w:val="12"/>
              </w:rPr>
              <w:t>0</w:t>
            </w:r>
          </w:p>
        </w:tc>
        <w:tc>
          <w:tcPr>
            <w:tcW w:w="564" w:type="dxa"/>
            <w:tcMar>
              <w:top w:w="20" w:type="dxa"/>
              <w:left w:w="50" w:type="dxa"/>
              <w:bottom w:w="20" w:type="dxa"/>
              <w:right w:w="50" w:type="dxa"/>
            </w:tcMar>
          </w:tcPr>
          <w:p w14:paraId="668F74E4" w14:textId="77777777" w:rsidR="00292F36" w:rsidRDefault="00000000">
            <w:r>
              <w:rPr>
                <w:sz w:val="12"/>
              </w:rPr>
              <w:t>0</w:t>
            </w:r>
          </w:p>
        </w:tc>
        <w:tc>
          <w:tcPr>
            <w:tcW w:w="564" w:type="dxa"/>
            <w:tcMar>
              <w:top w:w="20" w:type="dxa"/>
              <w:left w:w="50" w:type="dxa"/>
              <w:bottom w:w="20" w:type="dxa"/>
              <w:right w:w="50" w:type="dxa"/>
            </w:tcMar>
          </w:tcPr>
          <w:p w14:paraId="2884328F" w14:textId="77777777" w:rsidR="00292F36" w:rsidRDefault="00000000">
            <w:r>
              <w:rPr>
                <w:sz w:val="12"/>
              </w:rPr>
              <w:t>0</w:t>
            </w:r>
          </w:p>
        </w:tc>
      </w:tr>
      <w:tr w:rsidR="00292F36" w14:paraId="3C279AD2" w14:textId="77777777">
        <w:tc>
          <w:tcPr>
            <w:tcW w:w="564" w:type="dxa"/>
            <w:tcMar>
              <w:top w:w="20" w:type="dxa"/>
              <w:left w:w="50" w:type="dxa"/>
              <w:bottom w:w="20" w:type="dxa"/>
              <w:right w:w="50" w:type="dxa"/>
            </w:tcMar>
          </w:tcPr>
          <w:p w14:paraId="428253B4" w14:textId="77777777" w:rsidR="00292F36" w:rsidRDefault="00000000">
            <w:r>
              <w:rPr>
                <w:sz w:val="12"/>
              </w:rPr>
              <w:t>2022_isla_todos_santos_isla_todos_santos_exposed_center_1</w:t>
            </w:r>
          </w:p>
        </w:tc>
        <w:tc>
          <w:tcPr>
            <w:tcW w:w="564" w:type="dxa"/>
            <w:tcMar>
              <w:top w:w="20" w:type="dxa"/>
              <w:left w:w="50" w:type="dxa"/>
              <w:bottom w:w="20" w:type="dxa"/>
              <w:right w:w="50" w:type="dxa"/>
            </w:tcMar>
          </w:tcPr>
          <w:p w14:paraId="1CD1F9C8" w14:textId="77777777" w:rsidR="00292F36" w:rsidRDefault="00000000">
            <w:r>
              <w:rPr>
                <w:sz w:val="12"/>
              </w:rPr>
              <w:t>0.05466728</w:t>
            </w:r>
          </w:p>
        </w:tc>
        <w:tc>
          <w:tcPr>
            <w:tcW w:w="564" w:type="dxa"/>
            <w:tcMar>
              <w:top w:w="20" w:type="dxa"/>
              <w:left w:w="50" w:type="dxa"/>
              <w:bottom w:w="20" w:type="dxa"/>
              <w:right w:w="50" w:type="dxa"/>
            </w:tcMar>
          </w:tcPr>
          <w:p w14:paraId="3E683BE2" w14:textId="77777777" w:rsidR="00292F36" w:rsidRDefault="00000000">
            <w:r>
              <w:rPr>
                <w:sz w:val="12"/>
              </w:rPr>
              <w:t>1.1198073</w:t>
            </w:r>
          </w:p>
        </w:tc>
        <w:tc>
          <w:tcPr>
            <w:tcW w:w="564" w:type="dxa"/>
            <w:tcMar>
              <w:top w:w="20" w:type="dxa"/>
              <w:left w:w="50" w:type="dxa"/>
              <w:bottom w:w="20" w:type="dxa"/>
              <w:right w:w="50" w:type="dxa"/>
            </w:tcMar>
          </w:tcPr>
          <w:p w14:paraId="3FCE18DB" w14:textId="77777777" w:rsidR="00292F36" w:rsidRDefault="00000000">
            <w:r>
              <w:rPr>
                <w:sz w:val="12"/>
              </w:rPr>
              <w:t>2022</w:t>
            </w:r>
          </w:p>
        </w:tc>
        <w:tc>
          <w:tcPr>
            <w:tcW w:w="564" w:type="dxa"/>
            <w:tcMar>
              <w:top w:w="20" w:type="dxa"/>
              <w:left w:w="50" w:type="dxa"/>
              <w:bottom w:w="20" w:type="dxa"/>
              <w:right w:w="50" w:type="dxa"/>
            </w:tcMar>
          </w:tcPr>
          <w:p w14:paraId="609C5589" w14:textId="77777777" w:rsidR="00292F36" w:rsidRDefault="00000000">
            <w:r>
              <w:rPr>
                <w:sz w:val="12"/>
              </w:rPr>
              <w:t>ensenada</w:t>
            </w:r>
          </w:p>
        </w:tc>
        <w:tc>
          <w:tcPr>
            <w:tcW w:w="564" w:type="dxa"/>
            <w:tcMar>
              <w:top w:w="20" w:type="dxa"/>
              <w:left w:w="50" w:type="dxa"/>
              <w:bottom w:w="20" w:type="dxa"/>
              <w:right w:w="50" w:type="dxa"/>
            </w:tcMar>
          </w:tcPr>
          <w:p w14:paraId="688A49A6" w14:textId="77777777" w:rsidR="00292F36" w:rsidRDefault="00000000">
            <w:r>
              <w:rPr>
                <w:sz w:val="12"/>
              </w:rPr>
              <w:t>North</w:t>
            </w:r>
          </w:p>
        </w:tc>
        <w:tc>
          <w:tcPr>
            <w:tcW w:w="564" w:type="dxa"/>
            <w:tcMar>
              <w:top w:w="20" w:type="dxa"/>
              <w:left w:w="50" w:type="dxa"/>
              <w:bottom w:w="20" w:type="dxa"/>
              <w:right w:w="50" w:type="dxa"/>
            </w:tcMar>
          </w:tcPr>
          <w:p w14:paraId="1C386031" w14:textId="77777777" w:rsidR="00292F36" w:rsidRDefault="00000000">
            <w:r>
              <w:rPr>
                <w:sz w:val="12"/>
              </w:rPr>
              <w:t>isla_todos_santos</w:t>
            </w:r>
          </w:p>
        </w:tc>
        <w:tc>
          <w:tcPr>
            <w:tcW w:w="564" w:type="dxa"/>
            <w:tcMar>
              <w:top w:w="20" w:type="dxa"/>
              <w:left w:w="50" w:type="dxa"/>
              <w:bottom w:w="20" w:type="dxa"/>
              <w:right w:w="50" w:type="dxa"/>
            </w:tcMar>
          </w:tcPr>
          <w:p w14:paraId="39CEE715" w14:textId="77777777" w:rsidR="00292F36" w:rsidRDefault="00000000">
            <w:r>
              <w:rPr>
                <w:sz w:val="12"/>
              </w:rPr>
              <w:t>isla_todos_santos_exposed_center</w:t>
            </w:r>
          </w:p>
        </w:tc>
        <w:tc>
          <w:tcPr>
            <w:tcW w:w="564" w:type="dxa"/>
            <w:tcMar>
              <w:top w:w="20" w:type="dxa"/>
              <w:left w:w="50" w:type="dxa"/>
              <w:bottom w:w="20" w:type="dxa"/>
              <w:right w:w="50" w:type="dxa"/>
            </w:tcMar>
          </w:tcPr>
          <w:p w14:paraId="5183DBB5" w14:textId="77777777" w:rsidR="00292F36" w:rsidRDefault="00000000">
            <w:r>
              <w:rPr>
                <w:sz w:val="12"/>
              </w:rPr>
              <w:t>8</w:t>
            </w:r>
          </w:p>
        </w:tc>
        <w:tc>
          <w:tcPr>
            <w:tcW w:w="564" w:type="dxa"/>
            <w:tcMar>
              <w:top w:w="20" w:type="dxa"/>
              <w:left w:w="50" w:type="dxa"/>
              <w:bottom w:w="20" w:type="dxa"/>
              <w:right w:w="50" w:type="dxa"/>
            </w:tcMar>
          </w:tcPr>
          <w:p w14:paraId="4A9088BE" w14:textId="77777777" w:rsidR="00292F36" w:rsidRDefault="00000000">
            <w:r>
              <w:rPr>
                <w:sz w:val="12"/>
              </w:rPr>
              <w:t>22.6100006</w:t>
            </w:r>
          </w:p>
        </w:tc>
        <w:tc>
          <w:tcPr>
            <w:tcW w:w="564" w:type="dxa"/>
            <w:tcMar>
              <w:top w:w="20" w:type="dxa"/>
              <w:left w:w="50" w:type="dxa"/>
              <w:bottom w:w="20" w:type="dxa"/>
              <w:right w:w="50" w:type="dxa"/>
            </w:tcMar>
          </w:tcPr>
          <w:p w14:paraId="25DAC0A2" w14:textId="77777777" w:rsidR="00292F36" w:rsidRDefault="00000000">
            <w:r>
              <w:rPr>
                <w:sz w:val="12"/>
              </w:rPr>
              <w:t>0.2073529</w:t>
            </w:r>
          </w:p>
        </w:tc>
        <w:tc>
          <w:tcPr>
            <w:tcW w:w="564" w:type="dxa"/>
            <w:tcMar>
              <w:top w:w="20" w:type="dxa"/>
              <w:left w:w="50" w:type="dxa"/>
              <w:bottom w:w="20" w:type="dxa"/>
              <w:right w:w="50" w:type="dxa"/>
            </w:tcMar>
          </w:tcPr>
          <w:p w14:paraId="541CD7FF" w14:textId="77777777" w:rsidR="00292F36" w:rsidRDefault="00000000">
            <w:r>
              <w:rPr>
                <w:sz w:val="12"/>
              </w:rPr>
              <w:t>0</w:t>
            </w:r>
          </w:p>
        </w:tc>
        <w:tc>
          <w:tcPr>
            <w:tcW w:w="564" w:type="dxa"/>
            <w:tcMar>
              <w:top w:w="20" w:type="dxa"/>
              <w:left w:w="50" w:type="dxa"/>
              <w:bottom w:w="20" w:type="dxa"/>
              <w:right w:w="50" w:type="dxa"/>
            </w:tcMar>
          </w:tcPr>
          <w:p w14:paraId="719746F9" w14:textId="77777777" w:rsidR="00292F36" w:rsidRDefault="00000000">
            <w:r>
              <w:rPr>
                <w:sz w:val="12"/>
              </w:rPr>
              <w:t>0.06666667</w:t>
            </w:r>
          </w:p>
        </w:tc>
        <w:tc>
          <w:tcPr>
            <w:tcW w:w="564" w:type="dxa"/>
            <w:tcMar>
              <w:top w:w="20" w:type="dxa"/>
              <w:left w:w="50" w:type="dxa"/>
              <w:bottom w:w="20" w:type="dxa"/>
              <w:right w:w="50" w:type="dxa"/>
            </w:tcMar>
          </w:tcPr>
          <w:p w14:paraId="538AA987" w14:textId="77777777" w:rsidR="00292F36" w:rsidRDefault="00000000">
            <w:r>
              <w:rPr>
                <w:sz w:val="12"/>
              </w:rPr>
              <w:t>0.56666667</w:t>
            </w:r>
          </w:p>
        </w:tc>
        <w:tc>
          <w:tcPr>
            <w:tcW w:w="564" w:type="dxa"/>
            <w:tcMar>
              <w:top w:w="20" w:type="dxa"/>
              <w:left w:w="50" w:type="dxa"/>
              <w:bottom w:w="20" w:type="dxa"/>
              <w:right w:w="50" w:type="dxa"/>
            </w:tcMar>
          </w:tcPr>
          <w:p w14:paraId="09968F9D" w14:textId="77777777" w:rsidR="00292F36" w:rsidRDefault="00000000">
            <w:r>
              <w:rPr>
                <w:sz w:val="12"/>
              </w:rPr>
              <w:t>0.36666667</w:t>
            </w:r>
          </w:p>
        </w:tc>
        <w:tc>
          <w:tcPr>
            <w:tcW w:w="564" w:type="dxa"/>
            <w:tcMar>
              <w:top w:w="20" w:type="dxa"/>
              <w:left w:w="50" w:type="dxa"/>
              <w:bottom w:w="20" w:type="dxa"/>
              <w:right w:w="50" w:type="dxa"/>
            </w:tcMar>
          </w:tcPr>
          <w:p w14:paraId="70103F44" w14:textId="77777777" w:rsidR="00292F36" w:rsidRDefault="00000000">
            <w:r>
              <w:rPr>
                <w:sz w:val="12"/>
              </w:rPr>
              <w:t>0</w:t>
            </w:r>
          </w:p>
        </w:tc>
        <w:tc>
          <w:tcPr>
            <w:tcW w:w="564" w:type="dxa"/>
            <w:tcMar>
              <w:top w:w="20" w:type="dxa"/>
              <w:left w:w="50" w:type="dxa"/>
              <w:bottom w:w="20" w:type="dxa"/>
              <w:right w:w="50" w:type="dxa"/>
            </w:tcMar>
          </w:tcPr>
          <w:p w14:paraId="3A580D9D" w14:textId="77777777" w:rsidR="00292F36" w:rsidRDefault="00000000">
            <w:r>
              <w:rPr>
                <w:sz w:val="12"/>
              </w:rPr>
              <w:t>0</w:t>
            </w:r>
          </w:p>
        </w:tc>
        <w:tc>
          <w:tcPr>
            <w:tcW w:w="564" w:type="dxa"/>
            <w:tcMar>
              <w:top w:w="20" w:type="dxa"/>
              <w:left w:w="50" w:type="dxa"/>
              <w:bottom w:w="20" w:type="dxa"/>
              <w:right w:w="50" w:type="dxa"/>
            </w:tcMar>
          </w:tcPr>
          <w:p w14:paraId="5F0F07E4" w14:textId="77777777" w:rsidR="00292F36" w:rsidRDefault="00000000">
            <w:r>
              <w:rPr>
                <w:sz w:val="12"/>
              </w:rPr>
              <w:t>0</w:t>
            </w:r>
          </w:p>
        </w:tc>
        <w:tc>
          <w:tcPr>
            <w:tcW w:w="564" w:type="dxa"/>
            <w:tcMar>
              <w:top w:w="20" w:type="dxa"/>
              <w:left w:w="50" w:type="dxa"/>
              <w:bottom w:w="20" w:type="dxa"/>
              <w:right w:w="50" w:type="dxa"/>
            </w:tcMar>
          </w:tcPr>
          <w:p w14:paraId="5EAE9715" w14:textId="77777777" w:rsidR="00292F36" w:rsidRDefault="00000000">
            <w:r>
              <w:rPr>
                <w:sz w:val="12"/>
              </w:rPr>
              <w:t>0</w:t>
            </w:r>
          </w:p>
        </w:tc>
        <w:tc>
          <w:tcPr>
            <w:tcW w:w="564" w:type="dxa"/>
            <w:tcMar>
              <w:top w:w="20" w:type="dxa"/>
              <w:left w:w="50" w:type="dxa"/>
              <w:bottom w:w="20" w:type="dxa"/>
              <w:right w:w="50" w:type="dxa"/>
            </w:tcMar>
          </w:tcPr>
          <w:p w14:paraId="6AE6F7FD" w14:textId="77777777" w:rsidR="00292F36" w:rsidRDefault="00000000">
            <w:r>
              <w:rPr>
                <w:sz w:val="12"/>
              </w:rPr>
              <w:t>0.00188253</w:t>
            </w:r>
          </w:p>
        </w:tc>
        <w:tc>
          <w:tcPr>
            <w:tcW w:w="564" w:type="dxa"/>
            <w:tcMar>
              <w:top w:w="20" w:type="dxa"/>
              <w:left w:w="50" w:type="dxa"/>
              <w:bottom w:w="20" w:type="dxa"/>
              <w:right w:w="50" w:type="dxa"/>
            </w:tcMar>
          </w:tcPr>
          <w:p w14:paraId="39C48C50" w14:textId="77777777" w:rsidR="00292F36" w:rsidRDefault="00000000">
            <w:r>
              <w:rPr>
                <w:sz w:val="12"/>
              </w:rPr>
              <w:t>0.05308735</w:t>
            </w:r>
          </w:p>
        </w:tc>
        <w:tc>
          <w:tcPr>
            <w:tcW w:w="564" w:type="dxa"/>
            <w:tcMar>
              <w:top w:w="20" w:type="dxa"/>
              <w:left w:w="50" w:type="dxa"/>
              <w:bottom w:w="20" w:type="dxa"/>
              <w:right w:w="50" w:type="dxa"/>
            </w:tcMar>
          </w:tcPr>
          <w:p w14:paraId="4447A604" w14:textId="77777777" w:rsidR="00292F36" w:rsidRDefault="00000000">
            <w:r>
              <w:rPr>
                <w:sz w:val="12"/>
              </w:rPr>
              <w:t>0.00225904</w:t>
            </w:r>
          </w:p>
        </w:tc>
        <w:tc>
          <w:tcPr>
            <w:tcW w:w="564" w:type="dxa"/>
            <w:tcMar>
              <w:top w:w="20" w:type="dxa"/>
              <w:left w:w="50" w:type="dxa"/>
              <w:bottom w:w="20" w:type="dxa"/>
              <w:right w:w="50" w:type="dxa"/>
            </w:tcMar>
          </w:tcPr>
          <w:p w14:paraId="0BB8AFD6" w14:textId="77777777" w:rsidR="00292F36" w:rsidRDefault="00000000">
            <w:r>
              <w:rPr>
                <w:sz w:val="12"/>
              </w:rPr>
              <w:t>0.01543675</w:t>
            </w:r>
          </w:p>
        </w:tc>
        <w:tc>
          <w:tcPr>
            <w:tcW w:w="564" w:type="dxa"/>
            <w:tcMar>
              <w:top w:w="20" w:type="dxa"/>
              <w:left w:w="50" w:type="dxa"/>
              <w:bottom w:w="20" w:type="dxa"/>
              <w:right w:w="50" w:type="dxa"/>
            </w:tcMar>
          </w:tcPr>
          <w:p w14:paraId="473E6A0D" w14:textId="77777777" w:rsidR="00292F36" w:rsidRDefault="00000000">
            <w:r>
              <w:rPr>
                <w:sz w:val="12"/>
              </w:rPr>
              <w:t>0</w:t>
            </w:r>
          </w:p>
        </w:tc>
        <w:tc>
          <w:tcPr>
            <w:tcW w:w="564" w:type="dxa"/>
            <w:tcMar>
              <w:top w:w="20" w:type="dxa"/>
              <w:left w:w="50" w:type="dxa"/>
              <w:bottom w:w="20" w:type="dxa"/>
              <w:right w:w="50" w:type="dxa"/>
            </w:tcMar>
          </w:tcPr>
          <w:p w14:paraId="40774F3D" w14:textId="77777777" w:rsidR="00292F36" w:rsidRDefault="00000000">
            <w:r>
              <w:rPr>
                <w:sz w:val="12"/>
              </w:rPr>
              <w:t>0.92733434</w:t>
            </w:r>
          </w:p>
        </w:tc>
      </w:tr>
      <w:tr w:rsidR="00292F36" w14:paraId="79F2687B" w14:textId="77777777">
        <w:tc>
          <w:tcPr>
            <w:tcW w:w="564" w:type="dxa"/>
            <w:tcMar>
              <w:top w:w="20" w:type="dxa"/>
              <w:left w:w="50" w:type="dxa"/>
              <w:bottom w:w="20" w:type="dxa"/>
              <w:right w:w="50" w:type="dxa"/>
            </w:tcMar>
          </w:tcPr>
          <w:p w14:paraId="566B44F4" w14:textId="77777777" w:rsidR="00292F36" w:rsidRDefault="00000000">
            <w:r>
              <w:rPr>
                <w:sz w:val="12"/>
              </w:rPr>
              <w:t>2022_isla_todos_santos_isla_todos_santos_exposed_center_2</w:t>
            </w:r>
          </w:p>
        </w:tc>
        <w:tc>
          <w:tcPr>
            <w:tcW w:w="564" w:type="dxa"/>
            <w:tcMar>
              <w:top w:w="20" w:type="dxa"/>
              <w:left w:w="50" w:type="dxa"/>
              <w:bottom w:w="20" w:type="dxa"/>
              <w:right w:w="50" w:type="dxa"/>
            </w:tcMar>
          </w:tcPr>
          <w:p w14:paraId="6C41163C" w14:textId="77777777" w:rsidR="00292F36" w:rsidRDefault="00000000">
            <w:r>
              <w:rPr>
                <w:sz w:val="12"/>
              </w:rPr>
              <w:t>0.05915863</w:t>
            </w:r>
          </w:p>
        </w:tc>
        <w:tc>
          <w:tcPr>
            <w:tcW w:w="564" w:type="dxa"/>
            <w:tcMar>
              <w:top w:w="20" w:type="dxa"/>
              <w:left w:w="50" w:type="dxa"/>
              <w:bottom w:w="20" w:type="dxa"/>
              <w:right w:w="50" w:type="dxa"/>
            </w:tcMar>
          </w:tcPr>
          <w:p w14:paraId="17FEF496" w14:textId="77777777" w:rsidR="00292F36" w:rsidRDefault="00000000">
            <w:r>
              <w:rPr>
                <w:sz w:val="12"/>
              </w:rPr>
              <w:t>1.10570516</w:t>
            </w:r>
          </w:p>
        </w:tc>
        <w:tc>
          <w:tcPr>
            <w:tcW w:w="564" w:type="dxa"/>
            <w:tcMar>
              <w:top w:w="20" w:type="dxa"/>
              <w:left w:w="50" w:type="dxa"/>
              <w:bottom w:w="20" w:type="dxa"/>
              <w:right w:w="50" w:type="dxa"/>
            </w:tcMar>
          </w:tcPr>
          <w:p w14:paraId="2AF9CA7A" w14:textId="77777777" w:rsidR="00292F36" w:rsidRDefault="00000000">
            <w:r>
              <w:rPr>
                <w:sz w:val="12"/>
              </w:rPr>
              <w:t>2022</w:t>
            </w:r>
          </w:p>
        </w:tc>
        <w:tc>
          <w:tcPr>
            <w:tcW w:w="564" w:type="dxa"/>
            <w:tcMar>
              <w:top w:w="20" w:type="dxa"/>
              <w:left w:w="50" w:type="dxa"/>
              <w:bottom w:w="20" w:type="dxa"/>
              <w:right w:w="50" w:type="dxa"/>
            </w:tcMar>
          </w:tcPr>
          <w:p w14:paraId="4BD975B3" w14:textId="77777777" w:rsidR="00292F36" w:rsidRDefault="00000000">
            <w:r>
              <w:rPr>
                <w:sz w:val="12"/>
              </w:rPr>
              <w:t>ensenada</w:t>
            </w:r>
          </w:p>
        </w:tc>
        <w:tc>
          <w:tcPr>
            <w:tcW w:w="564" w:type="dxa"/>
            <w:tcMar>
              <w:top w:w="20" w:type="dxa"/>
              <w:left w:w="50" w:type="dxa"/>
              <w:bottom w:w="20" w:type="dxa"/>
              <w:right w:w="50" w:type="dxa"/>
            </w:tcMar>
          </w:tcPr>
          <w:p w14:paraId="70852386" w14:textId="77777777" w:rsidR="00292F36" w:rsidRDefault="00000000">
            <w:r>
              <w:rPr>
                <w:sz w:val="12"/>
              </w:rPr>
              <w:t>North</w:t>
            </w:r>
          </w:p>
        </w:tc>
        <w:tc>
          <w:tcPr>
            <w:tcW w:w="564" w:type="dxa"/>
            <w:tcMar>
              <w:top w:w="20" w:type="dxa"/>
              <w:left w:w="50" w:type="dxa"/>
              <w:bottom w:w="20" w:type="dxa"/>
              <w:right w:w="50" w:type="dxa"/>
            </w:tcMar>
          </w:tcPr>
          <w:p w14:paraId="3EB0C12B" w14:textId="77777777" w:rsidR="00292F36" w:rsidRDefault="00000000">
            <w:r>
              <w:rPr>
                <w:sz w:val="12"/>
              </w:rPr>
              <w:t>isla_todos_santos</w:t>
            </w:r>
          </w:p>
        </w:tc>
        <w:tc>
          <w:tcPr>
            <w:tcW w:w="564" w:type="dxa"/>
            <w:tcMar>
              <w:top w:w="20" w:type="dxa"/>
              <w:left w:w="50" w:type="dxa"/>
              <w:bottom w:w="20" w:type="dxa"/>
              <w:right w:w="50" w:type="dxa"/>
            </w:tcMar>
          </w:tcPr>
          <w:p w14:paraId="1DEF6145" w14:textId="77777777" w:rsidR="00292F36" w:rsidRDefault="00000000">
            <w:r>
              <w:rPr>
                <w:sz w:val="12"/>
              </w:rPr>
              <w:t>isla_todos_santos_exposed_center</w:t>
            </w:r>
          </w:p>
        </w:tc>
        <w:tc>
          <w:tcPr>
            <w:tcW w:w="564" w:type="dxa"/>
            <w:tcMar>
              <w:top w:w="20" w:type="dxa"/>
              <w:left w:w="50" w:type="dxa"/>
              <w:bottom w:w="20" w:type="dxa"/>
              <w:right w:w="50" w:type="dxa"/>
            </w:tcMar>
          </w:tcPr>
          <w:p w14:paraId="037354F5" w14:textId="77777777" w:rsidR="00292F36" w:rsidRDefault="00000000">
            <w:r>
              <w:rPr>
                <w:sz w:val="12"/>
              </w:rPr>
              <w:t>8</w:t>
            </w:r>
          </w:p>
        </w:tc>
        <w:tc>
          <w:tcPr>
            <w:tcW w:w="564" w:type="dxa"/>
            <w:tcMar>
              <w:top w:w="20" w:type="dxa"/>
              <w:left w:w="50" w:type="dxa"/>
              <w:bottom w:w="20" w:type="dxa"/>
              <w:right w:w="50" w:type="dxa"/>
            </w:tcMar>
          </w:tcPr>
          <w:p w14:paraId="7A8EFA04" w14:textId="77777777" w:rsidR="00292F36" w:rsidRDefault="00000000">
            <w:r>
              <w:rPr>
                <w:sz w:val="12"/>
              </w:rPr>
              <w:t>22.6100006</w:t>
            </w:r>
          </w:p>
        </w:tc>
        <w:tc>
          <w:tcPr>
            <w:tcW w:w="564" w:type="dxa"/>
            <w:tcMar>
              <w:top w:w="20" w:type="dxa"/>
              <w:left w:w="50" w:type="dxa"/>
              <w:bottom w:w="20" w:type="dxa"/>
              <w:right w:w="50" w:type="dxa"/>
            </w:tcMar>
          </w:tcPr>
          <w:p w14:paraId="5A1A6270" w14:textId="77777777" w:rsidR="00292F36" w:rsidRDefault="00000000">
            <w:r>
              <w:rPr>
                <w:sz w:val="12"/>
              </w:rPr>
              <w:t>0.2073529</w:t>
            </w:r>
          </w:p>
        </w:tc>
        <w:tc>
          <w:tcPr>
            <w:tcW w:w="564" w:type="dxa"/>
            <w:tcMar>
              <w:top w:w="20" w:type="dxa"/>
              <w:left w:w="50" w:type="dxa"/>
              <w:bottom w:w="20" w:type="dxa"/>
              <w:right w:w="50" w:type="dxa"/>
            </w:tcMar>
          </w:tcPr>
          <w:p w14:paraId="413F4D9C" w14:textId="77777777" w:rsidR="00292F36" w:rsidRDefault="00000000">
            <w:r>
              <w:rPr>
                <w:sz w:val="12"/>
              </w:rPr>
              <w:t>0</w:t>
            </w:r>
          </w:p>
        </w:tc>
        <w:tc>
          <w:tcPr>
            <w:tcW w:w="564" w:type="dxa"/>
            <w:tcMar>
              <w:top w:w="20" w:type="dxa"/>
              <w:left w:w="50" w:type="dxa"/>
              <w:bottom w:w="20" w:type="dxa"/>
              <w:right w:w="50" w:type="dxa"/>
            </w:tcMar>
          </w:tcPr>
          <w:p w14:paraId="34913B3B" w14:textId="77777777" w:rsidR="00292F36" w:rsidRDefault="00000000">
            <w:r>
              <w:rPr>
                <w:sz w:val="12"/>
              </w:rPr>
              <w:t>0.13445378</w:t>
            </w:r>
          </w:p>
        </w:tc>
        <w:tc>
          <w:tcPr>
            <w:tcW w:w="564" w:type="dxa"/>
            <w:tcMar>
              <w:top w:w="20" w:type="dxa"/>
              <w:left w:w="50" w:type="dxa"/>
              <w:bottom w:w="20" w:type="dxa"/>
              <w:right w:w="50" w:type="dxa"/>
            </w:tcMar>
          </w:tcPr>
          <w:p w14:paraId="429A0CF1" w14:textId="77777777" w:rsidR="00292F36" w:rsidRDefault="00000000">
            <w:r>
              <w:rPr>
                <w:sz w:val="12"/>
              </w:rPr>
              <w:t>0.57142857</w:t>
            </w:r>
          </w:p>
        </w:tc>
        <w:tc>
          <w:tcPr>
            <w:tcW w:w="564" w:type="dxa"/>
            <w:tcMar>
              <w:top w:w="20" w:type="dxa"/>
              <w:left w:w="50" w:type="dxa"/>
              <w:bottom w:w="20" w:type="dxa"/>
              <w:right w:w="50" w:type="dxa"/>
            </w:tcMar>
          </w:tcPr>
          <w:p w14:paraId="2AEF5078" w14:textId="77777777" w:rsidR="00292F36" w:rsidRDefault="00000000">
            <w:r>
              <w:rPr>
                <w:sz w:val="12"/>
              </w:rPr>
              <w:t>0.29411765</w:t>
            </w:r>
          </w:p>
        </w:tc>
        <w:tc>
          <w:tcPr>
            <w:tcW w:w="564" w:type="dxa"/>
            <w:tcMar>
              <w:top w:w="20" w:type="dxa"/>
              <w:left w:w="50" w:type="dxa"/>
              <w:bottom w:w="20" w:type="dxa"/>
              <w:right w:w="50" w:type="dxa"/>
            </w:tcMar>
          </w:tcPr>
          <w:p w14:paraId="39EEDA0B" w14:textId="77777777" w:rsidR="00292F36" w:rsidRDefault="00000000">
            <w:r>
              <w:rPr>
                <w:sz w:val="12"/>
              </w:rPr>
              <w:t>0</w:t>
            </w:r>
          </w:p>
        </w:tc>
        <w:tc>
          <w:tcPr>
            <w:tcW w:w="564" w:type="dxa"/>
            <w:tcMar>
              <w:top w:w="20" w:type="dxa"/>
              <w:left w:w="50" w:type="dxa"/>
              <w:bottom w:w="20" w:type="dxa"/>
              <w:right w:w="50" w:type="dxa"/>
            </w:tcMar>
          </w:tcPr>
          <w:p w14:paraId="1B2FB8A8" w14:textId="77777777" w:rsidR="00292F36" w:rsidRDefault="00000000">
            <w:r>
              <w:rPr>
                <w:sz w:val="12"/>
              </w:rPr>
              <w:t>0</w:t>
            </w:r>
          </w:p>
        </w:tc>
        <w:tc>
          <w:tcPr>
            <w:tcW w:w="564" w:type="dxa"/>
            <w:tcMar>
              <w:top w:w="20" w:type="dxa"/>
              <w:left w:w="50" w:type="dxa"/>
              <w:bottom w:w="20" w:type="dxa"/>
              <w:right w:w="50" w:type="dxa"/>
            </w:tcMar>
          </w:tcPr>
          <w:p w14:paraId="10CBC4A6" w14:textId="77777777" w:rsidR="00292F36" w:rsidRDefault="00000000">
            <w:r>
              <w:rPr>
                <w:sz w:val="12"/>
              </w:rPr>
              <w:t>0</w:t>
            </w:r>
          </w:p>
        </w:tc>
        <w:tc>
          <w:tcPr>
            <w:tcW w:w="564" w:type="dxa"/>
            <w:tcMar>
              <w:top w:w="20" w:type="dxa"/>
              <w:left w:w="50" w:type="dxa"/>
              <w:bottom w:w="20" w:type="dxa"/>
              <w:right w:w="50" w:type="dxa"/>
            </w:tcMar>
          </w:tcPr>
          <w:p w14:paraId="7443CFF2" w14:textId="77777777" w:rsidR="00292F36" w:rsidRDefault="00000000">
            <w:r>
              <w:rPr>
                <w:sz w:val="12"/>
              </w:rPr>
              <w:t>0</w:t>
            </w:r>
          </w:p>
        </w:tc>
        <w:tc>
          <w:tcPr>
            <w:tcW w:w="564" w:type="dxa"/>
            <w:tcMar>
              <w:top w:w="20" w:type="dxa"/>
              <w:left w:w="50" w:type="dxa"/>
              <w:bottom w:w="20" w:type="dxa"/>
              <w:right w:w="50" w:type="dxa"/>
            </w:tcMar>
          </w:tcPr>
          <w:p w14:paraId="688D673B" w14:textId="77777777" w:rsidR="00292F36" w:rsidRDefault="00000000">
            <w:r>
              <w:rPr>
                <w:sz w:val="12"/>
              </w:rPr>
              <w:t>0.00174064</w:t>
            </w:r>
          </w:p>
        </w:tc>
        <w:tc>
          <w:tcPr>
            <w:tcW w:w="564" w:type="dxa"/>
            <w:tcMar>
              <w:top w:w="20" w:type="dxa"/>
              <w:left w:w="50" w:type="dxa"/>
              <w:bottom w:w="20" w:type="dxa"/>
              <w:right w:w="50" w:type="dxa"/>
            </w:tcMar>
          </w:tcPr>
          <w:p w14:paraId="13BE2711" w14:textId="77777777" w:rsidR="00292F36" w:rsidRDefault="00000000">
            <w:r>
              <w:rPr>
                <w:sz w:val="12"/>
              </w:rPr>
              <w:t>0.03437772</w:t>
            </w:r>
          </w:p>
        </w:tc>
        <w:tc>
          <w:tcPr>
            <w:tcW w:w="564" w:type="dxa"/>
            <w:tcMar>
              <w:top w:w="20" w:type="dxa"/>
              <w:left w:w="50" w:type="dxa"/>
              <w:bottom w:w="20" w:type="dxa"/>
              <w:right w:w="50" w:type="dxa"/>
            </w:tcMar>
          </w:tcPr>
          <w:p w14:paraId="00ED687C" w14:textId="77777777" w:rsidR="00292F36" w:rsidRDefault="00000000">
            <w:r>
              <w:rPr>
                <w:sz w:val="12"/>
              </w:rPr>
              <w:t>0.00304613</w:t>
            </w:r>
          </w:p>
        </w:tc>
        <w:tc>
          <w:tcPr>
            <w:tcW w:w="564" w:type="dxa"/>
            <w:tcMar>
              <w:top w:w="20" w:type="dxa"/>
              <w:left w:w="50" w:type="dxa"/>
              <w:bottom w:w="20" w:type="dxa"/>
              <w:right w:w="50" w:type="dxa"/>
            </w:tcMar>
          </w:tcPr>
          <w:p w14:paraId="2ECDFE17" w14:textId="77777777" w:rsidR="00292F36" w:rsidRDefault="00000000">
            <w:r>
              <w:rPr>
                <w:sz w:val="12"/>
              </w:rPr>
              <w:t>0.03307224</w:t>
            </w:r>
          </w:p>
        </w:tc>
        <w:tc>
          <w:tcPr>
            <w:tcW w:w="564" w:type="dxa"/>
            <w:tcMar>
              <w:top w:w="20" w:type="dxa"/>
              <w:left w:w="50" w:type="dxa"/>
              <w:bottom w:w="20" w:type="dxa"/>
              <w:right w:w="50" w:type="dxa"/>
            </w:tcMar>
          </w:tcPr>
          <w:p w14:paraId="2F99962B" w14:textId="77777777" w:rsidR="00292F36" w:rsidRDefault="00000000">
            <w:r>
              <w:rPr>
                <w:sz w:val="12"/>
              </w:rPr>
              <w:t>0</w:t>
            </w:r>
          </w:p>
        </w:tc>
        <w:tc>
          <w:tcPr>
            <w:tcW w:w="564" w:type="dxa"/>
            <w:tcMar>
              <w:top w:w="20" w:type="dxa"/>
              <w:left w:w="50" w:type="dxa"/>
              <w:bottom w:w="20" w:type="dxa"/>
              <w:right w:w="50" w:type="dxa"/>
            </w:tcMar>
          </w:tcPr>
          <w:p w14:paraId="3222BE7C" w14:textId="77777777" w:rsidR="00292F36" w:rsidRDefault="00000000">
            <w:r>
              <w:rPr>
                <w:sz w:val="12"/>
              </w:rPr>
              <w:t>0.92776327</w:t>
            </w:r>
          </w:p>
        </w:tc>
      </w:tr>
      <w:tr w:rsidR="00292F36" w14:paraId="739CC0AA" w14:textId="77777777">
        <w:tc>
          <w:tcPr>
            <w:tcW w:w="564" w:type="dxa"/>
            <w:tcMar>
              <w:top w:w="20" w:type="dxa"/>
              <w:left w:w="50" w:type="dxa"/>
              <w:bottom w:w="20" w:type="dxa"/>
              <w:right w:w="50" w:type="dxa"/>
            </w:tcMar>
          </w:tcPr>
          <w:p w14:paraId="639F3F8A" w14:textId="77777777" w:rsidR="00292F36" w:rsidRDefault="00000000">
            <w:r>
              <w:rPr>
                <w:sz w:val="12"/>
              </w:rPr>
              <w:t>2022_islas_coronados_isla_coronado_exposed_south_1</w:t>
            </w:r>
          </w:p>
        </w:tc>
        <w:tc>
          <w:tcPr>
            <w:tcW w:w="564" w:type="dxa"/>
            <w:tcMar>
              <w:top w:w="20" w:type="dxa"/>
              <w:left w:w="50" w:type="dxa"/>
              <w:bottom w:w="20" w:type="dxa"/>
              <w:right w:w="50" w:type="dxa"/>
            </w:tcMar>
          </w:tcPr>
          <w:p w14:paraId="6F557529" w14:textId="77777777" w:rsidR="00292F36" w:rsidRDefault="00000000">
            <w:r>
              <w:rPr>
                <w:sz w:val="12"/>
              </w:rPr>
              <w:t>0.57219569</w:t>
            </w:r>
          </w:p>
        </w:tc>
        <w:tc>
          <w:tcPr>
            <w:tcW w:w="564" w:type="dxa"/>
            <w:tcMar>
              <w:top w:w="20" w:type="dxa"/>
              <w:left w:w="50" w:type="dxa"/>
              <w:bottom w:w="20" w:type="dxa"/>
              <w:right w:w="50" w:type="dxa"/>
            </w:tcMar>
          </w:tcPr>
          <w:p w14:paraId="3C7C928B" w14:textId="77777777" w:rsidR="00292F36" w:rsidRDefault="00000000">
            <w:r>
              <w:rPr>
                <w:sz w:val="12"/>
              </w:rPr>
              <w:t>-0.1453169</w:t>
            </w:r>
          </w:p>
        </w:tc>
        <w:tc>
          <w:tcPr>
            <w:tcW w:w="564" w:type="dxa"/>
            <w:tcMar>
              <w:top w:w="20" w:type="dxa"/>
              <w:left w:w="50" w:type="dxa"/>
              <w:bottom w:w="20" w:type="dxa"/>
              <w:right w:w="50" w:type="dxa"/>
            </w:tcMar>
          </w:tcPr>
          <w:p w14:paraId="120EA083" w14:textId="77777777" w:rsidR="00292F36" w:rsidRDefault="00000000">
            <w:r>
              <w:rPr>
                <w:sz w:val="12"/>
              </w:rPr>
              <w:t>2022</w:t>
            </w:r>
          </w:p>
        </w:tc>
        <w:tc>
          <w:tcPr>
            <w:tcW w:w="564" w:type="dxa"/>
            <w:tcMar>
              <w:top w:w="20" w:type="dxa"/>
              <w:left w:w="50" w:type="dxa"/>
              <w:bottom w:w="20" w:type="dxa"/>
              <w:right w:w="50" w:type="dxa"/>
            </w:tcMar>
          </w:tcPr>
          <w:p w14:paraId="5630760A" w14:textId="77777777" w:rsidR="00292F36" w:rsidRDefault="00000000">
            <w:r>
              <w:rPr>
                <w:sz w:val="12"/>
              </w:rPr>
              <w:t>coronados</w:t>
            </w:r>
          </w:p>
        </w:tc>
        <w:tc>
          <w:tcPr>
            <w:tcW w:w="564" w:type="dxa"/>
            <w:tcMar>
              <w:top w:w="20" w:type="dxa"/>
              <w:left w:w="50" w:type="dxa"/>
              <w:bottom w:w="20" w:type="dxa"/>
              <w:right w:w="50" w:type="dxa"/>
            </w:tcMar>
          </w:tcPr>
          <w:p w14:paraId="1C2D3D2B" w14:textId="77777777" w:rsidR="00292F36" w:rsidRDefault="00000000">
            <w:r>
              <w:rPr>
                <w:sz w:val="12"/>
              </w:rPr>
              <w:t>North</w:t>
            </w:r>
          </w:p>
        </w:tc>
        <w:tc>
          <w:tcPr>
            <w:tcW w:w="564" w:type="dxa"/>
            <w:tcMar>
              <w:top w:w="20" w:type="dxa"/>
              <w:left w:w="50" w:type="dxa"/>
              <w:bottom w:w="20" w:type="dxa"/>
              <w:right w:w="50" w:type="dxa"/>
            </w:tcMar>
          </w:tcPr>
          <w:p w14:paraId="0E9064CE" w14:textId="77777777" w:rsidR="00292F36" w:rsidRDefault="00000000">
            <w:r>
              <w:rPr>
                <w:sz w:val="12"/>
              </w:rPr>
              <w:t>islas_coronados</w:t>
            </w:r>
          </w:p>
        </w:tc>
        <w:tc>
          <w:tcPr>
            <w:tcW w:w="564" w:type="dxa"/>
            <w:tcMar>
              <w:top w:w="20" w:type="dxa"/>
              <w:left w:w="50" w:type="dxa"/>
              <w:bottom w:w="20" w:type="dxa"/>
              <w:right w:w="50" w:type="dxa"/>
            </w:tcMar>
          </w:tcPr>
          <w:p w14:paraId="5477DF91" w14:textId="77777777" w:rsidR="00292F36" w:rsidRDefault="00000000">
            <w:r>
              <w:rPr>
                <w:sz w:val="12"/>
              </w:rPr>
              <w:t>isla_coronado_exposed_south</w:t>
            </w:r>
          </w:p>
        </w:tc>
        <w:tc>
          <w:tcPr>
            <w:tcW w:w="564" w:type="dxa"/>
            <w:tcMar>
              <w:top w:w="20" w:type="dxa"/>
              <w:left w:w="50" w:type="dxa"/>
              <w:bottom w:w="20" w:type="dxa"/>
              <w:right w:w="50" w:type="dxa"/>
            </w:tcMar>
          </w:tcPr>
          <w:p w14:paraId="15C8A860" w14:textId="77777777" w:rsidR="00292F36" w:rsidRDefault="00000000">
            <w:r>
              <w:rPr>
                <w:sz w:val="12"/>
              </w:rPr>
              <w:t>7</w:t>
            </w:r>
          </w:p>
        </w:tc>
        <w:tc>
          <w:tcPr>
            <w:tcW w:w="564" w:type="dxa"/>
            <w:tcMar>
              <w:top w:w="20" w:type="dxa"/>
              <w:left w:w="50" w:type="dxa"/>
              <w:bottom w:w="20" w:type="dxa"/>
              <w:right w:w="50" w:type="dxa"/>
            </w:tcMar>
          </w:tcPr>
          <w:p w14:paraId="4DF03787" w14:textId="77777777" w:rsidR="00292F36" w:rsidRDefault="00000000">
            <w:r>
              <w:rPr>
                <w:sz w:val="12"/>
              </w:rPr>
              <w:t>15.5</w:t>
            </w:r>
          </w:p>
        </w:tc>
        <w:tc>
          <w:tcPr>
            <w:tcW w:w="564" w:type="dxa"/>
            <w:tcMar>
              <w:top w:w="20" w:type="dxa"/>
              <w:left w:w="50" w:type="dxa"/>
              <w:bottom w:w="20" w:type="dxa"/>
              <w:right w:w="50" w:type="dxa"/>
            </w:tcMar>
          </w:tcPr>
          <w:p w14:paraId="138F08EB" w14:textId="77777777" w:rsidR="00292F36" w:rsidRDefault="00000000">
            <w:r>
              <w:rPr>
                <w:sz w:val="12"/>
              </w:rPr>
              <w:t>0.17401531</w:t>
            </w:r>
          </w:p>
        </w:tc>
        <w:tc>
          <w:tcPr>
            <w:tcW w:w="564" w:type="dxa"/>
            <w:tcMar>
              <w:top w:w="20" w:type="dxa"/>
              <w:left w:w="50" w:type="dxa"/>
              <w:bottom w:w="20" w:type="dxa"/>
              <w:right w:w="50" w:type="dxa"/>
            </w:tcMar>
          </w:tcPr>
          <w:p w14:paraId="7155CECC" w14:textId="77777777" w:rsidR="00292F36" w:rsidRDefault="00000000">
            <w:r>
              <w:rPr>
                <w:sz w:val="12"/>
              </w:rPr>
              <w:t>0</w:t>
            </w:r>
          </w:p>
        </w:tc>
        <w:tc>
          <w:tcPr>
            <w:tcW w:w="564" w:type="dxa"/>
            <w:tcMar>
              <w:top w:w="20" w:type="dxa"/>
              <w:left w:w="50" w:type="dxa"/>
              <w:bottom w:w="20" w:type="dxa"/>
              <w:right w:w="50" w:type="dxa"/>
            </w:tcMar>
          </w:tcPr>
          <w:p w14:paraId="03EB677E" w14:textId="77777777" w:rsidR="00292F36" w:rsidRDefault="00000000">
            <w:r>
              <w:rPr>
                <w:sz w:val="12"/>
              </w:rPr>
              <w:t>0.83333333</w:t>
            </w:r>
          </w:p>
        </w:tc>
        <w:tc>
          <w:tcPr>
            <w:tcW w:w="564" w:type="dxa"/>
            <w:tcMar>
              <w:top w:w="20" w:type="dxa"/>
              <w:left w:w="50" w:type="dxa"/>
              <w:bottom w:w="20" w:type="dxa"/>
              <w:right w:w="50" w:type="dxa"/>
            </w:tcMar>
          </w:tcPr>
          <w:p w14:paraId="78EDF827" w14:textId="77777777" w:rsidR="00292F36" w:rsidRDefault="00000000">
            <w:r>
              <w:rPr>
                <w:sz w:val="12"/>
              </w:rPr>
              <w:t>0.08333333</w:t>
            </w:r>
          </w:p>
        </w:tc>
        <w:tc>
          <w:tcPr>
            <w:tcW w:w="564" w:type="dxa"/>
            <w:tcMar>
              <w:top w:w="20" w:type="dxa"/>
              <w:left w:w="50" w:type="dxa"/>
              <w:bottom w:w="20" w:type="dxa"/>
              <w:right w:w="50" w:type="dxa"/>
            </w:tcMar>
          </w:tcPr>
          <w:p w14:paraId="5C55F6E3" w14:textId="77777777" w:rsidR="00292F36" w:rsidRDefault="00000000">
            <w:r>
              <w:rPr>
                <w:sz w:val="12"/>
              </w:rPr>
              <w:t>0.08333333</w:t>
            </w:r>
          </w:p>
        </w:tc>
        <w:tc>
          <w:tcPr>
            <w:tcW w:w="564" w:type="dxa"/>
            <w:tcMar>
              <w:top w:w="20" w:type="dxa"/>
              <w:left w:w="50" w:type="dxa"/>
              <w:bottom w:w="20" w:type="dxa"/>
              <w:right w:w="50" w:type="dxa"/>
            </w:tcMar>
          </w:tcPr>
          <w:p w14:paraId="68ED52EE" w14:textId="77777777" w:rsidR="00292F36" w:rsidRDefault="00000000">
            <w:r>
              <w:rPr>
                <w:sz w:val="12"/>
              </w:rPr>
              <w:t>0</w:t>
            </w:r>
          </w:p>
        </w:tc>
        <w:tc>
          <w:tcPr>
            <w:tcW w:w="564" w:type="dxa"/>
            <w:tcMar>
              <w:top w:w="20" w:type="dxa"/>
              <w:left w:w="50" w:type="dxa"/>
              <w:bottom w:w="20" w:type="dxa"/>
              <w:right w:w="50" w:type="dxa"/>
            </w:tcMar>
          </w:tcPr>
          <w:p w14:paraId="739366F3" w14:textId="77777777" w:rsidR="00292F36" w:rsidRDefault="00000000">
            <w:r>
              <w:rPr>
                <w:sz w:val="12"/>
              </w:rPr>
              <w:t>0</w:t>
            </w:r>
          </w:p>
        </w:tc>
        <w:tc>
          <w:tcPr>
            <w:tcW w:w="564" w:type="dxa"/>
            <w:tcMar>
              <w:top w:w="20" w:type="dxa"/>
              <w:left w:w="50" w:type="dxa"/>
              <w:bottom w:w="20" w:type="dxa"/>
              <w:right w:w="50" w:type="dxa"/>
            </w:tcMar>
          </w:tcPr>
          <w:p w14:paraId="78E16718" w14:textId="77777777" w:rsidR="00292F36" w:rsidRDefault="00000000">
            <w:r>
              <w:rPr>
                <w:sz w:val="12"/>
              </w:rPr>
              <w:t>0</w:t>
            </w:r>
          </w:p>
        </w:tc>
        <w:tc>
          <w:tcPr>
            <w:tcW w:w="564" w:type="dxa"/>
            <w:tcMar>
              <w:top w:w="20" w:type="dxa"/>
              <w:left w:w="50" w:type="dxa"/>
              <w:bottom w:w="20" w:type="dxa"/>
              <w:right w:w="50" w:type="dxa"/>
            </w:tcMar>
          </w:tcPr>
          <w:p w14:paraId="7A3CF66E" w14:textId="77777777" w:rsidR="00292F36" w:rsidRDefault="00000000">
            <w:r>
              <w:rPr>
                <w:sz w:val="12"/>
              </w:rPr>
              <w:t>0</w:t>
            </w:r>
          </w:p>
        </w:tc>
        <w:tc>
          <w:tcPr>
            <w:tcW w:w="564" w:type="dxa"/>
            <w:tcMar>
              <w:top w:w="20" w:type="dxa"/>
              <w:left w:w="50" w:type="dxa"/>
              <w:bottom w:w="20" w:type="dxa"/>
              <w:right w:w="50" w:type="dxa"/>
            </w:tcMar>
          </w:tcPr>
          <w:p w14:paraId="0FC6DDC3" w14:textId="77777777" w:rsidR="00292F36" w:rsidRDefault="00000000">
            <w:r>
              <w:rPr>
                <w:sz w:val="12"/>
              </w:rPr>
              <w:t>0</w:t>
            </w:r>
          </w:p>
        </w:tc>
        <w:tc>
          <w:tcPr>
            <w:tcW w:w="564" w:type="dxa"/>
            <w:tcMar>
              <w:top w:w="20" w:type="dxa"/>
              <w:left w:w="50" w:type="dxa"/>
              <w:bottom w:w="20" w:type="dxa"/>
              <w:right w:w="50" w:type="dxa"/>
            </w:tcMar>
          </w:tcPr>
          <w:p w14:paraId="5B3648CC" w14:textId="77777777" w:rsidR="00292F36" w:rsidRDefault="00000000">
            <w:r>
              <w:rPr>
                <w:sz w:val="12"/>
              </w:rPr>
              <w:t>0.59459459</w:t>
            </w:r>
          </w:p>
        </w:tc>
        <w:tc>
          <w:tcPr>
            <w:tcW w:w="564" w:type="dxa"/>
            <w:tcMar>
              <w:top w:w="20" w:type="dxa"/>
              <w:left w:w="50" w:type="dxa"/>
              <w:bottom w:w="20" w:type="dxa"/>
              <w:right w:w="50" w:type="dxa"/>
            </w:tcMar>
          </w:tcPr>
          <w:p w14:paraId="4C939479" w14:textId="77777777" w:rsidR="00292F36" w:rsidRDefault="00000000">
            <w:r>
              <w:rPr>
                <w:sz w:val="12"/>
              </w:rPr>
              <w:t>0.01930502</w:t>
            </w:r>
          </w:p>
        </w:tc>
        <w:tc>
          <w:tcPr>
            <w:tcW w:w="564" w:type="dxa"/>
            <w:tcMar>
              <w:top w:w="20" w:type="dxa"/>
              <w:left w:w="50" w:type="dxa"/>
              <w:bottom w:w="20" w:type="dxa"/>
              <w:right w:w="50" w:type="dxa"/>
            </w:tcMar>
          </w:tcPr>
          <w:p w14:paraId="54B3C20B" w14:textId="77777777" w:rsidR="00292F36" w:rsidRDefault="00000000">
            <w:r>
              <w:rPr>
                <w:sz w:val="12"/>
              </w:rPr>
              <w:t>0</w:t>
            </w:r>
          </w:p>
        </w:tc>
        <w:tc>
          <w:tcPr>
            <w:tcW w:w="564" w:type="dxa"/>
            <w:tcMar>
              <w:top w:w="20" w:type="dxa"/>
              <w:left w:w="50" w:type="dxa"/>
              <w:bottom w:w="20" w:type="dxa"/>
              <w:right w:w="50" w:type="dxa"/>
            </w:tcMar>
          </w:tcPr>
          <w:p w14:paraId="0F2802E8" w14:textId="77777777" w:rsidR="00292F36" w:rsidRDefault="00000000">
            <w:r>
              <w:rPr>
                <w:sz w:val="12"/>
              </w:rPr>
              <w:t>0.003861</w:t>
            </w:r>
          </w:p>
        </w:tc>
        <w:tc>
          <w:tcPr>
            <w:tcW w:w="564" w:type="dxa"/>
            <w:tcMar>
              <w:top w:w="20" w:type="dxa"/>
              <w:left w:w="50" w:type="dxa"/>
              <w:bottom w:w="20" w:type="dxa"/>
              <w:right w:w="50" w:type="dxa"/>
            </w:tcMar>
          </w:tcPr>
          <w:p w14:paraId="0D0428C5" w14:textId="77777777" w:rsidR="00292F36" w:rsidRDefault="00000000">
            <w:r>
              <w:rPr>
                <w:sz w:val="12"/>
              </w:rPr>
              <w:t>0.38223938</w:t>
            </w:r>
          </w:p>
        </w:tc>
      </w:tr>
      <w:tr w:rsidR="00292F36" w14:paraId="5E3187BD" w14:textId="77777777">
        <w:tc>
          <w:tcPr>
            <w:tcW w:w="564" w:type="dxa"/>
            <w:tcMar>
              <w:top w:w="20" w:type="dxa"/>
              <w:left w:w="50" w:type="dxa"/>
              <w:bottom w:w="20" w:type="dxa"/>
              <w:right w:w="50" w:type="dxa"/>
            </w:tcMar>
          </w:tcPr>
          <w:p w14:paraId="5F983550" w14:textId="77777777" w:rsidR="00292F36" w:rsidRDefault="00000000">
            <w:r>
              <w:rPr>
                <w:sz w:val="12"/>
              </w:rPr>
              <w:t>2022_islas_coronados_isla_coronado_exposed_south_2</w:t>
            </w:r>
          </w:p>
        </w:tc>
        <w:tc>
          <w:tcPr>
            <w:tcW w:w="564" w:type="dxa"/>
            <w:tcMar>
              <w:top w:w="20" w:type="dxa"/>
              <w:left w:w="50" w:type="dxa"/>
              <w:bottom w:w="20" w:type="dxa"/>
              <w:right w:w="50" w:type="dxa"/>
            </w:tcMar>
          </w:tcPr>
          <w:p w14:paraId="6D422C21" w14:textId="77777777" w:rsidR="00292F36" w:rsidRDefault="00000000">
            <w:r>
              <w:rPr>
                <w:sz w:val="12"/>
              </w:rPr>
              <w:t>0.62225774</w:t>
            </w:r>
          </w:p>
        </w:tc>
        <w:tc>
          <w:tcPr>
            <w:tcW w:w="564" w:type="dxa"/>
            <w:tcMar>
              <w:top w:w="20" w:type="dxa"/>
              <w:left w:w="50" w:type="dxa"/>
              <w:bottom w:w="20" w:type="dxa"/>
              <w:right w:w="50" w:type="dxa"/>
            </w:tcMar>
          </w:tcPr>
          <w:p w14:paraId="1EA3E7AD" w14:textId="77777777" w:rsidR="00292F36" w:rsidRDefault="00000000">
            <w:r>
              <w:rPr>
                <w:sz w:val="12"/>
              </w:rPr>
              <w:t>-0.2234088</w:t>
            </w:r>
          </w:p>
        </w:tc>
        <w:tc>
          <w:tcPr>
            <w:tcW w:w="564" w:type="dxa"/>
            <w:tcMar>
              <w:top w:w="20" w:type="dxa"/>
              <w:left w:w="50" w:type="dxa"/>
              <w:bottom w:w="20" w:type="dxa"/>
              <w:right w:w="50" w:type="dxa"/>
            </w:tcMar>
          </w:tcPr>
          <w:p w14:paraId="10FB8ABA" w14:textId="77777777" w:rsidR="00292F36" w:rsidRDefault="00000000">
            <w:r>
              <w:rPr>
                <w:sz w:val="12"/>
              </w:rPr>
              <w:t>2022</w:t>
            </w:r>
          </w:p>
        </w:tc>
        <w:tc>
          <w:tcPr>
            <w:tcW w:w="564" w:type="dxa"/>
            <w:tcMar>
              <w:top w:w="20" w:type="dxa"/>
              <w:left w:w="50" w:type="dxa"/>
              <w:bottom w:w="20" w:type="dxa"/>
              <w:right w:w="50" w:type="dxa"/>
            </w:tcMar>
          </w:tcPr>
          <w:p w14:paraId="1D05C1DC" w14:textId="77777777" w:rsidR="00292F36" w:rsidRDefault="00000000">
            <w:r>
              <w:rPr>
                <w:sz w:val="12"/>
              </w:rPr>
              <w:t>coronados</w:t>
            </w:r>
          </w:p>
        </w:tc>
        <w:tc>
          <w:tcPr>
            <w:tcW w:w="564" w:type="dxa"/>
            <w:tcMar>
              <w:top w:w="20" w:type="dxa"/>
              <w:left w:w="50" w:type="dxa"/>
              <w:bottom w:w="20" w:type="dxa"/>
              <w:right w:w="50" w:type="dxa"/>
            </w:tcMar>
          </w:tcPr>
          <w:p w14:paraId="00EAE8EC" w14:textId="77777777" w:rsidR="00292F36" w:rsidRDefault="00000000">
            <w:r>
              <w:rPr>
                <w:sz w:val="12"/>
              </w:rPr>
              <w:t>North</w:t>
            </w:r>
          </w:p>
        </w:tc>
        <w:tc>
          <w:tcPr>
            <w:tcW w:w="564" w:type="dxa"/>
            <w:tcMar>
              <w:top w:w="20" w:type="dxa"/>
              <w:left w:w="50" w:type="dxa"/>
              <w:bottom w:w="20" w:type="dxa"/>
              <w:right w:w="50" w:type="dxa"/>
            </w:tcMar>
          </w:tcPr>
          <w:p w14:paraId="4EF64A99" w14:textId="77777777" w:rsidR="00292F36" w:rsidRDefault="00000000">
            <w:r>
              <w:rPr>
                <w:sz w:val="12"/>
              </w:rPr>
              <w:t>islas_coronados</w:t>
            </w:r>
          </w:p>
        </w:tc>
        <w:tc>
          <w:tcPr>
            <w:tcW w:w="564" w:type="dxa"/>
            <w:tcMar>
              <w:top w:w="20" w:type="dxa"/>
              <w:left w:w="50" w:type="dxa"/>
              <w:bottom w:w="20" w:type="dxa"/>
              <w:right w:w="50" w:type="dxa"/>
            </w:tcMar>
          </w:tcPr>
          <w:p w14:paraId="5998B782" w14:textId="77777777" w:rsidR="00292F36" w:rsidRDefault="00000000">
            <w:r>
              <w:rPr>
                <w:sz w:val="12"/>
              </w:rPr>
              <w:t>isla_coronado_exposed_south</w:t>
            </w:r>
          </w:p>
        </w:tc>
        <w:tc>
          <w:tcPr>
            <w:tcW w:w="564" w:type="dxa"/>
            <w:tcMar>
              <w:top w:w="20" w:type="dxa"/>
              <w:left w:w="50" w:type="dxa"/>
              <w:bottom w:w="20" w:type="dxa"/>
              <w:right w:w="50" w:type="dxa"/>
            </w:tcMar>
          </w:tcPr>
          <w:p w14:paraId="52C4D90E" w14:textId="77777777" w:rsidR="00292F36" w:rsidRDefault="00000000">
            <w:r>
              <w:rPr>
                <w:sz w:val="12"/>
              </w:rPr>
              <w:t>7</w:t>
            </w:r>
          </w:p>
        </w:tc>
        <w:tc>
          <w:tcPr>
            <w:tcW w:w="564" w:type="dxa"/>
            <w:tcMar>
              <w:top w:w="20" w:type="dxa"/>
              <w:left w:w="50" w:type="dxa"/>
              <w:bottom w:w="20" w:type="dxa"/>
              <w:right w:w="50" w:type="dxa"/>
            </w:tcMar>
          </w:tcPr>
          <w:p w14:paraId="64C7DE54" w14:textId="77777777" w:rsidR="00292F36" w:rsidRDefault="00000000">
            <w:r>
              <w:rPr>
                <w:sz w:val="12"/>
              </w:rPr>
              <w:t>15.5</w:t>
            </w:r>
          </w:p>
        </w:tc>
        <w:tc>
          <w:tcPr>
            <w:tcW w:w="564" w:type="dxa"/>
            <w:tcMar>
              <w:top w:w="20" w:type="dxa"/>
              <w:left w:w="50" w:type="dxa"/>
              <w:bottom w:w="20" w:type="dxa"/>
              <w:right w:w="50" w:type="dxa"/>
            </w:tcMar>
          </w:tcPr>
          <w:p w14:paraId="62A91A19" w14:textId="77777777" w:rsidR="00292F36" w:rsidRDefault="00000000">
            <w:r>
              <w:rPr>
                <w:sz w:val="12"/>
              </w:rPr>
              <w:t>0.17401531</w:t>
            </w:r>
          </w:p>
        </w:tc>
        <w:tc>
          <w:tcPr>
            <w:tcW w:w="564" w:type="dxa"/>
            <w:tcMar>
              <w:top w:w="20" w:type="dxa"/>
              <w:left w:w="50" w:type="dxa"/>
              <w:bottom w:w="20" w:type="dxa"/>
              <w:right w:w="50" w:type="dxa"/>
            </w:tcMar>
          </w:tcPr>
          <w:p w14:paraId="0C5B2C45" w14:textId="77777777" w:rsidR="00292F36" w:rsidRDefault="00000000">
            <w:r>
              <w:rPr>
                <w:sz w:val="12"/>
              </w:rPr>
              <w:t>0</w:t>
            </w:r>
          </w:p>
        </w:tc>
        <w:tc>
          <w:tcPr>
            <w:tcW w:w="564" w:type="dxa"/>
            <w:tcMar>
              <w:top w:w="20" w:type="dxa"/>
              <w:left w:w="50" w:type="dxa"/>
              <w:bottom w:w="20" w:type="dxa"/>
              <w:right w:w="50" w:type="dxa"/>
            </w:tcMar>
          </w:tcPr>
          <w:p w14:paraId="20BDF7DC" w14:textId="77777777" w:rsidR="00292F36" w:rsidRDefault="00000000">
            <w:r>
              <w:rPr>
                <w:sz w:val="12"/>
              </w:rPr>
              <w:t>1</w:t>
            </w:r>
          </w:p>
        </w:tc>
        <w:tc>
          <w:tcPr>
            <w:tcW w:w="564" w:type="dxa"/>
            <w:tcMar>
              <w:top w:w="20" w:type="dxa"/>
              <w:left w:w="50" w:type="dxa"/>
              <w:bottom w:w="20" w:type="dxa"/>
              <w:right w:w="50" w:type="dxa"/>
            </w:tcMar>
          </w:tcPr>
          <w:p w14:paraId="32DA6D84" w14:textId="77777777" w:rsidR="00292F36" w:rsidRDefault="00000000">
            <w:r>
              <w:rPr>
                <w:sz w:val="12"/>
              </w:rPr>
              <w:t>0</w:t>
            </w:r>
          </w:p>
        </w:tc>
        <w:tc>
          <w:tcPr>
            <w:tcW w:w="564" w:type="dxa"/>
            <w:tcMar>
              <w:top w:w="20" w:type="dxa"/>
              <w:left w:w="50" w:type="dxa"/>
              <w:bottom w:w="20" w:type="dxa"/>
              <w:right w:w="50" w:type="dxa"/>
            </w:tcMar>
          </w:tcPr>
          <w:p w14:paraId="00A83C72" w14:textId="77777777" w:rsidR="00292F36" w:rsidRDefault="00000000">
            <w:r>
              <w:rPr>
                <w:sz w:val="12"/>
              </w:rPr>
              <w:t>0</w:t>
            </w:r>
          </w:p>
        </w:tc>
        <w:tc>
          <w:tcPr>
            <w:tcW w:w="564" w:type="dxa"/>
            <w:tcMar>
              <w:top w:w="20" w:type="dxa"/>
              <w:left w:w="50" w:type="dxa"/>
              <w:bottom w:w="20" w:type="dxa"/>
              <w:right w:w="50" w:type="dxa"/>
            </w:tcMar>
          </w:tcPr>
          <w:p w14:paraId="51238C92" w14:textId="77777777" w:rsidR="00292F36" w:rsidRDefault="00000000">
            <w:r>
              <w:rPr>
                <w:sz w:val="12"/>
              </w:rPr>
              <w:t>0</w:t>
            </w:r>
          </w:p>
        </w:tc>
        <w:tc>
          <w:tcPr>
            <w:tcW w:w="564" w:type="dxa"/>
            <w:tcMar>
              <w:top w:w="20" w:type="dxa"/>
              <w:left w:w="50" w:type="dxa"/>
              <w:bottom w:w="20" w:type="dxa"/>
              <w:right w:w="50" w:type="dxa"/>
            </w:tcMar>
          </w:tcPr>
          <w:p w14:paraId="5BD4AEDB" w14:textId="77777777" w:rsidR="00292F36" w:rsidRDefault="00000000">
            <w:r>
              <w:rPr>
                <w:sz w:val="12"/>
              </w:rPr>
              <w:t>0</w:t>
            </w:r>
          </w:p>
        </w:tc>
        <w:tc>
          <w:tcPr>
            <w:tcW w:w="564" w:type="dxa"/>
            <w:tcMar>
              <w:top w:w="20" w:type="dxa"/>
              <w:left w:w="50" w:type="dxa"/>
              <w:bottom w:w="20" w:type="dxa"/>
              <w:right w:w="50" w:type="dxa"/>
            </w:tcMar>
          </w:tcPr>
          <w:p w14:paraId="0944E97E" w14:textId="77777777" w:rsidR="00292F36" w:rsidRDefault="00000000">
            <w:r>
              <w:rPr>
                <w:sz w:val="12"/>
              </w:rPr>
              <w:t>0</w:t>
            </w:r>
          </w:p>
        </w:tc>
        <w:tc>
          <w:tcPr>
            <w:tcW w:w="564" w:type="dxa"/>
            <w:tcMar>
              <w:top w:w="20" w:type="dxa"/>
              <w:left w:w="50" w:type="dxa"/>
              <w:bottom w:w="20" w:type="dxa"/>
              <w:right w:w="50" w:type="dxa"/>
            </w:tcMar>
          </w:tcPr>
          <w:p w14:paraId="33BE49C3" w14:textId="77777777" w:rsidR="00292F36" w:rsidRDefault="00000000">
            <w:r>
              <w:rPr>
                <w:sz w:val="12"/>
              </w:rPr>
              <w:t>0</w:t>
            </w:r>
          </w:p>
        </w:tc>
        <w:tc>
          <w:tcPr>
            <w:tcW w:w="564" w:type="dxa"/>
            <w:tcMar>
              <w:top w:w="20" w:type="dxa"/>
              <w:left w:w="50" w:type="dxa"/>
              <w:bottom w:w="20" w:type="dxa"/>
              <w:right w:w="50" w:type="dxa"/>
            </w:tcMar>
          </w:tcPr>
          <w:p w14:paraId="26208027" w14:textId="77777777" w:rsidR="00292F36" w:rsidRDefault="00000000">
            <w:r>
              <w:rPr>
                <w:sz w:val="12"/>
              </w:rPr>
              <w:t>0</w:t>
            </w:r>
          </w:p>
        </w:tc>
        <w:tc>
          <w:tcPr>
            <w:tcW w:w="564" w:type="dxa"/>
            <w:tcMar>
              <w:top w:w="20" w:type="dxa"/>
              <w:left w:w="50" w:type="dxa"/>
              <w:bottom w:w="20" w:type="dxa"/>
              <w:right w:w="50" w:type="dxa"/>
            </w:tcMar>
          </w:tcPr>
          <w:p w14:paraId="47E1287E" w14:textId="77777777" w:rsidR="00292F36" w:rsidRDefault="00000000">
            <w:r>
              <w:rPr>
                <w:sz w:val="12"/>
              </w:rPr>
              <w:t>0.47983871</w:t>
            </w:r>
          </w:p>
        </w:tc>
        <w:tc>
          <w:tcPr>
            <w:tcW w:w="564" w:type="dxa"/>
            <w:tcMar>
              <w:top w:w="20" w:type="dxa"/>
              <w:left w:w="50" w:type="dxa"/>
              <w:bottom w:w="20" w:type="dxa"/>
              <w:right w:w="50" w:type="dxa"/>
            </w:tcMar>
          </w:tcPr>
          <w:p w14:paraId="23DB38D3" w14:textId="77777777" w:rsidR="00292F36" w:rsidRDefault="00000000">
            <w:r>
              <w:rPr>
                <w:sz w:val="12"/>
              </w:rPr>
              <w:t>0.0483871</w:t>
            </w:r>
          </w:p>
        </w:tc>
        <w:tc>
          <w:tcPr>
            <w:tcW w:w="564" w:type="dxa"/>
            <w:tcMar>
              <w:top w:w="20" w:type="dxa"/>
              <w:left w:w="50" w:type="dxa"/>
              <w:bottom w:w="20" w:type="dxa"/>
              <w:right w:w="50" w:type="dxa"/>
            </w:tcMar>
          </w:tcPr>
          <w:p w14:paraId="2C1FC255" w14:textId="77777777" w:rsidR="00292F36" w:rsidRDefault="00000000">
            <w:r>
              <w:rPr>
                <w:sz w:val="12"/>
              </w:rPr>
              <w:t>0.00806452</w:t>
            </w:r>
          </w:p>
        </w:tc>
        <w:tc>
          <w:tcPr>
            <w:tcW w:w="564" w:type="dxa"/>
            <w:tcMar>
              <w:top w:w="20" w:type="dxa"/>
              <w:left w:w="50" w:type="dxa"/>
              <w:bottom w:w="20" w:type="dxa"/>
              <w:right w:w="50" w:type="dxa"/>
            </w:tcMar>
          </w:tcPr>
          <w:p w14:paraId="596EFBE3" w14:textId="77777777" w:rsidR="00292F36" w:rsidRDefault="00000000">
            <w:r>
              <w:rPr>
                <w:sz w:val="12"/>
              </w:rPr>
              <w:t>0</w:t>
            </w:r>
          </w:p>
        </w:tc>
        <w:tc>
          <w:tcPr>
            <w:tcW w:w="564" w:type="dxa"/>
            <w:tcMar>
              <w:top w:w="20" w:type="dxa"/>
              <w:left w:w="50" w:type="dxa"/>
              <w:bottom w:w="20" w:type="dxa"/>
              <w:right w:w="50" w:type="dxa"/>
            </w:tcMar>
          </w:tcPr>
          <w:p w14:paraId="11C21879" w14:textId="77777777" w:rsidR="00292F36" w:rsidRDefault="00000000">
            <w:r>
              <w:rPr>
                <w:sz w:val="12"/>
              </w:rPr>
              <w:t>0.46370968</w:t>
            </w:r>
          </w:p>
        </w:tc>
      </w:tr>
      <w:tr w:rsidR="00292F36" w14:paraId="173D75CC" w14:textId="77777777">
        <w:tc>
          <w:tcPr>
            <w:tcW w:w="564" w:type="dxa"/>
            <w:tcMar>
              <w:top w:w="20" w:type="dxa"/>
              <w:left w:w="50" w:type="dxa"/>
              <w:bottom w:w="20" w:type="dxa"/>
              <w:right w:w="50" w:type="dxa"/>
            </w:tcMar>
          </w:tcPr>
          <w:p w14:paraId="2D3136D4" w14:textId="77777777" w:rsidR="00292F36" w:rsidRDefault="00000000">
            <w:r>
              <w:rPr>
                <w:sz w:val="12"/>
              </w:rPr>
              <w:t>2022_islas_coronados_isla_coronado_norte_1</w:t>
            </w:r>
          </w:p>
        </w:tc>
        <w:tc>
          <w:tcPr>
            <w:tcW w:w="564" w:type="dxa"/>
            <w:tcMar>
              <w:top w:w="20" w:type="dxa"/>
              <w:left w:w="50" w:type="dxa"/>
              <w:bottom w:w="20" w:type="dxa"/>
              <w:right w:w="50" w:type="dxa"/>
            </w:tcMar>
          </w:tcPr>
          <w:p w14:paraId="54111C56" w14:textId="77777777" w:rsidR="00292F36" w:rsidRDefault="00000000">
            <w:r>
              <w:rPr>
                <w:sz w:val="12"/>
              </w:rPr>
              <w:t>0.16956248</w:t>
            </w:r>
          </w:p>
        </w:tc>
        <w:tc>
          <w:tcPr>
            <w:tcW w:w="564" w:type="dxa"/>
            <w:tcMar>
              <w:top w:w="20" w:type="dxa"/>
              <w:left w:w="50" w:type="dxa"/>
              <w:bottom w:w="20" w:type="dxa"/>
              <w:right w:w="50" w:type="dxa"/>
            </w:tcMar>
          </w:tcPr>
          <w:p w14:paraId="2F78E75C" w14:textId="77777777" w:rsidR="00292F36" w:rsidRDefault="00000000">
            <w:r>
              <w:rPr>
                <w:sz w:val="12"/>
              </w:rPr>
              <w:t>0.96217085</w:t>
            </w:r>
          </w:p>
        </w:tc>
        <w:tc>
          <w:tcPr>
            <w:tcW w:w="564" w:type="dxa"/>
            <w:tcMar>
              <w:top w:w="20" w:type="dxa"/>
              <w:left w:w="50" w:type="dxa"/>
              <w:bottom w:w="20" w:type="dxa"/>
              <w:right w:w="50" w:type="dxa"/>
            </w:tcMar>
          </w:tcPr>
          <w:p w14:paraId="4C507F46" w14:textId="77777777" w:rsidR="00292F36" w:rsidRDefault="00000000">
            <w:r>
              <w:rPr>
                <w:sz w:val="12"/>
              </w:rPr>
              <w:t>2022</w:t>
            </w:r>
          </w:p>
        </w:tc>
        <w:tc>
          <w:tcPr>
            <w:tcW w:w="564" w:type="dxa"/>
            <w:tcMar>
              <w:top w:w="20" w:type="dxa"/>
              <w:left w:w="50" w:type="dxa"/>
              <w:bottom w:w="20" w:type="dxa"/>
              <w:right w:w="50" w:type="dxa"/>
            </w:tcMar>
          </w:tcPr>
          <w:p w14:paraId="472F8BE0" w14:textId="77777777" w:rsidR="00292F36" w:rsidRDefault="00000000">
            <w:r>
              <w:rPr>
                <w:sz w:val="12"/>
              </w:rPr>
              <w:t>coronados</w:t>
            </w:r>
          </w:p>
        </w:tc>
        <w:tc>
          <w:tcPr>
            <w:tcW w:w="564" w:type="dxa"/>
            <w:tcMar>
              <w:top w:w="20" w:type="dxa"/>
              <w:left w:w="50" w:type="dxa"/>
              <w:bottom w:w="20" w:type="dxa"/>
              <w:right w:w="50" w:type="dxa"/>
            </w:tcMar>
          </w:tcPr>
          <w:p w14:paraId="0615FC5A" w14:textId="77777777" w:rsidR="00292F36" w:rsidRDefault="00000000">
            <w:r>
              <w:rPr>
                <w:sz w:val="12"/>
              </w:rPr>
              <w:t>North</w:t>
            </w:r>
          </w:p>
        </w:tc>
        <w:tc>
          <w:tcPr>
            <w:tcW w:w="564" w:type="dxa"/>
            <w:tcMar>
              <w:top w:w="20" w:type="dxa"/>
              <w:left w:w="50" w:type="dxa"/>
              <w:bottom w:w="20" w:type="dxa"/>
              <w:right w:w="50" w:type="dxa"/>
            </w:tcMar>
          </w:tcPr>
          <w:p w14:paraId="147EB25C" w14:textId="77777777" w:rsidR="00292F36" w:rsidRDefault="00000000">
            <w:r>
              <w:rPr>
                <w:sz w:val="12"/>
              </w:rPr>
              <w:t>islas_coronados</w:t>
            </w:r>
          </w:p>
        </w:tc>
        <w:tc>
          <w:tcPr>
            <w:tcW w:w="564" w:type="dxa"/>
            <w:tcMar>
              <w:top w:w="20" w:type="dxa"/>
              <w:left w:w="50" w:type="dxa"/>
              <w:bottom w:w="20" w:type="dxa"/>
              <w:right w:w="50" w:type="dxa"/>
            </w:tcMar>
          </w:tcPr>
          <w:p w14:paraId="5B8D2699" w14:textId="77777777" w:rsidR="00292F36" w:rsidRDefault="00000000">
            <w:r>
              <w:rPr>
                <w:sz w:val="12"/>
              </w:rPr>
              <w:t>isla_coronado_norte</w:t>
            </w:r>
          </w:p>
        </w:tc>
        <w:tc>
          <w:tcPr>
            <w:tcW w:w="564" w:type="dxa"/>
            <w:tcMar>
              <w:top w:w="20" w:type="dxa"/>
              <w:left w:w="50" w:type="dxa"/>
              <w:bottom w:w="20" w:type="dxa"/>
              <w:right w:w="50" w:type="dxa"/>
            </w:tcMar>
          </w:tcPr>
          <w:p w14:paraId="510E97BE" w14:textId="77777777" w:rsidR="00292F36" w:rsidRDefault="00000000">
            <w:r>
              <w:rPr>
                <w:sz w:val="12"/>
              </w:rPr>
              <w:t>10</w:t>
            </w:r>
          </w:p>
        </w:tc>
        <w:tc>
          <w:tcPr>
            <w:tcW w:w="564" w:type="dxa"/>
            <w:tcMar>
              <w:top w:w="20" w:type="dxa"/>
              <w:left w:w="50" w:type="dxa"/>
              <w:bottom w:w="20" w:type="dxa"/>
              <w:right w:w="50" w:type="dxa"/>
            </w:tcMar>
          </w:tcPr>
          <w:p w14:paraId="37E03DE6" w14:textId="77777777" w:rsidR="00292F36" w:rsidRDefault="00000000">
            <w:r>
              <w:rPr>
                <w:sz w:val="12"/>
              </w:rPr>
              <w:t>20.6700001</w:t>
            </w:r>
          </w:p>
        </w:tc>
        <w:tc>
          <w:tcPr>
            <w:tcW w:w="564" w:type="dxa"/>
            <w:tcMar>
              <w:top w:w="20" w:type="dxa"/>
              <w:left w:w="50" w:type="dxa"/>
              <w:bottom w:w="20" w:type="dxa"/>
              <w:right w:w="50" w:type="dxa"/>
            </w:tcMar>
          </w:tcPr>
          <w:p w14:paraId="30B36D48" w14:textId="77777777" w:rsidR="00292F36" w:rsidRDefault="00000000">
            <w:r>
              <w:rPr>
                <w:sz w:val="12"/>
              </w:rPr>
              <w:t>0.17401531</w:t>
            </w:r>
          </w:p>
        </w:tc>
        <w:tc>
          <w:tcPr>
            <w:tcW w:w="564" w:type="dxa"/>
            <w:tcMar>
              <w:top w:w="20" w:type="dxa"/>
              <w:left w:w="50" w:type="dxa"/>
              <w:bottom w:w="20" w:type="dxa"/>
              <w:right w:w="50" w:type="dxa"/>
            </w:tcMar>
          </w:tcPr>
          <w:p w14:paraId="6E743CFE" w14:textId="77777777" w:rsidR="00292F36" w:rsidRDefault="00000000">
            <w:r>
              <w:rPr>
                <w:sz w:val="12"/>
              </w:rPr>
              <w:t>0</w:t>
            </w:r>
          </w:p>
        </w:tc>
        <w:tc>
          <w:tcPr>
            <w:tcW w:w="564" w:type="dxa"/>
            <w:tcMar>
              <w:top w:w="20" w:type="dxa"/>
              <w:left w:w="50" w:type="dxa"/>
              <w:bottom w:w="20" w:type="dxa"/>
              <w:right w:w="50" w:type="dxa"/>
            </w:tcMar>
          </w:tcPr>
          <w:p w14:paraId="7C54D44E" w14:textId="77777777" w:rsidR="00292F36" w:rsidRDefault="00000000">
            <w:r>
              <w:rPr>
                <w:sz w:val="12"/>
              </w:rPr>
              <w:t>0</w:t>
            </w:r>
          </w:p>
        </w:tc>
        <w:tc>
          <w:tcPr>
            <w:tcW w:w="564" w:type="dxa"/>
            <w:tcMar>
              <w:top w:w="20" w:type="dxa"/>
              <w:left w:w="50" w:type="dxa"/>
              <w:bottom w:w="20" w:type="dxa"/>
              <w:right w:w="50" w:type="dxa"/>
            </w:tcMar>
          </w:tcPr>
          <w:p w14:paraId="5D61B416" w14:textId="77777777" w:rsidR="00292F36" w:rsidRDefault="00000000">
            <w:r>
              <w:rPr>
                <w:sz w:val="12"/>
              </w:rPr>
              <w:t>0</w:t>
            </w:r>
          </w:p>
        </w:tc>
        <w:tc>
          <w:tcPr>
            <w:tcW w:w="564" w:type="dxa"/>
            <w:tcMar>
              <w:top w:w="20" w:type="dxa"/>
              <w:left w:w="50" w:type="dxa"/>
              <w:bottom w:w="20" w:type="dxa"/>
              <w:right w:w="50" w:type="dxa"/>
            </w:tcMar>
          </w:tcPr>
          <w:p w14:paraId="0846A4A9" w14:textId="77777777" w:rsidR="00292F36" w:rsidRDefault="00000000">
            <w:r>
              <w:rPr>
                <w:sz w:val="12"/>
              </w:rPr>
              <w:t>1</w:t>
            </w:r>
          </w:p>
        </w:tc>
        <w:tc>
          <w:tcPr>
            <w:tcW w:w="564" w:type="dxa"/>
            <w:tcMar>
              <w:top w:w="20" w:type="dxa"/>
              <w:left w:w="50" w:type="dxa"/>
              <w:bottom w:w="20" w:type="dxa"/>
              <w:right w:w="50" w:type="dxa"/>
            </w:tcMar>
          </w:tcPr>
          <w:p w14:paraId="192793C1" w14:textId="77777777" w:rsidR="00292F36" w:rsidRDefault="00000000">
            <w:r>
              <w:rPr>
                <w:sz w:val="12"/>
              </w:rPr>
              <w:t>0</w:t>
            </w:r>
          </w:p>
        </w:tc>
        <w:tc>
          <w:tcPr>
            <w:tcW w:w="564" w:type="dxa"/>
            <w:tcMar>
              <w:top w:w="20" w:type="dxa"/>
              <w:left w:w="50" w:type="dxa"/>
              <w:bottom w:w="20" w:type="dxa"/>
              <w:right w:w="50" w:type="dxa"/>
            </w:tcMar>
          </w:tcPr>
          <w:p w14:paraId="1E5C1AF9" w14:textId="77777777" w:rsidR="00292F36" w:rsidRDefault="00000000">
            <w:r>
              <w:rPr>
                <w:sz w:val="12"/>
              </w:rPr>
              <w:t>0</w:t>
            </w:r>
          </w:p>
        </w:tc>
        <w:tc>
          <w:tcPr>
            <w:tcW w:w="564" w:type="dxa"/>
            <w:tcMar>
              <w:top w:w="20" w:type="dxa"/>
              <w:left w:w="50" w:type="dxa"/>
              <w:bottom w:w="20" w:type="dxa"/>
              <w:right w:w="50" w:type="dxa"/>
            </w:tcMar>
          </w:tcPr>
          <w:p w14:paraId="4E837D5A" w14:textId="77777777" w:rsidR="00292F36" w:rsidRDefault="00000000">
            <w:r>
              <w:rPr>
                <w:sz w:val="12"/>
              </w:rPr>
              <w:t>0</w:t>
            </w:r>
          </w:p>
        </w:tc>
        <w:tc>
          <w:tcPr>
            <w:tcW w:w="564" w:type="dxa"/>
            <w:tcMar>
              <w:top w:w="20" w:type="dxa"/>
              <w:left w:w="50" w:type="dxa"/>
              <w:bottom w:w="20" w:type="dxa"/>
              <w:right w:w="50" w:type="dxa"/>
            </w:tcMar>
          </w:tcPr>
          <w:p w14:paraId="256CB6B2" w14:textId="77777777" w:rsidR="00292F36" w:rsidRDefault="00000000">
            <w:r>
              <w:rPr>
                <w:sz w:val="12"/>
              </w:rPr>
              <w:t>0</w:t>
            </w:r>
          </w:p>
        </w:tc>
        <w:tc>
          <w:tcPr>
            <w:tcW w:w="564" w:type="dxa"/>
            <w:tcMar>
              <w:top w:w="20" w:type="dxa"/>
              <w:left w:w="50" w:type="dxa"/>
              <w:bottom w:w="20" w:type="dxa"/>
              <w:right w:w="50" w:type="dxa"/>
            </w:tcMar>
          </w:tcPr>
          <w:p w14:paraId="56A98BB3" w14:textId="77777777" w:rsidR="00292F36" w:rsidRDefault="00000000">
            <w:r>
              <w:rPr>
                <w:sz w:val="12"/>
              </w:rPr>
              <w:t>0</w:t>
            </w:r>
          </w:p>
        </w:tc>
        <w:tc>
          <w:tcPr>
            <w:tcW w:w="564" w:type="dxa"/>
            <w:tcMar>
              <w:top w:w="20" w:type="dxa"/>
              <w:left w:w="50" w:type="dxa"/>
              <w:bottom w:w="20" w:type="dxa"/>
              <w:right w:w="50" w:type="dxa"/>
            </w:tcMar>
          </w:tcPr>
          <w:p w14:paraId="41614558" w14:textId="77777777" w:rsidR="00292F36" w:rsidRDefault="00000000">
            <w:r>
              <w:rPr>
                <w:sz w:val="12"/>
              </w:rPr>
              <w:t>0.27910959</w:t>
            </w:r>
          </w:p>
        </w:tc>
        <w:tc>
          <w:tcPr>
            <w:tcW w:w="564" w:type="dxa"/>
            <w:tcMar>
              <w:top w:w="20" w:type="dxa"/>
              <w:left w:w="50" w:type="dxa"/>
              <w:bottom w:w="20" w:type="dxa"/>
              <w:right w:w="50" w:type="dxa"/>
            </w:tcMar>
          </w:tcPr>
          <w:p w14:paraId="4BAE0959" w14:textId="77777777" w:rsidR="00292F36" w:rsidRDefault="00000000">
            <w:r>
              <w:rPr>
                <w:sz w:val="12"/>
              </w:rPr>
              <w:t>0</w:t>
            </w:r>
          </w:p>
        </w:tc>
        <w:tc>
          <w:tcPr>
            <w:tcW w:w="564" w:type="dxa"/>
            <w:tcMar>
              <w:top w:w="20" w:type="dxa"/>
              <w:left w:w="50" w:type="dxa"/>
              <w:bottom w:w="20" w:type="dxa"/>
              <w:right w:w="50" w:type="dxa"/>
            </w:tcMar>
          </w:tcPr>
          <w:p w14:paraId="6EA98700" w14:textId="77777777" w:rsidR="00292F36" w:rsidRDefault="00000000">
            <w:r>
              <w:rPr>
                <w:sz w:val="12"/>
              </w:rPr>
              <w:t>0</w:t>
            </w:r>
          </w:p>
        </w:tc>
        <w:tc>
          <w:tcPr>
            <w:tcW w:w="564" w:type="dxa"/>
            <w:tcMar>
              <w:top w:w="20" w:type="dxa"/>
              <w:left w:w="50" w:type="dxa"/>
              <w:bottom w:w="20" w:type="dxa"/>
              <w:right w:w="50" w:type="dxa"/>
            </w:tcMar>
          </w:tcPr>
          <w:p w14:paraId="78AD0BE0" w14:textId="77777777" w:rsidR="00292F36" w:rsidRDefault="00000000">
            <w:r>
              <w:rPr>
                <w:sz w:val="12"/>
              </w:rPr>
              <w:t>0</w:t>
            </w:r>
          </w:p>
        </w:tc>
        <w:tc>
          <w:tcPr>
            <w:tcW w:w="564" w:type="dxa"/>
            <w:tcMar>
              <w:top w:w="20" w:type="dxa"/>
              <w:left w:w="50" w:type="dxa"/>
              <w:bottom w:w="20" w:type="dxa"/>
              <w:right w:w="50" w:type="dxa"/>
            </w:tcMar>
          </w:tcPr>
          <w:p w14:paraId="21AD7A67" w14:textId="77777777" w:rsidR="00292F36" w:rsidRDefault="00000000">
            <w:r>
              <w:rPr>
                <w:sz w:val="12"/>
              </w:rPr>
              <w:t>0.72089041</w:t>
            </w:r>
          </w:p>
        </w:tc>
      </w:tr>
      <w:tr w:rsidR="00292F36" w14:paraId="772657B7" w14:textId="77777777">
        <w:tc>
          <w:tcPr>
            <w:tcW w:w="564" w:type="dxa"/>
            <w:tcMar>
              <w:top w:w="20" w:type="dxa"/>
              <w:left w:w="50" w:type="dxa"/>
              <w:bottom w:w="20" w:type="dxa"/>
              <w:right w:w="50" w:type="dxa"/>
            </w:tcMar>
          </w:tcPr>
          <w:p w14:paraId="2BDCC550" w14:textId="77777777" w:rsidR="00292F36" w:rsidRDefault="00000000">
            <w:r>
              <w:rPr>
                <w:sz w:val="12"/>
              </w:rPr>
              <w:t>2022_islas_coronados_isla_coronado_norte_2</w:t>
            </w:r>
          </w:p>
        </w:tc>
        <w:tc>
          <w:tcPr>
            <w:tcW w:w="564" w:type="dxa"/>
            <w:tcMar>
              <w:top w:w="20" w:type="dxa"/>
              <w:left w:w="50" w:type="dxa"/>
              <w:bottom w:w="20" w:type="dxa"/>
              <w:right w:w="50" w:type="dxa"/>
            </w:tcMar>
          </w:tcPr>
          <w:p w14:paraId="4F8A5C5D" w14:textId="77777777" w:rsidR="00292F36" w:rsidRDefault="00000000">
            <w:r>
              <w:rPr>
                <w:sz w:val="12"/>
              </w:rPr>
              <w:t>0.39688543</w:t>
            </w:r>
          </w:p>
        </w:tc>
        <w:tc>
          <w:tcPr>
            <w:tcW w:w="564" w:type="dxa"/>
            <w:tcMar>
              <w:top w:w="20" w:type="dxa"/>
              <w:left w:w="50" w:type="dxa"/>
              <w:bottom w:w="20" w:type="dxa"/>
              <w:right w:w="50" w:type="dxa"/>
            </w:tcMar>
          </w:tcPr>
          <w:p w14:paraId="0A062E82" w14:textId="77777777" w:rsidR="00292F36" w:rsidRDefault="00000000">
            <w:r>
              <w:rPr>
                <w:sz w:val="12"/>
              </w:rPr>
              <w:t>0.6072123</w:t>
            </w:r>
          </w:p>
        </w:tc>
        <w:tc>
          <w:tcPr>
            <w:tcW w:w="564" w:type="dxa"/>
            <w:tcMar>
              <w:top w:w="20" w:type="dxa"/>
              <w:left w:w="50" w:type="dxa"/>
              <w:bottom w:w="20" w:type="dxa"/>
              <w:right w:w="50" w:type="dxa"/>
            </w:tcMar>
          </w:tcPr>
          <w:p w14:paraId="2A32F916" w14:textId="77777777" w:rsidR="00292F36" w:rsidRDefault="00000000">
            <w:r>
              <w:rPr>
                <w:sz w:val="12"/>
              </w:rPr>
              <w:t>2022</w:t>
            </w:r>
          </w:p>
        </w:tc>
        <w:tc>
          <w:tcPr>
            <w:tcW w:w="564" w:type="dxa"/>
            <w:tcMar>
              <w:top w:w="20" w:type="dxa"/>
              <w:left w:w="50" w:type="dxa"/>
              <w:bottom w:w="20" w:type="dxa"/>
              <w:right w:w="50" w:type="dxa"/>
            </w:tcMar>
          </w:tcPr>
          <w:p w14:paraId="008A7BE4" w14:textId="77777777" w:rsidR="00292F36" w:rsidRDefault="00000000">
            <w:r>
              <w:rPr>
                <w:sz w:val="12"/>
              </w:rPr>
              <w:t>coronados</w:t>
            </w:r>
          </w:p>
        </w:tc>
        <w:tc>
          <w:tcPr>
            <w:tcW w:w="564" w:type="dxa"/>
            <w:tcMar>
              <w:top w:w="20" w:type="dxa"/>
              <w:left w:w="50" w:type="dxa"/>
              <w:bottom w:w="20" w:type="dxa"/>
              <w:right w:w="50" w:type="dxa"/>
            </w:tcMar>
          </w:tcPr>
          <w:p w14:paraId="5BBF8476" w14:textId="77777777" w:rsidR="00292F36" w:rsidRDefault="00000000">
            <w:r>
              <w:rPr>
                <w:sz w:val="12"/>
              </w:rPr>
              <w:t>North</w:t>
            </w:r>
          </w:p>
        </w:tc>
        <w:tc>
          <w:tcPr>
            <w:tcW w:w="564" w:type="dxa"/>
            <w:tcMar>
              <w:top w:w="20" w:type="dxa"/>
              <w:left w:w="50" w:type="dxa"/>
              <w:bottom w:w="20" w:type="dxa"/>
              <w:right w:w="50" w:type="dxa"/>
            </w:tcMar>
          </w:tcPr>
          <w:p w14:paraId="5D498A45" w14:textId="77777777" w:rsidR="00292F36" w:rsidRDefault="00000000">
            <w:r>
              <w:rPr>
                <w:sz w:val="12"/>
              </w:rPr>
              <w:t>islas_coronados</w:t>
            </w:r>
          </w:p>
        </w:tc>
        <w:tc>
          <w:tcPr>
            <w:tcW w:w="564" w:type="dxa"/>
            <w:tcMar>
              <w:top w:w="20" w:type="dxa"/>
              <w:left w:w="50" w:type="dxa"/>
              <w:bottom w:w="20" w:type="dxa"/>
              <w:right w:w="50" w:type="dxa"/>
            </w:tcMar>
          </w:tcPr>
          <w:p w14:paraId="694A517B" w14:textId="77777777" w:rsidR="00292F36" w:rsidRDefault="00000000">
            <w:r>
              <w:rPr>
                <w:sz w:val="12"/>
              </w:rPr>
              <w:t>isla_coronado_norte</w:t>
            </w:r>
          </w:p>
        </w:tc>
        <w:tc>
          <w:tcPr>
            <w:tcW w:w="564" w:type="dxa"/>
            <w:tcMar>
              <w:top w:w="20" w:type="dxa"/>
              <w:left w:w="50" w:type="dxa"/>
              <w:bottom w:w="20" w:type="dxa"/>
              <w:right w:w="50" w:type="dxa"/>
            </w:tcMar>
          </w:tcPr>
          <w:p w14:paraId="6324C269" w14:textId="77777777" w:rsidR="00292F36" w:rsidRDefault="00000000">
            <w:r>
              <w:rPr>
                <w:sz w:val="12"/>
              </w:rPr>
              <w:t>10</w:t>
            </w:r>
          </w:p>
        </w:tc>
        <w:tc>
          <w:tcPr>
            <w:tcW w:w="564" w:type="dxa"/>
            <w:tcMar>
              <w:top w:w="20" w:type="dxa"/>
              <w:left w:w="50" w:type="dxa"/>
              <w:bottom w:w="20" w:type="dxa"/>
              <w:right w:w="50" w:type="dxa"/>
            </w:tcMar>
          </w:tcPr>
          <w:p w14:paraId="1443111C" w14:textId="77777777" w:rsidR="00292F36" w:rsidRDefault="00000000">
            <w:r>
              <w:rPr>
                <w:sz w:val="12"/>
              </w:rPr>
              <w:t>20.6700001</w:t>
            </w:r>
          </w:p>
        </w:tc>
        <w:tc>
          <w:tcPr>
            <w:tcW w:w="564" w:type="dxa"/>
            <w:tcMar>
              <w:top w:w="20" w:type="dxa"/>
              <w:left w:w="50" w:type="dxa"/>
              <w:bottom w:w="20" w:type="dxa"/>
              <w:right w:w="50" w:type="dxa"/>
            </w:tcMar>
          </w:tcPr>
          <w:p w14:paraId="6BF42647" w14:textId="77777777" w:rsidR="00292F36" w:rsidRDefault="00000000">
            <w:r>
              <w:rPr>
                <w:sz w:val="12"/>
              </w:rPr>
              <w:t>0.17401531</w:t>
            </w:r>
          </w:p>
        </w:tc>
        <w:tc>
          <w:tcPr>
            <w:tcW w:w="564" w:type="dxa"/>
            <w:tcMar>
              <w:top w:w="20" w:type="dxa"/>
              <w:left w:w="50" w:type="dxa"/>
              <w:bottom w:w="20" w:type="dxa"/>
              <w:right w:w="50" w:type="dxa"/>
            </w:tcMar>
          </w:tcPr>
          <w:p w14:paraId="106D5A19" w14:textId="77777777" w:rsidR="00292F36" w:rsidRDefault="00000000">
            <w:r>
              <w:rPr>
                <w:sz w:val="12"/>
              </w:rPr>
              <w:t>0</w:t>
            </w:r>
          </w:p>
        </w:tc>
        <w:tc>
          <w:tcPr>
            <w:tcW w:w="564" w:type="dxa"/>
            <w:tcMar>
              <w:top w:w="20" w:type="dxa"/>
              <w:left w:w="50" w:type="dxa"/>
              <w:bottom w:w="20" w:type="dxa"/>
              <w:right w:w="50" w:type="dxa"/>
            </w:tcMar>
          </w:tcPr>
          <w:p w14:paraId="4E261E90" w14:textId="77777777" w:rsidR="00292F36" w:rsidRDefault="00000000">
            <w:r>
              <w:rPr>
                <w:sz w:val="12"/>
              </w:rPr>
              <w:t>0.06896552</w:t>
            </w:r>
          </w:p>
        </w:tc>
        <w:tc>
          <w:tcPr>
            <w:tcW w:w="564" w:type="dxa"/>
            <w:tcMar>
              <w:top w:w="20" w:type="dxa"/>
              <w:left w:w="50" w:type="dxa"/>
              <w:bottom w:w="20" w:type="dxa"/>
              <w:right w:w="50" w:type="dxa"/>
            </w:tcMar>
          </w:tcPr>
          <w:p w14:paraId="276F5DF8" w14:textId="77777777" w:rsidR="00292F36" w:rsidRDefault="00000000">
            <w:r>
              <w:rPr>
                <w:sz w:val="12"/>
              </w:rPr>
              <w:t>0</w:t>
            </w:r>
          </w:p>
        </w:tc>
        <w:tc>
          <w:tcPr>
            <w:tcW w:w="564" w:type="dxa"/>
            <w:tcMar>
              <w:top w:w="20" w:type="dxa"/>
              <w:left w:w="50" w:type="dxa"/>
              <w:bottom w:w="20" w:type="dxa"/>
              <w:right w:w="50" w:type="dxa"/>
            </w:tcMar>
          </w:tcPr>
          <w:p w14:paraId="7674BCE5" w14:textId="77777777" w:rsidR="00292F36" w:rsidRDefault="00000000">
            <w:r>
              <w:rPr>
                <w:sz w:val="12"/>
              </w:rPr>
              <w:t>0.93103448</w:t>
            </w:r>
          </w:p>
        </w:tc>
        <w:tc>
          <w:tcPr>
            <w:tcW w:w="564" w:type="dxa"/>
            <w:tcMar>
              <w:top w:w="20" w:type="dxa"/>
              <w:left w:w="50" w:type="dxa"/>
              <w:bottom w:w="20" w:type="dxa"/>
              <w:right w:w="50" w:type="dxa"/>
            </w:tcMar>
          </w:tcPr>
          <w:p w14:paraId="777F9A2B" w14:textId="77777777" w:rsidR="00292F36" w:rsidRDefault="00000000">
            <w:r>
              <w:rPr>
                <w:sz w:val="12"/>
              </w:rPr>
              <w:t>0</w:t>
            </w:r>
          </w:p>
        </w:tc>
        <w:tc>
          <w:tcPr>
            <w:tcW w:w="564" w:type="dxa"/>
            <w:tcMar>
              <w:top w:w="20" w:type="dxa"/>
              <w:left w:w="50" w:type="dxa"/>
              <w:bottom w:w="20" w:type="dxa"/>
              <w:right w:w="50" w:type="dxa"/>
            </w:tcMar>
          </w:tcPr>
          <w:p w14:paraId="754A62EC" w14:textId="77777777" w:rsidR="00292F36" w:rsidRDefault="00000000">
            <w:r>
              <w:rPr>
                <w:sz w:val="12"/>
              </w:rPr>
              <w:t>0</w:t>
            </w:r>
          </w:p>
        </w:tc>
        <w:tc>
          <w:tcPr>
            <w:tcW w:w="564" w:type="dxa"/>
            <w:tcMar>
              <w:top w:w="20" w:type="dxa"/>
              <w:left w:w="50" w:type="dxa"/>
              <w:bottom w:w="20" w:type="dxa"/>
              <w:right w:w="50" w:type="dxa"/>
            </w:tcMar>
          </w:tcPr>
          <w:p w14:paraId="41C1E8F4" w14:textId="77777777" w:rsidR="00292F36" w:rsidRDefault="00000000">
            <w:r>
              <w:rPr>
                <w:sz w:val="12"/>
              </w:rPr>
              <w:t>0</w:t>
            </w:r>
          </w:p>
        </w:tc>
        <w:tc>
          <w:tcPr>
            <w:tcW w:w="564" w:type="dxa"/>
            <w:tcMar>
              <w:top w:w="20" w:type="dxa"/>
              <w:left w:w="50" w:type="dxa"/>
              <w:bottom w:w="20" w:type="dxa"/>
              <w:right w:w="50" w:type="dxa"/>
            </w:tcMar>
          </w:tcPr>
          <w:p w14:paraId="47129DCD" w14:textId="77777777" w:rsidR="00292F36" w:rsidRDefault="00000000">
            <w:r>
              <w:rPr>
                <w:sz w:val="12"/>
              </w:rPr>
              <w:t>0</w:t>
            </w:r>
          </w:p>
        </w:tc>
        <w:tc>
          <w:tcPr>
            <w:tcW w:w="564" w:type="dxa"/>
            <w:tcMar>
              <w:top w:w="20" w:type="dxa"/>
              <w:left w:w="50" w:type="dxa"/>
              <w:bottom w:w="20" w:type="dxa"/>
              <w:right w:w="50" w:type="dxa"/>
            </w:tcMar>
          </w:tcPr>
          <w:p w14:paraId="303C8E0D" w14:textId="77777777" w:rsidR="00292F36" w:rsidRDefault="00000000">
            <w:r>
              <w:rPr>
                <w:sz w:val="12"/>
              </w:rPr>
              <w:t>0.0173913</w:t>
            </w:r>
          </w:p>
        </w:tc>
        <w:tc>
          <w:tcPr>
            <w:tcW w:w="564" w:type="dxa"/>
            <w:tcMar>
              <w:top w:w="20" w:type="dxa"/>
              <w:left w:w="50" w:type="dxa"/>
              <w:bottom w:w="20" w:type="dxa"/>
              <w:right w:w="50" w:type="dxa"/>
            </w:tcMar>
          </w:tcPr>
          <w:p w14:paraId="1E2254A1" w14:textId="77777777" w:rsidR="00292F36" w:rsidRDefault="00000000">
            <w:r>
              <w:rPr>
                <w:sz w:val="12"/>
              </w:rPr>
              <w:t>0.63043478</w:t>
            </w:r>
          </w:p>
        </w:tc>
        <w:tc>
          <w:tcPr>
            <w:tcW w:w="564" w:type="dxa"/>
            <w:tcMar>
              <w:top w:w="20" w:type="dxa"/>
              <w:left w:w="50" w:type="dxa"/>
              <w:bottom w:w="20" w:type="dxa"/>
              <w:right w:w="50" w:type="dxa"/>
            </w:tcMar>
          </w:tcPr>
          <w:p w14:paraId="2615580A" w14:textId="77777777" w:rsidR="00292F36" w:rsidRDefault="00000000">
            <w:r>
              <w:rPr>
                <w:sz w:val="12"/>
              </w:rPr>
              <w:t>0.02608696</w:t>
            </w:r>
          </w:p>
        </w:tc>
        <w:tc>
          <w:tcPr>
            <w:tcW w:w="564" w:type="dxa"/>
            <w:tcMar>
              <w:top w:w="20" w:type="dxa"/>
              <w:left w:w="50" w:type="dxa"/>
              <w:bottom w:w="20" w:type="dxa"/>
              <w:right w:w="50" w:type="dxa"/>
            </w:tcMar>
          </w:tcPr>
          <w:p w14:paraId="1BDF5047" w14:textId="77777777" w:rsidR="00292F36" w:rsidRDefault="00000000">
            <w:r>
              <w:rPr>
                <w:sz w:val="12"/>
              </w:rPr>
              <w:t>0</w:t>
            </w:r>
          </w:p>
        </w:tc>
        <w:tc>
          <w:tcPr>
            <w:tcW w:w="564" w:type="dxa"/>
            <w:tcMar>
              <w:top w:w="20" w:type="dxa"/>
              <w:left w:w="50" w:type="dxa"/>
              <w:bottom w:w="20" w:type="dxa"/>
              <w:right w:w="50" w:type="dxa"/>
            </w:tcMar>
          </w:tcPr>
          <w:p w14:paraId="611762B2" w14:textId="77777777" w:rsidR="00292F36" w:rsidRDefault="00000000">
            <w:r>
              <w:rPr>
                <w:sz w:val="12"/>
              </w:rPr>
              <w:t>0</w:t>
            </w:r>
          </w:p>
        </w:tc>
        <w:tc>
          <w:tcPr>
            <w:tcW w:w="564" w:type="dxa"/>
            <w:tcMar>
              <w:top w:w="20" w:type="dxa"/>
              <w:left w:w="50" w:type="dxa"/>
              <w:bottom w:w="20" w:type="dxa"/>
              <w:right w:w="50" w:type="dxa"/>
            </w:tcMar>
          </w:tcPr>
          <w:p w14:paraId="59323BA0" w14:textId="77777777" w:rsidR="00292F36" w:rsidRDefault="00000000">
            <w:r>
              <w:rPr>
                <w:sz w:val="12"/>
              </w:rPr>
              <w:t>0.32608696</w:t>
            </w:r>
          </w:p>
        </w:tc>
      </w:tr>
      <w:tr w:rsidR="00292F36" w14:paraId="1A1CE786" w14:textId="77777777">
        <w:tc>
          <w:tcPr>
            <w:tcW w:w="564" w:type="dxa"/>
            <w:tcMar>
              <w:top w:w="20" w:type="dxa"/>
              <w:left w:w="50" w:type="dxa"/>
              <w:bottom w:w="20" w:type="dxa"/>
              <w:right w:w="50" w:type="dxa"/>
            </w:tcMar>
          </w:tcPr>
          <w:p w14:paraId="15000B95" w14:textId="77777777" w:rsidR="00292F36" w:rsidRDefault="00000000">
            <w:r>
              <w:rPr>
                <w:sz w:val="12"/>
              </w:rPr>
              <w:t>2022_islas_coronados_isla_coronado_pilon_1</w:t>
            </w:r>
          </w:p>
        </w:tc>
        <w:tc>
          <w:tcPr>
            <w:tcW w:w="564" w:type="dxa"/>
            <w:tcMar>
              <w:top w:w="20" w:type="dxa"/>
              <w:left w:w="50" w:type="dxa"/>
              <w:bottom w:w="20" w:type="dxa"/>
              <w:right w:w="50" w:type="dxa"/>
            </w:tcMar>
          </w:tcPr>
          <w:p w14:paraId="3DC90F99" w14:textId="77777777" w:rsidR="00292F36" w:rsidRDefault="00000000">
            <w:r>
              <w:rPr>
                <w:sz w:val="12"/>
              </w:rPr>
              <w:t>0.76808381</w:t>
            </w:r>
          </w:p>
        </w:tc>
        <w:tc>
          <w:tcPr>
            <w:tcW w:w="564" w:type="dxa"/>
            <w:tcMar>
              <w:top w:w="20" w:type="dxa"/>
              <w:left w:w="50" w:type="dxa"/>
              <w:bottom w:w="20" w:type="dxa"/>
              <w:right w:w="50" w:type="dxa"/>
            </w:tcMar>
          </w:tcPr>
          <w:p w14:paraId="65682A76" w14:textId="77777777" w:rsidR="00292F36" w:rsidRDefault="00000000">
            <w:r>
              <w:rPr>
                <w:sz w:val="12"/>
              </w:rPr>
              <w:t>-0.3156726</w:t>
            </w:r>
          </w:p>
        </w:tc>
        <w:tc>
          <w:tcPr>
            <w:tcW w:w="564" w:type="dxa"/>
            <w:tcMar>
              <w:top w:w="20" w:type="dxa"/>
              <w:left w:w="50" w:type="dxa"/>
              <w:bottom w:w="20" w:type="dxa"/>
              <w:right w:w="50" w:type="dxa"/>
            </w:tcMar>
          </w:tcPr>
          <w:p w14:paraId="6831CE73" w14:textId="77777777" w:rsidR="00292F36" w:rsidRDefault="00000000">
            <w:r>
              <w:rPr>
                <w:sz w:val="12"/>
              </w:rPr>
              <w:t>2022</w:t>
            </w:r>
          </w:p>
        </w:tc>
        <w:tc>
          <w:tcPr>
            <w:tcW w:w="564" w:type="dxa"/>
            <w:tcMar>
              <w:top w:w="20" w:type="dxa"/>
              <w:left w:w="50" w:type="dxa"/>
              <w:bottom w:w="20" w:type="dxa"/>
              <w:right w:w="50" w:type="dxa"/>
            </w:tcMar>
          </w:tcPr>
          <w:p w14:paraId="59CA0CF5" w14:textId="77777777" w:rsidR="00292F36" w:rsidRDefault="00000000">
            <w:r>
              <w:rPr>
                <w:sz w:val="12"/>
              </w:rPr>
              <w:t>coronados</w:t>
            </w:r>
          </w:p>
        </w:tc>
        <w:tc>
          <w:tcPr>
            <w:tcW w:w="564" w:type="dxa"/>
            <w:tcMar>
              <w:top w:w="20" w:type="dxa"/>
              <w:left w:w="50" w:type="dxa"/>
              <w:bottom w:w="20" w:type="dxa"/>
              <w:right w:w="50" w:type="dxa"/>
            </w:tcMar>
          </w:tcPr>
          <w:p w14:paraId="37600485" w14:textId="77777777" w:rsidR="00292F36" w:rsidRDefault="00000000">
            <w:r>
              <w:rPr>
                <w:sz w:val="12"/>
              </w:rPr>
              <w:t>North</w:t>
            </w:r>
          </w:p>
        </w:tc>
        <w:tc>
          <w:tcPr>
            <w:tcW w:w="564" w:type="dxa"/>
            <w:tcMar>
              <w:top w:w="20" w:type="dxa"/>
              <w:left w:w="50" w:type="dxa"/>
              <w:bottom w:w="20" w:type="dxa"/>
              <w:right w:w="50" w:type="dxa"/>
            </w:tcMar>
          </w:tcPr>
          <w:p w14:paraId="799A4345" w14:textId="77777777" w:rsidR="00292F36" w:rsidRDefault="00000000">
            <w:r>
              <w:rPr>
                <w:sz w:val="12"/>
              </w:rPr>
              <w:t>islas_coronados</w:t>
            </w:r>
          </w:p>
        </w:tc>
        <w:tc>
          <w:tcPr>
            <w:tcW w:w="564" w:type="dxa"/>
            <w:tcMar>
              <w:top w:w="20" w:type="dxa"/>
              <w:left w:w="50" w:type="dxa"/>
              <w:bottom w:w="20" w:type="dxa"/>
              <w:right w:w="50" w:type="dxa"/>
            </w:tcMar>
          </w:tcPr>
          <w:p w14:paraId="2E13AFEB" w14:textId="77777777" w:rsidR="00292F36" w:rsidRDefault="00000000">
            <w:r>
              <w:rPr>
                <w:sz w:val="12"/>
              </w:rPr>
              <w:t>isla_coronado_pilon</w:t>
            </w:r>
          </w:p>
        </w:tc>
        <w:tc>
          <w:tcPr>
            <w:tcW w:w="564" w:type="dxa"/>
            <w:tcMar>
              <w:top w:w="20" w:type="dxa"/>
              <w:left w:w="50" w:type="dxa"/>
              <w:bottom w:w="20" w:type="dxa"/>
              <w:right w:w="50" w:type="dxa"/>
            </w:tcMar>
          </w:tcPr>
          <w:p w14:paraId="44509BF8" w14:textId="77777777" w:rsidR="00292F36" w:rsidRDefault="00000000">
            <w:r>
              <w:rPr>
                <w:sz w:val="12"/>
              </w:rPr>
              <w:t>8</w:t>
            </w:r>
          </w:p>
        </w:tc>
        <w:tc>
          <w:tcPr>
            <w:tcW w:w="564" w:type="dxa"/>
            <w:tcMar>
              <w:top w:w="20" w:type="dxa"/>
              <w:left w:w="50" w:type="dxa"/>
              <w:bottom w:w="20" w:type="dxa"/>
              <w:right w:w="50" w:type="dxa"/>
            </w:tcMar>
          </w:tcPr>
          <w:p w14:paraId="637C4B83" w14:textId="77777777" w:rsidR="00292F36" w:rsidRDefault="00000000">
            <w:r>
              <w:rPr>
                <w:sz w:val="12"/>
              </w:rPr>
              <w:t>20.7800007</w:t>
            </w:r>
          </w:p>
        </w:tc>
        <w:tc>
          <w:tcPr>
            <w:tcW w:w="564" w:type="dxa"/>
            <w:tcMar>
              <w:top w:w="20" w:type="dxa"/>
              <w:left w:w="50" w:type="dxa"/>
              <w:bottom w:w="20" w:type="dxa"/>
              <w:right w:w="50" w:type="dxa"/>
            </w:tcMar>
          </w:tcPr>
          <w:p w14:paraId="3269D94D" w14:textId="77777777" w:rsidR="00292F36" w:rsidRDefault="00000000">
            <w:r>
              <w:rPr>
                <w:sz w:val="12"/>
              </w:rPr>
              <w:t>0.17901562</w:t>
            </w:r>
          </w:p>
        </w:tc>
        <w:tc>
          <w:tcPr>
            <w:tcW w:w="564" w:type="dxa"/>
            <w:tcMar>
              <w:top w:w="20" w:type="dxa"/>
              <w:left w:w="50" w:type="dxa"/>
              <w:bottom w:w="20" w:type="dxa"/>
              <w:right w:w="50" w:type="dxa"/>
            </w:tcMar>
          </w:tcPr>
          <w:p w14:paraId="21C22A5A" w14:textId="77777777" w:rsidR="00292F36" w:rsidRDefault="00000000">
            <w:r>
              <w:rPr>
                <w:sz w:val="12"/>
              </w:rPr>
              <w:t>0</w:t>
            </w:r>
          </w:p>
        </w:tc>
        <w:tc>
          <w:tcPr>
            <w:tcW w:w="564" w:type="dxa"/>
            <w:tcMar>
              <w:top w:w="20" w:type="dxa"/>
              <w:left w:w="50" w:type="dxa"/>
              <w:bottom w:w="20" w:type="dxa"/>
              <w:right w:w="50" w:type="dxa"/>
            </w:tcMar>
          </w:tcPr>
          <w:p w14:paraId="30DF8E32" w14:textId="77777777" w:rsidR="00292F36" w:rsidRDefault="00000000">
            <w:r>
              <w:rPr>
                <w:sz w:val="12"/>
              </w:rPr>
              <w:t>1</w:t>
            </w:r>
          </w:p>
        </w:tc>
        <w:tc>
          <w:tcPr>
            <w:tcW w:w="564" w:type="dxa"/>
            <w:tcMar>
              <w:top w:w="20" w:type="dxa"/>
              <w:left w:w="50" w:type="dxa"/>
              <w:bottom w:w="20" w:type="dxa"/>
              <w:right w:w="50" w:type="dxa"/>
            </w:tcMar>
          </w:tcPr>
          <w:p w14:paraId="0B5EE34B" w14:textId="77777777" w:rsidR="00292F36" w:rsidRDefault="00000000">
            <w:r>
              <w:rPr>
                <w:sz w:val="12"/>
              </w:rPr>
              <w:t>0</w:t>
            </w:r>
          </w:p>
        </w:tc>
        <w:tc>
          <w:tcPr>
            <w:tcW w:w="564" w:type="dxa"/>
            <w:tcMar>
              <w:top w:w="20" w:type="dxa"/>
              <w:left w:w="50" w:type="dxa"/>
              <w:bottom w:w="20" w:type="dxa"/>
              <w:right w:w="50" w:type="dxa"/>
            </w:tcMar>
          </w:tcPr>
          <w:p w14:paraId="52426087" w14:textId="77777777" w:rsidR="00292F36" w:rsidRDefault="00000000">
            <w:r>
              <w:rPr>
                <w:sz w:val="12"/>
              </w:rPr>
              <w:t>0</w:t>
            </w:r>
          </w:p>
        </w:tc>
        <w:tc>
          <w:tcPr>
            <w:tcW w:w="564" w:type="dxa"/>
            <w:tcMar>
              <w:top w:w="20" w:type="dxa"/>
              <w:left w:w="50" w:type="dxa"/>
              <w:bottom w:w="20" w:type="dxa"/>
              <w:right w:w="50" w:type="dxa"/>
            </w:tcMar>
          </w:tcPr>
          <w:p w14:paraId="577E024B" w14:textId="77777777" w:rsidR="00292F36" w:rsidRDefault="00000000">
            <w:r>
              <w:rPr>
                <w:sz w:val="12"/>
              </w:rPr>
              <w:t>0</w:t>
            </w:r>
          </w:p>
        </w:tc>
        <w:tc>
          <w:tcPr>
            <w:tcW w:w="564" w:type="dxa"/>
            <w:tcMar>
              <w:top w:w="20" w:type="dxa"/>
              <w:left w:w="50" w:type="dxa"/>
              <w:bottom w:w="20" w:type="dxa"/>
              <w:right w:w="50" w:type="dxa"/>
            </w:tcMar>
          </w:tcPr>
          <w:p w14:paraId="182ADCA0" w14:textId="77777777" w:rsidR="00292F36" w:rsidRDefault="00000000">
            <w:r>
              <w:rPr>
                <w:sz w:val="12"/>
              </w:rPr>
              <w:t>0</w:t>
            </w:r>
          </w:p>
        </w:tc>
        <w:tc>
          <w:tcPr>
            <w:tcW w:w="564" w:type="dxa"/>
            <w:tcMar>
              <w:top w:w="20" w:type="dxa"/>
              <w:left w:w="50" w:type="dxa"/>
              <w:bottom w:w="20" w:type="dxa"/>
              <w:right w:w="50" w:type="dxa"/>
            </w:tcMar>
          </w:tcPr>
          <w:p w14:paraId="3F5EB6C0" w14:textId="77777777" w:rsidR="00292F36" w:rsidRDefault="00000000">
            <w:r>
              <w:rPr>
                <w:sz w:val="12"/>
              </w:rPr>
              <w:t>0</w:t>
            </w:r>
          </w:p>
        </w:tc>
        <w:tc>
          <w:tcPr>
            <w:tcW w:w="564" w:type="dxa"/>
            <w:tcMar>
              <w:top w:w="20" w:type="dxa"/>
              <w:left w:w="50" w:type="dxa"/>
              <w:bottom w:w="20" w:type="dxa"/>
              <w:right w:w="50" w:type="dxa"/>
            </w:tcMar>
          </w:tcPr>
          <w:p w14:paraId="2F95A850" w14:textId="77777777" w:rsidR="00292F36" w:rsidRDefault="00000000">
            <w:r>
              <w:rPr>
                <w:sz w:val="12"/>
              </w:rPr>
              <w:t>0</w:t>
            </w:r>
          </w:p>
        </w:tc>
        <w:tc>
          <w:tcPr>
            <w:tcW w:w="564" w:type="dxa"/>
            <w:tcMar>
              <w:top w:w="20" w:type="dxa"/>
              <w:left w:w="50" w:type="dxa"/>
              <w:bottom w:w="20" w:type="dxa"/>
              <w:right w:w="50" w:type="dxa"/>
            </w:tcMar>
          </w:tcPr>
          <w:p w14:paraId="1B66C042" w14:textId="77777777" w:rsidR="00292F36" w:rsidRDefault="00000000">
            <w:r>
              <w:rPr>
                <w:sz w:val="12"/>
              </w:rPr>
              <w:t>0.30612245</w:t>
            </w:r>
          </w:p>
        </w:tc>
        <w:tc>
          <w:tcPr>
            <w:tcW w:w="564" w:type="dxa"/>
            <w:tcMar>
              <w:top w:w="20" w:type="dxa"/>
              <w:left w:w="50" w:type="dxa"/>
              <w:bottom w:w="20" w:type="dxa"/>
              <w:right w:w="50" w:type="dxa"/>
            </w:tcMar>
          </w:tcPr>
          <w:p w14:paraId="4FEA6A7C" w14:textId="77777777" w:rsidR="00292F36" w:rsidRDefault="00000000">
            <w:r>
              <w:rPr>
                <w:sz w:val="12"/>
              </w:rPr>
              <w:t>0.28163265</w:t>
            </w:r>
          </w:p>
        </w:tc>
        <w:tc>
          <w:tcPr>
            <w:tcW w:w="564" w:type="dxa"/>
            <w:tcMar>
              <w:top w:w="20" w:type="dxa"/>
              <w:left w:w="50" w:type="dxa"/>
              <w:bottom w:w="20" w:type="dxa"/>
              <w:right w:w="50" w:type="dxa"/>
            </w:tcMar>
          </w:tcPr>
          <w:p w14:paraId="6F03EDF6" w14:textId="77777777" w:rsidR="00292F36" w:rsidRDefault="00000000">
            <w:r>
              <w:rPr>
                <w:sz w:val="12"/>
              </w:rPr>
              <w:t>0.01632653</w:t>
            </w:r>
          </w:p>
        </w:tc>
        <w:tc>
          <w:tcPr>
            <w:tcW w:w="564" w:type="dxa"/>
            <w:tcMar>
              <w:top w:w="20" w:type="dxa"/>
              <w:left w:w="50" w:type="dxa"/>
              <w:bottom w:w="20" w:type="dxa"/>
              <w:right w:w="50" w:type="dxa"/>
            </w:tcMar>
          </w:tcPr>
          <w:p w14:paraId="04CCEB2F" w14:textId="77777777" w:rsidR="00292F36" w:rsidRDefault="00000000">
            <w:r>
              <w:rPr>
                <w:sz w:val="12"/>
              </w:rPr>
              <w:t>0.02040816</w:t>
            </w:r>
          </w:p>
        </w:tc>
        <w:tc>
          <w:tcPr>
            <w:tcW w:w="564" w:type="dxa"/>
            <w:tcMar>
              <w:top w:w="20" w:type="dxa"/>
              <w:left w:w="50" w:type="dxa"/>
              <w:bottom w:w="20" w:type="dxa"/>
              <w:right w:w="50" w:type="dxa"/>
            </w:tcMar>
          </w:tcPr>
          <w:p w14:paraId="44672472" w14:textId="77777777" w:rsidR="00292F36" w:rsidRDefault="00000000">
            <w:r>
              <w:rPr>
                <w:sz w:val="12"/>
              </w:rPr>
              <w:t>0.00816327</w:t>
            </w:r>
          </w:p>
        </w:tc>
        <w:tc>
          <w:tcPr>
            <w:tcW w:w="564" w:type="dxa"/>
            <w:tcMar>
              <w:top w:w="20" w:type="dxa"/>
              <w:left w:w="50" w:type="dxa"/>
              <w:bottom w:w="20" w:type="dxa"/>
              <w:right w:w="50" w:type="dxa"/>
            </w:tcMar>
          </w:tcPr>
          <w:p w14:paraId="43EDEFFF" w14:textId="77777777" w:rsidR="00292F36" w:rsidRDefault="00000000">
            <w:r>
              <w:rPr>
                <w:sz w:val="12"/>
              </w:rPr>
              <w:t>0.36734694</w:t>
            </w:r>
          </w:p>
        </w:tc>
      </w:tr>
      <w:tr w:rsidR="00292F36" w14:paraId="52AA5409" w14:textId="77777777">
        <w:tc>
          <w:tcPr>
            <w:tcW w:w="564" w:type="dxa"/>
            <w:tcMar>
              <w:top w:w="20" w:type="dxa"/>
              <w:left w:w="50" w:type="dxa"/>
              <w:bottom w:w="20" w:type="dxa"/>
              <w:right w:w="50" w:type="dxa"/>
            </w:tcMar>
          </w:tcPr>
          <w:p w14:paraId="61EACA02" w14:textId="77777777" w:rsidR="00292F36" w:rsidRDefault="00000000">
            <w:r>
              <w:rPr>
                <w:sz w:val="12"/>
              </w:rPr>
              <w:t>2022_islas_coronados_isla_coronado_pilon_2</w:t>
            </w:r>
          </w:p>
        </w:tc>
        <w:tc>
          <w:tcPr>
            <w:tcW w:w="564" w:type="dxa"/>
            <w:tcMar>
              <w:top w:w="20" w:type="dxa"/>
              <w:left w:w="50" w:type="dxa"/>
              <w:bottom w:w="20" w:type="dxa"/>
              <w:right w:w="50" w:type="dxa"/>
            </w:tcMar>
          </w:tcPr>
          <w:p w14:paraId="07548FC3" w14:textId="77777777" w:rsidR="00292F36" w:rsidRDefault="00000000">
            <w:r>
              <w:rPr>
                <w:sz w:val="12"/>
              </w:rPr>
              <w:t>0.71088878</w:t>
            </w:r>
          </w:p>
        </w:tc>
        <w:tc>
          <w:tcPr>
            <w:tcW w:w="564" w:type="dxa"/>
            <w:tcMar>
              <w:top w:w="20" w:type="dxa"/>
              <w:left w:w="50" w:type="dxa"/>
              <w:bottom w:w="20" w:type="dxa"/>
              <w:right w:w="50" w:type="dxa"/>
            </w:tcMar>
          </w:tcPr>
          <w:p w14:paraId="521BE7EE" w14:textId="77777777" w:rsidR="00292F36" w:rsidRDefault="00000000">
            <w:r>
              <w:rPr>
                <w:sz w:val="12"/>
              </w:rPr>
              <w:t>-0.3595988</w:t>
            </w:r>
          </w:p>
        </w:tc>
        <w:tc>
          <w:tcPr>
            <w:tcW w:w="564" w:type="dxa"/>
            <w:tcMar>
              <w:top w:w="20" w:type="dxa"/>
              <w:left w:w="50" w:type="dxa"/>
              <w:bottom w:w="20" w:type="dxa"/>
              <w:right w:w="50" w:type="dxa"/>
            </w:tcMar>
          </w:tcPr>
          <w:p w14:paraId="139D893A" w14:textId="77777777" w:rsidR="00292F36" w:rsidRDefault="00000000">
            <w:r>
              <w:rPr>
                <w:sz w:val="12"/>
              </w:rPr>
              <w:t>NA</w:t>
            </w:r>
          </w:p>
        </w:tc>
        <w:tc>
          <w:tcPr>
            <w:tcW w:w="564" w:type="dxa"/>
            <w:tcMar>
              <w:top w:w="20" w:type="dxa"/>
              <w:left w:w="50" w:type="dxa"/>
              <w:bottom w:w="20" w:type="dxa"/>
              <w:right w:w="50" w:type="dxa"/>
            </w:tcMar>
          </w:tcPr>
          <w:p w14:paraId="1DA641E6" w14:textId="77777777" w:rsidR="00292F36" w:rsidRDefault="00000000">
            <w:r>
              <w:rPr>
                <w:sz w:val="12"/>
              </w:rPr>
              <w:t>NA</w:t>
            </w:r>
          </w:p>
        </w:tc>
        <w:tc>
          <w:tcPr>
            <w:tcW w:w="564" w:type="dxa"/>
            <w:tcMar>
              <w:top w:w="20" w:type="dxa"/>
              <w:left w:w="50" w:type="dxa"/>
              <w:bottom w:w="20" w:type="dxa"/>
              <w:right w:w="50" w:type="dxa"/>
            </w:tcMar>
          </w:tcPr>
          <w:p w14:paraId="0E3AE781" w14:textId="77777777" w:rsidR="00292F36" w:rsidRDefault="00000000">
            <w:r>
              <w:rPr>
                <w:sz w:val="12"/>
              </w:rPr>
              <w:t>NA</w:t>
            </w:r>
          </w:p>
        </w:tc>
        <w:tc>
          <w:tcPr>
            <w:tcW w:w="564" w:type="dxa"/>
            <w:tcMar>
              <w:top w:w="20" w:type="dxa"/>
              <w:left w:w="50" w:type="dxa"/>
              <w:bottom w:w="20" w:type="dxa"/>
              <w:right w:w="50" w:type="dxa"/>
            </w:tcMar>
          </w:tcPr>
          <w:p w14:paraId="04CFF644" w14:textId="77777777" w:rsidR="00292F36" w:rsidRDefault="00000000">
            <w:r>
              <w:rPr>
                <w:sz w:val="12"/>
              </w:rPr>
              <w:t>NA</w:t>
            </w:r>
          </w:p>
        </w:tc>
        <w:tc>
          <w:tcPr>
            <w:tcW w:w="564" w:type="dxa"/>
            <w:tcMar>
              <w:top w:w="20" w:type="dxa"/>
              <w:left w:w="50" w:type="dxa"/>
              <w:bottom w:w="20" w:type="dxa"/>
              <w:right w:w="50" w:type="dxa"/>
            </w:tcMar>
          </w:tcPr>
          <w:p w14:paraId="39273D3C" w14:textId="77777777" w:rsidR="00292F36" w:rsidRDefault="00000000">
            <w:r>
              <w:rPr>
                <w:sz w:val="12"/>
              </w:rPr>
              <w:t>NA</w:t>
            </w:r>
          </w:p>
        </w:tc>
        <w:tc>
          <w:tcPr>
            <w:tcW w:w="564" w:type="dxa"/>
            <w:tcMar>
              <w:top w:w="20" w:type="dxa"/>
              <w:left w:w="50" w:type="dxa"/>
              <w:bottom w:w="20" w:type="dxa"/>
              <w:right w:w="50" w:type="dxa"/>
            </w:tcMar>
          </w:tcPr>
          <w:p w14:paraId="3164F8EB" w14:textId="77777777" w:rsidR="00292F36" w:rsidRDefault="00000000">
            <w:r>
              <w:rPr>
                <w:sz w:val="12"/>
              </w:rPr>
              <w:t>NA</w:t>
            </w:r>
          </w:p>
        </w:tc>
        <w:tc>
          <w:tcPr>
            <w:tcW w:w="564" w:type="dxa"/>
            <w:tcMar>
              <w:top w:w="20" w:type="dxa"/>
              <w:left w:w="50" w:type="dxa"/>
              <w:bottom w:w="20" w:type="dxa"/>
              <w:right w:w="50" w:type="dxa"/>
            </w:tcMar>
          </w:tcPr>
          <w:p w14:paraId="09AE2C36" w14:textId="77777777" w:rsidR="00292F36" w:rsidRDefault="00000000">
            <w:r>
              <w:rPr>
                <w:sz w:val="12"/>
              </w:rPr>
              <w:t>NA</w:t>
            </w:r>
          </w:p>
        </w:tc>
        <w:tc>
          <w:tcPr>
            <w:tcW w:w="564" w:type="dxa"/>
            <w:tcMar>
              <w:top w:w="20" w:type="dxa"/>
              <w:left w:w="50" w:type="dxa"/>
              <w:bottom w:w="20" w:type="dxa"/>
              <w:right w:w="50" w:type="dxa"/>
            </w:tcMar>
          </w:tcPr>
          <w:p w14:paraId="79E2C91D" w14:textId="77777777" w:rsidR="00292F36" w:rsidRDefault="00000000">
            <w:r>
              <w:rPr>
                <w:sz w:val="12"/>
              </w:rPr>
              <w:t>NA</w:t>
            </w:r>
          </w:p>
        </w:tc>
        <w:tc>
          <w:tcPr>
            <w:tcW w:w="564" w:type="dxa"/>
            <w:tcMar>
              <w:top w:w="20" w:type="dxa"/>
              <w:left w:w="50" w:type="dxa"/>
              <w:bottom w:w="20" w:type="dxa"/>
              <w:right w:w="50" w:type="dxa"/>
            </w:tcMar>
          </w:tcPr>
          <w:p w14:paraId="0C4A51E7" w14:textId="77777777" w:rsidR="00292F36" w:rsidRDefault="00000000">
            <w:r>
              <w:rPr>
                <w:sz w:val="12"/>
              </w:rPr>
              <w:t>0</w:t>
            </w:r>
          </w:p>
        </w:tc>
        <w:tc>
          <w:tcPr>
            <w:tcW w:w="564" w:type="dxa"/>
            <w:tcMar>
              <w:top w:w="20" w:type="dxa"/>
              <w:left w:w="50" w:type="dxa"/>
              <w:bottom w:w="20" w:type="dxa"/>
              <w:right w:w="50" w:type="dxa"/>
            </w:tcMar>
          </w:tcPr>
          <w:p w14:paraId="1A34C1D8" w14:textId="77777777" w:rsidR="00292F36" w:rsidRDefault="00000000">
            <w:r>
              <w:rPr>
                <w:sz w:val="12"/>
              </w:rPr>
              <w:t>1</w:t>
            </w:r>
          </w:p>
        </w:tc>
        <w:tc>
          <w:tcPr>
            <w:tcW w:w="564" w:type="dxa"/>
            <w:tcMar>
              <w:top w:w="20" w:type="dxa"/>
              <w:left w:w="50" w:type="dxa"/>
              <w:bottom w:w="20" w:type="dxa"/>
              <w:right w:w="50" w:type="dxa"/>
            </w:tcMar>
          </w:tcPr>
          <w:p w14:paraId="74FD3469" w14:textId="77777777" w:rsidR="00292F36" w:rsidRDefault="00000000">
            <w:r>
              <w:rPr>
                <w:sz w:val="12"/>
              </w:rPr>
              <w:t>0</w:t>
            </w:r>
          </w:p>
        </w:tc>
        <w:tc>
          <w:tcPr>
            <w:tcW w:w="564" w:type="dxa"/>
            <w:tcMar>
              <w:top w:w="20" w:type="dxa"/>
              <w:left w:w="50" w:type="dxa"/>
              <w:bottom w:w="20" w:type="dxa"/>
              <w:right w:w="50" w:type="dxa"/>
            </w:tcMar>
          </w:tcPr>
          <w:p w14:paraId="30D0A225" w14:textId="77777777" w:rsidR="00292F36" w:rsidRDefault="00000000">
            <w:r>
              <w:rPr>
                <w:sz w:val="12"/>
              </w:rPr>
              <w:t>0</w:t>
            </w:r>
          </w:p>
        </w:tc>
        <w:tc>
          <w:tcPr>
            <w:tcW w:w="564" w:type="dxa"/>
            <w:tcMar>
              <w:top w:w="20" w:type="dxa"/>
              <w:left w:w="50" w:type="dxa"/>
              <w:bottom w:w="20" w:type="dxa"/>
              <w:right w:w="50" w:type="dxa"/>
            </w:tcMar>
          </w:tcPr>
          <w:p w14:paraId="4EE944F9" w14:textId="77777777" w:rsidR="00292F36" w:rsidRDefault="00000000">
            <w:r>
              <w:rPr>
                <w:sz w:val="12"/>
              </w:rPr>
              <w:t>0</w:t>
            </w:r>
          </w:p>
        </w:tc>
        <w:tc>
          <w:tcPr>
            <w:tcW w:w="564" w:type="dxa"/>
            <w:tcMar>
              <w:top w:w="20" w:type="dxa"/>
              <w:left w:w="50" w:type="dxa"/>
              <w:bottom w:w="20" w:type="dxa"/>
              <w:right w:w="50" w:type="dxa"/>
            </w:tcMar>
          </w:tcPr>
          <w:p w14:paraId="6607F4FF" w14:textId="77777777" w:rsidR="00292F36" w:rsidRDefault="00000000">
            <w:r>
              <w:rPr>
                <w:sz w:val="12"/>
              </w:rPr>
              <w:t>0</w:t>
            </w:r>
          </w:p>
        </w:tc>
        <w:tc>
          <w:tcPr>
            <w:tcW w:w="564" w:type="dxa"/>
            <w:tcMar>
              <w:top w:w="20" w:type="dxa"/>
              <w:left w:w="50" w:type="dxa"/>
              <w:bottom w:w="20" w:type="dxa"/>
              <w:right w:w="50" w:type="dxa"/>
            </w:tcMar>
          </w:tcPr>
          <w:p w14:paraId="5A4ED418" w14:textId="77777777" w:rsidR="00292F36" w:rsidRDefault="00000000">
            <w:r>
              <w:rPr>
                <w:sz w:val="12"/>
              </w:rPr>
              <w:t>0</w:t>
            </w:r>
          </w:p>
        </w:tc>
        <w:tc>
          <w:tcPr>
            <w:tcW w:w="564" w:type="dxa"/>
            <w:tcMar>
              <w:top w:w="20" w:type="dxa"/>
              <w:left w:w="50" w:type="dxa"/>
              <w:bottom w:w="20" w:type="dxa"/>
              <w:right w:w="50" w:type="dxa"/>
            </w:tcMar>
          </w:tcPr>
          <w:p w14:paraId="1D2B876B" w14:textId="77777777" w:rsidR="00292F36" w:rsidRDefault="00000000">
            <w:r>
              <w:rPr>
                <w:sz w:val="12"/>
              </w:rPr>
              <w:t>0</w:t>
            </w:r>
          </w:p>
        </w:tc>
        <w:tc>
          <w:tcPr>
            <w:tcW w:w="564" w:type="dxa"/>
            <w:tcMar>
              <w:top w:w="20" w:type="dxa"/>
              <w:left w:w="50" w:type="dxa"/>
              <w:bottom w:w="20" w:type="dxa"/>
              <w:right w:w="50" w:type="dxa"/>
            </w:tcMar>
          </w:tcPr>
          <w:p w14:paraId="29F6E086" w14:textId="77777777" w:rsidR="00292F36" w:rsidRDefault="00000000">
            <w:r>
              <w:rPr>
                <w:sz w:val="12"/>
              </w:rPr>
              <w:t>0.30113636</w:t>
            </w:r>
          </w:p>
        </w:tc>
        <w:tc>
          <w:tcPr>
            <w:tcW w:w="564" w:type="dxa"/>
            <w:tcMar>
              <w:top w:w="20" w:type="dxa"/>
              <w:left w:w="50" w:type="dxa"/>
              <w:bottom w:w="20" w:type="dxa"/>
              <w:right w:w="50" w:type="dxa"/>
            </w:tcMar>
          </w:tcPr>
          <w:p w14:paraId="7F10478C" w14:textId="77777777" w:rsidR="00292F36" w:rsidRDefault="00000000">
            <w:r>
              <w:rPr>
                <w:sz w:val="12"/>
              </w:rPr>
              <w:t>0.35795455</w:t>
            </w:r>
          </w:p>
        </w:tc>
        <w:tc>
          <w:tcPr>
            <w:tcW w:w="564" w:type="dxa"/>
            <w:tcMar>
              <w:top w:w="20" w:type="dxa"/>
              <w:left w:w="50" w:type="dxa"/>
              <w:bottom w:w="20" w:type="dxa"/>
              <w:right w:w="50" w:type="dxa"/>
            </w:tcMar>
          </w:tcPr>
          <w:p w14:paraId="2E95C204" w14:textId="77777777" w:rsidR="00292F36" w:rsidRDefault="00000000">
            <w:r>
              <w:rPr>
                <w:sz w:val="12"/>
              </w:rPr>
              <w:t>0.06818182</w:t>
            </w:r>
          </w:p>
        </w:tc>
        <w:tc>
          <w:tcPr>
            <w:tcW w:w="564" w:type="dxa"/>
            <w:tcMar>
              <w:top w:w="20" w:type="dxa"/>
              <w:left w:w="50" w:type="dxa"/>
              <w:bottom w:w="20" w:type="dxa"/>
              <w:right w:w="50" w:type="dxa"/>
            </w:tcMar>
          </w:tcPr>
          <w:p w14:paraId="4240EC8B" w14:textId="77777777" w:rsidR="00292F36" w:rsidRDefault="00000000">
            <w:r>
              <w:rPr>
                <w:sz w:val="12"/>
              </w:rPr>
              <w:t>0.01136364</w:t>
            </w:r>
          </w:p>
        </w:tc>
        <w:tc>
          <w:tcPr>
            <w:tcW w:w="564" w:type="dxa"/>
            <w:tcMar>
              <w:top w:w="20" w:type="dxa"/>
              <w:left w:w="50" w:type="dxa"/>
              <w:bottom w:w="20" w:type="dxa"/>
              <w:right w:w="50" w:type="dxa"/>
            </w:tcMar>
          </w:tcPr>
          <w:p w14:paraId="4FBF6936" w14:textId="77777777" w:rsidR="00292F36" w:rsidRDefault="00000000">
            <w:r>
              <w:rPr>
                <w:sz w:val="12"/>
              </w:rPr>
              <w:t>0.01136364</w:t>
            </w:r>
          </w:p>
        </w:tc>
        <w:tc>
          <w:tcPr>
            <w:tcW w:w="564" w:type="dxa"/>
            <w:tcMar>
              <w:top w:w="20" w:type="dxa"/>
              <w:left w:w="50" w:type="dxa"/>
              <w:bottom w:w="20" w:type="dxa"/>
              <w:right w:w="50" w:type="dxa"/>
            </w:tcMar>
          </w:tcPr>
          <w:p w14:paraId="7D3418DA" w14:textId="77777777" w:rsidR="00292F36" w:rsidRDefault="00000000">
            <w:r>
              <w:rPr>
                <w:sz w:val="12"/>
              </w:rPr>
              <w:t>0.25</w:t>
            </w:r>
          </w:p>
        </w:tc>
      </w:tr>
      <w:tr w:rsidR="00292F36" w14:paraId="5FC40157" w14:textId="77777777">
        <w:tc>
          <w:tcPr>
            <w:tcW w:w="564" w:type="dxa"/>
            <w:tcMar>
              <w:top w:w="20" w:type="dxa"/>
              <w:left w:w="50" w:type="dxa"/>
              <w:bottom w:w="20" w:type="dxa"/>
              <w:right w:w="50" w:type="dxa"/>
            </w:tcMar>
          </w:tcPr>
          <w:p w14:paraId="6B66CC3C" w14:textId="77777777" w:rsidR="00292F36" w:rsidRDefault="00000000">
            <w:r>
              <w:rPr>
                <w:sz w:val="12"/>
              </w:rPr>
              <w:lastRenderedPageBreak/>
              <w:t>2022_islas_coronados_isla_coronado_punta_sur_1</w:t>
            </w:r>
          </w:p>
        </w:tc>
        <w:tc>
          <w:tcPr>
            <w:tcW w:w="564" w:type="dxa"/>
            <w:tcMar>
              <w:top w:w="20" w:type="dxa"/>
              <w:left w:w="50" w:type="dxa"/>
              <w:bottom w:w="20" w:type="dxa"/>
              <w:right w:w="50" w:type="dxa"/>
            </w:tcMar>
          </w:tcPr>
          <w:p w14:paraId="61B61A5F" w14:textId="77777777" w:rsidR="00292F36" w:rsidRDefault="00000000">
            <w:r>
              <w:rPr>
                <w:sz w:val="12"/>
              </w:rPr>
              <w:t>0.2675735</w:t>
            </w:r>
          </w:p>
        </w:tc>
        <w:tc>
          <w:tcPr>
            <w:tcW w:w="564" w:type="dxa"/>
            <w:tcMar>
              <w:top w:w="20" w:type="dxa"/>
              <w:left w:w="50" w:type="dxa"/>
              <w:bottom w:w="20" w:type="dxa"/>
              <w:right w:w="50" w:type="dxa"/>
            </w:tcMar>
          </w:tcPr>
          <w:p w14:paraId="221EA307" w14:textId="77777777" w:rsidR="00292F36" w:rsidRDefault="00000000">
            <w:r>
              <w:rPr>
                <w:sz w:val="12"/>
              </w:rPr>
              <w:t>0.81256598</w:t>
            </w:r>
          </w:p>
        </w:tc>
        <w:tc>
          <w:tcPr>
            <w:tcW w:w="564" w:type="dxa"/>
            <w:tcMar>
              <w:top w:w="20" w:type="dxa"/>
              <w:left w:w="50" w:type="dxa"/>
              <w:bottom w:w="20" w:type="dxa"/>
              <w:right w:w="50" w:type="dxa"/>
            </w:tcMar>
          </w:tcPr>
          <w:p w14:paraId="0C610855" w14:textId="77777777" w:rsidR="00292F36" w:rsidRDefault="00000000">
            <w:r>
              <w:rPr>
                <w:sz w:val="12"/>
              </w:rPr>
              <w:t>NA</w:t>
            </w:r>
          </w:p>
        </w:tc>
        <w:tc>
          <w:tcPr>
            <w:tcW w:w="564" w:type="dxa"/>
            <w:tcMar>
              <w:top w:w="20" w:type="dxa"/>
              <w:left w:w="50" w:type="dxa"/>
              <w:bottom w:w="20" w:type="dxa"/>
              <w:right w:w="50" w:type="dxa"/>
            </w:tcMar>
          </w:tcPr>
          <w:p w14:paraId="01894E9E" w14:textId="77777777" w:rsidR="00292F36" w:rsidRDefault="00000000">
            <w:r>
              <w:rPr>
                <w:sz w:val="12"/>
              </w:rPr>
              <w:t>NA</w:t>
            </w:r>
          </w:p>
        </w:tc>
        <w:tc>
          <w:tcPr>
            <w:tcW w:w="564" w:type="dxa"/>
            <w:tcMar>
              <w:top w:w="20" w:type="dxa"/>
              <w:left w:w="50" w:type="dxa"/>
              <w:bottom w:w="20" w:type="dxa"/>
              <w:right w:w="50" w:type="dxa"/>
            </w:tcMar>
          </w:tcPr>
          <w:p w14:paraId="0B99BD8C" w14:textId="77777777" w:rsidR="00292F36" w:rsidRDefault="00000000">
            <w:r>
              <w:rPr>
                <w:sz w:val="12"/>
              </w:rPr>
              <w:t>NA</w:t>
            </w:r>
          </w:p>
        </w:tc>
        <w:tc>
          <w:tcPr>
            <w:tcW w:w="564" w:type="dxa"/>
            <w:tcMar>
              <w:top w:w="20" w:type="dxa"/>
              <w:left w:w="50" w:type="dxa"/>
              <w:bottom w:w="20" w:type="dxa"/>
              <w:right w:w="50" w:type="dxa"/>
            </w:tcMar>
          </w:tcPr>
          <w:p w14:paraId="2409558A" w14:textId="77777777" w:rsidR="00292F36" w:rsidRDefault="00000000">
            <w:r>
              <w:rPr>
                <w:sz w:val="12"/>
              </w:rPr>
              <w:t>NA</w:t>
            </w:r>
          </w:p>
        </w:tc>
        <w:tc>
          <w:tcPr>
            <w:tcW w:w="564" w:type="dxa"/>
            <w:tcMar>
              <w:top w:w="20" w:type="dxa"/>
              <w:left w:w="50" w:type="dxa"/>
              <w:bottom w:w="20" w:type="dxa"/>
              <w:right w:w="50" w:type="dxa"/>
            </w:tcMar>
          </w:tcPr>
          <w:p w14:paraId="15235E86" w14:textId="77777777" w:rsidR="00292F36" w:rsidRDefault="00000000">
            <w:r>
              <w:rPr>
                <w:sz w:val="12"/>
              </w:rPr>
              <w:t>NA</w:t>
            </w:r>
          </w:p>
        </w:tc>
        <w:tc>
          <w:tcPr>
            <w:tcW w:w="564" w:type="dxa"/>
            <w:tcMar>
              <w:top w:w="20" w:type="dxa"/>
              <w:left w:w="50" w:type="dxa"/>
              <w:bottom w:w="20" w:type="dxa"/>
              <w:right w:w="50" w:type="dxa"/>
            </w:tcMar>
          </w:tcPr>
          <w:p w14:paraId="08EDEC2C" w14:textId="77777777" w:rsidR="00292F36" w:rsidRDefault="00000000">
            <w:r>
              <w:rPr>
                <w:sz w:val="12"/>
              </w:rPr>
              <w:t>NA</w:t>
            </w:r>
          </w:p>
        </w:tc>
        <w:tc>
          <w:tcPr>
            <w:tcW w:w="564" w:type="dxa"/>
            <w:tcMar>
              <w:top w:w="20" w:type="dxa"/>
              <w:left w:w="50" w:type="dxa"/>
              <w:bottom w:w="20" w:type="dxa"/>
              <w:right w:w="50" w:type="dxa"/>
            </w:tcMar>
          </w:tcPr>
          <w:p w14:paraId="2A8A19A2" w14:textId="77777777" w:rsidR="00292F36" w:rsidRDefault="00000000">
            <w:r>
              <w:rPr>
                <w:sz w:val="12"/>
              </w:rPr>
              <w:t>NA</w:t>
            </w:r>
          </w:p>
        </w:tc>
        <w:tc>
          <w:tcPr>
            <w:tcW w:w="564" w:type="dxa"/>
            <w:tcMar>
              <w:top w:w="20" w:type="dxa"/>
              <w:left w:w="50" w:type="dxa"/>
              <w:bottom w:w="20" w:type="dxa"/>
              <w:right w:w="50" w:type="dxa"/>
            </w:tcMar>
          </w:tcPr>
          <w:p w14:paraId="0F061C2E" w14:textId="77777777" w:rsidR="00292F36" w:rsidRDefault="00000000">
            <w:r>
              <w:rPr>
                <w:sz w:val="12"/>
              </w:rPr>
              <w:t>NA</w:t>
            </w:r>
          </w:p>
        </w:tc>
        <w:tc>
          <w:tcPr>
            <w:tcW w:w="564" w:type="dxa"/>
            <w:tcMar>
              <w:top w:w="20" w:type="dxa"/>
              <w:left w:w="50" w:type="dxa"/>
              <w:bottom w:w="20" w:type="dxa"/>
              <w:right w:w="50" w:type="dxa"/>
            </w:tcMar>
          </w:tcPr>
          <w:p w14:paraId="7873D501" w14:textId="77777777" w:rsidR="00292F36" w:rsidRDefault="00000000">
            <w:r>
              <w:rPr>
                <w:sz w:val="12"/>
              </w:rPr>
              <w:t>0</w:t>
            </w:r>
          </w:p>
        </w:tc>
        <w:tc>
          <w:tcPr>
            <w:tcW w:w="564" w:type="dxa"/>
            <w:tcMar>
              <w:top w:w="20" w:type="dxa"/>
              <w:left w:w="50" w:type="dxa"/>
              <w:bottom w:w="20" w:type="dxa"/>
              <w:right w:w="50" w:type="dxa"/>
            </w:tcMar>
          </w:tcPr>
          <w:p w14:paraId="0EBF8A14" w14:textId="77777777" w:rsidR="00292F36" w:rsidRDefault="00000000">
            <w:r>
              <w:rPr>
                <w:sz w:val="12"/>
              </w:rPr>
              <w:t>0</w:t>
            </w:r>
          </w:p>
        </w:tc>
        <w:tc>
          <w:tcPr>
            <w:tcW w:w="564" w:type="dxa"/>
            <w:tcMar>
              <w:top w:w="20" w:type="dxa"/>
              <w:left w:w="50" w:type="dxa"/>
              <w:bottom w:w="20" w:type="dxa"/>
              <w:right w:w="50" w:type="dxa"/>
            </w:tcMar>
          </w:tcPr>
          <w:p w14:paraId="6520E2FA" w14:textId="77777777" w:rsidR="00292F36" w:rsidRDefault="00000000">
            <w:r>
              <w:rPr>
                <w:sz w:val="12"/>
              </w:rPr>
              <w:t>0</w:t>
            </w:r>
          </w:p>
        </w:tc>
        <w:tc>
          <w:tcPr>
            <w:tcW w:w="564" w:type="dxa"/>
            <w:tcMar>
              <w:top w:w="20" w:type="dxa"/>
              <w:left w:w="50" w:type="dxa"/>
              <w:bottom w:w="20" w:type="dxa"/>
              <w:right w:w="50" w:type="dxa"/>
            </w:tcMar>
          </w:tcPr>
          <w:p w14:paraId="39B07620" w14:textId="77777777" w:rsidR="00292F36" w:rsidRDefault="00000000">
            <w:r>
              <w:rPr>
                <w:sz w:val="12"/>
              </w:rPr>
              <w:t>1</w:t>
            </w:r>
          </w:p>
        </w:tc>
        <w:tc>
          <w:tcPr>
            <w:tcW w:w="564" w:type="dxa"/>
            <w:tcMar>
              <w:top w:w="20" w:type="dxa"/>
              <w:left w:w="50" w:type="dxa"/>
              <w:bottom w:w="20" w:type="dxa"/>
              <w:right w:w="50" w:type="dxa"/>
            </w:tcMar>
          </w:tcPr>
          <w:p w14:paraId="41B07348" w14:textId="77777777" w:rsidR="00292F36" w:rsidRDefault="00000000">
            <w:r>
              <w:rPr>
                <w:sz w:val="12"/>
              </w:rPr>
              <w:t>0</w:t>
            </w:r>
          </w:p>
        </w:tc>
        <w:tc>
          <w:tcPr>
            <w:tcW w:w="564" w:type="dxa"/>
            <w:tcMar>
              <w:top w:w="20" w:type="dxa"/>
              <w:left w:w="50" w:type="dxa"/>
              <w:bottom w:w="20" w:type="dxa"/>
              <w:right w:w="50" w:type="dxa"/>
            </w:tcMar>
          </w:tcPr>
          <w:p w14:paraId="294359D7" w14:textId="77777777" w:rsidR="00292F36" w:rsidRDefault="00000000">
            <w:r>
              <w:rPr>
                <w:sz w:val="12"/>
              </w:rPr>
              <w:t>0</w:t>
            </w:r>
          </w:p>
        </w:tc>
        <w:tc>
          <w:tcPr>
            <w:tcW w:w="564" w:type="dxa"/>
            <w:tcMar>
              <w:top w:w="20" w:type="dxa"/>
              <w:left w:w="50" w:type="dxa"/>
              <w:bottom w:w="20" w:type="dxa"/>
              <w:right w:w="50" w:type="dxa"/>
            </w:tcMar>
          </w:tcPr>
          <w:p w14:paraId="17DA47ED" w14:textId="77777777" w:rsidR="00292F36" w:rsidRDefault="00000000">
            <w:r>
              <w:rPr>
                <w:sz w:val="12"/>
              </w:rPr>
              <w:t>0</w:t>
            </w:r>
          </w:p>
        </w:tc>
        <w:tc>
          <w:tcPr>
            <w:tcW w:w="564" w:type="dxa"/>
            <w:tcMar>
              <w:top w:w="20" w:type="dxa"/>
              <w:left w:w="50" w:type="dxa"/>
              <w:bottom w:w="20" w:type="dxa"/>
              <w:right w:w="50" w:type="dxa"/>
            </w:tcMar>
          </w:tcPr>
          <w:p w14:paraId="2C061921" w14:textId="77777777" w:rsidR="00292F36" w:rsidRDefault="00000000">
            <w:r>
              <w:rPr>
                <w:sz w:val="12"/>
              </w:rPr>
              <w:t>0</w:t>
            </w:r>
          </w:p>
        </w:tc>
        <w:tc>
          <w:tcPr>
            <w:tcW w:w="564" w:type="dxa"/>
            <w:tcMar>
              <w:top w:w="20" w:type="dxa"/>
              <w:left w:w="50" w:type="dxa"/>
              <w:bottom w:w="20" w:type="dxa"/>
              <w:right w:w="50" w:type="dxa"/>
            </w:tcMar>
          </w:tcPr>
          <w:p w14:paraId="00FECC27" w14:textId="77777777" w:rsidR="00292F36" w:rsidRDefault="00000000">
            <w:r>
              <w:rPr>
                <w:sz w:val="12"/>
              </w:rPr>
              <w:t>0.00141443</w:t>
            </w:r>
          </w:p>
        </w:tc>
        <w:tc>
          <w:tcPr>
            <w:tcW w:w="564" w:type="dxa"/>
            <w:tcMar>
              <w:top w:w="20" w:type="dxa"/>
              <w:left w:w="50" w:type="dxa"/>
              <w:bottom w:w="20" w:type="dxa"/>
              <w:right w:w="50" w:type="dxa"/>
            </w:tcMar>
          </w:tcPr>
          <w:p w14:paraId="49EA9A62" w14:textId="77777777" w:rsidR="00292F36" w:rsidRDefault="00000000">
            <w:r>
              <w:rPr>
                <w:sz w:val="12"/>
              </w:rPr>
              <w:t>0.39886846</w:t>
            </w:r>
          </w:p>
        </w:tc>
        <w:tc>
          <w:tcPr>
            <w:tcW w:w="564" w:type="dxa"/>
            <w:tcMar>
              <w:top w:w="20" w:type="dxa"/>
              <w:left w:w="50" w:type="dxa"/>
              <w:bottom w:w="20" w:type="dxa"/>
              <w:right w:w="50" w:type="dxa"/>
            </w:tcMar>
          </w:tcPr>
          <w:p w14:paraId="48316D81" w14:textId="77777777" w:rsidR="00292F36" w:rsidRDefault="00000000">
            <w:r>
              <w:rPr>
                <w:sz w:val="12"/>
              </w:rPr>
              <w:t>0.00707214</w:t>
            </w:r>
          </w:p>
        </w:tc>
        <w:tc>
          <w:tcPr>
            <w:tcW w:w="564" w:type="dxa"/>
            <w:tcMar>
              <w:top w:w="20" w:type="dxa"/>
              <w:left w:w="50" w:type="dxa"/>
              <w:bottom w:w="20" w:type="dxa"/>
              <w:right w:w="50" w:type="dxa"/>
            </w:tcMar>
          </w:tcPr>
          <w:p w14:paraId="2B42D33E" w14:textId="77777777" w:rsidR="00292F36" w:rsidRDefault="00000000">
            <w:r>
              <w:rPr>
                <w:sz w:val="12"/>
              </w:rPr>
              <w:t>0.0466761</w:t>
            </w:r>
          </w:p>
        </w:tc>
        <w:tc>
          <w:tcPr>
            <w:tcW w:w="564" w:type="dxa"/>
            <w:tcMar>
              <w:top w:w="20" w:type="dxa"/>
              <w:left w:w="50" w:type="dxa"/>
              <w:bottom w:w="20" w:type="dxa"/>
              <w:right w:w="50" w:type="dxa"/>
            </w:tcMar>
          </w:tcPr>
          <w:p w14:paraId="3DAEC226" w14:textId="77777777" w:rsidR="00292F36" w:rsidRDefault="00000000">
            <w:r>
              <w:rPr>
                <w:sz w:val="12"/>
              </w:rPr>
              <w:t>0.02687412</w:t>
            </w:r>
          </w:p>
        </w:tc>
        <w:tc>
          <w:tcPr>
            <w:tcW w:w="564" w:type="dxa"/>
            <w:tcMar>
              <w:top w:w="20" w:type="dxa"/>
              <w:left w:w="50" w:type="dxa"/>
              <w:bottom w:w="20" w:type="dxa"/>
              <w:right w:w="50" w:type="dxa"/>
            </w:tcMar>
          </w:tcPr>
          <w:p w14:paraId="745AF05C" w14:textId="77777777" w:rsidR="00292F36" w:rsidRDefault="00000000">
            <w:r>
              <w:rPr>
                <w:sz w:val="12"/>
              </w:rPr>
              <w:t>0.51909477</w:t>
            </w:r>
          </w:p>
        </w:tc>
      </w:tr>
      <w:tr w:rsidR="00292F36" w14:paraId="2AF4657B" w14:textId="77777777">
        <w:tc>
          <w:tcPr>
            <w:tcW w:w="564" w:type="dxa"/>
            <w:tcMar>
              <w:top w:w="20" w:type="dxa"/>
              <w:left w:w="50" w:type="dxa"/>
              <w:bottom w:w="20" w:type="dxa"/>
              <w:right w:w="50" w:type="dxa"/>
            </w:tcMar>
          </w:tcPr>
          <w:p w14:paraId="7D745379" w14:textId="77777777" w:rsidR="00292F36" w:rsidRDefault="00000000">
            <w:r>
              <w:rPr>
                <w:sz w:val="12"/>
              </w:rPr>
              <w:t>2022_islas_coronados_isla_coronado_punta_sur_2</w:t>
            </w:r>
          </w:p>
        </w:tc>
        <w:tc>
          <w:tcPr>
            <w:tcW w:w="564" w:type="dxa"/>
            <w:tcMar>
              <w:top w:w="20" w:type="dxa"/>
              <w:left w:w="50" w:type="dxa"/>
              <w:bottom w:w="20" w:type="dxa"/>
              <w:right w:w="50" w:type="dxa"/>
            </w:tcMar>
          </w:tcPr>
          <w:p w14:paraId="72B3463C" w14:textId="77777777" w:rsidR="00292F36" w:rsidRDefault="00000000">
            <w:r>
              <w:rPr>
                <w:sz w:val="12"/>
              </w:rPr>
              <w:t>0.28824821</w:t>
            </w:r>
          </w:p>
        </w:tc>
        <w:tc>
          <w:tcPr>
            <w:tcW w:w="564" w:type="dxa"/>
            <w:tcMar>
              <w:top w:w="20" w:type="dxa"/>
              <w:left w:w="50" w:type="dxa"/>
              <w:bottom w:w="20" w:type="dxa"/>
              <w:right w:w="50" w:type="dxa"/>
            </w:tcMar>
          </w:tcPr>
          <w:p w14:paraId="629A609C" w14:textId="77777777" w:rsidR="00292F36" w:rsidRDefault="00000000">
            <w:r>
              <w:rPr>
                <w:sz w:val="12"/>
              </w:rPr>
              <w:t>0.80014511</w:t>
            </w:r>
          </w:p>
        </w:tc>
        <w:tc>
          <w:tcPr>
            <w:tcW w:w="564" w:type="dxa"/>
            <w:tcMar>
              <w:top w:w="20" w:type="dxa"/>
              <w:left w:w="50" w:type="dxa"/>
              <w:bottom w:w="20" w:type="dxa"/>
              <w:right w:w="50" w:type="dxa"/>
            </w:tcMar>
          </w:tcPr>
          <w:p w14:paraId="57792167" w14:textId="77777777" w:rsidR="00292F36" w:rsidRDefault="00000000">
            <w:r>
              <w:rPr>
                <w:sz w:val="12"/>
              </w:rPr>
              <w:t>NA</w:t>
            </w:r>
          </w:p>
        </w:tc>
        <w:tc>
          <w:tcPr>
            <w:tcW w:w="564" w:type="dxa"/>
            <w:tcMar>
              <w:top w:w="20" w:type="dxa"/>
              <w:left w:w="50" w:type="dxa"/>
              <w:bottom w:w="20" w:type="dxa"/>
              <w:right w:w="50" w:type="dxa"/>
            </w:tcMar>
          </w:tcPr>
          <w:p w14:paraId="5D03595D" w14:textId="77777777" w:rsidR="00292F36" w:rsidRDefault="00000000">
            <w:r>
              <w:rPr>
                <w:sz w:val="12"/>
              </w:rPr>
              <w:t>NA</w:t>
            </w:r>
          </w:p>
        </w:tc>
        <w:tc>
          <w:tcPr>
            <w:tcW w:w="564" w:type="dxa"/>
            <w:tcMar>
              <w:top w:w="20" w:type="dxa"/>
              <w:left w:w="50" w:type="dxa"/>
              <w:bottom w:w="20" w:type="dxa"/>
              <w:right w:w="50" w:type="dxa"/>
            </w:tcMar>
          </w:tcPr>
          <w:p w14:paraId="648822AB" w14:textId="77777777" w:rsidR="00292F36" w:rsidRDefault="00000000">
            <w:r>
              <w:rPr>
                <w:sz w:val="12"/>
              </w:rPr>
              <w:t>NA</w:t>
            </w:r>
          </w:p>
        </w:tc>
        <w:tc>
          <w:tcPr>
            <w:tcW w:w="564" w:type="dxa"/>
            <w:tcMar>
              <w:top w:w="20" w:type="dxa"/>
              <w:left w:w="50" w:type="dxa"/>
              <w:bottom w:w="20" w:type="dxa"/>
              <w:right w:w="50" w:type="dxa"/>
            </w:tcMar>
          </w:tcPr>
          <w:p w14:paraId="55A6EAD0" w14:textId="77777777" w:rsidR="00292F36" w:rsidRDefault="00000000">
            <w:r>
              <w:rPr>
                <w:sz w:val="12"/>
              </w:rPr>
              <w:t>NA</w:t>
            </w:r>
          </w:p>
        </w:tc>
        <w:tc>
          <w:tcPr>
            <w:tcW w:w="564" w:type="dxa"/>
            <w:tcMar>
              <w:top w:w="20" w:type="dxa"/>
              <w:left w:w="50" w:type="dxa"/>
              <w:bottom w:w="20" w:type="dxa"/>
              <w:right w:w="50" w:type="dxa"/>
            </w:tcMar>
          </w:tcPr>
          <w:p w14:paraId="7F8B0E97" w14:textId="77777777" w:rsidR="00292F36" w:rsidRDefault="00000000">
            <w:r>
              <w:rPr>
                <w:sz w:val="12"/>
              </w:rPr>
              <w:t>NA</w:t>
            </w:r>
          </w:p>
        </w:tc>
        <w:tc>
          <w:tcPr>
            <w:tcW w:w="564" w:type="dxa"/>
            <w:tcMar>
              <w:top w:w="20" w:type="dxa"/>
              <w:left w:w="50" w:type="dxa"/>
              <w:bottom w:w="20" w:type="dxa"/>
              <w:right w:w="50" w:type="dxa"/>
            </w:tcMar>
          </w:tcPr>
          <w:p w14:paraId="14BBBFAD" w14:textId="77777777" w:rsidR="00292F36" w:rsidRDefault="00000000">
            <w:r>
              <w:rPr>
                <w:sz w:val="12"/>
              </w:rPr>
              <w:t>NA</w:t>
            </w:r>
          </w:p>
        </w:tc>
        <w:tc>
          <w:tcPr>
            <w:tcW w:w="564" w:type="dxa"/>
            <w:tcMar>
              <w:top w:w="20" w:type="dxa"/>
              <w:left w:w="50" w:type="dxa"/>
              <w:bottom w:w="20" w:type="dxa"/>
              <w:right w:w="50" w:type="dxa"/>
            </w:tcMar>
          </w:tcPr>
          <w:p w14:paraId="01B51D41" w14:textId="77777777" w:rsidR="00292F36" w:rsidRDefault="00000000">
            <w:r>
              <w:rPr>
                <w:sz w:val="12"/>
              </w:rPr>
              <w:t>NA</w:t>
            </w:r>
          </w:p>
        </w:tc>
        <w:tc>
          <w:tcPr>
            <w:tcW w:w="564" w:type="dxa"/>
            <w:tcMar>
              <w:top w:w="20" w:type="dxa"/>
              <w:left w:w="50" w:type="dxa"/>
              <w:bottom w:w="20" w:type="dxa"/>
              <w:right w:w="50" w:type="dxa"/>
            </w:tcMar>
          </w:tcPr>
          <w:p w14:paraId="1C2FEC14" w14:textId="77777777" w:rsidR="00292F36" w:rsidRDefault="00000000">
            <w:r>
              <w:rPr>
                <w:sz w:val="12"/>
              </w:rPr>
              <w:t>NA</w:t>
            </w:r>
          </w:p>
        </w:tc>
        <w:tc>
          <w:tcPr>
            <w:tcW w:w="564" w:type="dxa"/>
            <w:tcMar>
              <w:top w:w="20" w:type="dxa"/>
              <w:left w:w="50" w:type="dxa"/>
              <w:bottom w:w="20" w:type="dxa"/>
              <w:right w:w="50" w:type="dxa"/>
            </w:tcMar>
          </w:tcPr>
          <w:p w14:paraId="75808E36" w14:textId="77777777" w:rsidR="00292F36" w:rsidRDefault="00000000">
            <w:r>
              <w:rPr>
                <w:sz w:val="12"/>
              </w:rPr>
              <w:t>0</w:t>
            </w:r>
          </w:p>
        </w:tc>
        <w:tc>
          <w:tcPr>
            <w:tcW w:w="564" w:type="dxa"/>
            <w:tcMar>
              <w:top w:w="20" w:type="dxa"/>
              <w:left w:w="50" w:type="dxa"/>
              <w:bottom w:w="20" w:type="dxa"/>
              <w:right w:w="50" w:type="dxa"/>
            </w:tcMar>
          </w:tcPr>
          <w:p w14:paraId="5FDCA161" w14:textId="77777777" w:rsidR="00292F36" w:rsidRDefault="00000000">
            <w:r>
              <w:rPr>
                <w:sz w:val="12"/>
              </w:rPr>
              <w:t>0</w:t>
            </w:r>
          </w:p>
        </w:tc>
        <w:tc>
          <w:tcPr>
            <w:tcW w:w="564" w:type="dxa"/>
            <w:tcMar>
              <w:top w:w="20" w:type="dxa"/>
              <w:left w:w="50" w:type="dxa"/>
              <w:bottom w:w="20" w:type="dxa"/>
              <w:right w:w="50" w:type="dxa"/>
            </w:tcMar>
          </w:tcPr>
          <w:p w14:paraId="2E27F881" w14:textId="77777777" w:rsidR="00292F36" w:rsidRDefault="00000000">
            <w:r>
              <w:rPr>
                <w:sz w:val="12"/>
              </w:rPr>
              <w:t>0</w:t>
            </w:r>
          </w:p>
        </w:tc>
        <w:tc>
          <w:tcPr>
            <w:tcW w:w="564" w:type="dxa"/>
            <w:tcMar>
              <w:top w:w="20" w:type="dxa"/>
              <w:left w:w="50" w:type="dxa"/>
              <w:bottom w:w="20" w:type="dxa"/>
              <w:right w:w="50" w:type="dxa"/>
            </w:tcMar>
          </w:tcPr>
          <w:p w14:paraId="4E7546C7" w14:textId="77777777" w:rsidR="00292F36" w:rsidRDefault="00000000">
            <w:r>
              <w:rPr>
                <w:sz w:val="12"/>
              </w:rPr>
              <w:t>1</w:t>
            </w:r>
          </w:p>
        </w:tc>
        <w:tc>
          <w:tcPr>
            <w:tcW w:w="564" w:type="dxa"/>
            <w:tcMar>
              <w:top w:w="20" w:type="dxa"/>
              <w:left w:w="50" w:type="dxa"/>
              <w:bottom w:w="20" w:type="dxa"/>
              <w:right w:w="50" w:type="dxa"/>
            </w:tcMar>
          </w:tcPr>
          <w:p w14:paraId="042918F0" w14:textId="77777777" w:rsidR="00292F36" w:rsidRDefault="00000000">
            <w:r>
              <w:rPr>
                <w:sz w:val="12"/>
              </w:rPr>
              <w:t>0</w:t>
            </w:r>
          </w:p>
        </w:tc>
        <w:tc>
          <w:tcPr>
            <w:tcW w:w="564" w:type="dxa"/>
            <w:tcMar>
              <w:top w:w="20" w:type="dxa"/>
              <w:left w:w="50" w:type="dxa"/>
              <w:bottom w:w="20" w:type="dxa"/>
              <w:right w:w="50" w:type="dxa"/>
            </w:tcMar>
          </w:tcPr>
          <w:p w14:paraId="37AE5E18" w14:textId="77777777" w:rsidR="00292F36" w:rsidRDefault="00000000">
            <w:r>
              <w:rPr>
                <w:sz w:val="12"/>
              </w:rPr>
              <w:t>0</w:t>
            </w:r>
          </w:p>
        </w:tc>
        <w:tc>
          <w:tcPr>
            <w:tcW w:w="564" w:type="dxa"/>
            <w:tcMar>
              <w:top w:w="20" w:type="dxa"/>
              <w:left w:w="50" w:type="dxa"/>
              <w:bottom w:w="20" w:type="dxa"/>
              <w:right w:w="50" w:type="dxa"/>
            </w:tcMar>
          </w:tcPr>
          <w:p w14:paraId="375C8D52" w14:textId="77777777" w:rsidR="00292F36" w:rsidRDefault="00000000">
            <w:r>
              <w:rPr>
                <w:sz w:val="12"/>
              </w:rPr>
              <w:t>0</w:t>
            </w:r>
          </w:p>
        </w:tc>
        <w:tc>
          <w:tcPr>
            <w:tcW w:w="564" w:type="dxa"/>
            <w:tcMar>
              <w:top w:w="20" w:type="dxa"/>
              <w:left w:w="50" w:type="dxa"/>
              <w:bottom w:w="20" w:type="dxa"/>
              <w:right w:w="50" w:type="dxa"/>
            </w:tcMar>
          </w:tcPr>
          <w:p w14:paraId="74A64B04" w14:textId="77777777" w:rsidR="00292F36" w:rsidRDefault="00000000">
            <w:r>
              <w:rPr>
                <w:sz w:val="12"/>
              </w:rPr>
              <w:t>0</w:t>
            </w:r>
          </w:p>
        </w:tc>
        <w:tc>
          <w:tcPr>
            <w:tcW w:w="564" w:type="dxa"/>
            <w:tcMar>
              <w:top w:w="20" w:type="dxa"/>
              <w:left w:w="50" w:type="dxa"/>
              <w:bottom w:w="20" w:type="dxa"/>
              <w:right w:w="50" w:type="dxa"/>
            </w:tcMar>
          </w:tcPr>
          <w:p w14:paraId="2A98DC8E" w14:textId="77777777" w:rsidR="00292F36" w:rsidRDefault="00000000">
            <w:r>
              <w:rPr>
                <w:sz w:val="12"/>
              </w:rPr>
              <w:t>0</w:t>
            </w:r>
          </w:p>
        </w:tc>
        <w:tc>
          <w:tcPr>
            <w:tcW w:w="564" w:type="dxa"/>
            <w:tcMar>
              <w:top w:w="20" w:type="dxa"/>
              <w:left w:w="50" w:type="dxa"/>
              <w:bottom w:w="20" w:type="dxa"/>
              <w:right w:w="50" w:type="dxa"/>
            </w:tcMar>
          </w:tcPr>
          <w:p w14:paraId="4551F00E" w14:textId="77777777" w:rsidR="00292F36" w:rsidRDefault="00000000">
            <w:r>
              <w:rPr>
                <w:sz w:val="12"/>
              </w:rPr>
              <w:t>0.44236176</w:t>
            </w:r>
          </w:p>
        </w:tc>
        <w:tc>
          <w:tcPr>
            <w:tcW w:w="564" w:type="dxa"/>
            <w:tcMar>
              <w:top w:w="20" w:type="dxa"/>
              <w:left w:w="50" w:type="dxa"/>
              <w:bottom w:w="20" w:type="dxa"/>
              <w:right w:w="50" w:type="dxa"/>
            </w:tcMar>
          </w:tcPr>
          <w:p w14:paraId="737312F6" w14:textId="77777777" w:rsidR="00292F36" w:rsidRDefault="00000000">
            <w:r>
              <w:rPr>
                <w:sz w:val="12"/>
              </w:rPr>
              <w:t>0.01030928</w:t>
            </w:r>
          </w:p>
        </w:tc>
        <w:tc>
          <w:tcPr>
            <w:tcW w:w="564" w:type="dxa"/>
            <w:tcMar>
              <w:top w:w="20" w:type="dxa"/>
              <w:left w:w="50" w:type="dxa"/>
              <w:bottom w:w="20" w:type="dxa"/>
              <w:right w:w="50" w:type="dxa"/>
            </w:tcMar>
          </w:tcPr>
          <w:p w14:paraId="20AB6B51" w14:textId="77777777" w:rsidR="00292F36" w:rsidRDefault="00000000">
            <w:r>
              <w:rPr>
                <w:sz w:val="12"/>
              </w:rPr>
              <w:t>0.00843486</w:t>
            </w:r>
          </w:p>
        </w:tc>
        <w:tc>
          <w:tcPr>
            <w:tcW w:w="564" w:type="dxa"/>
            <w:tcMar>
              <w:top w:w="20" w:type="dxa"/>
              <w:left w:w="50" w:type="dxa"/>
              <w:bottom w:w="20" w:type="dxa"/>
              <w:right w:w="50" w:type="dxa"/>
            </w:tcMar>
          </w:tcPr>
          <w:p w14:paraId="6B40D751" w14:textId="77777777" w:rsidR="00292F36" w:rsidRDefault="00000000">
            <w:r>
              <w:rPr>
                <w:sz w:val="12"/>
              </w:rPr>
              <w:t>0.0131209</w:t>
            </w:r>
          </w:p>
        </w:tc>
        <w:tc>
          <w:tcPr>
            <w:tcW w:w="564" w:type="dxa"/>
            <w:tcMar>
              <w:top w:w="20" w:type="dxa"/>
              <w:left w:w="50" w:type="dxa"/>
              <w:bottom w:w="20" w:type="dxa"/>
              <w:right w:w="50" w:type="dxa"/>
            </w:tcMar>
          </w:tcPr>
          <w:p w14:paraId="319136E9" w14:textId="77777777" w:rsidR="00292F36" w:rsidRDefault="00000000">
            <w:r>
              <w:rPr>
                <w:sz w:val="12"/>
              </w:rPr>
              <w:t>0.5257732</w:t>
            </w:r>
          </w:p>
        </w:tc>
      </w:tr>
      <w:tr w:rsidR="00292F36" w14:paraId="6B9A5701" w14:textId="77777777">
        <w:tc>
          <w:tcPr>
            <w:tcW w:w="564" w:type="dxa"/>
            <w:tcMar>
              <w:top w:w="20" w:type="dxa"/>
              <w:left w:w="50" w:type="dxa"/>
              <w:bottom w:w="20" w:type="dxa"/>
              <w:right w:w="50" w:type="dxa"/>
            </w:tcMar>
          </w:tcPr>
          <w:p w14:paraId="7CE5FB8B" w14:textId="77777777" w:rsidR="00292F36" w:rsidRDefault="00000000">
            <w:r>
              <w:rPr>
                <w:sz w:val="12"/>
              </w:rPr>
              <w:t>2022_islas_coronados_isla_coronado_sur_marina_1</w:t>
            </w:r>
          </w:p>
        </w:tc>
        <w:tc>
          <w:tcPr>
            <w:tcW w:w="564" w:type="dxa"/>
            <w:tcMar>
              <w:top w:w="20" w:type="dxa"/>
              <w:left w:w="50" w:type="dxa"/>
              <w:bottom w:w="20" w:type="dxa"/>
              <w:right w:w="50" w:type="dxa"/>
            </w:tcMar>
          </w:tcPr>
          <w:p w14:paraId="1DEFF7DD" w14:textId="77777777" w:rsidR="00292F36" w:rsidRDefault="00000000">
            <w:r>
              <w:rPr>
                <w:sz w:val="12"/>
              </w:rPr>
              <w:t>0.50110356</w:t>
            </w:r>
          </w:p>
        </w:tc>
        <w:tc>
          <w:tcPr>
            <w:tcW w:w="564" w:type="dxa"/>
            <w:tcMar>
              <w:top w:w="20" w:type="dxa"/>
              <w:left w:w="50" w:type="dxa"/>
              <w:bottom w:w="20" w:type="dxa"/>
              <w:right w:w="50" w:type="dxa"/>
            </w:tcMar>
          </w:tcPr>
          <w:p w14:paraId="1A049036" w14:textId="77777777" w:rsidR="00292F36" w:rsidRDefault="00000000">
            <w:r>
              <w:rPr>
                <w:sz w:val="12"/>
              </w:rPr>
              <w:t>0.47447589</w:t>
            </w:r>
          </w:p>
        </w:tc>
        <w:tc>
          <w:tcPr>
            <w:tcW w:w="564" w:type="dxa"/>
            <w:tcMar>
              <w:top w:w="20" w:type="dxa"/>
              <w:left w:w="50" w:type="dxa"/>
              <w:bottom w:w="20" w:type="dxa"/>
              <w:right w:w="50" w:type="dxa"/>
            </w:tcMar>
          </w:tcPr>
          <w:p w14:paraId="3C1D2090" w14:textId="77777777" w:rsidR="00292F36" w:rsidRDefault="00000000">
            <w:r>
              <w:rPr>
                <w:sz w:val="12"/>
              </w:rPr>
              <w:t>2022</w:t>
            </w:r>
          </w:p>
        </w:tc>
        <w:tc>
          <w:tcPr>
            <w:tcW w:w="564" w:type="dxa"/>
            <w:tcMar>
              <w:top w:w="20" w:type="dxa"/>
              <w:left w:w="50" w:type="dxa"/>
              <w:bottom w:w="20" w:type="dxa"/>
              <w:right w:w="50" w:type="dxa"/>
            </w:tcMar>
          </w:tcPr>
          <w:p w14:paraId="44770FF3" w14:textId="77777777" w:rsidR="00292F36" w:rsidRDefault="00000000">
            <w:r>
              <w:rPr>
                <w:sz w:val="12"/>
              </w:rPr>
              <w:t>coronados</w:t>
            </w:r>
          </w:p>
        </w:tc>
        <w:tc>
          <w:tcPr>
            <w:tcW w:w="564" w:type="dxa"/>
            <w:tcMar>
              <w:top w:w="20" w:type="dxa"/>
              <w:left w:w="50" w:type="dxa"/>
              <w:bottom w:w="20" w:type="dxa"/>
              <w:right w:w="50" w:type="dxa"/>
            </w:tcMar>
          </w:tcPr>
          <w:p w14:paraId="26ABBCBD" w14:textId="77777777" w:rsidR="00292F36" w:rsidRDefault="00000000">
            <w:r>
              <w:rPr>
                <w:sz w:val="12"/>
              </w:rPr>
              <w:t>North</w:t>
            </w:r>
          </w:p>
        </w:tc>
        <w:tc>
          <w:tcPr>
            <w:tcW w:w="564" w:type="dxa"/>
            <w:tcMar>
              <w:top w:w="20" w:type="dxa"/>
              <w:left w:w="50" w:type="dxa"/>
              <w:bottom w:w="20" w:type="dxa"/>
              <w:right w:w="50" w:type="dxa"/>
            </w:tcMar>
          </w:tcPr>
          <w:p w14:paraId="257461DF" w14:textId="77777777" w:rsidR="00292F36" w:rsidRDefault="00000000">
            <w:r>
              <w:rPr>
                <w:sz w:val="12"/>
              </w:rPr>
              <w:t>islas_coronados</w:t>
            </w:r>
          </w:p>
        </w:tc>
        <w:tc>
          <w:tcPr>
            <w:tcW w:w="564" w:type="dxa"/>
            <w:tcMar>
              <w:top w:w="20" w:type="dxa"/>
              <w:left w:w="50" w:type="dxa"/>
              <w:bottom w:w="20" w:type="dxa"/>
              <w:right w:w="50" w:type="dxa"/>
            </w:tcMar>
          </w:tcPr>
          <w:p w14:paraId="7CDB7F3A" w14:textId="77777777" w:rsidR="00292F36" w:rsidRDefault="00000000">
            <w:r>
              <w:rPr>
                <w:sz w:val="12"/>
              </w:rPr>
              <w:t>isla_coronado_sur_marina</w:t>
            </w:r>
          </w:p>
        </w:tc>
        <w:tc>
          <w:tcPr>
            <w:tcW w:w="564" w:type="dxa"/>
            <w:tcMar>
              <w:top w:w="20" w:type="dxa"/>
              <w:left w:w="50" w:type="dxa"/>
              <w:bottom w:w="20" w:type="dxa"/>
              <w:right w:w="50" w:type="dxa"/>
            </w:tcMar>
          </w:tcPr>
          <w:p w14:paraId="0BACBE66" w14:textId="77777777" w:rsidR="00292F36" w:rsidRDefault="00000000">
            <w:r>
              <w:rPr>
                <w:sz w:val="12"/>
              </w:rPr>
              <w:t>4</w:t>
            </w:r>
          </w:p>
        </w:tc>
        <w:tc>
          <w:tcPr>
            <w:tcW w:w="564" w:type="dxa"/>
            <w:tcMar>
              <w:top w:w="20" w:type="dxa"/>
              <w:left w:w="50" w:type="dxa"/>
              <w:bottom w:w="20" w:type="dxa"/>
              <w:right w:w="50" w:type="dxa"/>
            </w:tcMar>
          </w:tcPr>
          <w:p w14:paraId="7D10F8F0" w14:textId="77777777" w:rsidR="00292F36" w:rsidRDefault="00000000">
            <w:r>
              <w:rPr>
                <w:sz w:val="12"/>
              </w:rPr>
              <w:t>20.7700005</w:t>
            </w:r>
          </w:p>
        </w:tc>
        <w:tc>
          <w:tcPr>
            <w:tcW w:w="564" w:type="dxa"/>
            <w:tcMar>
              <w:top w:w="20" w:type="dxa"/>
              <w:left w:w="50" w:type="dxa"/>
              <w:bottom w:w="20" w:type="dxa"/>
              <w:right w:w="50" w:type="dxa"/>
            </w:tcMar>
          </w:tcPr>
          <w:p w14:paraId="0F2AFDA3" w14:textId="77777777" w:rsidR="00292F36" w:rsidRDefault="00000000">
            <w:r>
              <w:rPr>
                <w:sz w:val="12"/>
              </w:rPr>
              <w:t>0.17901562</w:t>
            </w:r>
          </w:p>
        </w:tc>
        <w:tc>
          <w:tcPr>
            <w:tcW w:w="564" w:type="dxa"/>
            <w:tcMar>
              <w:top w:w="20" w:type="dxa"/>
              <w:left w:w="50" w:type="dxa"/>
              <w:bottom w:w="20" w:type="dxa"/>
              <w:right w:w="50" w:type="dxa"/>
            </w:tcMar>
          </w:tcPr>
          <w:p w14:paraId="7F50FFA6" w14:textId="77777777" w:rsidR="00292F36" w:rsidRDefault="00000000">
            <w:r>
              <w:rPr>
                <w:sz w:val="12"/>
              </w:rPr>
              <w:t>0</w:t>
            </w:r>
          </w:p>
        </w:tc>
        <w:tc>
          <w:tcPr>
            <w:tcW w:w="564" w:type="dxa"/>
            <w:tcMar>
              <w:top w:w="20" w:type="dxa"/>
              <w:left w:w="50" w:type="dxa"/>
              <w:bottom w:w="20" w:type="dxa"/>
              <w:right w:w="50" w:type="dxa"/>
            </w:tcMar>
          </w:tcPr>
          <w:p w14:paraId="616C6E4D" w14:textId="77777777" w:rsidR="00292F36" w:rsidRDefault="00000000">
            <w:r>
              <w:rPr>
                <w:sz w:val="12"/>
              </w:rPr>
              <w:t>0.14545455</w:t>
            </w:r>
          </w:p>
        </w:tc>
        <w:tc>
          <w:tcPr>
            <w:tcW w:w="564" w:type="dxa"/>
            <w:tcMar>
              <w:top w:w="20" w:type="dxa"/>
              <w:left w:w="50" w:type="dxa"/>
              <w:bottom w:w="20" w:type="dxa"/>
              <w:right w:w="50" w:type="dxa"/>
            </w:tcMar>
          </w:tcPr>
          <w:p w14:paraId="17D06880" w14:textId="77777777" w:rsidR="00292F36" w:rsidRDefault="00000000">
            <w:r>
              <w:rPr>
                <w:sz w:val="12"/>
              </w:rPr>
              <w:t>0</w:t>
            </w:r>
          </w:p>
        </w:tc>
        <w:tc>
          <w:tcPr>
            <w:tcW w:w="564" w:type="dxa"/>
            <w:tcMar>
              <w:top w:w="20" w:type="dxa"/>
              <w:left w:w="50" w:type="dxa"/>
              <w:bottom w:w="20" w:type="dxa"/>
              <w:right w:w="50" w:type="dxa"/>
            </w:tcMar>
          </w:tcPr>
          <w:p w14:paraId="3145B8E3" w14:textId="77777777" w:rsidR="00292F36" w:rsidRDefault="00000000">
            <w:r>
              <w:rPr>
                <w:sz w:val="12"/>
              </w:rPr>
              <w:t>0.85454545</w:t>
            </w:r>
          </w:p>
        </w:tc>
        <w:tc>
          <w:tcPr>
            <w:tcW w:w="564" w:type="dxa"/>
            <w:tcMar>
              <w:top w:w="20" w:type="dxa"/>
              <w:left w:w="50" w:type="dxa"/>
              <w:bottom w:w="20" w:type="dxa"/>
              <w:right w:w="50" w:type="dxa"/>
            </w:tcMar>
          </w:tcPr>
          <w:p w14:paraId="5AD2B3C1" w14:textId="77777777" w:rsidR="00292F36" w:rsidRDefault="00000000">
            <w:r>
              <w:rPr>
                <w:sz w:val="12"/>
              </w:rPr>
              <w:t>0</w:t>
            </w:r>
          </w:p>
        </w:tc>
        <w:tc>
          <w:tcPr>
            <w:tcW w:w="564" w:type="dxa"/>
            <w:tcMar>
              <w:top w:w="20" w:type="dxa"/>
              <w:left w:w="50" w:type="dxa"/>
              <w:bottom w:w="20" w:type="dxa"/>
              <w:right w:w="50" w:type="dxa"/>
            </w:tcMar>
          </w:tcPr>
          <w:p w14:paraId="6046E467" w14:textId="77777777" w:rsidR="00292F36" w:rsidRDefault="00000000">
            <w:r>
              <w:rPr>
                <w:sz w:val="12"/>
              </w:rPr>
              <w:t>0</w:t>
            </w:r>
          </w:p>
        </w:tc>
        <w:tc>
          <w:tcPr>
            <w:tcW w:w="564" w:type="dxa"/>
            <w:tcMar>
              <w:top w:w="20" w:type="dxa"/>
              <w:left w:w="50" w:type="dxa"/>
              <w:bottom w:w="20" w:type="dxa"/>
              <w:right w:w="50" w:type="dxa"/>
            </w:tcMar>
          </w:tcPr>
          <w:p w14:paraId="1AB535D6" w14:textId="77777777" w:rsidR="00292F36" w:rsidRDefault="00000000">
            <w:r>
              <w:rPr>
                <w:sz w:val="12"/>
              </w:rPr>
              <w:t>0</w:t>
            </w:r>
          </w:p>
        </w:tc>
        <w:tc>
          <w:tcPr>
            <w:tcW w:w="564" w:type="dxa"/>
            <w:tcMar>
              <w:top w:w="20" w:type="dxa"/>
              <w:left w:w="50" w:type="dxa"/>
              <w:bottom w:w="20" w:type="dxa"/>
              <w:right w:w="50" w:type="dxa"/>
            </w:tcMar>
          </w:tcPr>
          <w:p w14:paraId="34DF143B" w14:textId="77777777" w:rsidR="00292F36" w:rsidRDefault="00000000">
            <w:r>
              <w:rPr>
                <w:sz w:val="12"/>
              </w:rPr>
              <w:t>0</w:t>
            </w:r>
          </w:p>
        </w:tc>
        <w:tc>
          <w:tcPr>
            <w:tcW w:w="564" w:type="dxa"/>
            <w:tcMar>
              <w:top w:w="20" w:type="dxa"/>
              <w:left w:w="50" w:type="dxa"/>
              <w:bottom w:w="20" w:type="dxa"/>
              <w:right w:w="50" w:type="dxa"/>
            </w:tcMar>
          </w:tcPr>
          <w:p w14:paraId="6D17EBD4" w14:textId="77777777" w:rsidR="00292F36" w:rsidRDefault="00000000">
            <w:r>
              <w:rPr>
                <w:sz w:val="12"/>
              </w:rPr>
              <w:t>0</w:t>
            </w:r>
          </w:p>
        </w:tc>
        <w:tc>
          <w:tcPr>
            <w:tcW w:w="564" w:type="dxa"/>
            <w:tcMar>
              <w:top w:w="20" w:type="dxa"/>
              <w:left w:w="50" w:type="dxa"/>
              <w:bottom w:w="20" w:type="dxa"/>
              <w:right w:w="50" w:type="dxa"/>
            </w:tcMar>
          </w:tcPr>
          <w:p w14:paraId="49BF2065" w14:textId="77777777" w:rsidR="00292F36" w:rsidRDefault="00000000">
            <w:r>
              <w:rPr>
                <w:sz w:val="12"/>
              </w:rPr>
              <w:t>0.69230769</w:t>
            </w:r>
          </w:p>
        </w:tc>
        <w:tc>
          <w:tcPr>
            <w:tcW w:w="564" w:type="dxa"/>
            <w:tcMar>
              <w:top w:w="20" w:type="dxa"/>
              <w:left w:w="50" w:type="dxa"/>
              <w:bottom w:w="20" w:type="dxa"/>
              <w:right w:w="50" w:type="dxa"/>
            </w:tcMar>
          </w:tcPr>
          <w:p w14:paraId="444AB09C" w14:textId="77777777" w:rsidR="00292F36" w:rsidRDefault="00000000">
            <w:r>
              <w:rPr>
                <w:sz w:val="12"/>
              </w:rPr>
              <w:t>0.30769231</w:t>
            </w:r>
          </w:p>
        </w:tc>
        <w:tc>
          <w:tcPr>
            <w:tcW w:w="564" w:type="dxa"/>
            <w:tcMar>
              <w:top w:w="20" w:type="dxa"/>
              <w:left w:w="50" w:type="dxa"/>
              <w:bottom w:w="20" w:type="dxa"/>
              <w:right w:w="50" w:type="dxa"/>
            </w:tcMar>
          </w:tcPr>
          <w:p w14:paraId="00663C6C" w14:textId="77777777" w:rsidR="00292F36" w:rsidRDefault="00000000">
            <w:r>
              <w:rPr>
                <w:sz w:val="12"/>
              </w:rPr>
              <w:t>0</w:t>
            </w:r>
          </w:p>
        </w:tc>
        <w:tc>
          <w:tcPr>
            <w:tcW w:w="564" w:type="dxa"/>
            <w:tcMar>
              <w:top w:w="20" w:type="dxa"/>
              <w:left w:w="50" w:type="dxa"/>
              <w:bottom w:w="20" w:type="dxa"/>
              <w:right w:w="50" w:type="dxa"/>
            </w:tcMar>
          </w:tcPr>
          <w:p w14:paraId="6D28B65A" w14:textId="77777777" w:rsidR="00292F36" w:rsidRDefault="00000000">
            <w:r>
              <w:rPr>
                <w:sz w:val="12"/>
              </w:rPr>
              <w:t>0</w:t>
            </w:r>
          </w:p>
        </w:tc>
        <w:tc>
          <w:tcPr>
            <w:tcW w:w="564" w:type="dxa"/>
            <w:tcMar>
              <w:top w:w="20" w:type="dxa"/>
              <w:left w:w="50" w:type="dxa"/>
              <w:bottom w:w="20" w:type="dxa"/>
              <w:right w:w="50" w:type="dxa"/>
            </w:tcMar>
          </w:tcPr>
          <w:p w14:paraId="4DE88099" w14:textId="77777777" w:rsidR="00292F36" w:rsidRDefault="00000000">
            <w:r>
              <w:rPr>
                <w:sz w:val="12"/>
              </w:rPr>
              <w:t>0</w:t>
            </w:r>
          </w:p>
        </w:tc>
      </w:tr>
      <w:tr w:rsidR="00292F36" w14:paraId="14D61953" w14:textId="77777777">
        <w:tc>
          <w:tcPr>
            <w:tcW w:w="564" w:type="dxa"/>
            <w:tcMar>
              <w:top w:w="20" w:type="dxa"/>
              <w:left w:w="50" w:type="dxa"/>
              <w:bottom w:w="20" w:type="dxa"/>
              <w:right w:w="50" w:type="dxa"/>
            </w:tcMar>
          </w:tcPr>
          <w:p w14:paraId="1B08B102" w14:textId="77777777" w:rsidR="00292F36" w:rsidRDefault="00000000">
            <w:r>
              <w:rPr>
                <w:sz w:val="12"/>
              </w:rPr>
              <w:t>2022_islas_coronados_isla_coronado_sur_marina_2</w:t>
            </w:r>
          </w:p>
        </w:tc>
        <w:tc>
          <w:tcPr>
            <w:tcW w:w="564" w:type="dxa"/>
            <w:tcMar>
              <w:top w:w="20" w:type="dxa"/>
              <w:left w:w="50" w:type="dxa"/>
              <w:bottom w:w="20" w:type="dxa"/>
              <w:right w:w="50" w:type="dxa"/>
            </w:tcMar>
          </w:tcPr>
          <w:p w14:paraId="377B65EE" w14:textId="77777777" w:rsidR="00292F36" w:rsidRDefault="00000000">
            <w:r>
              <w:rPr>
                <w:sz w:val="12"/>
              </w:rPr>
              <w:t>0.62409815</w:t>
            </w:r>
          </w:p>
        </w:tc>
        <w:tc>
          <w:tcPr>
            <w:tcW w:w="564" w:type="dxa"/>
            <w:tcMar>
              <w:top w:w="20" w:type="dxa"/>
              <w:left w:w="50" w:type="dxa"/>
              <w:bottom w:w="20" w:type="dxa"/>
              <w:right w:w="50" w:type="dxa"/>
            </w:tcMar>
          </w:tcPr>
          <w:p w14:paraId="14022AE3" w14:textId="77777777" w:rsidR="00292F36" w:rsidRDefault="00000000">
            <w:r>
              <w:rPr>
                <w:sz w:val="12"/>
              </w:rPr>
              <w:t>-0.3997246</w:t>
            </w:r>
          </w:p>
        </w:tc>
        <w:tc>
          <w:tcPr>
            <w:tcW w:w="564" w:type="dxa"/>
            <w:tcMar>
              <w:top w:w="20" w:type="dxa"/>
              <w:left w:w="50" w:type="dxa"/>
              <w:bottom w:w="20" w:type="dxa"/>
              <w:right w:w="50" w:type="dxa"/>
            </w:tcMar>
          </w:tcPr>
          <w:p w14:paraId="32340E9F" w14:textId="77777777" w:rsidR="00292F36" w:rsidRDefault="00000000">
            <w:r>
              <w:rPr>
                <w:sz w:val="12"/>
              </w:rPr>
              <w:t>2022</w:t>
            </w:r>
          </w:p>
        </w:tc>
        <w:tc>
          <w:tcPr>
            <w:tcW w:w="564" w:type="dxa"/>
            <w:tcMar>
              <w:top w:w="20" w:type="dxa"/>
              <w:left w:w="50" w:type="dxa"/>
              <w:bottom w:w="20" w:type="dxa"/>
              <w:right w:w="50" w:type="dxa"/>
            </w:tcMar>
          </w:tcPr>
          <w:p w14:paraId="1221C088" w14:textId="77777777" w:rsidR="00292F36" w:rsidRDefault="00000000">
            <w:r>
              <w:rPr>
                <w:sz w:val="12"/>
              </w:rPr>
              <w:t>coronados</w:t>
            </w:r>
          </w:p>
        </w:tc>
        <w:tc>
          <w:tcPr>
            <w:tcW w:w="564" w:type="dxa"/>
            <w:tcMar>
              <w:top w:w="20" w:type="dxa"/>
              <w:left w:w="50" w:type="dxa"/>
              <w:bottom w:w="20" w:type="dxa"/>
              <w:right w:w="50" w:type="dxa"/>
            </w:tcMar>
          </w:tcPr>
          <w:p w14:paraId="33E3E1EC" w14:textId="77777777" w:rsidR="00292F36" w:rsidRDefault="00000000">
            <w:r>
              <w:rPr>
                <w:sz w:val="12"/>
              </w:rPr>
              <w:t>North</w:t>
            </w:r>
          </w:p>
        </w:tc>
        <w:tc>
          <w:tcPr>
            <w:tcW w:w="564" w:type="dxa"/>
            <w:tcMar>
              <w:top w:w="20" w:type="dxa"/>
              <w:left w:w="50" w:type="dxa"/>
              <w:bottom w:w="20" w:type="dxa"/>
              <w:right w:w="50" w:type="dxa"/>
            </w:tcMar>
          </w:tcPr>
          <w:p w14:paraId="485EDD45" w14:textId="77777777" w:rsidR="00292F36" w:rsidRDefault="00000000">
            <w:r>
              <w:rPr>
                <w:sz w:val="12"/>
              </w:rPr>
              <w:t>islas_coronados</w:t>
            </w:r>
          </w:p>
        </w:tc>
        <w:tc>
          <w:tcPr>
            <w:tcW w:w="564" w:type="dxa"/>
            <w:tcMar>
              <w:top w:w="20" w:type="dxa"/>
              <w:left w:w="50" w:type="dxa"/>
              <w:bottom w:w="20" w:type="dxa"/>
              <w:right w:w="50" w:type="dxa"/>
            </w:tcMar>
          </w:tcPr>
          <w:p w14:paraId="7A5B854B" w14:textId="77777777" w:rsidR="00292F36" w:rsidRDefault="00000000">
            <w:r>
              <w:rPr>
                <w:sz w:val="12"/>
              </w:rPr>
              <w:t>isla_coronado_sur_marina</w:t>
            </w:r>
          </w:p>
        </w:tc>
        <w:tc>
          <w:tcPr>
            <w:tcW w:w="564" w:type="dxa"/>
            <w:tcMar>
              <w:top w:w="20" w:type="dxa"/>
              <w:left w:w="50" w:type="dxa"/>
              <w:bottom w:w="20" w:type="dxa"/>
              <w:right w:w="50" w:type="dxa"/>
            </w:tcMar>
          </w:tcPr>
          <w:p w14:paraId="2415774C" w14:textId="77777777" w:rsidR="00292F36" w:rsidRDefault="00000000">
            <w:r>
              <w:rPr>
                <w:sz w:val="12"/>
              </w:rPr>
              <w:t>4</w:t>
            </w:r>
          </w:p>
        </w:tc>
        <w:tc>
          <w:tcPr>
            <w:tcW w:w="564" w:type="dxa"/>
            <w:tcMar>
              <w:top w:w="20" w:type="dxa"/>
              <w:left w:w="50" w:type="dxa"/>
              <w:bottom w:w="20" w:type="dxa"/>
              <w:right w:w="50" w:type="dxa"/>
            </w:tcMar>
          </w:tcPr>
          <w:p w14:paraId="668E6B69" w14:textId="77777777" w:rsidR="00292F36" w:rsidRDefault="00000000">
            <w:r>
              <w:rPr>
                <w:sz w:val="12"/>
              </w:rPr>
              <w:t>20.7700005</w:t>
            </w:r>
          </w:p>
        </w:tc>
        <w:tc>
          <w:tcPr>
            <w:tcW w:w="564" w:type="dxa"/>
            <w:tcMar>
              <w:top w:w="20" w:type="dxa"/>
              <w:left w:w="50" w:type="dxa"/>
              <w:bottom w:w="20" w:type="dxa"/>
              <w:right w:w="50" w:type="dxa"/>
            </w:tcMar>
          </w:tcPr>
          <w:p w14:paraId="00BB7BF5" w14:textId="77777777" w:rsidR="00292F36" w:rsidRDefault="00000000">
            <w:r>
              <w:rPr>
                <w:sz w:val="12"/>
              </w:rPr>
              <w:t>0.17901562</w:t>
            </w:r>
          </w:p>
        </w:tc>
        <w:tc>
          <w:tcPr>
            <w:tcW w:w="564" w:type="dxa"/>
            <w:tcMar>
              <w:top w:w="20" w:type="dxa"/>
              <w:left w:w="50" w:type="dxa"/>
              <w:bottom w:w="20" w:type="dxa"/>
              <w:right w:w="50" w:type="dxa"/>
            </w:tcMar>
          </w:tcPr>
          <w:p w14:paraId="338F0D31" w14:textId="77777777" w:rsidR="00292F36" w:rsidRDefault="00000000">
            <w:r>
              <w:rPr>
                <w:sz w:val="12"/>
              </w:rPr>
              <w:t>0</w:t>
            </w:r>
          </w:p>
        </w:tc>
        <w:tc>
          <w:tcPr>
            <w:tcW w:w="564" w:type="dxa"/>
            <w:tcMar>
              <w:top w:w="20" w:type="dxa"/>
              <w:left w:w="50" w:type="dxa"/>
              <w:bottom w:w="20" w:type="dxa"/>
              <w:right w:w="50" w:type="dxa"/>
            </w:tcMar>
          </w:tcPr>
          <w:p w14:paraId="11F9EA92" w14:textId="77777777" w:rsidR="00292F36" w:rsidRDefault="00000000">
            <w:r>
              <w:rPr>
                <w:sz w:val="12"/>
              </w:rPr>
              <w:t>1</w:t>
            </w:r>
          </w:p>
        </w:tc>
        <w:tc>
          <w:tcPr>
            <w:tcW w:w="564" w:type="dxa"/>
            <w:tcMar>
              <w:top w:w="20" w:type="dxa"/>
              <w:left w:w="50" w:type="dxa"/>
              <w:bottom w:w="20" w:type="dxa"/>
              <w:right w:w="50" w:type="dxa"/>
            </w:tcMar>
          </w:tcPr>
          <w:p w14:paraId="3BA892E2" w14:textId="77777777" w:rsidR="00292F36" w:rsidRDefault="00000000">
            <w:r>
              <w:rPr>
                <w:sz w:val="12"/>
              </w:rPr>
              <w:t>0</w:t>
            </w:r>
          </w:p>
        </w:tc>
        <w:tc>
          <w:tcPr>
            <w:tcW w:w="564" w:type="dxa"/>
            <w:tcMar>
              <w:top w:w="20" w:type="dxa"/>
              <w:left w:w="50" w:type="dxa"/>
              <w:bottom w:w="20" w:type="dxa"/>
              <w:right w:w="50" w:type="dxa"/>
            </w:tcMar>
          </w:tcPr>
          <w:p w14:paraId="4D17ADE6" w14:textId="77777777" w:rsidR="00292F36" w:rsidRDefault="00000000">
            <w:r>
              <w:rPr>
                <w:sz w:val="12"/>
              </w:rPr>
              <w:t>0</w:t>
            </w:r>
          </w:p>
        </w:tc>
        <w:tc>
          <w:tcPr>
            <w:tcW w:w="564" w:type="dxa"/>
            <w:tcMar>
              <w:top w:w="20" w:type="dxa"/>
              <w:left w:w="50" w:type="dxa"/>
              <w:bottom w:w="20" w:type="dxa"/>
              <w:right w:w="50" w:type="dxa"/>
            </w:tcMar>
          </w:tcPr>
          <w:p w14:paraId="20771EDB" w14:textId="77777777" w:rsidR="00292F36" w:rsidRDefault="00000000">
            <w:r>
              <w:rPr>
                <w:sz w:val="12"/>
              </w:rPr>
              <w:t>0</w:t>
            </w:r>
          </w:p>
        </w:tc>
        <w:tc>
          <w:tcPr>
            <w:tcW w:w="564" w:type="dxa"/>
            <w:tcMar>
              <w:top w:w="20" w:type="dxa"/>
              <w:left w:w="50" w:type="dxa"/>
              <w:bottom w:w="20" w:type="dxa"/>
              <w:right w:w="50" w:type="dxa"/>
            </w:tcMar>
          </w:tcPr>
          <w:p w14:paraId="14E78A48" w14:textId="77777777" w:rsidR="00292F36" w:rsidRDefault="00000000">
            <w:r>
              <w:rPr>
                <w:sz w:val="12"/>
              </w:rPr>
              <w:t>0</w:t>
            </w:r>
          </w:p>
        </w:tc>
        <w:tc>
          <w:tcPr>
            <w:tcW w:w="564" w:type="dxa"/>
            <w:tcMar>
              <w:top w:w="20" w:type="dxa"/>
              <w:left w:w="50" w:type="dxa"/>
              <w:bottom w:w="20" w:type="dxa"/>
              <w:right w:w="50" w:type="dxa"/>
            </w:tcMar>
          </w:tcPr>
          <w:p w14:paraId="11B0B404" w14:textId="77777777" w:rsidR="00292F36" w:rsidRDefault="00000000">
            <w:r>
              <w:rPr>
                <w:sz w:val="12"/>
              </w:rPr>
              <w:t>0</w:t>
            </w:r>
          </w:p>
        </w:tc>
        <w:tc>
          <w:tcPr>
            <w:tcW w:w="564" w:type="dxa"/>
            <w:tcMar>
              <w:top w:w="20" w:type="dxa"/>
              <w:left w:w="50" w:type="dxa"/>
              <w:bottom w:w="20" w:type="dxa"/>
              <w:right w:w="50" w:type="dxa"/>
            </w:tcMar>
          </w:tcPr>
          <w:p w14:paraId="42F6B859" w14:textId="77777777" w:rsidR="00292F36" w:rsidRDefault="00000000">
            <w:r>
              <w:rPr>
                <w:sz w:val="12"/>
              </w:rPr>
              <w:t>0</w:t>
            </w:r>
          </w:p>
        </w:tc>
        <w:tc>
          <w:tcPr>
            <w:tcW w:w="564" w:type="dxa"/>
            <w:tcMar>
              <w:top w:w="20" w:type="dxa"/>
              <w:left w:w="50" w:type="dxa"/>
              <w:bottom w:w="20" w:type="dxa"/>
              <w:right w:w="50" w:type="dxa"/>
            </w:tcMar>
          </w:tcPr>
          <w:p w14:paraId="0E0AFF55" w14:textId="77777777" w:rsidR="00292F36" w:rsidRDefault="00000000">
            <w:r>
              <w:rPr>
                <w:sz w:val="12"/>
              </w:rPr>
              <w:t>0</w:t>
            </w:r>
          </w:p>
        </w:tc>
        <w:tc>
          <w:tcPr>
            <w:tcW w:w="564" w:type="dxa"/>
            <w:tcMar>
              <w:top w:w="20" w:type="dxa"/>
              <w:left w:w="50" w:type="dxa"/>
              <w:bottom w:w="20" w:type="dxa"/>
              <w:right w:w="50" w:type="dxa"/>
            </w:tcMar>
          </w:tcPr>
          <w:p w14:paraId="56F220EA" w14:textId="77777777" w:rsidR="00292F36" w:rsidRDefault="00000000">
            <w:r>
              <w:rPr>
                <w:sz w:val="12"/>
              </w:rPr>
              <w:t>0.83969466</w:t>
            </w:r>
          </w:p>
        </w:tc>
        <w:tc>
          <w:tcPr>
            <w:tcW w:w="564" w:type="dxa"/>
            <w:tcMar>
              <w:top w:w="20" w:type="dxa"/>
              <w:left w:w="50" w:type="dxa"/>
              <w:bottom w:w="20" w:type="dxa"/>
              <w:right w:w="50" w:type="dxa"/>
            </w:tcMar>
          </w:tcPr>
          <w:p w14:paraId="21E5A453" w14:textId="77777777" w:rsidR="00292F36" w:rsidRDefault="00000000">
            <w:r>
              <w:rPr>
                <w:sz w:val="12"/>
              </w:rPr>
              <w:t>0.12977099</w:t>
            </w:r>
          </w:p>
        </w:tc>
        <w:tc>
          <w:tcPr>
            <w:tcW w:w="564" w:type="dxa"/>
            <w:tcMar>
              <w:top w:w="20" w:type="dxa"/>
              <w:left w:w="50" w:type="dxa"/>
              <w:bottom w:w="20" w:type="dxa"/>
              <w:right w:w="50" w:type="dxa"/>
            </w:tcMar>
          </w:tcPr>
          <w:p w14:paraId="01DDCC8A" w14:textId="77777777" w:rsidR="00292F36" w:rsidRDefault="00000000">
            <w:r>
              <w:rPr>
                <w:sz w:val="12"/>
              </w:rPr>
              <w:t>0.03053435</w:t>
            </w:r>
          </w:p>
        </w:tc>
        <w:tc>
          <w:tcPr>
            <w:tcW w:w="564" w:type="dxa"/>
            <w:tcMar>
              <w:top w:w="20" w:type="dxa"/>
              <w:left w:w="50" w:type="dxa"/>
              <w:bottom w:w="20" w:type="dxa"/>
              <w:right w:w="50" w:type="dxa"/>
            </w:tcMar>
          </w:tcPr>
          <w:p w14:paraId="34FC6914" w14:textId="77777777" w:rsidR="00292F36" w:rsidRDefault="00000000">
            <w:r>
              <w:rPr>
                <w:sz w:val="12"/>
              </w:rPr>
              <w:t>0</w:t>
            </w:r>
          </w:p>
        </w:tc>
        <w:tc>
          <w:tcPr>
            <w:tcW w:w="564" w:type="dxa"/>
            <w:tcMar>
              <w:top w:w="20" w:type="dxa"/>
              <w:left w:w="50" w:type="dxa"/>
              <w:bottom w:w="20" w:type="dxa"/>
              <w:right w:w="50" w:type="dxa"/>
            </w:tcMar>
          </w:tcPr>
          <w:p w14:paraId="5257FEC8" w14:textId="77777777" w:rsidR="00292F36" w:rsidRDefault="00000000">
            <w:r>
              <w:rPr>
                <w:sz w:val="12"/>
              </w:rPr>
              <w:t>0</w:t>
            </w:r>
          </w:p>
        </w:tc>
      </w:tr>
      <w:tr w:rsidR="00292F36" w14:paraId="49A91F39" w14:textId="77777777">
        <w:tc>
          <w:tcPr>
            <w:tcW w:w="564" w:type="dxa"/>
            <w:tcMar>
              <w:top w:w="20" w:type="dxa"/>
              <w:left w:w="50" w:type="dxa"/>
              <w:bottom w:w="20" w:type="dxa"/>
              <w:right w:w="50" w:type="dxa"/>
            </w:tcMar>
          </w:tcPr>
          <w:p w14:paraId="74963062" w14:textId="77777777" w:rsidR="00292F36" w:rsidRDefault="00000000">
            <w:r>
              <w:rPr>
                <w:sz w:val="12"/>
              </w:rPr>
              <w:t>2022_punta_banda_punta_banda_deep_1</w:t>
            </w:r>
          </w:p>
        </w:tc>
        <w:tc>
          <w:tcPr>
            <w:tcW w:w="564" w:type="dxa"/>
            <w:tcMar>
              <w:top w:w="20" w:type="dxa"/>
              <w:left w:w="50" w:type="dxa"/>
              <w:bottom w:w="20" w:type="dxa"/>
              <w:right w:w="50" w:type="dxa"/>
            </w:tcMar>
          </w:tcPr>
          <w:p w14:paraId="40CB1863" w14:textId="77777777" w:rsidR="00292F36" w:rsidRDefault="00000000">
            <w:r>
              <w:rPr>
                <w:sz w:val="12"/>
              </w:rPr>
              <w:t>0.48658773</w:t>
            </w:r>
          </w:p>
        </w:tc>
        <w:tc>
          <w:tcPr>
            <w:tcW w:w="564" w:type="dxa"/>
            <w:tcMar>
              <w:top w:w="20" w:type="dxa"/>
              <w:left w:w="50" w:type="dxa"/>
              <w:bottom w:w="20" w:type="dxa"/>
              <w:right w:w="50" w:type="dxa"/>
            </w:tcMar>
          </w:tcPr>
          <w:p w14:paraId="4A736050" w14:textId="77777777" w:rsidR="00292F36" w:rsidRDefault="00000000">
            <w:r>
              <w:rPr>
                <w:sz w:val="12"/>
              </w:rPr>
              <w:t>0.20449443</w:t>
            </w:r>
          </w:p>
        </w:tc>
        <w:tc>
          <w:tcPr>
            <w:tcW w:w="564" w:type="dxa"/>
            <w:tcMar>
              <w:top w:w="20" w:type="dxa"/>
              <w:left w:w="50" w:type="dxa"/>
              <w:bottom w:w="20" w:type="dxa"/>
              <w:right w:w="50" w:type="dxa"/>
            </w:tcMar>
          </w:tcPr>
          <w:p w14:paraId="4742A871" w14:textId="77777777" w:rsidR="00292F36" w:rsidRDefault="00000000">
            <w:r>
              <w:rPr>
                <w:sz w:val="12"/>
              </w:rPr>
              <w:t>2022</w:t>
            </w:r>
          </w:p>
        </w:tc>
        <w:tc>
          <w:tcPr>
            <w:tcW w:w="564" w:type="dxa"/>
            <w:tcMar>
              <w:top w:w="20" w:type="dxa"/>
              <w:left w:w="50" w:type="dxa"/>
              <w:bottom w:w="20" w:type="dxa"/>
              <w:right w:w="50" w:type="dxa"/>
            </w:tcMar>
          </w:tcPr>
          <w:p w14:paraId="6344C68C" w14:textId="77777777" w:rsidR="00292F36" w:rsidRDefault="00000000">
            <w:r>
              <w:rPr>
                <w:sz w:val="12"/>
              </w:rPr>
              <w:t>ensenada</w:t>
            </w:r>
          </w:p>
        </w:tc>
        <w:tc>
          <w:tcPr>
            <w:tcW w:w="564" w:type="dxa"/>
            <w:tcMar>
              <w:top w:w="20" w:type="dxa"/>
              <w:left w:w="50" w:type="dxa"/>
              <w:bottom w:w="20" w:type="dxa"/>
              <w:right w:w="50" w:type="dxa"/>
            </w:tcMar>
          </w:tcPr>
          <w:p w14:paraId="6081DE58" w14:textId="77777777" w:rsidR="00292F36" w:rsidRDefault="00000000">
            <w:r>
              <w:rPr>
                <w:sz w:val="12"/>
              </w:rPr>
              <w:t>North</w:t>
            </w:r>
          </w:p>
        </w:tc>
        <w:tc>
          <w:tcPr>
            <w:tcW w:w="564" w:type="dxa"/>
            <w:tcMar>
              <w:top w:w="20" w:type="dxa"/>
              <w:left w:w="50" w:type="dxa"/>
              <w:bottom w:w="20" w:type="dxa"/>
              <w:right w:w="50" w:type="dxa"/>
            </w:tcMar>
          </w:tcPr>
          <w:p w14:paraId="713BCEFA" w14:textId="77777777" w:rsidR="00292F36" w:rsidRDefault="00000000">
            <w:r>
              <w:rPr>
                <w:sz w:val="12"/>
              </w:rPr>
              <w:t>punta_banda</w:t>
            </w:r>
          </w:p>
        </w:tc>
        <w:tc>
          <w:tcPr>
            <w:tcW w:w="564" w:type="dxa"/>
            <w:tcMar>
              <w:top w:w="20" w:type="dxa"/>
              <w:left w:w="50" w:type="dxa"/>
              <w:bottom w:w="20" w:type="dxa"/>
              <w:right w:w="50" w:type="dxa"/>
            </w:tcMar>
          </w:tcPr>
          <w:p w14:paraId="1E803413" w14:textId="77777777" w:rsidR="00292F36" w:rsidRDefault="00000000">
            <w:r>
              <w:rPr>
                <w:sz w:val="12"/>
              </w:rPr>
              <w:t>punta_banda_deep</w:t>
            </w:r>
          </w:p>
        </w:tc>
        <w:tc>
          <w:tcPr>
            <w:tcW w:w="564" w:type="dxa"/>
            <w:tcMar>
              <w:top w:w="20" w:type="dxa"/>
              <w:left w:w="50" w:type="dxa"/>
              <w:bottom w:w="20" w:type="dxa"/>
              <w:right w:w="50" w:type="dxa"/>
            </w:tcMar>
          </w:tcPr>
          <w:p w14:paraId="375A7BEB" w14:textId="77777777" w:rsidR="00292F36" w:rsidRDefault="00000000">
            <w:r>
              <w:rPr>
                <w:sz w:val="12"/>
              </w:rPr>
              <w:t>11</w:t>
            </w:r>
          </w:p>
        </w:tc>
        <w:tc>
          <w:tcPr>
            <w:tcW w:w="564" w:type="dxa"/>
            <w:tcMar>
              <w:top w:w="20" w:type="dxa"/>
              <w:left w:w="50" w:type="dxa"/>
              <w:bottom w:w="20" w:type="dxa"/>
              <w:right w:w="50" w:type="dxa"/>
            </w:tcMar>
          </w:tcPr>
          <w:p w14:paraId="2550B6FF" w14:textId="77777777" w:rsidR="00292F36" w:rsidRDefault="00000000">
            <w:r>
              <w:rPr>
                <w:sz w:val="12"/>
              </w:rPr>
              <w:t>20.9799995</w:t>
            </w:r>
          </w:p>
        </w:tc>
        <w:tc>
          <w:tcPr>
            <w:tcW w:w="564" w:type="dxa"/>
            <w:tcMar>
              <w:top w:w="20" w:type="dxa"/>
              <w:left w:w="50" w:type="dxa"/>
              <w:bottom w:w="20" w:type="dxa"/>
              <w:right w:w="50" w:type="dxa"/>
            </w:tcMar>
          </w:tcPr>
          <w:p w14:paraId="24891933" w14:textId="77777777" w:rsidR="00292F36" w:rsidRDefault="00000000">
            <w:r>
              <w:rPr>
                <w:sz w:val="12"/>
              </w:rPr>
              <w:t>0.22248929</w:t>
            </w:r>
          </w:p>
        </w:tc>
        <w:tc>
          <w:tcPr>
            <w:tcW w:w="564" w:type="dxa"/>
            <w:tcMar>
              <w:top w:w="20" w:type="dxa"/>
              <w:left w:w="50" w:type="dxa"/>
              <w:bottom w:w="20" w:type="dxa"/>
              <w:right w:w="50" w:type="dxa"/>
            </w:tcMar>
          </w:tcPr>
          <w:p w14:paraId="3A9874B9" w14:textId="77777777" w:rsidR="00292F36" w:rsidRDefault="00000000">
            <w:r>
              <w:rPr>
                <w:sz w:val="12"/>
              </w:rPr>
              <w:t>0</w:t>
            </w:r>
          </w:p>
        </w:tc>
        <w:tc>
          <w:tcPr>
            <w:tcW w:w="564" w:type="dxa"/>
            <w:tcMar>
              <w:top w:w="20" w:type="dxa"/>
              <w:left w:w="50" w:type="dxa"/>
              <w:bottom w:w="20" w:type="dxa"/>
              <w:right w:w="50" w:type="dxa"/>
            </w:tcMar>
          </w:tcPr>
          <w:p w14:paraId="05C2A3B8" w14:textId="77777777" w:rsidR="00292F36" w:rsidRDefault="00000000">
            <w:r>
              <w:rPr>
                <w:sz w:val="12"/>
              </w:rPr>
              <w:t>0.45454545</w:t>
            </w:r>
          </w:p>
        </w:tc>
        <w:tc>
          <w:tcPr>
            <w:tcW w:w="564" w:type="dxa"/>
            <w:tcMar>
              <w:top w:w="20" w:type="dxa"/>
              <w:left w:w="50" w:type="dxa"/>
              <w:bottom w:w="20" w:type="dxa"/>
              <w:right w:w="50" w:type="dxa"/>
            </w:tcMar>
          </w:tcPr>
          <w:p w14:paraId="170F7A66" w14:textId="77777777" w:rsidR="00292F36" w:rsidRDefault="00000000">
            <w:r>
              <w:rPr>
                <w:sz w:val="12"/>
              </w:rPr>
              <w:t>0.40909091</w:t>
            </w:r>
          </w:p>
        </w:tc>
        <w:tc>
          <w:tcPr>
            <w:tcW w:w="564" w:type="dxa"/>
            <w:tcMar>
              <w:top w:w="20" w:type="dxa"/>
              <w:left w:w="50" w:type="dxa"/>
              <w:bottom w:w="20" w:type="dxa"/>
              <w:right w:w="50" w:type="dxa"/>
            </w:tcMar>
          </w:tcPr>
          <w:p w14:paraId="47D76981" w14:textId="77777777" w:rsidR="00292F36" w:rsidRDefault="00000000">
            <w:r>
              <w:rPr>
                <w:sz w:val="12"/>
              </w:rPr>
              <w:t>0.13636364</w:t>
            </w:r>
          </w:p>
        </w:tc>
        <w:tc>
          <w:tcPr>
            <w:tcW w:w="564" w:type="dxa"/>
            <w:tcMar>
              <w:top w:w="20" w:type="dxa"/>
              <w:left w:w="50" w:type="dxa"/>
              <w:bottom w:w="20" w:type="dxa"/>
              <w:right w:w="50" w:type="dxa"/>
            </w:tcMar>
          </w:tcPr>
          <w:p w14:paraId="2DF75A86" w14:textId="77777777" w:rsidR="00292F36" w:rsidRDefault="00000000">
            <w:r>
              <w:rPr>
                <w:sz w:val="12"/>
              </w:rPr>
              <w:t>0</w:t>
            </w:r>
          </w:p>
        </w:tc>
        <w:tc>
          <w:tcPr>
            <w:tcW w:w="564" w:type="dxa"/>
            <w:tcMar>
              <w:top w:w="20" w:type="dxa"/>
              <w:left w:w="50" w:type="dxa"/>
              <w:bottom w:w="20" w:type="dxa"/>
              <w:right w:w="50" w:type="dxa"/>
            </w:tcMar>
          </w:tcPr>
          <w:p w14:paraId="0558864C" w14:textId="77777777" w:rsidR="00292F36" w:rsidRDefault="00000000">
            <w:r>
              <w:rPr>
                <w:sz w:val="12"/>
              </w:rPr>
              <w:t>0</w:t>
            </w:r>
          </w:p>
        </w:tc>
        <w:tc>
          <w:tcPr>
            <w:tcW w:w="564" w:type="dxa"/>
            <w:tcMar>
              <w:top w:w="20" w:type="dxa"/>
              <w:left w:w="50" w:type="dxa"/>
              <w:bottom w:w="20" w:type="dxa"/>
              <w:right w:w="50" w:type="dxa"/>
            </w:tcMar>
          </w:tcPr>
          <w:p w14:paraId="3024CD41" w14:textId="77777777" w:rsidR="00292F36" w:rsidRDefault="00000000">
            <w:r>
              <w:rPr>
                <w:sz w:val="12"/>
              </w:rPr>
              <w:t>0</w:t>
            </w:r>
          </w:p>
        </w:tc>
        <w:tc>
          <w:tcPr>
            <w:tcW w:w="564" w:type="dxa"/>
            <w:tcMar>
              <w:top w:w="20" w:type="dxa"/>
              <w:left w:w="50" w:type="dxa"/>
              <w:bottom w:w="20" w:type="dxa"/>
              <w:right w:w="50" w:type="dxa"/>
            </w:tcMar>
          </w:tcPr>
          <w:p w14:paraId="0EE30092" w14:textId="77777777" w:rsidR="00292F36" w:rsidRDefault="00000000">
            <w:r>
              <w:rPr>
                <w:sz w:val="12"/>
              </w:rPr>
              <w:t>0</w:t>
            </w:r>
          </w:p>
        </w:tc>
        <w:tc>
          <w:tcPr>
            <w:tcW w:w="564" w:type="dxa"/>
            <w:tcMar>
              <w:top w:w="20" w:type="dxa"/>
              <w:left w:w="50" w:type="dxa"/>
              <w:bottom w:w="20" w:type="dxa"/>
              <w:right w:w="50" w:type="dxa"/>
            </w:tcMar>
          </w:tcPr>
          <w:p w14:paraId="35999F3B" w14:textId="77777777" w:rsidR="00292F36" w:rsidRDefault="00000000">
            <w:r>
              <w:rPr>
                <w:sz w:val="12"/>
              </w:rPr>
              <w:t>0.00200401</w:t>
            </w:r>
          </w:p>
        </w:tc>
        <w:tc>
          <w:tcPr>
            <w:tcW w:w="564" w:type="dxa"/>
            <w:tcMar>
              <w:top w:w="20" w:type="dxa"/>
              <w:left w:w="50" w:type="dxa"/>
              <w:bottom w:w="20" w:type="dxa"/>
              <w:right w:w="50" w:type="dxa"/>
            </w:tcMar>
          </w:tcPr>
          <w:p w14:paraId="617E6B21" w14:textId="77777777" w:rsidR="00292F36" w:rsidRDefault="00000000">
            <w:r>
              <w:rPr>
                <w:sz w:val="12"/>
              </w:rPr>
              <w:t>0.3987976</w:t>
            </w:r>
          </w:p>
        </w:tc>
        <w:tc>
          <w:tcPr>
            <w:tcW w:w="564" w:type="dxa"/>
            <w:tcMar>
              <w:top w:w="20" w:type="dxa"/>
              <w:left w:w="50" w:type="dxa"/>
              <w:bottom w:w="20" w:type="dxa"/>
              <w:right w:w="50" w:type="dxa"/>
            </w:tcMar>
          </w:tcPr>
          <w:p w14:paraId="49E0C2E1" w14:textId="77777777" w:rsidR="00292F36" w:rsidRDefault="00000000">
            <w:r>
              <w:rPr>
                <w:sz w:val="12"/>
              </w:rPr>
              <w:t>0.02204409</w:t>
            </w:r>
          </w:p>
        </w:tc>
        <w:tc>
          <w:tcPr>
            <w:tcW w:w="564" w:type="dxa"/>
            <w:tcMar>
              <w:top w:w="20" w:type="dxa"/>
              <w:left w:w="50" w:type="dxa"/>
              <w:bottom w:w="20" w:type="dxa"/>
              <w:right w:w="50" w:type="dxa"/>
            </w:tcMar>
          </w:tcPr>
          <w:p w14:paraId="4EA10F2C" w14:textId="77777777" w:rsidR="00292F36" w:rsidRDefault="00000000">
            <w:r>
              <w:rPr>
                <w:sz w:val="12"/>
              </w:rPr>
              <w:t>0.11422846</w:t>
            </w:r>
          </w:p>
        </w:tc>
        <w:tc>
          <w:tcPr>
            <w:tcW w:w="564" w:type="dxa"/>
            <w:tcMar>
              <w:top w:w="20" w:type="dxa"/>
              <w:left w:w="50" w:type="dxa"/>
              <w:bottom w:w="20" w:type="dxa"/>
              <w:right w:w="50" w:type="dxa"/>
            </w:tcMar>
          </w:tcPr>
          <w:p w14:paraId="13CFF83C" w14:textId="77777777" w:rsidR="00292F36" w:rsidRDefault="00000000">
            <w:r>
              <w:rPr>
                <w:sz w:val="12"/>
              </w:rPr>
              <w:t>0.05210421</w:t>
            </w:r>
          </w:p>
        </w:tc>
        <w:tc>
          <w:tcPr>
            <w:tcW w:w="564" w:type="dxa"/>
            <w:tcMar>
              <w:top w:w="20" w:type="dxa"/>
              <w:left w:w="50" w:type="dxa"/>
              <w:bottom w:w="20" w:type="dxa"/>
              <w:right w:w="50" w:type="dxa"/>
            </w:tcMar>
          </w:tcPr>
          <w:p w14:paraId="2C72C2D5" w14:textId="77777777" w:rsidR="00292F36" w:rsidRDefault="00000000">
            <w:r>
              <w:rPr>
                <w:sz w:val="12"/>
              </w:rPr>
              <w:t>0.41082164</w:t>
            </w:r>
          </w:p>
        </w:tc>
      </w:tr>
      <w:tr w:rsidR="00292F36" w14:paraId="140EDA4B" w14:textId="77777777">
        <w:tc>
          <w:tcPr>
            <w:tcW w:w="564" w:type="dxa"/>
            <w:tcMar>
              <w:top w:w="20" w:type="dxa"/>
              <w:left w:w="50" w:type="dxa"/>
              <w:bottom w:w="20" w:type="dxa"/>
              <w:right w:w="50" w:type="dxa"/>
            </w:tcMar>
          </w:tcPr>
          <w:p w14:paraId="781FB03C" w14:textId="77777777" w:rsidR="00292F36" w:rsidRDefault="00000000">
            <w:r>
              <w:rPr>
                <w:sz w:val="12"/>
              </w:rPr>
              <w:t>2022_punta_banda_punta_banda_mid_2</w:t>
            </w:r>
          </w:p>
        </w:tc>
        <w:tc>
          <w:tcPr>
            <w:tcW w:w="564" w:type="dxa"/>
            <w:tcMar>
              <w:top w:w="20" w:type="dxa"/>
              <w:left w:w="50" w:type="dxa"/>
              <w:bottom w:w="20" w:type="dxa"/>
              <w:right w:w="50" w:type="dxa"/>
            </w:tcMar>
          </w:tcPr>
          <w:p w14:paraId="72B8E887" w14:textId="77777777" w:rsidR="00292F36" w:rsidRDefault="00000000">
            <w:r>
              <w:rPr>
                <w:sz w:val="12"/>
              </w:rPr>
              <w:t>-0.0586967</w:t>
            </w:r>
          </w:p>
        </w:tc>
        <w:tc>
          <w:tcPr>
            <w:tcW w:w="564" w:type="dxa"/>
            <w:tcMar>
              <w:top w:w="20" w:type="dxa"/>
              <w:left w:w="50" w:type="dxa"/>
              <w:bottom w:w="20" w:type="dxa"/>
              <w:right w:w="50" w:type="dxa"/>
            </w:tcMar>
          </w:tcPr>
          <w:p w14:paraId="3ABD711D" w14:textId="77777777" w:rsidR="00292F36" w:rsidRDefault="00000000">
            <w:r>
              <w:rPr>
                <w:sz w:val="12"/>
              </w:rPr>
              <w:t>1.13695265</w:t>
            </w:r>
          </w:p>
        </w:tc>
        <w:tc>
          <w:tcPr>
            <w:tcW w:w="564" w:type="dxa"/>
            <w:tcMar>
              <w:top w:w="20" w:type="dxa"/>
              <w:left w:w="50" w:type="dxa"/>
              <w:bottom w:w="20" w:type="dxa"/>
              <w:right w:w="50" w:type="dxa"/>
            </w:tcMar>
          </w:tcPr>
          <w:p w14:paraId="10A938EF" w14:textId="77777777" w:rsidR="00292F36" w:rsidRDefault="00000000">
            <w:r>
              <w:rPr>
                <w:sz w:val="12"/>
              </w:rPr>
              <w:t>2022</w:t>
            </w:r>
          </w:p>
        </w:tc>
        <w:tc>
          <w:tcPr>
            <w:tcW w:w="564" w:type="dxa"/>
            <w:tcMar>
              <w:top w:w="20" w:type="dxa"/>
              <w:left w:w="50" w:type="dxa"/>
              <w:bottom w:w="20" w:type="dxa"/>
              <w:right w:w="50" w:type="dxa"/>
            </w:tcMar>
          </w:tcPr>
          <w:p w14:paraId="46F9E2AB" w14:textId="77777777" w:rsidR="00292F36" w:rsidRDefault="00000000">
            <w:r>
              <w:rPr>
                <w:sz w:val="12"/>
              </w:rPr>
              <w:t>ensenada</w:t>
            </w:r>
          </w:p>
        </w:tc>
        <w:tc>
          <w:tcPr>
            <w:tcW w:w="564" w:type="dxa"/>
            <w:tcMar>
              <w:top w:w="20" w:type="dxa"/>
              <w:left w:w="50" w:type="dxa"/>
              <w:bottom w:w="20" w:type="dxa"/>
              <w:right w:w="50" w:type="dxa"/>
            </w:tcMar>
          </w:tcPr>
          <w:p w14:paraId="7B799CA6" w14:textId="77777777" w:rsidR="00292F36" w:rsidRDefault="00000000">
            <w:r>
              <w:rPr>
                <w:sz w:val="12"/>
              </w:rPr>
              <w:t>North</w:t>
            </w:r>
          </w:p>
        </w:tc>
        <w:tc>
          <w:tcPr>
            <w:tcW w:w="564" w:type="dxa"/>
            <w:tcMar>
              <w:top w:w="20" w:type="dxa"/>
              <w:left w:w="50" w:type="dxa"/>
              <w:bottom w:w="20" w:type="dxa"/>
              <w:right w:w="50" w:type="dxa"/>
            </w:tcMar>
          </w:tcPr>
          <w:p w14:paraId="037B870B" w14:textId="77777777" w:rsidR="00292F36" w:rsidRDefault="00000000">
            <w:r>
              <w:rPr>
                <w:sz w:val="12"/>
              </w:rPr>
              <w:t>punta_banda</w:t>
            </w:r>
          </w:p>
        </w:tc>
        <w:tc>
          <w:tcPr>
            <w:tcW w:w="564" w:type="dxa"/>
            <w:tcMar>
              <w:top w:w="20" w:type="dxa"/>
              <w:left w:w="50" w:type="dxa"/>
              <w:bottom w:w="20" w:type="dxa"/>
              <w:right w:w="50" w:type="dxa"/>
            </w:tcMar>
          </w:tcPr>
          <w:p w14:paraId="34F85257" w14:textId="77777777" w:rsidR="00292F36" w:rsidRDefault="00000000">
            <w:r>
              <w:rPr>
                <w:sz w:val="12"/>
              </w:rPr>
              <w:t>punta_banda_mid</w:t>
            </w:r>
          </w:p>
        </w:tc>
        <w:tc>
          <w:tcPr>
            <w:tcW w:w="564" w:type="dxa"/>
            <w:tcMar>
              <w:top w:w="20" w:type="dxa"/>
              <w:left w:w="50" w:type="dxa"/>
              <w:bottom w:w="20" w:type="dxa"/>
              <w:right w:w="50" w:type="dxa"/>
            </w:tcMar>
          </w:tcPr>
          <w:p w14:paraId="357BA6ED" w14:textId="77777777" w:rsidR="00292F36" w:rsidRDefault="00000000">
            <w:r>
              <w:rPr>
                <w:sz w:val="12"/>
              </w:rPr>
              <w:t>9</w:t>
            </w:r>
          </w:p>
        </w:tc>
        <w:tc>
          <w:tcPr>
            <w:tcW w:w="564" w:type="dxa"/>
            <w:tcMar>
              <w:top w:w="20" w:type="dxa"/>
              <w:left w:w="50" w:type="dxa"/>
              <w:bottom w:w="20" w:type="dxa"/>
              <w:right w:w="50" w:type="dxa"/>
            </w:tcMar>
          </w:tcPr>
          <w:p w14:paraId="63BFAB56" w14:textId="77777777" w:rsidR="00292F36" w:rsidRDefault="00000000">
            <w:r>
              <w:rPr>
                <w:sz w:val="12"/>
              </w:rPr>
              <w:t>20.9799995</w:t>
            </w:r>
          </w:p>
        </w:tc>
        <w:tc>
          <w:tcPr>
            <w:tcW w:w="564" w:type="dxa"/>
            <w:tcMar>
              <w:top w:w="20" w:type="dxa"/>
              <w:left w:w="50" w:type="dxa"/>
              <w:bottom w:w="20" w:type="dxa"/>
              <w:right w:w="50" w:type="dxa"/>
            </w:tcMar>
          </w:tcPr>
          <w:p w14:paraId="4B1CE8E5" w14:textId="77777777" w:rsidR="00292F36" w:rsidRDefault="00000000">
            <w:r>
              <w:rPr>
                <w:sz w:val="12"/>
              </w:rPr>
              <w:t>0.22248929</w:t>
            </w:r>
          </w:p>
        </w:tc>
        <w:tc>
          <w:tcPr>
            <w:tcW w:w="564" w:type="dxa"/>
            <w:tcMar>
              <w:top w:w="20" w:type="dxa"/>
              <w:left w:w="50" w:type="dxa"/>
              <w:bottom w:w="20" w:type="dxa"/>
              <w:right w:w="50" w:type="dxa"/>
            </w:tcMar>
          </w:tcPr>
          <w:p w14:paraId="2F1F6D30" w14:textId="77777777" w:rsidR="00292F36" w:rsidRDefault="00000000">
            <w:r>
              <w:rPr>
                <w:sz w:val="12"/>
              </w:rPr>
              <w:t>0</w:t>
            </w:r>
          </w:p>
        </w:tc>
        <w:tc>
          <w:tcPr>
            <w:tcW w:w="564" w:type="dxa"/>
            <w:tcMar>
              <w:top w:w="20" w:type="dxa"/>
              <w:left w:w="50" w:type="dxa"/>
              <w:bottom w:w="20" w:type="dxa"/>
              <w:right w:w="50" w:type="dxa"/>
            </w:tcMar>
          </w:tcPr>
          <w:p w14:paraId="63AC95AA" w14:textId="77777777" w:rsidR="00292F36" w:rsidRDefault="00000000">
            <w:r>
              <w:rPr>
                <w:sz w:val="12"/>
              </w:rPr>
              <w:t>0</w:t>
            </w:r>
          </w:p>
        </w:tc>
        <w:tc>
          <w:tcPr>
            <w:tcW w:w="564" w:type="dxa"/>
            <w:tcMar>
              <w:top w:w="20" w:type="dxa"/>
              <w:left w:w="50" w:type="dxa"/>
              <w:bottom w:w="20" w:type="dxa"/>
              <w:right w:w="50" w:type="dxa"/>
            </w:tcMar>
          </w:tcPr>
          <w:p w14:paraId="6EF682AE" w14:textId="77777777" w:rsidR="00292F36" w:rsidRDefault="00000000">
            <w:r>
              <w:rPr>
                <w:sz w:val="12"/>
              </w:rPr>
              <w:t>1</w:t>
            </w:r>
          </w:p>
        </w:tc>
        <w:tc>
          <w:tcPr>
            <w:tcW w:w="564" w:type="dxa"/>
            <w:tcMar>
              <w:top w:w="20" w:type="dxa"/>
              <w:left w:w="50" w:type="dxa"/>
              <w:bottom w:w="20" w:type="dxa"/>
              <w:right w:w="50" w:type="dxa"/>
            </w:tcMar>
          </w:tcPr>
          <w:p w14:paraId="02004AF2" w14:textId="77777777" w:rsidR="00292F36" w:rsidRDefault="00000000">
            <w:r>
              <w:rPr>
                <w:sz w:val="12"/>
              </w:rPr>
              <w:t>0</w:t>
            </w:r>
          </w:p>
        </w:tc>
        <w:tc>
          <w:tcPr>
            <w:tcW w:w="564" w:type="dxa"/>
            <w:tcMar>
              <w:top w:w="20" w:type="dxa"/>
              <w:left w:w="50" w:type="dxa"/>
              <w:bottom w:w="20" w:type="dxa"/>
              <w:right w:w="50" w:type="dxa"/>
            </w:tcMar>
          </w:tcPr>
          <w:p w14:paraId="6047D172" w14:textId="77777777" w:rsidR="00292F36" w:rsidRDefault="00000000">
            <w:r>
              <w:rPr>
                <w:sz w:val="12"/>
              </w:rPr>
              <w:t>0</w:t>
            </w:r>
          </w:p>
        </w:tc>
        <w:tc>
          <w:tcPr>
            <w:tcW w:w="564" w:type="dxa"/>
            <w:tcMar>
              <w:top w:w="20" w:type="dxa"/>
              <w:left w:w="50" w:type="dxa"/>
              <w:bottom w:w="20" w:type="dxa"/>
              <w:right w:w="50" w:type="dxa"/>
            </w:tcMar>
          </w:tcPr>
          <w:p w14:paraId="3E3AF0B6" w14:textId="77777777" w:rsidR="00292F36" w:rsidRDefault="00000000">
            <w:r>
              <w:rPr>
                <w:sz w:val="12"/>
              </w:rPr>
              <w:t>0</w:t>
            </w:r>
          </w:p>
        </w:tc>
        <w:tc>
          <w:tcPr>
            <w:tcW w:w="564" w:type="dxa"/>
            <w:tcMar>
              <w:top w:w="20" w:type="dxa"/>
              <w:left w:w="50" w:type="dxa"/>
              <w:bottom w:w="20" w:type="dxa"/>
              <w:right w:w="50" w:type="dxa"/>
            </w:tcMar>
          </w:tcPr>
          <w:p w14:paraId="76314EFB" w14:textId="77777777" w:rsidR="00292F36" w:rsidRDefault="00000000">
            <w:r>
              <w:rPr>
                <w:sz w:val="12"/>
              </w:rPr>
              <w:t>0</w:t>
            </w:r>
          </w:p>
        </w:tc>
        <w:tc>
          <w:tcPr>
            <w:tcW w:w="564" w:type="dxa"/>
            <w:tcMar>
              <w:top w:w="20" w:type="dxa"/>
              <w:left w:w="50" w:type="dxa"/>
              <w:bottom w:w="20" w:type="dxa"/>
              <w:right w:w="50" w:type="dxa"/>
            </w:tcMar>
          </w:tcPr>
          <w:p w14:paraId="5CAFDD5B" w14:textId="77777777" w:rsidR="00292F36" w:rsidRDefault="00000000">
            <w:r>
              <w:rPr>
                <w:sz w:val="12"/>
              </w:rPr>
              <w:t>0</w:t>
            </w:r>
          </w:p>
        </w:tc>
        <w:tc>
          <w:tcPr>
            <w:tcW w:w="564" w:type="dxa"/>
            <w:tcMar>
              <w:top w:w="20" w:type="dxa"/>
              <w:left w:w="50" w:type="dxa"/>
              <w:bottom w:w="20" w:type="dxa"/>
              <w:right w:w="50" w:type="dxa"/>
            </w:tcMar>
          </w:tcPr>
          <w:p w14:paraId="61CBD4BB" w14:textId="77777777" w:rsidR="00292F36" w:rsidRDefault="00000000">
            <w:r>
              <w:rPr>
                <w:sz w:val="12"/>
              </w:rPr>
              <w:t>0</w:t>
            </w:r>
          </w:p>
        </w:tc>
        <w:tc>
          <w:tcPr>
            <w:tcW w:w="564" w:type="dxa"/>
            <w:tcMar>
              <w:top w:w="20" w:type="dxa"/>
              <w:left w:w="50" w:type="dxa"/>
              <w:bottom w:w="20" w:type="dxa"/>
              <w:right w:w="50" w:type="dxa"/>
            </w:tcMar>
          </w:tcPr>
          <w:p w14:paraId="63AD009E" w14:textId="77777777" w:rsidR="00292F36" w:rsidRDefault="00000000">
            <w:r>
              <w:rPr>
                <w:sz w:val="12"/>
              </w:rPr>
              <w:t>0.13103448</w:t>
            </w:r>
          </w:p>
        </w:tc>
        <w:tc>
          <w:tcPr>
            <w:tcW w:w="564" w:type="dxa"/>
            <w:tcMar>
              <w:top w:w="20" w:type="dxa"/>
              <w:left w:w="50" w:type="dxa"/>
              <w:bottom w:w="20" w:type="dxa"/>
              <w:right w:w="50" w:type="dxa"/>
            </w:tcMar>
          </w:tcPr>
          <w:p w14:paraId="7EFDA2CF" w14:textId="77777777" w:rsidR="00292F36" w:rsidRDefault="00000000">
            <w:r>
              <w:rPr>
                <w:sz w:val="12"/>
              </w:rPr>
              <w:t>0.0137931</w:t>
            </w:r>
          </w:p>
        </w:tc>
        <w:tc>
          <w:tcPr>
            <w:tcW w:w="564" w:type="dxa"/>
            <w:tcMar>
              <w:top w:w="20" w:type="dxa"/>
              <w:left w:w="50" w:type="dxa"/>
              <w:bottom w:w="20" w:type="dxa"/>
              <w:right w:w="50" w:type="dxa"/>
            </w:tcMar>
          </w:tcPr>
          <w:p w14:paraId="635BD13D" w14:textId="77777777" w:rsidR="00292F36" w:rsidRDefault="00000000">
            <w:r>
              <w:rPr>
                <w:sz w:val="12"/>
              </w:rPr>
              <w:t>0.06896552</w:t>
            </w:r>
          </w:p>
        </w:tc>
        <w:tc>
          <w:tcPr>
            <w:tcW w:w="564" w:type="dxa"/>
            <w:tcMar>
              <w:top w:w="20" w:type="dxa"/>
              <w:left w:w="50" w:type="dxa"/>
              <w:bottom w:w="20" w:type="dxa"/>
              <w:right w:w="50" w:type="dxa"/>
            </w:tcMar>
          </w:tcPr>
          <w:p w14:paraId="5476FC88" w14:textId="77777777" w:rsidR="00292F36" w:rsidRDefault="00000000">
            <w:r>
              <w:rPr>
                <w:sz w:val="12"/>
              </w:rPr>
              <w:t>0.04137931</w:t>
            </w:r>
          </w:p>
        </w:tc>
        <w:tc>
          <w:tcPr>
            <w:tcW w:w="564" w:type="dxa"/>
            <w:tcMar>
              <w:top w:w="20" w:type="dxa"/>
              <w:left w:w="50" w:type="dxa"/>
              <w:bottom w:w="20" w:type="dxa"/>
              <w:right w:w="50" w:type="dxa"/>
            </w:tcMar>
          </w:tcPr>
          <w:p w14:paraId="73C2D268" w14:textId="77777777" w:rsidR="00292F36" w:rsidRDefault="00000000">
            <w:r>
              <w:rPr>
                <w:sz w:val="12"/>
              </w:rPr>
              <w:t>0.74482759</w:t>
            </w:r>
          </w:p>
        </w:tc>
      </w:tr>
      <w:tr w:rsidR="00292F36" w14:paraId="45E0B531" w14:textId="77777777">
        <w:tc>
          <w:tcPr>
            <w:tcW w:w="564" w:type="dxa"/>
            <w:tcMar>
              <w:top w:w="20" w:type="dxa"/>
              <w:left w:w="50" w:type="dxa"/>
              <w:bottom w:w="20" w:type="dxa"/>
              <w:right w:w="50" w:type="dxa"/>
            </w:tcMar>
          </w:tcPr>
          <w:p w14:paraId="18D92220" w14:textId="77777777" w:rsidR="00292F36" w:rsidRDefault="00000000">
            <w:r>
              <w:rPr>
                <w:sz w:val="12"/>
              </w:rPr>
              <w:t>2022_punta_banda_punta_banda_shallow_1</w:t>
            </w:r>
          </w:p>
        </w:tc>
        <w:tc>
          <w:tcPr>
            <w:tcW w:w="564" w:type="dxa"/>
            <w:tcMar>
              <w:top w:w="20" w:type="dxa"/>
              <w:left w:w="50" w:type="dxa"/>
              <w:bottom w:w="20" w:type="dxa"/>
              <w:right w:w="50" w:type="dxa"/>
            </w:tcMar>
          </w:tcPr>
          <w:p w14:paraId="5CFEE5E9" w14:textId="77777777" w:rsidR="00292F36" w:rsidRDefault="00000000">
            <w:r>
              <w:rPr>
                <w:sz w:val="12"/>
              </w:rPr>
              <w:t>0.61937061</w:t>
            </w:r>
          </w:p>
        </w:tc>
        <w:tc>
          <w:tcPr>
            <w:tcW w:w="564" w:type="dxa"/>
            <w:tcMar>
              <w:top w:w="20" w:type="dxa"/>
              <w:left w:w="50" w:type="dxa"/>
              <w:bottom w:w="20" w:type="dxa"/>
              <w:right w:w="50" w:type="dxa"/>
            </w:tcMar>
          </w:tcPr>
          <w:p w14:paraId="39C71601" w14:textId="77777777" w:rsidR="00292F36" w:rsidRDefault="00000000">
            <w:r>
              <w:rPr>
                <w:sz w:val="12"/>
              </w:rPr>
              <w:t>-0.2479518</w:t>
            </w:r>
          </w:p>
        </w:tc>
        <w:tc>
          <w:tcPr>
            <w:tcW w:w="564" w:type="dxa"/>
            <w:tcMar>
              <w:top w:w="20" w:type="dxa"/>
              <w:left w:w="50" w:type="dxa"/>
              <w:bottom w:w="20" w:type="dxa"/>
              <w:right w:w="50" w:type="dxa"/>
            </w:tcMar>
          </w:tcPr>
          <w:p w14:paraId="25A3EF98" w14:textId="77777777" w:rsidR="00292F36" w:rsidRDefault="00000000">
            <w:r>
              <w:rPr>
                <w:sz w:val="12"/>
              </w:rPr>
              <w:t>2022</w:t>
            </w:r>
          </w:p>
        </w:tc>
        <w:tc>
          <w:tcPr>
            <w:tcW w:w="564" w:type="dxa"/>
            <w:tcMar>
              <w:top w:w="20" w:type="dxa"/>
              <w:left w:w="50" w:type="dxa"/>
              <w:bottom w:w="20" w:type="dxa"/>
              <w:right w:w="50" w:type="dxa"/>
            </w:tcMar>
          </w:tcPr>
          <w:p w14:paraId="1D2B5BC9" w14:textId="77777777" w:rsidR="00292F36" w:rsidRDefault="00000000">
            <w:r>
              <w:rPr>
                <w:sz w:val="12"/>
              </w:rPr>
              <w:t>ensenada</w:t>
            </w:r>
          </w:p>
        </w:tc>
        <w:tc>
          <w:tcPr>
            <w:tcW w:w="564" w:type="dxa"/>
            <w:tcMar>
              <w:top w:w="20" w:type="dxa"/>
              <w:left w:w="50" w:type="dxa"/>
              <w:bottom w:w="20" w:type="dxa"/>
              <w:right w:w="50" w:type="dxa"/>
            </w:tcMar>
          </w:tcPr>
          <w:p w14:paraId="236CDF06" w14:textId="77777777" w:rsidR="00292F36" w:rsidRDefault="00000000">
            <w:r>
              <w:rPr>
                <w:sz w:val="12"/>
              </w:rPr>
              <w:t>North</w:t>
            </w:r>
          </w:p>
        </w:tc>
        <w:tc>
          <w:tcPr>
            <w:tcW w:w="564" w:type="dxa"/>
            <w:tcMar>
              <w:top w:w="20" w:type="dxa"/>
              <w:left w:w="50" w:type="dxa"/>
              <w:bottom w:w="20" w:type="dxa"/>
              <w:right w:w="50" w:type="dxa"/>
            </w:tcMar>
          </w:tcPr>
          <w:p w14:paraId="22B4BB14" w14:textId="77777777" w:rsidR="00292F36" w:rsidRDefault="00000000">
            <w:r>
              <w:rPr>
                <w:sz w:val="12"/>
              </w:rPr>
              <w:t>punta_banda</w:t>
            </w:r>
          </w:p>
        </w:tc>
        <w:tc>
          <w:tcPr>
            <w:tcW w:w="564" w:type="dxa"/>
            <w:tcMar>
              <w:top w:w="20" w:type="dxa"/>
              <w:left w:w="50" w:type="dxa"/>
              <w:bottom w:w="20" w:type="dxa"/>
              <w:right w:w="50" w:type="dxa"/>
            </w:tcMar>
          </w:tcPr>
          <w:p w14:paraId="0A79B633" w14:textId="77777777" w:rsidR="00292F36" w:rsidRDefault="00000000">
            <w:r>
              <w:rPr>
                <w:sz w:val="12"/>
              </w:rPr>
              <w:t>punta_banda_shallow</w:t>
            </w:r>
          </w:p>
        </w:tc>
        <w:tc>
          <w:tcPr>
            <w:tcW w:w="564" w:type="dxa"/>
            <w:tcMar>
              <w:top w:w="20" w:type="dxa"/>
              <w:left w:w="50" w:type="dxa"/>
              <w:bottom w:w="20" w:type="dxa"/>
              <w:right w:w="50" w:type="dxa"/>
            </w:tcMar>
          </w:tcPr>
          <w:p w14:paraId="7A4F8463" w14:textId="77777777" w:rsidR="00292F36" w:rsidRDefault="00000000">
            <w:r>
              <w:rPr>
                <w:sz w:val="12"/>
              </w:rPr>
              <w:t>7</w:t>
            </w:r>
          </w:p>
        </w:tc>
        <w:tc>
          <w:tcPr>
            <w:tcW w:w="564" w:type="dxa"/>
            <w:tcMar>
              <w:top w:w="20" w:type="dxa"/>
              <w:left w:w="50" w:type="dxa"/>
              <w:bottom w:w="20" w:type="dxa"/>
              <w:right w:w="50" w:type="dxa"/>
            </w:tcMar>
          </w:tcPr>
          <w:p w14:paraId="5796BD34" w14:textId="77777777" w:rsidR="00292F36" w:rsidRDefault="00000000">
            <w:r>
              <w:rPr>
                <w:sz w:val="12"/>
              </w:rPr>
              <w:t>20.9799995</w:t>
            </w:r>
          </w:p>
        </w:tc>
        <w:tc>
          <w:tcPr>
            <w:tcW w:w="564" w:type="dxa"/>
            <w:tcMar>
              <w:top w:w="20" w:type="dxa"/>
              <w:left w:w="50" w:type="dxa"/>
              <w:bottom w:w="20" w:type="dxa"/>
              <w:right w:w="50" w:type="dxa"/>
            </w:tcMar>
          </w:tcPr>
          <w:p w14:paraId="4CE55BAA" w14:textId="77777777" w:rsidR="00292F36" w:rsidRDefault="00000000">
            <w:r>
              <w:rPr>
                <w:sz w:val="12"/>
              </w:rPr>
              <w:t>0.22248929</w:t>
            </w:r>
          </w:p>
        </w:tc>
        <w:tc>
          <w:tcPr>
            <w:tcW w:w="564" w:type="dxa"/>
            <w:tcMar>
              <w:top w:w="20" w:type="dxa"/>
              <w:left w:w="50" w:type="dxa"/>
              <w:bottom w:w="20" w:type="dxa"/>
              <w:right w:w="50" w:type="dxa"/>
            </w:tcMar>
          </w:tcPr>
          <w:p w14:paraId="15FA788E" w14:textId="77777777" w:rsidR="00292F36" w:rsidRDefault="00000000">
            <w:r>
              <w:rPr>
                <w:sz w:val="12"/>
              </w:rPr>
              <w:t>0</w:t>
            </w:r>
          </w:p>
        </w:tc>
        <w:tc>
          <w:tcPr>
            <w:tcW w:w="564" w:type="dxa"/>
            <w:tcMar>
              <w:top w:w="20" w:type="dxa"/>
              <w:left w:w="50" w:type="dxa"/>
              <w:bottom w:w="20" w:type="dxa"/>
              <w:right w:w="50" w:type="dxa"/>
            </w:tcMar>
          </w:tcPr>
          <w:p w14:paraId="44EF935D" w14:textId="77777777" w:rsidR="00292F36" w:rsidRDefault="00000000">
            <w:r>
              <w:rPr>
                <w:sz w:val="12"/>
              </w:rPr>
              <w:t>1</w:t>
            </w:r>
          </w:p>
        </w:tc>
        <w:tc>
          <w:tcPr>
            <w:tcW w:w="564" w:type="dxa"/>
            <w:tcMar>
              <w:top w:w="20" w:type="dxa"/>
              <w:left w:w="50" w:type="dxa"/>
              <w:bottom w:w="20" w:type="dxa"/>
              <w:right w:w="50" w:type="dxa"/>
            </w:tcMar>
          </w:tcPr>
          <w:p w14:paraId="35F51DF8" w14:textId="77777777" w:rsidR="00292F36" w:rsidRDefault="00000000">
            <w:r>
              <w:rPr>
                <w:sz w:val="12"/>
              </w:rPr>
              <w:t>0</w:t>
            </w:r>
          </w:p>
        </w:tc>
        <w:tc>
          <w:tcPr>
            <w:tcW w:w="564" w:type="dxa"/>
            <w:tcMar>
              <w:top w:w="20" w:type="dxa"/>
              <w:left w:w="50" w:type="dxa"/>
              <w:bottom w:w="20" w:type="dxa"/>
              <w:right w:w="50" w:type="dxa"/>
            </w:tcMar>
          </w:tcPr>
          <w:p w14:paraId="178B7C00" w14:textId="77777777" w:rsidR="00292F36" w:rsidRDefault="00000000">
            <w:r>
              <w:rPr>
                <w:sz w:val="12"/>
              </w:rPr>
              <w:t>0</w:t>
            </w:r>
          </w:p>
        </w:tc>
        <w:tc>
          <w:tcPr>
            <w:tcW w:w="564" w:type="dxa"/>
            <w:tcMar>
              <w:top w:w="20" w:type="dxa"/>
              <w:left w:w="50" w:type="dxa"/>
              <w:bottom w:w="20" w:type="dxa"/>
              <w:right w:w="50" w:type="dxa"/>
            </w:tcMar>
          </w:tcPr>
          <w:p w14:paraId="5D20DBB9" w14:textId="77777777" w:rsidR="00292F36" w:rsidRDefault="00000000">
            <w:r>
              <w:rPr>
                <w:sz w:val="12"/>
              </w:rPr>
              <w:t>0</w:t>
            </w:r>
          </w:p>
        </w:tc>
        <w:tc>
          <w:tcPr>
            <w:tcW w:w="564" w:type="dxa"/>
            <w:tcMar>
              <w:top w:w="20" w:type="dxa"/>
              <w:left w:w="50" w:type="dxa"/>
              <w:bottom w:w="20" w:type="dxa"/>
              <w:right w:w="50" w:type="dxa"/>
            </w:tcMar>
          </w:tcPr>
          <w:p w14:paraId="509A2C3C" w14:textId="77777777" w:rsidR="00292F36" w:rsidRDefault="00000000">
            <w:r>
              <w:rPr>
                <w:sz w:val="12"/>
              </w:rPr>
              <w:t>0</w:t>
            </w:r>
          </w:p>
        </w:tc>
        <w:tc>
          <w:tcPr>
            <w:tcW w:w="564" w:type="dxa"/>
            <w:tcMar>
              <w:top w:w="20" w:type="dxa"/>
              <w:left w:w="50" w:type="dxa"/>
              <w:bottom w:w="20" w:type="dxa"/>
              <w:right w:w="50" w:type="dxa"/>
            </w:tcMar>
          </w:tcPr>
          <w:p w14:paraId="459FE671" w14:textId="77777777" w:rsidR="00292F36" w:rsidRDefault="00000000">
            <w:r>
              <w:rPr>
                <w:sz w:val="12"/>
              </w:rPr>
              <w:t>0</w:t>
            </w:r>
          </w:p>
        </w:tc>
        <w:tc>
          <w:tcPr>
            <w:tcW w:w="564" w:type="dxa"/>
            <w:tcMar>
              <w:top w:w="20" w:type="dxa"/>
              <w:left w:w="50" w:type="dxa"/>
              <w:bottom w:w="20" w:type="dxa"/>
              <w:right w:w="50" w:type="dxa"/>
            </w:tcMar>
          </w:tcPr>
          <w:p w14:paraId="2258656E" w14:textId="77777777" w:rsidR="00292F36" w:rsidRDefault="00000000">
            <w:r>
              <w:rPr>
                <w:sz w:val="12"/>
              </w:rPr>
              <w:t>0</w:t>
            </w:r>
          </w:p>
        </w:tc>
        <w:tc>
          <w:tcPr>
            <w:tcW w:w="564" w:type="dxa"/>
            <w:tcMar>
              <w:top w:w="20" w:type="dxa"/>
              <w:left w:w="50" w:type="dxa"/>
              <w:bottom w:w="20" w:type="dxa"/>
              <w:right w:w="50" w:type="dxa"/>
            </w:tcMar>
          </w:tcPr>
          <w:p w14:paraId="3437E169" w14:textId="77777777" w:rsidR="00292F36" w:rsidRDefault="00000000">
            <w:r>
              <w:rPr>
                <w:sz w:val="12"/>
              </w:rPr>
              <w:t>0.00408163</w:t>
            </w:r>
          </w:p>
        </w:tc>
        <w:tc>
          <w:tcPr>
            <w:tcW w:w="564" w:type="dxa"/>
            <w:tcMar>
              <w:top w:w="20" w:type="dxa"/>
              <w:left w:w="50" w:type="dxa"/>
              <w:bottom w:w="20" w:type="dxa"/>
              <w:right w:w="50" w:type="dxa"/>
            </w:tcMar>
          </w:tcPr>
          <w:p w14:paraId="5ECF58AD" w14:textId="77777777" w:rsidR="00292F36" w:rsidRDefault="00000000">
            <w:r>
              <w:rPr>
                <w:sz w:val="12"/>
              </w:rPr>
              <w:t>0.56326531</w:t>
            </w:r>
          </w:p>
        </w:tc>
        <w:tc>
          <w:tcPr>
            <w:tcW w:w="564" w:type="dxa"/>
            <w:tcMar>
              <w:top w:w="20" w:type="dxa"/>
              <w:left w:w="50" w:type="dxa"/>
              <w:bottom w:w="20" w:type="dxa"/>
              <w:right w:w="50" w:type="dxa"/>
            </w:tcMar>
          </w:tcPr>
          <w:p w14:paraId="5389D564" w14:textId="77777777" w:rsidR="00292F36" w:rsidRDefault="00000000">
            <w:r>
              <w:rPr>
                <w:sz w:val="12"/>
              </w:rPr>
              <w:t>0.0122449</w:t>
            </w:r>
          </w:p>
        </w:tc>
        <w:tc>
          <w:tcPr>
            <w:tcW w:w="564" w:type="dxa"/>
            <w:tcMar>
              <w:top w:w="20" w:type="dxa"/>
              <w:left w:w="50" w:type="dxa"/>
              <w:bottom w:w="20" w:type="dxa"/>
              <w:right w:w="50" w:type="dxa"/>
            </w:tcMar>
          </w:tcPr>
          <w:p w14:paraId="69CC306C" w14:textId="77777777" w:rsidR="00292F36" w:rsidRDefault="00000000">
            <w:r>
              <w:rPr>
                <w:sz w:val="12"/>
              </w:rPr>
              <w:t>0.03265306</w:t>
            </w:r>
          </w:p>
        </w:tc>
        <w:tc>
          <w:tcPr>
            <w:tcW w:w="564" w:type="dxa"/>
            <w:tcMar>
              <w:top w:w="20" w:type="dxa"/>
              <w:left w:w="50" w:type="dxa"/>
              <w:bottom w:w="20" w:type="dxa"/>
              <w:right w:w="50" w:type="dxa"/>
            </w:tcMar>
          </w:tcPr>
          <w:p w14:paraId="596A89EE" w14:textId="77777777" w:rsidR="00292F36" w:rsidRDefault="00000000">
            <w:r>
              <w:rPr>
                <w:sz w:val="12"/>
              </w:rPr>
              <w:t>0.00408163</w:t>
            </w:r>
          </w:p>
        </w:tc>
        <w:tc>
          <w:tcPr>
            <w:tcW w:w="564" w:type="dxa"/>
            <w:tcMar>
              <w:top w:w="20" w:type="dxa"/>
              <w:left w:w="50" w:type="dxa"/>
              <w:bottom w:w="20" w:type="dxa"/>
              <w:right w:w="50" w:type="dxa"/>
            </w:tcMar>
          </w:tcPr>
          <w:p w14:paraId="673A6279" w14:textId="77777777" w:rsidR="00292F36" w:rsidRDefault="00000000">
            <w:r>
              <w:rPr>
                <w:sz w:val="12"/>
              </w:rPr>
              <w:t>0.38367347</w:t>
            </w:r>
          </w:p>
        </w:tc>
      </w:tr>
      <w:tr w:rsidR="00292F36" w14:paraId="7BEF2347" w14:textId="77777777">
        <w:tc>
          <w:tcPr>
            <w:tcW w:w="564" w:type="dxa"/>
            <w:tcMar>
              <w:top w:w="20" w:type="dxa"/>
              <w:left w:w="50" w:type="dxa"/>
              <w:bottom w:w="20" w:type="dxa"/>
              <w:right w:w="50" w:type="dxa"/>
            </w:tcMar>
          </w:tcPr>
          <w:p w14:paraId="5893EE98" w14:textId="77777777" w:rsidR="00292F36" w:rsidRDefault="00000000">
            <w:r>
              <w:rPr>
                <w:sz w:val="12"/>
              </w:rPr>
              <w:t>2022_punta_banda_punta_banda_shallow_2</w:t>
            </w:r>
          </w:p>
        </w:tc>
        <w:tc>
          <w:tcPr>
            <w:tcW w:w="564" w:type="dxa"/>
            <w:tcMar>
              <w:top w:w="20" w:type="dxa"/>
              <w:left w:w="50" w:type="dxa"/>
              <w:bottom w:w="20" w:type="dxa"/>
              <w:right w:w="50" w:type="dxa"/>
            </w:tcMar>
          </w:tcPr>
          <w:p w14:paraId="3E35163C" w14:textId="77777777" w:rsidR="00292F36" w:rsidRDefault="00000000">
            <w:r>
              <w:rPr>
                <w:sz w:val="12"/>
              </w:rPr>
              <w:t>0.60965144</w:t>
            </w:r>
          </w:p>
        </w:tc>
        <w:tc>
          <w:tcPr>
            <w:tcW w:w="564" w:type="dxa"/>
            <w:tcMar>
              <w:top w:w="20" w:type="dxa"/>
              <w:left w:w="50" w:type="dxa"/>
              <w:bottom w:w="20" w:type="dxa"/>
              <w:right w:w="50" w:type="dxa"/>
            </w:tcMar>
          </w:tcPr>
          <w:p w14:paraId="15A2CD8C" w14:textId="77777777" w:rsidR="00292F36" w:rsidRDefault="00000000">
            <w:r>
              <w:rPr>
                <w:sz w:val="12"/>
              </w:rPr>
              <w:t>-0.2664735</w:t>
            </w:r>
          </w:p>
        </w:tc>
        <w:tc>
          <w:tcPr>
            <w:tcW w:w="564" w:type="dxa"/>
            <w:tcMar>
              <w:top w:w="20" w:type="dxa"/>
              <w:left w:w="50" w:type="dxa"/>
              <w:bottom w:w="20" w:type="dxa"/>
              <w:right w:w="50" w:type="dxa"/>
            </w:tcMar>
          </w:tcPr>
          <w:p w14:paraId="21B42DDB" w14:textId="77777777" w:rsidR="00292F36" w:rsidRDefault="00000000">
            <w:r>
              <w:rPr>
                <w:sz w:val="12"/>
              </w:rPr>
              <w:t>2022</w:t>
            </w:r>
          </w:p>
        </w:tc>
        <w:tc>
          <w:tcPr>
            <w:tcW w:w="564" w:type="dxa"/>
            <w:tcMar>
              <w:top w:w="20" w:type="dxa"/>
              <w:left w:w="50" w:type="dxa"/>
              <w:bottom w:w="20" w:type="dxa"/>
              <w:right w:w="50" w:type="dxa"/>
            </w:tcMar>
          </w:tcPr>
          <w:p w14:paraId="184FF4AA" w14:textId="77777777" w:rsidR="00292F36" w:rsidRDefault="00000000">
            <w:r>
              <w:rPr>
                <w:sz w:val="12"/>
              </w:rPr>
              <w:t>ensenada</w:t>
            </w:r>
          </w:p>
        </w:tc>
        <w:tc>
          <w:tcPr>
            <w:tcW w:w="564" w:type="dxa"/>
            <w:tcMar>
              <w:top w:w="20" w:type="dxa"/>
              <w:left w:w="50" w:type="dxa"/>
              <w:bottom w:w="20" w:type="dxa"/>
              <w:right w:w="50" w:type="dxa"/>
            </w:tcMar>
          </w:tcPr>
          <w:p w14:paraId="4E69E9E2" w14:textId="77777777" w:rsidR="00292F36" w:rsidRDefault="00000000">
            <w:r>
              <w:rPr>
                <w:sz w:val="12"/>
              </w:rPr>
              <w:t>North</w:t>
            </w:r>
          </w:p>
        </w:tc>
        <w:tc>
          <w:tcPr>
            <w:tcW w:w="564" w:type="dxa"/>
            <w:tcMar>
              <w:top w:w="20" w:type="dxa"/>
              <w:left w:w="50" w:type="dxa"/>
              <w:bottom w:w="20" w:type="dxa"/>
              <w:right w:w="50" w:type="dxa"/>
            </w:tcMar>
          </w:tcPr>
          <w:p w14:paraId="503E71EB" w14:textId="77777777" w:rsidR="00292F36" w:rsidRDefault="00000000">
            <w:r>
              <w:rPr>
                <w:sz w:val="12"/>
              </w:rPr>
              <w:t>punta_banda</w:t>
            </w:r>
          </w:p>
        </w:tc>
        <w:tc>
          <w:tcPr>
            <w:tcW w:w="564" w:type="dxa"/>
            <w:tcMar>
              <w:top w:w="20" w:type="dxa"/>
              <w:left w:w="50" w:type="dxa"/>
              <w:bottom w:w="20" w:type="dxa"/>
              <w:right w:w="50" w:type="dxa"/>
            </w:tcMar>
          </w:tcPr>
          <w:p w14:paraId="06A53704" w14:textId="77777777" w:rsidR="00292F36" w:rsidRDefault="00000000">
            <w:r>
              <w:rPr>
                <w:sz w:val="12"/>
              </w:rPr>
              <w:t>punta_banda_shallow</w:t>
            </w:r>
          </w:p>
        </w:tc>
        <w:tc>
          <w:tcPr>
            <w:tcW w:w="564" w:type="dxa"/>
            <w:tcMar>
              <w:top w:w="20" w:type="dxa"/>
              <w:left w:w="50" w:type="dxa"/>
              <w:bottom w:w="20" w:type="dxa"/>
              <w:right w:w="50" w:type="dxa"/>
            </w:tcMar>
          </w:tcPr>
          <w:p w14:paraId="0B3C447C" w14:textId="77777777" w:rsidR="00292F36" w:rsidRDefault="00000000">
            <w:r>
              <w:rPr>
                <w:sz w:val="12"/>
              </w:rPr>
              <w:t>7</w:t>
            </w:r>
          </w:p>
        </w:tc>
        <w:tc>
          <w:tcPr>
            <w:tcW w:w="564" w:type="dxa"/>
            <w:tcMar>
              <w:top w:w="20" w:type="dxa"/>
              <w:left w:w="50" w:type="dxa"/>
              <w:bottom w:w="20" w:type="dxa"/>
              <w:right w:w="50" w:type="dxa"/>
            </w:tcMar>
          </w:tcPr>
          <w:p w14:paraId="221C0D15" w14:textId="77777777" w:rsidR="00292F36" w:rsidRDefault="00000000">
            <w:r>
              <w:rPr>
                <w:sz w:val="12"/>
              </w:rPr>
              <w:t>20.9799995</w:t>
            </w:r>
          </w:p>
        </w:tc>
        <w:tc>
          <w:tcPr>
            <w:tcW w:w="564" w:type="dxa"/>
            <w:tcMar>
              <w:top w:w="20" w:type="dxa"/>
              <w:left w:w="50" w:type="dxa"/>
              <w:bottom w:w="20" w:type="dxa"/>
              <w:right w:w="50" w:type="dxa"/>
            </w:tcMar>
          </w:tcPr>
          <w:p w14:paraId="292EB5C6" w14:textId="77777777" w:rsidR="00292F36" w:rsidRDefault="00000000">
            <w:r>
              <w:rPr>
                <w:sz w:val="12"/>
              </w:rPr>
              <w:t>0.22248929</w:t>
            </w:r>
          </w:p>
        </w:tc>
        <w:tc>
          <w:tcPr>
            <w:tcW w:w="564" w:type="dxa"/>
            <w:tcMar>
              <w:top w:w="20" w:type="dxa"/>
              <w:left w:w="50" w:type="dxa"/>
              <w:bottom w:w="20" w:type="dxa"/>
              <w:right w:w="50" w:type="dxa"/>
            </w:tcMar>
          </w:tcPr>
          <w:p w14:paraId="000029ED" w14:textId="77777777" w:rsidR="00292F36" w:rsidRDefault="00000000">
            <w:r>
              <w:rPr>
                <w:sz w:val="12"/>
              </w:rPr>
              <w:t>0</w:t>
            </w:r>
          </w:p>
        </w:tc>
        <w:tc>
          <w:tcPr>
            <w:tcW w:w="564" w:type="dxa"/>
            <w:tcMar>
              <w:top w:w="20" w:type="dxa"/>
              <w:left w:w="50" w:type="dxa"/>
              <w:bottom w:w="20" w:type="dxa"/>
              <w:right w:w="50" w:type="dxa"/>
            </w:tcMar>
          </w:tcPr>
          <w:p w14:paraId="21551708" w14:textId="77777777" w:rsidR="00292F36" w:rsidRDefault="00000000">
            <w:r>
              <w:rPr>
                <w:sz w:val="12"/>
              </w:rPr>
              <w:t>1</w:t>
            </w:r>
          </w:p>
        </w:tc>
        <w:tc>
          <w:tcPr>
            <w:tcW w:w="564" w:type="dxa"/>
            <w:tcMar>
              <w:top w:w="20" w:type="dxa"/>
              <w:left w:w="50" w:type="dxa"/>
              <w:bottom w:w="20" w:type="dxa"/>
              <w:right w:w="50" w:type="dxa"/>
            </w:tcMar>
          </w:tcPr>
          <w:p w14:paraId="58614EA5" w14:textId="77777777" w:rsidR="00292F36" w:rsidRDefault="00000000">
            <w:r>
              <w:rPr>
                <w:sz w:val="12"/>
              </w:rPr>
              <w:t>0</w:t>
            </w:r>
          </w:p>
        </w:tc>
        <w:tc>
          <w:tcPr>
            <w:tcW w:w="564" w:type="dxa"/>
            <w:tcMar>
              <w:top w:w="20" w:type="dxa"/>
              <w:left w:w="50" w:type="dxa"/>
              <w:bottom w:w="20" w:type="dxa"/>
              <w:right w:w="50" w:type="dxa"/>
            </w:tcMar>
          </w:tcPr>
          <w:p w14:paraId="2812F52C" w14:textId="77777777" w:rsidR="00292F36" w:rsidRDefault="00000000">
            <w:r>
              <w:rPr>
                <w:sz w:val="12"/>
              </w:rPr>
              <w:t>0</w:t>
            </w:r>
          </w:p>
        </w:tc>
        <w:tc>
          <w:tcPr>
            <w:tcW w:w="564" w:type="dxa"/>
            <w:tcMar>
              <w:top w:w="20" w:type="dxa"/>
              <w:left w:w="50" w:type="dxa"/>
              <w:bottom w:w="20" w:type="dxa"/>
              <w:right w:w="50" w:type="dxa"/>
            </w:tcMar>
          </w:tcPr>
          <w:p w14:paraId="7A545BAB" w14:textId="77777777" w:rsidR="00292F36" w:rsidRDefault="00000000">
            <w:r>
              <w:rPr>
                <w:sz w:val="12"/>
              </w:rPr>
              <w:t>0</w:t>
            </w:r>
          </w:p>
        </w:tc>
        <w:tc>
          <w:tcPr>
            <w:tcW w:w="564" w:type="dxa"/>
            <w:tcMar>
              <w:top w:w="20" w:type="dxa"/>
              <w:left w:w="50" w:type="dxa"/>
              <w:bottom w:w="20" w:type="dxa"/>
              <w:right w:w="50" w:type="dxa"/>
            </w:tcMar>
          </w:tcPr>
          <w:p w14:paraId="114DA24A" w14:textId="77777777" w:rsidR="00292F36" w:rsidRDefault="00000000">
            <w:r>
              <w:rPr>
                <w:sz w:val="12"/>
              </w:rPr>
              <w:t>0</w:t>
            </w:r>
          </w:p>
        </w:tc>
        <w:tc>
          <w:tcPr>
            <w:tcW w:w="564" w:type="dxa"/>
            <w:tcMar>
              <w:top w:w="20" w:type="dxa"/>
              <w:left w:w="50" w:type="dxa"/>
              <w:bottom w:w="20" w:type="dxa"/>
              <w:right w:w="50" w:type="dxa"/>
            </w:tcMar>
          </w:tcPr>
          <w:p w14:paraId="6A57AB66" w14:textId="77777777" w:rsidR="00292F36" w:rsidRDefault="00000000">
            <w:r>
              <w:rPr>
                <w:sz w:val="12"/>
              </w:rPr>
              <w:t>0</w:t>
            </w:r>
          </w:p>
        </w:tc>
        <w:tc>
          <w:tcPr>
            <w:tcW w:w="564" w:type="dxa"/>
            <w:tcMar>
              <w:top w:w="20" w:type="dxa"/>
              <w:left w:w="50" w:type="dxa"/>
              <w:bottom w:w="20" w:type="dxa"/>
              <w:right w:w="50" w:type="dxa"/>
            </w:tcMar>
          </w:tcPr>
          <w:p w14:paraId="405762F0" w14:textId="77777777" w:rsidR="00292F36" w:rsidRDefault="00000000">
            <w:r>
              <w:rPr>
                <w:sz w:val="12"/>
              </w:rPr>
              <w:t>0</w:t>
            </w:r>
          </w:p>
        </w:tc>
        <w:tc>
          <w:tcPr>
            <w:tcW w:w="564" w:type="dxa"/>
            <w:tcMar>
              <w:top w:w="20" w:type="dxa"/>
              <w:left w:w="50" w:type="dxa"/>
              <w:bottom w:w="20" w:type="dxa"/>
              <w:right w:w="50" w:type="dxa"/>
            </w:tcMar>
          </w:tcPr>
          <w:p w14:paraId="737B66D4" w14:textId="77777777" w:rsidR="00292F36" w:rsidRDefault="00000000">
            <w:r>
              <w:rPr>
                <w:sz w:val="12"/>
              </w:rPr>
              <w:t>0</w:t>
            </w:r>
          </w:p>
        </w:tc>
        <w:tc>
          <w:tcPr>
            <w:tcW w:w="564" w:type="dxa"/>
            <w:tcMar>
              <w:top w:w="20" w:type="dxa"/>
              <w:left w:w="50" w:type="dxa"/>
              <w:bottom w:w="20" w:type="dxa"/>
              <w:right w:w="50" w:type="dxa"/>
            </w:tcMar>
          </w:tcPr>
          <w:p w14:paraId="6024C475" w14:textId="77777777" w:rsidR="00292F36" w:rsidRDefault="00000000">
            <w:r>
              <w:rPr>
                <w:sz w:val="12"/>
              </w:rPr>
              <w:t>0.60305344</w:t>
            </w:r>
          </w:p>
        </w:tc>
        <w:tc>
          <w:tcPr>
            <w:tcW w:w="564" w:type="dxa"/>
            <w:tcMar>
              <w:top w:w="20" w:type="dxa"/>
              <w:left w:w="50" w:type="dxa"/>
              <w:bottom w:w="20" w:type="dxa"/>
              <w:right w:w="50" w:type="dxa"/>
            </w:tcMar>
          </w:tcPr>
          <w:p w14:paraId="7D91967D" w14:textId="77777777" w:rsidR="00292F36" w:rsidRDefault="00000000">
            <w:r>
              <w:rPr>
                <w:sz w:val="12"/>
              </w:rPr>
              <w:t>0.00381679</w:t>
            </w:r>
          </w:p>
        </w:tc>
        <w:tc>
          <w:tcPr>
            <w:tcW w:w="564" w:type="dxa"/>
            <w:tcMar>
              <w:top w:w="20" w:type="dxa"/>
              <w:left w:w="50" w:type="dxa"/>
              <w:bottom w:w="20" w:type="dxa"/>
              <w:right w:w="50" w:type="dxa"/>
            </w:tcMar>
          </w:tcPr>
          <w:p w14:paraId="55473F62" w14:textId="77777777" w:rsidR="00292F36" w:rsidRDefault="00000000">
            <w:r>
              <w:rPr>
                <w:sz w:val="12"/>
              </w:rPr>
              <w:t>0.01526718</w:t>
            </w:r>
          </w:p>
        </w:tc>
        <w:tc>
          <w:tcPr>
            <w:tcW w:w="564" w:type="dxa"/>
            <w:tcMar>
              <w:top w:w="20" w:type="dxa"/>
              <w:left w:w="50" w:type="dxa"/>
              <w:bottom w:w="20" w:type="dxa"/>
              <w:right w:w="50" w:type="dxa"/>
            </w:tcMar>
          </w:tcPr>
          <w:p w14:paraId="295763C0" w14:textId="77777777" w:rsidR="00292F36" w:rsidRDefault="00000000">
            <w:r>
              <w:rPr>
                <w:sz w:val="12"/>
              </w:rPr>
              <w:t>0.02671756</w:t>
            </w:r>
          </w:p>
        </w:tc>
        <w:tc>
          <w:tcPr>
            <w:tcW w:w="564" w:type="dxa"/>
            <w:tcMar>
              <w:top w:w="20" w:type="dxa"/>
              <w:left w:w="50" w:type="dxa"/>
              <w:bottom w:w="20" w:type="dxa"/>
              <w:right w:w="50" w:type="dxa"/>
            </w:tcMar>
          </w:tcPr>
          <w:p w14:paraId="189A8BBA" w14:textId="77777777" w:rsidR="00292F36" w:rsidRDefault="00000000">
            <w:r>
              <w:rPr>
                <w:sz w:val="12"/>
              </w:rPr>
              <w:t>0.35114504</w:t>
            </w:r>
          </w:p>
        </w:tc>
      </w:tr>
      <w:tr w:rsidR="00292F36" w14:paraId="721211CF" w14:textId="77777777">
        <w:tc>
          <w:tcPr>
            <w:tcW w:w="564" w:type="dxa"/>
            <w:tcMar>
              <w:top w:w="20" w:type="dxa"/>
              <w:left w:w="50" w:type="dxa"/>
              <w:bottom w:w="20" w:type="dxa"/>
              <w:right w:w="50" w:type="dxa"/>
            </w:tcMar>
          </w:tcPr>
          <w:p w14:paraId="20294A4A" w14:textId="77777777" w:rsidR="00292F36" w:rsidRDefault="00000000">
            <w:r>
              <w:rPr>
                <w:sz w:val="12"/>
              </w:rPr>
              <w:t>2023_gavilanes_gavilanes_deep_1</w:t>
            </w:r>
          </w:p>
        </w:tc>
        <w:tc>
          <w:tcPr>
            <w:tcW w:w="564" w:type="dxa"/>
            <w:tcMar>
              <w:top w:w="20" w:type="dxa"/>
              <w:left w:w="50" w:type="dxa"/>
              <w:bottom w:w="20" w:type="dxa"/>
              <w:right w:w="50" w:type="dxa"/>
            </w:tcMar>
          </w:tcPr>
          <w:p w14:paraId="6B13B725" w14:textId="77777777" w:rsidR="00292F36" w:rsidRDefault="00000000">
            <w:r>
              <w:rPr>
                <w:sz w:val="12"/>
              </w:rPr>
              <w:t>-0.5100376</w:t>
            </w:r>
          </w:p>
        </w:tc>
        <w:tc>
          <w:tcPr>
            <w:tcW w:w="564" w:type="dxa"/>
            <w:tcMar>
              <w:top w:w="20" w:type="dxa"/>
              <w:left w:w="50" w:type="dxa"/>
              <w:bottom w:w="20" w:type="dxa"/>
              <w:right w:w="50" w:type="dxa"/>
            </w:tcMar>
          </w:tcPr>
          <w:p w14:paraId="6E660478" w14:textId="77777777" w:rsidR="00292F36" w:rsidRDefault="00000000">
            <w:r>
              <w:rPr>
                <w:sz w:val="12"/>
              </w:rPr>
              <w:t>-0.3380655</w:t>
            </w:r>
          </w:p>
        </w:tc>
        <w:tc>
          <w:tcPr>
            <w:tcW w:w="564" w:type="dxa"/>
            <w:tcMar>
              <w:top w:w="20" w:type="dxa"/>
              <w:left w:w="50" w:type="dxa"/>
              <w:bottom w:w="20" w:type="dxa"/>
              <w:right w:w="50" w:type="dxa"/>
            </w:tcMar>
          </w:tcPr>
          <w:p w14:paraId="5AC65D5D" w14:textId="77777777" w:rsidR="00292F36" w:rsidRDefault="00000000">
            <w:r>
              <w:rPr>
                <w:sz w:val="12"/>
              </w:rPr>
              <w:t>2023</w:t>
            </w:r>
          </w:p>
        </w:tc>
        <w:tc>
          <w:tcPr>
            <w:tcW w:w="564" w:type="dxa"/>
            <w:tcMar>
              <w:top w:w="20" w:type="dxa"/>
              <w:left w:w="50" w:type="dxa"/>
              <w:bottom w:w="20" w:type="dxa"/>
              <w:right w:w="50" w:type="dxa"/>
            </w:tcMar>
          </w:tcPr>
          <w:p w14:paraId="06F896AD" w14:textId="77777777" w:rsidR="00292F36" w:rsidRDefault="00000000">
            <w:r>
              <w:rPr>
                <w:sz w:val="12"/>
              </w:rPr>
              <w:t>punta_eugenia</w:t>
            </w:r>
          </w:p>
        </w:tc>
        <w:tc>
          <w:tcPr>
            <w:tcW w:w="564" w:type="dxa"/>
            <w:tcMar>
              <w:top w:w="20" w:type="dxa"/>
              <w:left w:w="50" w:type="dxa"/>
              <w:bottom w:w="20" w:type="dxa"/>
              <w:right w:w="50" w:type="dxa"/>
            </w:tcMar>
          </w:tcPr>
          <w:p w14:paraId="09B90ED1" w14:textId="77777777" w:rsidR="00292F36" w:rsidRDefault="00000000">
            <w:r>
              <w:rPr>
                <w:sz w:val="12"/>
              </w:rPr>
              <w:t>South</w:t>
            </w:r>
          </w:p>
        </w:tc>
        <w:tc>
          <w:tcPr>
            <w:tcW w:w="564" w:type="dxa"/>
            <w:tcMar>
              <w:top w:w="20" w:type="dxa"/>
              <w:left w:w="50" w:type="dxa"/>
              <w:bottom w:w="20" w:type="dxa"/>
              <w:right w:w="50" w:type="dxa"/>
            </w:tcMar>
          </w:tcPr>
          <w:p w14:paraId="1B7A2299" w14:textId="77777777" w:rsidR="00292F36" w:rsidRDefault="00000000">
            <w:r>
              <w:rPr>
                <w:sz w:val="12"/>
              </w:rPr>
              <w:t>gavilanes</w:t>
            </w:r>
          </w:p>
        </w:tc>
        <w:tc>
          <w:tcPr>
            <w:tcW w:w="564" w:type="dxa"/>
            <w:tcMar>
              <w:top w:w="20" w:type="dxa"/>
              <w:left w:w="50" w:type="dxa"/>
              <w:bottom w:w="20" w:type="dxa"/>
              <w:right w:w="50" w:type="dxa"/>
            </w:tcMar>
          </w:tcPr>
          <w:p w14:paraId="378E03AD" w14:textId="77777777" w:rsidR="00292F36" w:rsidRDefault="00000000">
            <w:r>
              <w:rPr>
                <w:sz w:val="12"/>
              </w:rPr>
              <w:t>gavilanes_deep</w:t>
            </w:r>
          </w:p>
        </w:tc>
        <w:tc>
          <w:tcPr>
            <w:tcW w:w="564" w:type="dxa"/>
            <w:tcMar>
              <w:top w:w="20" w:type="dxa"/>
              <w:left w:w="50" w:type="dxa"/>
              <w:bottom w:w="20" w:type="dxa"/>
              <w:right w:w="50" w:type="dxa"/>
            </w:tcMar>
          </w:tcPr>
          <w:p w14:paraId="5E2FD13F" w14:textId="77777777" w:rsidR="00292F36" w:rsidRDefault="00000000">
            <w:r>
              <w:rPr>
                <w:sz w:val="12"/>
              </w:rPr>
              <w:t>13</w:t>
            </w:r>
          </w:p>
        </w:tc>
        <w:tc>
          <w:tcPr>
            <w:tcW w:w="564" w:type="dxa"/>
            <w:tcMar>
              <w:top w:w="20" w:type="dxa"/>
              <w:left w:w="50" w:type="dxa"/>
              <w:bottom w:w="20" w:type="dxa"/>
              <w:right w:w="50" w:type="dxa"/>
            </w:tcMar>
          </w:tcPr>
          <w:p w14:paraId="6B7B5013" w14:textId="77777777" w:rsidR="00292F36" w:rsidRDefault="00000000">
            <w:r>
              <w:rPr>
                <w:sz w:val="12"/>
              </w:rPr>
              <w:t>22.7399998</w:t>
            </w:r>
          </w:p>
        </w:tc>
        <w:tc>
          <w:tcPr>
            <w:tcW w:w="564" w:type="dxa"/>
            <w:tcMar>
              <w:top w:w="20" w:type="dxa"/>
              <w:left w:w="50" w:type="dxa"/>
              <w:bottom w:w="20" w:type="dxa"/>
              <w:right w:w="50" w:type="dxa"/>
            </w:tcMar>
          </w:tcPr>
          <w:p w14:paraId="74BBE235" w14:textId="77777777" w:rsidR="00292F36" w:rsidRDefault="00000000">
            <w:r>
              <w:rPr>
                <w:sz w:val="12"/>
              </w:rPr>
              <w:t>9.08346081</w:t>
            </w:r>
          </w:p>
        </w:tc>
        <w:tc>
          <w:tcPr>
            <w:tcW w:w="564" w:type="dxa"/>
            <w:tcMar>
              <w:top w:w="20" w:type="dxa"/>
              <w:left w:w="50" w:type="dxa"/>
              <w:bottom w:w="20" w:type="dxa"/>
              <w:right w:w="50" w:type="dxa"/>
            </w:tcMar>
          </w:tcPr>
          <w:p w14:paraId="66E20E74" w14:textId="77777777" w:rsidR="00292F36" w:rsidRDefault="00000000">
            <w:r>
              <w:rPr>
                <w:sz w:val="12"/>
              </w:rPr>
              <w:t>1</w:t>
            </w:r>
          </w:p>
        </w:tc>
        <w:tc>
          <w:tcPr>
            <w:tcW w:w="564" w:type="dxa"/>
            <w:tcMar>
              <w:top w:w="20" w:type="dxa"/>
              <w:left w:w="50" w:type="dxa"/>
              <w:bottom w:w="20" w:type="dxa"/>
              <w:right w:w="50" w:type="dxa"/>
            </w:tcMar>
          </w:tcPr>
          <w:p w14:paraId="09515415" w14:textId="77777777" w:rsidR="00292F36" w:rsidRDefault="00000000">
            <w:r>
              <w:rPr>
                <w:sz w:val="12"/>
              </w:rPr>
              <w:t>0</w:t>
            </w:r>
          </w:p>
        </w:tc>
        <w:tc>
          <w:tcPr>
            <w:tcW w:w="564" w:type="dxa"/>
            <w:tcMar>
              <w:top w:w="20" w:type="dxa"/>
              <w:left w:w="50" w:type="dxa"/>
              <w:bottom w:w="20" w:type="dxa"/>
              <w:right w:w="50" w:type="dxa"/>
            </w:tcMar>
          </w:tcPr>
          <w:p w14:paraId="1013583D" w14:textId="77777777" w:rsidR="00292F36" w:rsidRDefault="00000000">
            <w:r>
              <w:rPr>
                <w:sz w:val="12"/>
              </w:rPr>
              <w:t>0</w:t>
            </w:r>
          </w:p>
        </w:tc>
        <w:tc>
          <w:tcPr>
            <w:tcW w:w="564" w:type="dxa"/>
            <w:tcMar>
              <w:top w:w="20" w:type="dxa"/>
              <w:left w:w="50" w:type="dxa"/>
              <w:bottom w:w="20" w:type="dxa"/>
              <w:right w:w="50" w:type="dxa"/>
            </w:tcMar>
          </w:tcPr>
          <w:p w14:paraId="512CCEE3" w14:textId="77777777" w:rsidR="00292F36" w:rsidRDefault="00000000">
            <w:r>
              <w:rPr>
                <w:sz w:val="12"/>
              </w:rPr>
              <w:t>0</w:t>
            </w:r>
          </w:p>
        </w:tc>
        <w:tc>
          <w:tcPr>
            <w:tcW w:w="564" w:type="dxa"/>
            <w:tcMar>
              <w:top w:w="20" w:type="dxa"/>
              <w:left w:w="50" w:type="dxa"/>
              <w:bottom w:w="20" w:type="dxa"/>
              <w:right w:w="50" w:type="dxa"/>
            </w:tcMar>
          </w:tcPr>
          <w:p w14:paraId="3F09B32E" w14:textId="77777777" w:rsidR="00292F36" w:rsidRDefault="00000000">
            <w:r>
              <w:rPr>
                <w:sz w:val="12"/>
              </w:rPr>
              <w:t>0</w:t>
            </w:r>
          </w:p>
        </w:tc>
        <w:tc>
          <w:tcPr>
            <w:tcW w:w="564" w:type="dxa"/>
            <w:tcMar>
              <w:top w:w="20" w:type="dxa"/>
              <w:left w:w="50" w:type="dxa"/>
              <w:bottom w:w="20" w:type="dxa"/>
              <w:right w:w="50" w:type="dxa"/>
            </w:tcMar>
          </w:tcPr>
          <w:p w14:paraId="722BC7F2" w14:textId="77777777" w:rsidR="00292F36" w:rsidRDefault="00000000">
            <w:r>
              <w:rPr>
                <w:sz w:val="12"/>
              </w:rPr>
              <w:t>0</w:t>
            </w:r>
          </w:p>
        </w:tc>
        <w:tc>
          <w:tcPr>
            <w:tcW w:w="564" w:type="dxa"/>
            <w:tcMar>
              <w:top w:w="20" w:type="dxa"/>
              <w:left w:w="50" w:type="dxa"/>
              <w:bottom w:w="20" w:type="dxa"/>
              <w:right w:w="50" w:type="dxa"/>
            </w:tcMar>
          </w:tcPr>
          <w:p w14:paraId="14A27FC2" w14:textId="77777777" w:rsidR="00292F36" w:rsidRDefault="00000000">
            <w:r>
              <w:rPr>
                <w:sz w:val="12"/>
              </w:rPr>
              <w:t>0</w:t>
            </w:r>
          </w:p>
        </w:tc>
        <w:tc>
          <w:tcPr>
            <w:tcW w:w="564" w:type="dxa"/>
            <w:tcMar>
              <w:top w:w="20" w:type="dxa"/>
              <w:left w:w="50" w:type="dxa"/>
              <w:bottom w:w="20" w:type="dxa"/>
              <w:right w:w="50" w:type="dxa"/>
            </w:tcMar>
          </w:tcPr>
          <w:p w14:paraId="390BFE15" w14:textId="77777777" w:rsidR="00292F36" w:rsidRDefault="00000000">
            <w:r>
              <w:rPr>
                <w:sz w:val="12"/>
              </w:rPr>
              <w:t>0</w:t>
            </w:r>
          </w:p>
        </w:tc>
        <w:tc>
          <w:tcPr>
            <w:tcW w:w="564" w:type="dxa"/>
            <w:tcMar>
              <w:top w:w="20" w:type="dxa"/>
              <w:left w:w="50" w:type="dxa"/>
              <w:bottom w:w="20" w:type="dxa"/>
              <w:right w:w="50" w:type="dxa"/>
            </w:tcMar>
          </w:tcPr>
          <w:p w14:paraId="1C1F45D8" w14:textId="77777777" w:rsidR="00292F36" w:rsidRDefault="00000000">
            <w:r>
              <w:rPr>
                <w:sz w:val="12"/>
              </w:rPr>
              <w:t>0.07142857</w:t>
            </w:r>
          </w:p>
        </w:tc>
        <w:tc>
          <w:tcPr>
            <w:tcW w:w="564" w:type="dxa"/>
            <w:tcMar>
              <w:top w:w="20" w:type="dxa"/>
              <w:left w:w="50" w:type="dxa"/>
              <w:bottom w:w="20" w:type="dxa"/>
              <w:right w:w="50" w:type="dxa"/>
            </w:tcMar>
          </w:tcPr>
          <w:p w14:paraId="76C73D9E" w14:textId="77777777" w:rsidR="00292F36" w:rsidRDefault="00000000">
            <w:r>
              <w:rPr>
                <w:sz w:val="12"/>
              </w:rPr>
              <w:t>0.64285714</w:t>
            </w:r>
          </w:p>
        </w:tc>
        <w:tc>
          <w:tcPr>
            <w:tcW w:w="564" w:type="dxa"/>
            <w:tcMar>
              <w:top w:w="20" w:type="dxa"/>
              <w:left w:w="50" w:type="dxa"/>
              <w:bottom w:w="20" w:type="dxa"/>
              <w:right w:w="50" w:type="dxa"/>
            </w:tcMar>
          </w:tcPr>
          <w:p w14:paraId="5493C18C" w14:textId="77777777" w:rsidR="00292F36" w:rsidRDefault="00000000">
            <w:r>
              <w:rPr>
                <w:sz w:val="12"/>
              </w:rPr>
              <w:t>0</w:t>
            </w:r>
          </w:p>
        </w:tc>
        <w:tc>
          <w:tcPr>
            <w:tcW w:w="564" w:type="dxa"/>
            <w:tcMar>
              <w:top w:w="20" w:type="dxa"/>
              <w:left w:w="50" w:type="dxa"/>
              <w:bottom w:w="20" w:type="dxa"/>
              <w:right w:w="50" w:type="dxa"/>
            </w:tcMar>
          </w:tcPr>
          <w:p w14:paraId="4374E7F5" w14:textId="77777777" w:rsidR="00292F36" w:rsidRDefault="00000000">
            <w:r>
              <w:rPr>
                <w:sz w:val="12"/>
              </w:rPr>
              <w:t>0</w:t>
            </w:r>
          </w:p>
        </w:tc>
        <w:tc>
          <w:tcPr>
            <w:tcW w:w="564" w:type="dxa"/>
            <w:tcMar>
              <w:top w:w="20" w:type="dxa"/>
              <w:left w:w="50" w:type="dxa"/>
              <w:bottom w:w="20" w:type="dxa"/>
              <w:right w:w="50" w:type="dxa"/>
            </w:tcMar>
          </w:tcPr>
          <w:p w14:paraId="76F38282" w14:textId="77777777" w:rsidR="00292F36" w:rsidRDefault="00000000">
            <w:r>
              <w:rPr>
                <w:sz w:val="12"/>
              </w:rPr>
              <w:t>0.28571429</w:t>
            </w:r>
          </w:p>
        </w:tc>
        <w:tc>
          <w:tcPr>
            <w:tcW w:w="564" w:type="dxa"/>
            <w:tcMar>
              <w:top w:w="20" w:type="dxa"/>
              <w:left w:w="50" w:type="dxa"/>
              <w:bottom w:w="20" w:type="dxa"/>
              <w:right w:w="50" w:type="dxa"/>
            </w:tcMar>
          </w:tcPr>
          <w:p w14:paraId="76E2B3A1" w14:textId="77777777" w:rsidR="00292F36" w:rsidRDefault="00000000">
            <w:r>
              <w:rPr>
                <w:sz w:val="12"/>
              </w:rPr>
              <w:t>0</w:t>
            </w:r>
          </w:p>
        </w:tc>
      </w:tr>
      <w:tr w:rsidR="00292F36" w14:paraId="1A6C5B7A" w14:textId="77777777">
        <w:tc>
          <w:tcPr>
            <w:tcW w:w="564" w:type="dxa"/>
            <w:tcMar>
              <w:top w:w="20" w:type="dxa"/>
              <w:left w:w="50" w:type="dxa"/>
              <w:bottom w:w="20" w:type="dxa"/>
              <w:right w:w="50" w:type="dxa"/>
            </w:tcMar>
          </w:tcPr>
          <w:p w14:paraId="3A4228D0" w14:textId="77777777" w:rsidR="00292F36" w:rsidRDefault="00000000">
            <w:r>
              <w:rPr>
                <w:sz w:val="12"/>
              </w:rPr>
              <w:t>2023_gavilanes_gavilanes_deep_2</w:t>
            </w:r>
          </w:p>
        </w:tc>
        <w:tc>
          <w:tcPr>
            <w:tcW w:w="564" w:type="dxa"/>
            <w:tcMar>
              <w:top w:w="20" w:type="dxa"/>
              <w:left w:w="50" w:type="dxa"/>
              <w:bottom w:w="20" w:type="dxa"/>
              <w:right w:w="50" w:type="dxa"/>
            </w:tcMar>
          </w:tcPr>
          <w:p w14:paraId="17247BB9" w14:textId="77777777" w:rsidR="00292F36" w:rsidRDefault="00000000">
            <w:r>
              <w:rPr>
                <w:sz w:val="12"/>
              </w:rPr>
              <w:t>-0.5332677</w:t>
            </w:r>
          </w:p>
        </w:tc>
        <w:tc>
          <w:tcPr>
            <w:tcW w:w="564" w:type="dxa"/>
            <w:tcMar>
              <w:top w:w="20" w:type="dxa"/>
              <w:left w:w="50" w:type="dxa"/>
              <w:bottom w:w="20" w:type="dxa"/>
              <w:right w:w="50" w:type="dxa"/>
            </w:tcMar>
          </w:tcPr>
          <w:p w14:paraId="6DAB189C" w14:textId="77777777" w:rsidR="00292F36" w:rsidRDefault="00000000">
            <w:r>
              <w:rPr>
                <w:sz w:val="12"/>
              </w:rPr>
              <w:t>-0.352262</w:t>
            </w:r>
          </w:p>
        </w:tc>
        <w:tc>
          <w:tcPr>
            <w:tcW w:w="564" w:type="dxa"/>
            <w:tcMar>
              <w:top w:w="20" w:type="dxa"/>
              <w:left w:w="50" w:type="dxa"/>
              <w:bottom w:w="20" w:type="dxa"/>
              <w:right w:w="50" w:type="dxa"/>
            </w:tcMar>
          </w:tcPr>
          <w:p w14:paraId="57DBFF8C" w14:textId="77777777" w:rsidR="00292F36" w:rsidRDefault="00000000">
            <w:r>
              <w:rPr>
                <w:sz w:val="12"/>
              </w:rPr>
              <w:t>2023</w:t>
            </w:r>
          </w:p>
        </w:tc>
        <w:tc>
          <w:tcPr>
            <w:tcW w:w="564" w:type="dxa"/>
            <w:tcMar>
              <w:top w:w="20" w:type="dxa"/>
              <w:left w:w="50" w:type="dxa"/>
              <w:bottom w:w="20" w:type="dxa"/>
              <w:right w:w="50" w:type="dxa"/>
            </w:tcMar>
          </w:tcPr>
          <w:p w14:paraId="2DE786D6" w14:textId="77777777" w:rsidR="00292F36" w:rsidRDefault="00000000">
            <w:r>
              <w:rPr>
                <w:sz w:val="12"/>
              </w:rPr>
              <w:t>punta_eugenia</w:t>
            </w:r>
          </w:p>
        </w:tc>
        <w:tc>
          <w:tcPr>
            <w:tcW w:w="564" w:type="dxa"/>
            <w:tcMar>
              <w:top w:w="20" w:type="dxa"/>
              <w:left w:w="50" w:type="dxa"/>
              <w:bottom w:w="20" w:type="dxa"/>
              <w:right w:w="50" w:type="dxa"/>
            </w:tcMar>
          </w:tcPr>
          <w:p w14:paraId="262C8594" w14:textId="77777777" w:rsidR="00292F36" w:rsidRDefault="00000000">
            <w:r>
              <w:rPr>
                <w:sz w:val="12"/>
              </w:rPr>
              <w:t>South</w:t>
            </w:r>
          </w:p>
        </w:tc>
        <w:tc>
          <w:tcPr>
            <w:tcW w:w="564" w:type="dxa"/>
            <w:tcMar>
              <w:top w:w="20" w:type="dxa"/>
              <w:left w:w="50" w:type="dxa"/>
              <w:bottom w:w="20" w:type="dxa"/>
              <w:right w:w="50" w:type="dxa"/>
            </w:tcMar>
          </w:tcPr>
          <w:p w14:paraId="150D3D55" w14:textId="77777777" w:rsidR="00292F36" w:rsidRDefault="00000000">
            <w:r>
              <w:rPr>
                <w:sz w:val="12"/>
              </w:rPr>
              <w:t>gavilanes</w:t>
            </w:r>
          </w:p>
        </w:tc>
        <w:tc>
          <w:tcPr>
            <w:tcW w:w="564" w:type="dxa"/>
            <w:tcMar>
              <w:top w:w="20" w:type="dxa"/>
              <w:left w:w="50" w:type="dxa"/>
              <w:bottom w:w="20" w:type="dxa"/>
              <w:right w:w="50" w:type="dxa"/>
            </w:tcMar>
          </w:tcPr>
          <w:p w14:paraId="37F6B30E" w14:textId="77777777" w:rsidR="00292F36" w:rsidRDefault="00000000">
            <w:r>
              <w:rPr>
                <w:sz w:val="12"/>
              </w:rPr>
              <w:t>gavilanes_deep</w:t>
            </w:r>
          </w:p>
        </w:tc>
        <w:tc>
          <w:tcPr>
            <w:tcW w:w="564" w:type="dxa"/>
            <w:tcMar>
              <w:top w:w="20" w:type="dxa"/>
              <w:left w:w="50" w:type="dxa"/>
              <w:bottom w:w="20" w:type="dxa"/>
              <w:right w:w="50" w:type="dxa"/>
            </w:tcMar>
          </w:tcPr>
          <w:p w14:paraId="0E3FFD60" w14:textId="77777777" w:rsidR="00292F36" w:rsidRDefault="00000000">
            <w:r>
              <w:rPr>
                <w:sz w:val="12"/>
              </w:rPr>
              <w:t>13</w:t>
            </w:r>
          </w:p>
        </w:tc>
        <w:tc>
          <w:tcPr>
            <w:tcW w:w="564" w:type="dxa"/>
            <w:tcMar>
              <w:top w:w="20" w:type="dxa"/>
              <w:left w:w="50" w:type="dxa"/>
              <w:bottom w:w="20" w:type="dxa"/>
              <w:right w:w="50" w:type="dxa"/>
            </w:tcMar>
          </w:tcPr>
          <w:p w14:paraId="47E804D2" w14:textId="77777777" w:rsidR="00292F36" w:rsidRDefault="00000000">
            <w:r>
              <w:rPr>
                <w:sz w:val="12"/>
              </w:rPr>
              <w:t>22.7399998</w:t>
            </w:r>
          </w:p>
        </w:tc>
        <w:tc>
          <w:tcPr>
            <w:tcW w:w="564" w:type="dxa"/>
            <w:tcMar>
              <w:top w:w="20" w:type="dxa"/>
              <w:left w:w="50" w:type="dxa"/>
              <w:bottom w:w="20" w:type="dxa"/>
              <w:right w:w="50" w:type="dxa"/>
            </w:tcMar>
          </w:tcPr>
          <w:p w14:paraId="2B0DC7EE" w14:textId="77777777" w:rsidR="00292F36" w:rsidRDefault="00000000">
            <w:r>
              <w:rPr>
                <w:sz w:val="12"/>
              </w:rPr>
              <w:t>9.08346081</w:t>
            </w:r>
          </w:p>
        </w:tc>
        <w:tc>
          <w:tcPr>
            <w:tcW w:w="564" w:type="dxa"/>
            <w:tcMar>
              <w:top w:w="20" w:type="dxa"/>
              <w:left w:w="50" w:type="dxa"/>
              <w:bottom w:w="20" w:type="dxa"/>
              <w:right w:w="50" w:type="dxa"/>
            </w:tcMar>
          </w:tcPr>
          <w:p w14:paraId="4ABBAE8E" w14:textId="77777777" w:rsidR="00292F36" w:rsidRDefault="00000000">
            <w:r>
              <w:rPr>
                <w:sz w:val="12"/>
              </w:rPr>
              <w:t>0.99830221</w:t>
            </w:r>
          </w:p>
        </w:tc>
        <w:tc>
          <w:tcPr>
            <w:tcW w:w="564" w:type="dxa"/>
            <w:tcMar>
              <w:top w:w="20" w:type="dxa"/>
              <w:left w:w="50" w:type="dxa"/>
              <w:bottom w:w="20" w:type="dxa"/>
              <w:right w:w="50" w:type="dxa"/>
            </w:tcMar>
          </w:tcPr>
          <w:p w14:paraId="1D24672A" w14:textId="77777777" w:rsidR="00292F36" w:rsidRDefault="00000000">
            <w:r>
              <w:rPr>
                <w:sz w:val="12"/>
              </w:rPr>
              <w:t>0</w:t>
            </w:r>
          </w:p>
        </w:tc>
        <w:tc>
          <w:tcPr>
            <w:tcW w:w="564" w:type="dxa"/>
            <w:tcMar>
              <w:top w:w="20" w:type="dxa"/>
              <w:left w:w="50" w:type="dxa"/>
              <w:bottom w:w="20" w:type="dxa"/>
              <w:right w:w="50" w:type="dxa"/>
            </w:tcMar>
          </w:tcPr>
          <w:p w14:paraId="1896671D" w14:textId="77777777" w:rsidR="00292F36" w:rsidRDefault="00000000">
            <w:r>
              <w:rPr>
                <w:sz w:val="12"/>
              </w:rPr>
              <w:t>0.00169779</w:t>
            </w:r>
          </w:p>
        </w:tc>
        <w:tc>
          <w:tcPr>
            <w:tcW w:w="564" w:type="dxa"/>
            <w:tcMar>
              <w:top w:w="20" w:type="dxa"/>
              <w:left w:w="50" w:type="dxa"/>
              <w:bottom w:w="20" w:type="dxa"/>
              <w:right w:w="50" w:type="dxa"/>
            </w:tcMar>
          </w:tcPr>
          <w:p w14:paraId="5CFE877E" w14:textId="77777777" w:rsidR="00292F36" w:rsidRDefault="00000000">
            <w:r>
              <w:rPr>
                <w:sz w:val="12"/>
              </w:rPr>
              <w:t>0</w:t>
            </w:r>
          </w:p>
        </w:tc>
        <w:tc>
          <w:tcPr>
            <w:tcW w:w="564" w:type="dxa"/>
            <w:tcMar>
              <w:top w:w="20" w:type="dxa"/>
              <w:left w:w="50" w:type="dxa"/>
              <w:bottom w:w="20" w:type="dxa"/>
              <w:right w:w="50" w:type="dxa"/>
            </w:tcMar>
          </w:tcPr>
          <w:p w14:paraId="2BA0E350" w14:textId="77777777" w:rsidR="00292F36" w:rsidRDefault="00000000">
            <w:r>
              <w:rPr>
                <w:sz w:val="12"/>
              </w:rPr>
              <w:t>0</w:t>
            </w:r>
          </w:p>
        </w:tc>
        <w:tc>
          <w:tcPr>
            <w:tcW w:w="564" w:type="dxa"/>
            <w:tcMar>
              <w:top w:w="20" w:type="dxa"/>
              <w:left w:w="50" w:type="dxa"/>
              <w:bottom w:w="20" w:type="dxa"/>
              <w:right w:w="50" w:type="dxa"/>
            </w:tcMar>
          </w:tcPr>
          <w:p w14:paraId="563D352D" w14:textId="77777777" w:rsidR="00292F36" w:rsidRDefault="00000000">
            <w:r>
              <w:rPr>
                <w:sz w:val="12"/>
              </w:rPr>
              <w:t>0</w:t>
            </w:r>
          </w:p>
        </w:tc>
        <w:tc>
          <w:tcPr>
            <w:tcW w:w="564" w:type="dxa"/>
            <w:tcMar>
              <w:top w:w="20" w:type="dxa"/>
              <w:left w:w="50" w:type="dxa"/>
              <w:bottom w:w="20" w:type="dxa"/>
              <w:right w:w="50" w:type="dxa"/>
            </w:tcMar>
          </w:tcPr>
          <w:p w14:paraId="052DD345" w14:textId="77777777" w:rsidR="00292F36" w:rsidRDefault="00000000">
            <w:r>
              <w:rPr>
                <w:sz w:val="12"/>
              </w:rPr>
              <w:t>0</w:t>
            </w:r>
          </w:p>
        </w:tc>
        <w:tc>
          <w:tcPr>
            <w:tcW w:w="564" w:type="dxa"/>
            <w:tcMar>
              <w:top w:w="20" w:type="dxa"/>
              <w:left w:w="50" w:type="dxa"/>
              <w:bottom w:w="20" w:type="dxa"/>
              <w:right w:w="50" w:type="dxa"/>
            </w:tcMar>
          </w:tcPr>
          <w:p w14:paraId="4A0EC253" w14:textId="77777777" w:rsidR="00292F36" w:rsidRDefault="00000000">
            <w:r>
              <w:rPr>
                <w:sz w:val="12"/>
              </w:rPr>
              <w:t>0</w:t>
            </w:r>
          </w:p>
        </w:tc>
        <w:tc>
          <w:tcPr>
            <w:tcW w:w="564" w:type="dxa"/>
            <w:tcMar>
              <w:top w:w="20" w:type="dxa"/>
              <w:left w:w="50" w:type="dxa"/>
              <w:bottom w:w="20" w:type="dxa"/>
              <w:right w:w="50" w:type="dxa"/>
            </w:tcMar>
          </w:tcPr>
          <w:p w14:paraId="3341D633" w14:textId="77777777" w:rsidR="00292F36" w:rsidRDefault="00000000">
            <w:r>
              <w:rPr>
                <w:sz w:val="12"/>
              </w:rPr>
              <w:t>0.07142857</w:t>
            </w:r>
          </w:p>
        </w:tc>
        <w:tc>
          <w:tcPr>
            <w:tcW w:w="564" w:type="dxa"/>
            <w:tcMar>
              <w:top w:w="20" w:type="dxa"/>
              <w:left w:w="50" w:type="dxa"/>
              <w:bottom w:w="20" w:type="dxa"/>
              <w:right w:w="50" w:type="dxa"/>
            </w:tcMar>
          </w:tcPr>
          <w:p w14:paraId="7FC33984" w14:textId="77777777" w:rsidR="00292F36" w:rsidRDefault="00000000">
            <w:r>
              <w:rPr>
                <w:sz w:val="12"/>
              </w:rPr>
              <w:t>0.57142857</w:t>
            </w:r>
          </w:p>
        </w:tc>
        <w:tc>
          <w:tcPr>
            <w:tcW w:w="564" w:type="dxa"/>
            <w:tcMar>
              <w:top w:w="20" w:type="dxa"/>
              <w:left w:w="50" w:type="dxa"/>
              <w:bottom w:w="20" w:type="dxa"/>
              <w:right w:w="50" w:type="dxa"/>
            </w:tcMar>
          </w:tcPr>
          <w:p w14:paraId="7F8278BB" w14:textId="77777777" w:rsidR="00292F36" w:rsidRDefault="00000000">
            <w:r>
              <w:rPr>
                <w:sz w:val="12"/>
              </w:rPr>
              <w:t>0</w:t>
            </w:r>
          </w:p>
        </w:tc>
        <w:tc>
          <w:tcPr>
            <w:tcW w:w="564" w:type="dxa"/>
            <w:tcMar>
              <w:top w:w="20" w:type="dxa"/>
              <w:left w:w="50" w:type="dxa"/>
              <w:bottom w:w="20" w:type="dxa"/>
              <w:right w:w="50" w:type="dxa"/>
            </w:tcMar>
          </w:tcPr>
          <w:p w14:paraId="4B5EA0D5" w14:textId="77777777" w:rsidR="00292F36" w:rsidRDefault="00000000">
            <w:r>
              <w:rPr>
                <w:sz w:val="12"/>
              </w:rPr>
              <w:t>0</w:t>
            </w:r>
          </w:p>
        </w:tc>
        <w:tc>
          <w:tcPr>
            <w:tcW w:w="564" w:type="dxa"/>
            <w:tcMar>
              <w:top w:w="20" w:type="dxa"/>
              <w:left w:w="50" w:type="dxa"/>
              <w:bottom w:w="20" w:type="dxa"/>
              <w:right w:w="50" w:type="dxa"/>
            </w:tcMar>
          </w:tcPr>
          <w:p w14:paraId="084CF1CF" w14:textId="77777777" w:rsidR="00292F36" w:rsidRDefault="00000000">
            <w:r>
              <w:rPr>
                <w:sz w:val="12"/>
              </w:rPr>
              <w:t>0.35714286</w:t>
            </w:r>
          </w:p>
        </w:tc>
        <w:tc>
          <w:tcPr>
            <w:tcW w:w="564" w:type="dxa"/>
            <w:tcMar>
              <w:top w:w="20" w:type="dxa"/>
              <w:left w:w="50" w:type="dxa"/>
              <w:bottom w:w="20" w:type="dxa"/>
              <w:right w:w="50" w:type="dxa"/>
            </w:tcMar>
          </w:tcPr>
          <w:p w14:paraId="0AE5514B" w14:textId="77777777" w:rsidR="00292F36" w:rsidRDefault="00000000">
            <w:r>
              <w:rPr>
                <w:sz w:val="12"/>
              </w:rPr>
              <w:t>0</w:t>
            </w:r>
          </w:p>
        </w:tc>
      </w:tr>
      <w:tr w:rsidR="00292F36" w14:paraId="108DBAE7" w14:textId="77777777">
        <w:tc>
          <w:tcPr>
            <w:tcW w:w="564" w:type="dxa"/>
            <w:tcMar>
              <w:top w:w="20" w:type="dxa"/>
              <w:left w:w="50" w:type="dxa"/>
              <w:bottom w:w="20" w:type="dxa"/>
              <w:right w:w="50" w:type="dxa"/>
            </w:tcMar>
          </w:tcPr>
          <w:p w14:paraId="49FE17C2" w14:textId="77777777" w:rsidR="00292F36" w:rsidRDefault="00000000">
            <w:r>
              <w:rPr>
                <w:sz w:val="12"/>
              </w:rPr>
              <w:t>2023_gavilanes_gavilanes_mid_3</w:t>
            </w:r>
          </w:p>
        </w:tc>
        <w:tc>
          <w:tcPr>
            <w:tcW w:w="564" w:type="dxa"/>
            <w:tcMar>
              <w:top w:w="20" w:type="dxa"/>
              <w:left w:w="50" w:type="dxa"/>
              <w:bottom w:w="20" w:type="dxa"/>
              <w:right w:w="50" w:type="dxa"/>
            </w:tcMar>
          </w:tcPr>
          <w:p w14:paraId="33E24F69" w14:textId="77777777" w:rsidR="00292F36" w:rsidRDefault="00000000">
            <w:r>
              <w:rPr>
                <w:sz w:val="12"/>
              </w:rPr>
              <w:t>-0.3374405</w:t>
            </w:r>
          </w:p>
        </w:tc>
        <w:tc>
          <w:tcPr>
            <w:tcW w:w="564" w:type="dxa"/>
            <w:tcMar>
              <w:top w:w="20" w:type="dxa"/>
              <w:left w:w="50" w:type="dxa"/>
              <w:bottom w:w="20" w:type="dxa"/>
              <w:right w:w="50" w:type="dxa"/>
            </w:tcMar>
          </w:tcPr>
          <w:p w14:paraId="0C0D3222" w14:textId="77777777" w:rsidR="00292F36" w:rsidRDefault="00000000">
            <w:r>
              <w:rPr>
                <w:sz w:val="12"/>
              </w:rPr>
              <w:t>-0.3196967</w:t>
            </w:r>
          </w:p>
        </w:tc>
        <w:tc>
          <w:tcPr>
            <w:tcW w:w="564" w:type="dxa"/>
            <w:tcMar>
              <w:top w:w="20" w:type="dxa"/>
              <w:left w:w="50" w:type="dxa"/>
              <w:bottom w:w="20" w:type="dxa"/>
              <w:right w:w="50" w:type="dxa"/>
            </w:tcMar>
          </w:tcPr>
          <w:p w14:paraId="714904A9" w14:textId="77777777" w:rsidR="00292F36" w:rsidRDefault="00000000">
            <w:r>
              <w:rPr>
                <w:sz w:val="12"/>
              </w:rPr>
              <w:t>2023</w:t>
            </w:r>
          </w:p>
        </w:tc>
        <w:tc>
          <w:tcPr>
            <w:tcW w:w="564" w:type="dxa"/>
            <w:tcMar>
              <w:top w:w="20" w:type="dxa"/>
              <w:left w:w="50" w:type="dxa"/>
              <w:bottom w:w="20" w:type="dxa"/>
              <w:right w:w="50" w:type="dxa"/>
            </w:tcMar>
          </w:tcPr>
          <w:p w14:paraId="1944BE15" w14:textId="77777777" w:rsidR="00292F36" w:rsidRDefault="00000000">
            <w:r>
              <w:rPr>
                <w:sz w:val="12"/>
              </w:rPr>
              <w:t>punta_eugenia</w:t>
            </w:r>
          </w:p>
        </w:tc>
        <w:tc>
          <w:tcPr>
            <w:tcW w:w="564" w:type="dxa"/>
            <w:tcMar>
              <w:top w:w="20" w:type="dxa"/>
              <w:left w:w="50" w:type="dxa"/>
              <w:bottom w:w="20" w:type="dxa"/>
              <w:right w:w="50" w:type="dxa"/>
            </w:tcMar>
          </w:tcPr>
          <w:p w14:paraId="7D3CFAAD" w14:textId="77777777" w:rsidR="00292F36" w:rsidRDefault="00000000">
            <w:r>
              <w:rPr>
                <w:sz w:val="12"/>
              </w:rPr>
              <w:t>South</w:t>
            </w:r>
          </w:p>
        </w:tc>
        <w:tc>
          <w:tcPr>
            <w:tcW w:w="564" w:type="dxa"/>
            <w:tcMar>
              <w:top w:w="20" w:type="dxa"/>
              <w:left w:w="50" w:type="dxa"/>
              <w:bottom w:w="20" w:type="dxa"/>
              <w:right w:w="50" w:type="dxa"/>
            </w:tcMar>
          </w:tcPr>
          <w:p w14:paraId="2769B0E4" w14:textId="77777777" w:rsidR="00292F36" w:rsidRDefault="00000000">
            <w:r>
              <w:rPr>
                <w:sz w:val="12"/>
              </w:rPr>
              <w:t>gavilanes</w:t>
            </w:r>
          </w:p>
        </w:tc>
        <w:tc>
          <w:tcPr>
            <w:tcW w:w="564" w:type="dxa"/>
            <w:tcMar>
              <w:top w:w="20" w:type="dxa"/>
              <w:left w:w="50" w:type="dxa"/>
              <w:bottom w:w="20" w:type="dxa"/>
              <w:right w:w="50" w:type="dxa"/>
            </w:tcMar>
          </w:tcPr>
          <w:p w14:paraId="1CB3DFD7" w14:textId="77777777" w:rsidR="00292F36" w:rsidRDefault="00000000">
            <w:r>
              <w:rPr>
                <w:sz w:val="12"/>
              </w:rPr>
              <w:t>gavilanes_mid</w:t>
            </w:r>
          </w:p>
        </w:tc>
        <w:tc>
          <w:tcPr>
            <w:tcW w:w="564" w:type="dxa"/>
            <w:tcMar>
              <w:top w:w="20" w:type="dxa"/>
              <w:left w:w="50" w:type="dxa"/>
              <w:bottom w:w="20" w:type="dxa"/>
              <w:right w:w="50" w:type="dxa"/>
            </w:tcMar>
          </w:tcPr>
          <w:p w14:paraId="3B9EF9BF" w14:textId="77777777" w:rsidR="00292F36" w:rsidRDefault="00000000">
            <w:r>
              <w:rPr>
                <w:sz w:val="12"/>
              </w:rPr>
              <w:t>10</w:t>
            </w:r>
          </w:p>
        </w:tc>
        <w:tc>
          <w:tcPr>
            <w:tcW w:w="564" w:type="dxa"/>
            <w:tcMar>
              <w:top w:w="20" w:type="dxa"/>
              <w:left w:w="50" w:type="dxa"/>
              <w:bottom w:w="20" w:type="dxa"/>
              <w:right w:w="50" w:type="dxa"/>
            </w:tcMar>
          </w:tcPr>
          <w:p w14:paraId="5CDFE888" w14:textId="77777777" w:rsidR="00292F36" w:rsidRDefault="00000000">
            <w:r>
              <w:rPr>
                <w:sz w:val="12"/>
              </w:rPr>
              <w:t>22.7399998</w:t>
            </w:r>
          </w:p>
        </w:tc>
        <w:tc>
          <w:tcPr>
            <w:tcW w:w="564" w:type="dxa"/>
            <w:tcMar>
              <w:top w:w="20" w:type="dxa"/>
              <w:left w:w="50" w:type="dxa"/>
              <w:bottom w:w="20" w:type="dxa"/>
              <w:right w:w="50" w:type="dxa"/>
            </w:tcMar>
          </w:tcPr>
          <w:p w14:paraId="14E88293" w14:textId="77777777" w:rsidR="00292F36" w:rsidRDefault="00000000">
            <w:r>
              <w:rPr>
                <w:sz w:val="12"/>
              </w:rPr>
              <w:t>9.40190035</w:t>
            </w:r>
          </w:p>
        </w:tc>
        <w:tc>
          <w:tcPr>
            <w:tcW w:w="564" w:type="dxa"/>
            <w:tcMar>
              <w:top w:w="20" w:type="dxa"/>
              <w:left w:w="50" w:type="dxa"/>
              <w:bottom w:w="20" w:type="dxa"/>
              <w:right w:w="50" w:type="dxa"/>
            </w:tcMar>
          </w:tcPr>
          <w:p w14:paraId="36E5FAB9" w14:textId="77777777" w:rsidR="00292F36" w:rsidRDefault="00000000">
            <w:r>
              <w:rPr>
                <w:sz w:val="12"/>
              </w:rPr>
              <w:t>0.8411215</w:t>
            </w:r>
          </w:p>
        </w:tc>
        <w:tc>
          <w:tcPr>
            <w:tcW w:w="564" w:type="dxa"/>
            <w:tcMar>
              <w:top w:w="20" w:type="dxa"/>
              <w:left w:w="50" w:type="dxa"/>
              <w:bottom w:w="20" w:type="dxa"/>
              <w:right w:w="50" w:type="dxa"/>
            </w:tcMar>
          </w:tcPr>
          <w:p w14:paraId="2FD06353" w14:textId="77777777" w:rsidR="00292F36" w:rsidRDefault="00000000">
            <w:r>
              <w:rPr>
                <w:sz w:val="12"/>
              </w:rPr>
              <w:t>0.1588785</w:t>
            </w:r>
          </w:p>
        </w:tc>
        <w:tc>
          <w:tcPr>
            <w:tcW w:w="564" w:type="dxa"/>
            <w:tcMar>
              <w:top w:w="20" w:type="dxa"/>
              <w:left w:w="50" w:type="dxa"/>
              <w:bottom w:w="20" w:type="dxa"/>
              <w:right w:w="50" w:type="dxa"/>
            </w:tcMar>
          </w:tcPr>
          <w:p w14:paraId="687F3201" w14:textId="77777777" w:rsidR="00292F36" w:rsidRDefault="00000000">
            <w:r>
              <w:rPr>
                <w:sz w:val="12"/>
              </w:rPr>
              <w:t>0</w:t>
            </w:r>
          </w:p>
        </w:tc>
        <w:tc>
          <w:tcPr>
            <w:tcW w:w="564" w:type="dxa"/>
            <w:tcMar>
              <w:top w:w="20" w:type="dxa"/>
              <w:left w:w="50" w:type="dxa"/>
              <w:bottom w:w="20" w:type="dxa"/>
              <w:right w:w="50" w:type="dxa"/>
            </w:tcMar>
          </w:tcPr>
          <w:p w14:paraId="72AE3BCF" w14:textId="77777777" w:rsidR="00292F36" w:rsidRDefault="00000000">
            <w:r>
              <w:rPr>
                <w:sz w:val="12"/>
              </w:rPr>
              <w:t>0</w:t>
            </w:r>
          </w:p>
        </w:tc>
        <w:tc>
          <w:tcPr>
            <w:tcW w:w="564" w:type="dxa"/>
            <w:tcMar>
              <w:top w:w="20" w:type="dxa"/>
              <w:left w:w="50" w:type="dxa"/>
              <w:bottom w:w="20" w:type="dxa"/>
              <w:right w:w="50" w:type="dxa"/>
            </w:tcMar>
          </w:tcPr>
          <w:p w14:paraId="2139602C" w14:textId="77777777" w:rsidR="00292F36" w:rsidRDefault="00000000">
            <w:r>
              <w:rPr>
                <w:sz w:val="12"/>
              </w:rPr>
              <w:t>0</w:t>
            </w:r>
          </w:p>
        </w:tc>
        <w:tc>
          <w:tcPr>
            <w:tcW w:w="564" w:type="dxa"/>
            <w:tcMar>
              <w:top w:w="20" w:type="dxa"/>
              <w:left w:w="50" w:type="dxa"/>
              <w:bottom w:w="20" w:type="dxa"/>
              <w:right w:w="50" w:type="dxa"/>
            </w:tcMar>
          </w:tcPr>
          <w:p w14:paraId="312B4815" w14:textId="77777777" w:rsidR="00292F36" w:rsidRDefault="00000000">
            <w:r>
              <w:rPr>
                <w:sz w:val="12"/>
              </w:rPr>
              <w:t>0</w:t>
            </w:r>
          </w:p>
        </w:tc>
        <w:tc>
          <w:tcPr>
            <w:tcW w:w="564" w:type="dxa"/>
            <w:tcMar>
              <w:top w:w="20" w:type="dxa"/>
              <w:left w:w="50" w:type="dxa"/>
              <w:bottom w:w="20" w:type="dxa"/>
              <w:right w:w="50" w:type="dxa"/>
            </w:tcMar>
          </w:tcPr>
          <w:p w14:paraId="64792E22" w14:textId="77777777" w:rsidR="00292F36" w:rsidRDefault="00000000">
            <w:r>
              <w:rPr>
                <w:sz w:val="12"/>
              </w:rPr>
              <w:t>0</w:t>
            </w:r>
          </w:p>
        </w:tc>
        <w:tc>
          <w:tcPr>
            <w:tcW w:w="564" w:type="dxa"/>
            <w:tcMar>
              <w:top w:w="20" w:type="dxa"/>
              <w:left w:w="50" w:type="dxa"/>
              <w:bottom w:w="20" w:type="dxa"/>
              <w:right w:w="50" w:type="dxa"/>
            </w:tcMar>
          </w:tcPr>
          <w:p w14:paraId="17EBCCC2" w14:textId="77777777" w:rsidR="00292F36" w:rsidRDefault="00000000">
            <w:r>
              <w:rPr>
                <w:sz w:val="12"/>
              </w:rPr>
              <w:t>0</w:t>
            </w:r>
          </w:p>
        </w:tc>
        <w:tc>
          <w:tcPr>
            <w:tcW w:w="564" w:type="dxa"/>
            <w:tcMar>
              <w:top w:w="20" w:type="dxa"/>
              <w:left w:w="50" w:type="dxa"/>
              <w:bottom w:w="20" w:type="dxa"/>
              <w:right w:w="50" w:type="dxa"/>
            </w:tcMar>
          </w:tcPr>
          <w:p w14:paraId="4C1AF25C" w14:textId="77777777" w:rsidR="00292F36" w:rsidRDefault="00000000">
            <w:r>
              <w:rPr>
                <w:sz w:val="12"/>
              </w:rPr>
              <w:t>0</w:t>
            </w:r>
          </w:p>
        </w:tc>
        <w:tc>
          <w:tcPr>
            <w:tcW w:w="564" w:type="dxa"/>
            <w:tcMar>
              <w:top w:w="20" w:type="dxa"/>
              <w:left w:w="50" w:type="dxa"/>
              <w:bottom w:w="20" w:type="dxa"/>
              <w:right w:w="50" w:type="dxa"/>
            </w:tcMar>
          </w:tcPr>
          <w:p w14:paraId="40D0A2FE" w14:textId="77777777" w:rsidR="00292F36" w:rsidRDefault="00000000">
            <w:r>
              <w:rPr>
                <w:sz w:val="12"/>
              </w:rPr>
              <w:t>0.77777778</w:t>
            </w:r>
          </w:p>
        </w:tc>
        <w:tc>
          <w:tcPr>
            <w:tcW w:w="564" w:type="dxa"/>
            <w:tcMar>
              <w:top w:w="20" w:type="dxa"/>
              <w:left w:w="50" w:type="dxa"/>
              <w:bottom w:w="20" w:type="dxa"/>
              <w:right w:w="50" w:type="dxa"/>
            </w:tcMar>
          </w:tcPr>
          <w:p w14:paraId="1F09AF82" w14:textId="77777777" w:rsidR="00292F36" w:rsidRDefault="00000000">
            <w:r>
              <w:rPr>
                <w:sz w:val="12"/>
              </w:rPr>
              <w:t>0</w:t>
            </w:r>
          </w:p>
        </w:tc>
        <w:tc>
          <w:tcPr>
            <w:tcW w:w="564" w:type="dxa"/>
            <w:tcMar>
              <w:top w:w="20" w:type="dxa"/>
              <w:left w:w="50" w:type="dxa"/>
              <w:bottom w:w="20" w:type="dxa"/>
              <w:right w:w="50" w:type="dxa"/>
            </w:tcMar>
          </w:tcPr>
          <w:p w14:paraId="519EE1C5" w14:textId="77777777" w:rsidR="00292F36" w:rsidRDefault="00000000">
            <w:r>
              <w:rPr>
                <w:sz w:val="12"/>
              </w:rPr>
              <w:t>0</w:t>
            </w:r>
          </w:p>
        </w:tc>
        <w:tc>
          <w:tcPr>
            <w:tcW w:w="564" w:type="dxa"/>
            <w:tcMar>
              <w:top w:w="20" w:type="dxa"/>
              <w:left w:w="50" w:type="dxa"/>
              <w:bottom w:w="20" w:type="dxa"/>
              <w:right w:w="50" w:type="dxa"/>
            </w:tcMar>
          </w:tcPr>
          <w:p w14:paraId="574830B6" w14:textId="77777777" w:rsidR="00292F36" w:rsidRDefault="00000000">
            <w:r>
              <w:rPr>
                <w:sz w:val="12"/>
              </w:rPr>
              <w:t>0.22222222</w:t>
            </w:r>
          </w:p>
        </w:tc>
        <w:tc>
          <w:tcPr>
            <w:tcW w:w="564" w:type="dxa"/>
            <w:tcMar>
              <w:top w:w="20" w:type="dxa"/>
              <w:left w:w="50" w:type="dxa"/>
              <w:bottom w:w="20" w:type="dxa"/>
              <w:right w:w="50" w:type="dxa"/>
            </w:tcMar>
          </w:tcPr>
          <w:p w14:paraId="07819069" w14:textId="77777777" w:rsidR="00292F36" w:rsidRDefault="00000000">
            <w:r>
              <w:rPr>
                <w:sz w:val="12"/>
              </w:rPr>
              <w:t>0</w:t>
            </w:r>
          </w:p>
        </w:tc>
      </w:tr>
      <w:tr w:rsidR="00292F36" w14:paraId="1B177AE1" w14:textId="77777777">
        <w:tc>
          <w:tcPr>
            <w:tcW w:w="564" w:type="dxa"/>
            <w:tcMar>
              <w:top w:w="20" w:type="dxa"/>
              <w:left w:w="50" w:type="dxa"/>
              <w:bottom w:w="20" w:type="dxa"/>
              <w:right w:w="50" w:type="dxa"/>
            </w:tcMar>
          </w:tcPr>
          <w:p w14:paraId="2847F095" w14:textId="77777777" w:rsidR="00292F36" w:rsidRDefault="00000000">
            <w:r>
              <w:rPr>
                <w:sz w:val="12"/>
              </w:rPr>
              <w:t>2023_gavilanes_g</w:t>
            </w:r>
            <w:r>
              <w:rPr>
                <w:sz w:val="12"/>
              </w:rPr>
              <w:lastRenderedPageBreak/>
              <w:t>avilanes_mid_4</w:t>
            </w:r>
          </w:p>
        </w:tc>
        <w:tc>
          <w:tcPr>
            <w:tcW w:w="564" w:type="dxa"/>
            <w:tcMar>
              <w:top w:w="20" w:type="dxa"/>
              <w:left w:w="50" w:type="dxa"/>
              <w:bottom w:w="20" w:type="dxa"/>
              <w:right w:w="50" w:type="dxa"/>
            </w:tcMar>
          </w:tcPr>
          <w:p w14:paraId="6AE55499" w14:textId="77777777" w:rsidR="00292F36" w:rsidRDefault="00000000">
            <w:r>
              <w:rPr>
                <w:sz w:val="12"/>
              </w:rPr>
              <w:lastRenderedPageBreak/>
              <w:t>-0.435776</w:t>
            </w:r>
            <w:r>
              <w:rPr>
                <w:sz w:val="12"/>
              </w:rPr>
              <w:lastRenderedPageBreak/>
              <w:t>4</w:t>
            </w:r>
          </w:p>
        </w:tc>
        <w:tc>
          <w:tcPr>
            <w:tcW w:w="564" w:type="dxa"/>
            <w:tcMar>
              <w:top w:w="20" w:type="dxa"/>
              <w:left w:w="50" w:type="dxa"/>
              <w:bottom w:w="20" w:type="dxa"/>
              <w:right w:w="50" w:type="dxa"/>
            </w:tcMar>
          </w:tcPr>
          <w:p w14:paraId="7AEB74EE" w14:textId="77777777" w:rsidR="00292F36" w:rsidRDefault="00000000">
            <w:r>
              <w:rPr>
                <w:sz w:val="12"/>
              </w:rPr>
              <w:lastRenderedPageBreak/>
              <w:t>-0.220310</w:t>
            </w:r>
            <w:r>
              <w:rPr>
                <w:sz w:val="12"/>
              </w:rPr>
              <w:lastRenderedPageBreak/>
              <w:t>1</w:t>
            </w:r>
          </w:p>
        </w:tc>
        <w:tc>
          <w:tcPr>
            <w:tcW w:w="564" w:type="dxa"/>
            <w:tcMar>
              <w:top w:w="20" w:type="dxa"/>
              <w:left w:w="50" w:type="dxa"/>
              <w:bottom w:w="20" w:type="dxa"/>
              <w:right w:w="50" w:type="dxa"/>
            </w:tcMar>
          </w:tcPr>
          <w:p w14:paraId="35F1B856" w14:textId="77777777" w:rsidR="00292F36" w:rsidRDefault="00000000">
            <w:r>
              <w:rPr>
                <w:sz w:val="12"/>
              </w:rPr>
              <w:lastRenderedPageBreak/>
              <w:t>2023</w:t>
            </w:r>
          </w:p>
        </w:tc>
        <w:tc>
          <w:tcPr>
            <w:tcW w:w="564" w:type="dxa"/>
            <w:tcMar>
              <w:top w:w="20" w:type="dxa"/>
              <w:left w:w="50" w:type="dxa"/>
              <w:bottom w:w="20" w:type="dxa"/>
              <w:right w:w="50" w:type="dxa"/>
            </w:tcMar>
          </w:tcPr>
          <w:p w14:paraId="1539880C" w14:textId="77777777" w:rsidR="00292F36" w:rsidRDefault="00000000">
            <w:r>
              <w:rPr>
                <w:sz w:val="12"/>
              </w:rPr>
              <w:t>punta_eugenia</w:t>
            </w:r>
          </w:p>
        </w:tc>
        <w:tc>
          <w:tcPr>
            <w:tcW w:w="564" w:type="dxa"/>
            <w:tcMar>
              <w:top w:w="20" w:type="dxa"/>
              <w:left w:w="50" w:type="dxa"/>
              <w:bottom w:w="20" w:type="dxa"/>
              <w:right w:w="50" w:type="dxa"/>
            </w:tcMar>
          </w:tcPr>
          <w:p w14:paraId="5B24EECD" w14:textId="77777777" w:rsidR="00292F36" w:rsidRDefault="00000000">
            <w:r>
              <w:rPr>
                <w:sz w:val="12"/>
              </w:rPr>
              <w:t>South</w:t>
            </w:r>
          </w:p>
        </w:tc>
        <w:tc>
          <w:tcPr>
            <w:tcW w:w="564" w:type="dxa"/>
            <w:tcMar>
              <w:top w:w="20" w:type="dxa"/>
              <w:left w:w="50" w:type="dxa"/>
              <w:bottom w:w="20" w:type="dxa"/>
              <w:right w:w="50" w:type="dxa"/>
            </w:tcMar>
          </w:tcPr>
          <w:p w14:paraId="32EA2263" w14:textId="77777777" w:rsidR="00292F36" w:rsidRDefault="00000000">
            <w:r>
              <w:rPr>
                <w:sz w:val="12"/>
              </w:rPr>
              <w:t>gavilanes</w:t>
            </w:r>
          </w:p>
        </w:tc>
        <w:tc>
          <w:tcPr>
            <w:tcW w:w="564" w:type="dxa"/>
            <w:tcMar>
              <w:top w:w="20" w:type="dxa"/>
              <w:left w:w="50" w:type="dxa"/>
              <w:bottom w:w="20" w:type="dxa"/>
              <w:right w:w="50" w:type="dxa"/>
            </w:tcMar>
          </w:tcPr>
          <w:p w14:paraId="5B3609BA" w14:textId="77777777" w:rsidR="00292F36" w:rsidRDefault="00000000">
            <w:r>
              <w:rPr>
                <w:sz w:val="12"/>
              </w:rPr>
              <w:t>gavilanes_mid</w:t>
            </w:r>
          </w:p>
        </w:tc>
        <w:tc>
          <w:tcPr>
            <w:tcW w:w="564" w:type="dxa"/>
            <w:tcMar>
              <w:top w:w="20" w:type="dxa"/>
              <w:left w:w="50" w:type="dxa"/>
              <w:bottom w:w="20" w:type="dxa"/>
              <w:right w:w="50" w:type="dxa"/>
            </w:tcMar>
          </w:tcPr>
          <w:p w14:paraId="432015A3" w14:textId="77777777" w:rsidR="00292F36" w:rsidRDefault="00000000">
            <w:r>
              <w:rPr>
                <w:sz w:val="12"/>
              </w:rPr>
              <w:t>10</w:t>
            </w:r>
          </w:p>
        </w:tc>
        <w:tc>
          <w:tcPr>
            <w:tcW w:w="564" w:type="dxa"/>
            <w:tcMar>
              <w:top w:w="20" w:type="dxa"/>
              <w:left w:w="50" w:type="dxa"/>
              <w:bottom w:w="20" w:type="dxa"/>
              <w:right w:w="50" w:type="dxa"/>
            </w:tcMar>
          </w:tcPr>
          <w:p w14:paraId="40EAEBBA" w14:textId="77777777" w:rsidR="00292F36" w:rsidRDefault="00000000">
            <w:r>
              <w:rPr>
                <w:sz w:val="12"/>
              </w:rPr>
              <w:t>22.7399998</w:t>
            </w:r>
          </w:p>
        </w:tc>
        <w:tc>
          <w:tcPr>
            <w:tcW w:w="564" w:type="dxa"/>
            <w:tcMar>
              <w:top w:w="20" w:type="dxa"/>
              <w:left w:w="50" w:type="dxa"/>
              <w:bottom w:w="20" w:type="dxa"/>
              <w:right w:w="50" w:type="dxa"/>
            </w:tcMar>
          </w:tcPr>
          <w:p w14:paraId="0F620C6D" w14:textId="77777777" w:rsidR="00292F36" w:rsidRDefault="00000000">
            <w:r>
              <w:rPr>
                <w:sz w:val="12"/>
              </w:rPr>
              <w:t>9.40190035</w:t>
            </w:r>
          </w:p>
        </w:tc>
        <w:tc>
          <w:tcPr>
            <w:tcW w:w="564" w:type="dxa"/>
            <w:tcMar>
              <w:top w:w="20" w:type="dxa"/>
              <w:left w:w="50" w:type="dxa"/>
              <w:bottom w:w="20" w:type="dxa"/>
              <w:right w:w="50" w:type="dxa"/>
            </w:tcMar>
          </w:tcPr>
          <w:p w14:paraId="3F835A82" w14:textId="77777777" w:rsidR="00292F36" w:rsidRDefault="00000000">
            <w:r>
              <w:rPr>
                <w:sz w:val="12"/>
              </w:rPr>
              <w:t>0.98580122</w:t>
            </w:r>
          </w:p>
        </w:tc>
        <w:tc>
          <w:tcPr>
            <w:tcW w:w="564" w:type="dxa"/>
            <w:tcMar>
              <w:top w:w="20" w:type="dxa"/>
              <w:left w:w="50" w:type="dxa"/>
              <w:bottom w:w="20" w:type="dxa"/>
              <w:right w:w="50" w:type="dxa"/>
            </w:tcMar>
          </w:tcPr>
          <w:p w14:paraId="2D340DD0" w14:textId="77777777" w:rsidR="00292F36" w:rsidRDefault="00000000">
            <w:r>
              <w:rPr>
                <w:sz w:val="12"/>
              </w:rPr>
              <w:t>0.01419878</w:t>
            </w:r>
          </w:p>
        </w:tc>
        <w:tc>
          <w:tcPr>
            <w:tcW w:w="564" w:type="dxa"/>
            <w:tcMar>
              <w:top w:w="20" w:type="dxa"/>
              <w:left w:w="50" w:type="dxa"/>
              <w:bottom w:w="20" w:type="dxa"/>
              <w:right w:w="50" w:type="dxa"/>
            </w:tcMar>
          </w:tcPr>
          <w:p w14:paraId="41029D35" w14:textId="77777777" w:rsidR="00292F36" w:rsidRDefault="00000000">
            <w:r>
              <w:rPr>
                <w:sz w:val="12"/>
              </w:rPr>
              <w:t>0</w:t>
            </w:r>
          </w:p>
        </w:tc>
        <w:tc>
          <w:tcPr>
            <w:tcW w:w="564" w:type="dxa"/>
            <w:tcMar>
              <w:top w:w="20" w:type="dxa"/>
              <w:left w:w="50" w:type="dxa"/>
              <w:bottom w:w="20" w:type="dxa"/>
              <w:right w:w="50" w:type="dxa"/>
            </w:tcMar>
          </w:tcPr>
          <w:p w14:paraId="1C55E062" w14:textId="77777777" w:rsidR="00292F36" w:rsidRDefault="00000000">
            <w:r>
              <w:rPr>
                <w:sz w:val="12"/>
              </w:rPr>
              <w:t>0</w:t>
            </w:r>
          </w:p>
        </w:tc>
        <w:tc>
          <w:tcPr>
            <w:tcW w:w="564" w:type="dxa"/>
            <w:tcMar>
              <w:top w:w="20" w:type="dxa"/>
              <w:left w:w="50" w:type="dxa"/>
              <w:bottom w:w="20" w:type="dxa"/>
              <w:right w:w="50" w:type="dxa"/>
            </w:tcMar>
          </w:tcPr>
          <w:p w14:paraId="258DD92F" w14:textId="77777777" w:rsidR="00292F36" w:rsidRDefault="00000000">
            <w:r>
              <w:rPr>
                <w:sz w:val="12"/>
              </w:rPr>
              <w:t>0</w:t>
            </w:r>
          </w:p>
        </w:tc>
        <w:tc>
          <w:tcPr>
            <w:tcW w:w="564" w:type="dxa"/>
            <w:tcMar>
              <w:top w:w="20" w:type="dxa"/>
              <w:left w:w="50" w:type="dxa"/>
              <w:bottom w:w="20" w:type="dxa"/>
              <w:right w:w="50" w:type="dxa"/>
            </w:tcMar>
          </w:tcPr>
          <w:p w14:paraId="4DD1A1C9" w14:textId="77777777" w:rsidR="00292F36" w:rsidRDefault="00000000">
            <w:r>
              <w:rPr>
                <w:sz w:val="12"/>
              </w:rPr>
              <w:t>0</w:t>
            </w:r>
          </w:p>
        </w:tc>
        <w:tc>
          <w:tcPr>
            <w:tcW w:w="564" w:type="dxa"/>
            <w:tcMar>
              <w:top w:w="20" w:type="dxa"/>
              <w:left w:w="50" w:type="dxa"/>
              <w:bottom w:w="20" w:type="dxa"/>
              <w:right w:w="50" w:type="dxa"/>
            </w:tcMar>
          </w:tcPr>
          <w:p w14:paraId="7E388152" w14:textId="77777777" w:rsidR="00292F36" w:rsidRDefault="00000000">
            <w:r>
              <w:rPr>
                <w:sz w:val="12"/>
              </w:rPr>
              <w:t>0</w:t>
            </w:r>
          </w:p>
        </w:tc>
        <w:tc>
          <w:tcPr>
            <w:tcW w:w="564" w:type="dxa"/>
            <w:tcMar>
              <w:top w:w="20" w:type="dxa"/>
              <w:left w:w="50" w:type="dxa"/>
              <w:bottom w:w="20" w:type="dxa"/>
              <w:right w:w="50" w:type="dxa"/>
            </w:tcMar>
          </w:tcPr>
          <w:p w14:paraId="58C616CE" w14:textId="77777777" w:rsidR="00292F36" w:rsidRDefault="00000000">
            <w:r>
              <w:rPr>
                <w:sz w:val="12"/>
              </w:rPr>
              <w:t>0</w:t>
            </w:r>
          </w:p>
        </w:tc>
        <w:tc>
          <w:tcPr>
            <w:tcW w:w="564" w:type="dxa"/>
            <w:tcMar>
              <w:top w:w="20" w:type="dxa"/>
              <w:left w:w="50" w:type="dxa"/>
              <w:bottom w:w="20" w:type="dxa"/>
              <w:right w:w="50" w:type="dxa"/>
            </w:tcMar>
          </w:tcPr>
          <w:p w14:paraId="4265CBF4" w14:textId="77777777" w:rsidR="00292F36" w:rsidRDefault="00000000">
            <w:r>
              <w:rPr>
                <w:sz w:val="12"/>
              </w:rPr>
              <w:t>0</w:t>
            </w:r>
          </w:p>
        </w:tc>
        <w:tc>
          <w:tcPr>
            <w:tcW w:w="564" w:type="dxa"/>
            <w:tcMar>
              <w:top w:w="20" w:type="dxa"/>
              <w:left w:w="50" w:type="dxa"/>
              <w:bottom w:w="20" w:type="dxa"/>
              <w:right w:w="50" w:type="dxa"/>
            </w:tcMar>
          </w:tcPr>
          <w:p w14:paraId="564E37CA" w14:textId="77777777" w:rsidR="00292F36" w:rsidRDefault="00000000">
            <w:r>
              <w:rPr>
                <w:sz w:val="12"/>
              </w:rPr>
              <w:t>0.76470588</w:t>
            </w:r>
          </w:p>
        </w:tc>
        <w:tc>
          <w:tcPr>
            <w:tcW w:w="564" w:type="dxa"/>
            <w:tcMar>
              <w:top w:w="20" w:type="dxa"/>
              <w:left w:w="50" w:type="dxa"/>
              <w:bottom w:w="20" w:type="dxa"/>
              <w:right w:w="50" w:type="dxa"/>
            </w:tcMar>
          </w:tcPr>
          <w:p w14:paraId="11BF2CA8" w14:textId="77777777" w:rsidR="00292F36" w:rsidRDefault="00000000">
            <w:r>
              <w:rPr>
                <w:sz w:val="12"/>
              </w:rPr>
              <w:t>0.02941176</w:t>
            </w:r>
          </w:p>
        </w:tc>
        <w:tc>
          <w:tcPr>
            <w:tcW w:w="564" w:type="dxa"/>
            <w:tcMar>
              <w:top w:w="20" w:type="dxa"/>
              <w:left w:w="50" w:type="dxa"/>
              <w:bottom w:w="20" w:type="dxa"/>
              <w:right w:w="50" w:type="dxa"/>
            </w:tcMar>
          </w:tcPr>
          <w:p w14:paraId="6E20EE90" w14:textId="77777777" w:rsidR="00292F36" w:rsidRDefault="00000000">
            <w:r>
              <w:rPr>
                <w:sz w:val="12"/>
              </w:rPr>
              <w:t>0.02941176</w:t>
            </w:r>
          </w:p>
        </w:tc>
        <w:tc>
          <w:tcPr>
            <w:tcW w:w="564" w:type="dxa"/>
            <w:tcMar>
              <w:top w:w="20" w:type="dxa"/>
              <w:left w:w="50" w:type="dxa"/>
              <w:bottom w:w="20" w:type="dxa"/>
              <w:right w:w="50" w:type="dxa"/>
            </w:tcMar>
          </w:tcPr>
          <w:p w14:paraId="006CF9BC" w14:textId="77777777" w:rsidR="00292F36" w:rsidRDefault="00000000">
            <w:r>
              <w:rPr>
                <w:sz w:val="12"/>
              </w:rPr>
              <w:t>0.11764706</w:t>
            </w:r>
          </w:p>
        </w:tc>
        <w:tc>
          <w:tcPr>
            <w:tcW w:w="564" w:type="dxa"/>
            <w:tcMar>
              <w:top w:w="20" w:type="dxa"/>
              <w:left w:w="50" w:type="dxa"/>
              <w:bottom w:w="20" w:type="dxa"/>
              <w:right w:w="50" w:type="dxa"/>
            </w:tcMar>
          </w:tcPr>
          <w:p w14:paraId="6FB558AB" w14:textId="77777777" w:rsidR="00292F36" w:rsidRDefault="00000000">
            <w:r>
              <w:rPr>
                <w:sz w:val="12"/>
              </w:rPr>
              <w:t>0.05882353</w:t>
            </w:r>
          </w:p>
        </w:tc>
      </w:tr>
      <w:tr w:rsidR="00292F36" w14:paraId="075CACC2" w14:textId="77777777">
        <w:tc>
          <w:tcPr>
            <w:tcW w:w="564" w:type="dxa"/>
            <w:tcMar>
              <w:top w:w="20" w:type="dxa"/>
              <w:left w:w="50" w:type="dxa"/>
              <w:bottom w:w="20" w:type="dxa"/>
              <w:right w:w="50" w:type="dxa"/>
            </w:tcMar>
          </w:tcPr>
          <w:p w14:paraId="6ED1D830" w14:textId="77777777" w:rsidR="00292F36" w:rsidRDefault="00000000">
            <w:r>
              <w:rPr>
                <w:sz w:val="12"/>
              </w:rPr>
              <w:t>2023_gavilanes_gavilanes_shallow_5</w:t>
            </w:r>
          </w:p>
        </w:tc>
        <w:tc>
          <w:tcPr>
            <w:tcW w:w="564" w:type="dxa"/>
            <w:tcMar>
              <w:top w:w="20" w:type="dxa"/>
              <w:left w:w="50" w:type="dxa"/>
              <w:bottom w:w="20" w:type="dxa"/>
              <w:right w:w="50" w:type="dxa"/>
            </w:tcMar>
          </w:tcPr>
          <w:p w14:paraId="035F8A19" w14:textId="77777777" w:rsidR="00292F36" w:rsidRDefault="00000000">
            <w:r>
              <w:rPr>
                <w:sz w:val="12"/>
              </w:rPr>
              <w:t>-0.4709559</w:t>
            </w:r>
          </w:p>
        </w:tc>
        <w:tc>
          <w:tcPr>
            <w:tcW w:w="564" w:type="dxa"/>
            <w:tcMar>
              <w:top w:w="20" w:type="dxa"/>
              <w:left w:w="50" w:type="dxa"/>
              <w:bottom w:w="20" w:type="dxa"/>
              <w:right w:w="50" w:type="dxa"/>
            </w:tcMar>
          </w:tcPr>
          <w:p w14:paraId="0341A0B3" w14:textId="77777777" w:rsidR="00292F36" w:rsidRDefault="00000000">
            <w:r>
              <w:rPr>
                <w:sz w:val="12"/>
              </w:rPr>
              <w:t>-0.3693413</w:t>
            </w:r>
          </w:p>
        </w:tc>
        <w:tc>
          <w:tcPr>
            <w:tcW w:w="564" w:type="dxa"/>
            <w:tcMar>
              <w:top w:w="20" w:type="dxa"/>
              <w:left w:w="50" w:type="dxa"/>
              <w:bottom w:w="20" w:type="dxa"/>
              <w:right w:w="50" w:type="dxa"/>
            </w:tcMar>
          </w:tcPr>
          <w:p w14:paraId="07BEAEAD" w14:textId="77777777" w:rsidR="00292F36" w:rsidRDefault="00000000">
            <w:r>
              <w:rPr>
                <w:sz w:val="12"/>
              </w:rPr>
              <w:t>NA</w:t>
            </w:r>
          </w:p>
        </w:tc>
        <w:tc>
          <w:tcPr>
            <w:tcW w:w="564" w:type="dxa"/>
            <w:tcMar>
              <w:top w:w="20" w:type="dxa"/>
              <w:left w:w="50" w:type="dxa"/>
              <w:bottom w:w="20" w:type="dxa"/>
              <w:right w:w="50" w:type="dxa"/>
            </w:tcMar>
          </w:tcPr>
          <w:p w14:paraId="393FC671" w14:textId="77777777" w:rsidR="00292F36" w:rsidRDefault="00000000">
            <w:r>
              <w:rPr>
                <w:sz w:val="12"/>
              </w:rPr>
              <w:t>NA</w:t>
            </w:r>
          </w:p>
        </w:tc>
        <w:tc>
          <w:tcPr>
            <w:tcW w:w="564" w:type="dxa"/>
            <w:tcMar>
              <w:top w:w="20" w:type="dxa"/>
              <w:left w:w="50" w:type="dxa"/>
              <w:bottom w:w="20" w:type="dxa"/>
              <w:right w:w="50" w:type="dxa"/>
            </w:tcMar>
          </w:tcPr>
          <w:p w14:paraId="5EACB23C" w14:textId="77777777" w:rsidR="00292F36" w:rsidRDefault="00000000">
            <w:r>
              <w:rPr>
                <w:sz w:val="12"/>
              </w:rPr>
              <w:t>NA</w:t>
            </w:r>
          </w:p>
        </w:tc>
        <w:tc>
          <w:tcPr>
            <w:tcW w:w="564" w:type="dxa"/>
            <w:tcMar>
              <w:top w:w="20" w:type="dxa"/>
              <w:left w:w="50" w:type="dxa"/>
              <w:bottom w:w="20" w:type="dxa"/>
              <w:right w:w="50" w:type="dxa"/>
            </w:tcMar>
          </w:tcPr>
          <w:p w14:paraId="223E8682" w14:textId="77777777" w:rsidR="00292F36" w:rsidRDefault="00000000">
            <w:r>
              <w:rPr>
                <w:sz w:val="12"/>
              </w:rPr>
              <w:t>NA</w:t>
            </w:r>
          </w:p>
        </w:tc>
        <w:tc>
          <w:tcPr>
            <w:tcW w:w="564" w:type="dxa"/>
            <w:tcMar>
              <w:top w:w="20" w:type="dxa"/>
              <w:left w:w="50" w:type="dxa"/>
              <w:bottom w:w="20" w:type="dxa"/>
              <w:right w:w="50" w:type="dxa"/>
            </w:tcMar>
          </w:tcPr>
          <w:p w14:paraId="53BAF37B" w14:textId="77777777" w:rsidR="00292F36" w:rsidRDefault="00000000">
            <w:r>
              <w:rPr>
                <w:sz w:val="12"/>
              </w:rPr>
              <w:t>NA</w:t>
            </w:r>
          </w:p>
        </w:tc>
        <w:tc>
          <w:tcPr>
            <w:tcW w:w="564" w:type="dxa"/>
            <w:tcMar>
              <w:top w:w="20" w:type="dxa"/>
              <w:left w:w="50" w:type="dxa"/>
              <w:bottom w:w="20" w:type="dxa"/>
              <w:right w:w="50" w:type="dxa"/>
            </w:tcMar>
          </w:tcPr>
          <w:p w14:paraId="461B8FBF" w14:textId="77777777" w:rsidR="00292F36" w:rsidRDefault="00000000">
            <w:r>
              <w:rPr>
                <w:sz w:val="12"/>
              </w:rPr>
              <w:t>NA</w:t>
            </w:r>
          </w:p>
        </w:tc>
        <w:tc>
          <w:tcPr>
            <w:tcW w:w="564" w:type="dxa"/>
            <w:tcMar>
              <w:top w:w="20" w:type="dxa"/>
              <w:left w:w="50" w:type="dxa"/>
              <w:bottom w:w="20" w:type="dxa"/>
              <w:right w:w="50" w:type="dxa"/>
            </w:tcMar>
          </w:tcPr>
          <w:p w14:paraId="2A6678F7" w14:textId="77777777" w:rsidR="00292F36" w:rsidRDefault="00000000">
            <w:r>
              <w:rPr>
                <w:sz w:val="12"/>
              </w:rPr>
              <w:t>NA</w:t>
            </w:r>
          </w:p>
        </w:tc>
        <w:tc>
          <w:tcPr>
            <w:tcW w:w="564" w:type="dxa"/>
            <w:tcMar>
              <w:top w:w="20" w:type="dxa"/>
              <w:left w:w="50" w:type="dxa"/>
              <w:bottom w:w="20" w:type="dxa"/>
              <w:right w:w="50" w:type="dxa"/>
            </w:tcMar>
          </w:tcPr>
          <w:p w14:paraId="383B68C2" w14:textId="77777777" w:rsidR="00292F36" w:rsidRDefault="00000000">
            <w:r>
              <w:rPr>
                <w:sz w:val="12"/>
              </w:rPr>
              <w:t>NA</w:t>
            </w:r>
          </w:p>
        </w:tc>
        <w:tc>
          <w:tcPr>
            <w:tcW w:w="564" w:type="dxa"/>
            <w:tcMar>
              <w:top w:w="20" w:type="dxa"/>
              <w:left w:w="50" w:type="dxa"/>
              <w:bottom w:w="20" w:type="dxa"/>
              <w:right w:w="50" w:type="dxa"/>
            </w:tcMar>
          </w:tcPr>
          <w:p w14:paraId="5A2EA9D3" w14:textId="77777777" w:rsidR="00292F36" w:rsidRDefault="00000000">
            <w:r>
              <w:rPr>
                <w:sz w:val="12"/>
              </w:rPr>
              <w:t>0.97548161</w:t>
            </w:r>
          </w:p>
        </w:tc>
        <w:tc>
          <w:tcPr>
            <w:tcW w:w="564" w:type="dxa"/>
            <w:tcMar>
              <w:top w:w="20" w:type="dxa"/>
              <w:left w:w="50" w:type="dxa"/>
              <w:bottom w:w="20" w:type="dxa"/>
              <w:right w:w="50" w:type="dxa"/>
            </w:tcMar>
          </w:tcPr>
          <w:p w14:paraId="4B35EB34" w14:textId="77777777" w:rsidR="00292F36" w:rsidRDefault="00000000">
            <w:r>
              <w:rPr>
                <w:sz w:val="12"/>
              </w:rPr>
              <w:t>0.02451839</w:t>
            </w:r>
          </w:p>
        </w:tc>
        <w:tc>
          <w:tcPr>
            <w:tcW w:w="564" w:type="dxa"/>
            <w:tcMar>
              <w:top w:w="20" w:type="dxa"/>
              <w:left w:w="50" w:type="dxa"/>
              <w:bottom w:w="20" w:type="dxa"/>
              <w:right w:w="50" w:type="dxa"/>
            </w:tcMar>
          </w:tcPr>
          <w:p w14:paraId="6E8D04C7" w14:textId="77777777" w:rsidR="00292F36" w:rsidRDefault="00000000">
            <w:r>
              <w:rPr>
                <w:sz w:val="12"/>
              </w:rPr>
              <w:t>0</w:t>
            </w:r>
          </w:p>
        </w:tc>
        <w:tc>
          <w:tcPr>
            <w:tcW w:w="564" w:type="dxa"/>
            <w:tcMar>
              <w:top w:w="20" w:type="dxa"/>
              <w:left w:w="50" w:type="dxa"/>
              <w:bottom w:w="20" w:type="dxa"/>
              <w:right w:w="50" w:type="dxa"/>
            </w:tcMar>
          </w:tcPr>
          <w:p w14:paraId="32FD2CCC" w14:textId="77777777" w:rsidR="00292F36" w:rsidRDefault="00000000">
            <w:r>
              <w:rPr>
                <w:sz w:val="12"/>
              </w:rPr>
              <w:t>0</w:t>
            </w:r>
          </w:p>
        </w:tc>
        <w:tc>
          <w:tcPr>
            <w:tcW w:w="564" w:type="dxa"/>
            <w:tcMar>
              <w:top w:w="20" w:type="dxa"/>
              <w:left w:w="50" w:type="dxa"/>
              <w:bottom w:w="20" w:type="dxa"/>
              <w:right w:w="50" w:type="dxa"/>
            </w:tcMar>
          </w:tcPr>
          <w:p w14:paraId="35AC542B" w14:textId="77777777" w:rsidR="00292F36" w:rsidRDefault="00000000">
            <w:r>
              <w:rPr>
                <w:sz w:val="12"/>
              </w:rPr>
              <w:t>0</w:t>
            </w:r>
          </w:p>
        </w:tc>
        <w:tc>
          <w:tcPr>
            <w:tcW w:w="564" w:type="dxa"/>
            <w:tcMar>
              <w:top w:w="20" w:type="dxa"/>
              <w:left w:w="50" w:type="dxa"/>
              <w:bottom w:w="20" w:type="dxa"/>
              <w:right w:w="50" w:type="dxa"/>
            </w:tcMar>
          </w:tcPr>
          <w:p w14:paraId="2F25C918" w14:textId="77777777" w:rsidR="00292F36" w:rsidRDefault="00000000">
            <w:r>
              <w:rPr>
                <w:sz w:val="12"/>
              </w:rPr>
              <w:t>0</w:t>
            </w:r>
          </w:p>
        </w:tc>
        <w:tc>
          <w:tcPr>
            <w:tcW w:w="564" w:type="dxa"/>
            <w:tcMar>
              <w:top w:w="20" w:type="dxa"/>
              <w:left w:w="50" w:type="dxa"/>
              <w:bottom w:w="20" w:type="dxa"/>
              <w:right w:w="50" w:type="dxa"/>
            </w:tcMar>
          </w:tcPr>
          <w:p w14:paraId="57A05E88" w14:textId="77777777" w:rsidR="00292F36" w:rsidRDefault="00000000">
            <w:r>
              <w:rPr>
                <w:sz w:val="12"/>
              </w:rPr>
              <w:t>0</w:t>
            </w:r>
          </w:p>
        </w:tc>
        <w:tc>
          <w:tcPr>
            <w:tcW w:w="564" w:type="dxa"/>
            <w:tcMar>
              <w:top w:w="20" w:type="dxa"/>
              <w:left w:w="50" w:type="dxa"/>
              <w:bottom w:w="20" w:type="dxa"/>
              <w:right w:w="50" w:type="dxa"/>
            </w:tcMar>
          </w:tcPr>
          <w:p w14:paraId="3E5765D1" w14:textId="77777777" w:rsidR="00292F36" w:rsidRDefault="00000000">
            <w:r>
              <w:rPr>
                <w:sz w:val="12"/>
              </w:rPr>
              <w:t>0</w:t>
            </w:r>
          </w:p>
        </w:tc>
        <w:tc>
          <w:tcPr>
            <w:tcW w:w="564" w:type="dxa"/>
            <w:tcMar>
              <w:top w:w="20" w:type="dxa"/>
              <w:left w:w="50" w:type="dxa"/>
              <w:bottom w:w="20" w:type="dxa"/>
              <w:right w:w="50" w:type="dxa"/>
            </w:tcMar>
          </w:tcPr>
          <w:p w14:paraId="39E9D7AC" w14:textId="77777777" w:rsidR="00292F36" w:rsidRDefault="00000000">
            <w:r>
              <w:rPr>
                <w:sz w:val="12"/>
              </w:rPr>
              <w:t>0</w:t>
            </w:r>
          </w:p>
        </w:tc>
        <w:tc>
          <w:tcPr>
            <w:tcW w:w="564" w:type="dxa"/>
            <w:tcMar>
              <w:top w:w="20" w:type="dxa"/>
              <w:left w:w="50" w:type="dxa"/>
              <w:bottom w:w="20" w:type="dxa"/>
              <w:right w:w="50" w:type="dxa"/>
            </w:tcMar>
          </w:tcPr>
          <w:p w14:paraId="5B03A5AB" w14:textId="77777777" w:rsidR="00292F36" w:rsidRDefault="00000000">
            <w:r>
              <w:rPr>
                <w:sz w:val="12"/>
              </w:rPr>
              <w:t>1</w:t>
            </w:r>
          </w:p>
        </w:tc>
        <w:tc>
          <w:tcPr>
            <w:tcW w:w="564" w:type="dxa"/>
            <w:tcMar>
              <w:top w:w="20" w:type="dxa"/>
              <w:left w:w="50" w:type="dxa"/>
              <w:bottom w:w="20" w:type="dxa"/>
              <w:right w:w="50" w:type="dxa"/>
            </w:tcMar>
          </w:tcPr>
          <w:p w14:paraId="35F77633" w14:textId="77777777" w:rsidR="00292F36" w:rsidRDefault="00000000">
            <w:r>
              <w:rPr>
                <w:sz w:val="12"/>
              </w:rPr>
              <w:t>0</w:t>
            </w:r>
          </w:p>
        </w:tc>
        <w:tc>
          <w:tcPr>
            <w:tcW w:w="564" w:type="dxa"/>
            <w:tcMar>
              <w:top w:w="20" w:type="dxa"/>
              <w:left w:w="50" w:type="dxa"/>
              <w:bottom w:w="20" w:type="dxa"/>
              <w:right w:w="50" w:type="dxa"/>
            </w:tcMar>
          </w:tcPr>
          <w:p w14:paraId="717E5DA3" w14:textId="77777777" w:rsidR="00292F36" w:rsidRDefault="00000000">
            <w:r>
              <w:rPr>
                <w:sz w:val="12"/>
              </w:rPr>
              <w:t>0</w:t>
            </w:r>
          </w:p>
        </w:tc>
        <w:tc>
          <w:tcPr>
            <w:tcW w:w="564" w:type="dxa"/>
            <w:tcMar>
              <w:top w:w="20" w:type="dxa"/>
              <w:left w:w="50" w:type="dxa"/>
              <w:bottom w:w="20" w:type="dxa"/>
              <w:right w:w="50" w:type="dxa"/>
            </w:tcMar>
          </w:tcPr>
          <w:p w14:paraId="17DB31A0" w14:textId="77777777" w:rsidR="00292F36" w:rsidRDefault="00000000">
            <w:r>
              <w:rPr>
                <w:sz w:val="12"/>
              </w:rPr>
              <w:t>0</w:t>
            </w:r>
          </w:p>
        </w:tc>
        <w:tc>
          <w:tcPr>
            <w:tcW w:w="564" w:type="dxa"/>
            <w:tcMar>
              <w:top w:w="20" w:type="dxa"/>
              <w:left w:w="50" w:type="dxa"/>
              <w:bottom w:w="20" w:type="dxa"/>
              <w:right w:w="50" w:type="dxa"/>
            </w:tcMar>
          </w:tcPr>
          <w:p w14:paraId="4F0B80E5" w14:textId="77777777" w:rsidR="00292F36" w:rsidRDefault="00000000">
            <w:r>
              <w:rPr>
                <w:sz w:val="12"/>
              </w:rPr>
              <w:t>0</w:t>
            </w:r>
          </w:p>
        </w:tc>
      </w:tr>
      <w:tr w:rsidR="00292F36" w14:paraId="6C8900E7" w14:textId="77777777">
        <w:tc>
          <w:tcPr>
            <w:tcW w:w="564" w:type="dxa"/>
            <w:tcMar>
              <w:top w:w="20" w:type="dxa"/>
              <w:left w:w="50" w:type="dxa"/>
              <w:bottom w:w="20" w:type="dxa"/>
              <w:right w:w="50" w:type="dxa"/>
            </w:tcMar>
          </w:tcPr>
          <w:p w14:paraId="095C409B" w14:textId="77777777" w:rsidR="00292F36" w:rsidRDefault="00000000">
            <w:r>
              <w:rPr>
                <w:sz w:val="12"/>
              </w:rPr>
              <w:t>2023_gavilanes_gavilanes_shallow_6</w:t>
            </w:r>
          </w:p>
        </w:tc>
        <w:tc>
          <w:tcPr>
            <w:tcW w:w="564" w:type="dxa"/>
            <w:tcMar>
              <w:top w:w="20" w:type="dxa"/>
              <w:left w:w="50" w:type="dxa"/>
              <w:bottom w:w="20" w:type="dxa"/>
              <w:right w:w="50" w:type="dxa"/>
            </w:tcMar>
          </w:tcPr>
          <w:p w14:paraId="332741A4" w14:textId="77777777" w:rsidR="00292F36" w:rsidRDefault="00000000">
            <w:r>
              <w:rPr>
                <w:sz w:val="12"/>
              </w:rPr>
              <w:t>-0.6757617</w:t>
            </w:r>
          </w:p>
        </w:tc>
        <w:tc>
          <w:tcPr>
            <w:tcW w:w="564" w:type="dxa"/>
            <w:tcMar>
              <w:top w:w="20" w:type="dxa"/>
              <w:left w:w="50" w:type="dxa"/>
              <w:bottom w:w="20" w:type="dxa"/>
              <w:right w:w="50" w:type="dxa"/>
            </w:tcMar>
          </w:tcPr>
          <w:p w14:paraId="040E076D" w14:textId="77777777" w:rsidR="00292F36" w:rsidRDefault="00000000">
            <w:r>
              <w:rPr>
                <w:sz w:val="12"/>
              </w:rPr>
              <w:t>-0.1219633</w:t>
            </w:r>
          </w:p>
        </w:tc>
        <w:tc>
          <w:tcPr>
            <w:tcW w:w="564" w:type="dxa"/>
            <w:tcMar>
              <w:top w:w="20" w:type="dxa"/>
              <w:left w:w="50" w:type="dxa"/>
              <w:bottom w:w="20" w:type="dxa"/>
              <w:right w:w="50" w:type="dxa"/>
            </w:tcMar>
          </w:tcPr>
          <w:p w14:paraId="293F81B8" w14:textId="77777777" w:rsidR="00292F36" w:rsidRDefault="00000000">
            <w:r>
              <w:rPr>
                <w:sz w:val="12"/>
              </w:rPr>
              <w:t>NA</w:t>
            </w:r>
          </w:p>
        </w:tc>
        <w:tc>
          <w:tcPr>
            <w:tcW w:w="564" w:type="dxa"/>
            <w:tcMar>
              <w:top w:w="20" w:type="dxa"/>
              <w:left w:w="50" w:type="dxa"/>
              <w:bottom w:w="20" w:type="dxa"/>
              <w:right w:w="50" w:type="dxa"/>
            </w:tcMar>
          </w:tcPr>
          <w:p w14:paraId="04602E43" w14:textId="77777777" w:rsidR="00292F36" w:rsidRDefault="00000000">
            <w:r>
              <w:rPr>
                <w:sz w:val="12"/>
              </w:rPr>
              <w:t>NA</w:t>
            </w:r>
          </w:p>
        </w:tc>
        <w:tc>
          <w:tcPr>
            <w:tcW w:w="564" w:type="dxa"/>
            <w:tcMar>
              <w:top w:w="20" w:type="dxa"/>
              <w:left w:w="50" w:type="dxa"/>
              <w:bottom w:w="20" w:type="dxa"/>
              <w:right w:w="50" w:type="dxa"/>
            </w:tcMar>
          </w:tcPr>
          <w:p w14:paraId="78DB7F94" w14:textId="77777777" w:rsidR="00292F36" w:rsidRDefault="00000000">
            <w:r>
              <w:rPr>
                <w:sz w:val="12"/>
              </w:rPr>
              <w:t>NA</w:t>
            </w:r>
          </w:p>
        </w:tc>
        <w:tc>
          <w:tcPr>
            <w:tcW w:w="564" w:type="dxa"/>
            <w:tcMar>
              <w:top w:w="20" w:type="dxa"/>
              <w:left w:w="50" w:type="dxa"/>
              <w:bottom w:w="20" w:type="dxa"/>
              <w:right w:w="50" w:type="dxa"/>
            </w:tcMar>
          </w:tcPr>
          <w:p w14:paraId="17BA364C" w14:textId="77777777" w:rsidR="00292F36" w:rsidRDefault="00000000">
            <w:r>
              <w:rPr>
                <w:sz w:val="12"/>
              </w:rPr>
              <w:t>NA</w:t>
            </w:r>
          </w:p>
        </w:tc>
        <w:tc>
          <w:tcPr>
            <w:tcW w:w="564" w:type="dxa"/>
            <w:tcMar>
              <w:top w:w="20" w:type="dxa"/>
              <w:left w:w="50" w:type="dxa"/>
              <w:bottom w:w="20" w:type="dxa"/>
              <w:right w:w="50" w:type="dxa"/>
            </w:tcMar>
          </w:tcPr>
          <w:p w14:paraId="5DC1B9E1" w14:textId="77777777" w:rsidR="00292F36" w:rsidRDefault="00000000">
            <w:r>
              <w:rPr>
                <w:sz w:val="12"/>
              </w:rPr>
              <w:t>NA</w:t>
            </w:r>
          </w:p>
        </w:tc>
        <w:tc>
          <w:tcPr>
            <w:tcW w:w="564" w:type="dxa"/>
            <w:tcMar>
              <w:top w:w="20" w:type="dxa"/>
              <w:left w:w="50" w:type="dxa"/>
              <w:bottom w:w="20" w:type="dxa"/>
              <w:right w:w="50" w:type="dxa"/>
            </w:tcMar>
          </w:tcPr>
          <w:p w14:paraId="6C04D663" w14:textId="77777777" w:rsidR="00292F36" w:rsidRDefault="00000000">
            <w:r>
              <w:rPr>
                <w:sz w:val="12"/>
              </w:rPr>
              <w:t>NA</w:t>
            </w:r>
          </w:p>
        </w:tc>
        <w:tc>
          <w:tcPr>
            <w:tcW w:w="564" w:type="dxa"/>
            <w:tcMar>
              <w:top w:w="20" w:type="dxa"/>
              <w:left w:w="50" w:type="dxa"/>
              <w:bottom w:w="20" w:type="dxa"/>
              <w:right w:w="50" w:type="dxa"/>
            </w:tcMar>
          </w:tcPr>
          <w:p w14:paraId="10A17227" w14:textId="77777777" w:rsidR="00292F36" w:rsidRDefault="00000000">
            <w:r>
              <w:rPr>
                <w:sz w:val="12"/>
              </w:rPr>
              <w:t>NA</w:t>
            </w:r>
          </w:p>
        </w:tc>
        <w:tc>
          <w:tcPr>
            <w:tcW w:w="564" w:type="dxa"/>
            <w:tcMar>
              <w:top w:w="20" w:type="dxa"/>
              <w:left w:w="50" w:type="dxa"/>
              <w:bottom w:w="20" w:type="dxa"/>
              <w:right w:w="50" w:type="dxa"/>
            </w:tcMar>
          </w:tcPr>
          <w:p w14:paraId="1CA50216" w14:textId="77777777" w:rsidR="00292F36" w:rsidRDefault="00000000">
            <w:r>
              <w:rPr>
                <w:sz w:val="12"/>
              </w:rPr>
              <w:t>NA</w:t>
            </w:r>
          </w:p>
        </w:tc>
        <w:tc>
          <w:tcPr>
            <w:tcW w:w="564" w:type="dxa"/>
            <w:tcMar>
              <w:top w:w="20" w:type="dxa"/>
              <w:left w:w="50" w:type="dxa"/>
              <w:bottom w:w="20" w:type="dxa"/>
              <w:right w:w="50" w:type="dxa"/>
            </w:tcMar>
          </w:tcPr>
          <w:p w14:paraId="014DB726" w14:textId="77777777" w:rsidR="00292F36" w:rsidRDefault="00000000">
            <w:r>
              <w:rPr>
                <w:sz w:val="12"/>
              </w:rPr>
              <w:t>0.78145695</w:t>
            </w:r>
          </w:p>
        </w:tc>
        <w:tc>
          <w:tcPr>
            <w:tcW w:w="564" w:type="dxa"/>
            <w:tcMar>
              <w:top w:w="20" w:type="dxa"/>
              <w:left w:w="50" w:type="dxa"/>
              <w:bottom w:w="20" w:type="dxa"/>
              <w:right w:w="50" w:type="dxa"/>
            </w:tcMar>
          </w:tcPr>
          <w:p w14:paraId="1D77E647" w14:textId="77777777" w:rsidR="00292F36" w:rsidRDefault="00000000">
            <w:r>
              <w:rPr>
                <w:sz w:val="12"/>
              </w:rPr>
              <w:t>0.21854305</w:t>
            </w:r>
          </w:p>
        </w:tc>
        <w:tc>
          <w:tcPr>
            <w:tcW w:w="564" w:type="dxa"/>
            <w:tcMar>
              <w:top w:w="20" w:type="dxa"/>
              <w:left w:w="50" w:type="dxa"/>
              <w:bottom w:w="20" w:type="dxa"/>
              <w:right w:w="50" w:type="dxa"/>
            </w:tcMar>
          </w:tcPr>
          <w:p w14:paraId="1BC9F17C" w14:textId="77777777" w:rsidR="00292F36" w:rsidRDefault="00000000">
            <w:r>
              <w:rPr>
                <w:sz w:val="12"/>
              </w:rPr>
              <w:t>0</w:t>
            </w:r>
          </w:p>
        </w:tc>
        <w:tc>
          <w:tcPr>
            <w:tcW w:w="564" w:type="dxa"/>
            <w:tcMar>
              <w:top w:w="20" w:type="dxa"/>
              <w:left w:w="50" w:type="dxa"/>
              <w:bottom w:w="20" w:type="dxa"/>
              <w:right w:w="50" w:type="dxa"/>
            </w:tcMar>
          </w:tcPr>
          <w:p w14:paraId="2D41F029" w14:textId="77777777" w:rsidR="00292F36" w:rsidRDefault="00000000">
            <w:r>
              <w:rPr>
                <w:sz w:val="12"/>
              </w:rPr>
              <w:t>0</w:t>
            </w:r>
          </w:p>
        </w:tc>
        <w:tc>
          <w:tcPr>
            <w:tcW w:w="564" w:type="dxa"/>
            <w:tcMar>
              <w:top w:w="20" w:type="dxa"/>
              <w:left w:w="50" w:type="dxa"/>
              <w:bottom w:w="20" w:type="dxa"/>
              <w:right w:w="50" w:type="dxa"/>
            </w:tcMar>
          </w:tcPr>
          <w:p w14:paraId="55A72960" w14:textId="77777777" w:rsidR="00292F36" w:rsidRDefault="00000000">
            <w:r>
              <w:rPr>
                <w:sz w:val="12"/>
              </w:rPr>
              <w:t>0</w:t>
            </w:r>
          </w:p>
        </w:tc>
        <w:tc>
          <w:tcPr>
            <w:tcW w:w="564" w:type="dxa"/>
            <w:tcMar>
              <w:top w:w="20" w:type="dxa"/>
              <w:left w:w="50" w:type="dxa"/>
              <w:bottom w:w="20" w:type="dxa"/>
              <w:right w:w="50" w:type="dxa"/>
            </w:tcMar>
          </w:tcPr>
          <w:p w14:paraId="08EB2D38" w14:textId="77777777" w:rsidR="00292F36" w:rsidRDefault="00000000">
            <w:r>
              <w:rPr>
                <w:sz w:val="12"/>
              </w:rPr>
              <w:t>0</w:t>
            </w:r>
          </w:p>
        </w:tc>
        <w:tc>
          <w:tcPr>
            <w:tcW w:w="564" w:type="dxa"/>
            <w:tcMar>
              <w:top w:w="20" w:type="dxa"/>
              <w:left w:w="50" w:type="dxa"/>
              <w:bottom w:w="20" w:type="dxa"/>
              <w:right w:w="50" w:type="dxa"/>
            </w:tcMar>
          </w:tcPr>
          <w:p w14:paraId="41327757" w14:textId="77777777" w:rsidR="00292F36" w:rsidRDefault="00000000">
            <w:r>
              <w:rPr>
                <w:sz w:val="12"/>
              </w:rPr>
              <w:t>0</w:t>
            </w:r>
          </w:p>
        </w:tc>
        <w:tc>
          <w:tcPr>
            <w:tcW w:w="564" w:type="dxa"/>
            <w:tcMar>
              <w:top w:w="20" w:type="dxa"/>
              <w:left w:w="50" w:type="dxa"/>
              <w:bottom w:w="20" w:type="dxa"/>
              <w:right w:w="50" w:type="dxa"/>
            </w:tcMar>
          </w:tcPr>
          <w:p w14:paraId="48190EB6" w14:textId="77777777" w:rsidR="00292F36" w:rsidRDefault="00000000">
            <w:r>
              <w:rPr>
                <w:sz w:val="12"/>
              </w:rPr>
              <w:t>0</w:t>
            </w:r>
          </w:p>
        </w:tc>
        <w:tc>
          <w:tcPr>
            <w:tcW w:w="564" w:type="dxa"/>
            <w:tcMar>
              <w:top w:w="20" w:type="dxa"/>
              <w:left w:w="50" w:type="dxa"/>
              <w:bottom w:w="20" w:type="dxa"/>
              <w:right w:w="50" w:type="dxa"/>
            </w:tcMar>
          </w:tcPr>
          <w:p w14:paraId="04562840" w14:textId="77777777" w:rsidR="00292F36" w:rsidRDefault="00000000">
            <w:r>
              <w:rPr>
                <w:sz w:val="12"/>
              </w:rPr>
              <w:t>0</w:t>
            </w:r>
          </w:p>
        </w:tc>
        <w:tc>
          <w:tcPr>
            <w:tcW w:w="564" w:type="dxa"/>
            <w:tcMar>
              <w:top w:w="20" w:type="dxa"/>
              <w:left w:w="50" w:type="dxa"/>
              <w:bottom w:w="20" w:type="dxa"/>
              <w:right w:w="50" w:type="dxa"/>
            </w:tcMar>
          </w:tcPr>
          <w:p w14:paraId="7852C157" w14:textId="77777777" w:rsidR="00292F36" w:rsidRDefault="00000000">
            <w:r>
              <w:rPr>
                <w:sz w:val="12"/>
              </w:rPr>
              <w:t>0.28571429</w:t>
            </w:r>
          </w:p>
        </w:tc>
        <w:tc>
          <w:tcPr>
            <w:tcW w:w="564" w:type="dxa"/>
            <w:tcMar>
              <w:top w:w="20" w:type="dxa"/>
              <w:left w:w="50" w:type="dxa"/>
              <w:bottom w:w="20" w:type="dxa"/>
              <w:right w:w="50" w:type="dxa"/>
            </w:tcMar>
          </w:tcPr>
          <w:p w14:paraId="19D01940" w14:textId="77777777" w:rsidR="00292F36" w:rsidRDefault="00000000">
            <w:r>
              <w:rPr>
                <w:sz w:val="12"/>
              </w:rPr>
              <w:t>0.71428571</w:t>
            </w:r>
          </w:p>
        </w:tc>
        <w:tc>
          <w:tcPr>
            <w:tcW w:w="564" w:type="dxa"/>
            <w:tcMar>
              <w:top w:w="20" w:type="dxa"/>
              <w:left w:w="50" w:type="dxa"/>
              <w:bottom w:w="20" w:type="dxa"/>
              <w:right w:w="50" w:type="dxa"/>
            </w:tcMar>
          </w:tcPr>
          <w:p w14:paraId="5F655C47" w14:textId="77777777" w:rsidR="00292F36" w:rsidRDefault="00000000">
            <w:r>
              <w:rPr>
                <w:sz w:val="12"/>
              </w:rPr>
              <w:t>0</w:t>
            </w:r>
          </w:p>
        </w:tc>
        <w:tc>
          <w:tcPr>
            <w:tcW w:w="564" w:type="dxa"/>
            <w:tcMar>
              <w:top w:w="20" w:type="dxa"/>
              <w:left w:w="50" w:type="dxa"/>
              <w:bottom w:w="20" w:type="dxa"/>
              <w:right w:w="50" w:type="dxa"/>
            </w:tcMar>
          </w:tcPr>
          <w:p w14:paraId="4E91FA31" w14:textId="77777777" w:rsidR="00292F36" w:rsidRDefault="00000000">
            <w:r>
              <w:rPr>
                <w:sz w:val="12"/>
              </w:rPr>
              <w:t>0</w:t>
            </w:r>
          </w:p>
        </w:tc>
        <w:tc>
          <w:tcPr>
            <w:tcW w:w="564" w:type="dxa"/>
            <w:tcMar>
              <w:top w:w="20" w:type="dxa"/>
              <w:left w:w="50" w:type="dxa"/>
              <w:bottom w:w="20" w:type="dxa"/>
              <w:right w:w="50" w:type="dxa"/>
            </w:tcMar>
          </w:tcPr>
          <w:p w14:paraId="513800F1" w14:textId="77777777" w:rsidR="00292F36" w:rsidRDefault="00000000">
            <w:r>
              <w:rPr>
                <w:sz w:val="12"/>
              </w:rPr>
              <w:t>0</w:t>
            </w:r>
          </w:p>
        </w:tc>
      </w:tr>
      <w:tr w:rsidR="00292F36" w14:paraId="13B889BC" w14:textId="77777777">
        <w:tc>
          <w:tcPr>
            <w:tcW w:w="564" w:type="dxa"/>
            <w:tcMar>
              <w:top w:w="20" w:type="dxa"/>
              <w:left w:w="50" w:type="dxa"/>
              <w:bottom w:w="20" w:type="dxa"/>
              <w:right w:w="50" w:type="dxa"/>
            </w:tcMar>
          </w:tcPr>
          <w:p w14:paraId="5EF49893" w14:textId="77777777" w:rsidR="00292F36" w:rsidRDefault="00000000">
            <w:r>
              <w:rPr>
                <w:sz w:val="12"/>
              </w:rPr>
              <w:t>2023_isla_san_jeronimo_isla_san_jeronimo_china_town_mid_2</w:t>
            </w:r>
          </w:p>
        </w:tc>
        <w:tc>
          <w:tcPr>
            <w:tcW w:w="564" w:type="dxa"/>
            <w:tcMar>
              <w:top w:w="20" w:type="dxa"/>
              <w:left w:w="50" w:type="dxa"/>
              <w:bottom w:w="20" w:type="dxa"/>
              <w:right w:w="50" w:type="dxa"/>
            </w:tcMar>
          </w:tcPr>
          <w:p w14:paraId="688E2694" w14:textId="77777777" w:rsidR="00292F36" w:rsidRDefault="00000000">
            <w:r>
              <w:rPr>
                <w:sz w:val="12"/>
              </w:rPr>
              <w:t>0.50002436</w:t>
            </w:r>
          </w:p>
        </w:tc>
        <w:tc>
          <w:tcPr>
            <w:tcW w:w="564" w:type="dxa"/>
            <w:tcMar>
              <w:top w:w="20" w:type="dxa"/>
              <w:left w:w="50" w:type="dxa"/>
              <w:bottom w:w="20" w:type="dxa"/>
              <w:right w:w="50" w:type="dxa"/>
            </w:tcMar>
          </w:tcPr>
          <w:p w14:paraId="306ADA2D" w14:textId="77777777" w:rsidR="00292F36" w:rsidRDefault="00000000">
            <w:r>
              <w:rPr>
                <w:sz w:val="12"/>
              </w:rPr>
              <w:t>-0.4357628</w:t>
            </w:r>
          </w:p>
        </w:tc>
        <w:tc>
          <w:tcPr>
            <w:tcW w:w="564" w:type="dxa"/>
            <w:tcMar>
              <w:top w:w="20" w:type="dxa"/>
              <w:left w:w="50" w:type="dxa"/>
              <w:bottom w:w="20" w:type="dxa"/>
              <w:right w:w="50" w:type="dxa"/>
            </w:tcMar>
          </w:tcPr>
          <w:p w14:paraId="0E40C518" w14:textId="77777777" w:rsidR="00292F36" w:rsidRDefault="00000000">
            <w:r>
              <w:rPr>
                <w:sz w:val="12"/>
              </w:rPr>
              <w:t>NA</w:t>
            </w:r>
          </w:p>
        </w:tc>
        <w:tc>
          <w:tcPr>
            <w:tcW w:w="564" w:type="dxa"/>
            <w:tcMar>
              <w:top w:w="20" w:type="dxa"/>
              <w:left w:w="50" w:type="dxa"/>
              <w:bottom w:w="20" w:type="dxa"/>
              <w:right w:w="50" w:type="dxa"/>
            </w:tcMar>
          </w:tcPr>
          <w:p w14:paraId="65D5EDE7" w14:textId="77777777" w:rsidR="00292F36" w:rsidRDefault="00000000">
            <w:r>
              <w:rPr>
                <w:sz w:val="12"/>
              </w:rPr>
              <w:t>NA</w:t>
            </w:r>
          </w:p>
        </w:tc>
        <w:tc>
          <w:tcPr>
            <w:tcW w:w="564" w:type="dxa"/>
            <w:tcMar>
              <w:top w:w="20" w:type="dxa"/>
              <w:left w:w="50" w:type="dxa"/>
              <w:bottom w:w="20" w:type="dxa"/>
              <w:right w:w="50" w:type="dxa"/>
            </w:tcMar>
          </w:tcPr>
          <w:p w14:paraId="5B149BFF" w14:textId="77777777" w:rsidR="00292F36" w:rsidRDefault="00000000">
            <w:r>
              <w:rPr>
                <w:sz w:val="12"/>
              </w:rPr>
              <w:t>NA</w:t>
            </w:r>
          </w:p>
        </w:tc>
        <w:tc>
          <w:tcPr>
            <w:tcW w:w="564" w:type="dxa"/>
            <w:tcMar>
              <w:top w:w="20" w:type="dxa"/>
              <w:left w:w="50" w:type="dxa"/>
              <w:bottom w:w="20" w:type="dxa"/>
              <w:right w:w="50" w:type="dxa"/>
            </w:tcMar>
          </w:tcPr>
          <w:p w14:paraId="40B160C0" w14:textId="77777777" w:rsidR="00292F36" w:rsidRDefault="00000000">
            <w:r>
              <w:rPr>
                <w:sz w:val="12"/>
              </w:rPr>
              <w:t>NA</w:t>
            </w:r>
          </w:p>
        </w:tc>
        <w:tc>
          <w:tcPr>
            <w:tcW w:w="564" w:type="dxa"/>
            <w:tcMar>
              <w:top w:w="20" w:type="dxa"/>
              <w:left w:w="50" w:type="dxa"/>
              <w:bottom w:w="20" w:type="dxa"/>
              <w:right w:w="50" w:type="dxa"/>
            </w:tcMar>
          </w:tcPr>
          <w:p w14:paraId="6FD97ACB" w14:textId="77777777" w:rsidR="00292F36" w:rsidRDefault="00000000">
            <w:r>
              <w:rPr>
                <w:sz w:val="12"/>
              </w:rPr>
              <w:t>NA</w:t>
            </w:r>
          </w:p>
        </w:tc>
        <w:tc>
          <w:tcPr>
            <w:tcW w:w="564" w:type="dxa"/>
            <w:tcMar>
              <w:top w:w="20" w:type="dxa"/>
              <w:left w:w="50" w:type="dxa"/>
              <w:bottom w:w="20" w:type="dxa"/>
              <w:right w:w="50" w:type="dxa"/>
            </w:tcMar>
          </w:tcPr>
          <w:p w14:paraId="05489DCF" w14:textId="77777777" w:rsidR="00292F36" w:rsidRDefault="00000000">
            <w:r>
              <w:rPr>
                <w:sz w:val="12"/>
              </w:rPr>
              <w:t>NA</w:t>
            </w:r>
          </w:p>
        </w:tc>
        <w:tc>
          <w:tcPr>
            <w:tcW w:w="564" w:type="dxa"/>
            <w:tcMar>
              <w:top w:w="20" w:type="dxa"/>
              <w:left w:w="50" w:type="dxa"/>
              <w:bottom w:w="20" w:type="dxa"/>
              <w:right w:w="50" w:type="dxa"/>
            </w:tcMar>
          </w:tcPr>
          <w:p w14:paraId="4DDABC6E" w14:textId="77777777" w:rsidR="00292F36" w:rsidRDefault="00000000">
            <w:r>
              <w:rPr>
                <w:sz w:val="12"/>
              </w:rPr>
              <w:t>NA</w:t>
            </w:r>
          </w:p>
        </w:tc>
        <w:tc>
          <w:tcPr>
            <w:tcW w:w="564" w:type="dxa"/>
            <w:tcMar>
              <w:top w:w="20" w:type="dxa"/>
              <w:left w:w="50" w:type="dxa"/>
              <w:bottom w:w="20" w:type="dxa"/>
              <w:right w:w="50" w:type="dxa"/>
            </w:tcMar>
          </w:tcPr>
          <w:p w14:paraId="5B7BA492" w14:textId="77777777" w:rsidR="00292F36" w:rsidRDefault="00000000">
            <w:r>
              <w:rPr>
                <w:sz w:val="12"/>
              </w:rPr>
              <w:t>NA</w:t>
            </w:r>
          </w:p>
        </w:tc>
        <w:tc>
          <w:tcPr>
            <w:tcW w:w="564" w:type="dxa"/>
            <w:tcMar>
              <w:top w:w="20" w:type="dxa"/>
              <w:left w:w="50" w:type="dxa"/>
              <w:bottom w:w="20" w:type="dxa"/>
              <w:right w:w="50" w:type="dxa"/>
            </w:tcMar>
          </w:tcPr>
          <w:p w14:paraId="3165625C" w14:textId="77777777" w:rsidR="00292F36" w:rsidRDefault="00000000">
            <w:r>
              <w:rPr>
                <w:sz w:val="12"/>
              </w:rPr>
              <w:t>0</w:t>
            </w:r>
          </w:p>
        </w:tc>
        <w:tc>
          <w:tcPr>
            <w:tcW w:w="564" w:type="dxa"/>
            <w:tcMar>
              <w:top w:w="20" w:type="dxa"/>
              <w:left w:w="50" w:type="dxa"/>
              <w:bottom w:w="20" w:type="dxa"/>
              <w:right w:w="50" w:type="dxa"/>
            </w:tcMar>
          </w:tcPr>
          <w:p w14:paraId="197B3DCA" w14:textId="77777777" w:rsidR="00292F36" w:rsidRDefault="00000000">
            <w:r>
              <w:rPr>
                <w:sz w:val="12"/>
              </w:rPr>
              <w:t>1</w:t>
            </w:r>
          </w:p>
        </w:tc>
        <w:tc>
          <w:tcPr>
            <w:tcW w:w="564" w:type="dxa"/>
            <w:tcMar>
              <w:top w:w="20" w:type="dxa"/>
              <w:left w:w="50" w:type="dxa"/>
              <w:bottom w:w="20" w:type="dxa"/>
              <w:right w:w="50" w:type="dxa"/>
            </w:tcMar>
          </w:tcPr>
          <w:p w14:paraId="27FE241C" w14:textId="77777777" w:rsidR="00292F36" w:rsidRDefault="00000000">
            <w:r>
              <w:rPr>
                <w:sz w:val="12"/>
              </w:rPr>
              <w:t>0</w:t>
            </w:r>
          </w:p>
        </w:tc>
        <w:tc>
          <w:tcPr>
            <w:tcW w:w="564" w:type="dxa"/>
            <w:tcMar>
              <w:top w:w="20" w:type="dxa"/>
              <w:left w:w="50" w:type="dxa"/>
              <w:bottom w:w="20" w:type="dxa"/>
              <w:right w:w="50" w:type="dxa"/>
            </w:tcMar>
          </w:tcPr>
          <w:p w14:paraId="5BBC02B6" w14:textId="77777777" w:rsidR="00292F36" w:rsidRDefault="00000000">
            <w:r>
              <w:rPr>
                <w:sz w:val="12"/>
              </w:rPr>
              <w:t>0</w:t>
            </w:r>
          </w:p>
        </w:tc>
        <w:tc>
          <w:tcPr>
            <w:tcW w:w="564" w:type="dxa"/>
            <w:tcMar>
              <w:top w:w="20" w:type="dxa"/>
              <w:left w:w="50" w:type="dxa"/>
              <w:bottom w:w="20" w:type="dxa"/>
              <w:right w:w="50" w:type="dxa"/>
            </w:tcMar>
          </w:tcPr>
          <w:p w14:paraId="56C0F754" w14:textId="77777777" w:rsidR="00292F36" w:rsidRDefault="00000000">
            <w:r>
              <w:rPr>
                <w:sz w:val="12"/>
              </w:rPr>
              <w:t>0</w:t>
            </w:r>
          </w:p>
        </w:tc>
        <w:tc>
          <w:tcPr>
            <w:tcW w:w="564" w:type="dxa"/>
            <w:tcMar>
              <w:top w:w="20" w:type="dxa"/>
              <w:left w:w="50" w:type="dxa"/>
              <w:bottom w:w="20" w:type="dxa"/>
              <w:right w:w="50" w:type="dxa"/>
            </w:tcMar>
          </w:tcPr>
          <w:p w14:paraId="43DD2AFB" w14:textId="77777777" w:rsidR="00292F36" w:rsidRDefault="00000000">
            <w:r>
              <w:rPr>
                <w:sz w:val="12"/>
              </w:rPr>
              <w:t>0</w:t>
            </w:r>
          </w:p>
        </w:tc>
        <w:tc>
          <w:tcPr>
            <w:tcW w:w="564" w:type="dxa"/>
            <w:tcMar>
              <w:top w:w="20" w:type="dxa"/>
              <w:left w:w="50" w:type="dxa"/>
              <w:bottom w:w="20" w:type="dxa"/>
              <w:right w:w="50" w:type="dxa"/>
            </w:tcMar>
          </w:tcPr>
          <w:p w14:paraId="16C6B461" w14:textId="77777777" w:rsidR="00292F36" w:rsidRDefault="00000000">
            <w:r>
              <w:rPr>
                <w:sz w:val="12"/>
              </w:rPr>
              <w:t>0</w:t>
            </w:r>
          </w:p>
        </w:tc>
        <w:tc>
          <w:tcPr>
            <w:tcW w:w="564" w:type="dxa"/>
            <w:tcMar>
              <w:top w:w="20" w:type="dxa"/>
              <w:left w:w="50" w:type="dxa"/>
              <w:bottom w:w="20" w:type="dxa"/>
              <w:right w:w="50" w:type="dxa"/>
            </w:tcMar>
          </w:tcPr>
          <w:p w14:paraId="6002B4DE" w14:textId="77777777" w:rsidR="00292F36" w:rsidRDefault="00000000">
            <w:r>
              <w:rPr>
                <w:sz w:val="12"/>
              </w:rPr>
              <w:t>0</w:t>
            </w:r>
          </w:p>
        </w:tc>
        <w:tc>
          <w:tcPr>
            <w:tcW w:w="564" w:type="dxa"/>
            <w:tcMar>
              <w:top w:w="20" w:type="dxa"/>
              <w:left w:w="50" w:type="dxa"/>
              <w:bottom w:w="20" w:type="dxa"/>
              <w:right w:w="50" w:type="dxa"/>
            </w:tcMar>
          </w:tcPr>
          <w:p w14:paraId="62E19B5D" w14:textId="77777777" w:rsidR="00292F36" w:rsidRDefault="00000000">
            <w:r>
              <w:rPr>
                <w:sz w:val="12"/>
              </w:rPr>
              <w:t>0</w:t>
            </w:r>
          </w:p>
        </w:tc>
        <w:tc>
          <w:tcPr>
            <w:tcW w:w="564" w:type="dxa"/>
            <w:tcMar>
              <w:top w:w="20" w:type="dxa"/>
              <w:left w:w="50" w:type="dxa"/>
              <w:bottom w:w="20" w:type="dxa"/>
              <w:right w:w="50" w:type="dxa"/>
            </w:tcMar>
          </w:tcPr>
          <w:p w14:paraId="04121C26" w14:textId="77777777" w:rsidR="00292F36" w:rsidRDefault="00000000">
            <w:r>
              <w:rPr>
                <w:sz w:val="12"/>
              </w:rPr>
              <w:t>0.36636637</w:t>
            </w:r>
          </w:p>
        </w:tc>
        <w:tc>
          <w:tcPr>
            <w:tcW w:w="564" w:type="dxa"/>
            <w:tcMar>
              <w:top w:w="20" w:type="dxa"/>
              <w:left w:w="50" w:type="dxa"/>
              <w:bottom w:w="20" w:type="dxa"/>
              <w:right w:w="50" w:type="dxa"/>
            </w:tcMar>
          </w:tcPr>
          <w:p w14:paraId="45CE9DB8" w14:textId="77777777" w:rsidR="00292F36" w:rsidRDefault="00000000">
            <w:r>
              <w:rPr>
                <w:sz w:val="12"/>
              </w:rPr>
              <w:t>0.2042042</w:t>
            </w:r>
          </w:p>
        </w:tc>
        <w:tc>
          <w:tcPr>
            <w:tcW w:w="564" w:type="dxa"/>
            <w:tcMar>
              <w:top w:w="20" w:type="dxa"/>
              <w:left w:w="50" w:type="dxa"/>
              <w:bottom w:w="20" w:type="dxa"/>
              <w:right w:w="50" w:type="dxa"/>
            </w:tcMar>
          </w:tcPr>
          <w:p w14:paraId="2285735D" w14:textId="77777777" w:rsidR="00292F36" w:rsidRDefault="00000000">
            <w:r>
              <w:rPr>
                <w:sz w:val="12"/>
              </w:rPr>
              <w:t>0.02402402</w:t>
            </w:r>
          </w:p>
        </w:tc>
        <w:tc>
          <w:tcPr>
            <w:tcW w:w="564" w:type="dxa"/>
            <w:tcMar>
              <w:top w:w="20" w:type="dxa"/>
              <w:left w:w="50" w:type="dxa"/>
              <w:bottom w:w="20" w:type="dxa"/>
              <w:right w:w="50" w:type="dxa"/>
            </w:tcMar>
          </w:tcPr>
          <w:p w14:paraId="74A77041" w14:textId="77777777" w:rsidR="00292F36" w:rsidRDefault="00000000">
            <w:r>
              <w:rPr>
                <w:sz w:val="12"/>
              </w:rPr>
              <w:t>0.21621622</w:t>
            </w:r>
          </w:p>
        </w:tc>
        <w:tc>
          <w:tcPr>
            <w:tcW w:w="564" w:type="dxa"/>
            <w:tcMar>
              <w:top w:w="20" w:type="dxa"/>
              <w:left w:w="50" w:type="dxa"/>
              <w:bottom w:w="20" w:type="dxa"/>
              <w:right w:w="50" w:type="dxa"/>
            </w:tcMar>
          </w:tcPr>
          <w:p w14:paraId="568A53AA" w14:textId="77777777" w:rsidR="00292F36" w:rsidRDefault="00000000">
            <w:r>
              <w:rPr>
                <w:sz w:val="12"/>
              </w:rPr>
              <w:t>0.18918919</w:t>
            </w:r>
          </w:p>
        </w:tc>
      </w:tr>
      <w:tr w:rsidR="00292F36" w14:paraId="5C66352C" w14:textId="77777777">
        <w:tc>
          <w:tcPr>
            <w:tcW w:w="564" w:type="dxa"/>
            <w:tcMar>
              <w:top w:w="20" w:type="dxa"/>
              <w:left w:w="50" w:type="dxa"/>
              <w:bottom w:w="20" w:type="dxa"/>
              <w:right w:w="50" w:type="dxa"/>
            </w:tcMar>
          </w:tcPr>
          <w:p w14:paraId="2988B722" w14:textId="77777777" w:rsidR="00292F36" w:rsidRDefault="00000000">
            <w:r>
              <w:rPr>
                <w:sz w:val="12"/>
              </w:rPr>
              <w:t>2023_isla_san_jeronimo_isla_san_jeronimo_china_town_shallow_1</w:t>
            </w:r>
          </w:p>
        </w:tc>
        <w:tc>
          <w:tcPr>
            <w:tcW w:w="564" w:type="dxa"/>
            <w:tcMar>
              <w:top w:w="20" w:type="dxa"/>
              <w:left w:w="50" w:type="dxa"/>
              <w:bottom w:w="20" w:type="dxa"/>
              <w:right w:w="50" w:type="dxa"/>
            </w:tcMar>
          </w:tcPr>
          <w:p w14:paraId="7CE651EA" w14:textId="77777777" w:rsidR="00292F36" w:rsidRDefault="00000000">
            <w:r>
              <w:rPr>
                <w:sz w:val="12"/>
              </w:rPr>
              <w:t>0.6222223</w:t>
            </w:r>
          </w:p>
        </w:tc>
        <w:tc>
          <w:tcPr>
            <w:tcW w:w="564" w:type="dxa"/>
            <w:tcMar>
              <w:top w:w="20" w:type="dxa"/>
              <w:left w:w="50" w:type="dxa"/>
              <w:bottom w:w="20" w:type="dxa"/>
              <w:right w:w="50" w:type="dxa"/>
            </w:tcMar>
          </w:tcPr>
          <w:p w14:paraId="2AE1718D" w14:textId="77777777" w:rsidR="00292F36" w:rsidRDefault="00000000">
            <w:r>
              <w:rPr>
                <w:sz w:val="12"/>
              </w:rPr>
              <w:t>-0.2307177</w:t>
            </w:r>
          </w:p>
        </w:tc>
        <w:tc>
          <w:tcPr>
            <w:tcW w:w="564" w:type="dxa"/>
            <w:tcMar>
              <w:top w:w="20" w:type="dxa"/>
              <w:left w:w="50" w:type="dxa"/>
              <w:bottom w:w="20" w:type="dxa"/>
              <w:right w:w="50" w:type="dxa"/>
            </w:tcMar>
          </w:tcPr>
          <w:p w14:paraId="25CDE526" w14:textId="77777777" w:rsidR="00292F36" w:rsidRDefault="00000000">
            <w:r>
              <w:rPr>
                <w:sz w:val="12"/>
              </w:rPr>
              <w:t>2023</w:t>
            </w:r>
          </w:p>
        </w:tc>
        <w:tc>
          <w:tcPr>
            <w:tcW w:w="564" w:type="dxa"/>
            <w:tcMar>
              <w:top w:w="20" w:type="dxa"/>
              <w:left w:w="50" w:type="dxa"/>
              <w:bottom w:w="20" w:type="dxa"/>
              <w:right w:w="50" w:type="dxa"/>
            </w:tcMar>
          </w:tcPr>
          <w:p w14:paraId="66DC9BC0" w14:textId="77777777" w:rsidR="00292F36" w:rsidRDefault="00000000">
            <w:r>
              <w:rPr>
                <w:sz w:val="12"/>
              </w:rPr>
              <w:t>el_rosario</w:t>
            </w:r>
          </w:p>
        </w:tc>
        <w:tc>
          <w:tcPr>
            <w:tcW w:w="564" w:type="dxa"/>
            <w:tcMar>
              <w:top w:w="20" w:type="dxa"/>
              <w:left w:w="50" w:type="dxa"/>
              <w:bottom w:w="20" w:type="dxa"/>
              <w:right w:w="50" w:type="dxa"/>
            </w:tcMar>
          </w:tcPr>
          <w:p w14:paraId="384FF063" w14:textId="77777777" w:rsidR="00292F36" w:rsidRDefault="00000000">
            <w:r>
              <w:rPr>
                <w:sz w:val="12"/>
              </w:rPr>
              <w:t>Middle</w:t>
            </w:r>
          </w:p>
        </w:tc>
        <w:tc>
          <w:tcPr>
            <w:tcW w:w="564" w:type="dxa"/>
            <w:tcMar>
              <w:top w:w="20" w:type="dxa"/>
              <w:left w:w="50" w:type="dxa"/>
              <w:bottom w:w="20" w:type="dxa"/>
              <w:right w:w="50" w:type="dxa"/>
            </w:tcMar>
          </w:tcPr>
          <w:p w14:paraId="6DC5E56C" w14:textId="77777777" w:rsidR="00292F36" w:rsidRDefault="00000000">
            <w:r>
              <w:rPr>
                <w:sz w:val="12"/>
              </w:rPr>
              <w:t>isla_san_jeronimo</w:t>
            </w:r>
          </w:p>
        </w:tc>
        <w:tc>
          <w:tcPr>
            <w:tcW w:w="564" w:type="dxa"/>
            <w:tcMar>
              <w:top w:w="20" w:type="dxa"/>
              <w:left w:w="50" w:type="dxa"/>
              <w:bottom w:w="20" w:type="dxa"/>
              <w:right w:w="50" w:type="dxa"/>
            </w:tcMar>
          </w:tcPr>
          <w:p w14:paraId="5BFF49CF" w14:textId="77777777" w:rsidR="00292F36" w:rsidRDefault="00000000">
            <w:r>
              <w:rPr>
                <w:sz w:val="12"/>
              </w:rPr>
              <w:t>isla_san_jeronimo_china_town_shallow</w:t>
            </w:r>
          </w:p>
        </w:tc>
        <w:tc>
          <w:tcPr>
            <w:tcW w:w="564" w:type="dxa"/>
            <w:tcMar>
              <w:top w:w="20" w:type="dxa"/>
              <w:left w:w="50" w:type="dxa"/>
              <w:bottom w:w="20" w:type="dxa"/>
              <w:right w:w="50" w:type="dxa"/>
            </w:tcMar>
          </w:tcPr>
          <w:p w14:paraId="6BBF617D" w14:textId="77777777" w:rsidR="00292F36" w:rsidRDefault="00000000">
            <w:r>
              <w:rPr>
                <w:sz w:val="12"/>
              </w:rPr>
              <w:t>7</w:t>
            </w:r>
          </w:p>
        </w:tc>
        <w:tc>
          <w:tcPr>
            <w:tcW w:w="564" w:type="dxa"/>
            <w:tcMar>
              <w:top w:w="20" w:type="dxa"/>
              <w:left w:w="50" w:type="dxa"/>
              <w:bottom w:w="20" w:type="dxa"/>
              <w:right w:w="50" w:type="dxa"/>
            </w:tcMar>
          </w:tcPr>
          <w:p w14:paraId="280BE9B4" w14:textId="77777777" w:rsidR="00292F36" w:rsidRDefault="00000000">
            <w:r>
              <w:rPr>
                <w:sz w:val="12"/>
              </w:rPr>
              <w:t>17</w:t>
            </w:r>
          </w:p>
        </w:tc>
        <w:tc>
          <w:tcPr>
            <w:tcW w:w="564" w:type="dxa"/>
            <w:tcMar>
              <w:top w:w="20" w:type="dxa"/>
              <w:left w:w="50" w:type="dxa"/>
              <w:bottom w:w="20" w:type="dxa"/>
              <w:right w:w="50" w:type="dxa"/>
            </w:tcMar>
          </w:tcPr>
          <w:p w14:paraId="6C116A71" w14:textId="77777777" w:rsidR="00292F36" w:rsidRDefault="00000000">
            <w:r>
              <w:rPr>
                <w:sz w:val="12"/>
              </w:rPr>
              <w:t>1.89009986</w:t>
            </w:r>
          </w:p>
        </w:tc>
        <w:tc>
          <w:tcPr>
            <w:tcW w:w="564" w:type="dxa"/>
            <w:tcMar>
              <w:top w:w="20" w:type="dxa"/>
              <w:left w:w="50" w:type="dxa"/>
              <w:bottom w:w="20" w:type="dxa"/>
              <w:right w:w="50" w:type="dxa"/>
            </w:tcMar>
          </w:tcPr>
          <w:p w14:paraId="732D58E6" w14:textId="77777777" w:rsidR="00292F36" w:rsidRDefault="00000000">
            <w:r>
              <w:rPr>
                <w:sz w:val="12"/>
              </w:rPr>
              <w:t>0</w:t>
            </w:r>
          </w:p>
        </w:tc>
        <w:tc>
          <w:tcPr>
            <w:tcW w:w="564" w:type="dxa"/>
            <w:tcMar>
              <w:top w:w="20" w:type="dxa"/>
              <w:left w:w="50" w:type="dxa"/>
              <w:bottom w:w="20" w:type="dxa"/>
              <w:right w:w="50" w:type="dxa"/>
            </w:tcMar>
          </w:tcPr>
          <w:p w14:paraId="2DB86651" w14:textId="77777777" w:rsidR="00292F36" w:rsidRDefault="00000000">
            <w:r>
              <w:rPr>
                <w:sz w:val="12"/>
              </w:rPr>
              <w:t>1</w:t>
            </w:r>
          </w:p>
        </w:tc>
        <w:tc>
          <w:tcPr>
            <w:tcW w:w="564" w:type="dxa"/>
            <w:tcMar>
              <w:top w:w="20" w:type="dxa"/>
              <w:left w:w="50" w:type="dxa"/>
              <w:bottom w:w="20" w:type="dxa"/>
              <w:right w:w="50" w:type="dxa"/>
            </w:tcMar>
          </w:tcPr>
          <w:p w14:paraId="163A0785" w14:textId="77777777" w:rsidR="00292F36" w:rsidRDefault="00000000">
            <w:r>
              <w:rPr>
                <w:sz w:val="12"/>
              </w:rPr>
              <w:t>0</w:t>
            </w:r>
          </w:p>
        </w:tc>
        <w:tc>
          <w:tcPr>
            <w:tcW w:w="564" w:type="dxa"/>
            <w:tcMar>
              <w:top w:w="20" w:type="dxa"/>
              <w:left w:w="50" w:type="dxa"/>
              <w:bottom w:w="20" w:type="dxa"/>
              <w:right w:w="50" w:type="dxa"/>
            </w:tcMar>
          </w:tcPr>
          <w:p w14:paraId="4B3F47D7" w14:textId="77777777" w:rsidR="00292F36" w:rsidRDefault="00000000">
            <w:r>
              <w:rPr>
                <w:sz w:val="12"/>
              </w:rPr>
              <w:t>0</w:t>
            </w:r>
          </w:p>
        </w:tc>
        <w:tc>
          <w:tcPr>
            <w:tcW w:w="564" w:type="dxa"/>
            <w:tcMar>
              <w:top w:w="20" w:type="dxa"/>
              <w:left w:w="50" w:type="dxa"/>
              <w:bottom w:w="20" w:type="dxa"/>
              <w:right w:w="50" w:type="dxa"/>
            </w:tcMar>
          </w:tcPr>
          <w:p w14:paraId="55B3EABB" w14:textId="77777777" w:rsidR="00292F36" w:rsidRDefault="00000000">
            <w:r>
              <w:rPr>
                <w:sz w:val="12"/>
              </w:rPr>
              <w:t>0</w:t>
            </w:r>
          </w:p>
        </w:tc>
        <w:tc>
          <w:tcPr>
            <w:tcW w:w="564" w:type="dxa"/>
            <w:tcMar>
              <w:top w:w="20" w:type="dxa"/>
              <w:left w:w="50" w:type="dxa"/>
              <w:bottom w:w="20" w:type="dxa"/>
              <w:right w:w="50" w:type="dxa"/>
            </w:tcMar>
          </w:tcPr>
          <w:p w14:paraId="7240E9CA" w14:textId="77777777" w:rsidR="00292F36" w:rsidRDefault="00000000">
            <w:r>
              <w:rPr>
                <w:sz w:val="12"/>
              </w:rPr>
              <w:t>0</w:t>
            </w:r>
          </w:p>
        </w:tc>
        <w:tc>
          <w:tcPr>
            <w:tcW w:w="564" w:type="dxa"/>
            <w:tcMar>
              <w:top w:w="20" w:type="dxa"/>
              <w:left w:w="50" w:type="dxa"/>
              <w:bottom w:w="20" w:type="dxa"/>
              <w:right w:w="50" w:type="dxa"/>
            </w:tcMar>
          </w:tcPr>
          <w:p w14:paraId="3F55CCC4" w14:textId="77777777" w:rsidR="00292F36" w:rsidRDefault="00000000">
            <w:r>
              <w:rPr>
                <w:sz w:val="12"/>
              </w:rPr>
              <w:t>0</w:t>
            </w:r>
          </w:p>
        </w:tc>
        <w:tc>
          <w:tcPr>
            <w:tcW w:w="564" w:type="dxa"/>
            <w:tcMar>
              <w:top w:w="20" w:type="dxa"/>
              <w:left w:w="50" w:type="dxa"/>
              <w:bottom w:w="20" w:type="dxa"/>
              <w:right w:w="50" w:type="dxa"/>
            </w:tcMar>
          </w:tcPr>
          <w:p w14:paraId="599D41B6" w14:textId="77777777" w:rsidR="00292F36" w:rsidRDefault="00000000">
            <w:r>
              <w:rPr>
                <w:sz w:val="12"/>
              </w:rPr>
              <w:t>0</w:t>
            </w:r>
          </w:p>
        </w:tc>
        <w:tc>
          <w:tcPr>
            <w:tcW w:w="564" w:type="dxa"/>
            <w:tcMar>
              <w:top w:w="20" w:type="dxa"/>
              <w:left w:w="50" w:type="dxa"/>
              <w:bottom w:w="20" w:type="dxa"/>
              <w:right w:w="50" w:type="dxa"/>
            </w:tcMar>
          </w:tcPr>
          <w:p w14:paraId="00EEBA0A" w14:textId="77777777" w:rsidR="00292F36" w:rsidRDefault="00000000">
            <w:r>
              <w:rPr>
                <w:sz w:val="12"/>
              </w:rPr>
              <w:t>0</w:t>
            </w:r>
          </w:p>
        </w:tc>
        <w:tc>
          <w:tcPr>
            <w:tcW w:w="564" w:type="dxa"/>
            <w:tcMar>
              <w:top w:w="20" w:type="dxa"/>
              <w:left w:w="50" w:type="dxa"/>
              <w:bottom w:w="20" w:type="dxa"/>
              <w:right w:w="50" w:type="dxa"/>
            </w:tcMar>
          </w:tcPr>
          <w:p w14:paraId="6163B9B8" w14:textId="77777777" w:rsidR="00292F36" w:rsidRDefault="00000000">
            <w:r>
              <w:rPr>
                <w:sz w:val="12"/>
              </w:rPr>
              <w:t>0.49206349</w:t>
            </w:r>
          </w:p>
        </w:tc>
        <w:tc>
          <w:tcPr>
            <w:tcW w:w="564" w:type="dxa"/>
            <w:tcMar>
              <w:top w:w="20" w:type="dxa"/>
              <w:left w:w="50" w:type="dxa"/>
              <w:bottom w:w="20" w:type="dxa"/>
              <w:right w:w="50" w:type="dxa"/>
            </w:tcMar>
          </w:tcPr>
          <w:p w14:paraId="49D8A881" w14:textId="77777777" w:rsidR="00292F36" w:rsidRDefault="00000000">
            <w:r>
              <w:rPr>
                <w:sz w:val="12"/>
              </w:rPr>
              <w:t>0.01587302</w:t>
            </w:r>
          </w:p>
        </w:tc>
        <w:tc>
          <w:tcPr>
            <w:tcW w:w="564" w:type="dxa"/>
            <w:tcMar>
              <w:top w:w="20" w:type="dxa"/>
              <w:left w:w="50" w:type="dxa"/>
              <w:bottom w:w="20" w:type="dxa"/>
              <w:right w:w="50" w:type="dxa"/>
            </w:tcMar>
          </w:tcPr>
          <w:p w14:paraId="17C527F2" w14:textId="77777777" w:rsidR="00292F36" w:rsidRDefault="00000000">
            <w:r>
              <w:rPr>
                <w:sz w:val="12"/>
              </w:rPr>
              <w:t>0</w:t>
            </w:r>
          </w:p>
        </w:tc>
        <w:tc>
          <w:tcPr>
            <w:tcW w:w="564" w:type="dxa"/>
            <w:tcMar>
              <w:top w:w="20" w:type="dxa"/>
              <w:left w:w="50" w:type="dxa"/>
              <w:bottom w:w="20" w:type="dxa"/>
              <w:right w:w="50" w:type="dxa"/>
            </w:tcMar>
          </w:tcPr>
          <w:p w14:paraId="019A228B" w14:textId="77777777" w:rsidR="00292F36" w:rsidRDefault="00000000">
            <w:r>
              <w:rPr>
                <w:sz w:val="12"/>
              </w:rPr>
              <w:t>0.02380952</w:t>
            </w:r>
          </w:p>
        </w:tc>
        <w:tc>
          <w:tcPr>
            <w:tcW w:w="564" w:type="dxa"/>
            <w:tcMar>
              <w:top w:w="20" w:type="dxa"/>
              <w:left w:w="50" w:type="dxa"/>
              <w:bottom w:w="20" w:type="dxa"/>
              <w:right w:w="50" w:type="dxa"/>
            </w:tcMar>
          </w:tcPr>
          <w:p w14:paraId="112BE7BF" w14:textId="77777777" w:rsidR="00292F36" w:rsidRDefault="00000000">
            <w:r>
              <w:rPr>
                <w:sz w:val="12"/>
              </w:rPr>
              <w:t>0.46825397</w:t>
            </w:r>
          </w:p>
        </w:tc>
      </w:tr>
      <w:tr w:rsidR="00292F36" w14:paraId="36165603" w14:textId="77777777">
        <w:tc>
          <w:tcPr>
            <w:tcW w:w="564" w:type="dxa"/>
            <w:tcMar>
              <w:top w:w="20" w:type="dxa"/>
              <w:left w:w="50" w:type="dxa"/>
              <w:bottom w:w="20" w:type="dxa"/>
              <w:right w:w="50" w:type="dxa"/>
            </w:tcMar>
          </w:tcPr>
          <w:p w14:paraId="5812B376" w14:textId="77777777" w:rsidR="00292F36" w:rsidRDefault="00000000">
            <w:r>
              <w:rPr>
                <w:sz w:val="12"/>
              </w:rPr>
              <w:t>2023_isla_san_jeronimo_isla_san_jeronimo_sport_fish_deep_1</w:t>
            </w:r>
          </w:p>
        </w:tc>
        <w:tc>
          <w:tcPr>
            <w:tcW w:w="564" w:type="dxa"/>
            <w:tcMar>
              <w:top w:w="20" w:type="dxa"/>
              <w:left w:w="50" w:type="dxa"/>
              <w:bottom w:w="20" w:type="dxa"/>
              <w:right w:w="50" w:type="dxa"/>
            </w:tcMar>
          </w:tcPr>
          <w:p w14:paraId="607B8943" w14:textId="77777777" w:rsidR="00292F36" w:rsidRDefault="00000000">
            <w:r>
              <w:rPr>
                <w:sz w:val="12"/>
              </w:rPr>
              <w:t>0.73848034</w:t>
            </w:r>
          </w:p>
        </w:tc>
        <w:tc>
          <w:tcPr>
            <w:tcW w:w="564" w:type="dxa"/>
            <w:tcMar>
              <w:top w:w="20" w:type="dxa"/>
              <w:left w:w="50" w:type="dxa"/>
              <w:bottom w:w="20" w:type="dxa"/>
              <w:right w:w="50" w:type="dxa"/>
            </w:tcMar>
          </w:tcPr>
          <w:p w14:paraId="7E4DAF8B" w14:textId="77777777" w:rsidR="00292F36" w:rsidRDefault="00000000">
            <w:r>
              <w:rPr>
                <w:sz w:val="12"/>
              </w:rPr>
              <w:t>-0.1235121</w:t>
            </w:r>
          </w:p>
        </w:tc>
        <w:tc>
          <w:tcPr>
            <w:tcW w:w="564" w:type="dxa"/>
            <w:tcMar>
              <w:top w:w="20" w:type="dxa"/>
              <w:left w:w="50" w:type="dxa"/>
              <w:bottom w:w="20" w:type="dxa"/>
              <w:right w:w="50" w:type="dxa"/>
            </w:tcMar>
          </w:tcPr>
          <w:p w14:paraId="05547065" w14:textId="77777777" w:rsidR="00292F36" w:rsidRDefault="00000000">
            <w:r>
              <w:rPr>
                <w:sz w:val="12"/>
              </w:rPr>
              <w:t>NA</w:t>
            </w:r>
          </w:p>
        </w:tc>
        <w:tc>
          <w:tcPr>
            <w:tcW w:w="564" w:type="dxa"/>
            <w:tcMar>
              <w:top w:w="20" w:type="dxa"/>
              <w:left w:w="50" w:type="dxa"/>
              <w:bottom w:w="20" w:type="dxa"/>
              <w:right w:w="50" w:type="dxa"/>
            </w:tcMar>
          </w:tcPr>
          <w:p w14:paraId="136880C6" w14:textId="77777777" w:rsidR="00292F36" w:rsidRDefault="00000000">
            <w:r>
              <w:rPr>
                <w:sz w:val="12"/>
              </w:rPr>
              <w:t>NA</w:t>
            </w:r>
          </w:p>
        </w:tc>
        <w:tc>
          <w:tcPr>
            <w:tcW w:w="564" w:type="dxa"/>
            <w:tcMar>
              <w:top w:w="20" w:type="dxa"/>
              <w:left w:w="50" w:type="dxa"/>
              <w:bottom w:w="20" w:type="dxa"/>
              <w:right w:w="50" w:type="dxa"/>
            </w:tcMar>
          </w:tcPr>
          <w:p w14:paraId="2B20FA9B" w14:textId="77777777" w:rsidR="00292F36" w:rsidRDefault="00000000">
            <w:r>
              <w:rPr>
                <w:sz w:val="12"/>
              </w:rPr>
              <w:t>NA</w:t>
            </w:r>
          </w:p>
        </w:tc>
        <w:tc>
          <w:tcPr>
            <w:tcW w:w="564" w:type="dxa"/>
            <w:tcMar>
              <w:top w:w="20" w:type="dxa"/>
              <w:left w:w="50" w:type="dxa"/>
              <w:bottom w:w="20" w:type="dxa"/>
              <w:right w:w="50" w:type="dxa"/>
            </w:tcMar>
          </w:tcPr>
          <w:p w14:paraId="2B3ADB82" w14:textId="77777777" w:rsidR="00292F36" w:rsidRDefault="00000000">
            <w:r>
              <w:rPr>
                <w:sz w:val="12"/>
              </w:rPr>
              <w:t>NA</w:t>
            </w:r>
          </w:p>
        </w:tc>
        <w:tc>
          <w:tcPr>
            <w:tcW w:w="564" w:type="dxa"/>
            <w:tcMar>
              <w:top w:w="20" w:type="dxa"/>
              <w:left w:w="50" w:type="dxa"/>
              <w:bottom w:w="20" w:type="dxa"/>
              <w:right w:w="50" w:type="dxa"/>
            </w:tcMar>
          </w:tcPr>
          <w:p w14:paraId="0C03E3D8" w14:textId="77777777" w:rsidR="00292F36" w:rsidRDefault="00000000">
            <w:r>
              <w:rPr>
                <w:sz w:val="12"/>
              </w:rPr>
              <w:t>NA</w:t>
            </w:r>
          </w:p>
        </w:tc>
        <w:tc>
          <w:tcPr>
            <w:tcW w:w="564" w:type="dxa"/>
            <w:tcMar>
              <w:top w:w="20" w:type="dxa"/>
              <w:left w:w="50" w:type="dxa"/>
              <w:bottom w:w="20" w:type="dxa"/>
              <w:right w:w="50" w:type="dxa"/>
            </w:tcMar>
          </w:tcPr>
          <w:p w14:paraId="0C48923D" w14:textId="77777777" w:rsidR="00292F36" w:rsidRDefault="00000000">
            <w:r>
              <w:rPr>
                <w:sz w:val="12"/>
              </w:rPr>
              <w:t>NA</w:t>
            </w:r>
          </w:p>
        </w:tc>
        <w:tc>
          <w:tcPr>
            <w:tcW w:w="564" w:type="dxa"/>
            <w:tcMar>
              <w:top w:w="20" w:type="dxa"/>
              <w:left w:w="50" w:type="dxa"/>
              <w:bottom w:w="20" w:type="dxa"/>
              <w:right w:w="50" w:type="dxa"/>
            </w:tcMar>
          </w:tcPr>
          <w:p w14:paraId="571EED8C" w14:textId="77777777" w:rsidR="00292F36" w:rsidRDefault="00000000">
            <w:r>
              <w:rPr>
                <w:sz w:val="12"/>
              </w:rPr>
              <w:t>NA</w:t>
            </w:r>
          </w:p>
        </w:tc>
        <w:tc>
          <w:tcPr>
            <w:tcW w:w="564" w:type="dxa"/>
            <w:tcMar>
              <w:top w:w="20" w:type="dxa"/>
              <w:left w:w="50" w:type="dxa"/>
              <w:bottom w:w="20" w:type="dxa"/>
              <w:right w:w="50" w:type="dxa"/>
            </w:tcMar>
          </w:tcPr>
          <w:p w14:paraId="588C0753" w14:textId="77777777" w:rsidR="00292F36" w:rsidRDefault="00000000">
            <w:r>
              <w:rPr>
                <w:sz w:val="12"/>
              </w:rPr>
              <w:t>NA</w:t>
            </w:r>
          </w:p>
        </w:tc>
        <w:tc>
          <w:tcPr>
            <w:tcW w:w="564" w:type="dxa"/>
            <w:tcMar>
              <w:top w:w="20" w:type="dxa"/>
              <w:left w:w="50" w:type="dxa"/>
              <w:bottom w:w="20" w:type="dxa"/>
              <w:right w:w="50" w:type="dxa"/>
            </w:tcMar>
          </w:tcPr>
          <w:p w14:paraId="0F01D179" w14:textId="77777777" w:rsidR="00292F36" w:rsidRDefault="00000000">
            <w:r>
              <w:rPr>
                <w:sz w:val="12"/>
              </w:rPr>
              <w:t>0</w:t>
            </w:r>
          </w:p>
        </w:tc>
        <w:tc>
          <w:tcPr>
            <w:tcW w:w="564" w:type="dxa"/>
            <w:tcMar>
              <w:top w:w="20" w:type="dxa"/>
              <w:left w:w="50" w:type="dxa"/>
              <w:bottom w:w="20" w:type="dxa"/>
              <w:right w:w="50" w:type="dxa"/>
            </w:tcMar>
          </w:tcPr>
          <w:p w14:paraId="53CDCC06" w14:textId="77777777" w:rsidR="00292F36" w:rsidRDefault="00000000">
            <w:r>
              <w:rPr>
                <w:sz w:val="12"/>
              </w:rPr>
              <w:t>0.85714286</w:t>
            </w:r>
          </w:p>
        </w:tc>
        <w:tc>
          <w:tcPr>
            <w:tcW w:w="564" w:type="dxa"/>
            <w:tcMar>
              <w:top w:w="20" w:type="dxa"/>
              <w:left w:w="50" w:type="dxa"/>
              <w:bottom w:w="20" w:type="dxa"/>
              <w:right w:w="50" w:type="dxa"/>
            </w:tcMar>
          </w:tcPr>
          <w:p w14:paraId="1918DD72" w14:textId="77777777" w:rsidR="00292F36" w:rsidRDefault="00000000">
            <w:r>
              <w:rPr>
                <w:sz w:val="12"/>
              </w:rPr>
              <w:t>0.14285714</w:t>
            </w:r>
          </w:p>
        </w:tc>
        <w:tc>
          <w:tcPr>
            <w:tcW w:w="564" w:type="dxa"/>
            <w:tcMar>
              <w:top w:w="20" w:type="dxa"/>
              <w:left w:w="50" w:type="dxa"/>
              <w:bottom w:w="20" w:type="dxa"/>
              <w:right w:w="50" w:type="dxa"/>
            </w:tcMar>
          </w:tcPr>
          <w:p w14:paraId="69F41B07" w14:textId="77777777" w:rsidR="00292F36" w:rsidRDefault="00000000">
            <w:r>
              <w:rPr>
                <w:sz w:val="12"/>
              </w:rPr>
              <w:t>0</w:t>
            </w:r>
          </w:p>
        </w:tc>
        <w:tc>
          <w:tcPr>
            <w:tcW w:w="564" w:type="dxa"/>
            <w:tcMar>
              <w:top w:w="20" w:type="dxa"/>
              <w:left w:w="50" w:type="dxa"/>
              <w:bottom w:w="20" w:type="dxa"/>
              <w:right w:w="50" w:type="dxa"/>
            </w:tcMar>
          </w:tcPr>
          <w:p w14:paraId="54BDD9B9" w14:textId="77777777" w:rsidR="00292F36" w:rsidRDefault="00000000">
            <w:r>
              <w:rPr>
                <w:sz w:val="12"/>
              </w:rPr>
              <w:t>0</w:t>
            </w:r>
          </w:p>
        </w:tc>
        <w:tc>
          <w:tcPr>
            <w:tcW w:w="564" w:type="dxa"/>
            <w:tcMar>
              <w:top w:w="20" w:type="dxa"/>
              <w:left w:w="50" w:type="dxa"/>
              <w:bottom w:w="20" w:type="dxa"/>
              <w:right w:w="50" w:type="dxa"/>
            </w:tcMar>
          </w:tcPr>
          <w:p w14:paraId="1256638E" w14:textId="77777777" w:rsidR="00292F36" w:rsidRDefault="00000000">
            <w:r>
              <w:rPr>
                <w:sz w:val="12"/>
              </w:rPr>
              <w:t>0</w:t>
            </w:r>
          </w:p>
        </w:tc>
        <w:tc>
          <w:tcPr>
            <w:tcW w:w="564" w:type="dxa"/>
            <w:tcMar>
              <w:top w:w="20" w:type="dxa"/>
              <w:left w:w="50" w:type="dxa"/>
              <w:bottom w:w="20" w:type="dxa"/>
              <w:right w:w="50" w:type="dxa"/>
            </w:tcMar>
          </w:tcPr>
          <w:p w14:paraId="1735EDCB" w14:textId="77777777" w:rsidR="00292F36" w:rsidRDefault="00000000">
            <w:r>
              <w:rPr>
                <w:sz w:val="12"/>
              </w:rPr>
              <w:t>0</w:t>
            </w:r>
          </w:p>
        </w:tc>
        <w:tc>
          <w:tcPr>
            <w:tcW w:w="564" w:type="dxa"/>
            <w:tcMar>
              <w:top w:w="20" w:type="dxa"/>
              <w:left w:w="50" w:type="dxa"/>
              <w:bottom w:w="20" w:type="dxa"/>
              <w:right w:w="50" w:type="dxa"/>
            </w:tcMar>
          </w:tcPr>
          <w:p w14:paraId="0AF048DC" w14:textId="77777777" w:rsidR="00292F36" w:rsidRDefault="00000000">
            <w:r>
              <w:rPr>
                <w:sz w:val="12"/>
              </w:rPr>
              <w:t>0</w:t>
            </w:r>
          </w:p>
        </w:tc>
        <w:tc>
          <w:tcPr>
            <w:tcW w:w="564" w:type="dxa"/>
            <w:tcMar>
              <w:top w:w="20" w:type="dxa"/>
              <w:left w:w="50" w:type="dxa"/>
              <w:bottom w:w="20" w:type="dxa"/>
              <w:right w:w="50" w:type="dxa"/>
            </w:tcMar>
          </w:tcPr>
          <w:p w14:paraId="3F27D7AB" w14:textId="77777777" w:rsidR="00292F36" w:rsidRDefault="00000000">
            <w:r>
              <w:rPr>
                <w:sz w:val="12"/>
              </w:rPr>
              <w:t>0.00477327</w:t>
            </w:r>
          </w:p>
        </w:tc>
        <w:tc>
          <w:tcPr>
            <w:tcW w:w="564" w:type="dxa"/>
            <w:tcMar>
              <w:top w:w="20" w:type="dxa"/>
              <w:left w:w="50" w:type="dxa"/>
              <w:bottom w:w="20" w:type="dxa"/>
              <w:right w:w="50" w:type="dxa"/>
            </w:tcMar>
          </w:tcPr>
          <w:p w14:paraId="76899A5A" w14:textId="77777777" w:rsidR="00292F36" w:rsidRDefault="00000000">
            <w:r>
              <w:rPr>
                <w:sz w:val="12"/>
              </w:rPr>
              <w:t>0.13126492</w:t>
            </w:r>
          </w:p>
        </w:tc>
        <w:tc>
          <w:tcPr>
            <w:tcW w:w="564" w:type="dxa"/>
            <w:tcMar>
              <w:top w:w="20" w:type="dxa"/>
              <w:left w:w="50" w:type="dxa"/>
              <w:bottom w:w="20" w:type="dxa"/>
              <w:right w:w="50" w:type="dxa"/>
            </w:tcMar>
          </w:tcPr>
          <w:p w14:paraId="17F369BB" w14:textId="77777777" w:rsidR="00292F36" w:rsidRDefault="00000000">
            <w:r>
              <w:rPr>
                <w:sz w:val="12"/>
              </w:rPr>
              <w:t>0.09785203</w:t>
            </w:r>
          </w:p>
        </w:tc>
        <w:tc>
          <w:tcPr>
            <w:tcW w:w="564" w:type="dxa"/>
            <w:tcMar>
              <w:top w:w="20" w:type="dxa"/>
              <w:left w:w="50" w:type="dxa"/>
              <w:bottom w:w="20" w:type="dxa"/>
              <w:right w:w="50" w:type="dxa"/>
            </w:tcMar>
          </w:tcPr>
          <w:p w14:paraId="702BE826" w14:textId="77777777" w:rsidR="00292F36" w:rsidRDefault="00000000">
            <w:r>
              <w:rPr>
                <w:sz w:val="12"/>
              </w:rPr>
              <w:t>0.05250597</w:t>
            </w:r>
          </w:p>
        </w:tc>
        <w:tc>
          <w:tcPr>
            <w:tcW w:w="564" w:type="dxa"/>
            <w:tcMar>
              <w:top w:w="20" w:type="dxa"/>
              <w:left w:w="50" w:type="dxa"/>
              <w:bottom w:w="20" w:type="dxa"/>
              <w:right w:w="50" w:type="dxa"/>
            </w:tcMar>
          </w:tcPr>
          <w:p w14:paraId="5F75E301" w14:textId="77777777" w:rsidR="00292F36" w:rsidRDefault="00000000">
            <w:r>
              <w:rPr>
                <w:sz w:val="12"/>
              </w:rPr>
              <w:t>0.10023866</w:t>
            </w:r>
          </w:p>
        </w:tc>
        <w:tc>
          <w:tcPr>
            <w:tcW w:w="564" w:type="dxa"/>
            <w:tcMar>
              <w:top w:w="20" w:type="dxa"/>
              <w:left w:w="50" w:type="dxa"/>
              <w:bottom w:w="20" w:type="dxa"/>
              <w:right w:w="50" w:type="dxa"/>
            </w:tcMar>
          </w:tcPr>
          <w:p w14:paraId="4892781A" w14:textId="77777777" w:rsidR="00292F36" w:rsidRDefault="00000000">
            <w:r>
              <w:rPr>
                <w:sz w:val="12"/>
              </w:rPr>
              <w:t>0.61336516</w:t>
            </w:r>
          </w:p>
        </w:tc>
      </w:tr>
      <w:tr w:rsidR="00292F36" w14:paraId="36E8CD24" w14:textId="77777777">
        <w:tc>
          <w:tcPr>
            <w:tcW w:w="564" w:type="dxa"/>
            <w:tcMar>
              <w:top w:w="20" w:type="dxa"/>
              <w:left w:w="50" w:type="dxa"/>
              <w:bottom w:w="20" w:type="dxa"/>
              <w:right w:w="50" w:type="dxa"/>
            </w:tcMar>
          </w:tcPr>
          <w:p w14:paraId="11EE7F65" w14:textId="77777777" w:rsidR="00292F36" w:rsidRDefault="00000000">
            <w:r>
              <w:rPr>
                <w:sz w:val="12"/>
              </w:rPr>
              <w:t>2023_isla_san_jeronimo_isla_san_jeronimo_sport_fish_mid_1</w:t>
            </w:r>
          </w:p>
        </w:tc>
        <w:tc>
          <w:tcPr>
            <w:tcW w:w="564" w:type="dxa"/>
            <w:tcMar>
              <w:top w:w="20" w:type="dxa"/>
              <w:left w:w="50" w:type="dxa"/>
              <w:bottom w:w="20" w:type="dxa"/>
              <w:right w:w="50" w:type="dxa"/>
            </w:tcMar>
          </w:tcPr>
          <w:p w14:paraId="0599F20E" w14:textId="77777777" w:rsidR="00292F36" w:rsidRDefault="00000000">
            <w:r>
              <w:rPr>
                <w:sz w:val="12"/>
              </w:rPr>
              <w:t>-0.4625674</w:t>
            </w:r>
          </w:p>
        </w:tc>
        <w:tc>
          <w:tcPr>
            <w:tcW w:w="564" w:type="dxa"/>
            <w:tcMar>
              <w:top w:w="20" w:type="dxa"/>
              <w:left w:w="50" w:type="dxa"/>
              <w:bottom w:w="20" w:type="dxa"/>
              <w:right w:w="50" w:type="dxa"/>
            </w:tcMar>
          </w:tcPr>
          <w:p w14:paraId="7DE7A493" w14:textId="77777777" w:rsidR="00292F36" w:rsidRDefault="00000000">
            <w:r>
              <w:rPr>
                <w:sz w:val="12"/>
              </w:rPr>
              <w:t>-0.0698705</w:t>
            </w:r>
          </w:p>
        </w:tc>
        <w:tc>
          <w:tcPr>
            <w:tcW w:w="564" w:type="dxa"/>
            <w:tcMar>
              <w:top w:w="20" w:type="dxa"/>
              <w:left w:w="50" w:type="dxa"/>
              <w:bottom w:w="20" w:type="dxa"/>
              <w:right w:w="50" w:type="dxa"/>
            </w:tcMar>
          </w:tcPr>
          <w:p w14:paraId="3AA1A306" w14:textId="77777777" w:rsidR="00292F36" w:rsidRDefault="00000000">
            <w:r>
              <w:rPr>
                <w:sz w:val="12"/>
              </w:rPr>
              <w:t>2023</w:t>
            </w:r>
          </w:p>
        </w:tc>
        <w:tc>
          <w:tcPr>
            <w:tcW w:w="564" w:type="dxa"/>
            <w:tcMar>
              <w:top w:w="20" w:type="dxa"/>
              <w:left w:w="50" w:type="dxa"/>
              <w:bottom w:w="20" w:type="dxa"/>
              <w:right w:w="50" w:type="dxa"/>
            </w:tcMar>
          </w:tcPr>
          <w:p w14:paraId="65F7EE2D" w14:textId="77777777" w:rsidR="00292F36" w:rsidRDefault="00000000">
            <w:r>
              <w:rPr>
                <w:sz w:val="12"/>
              </w:rPr>
              <w:t>el_rosario</w:t>
            </w:r>
          </w:p>
        </w:tc>
        <w:tc>
          <w:tcPr>
            <w:tcW w:w="564" w:type="dxa"/>
            <w:tcMar>
              <w:top w:w="20" w:type="dxa"/>
              <w:left w:w="50" w:type="dxa"/>
              <w:bottom w:w="20" w:type="dxa"/>
              <w:right w:w="50" w:type="dxa"/>
            </w:tcMar>
          </w:tcPr>
          <w:p w14:paraId="73791BBF" w14:textId="77777777" w:rsidR="00292F36" w:rsidRDefault="00000000">
            <w:r>
              <w:rPr>
                <w:sz w:val="12"/>
              </w:rPr>
              <w:t>Middle</w:t>
            </w:r>
          </w:p>
        </w:tc>
        <w:tc>
          <w:tcPr>
            <w:tcW w:w="564" w:type="dxa"/>
            <w:tcMar>
              <w:top w:w="20" w:type="dxa"/>
              <w:left w:w="50" w:type="dxa"/>
              <w:bottom w:w="20" w:type="dxa"/>
              <w:right w:w="50" w:type="dxa"/>
            </w:tcMar>
          </w:tcPr>
          <w:p w14:paraId="082A61B5" w14:textId="77777777" w:rsidR="00292F36" w:rsidRDefault="00000000">
            <w:r>
              <w:rPr>
                <w:sz w:val="12"/>
              </w:rPr>
              <w:t>isla_san_jeronimo</w:t>
            </w:r>
          </w:p>
        </w:tc>
        <w:tc>
          <w:tcPr>
            <w:tcW w:w="564" w:type="dxa"/>
            <w:tcMar>
              <w:top w:w="20" w:type="dxa"/>
              <w:left w:w="50" w:type="dxa"/>
              <w:bottom w:w="20" w:type="dxa"/>
              <w:right w:w="50" w:type="dxa"/>
            </w:tcMar>
          </w:tcPr>
          <w:p w14:paraId="5CF2FED8" w14:textId="77777777" w:rsidR="00292F36" w:rsidRDefault="00000000">
            <w:r>
              <w:rPr>
                <w:sz w:val="12"/>
              </w:rPr>
              <w:t>isla_san_jeronimo_sport_fish_mid</w:t>
            </w:r>
          </w:p>
        </w:tc>
        <w:tc>
          <w:tcPr>
            <w:tcW w:w="564" w:type="dxa"/>
            <w:tcMar>
              <w:top w:w="20" w:type="dxa"/>
              <w:left w:w="50" w:type="dxa"/>
              <w:bottom w:w="20" w:type="dxa"/>
              <w:right w:w="50" w:type="dxa"/>
            </w:tcMar>
          </w:tcPr>
          <w:p w14:paraId="7127971B" w14:textId="77777777" w:rsidR="00292F36" w:rsidRDefault="00000000">
            <w:r>
              <w:rPr>
                <w:sz w:val="12"/>
              </w:rPr>
              <w:t>9</w:t>
            </w:r>
          </w:p>
        </w:tc>
        <w:tc>
          <w:tcPr>
            <w:tcW w:w="564" w:type="dxa"/>
            <w:tcMar>
              <w:top w:w="20" w:type="dxa"/>
              <w:left w:w="50" w:type="dxa"/>
              <w:bottom w:w="20" w:type="dxa"/>
              <w:right w:w="50" w:type="dxa"/>
            </w:tcMar>
          </w:tcPr>
          <w:p w14:paraId="16DCE391" w14:textId="77777777" w:rsidR="00292F36" w:rsidRDefault="00000000">
            <w:r>
              <w:rPr>
                <w:sz w:val="12"/>
              </w:rPr>
              <w:t>17</w:t>
            </w:r>
          </w:p>
        </w:tc>
        <w:tc>
          <w:tcPr>
            <w:tcW w:w="564" w:type="dxa"/>
            <w:tcMar>
              <w:top w:w="20" w:type="dxa"/>
              <w:left w:w="50" w:type="dxa"/>
              <w:bottom w:w="20" w:type="dxa"/>
              <w:right w:w="50" w:type="dxa"/>
            </w:tcMar>
          </w:tcPr>
          <w:p w14:paraId="3312F5C9" w14:textId="77777777" w:rsidR="00292F36" w:rsidRDefault="00000000">
            <w:r>
              <w:rPr>
                <w:sz w:val="12"/>
              </w:rPr>
              <w:t>1.53105172</w:t>
            </w:r>
          </w:p>
        </w:tc>
        <w:tc>
          <w:tcPr>
            <w:tcW w:w="564" w:type="dxa"/>
            <w:tcMar>
              <w:top w:w="20" w:type="dxa"/>
              <w:left w:w="50" w:type="dxa"/>
              <w:bottom w:w="20" w:type="dxa"/>
              <w:right w:w="50" w:type="dxa"/>
            </w:tcMar>
          </w:tcPr>
          <w:p w14:paraId="796BFE20" w14:textId="77777777" w:rsidR="00292F36" w:rsidRDefault="00000000">
            <w:r>
              <w:rPr>
                <w:sz w:val="12"/>
              </w:rPr>
              <w:t>0.99291617</w:t>
            </w:r>
          </w:p>
        </w:tc>
        <w:tc>
          <w:tcPr>
            <w:tcW w:w="564" w:type="dxa"/>
            <w:tcMar>
              <w:top w:w="20" w:type="dxa"/>
              <w:left w:w="50" w:type="dxa"/>
              <w:bottom w:w="20" w:type="dxa"/>
              <w:right w:w="50" w:type="dxa"/>
            </w:tcMar>
          </w:tcPr>
          <w:p w14:paraId="3F011739" w14:textId="77777777" w:rsidR="00292F36" w:rsidRDefault="00000000">
            <w:r>
              <w:rPr>
                <w:sz w:val="12"/>
              </w:rPr>
              <w:t>0.00472255</w:t>
            </w:r>
          </w:p>
        </w:tc>
        <w:tc>
          <w:tcPr>
            <w:tcW w:w="564" w:type="dxa"/>
            <w:tcMar>
              <w:top w:w="20" w:type="dxa"/>
              <w:left w:w="50" w:type="dxa"/>
              <w:bottom w:w="20" w:type="dxa"/>
              <w:right w:w="50" w:type="dxa"/>
            </w:tcMar>
          </w:tcPr>
          <w:p w14:paraId="27E4BA74" w14:textId="77777777" w:rsidR="00292F36" w:rsidRDefault="00000000">
            <w:r>
              <w:rPr>
                <w:sz w:val="12"/>
              </w:rPr>
              <w:t>0.00236128</w:t>
            </w:r>
          </w:p>
        </w:tc>
        <w:tc>
          <w:tcPr>
            <w:tcW w:w="564" w:type="dxa"/>
            <w:tcMar>
              <w:top w:w="20" w:type="dxa"/>
              <w:left w:w="50" w:type="dxa"/>
              <w:bottom w:w="20" w:type="dxa"/>
              <w:right w:w="50" w:type="dxa"/>
            </w:tcMar>
          </w:tcPr>
          <w:p w14:paraId="0CD1B854" w14:textId="77777777" w:rsidR="00292F36" w:rsidRDefault="00000000">
            <w:r>
              <w:rPr>
                <w:sz w:val="12"/>
              </w:rPr>
              <w:t>0</w:t>
            </w:r>
          </w:p>
        </w:tc>
        <w:tc>
          <w:tcPr>
            <w:tcW w:w="564" w:type="dxa"/>
            <w:tcMar>
              <w:top w:w="20" w:type="dxa"/>
              <w:left w:w="50" w:type="dxa"/>
              <w:bottom w:w="20" w:type="dxa"/>
              <w:right w:w="50" w:type="dxa"/>
            </w:tcMar>
          </w:tcPr>
          <w:p w14:paraId="64992D3B" w14:textId="77777777" w:rsidR="00292F36" w:rsidRDefault="00000000">
            <w:r>
              <w:rPr>
                <w:sz w:val="12"/>
              </w:rPr>
              <w:t>0</w:t>
            </w:r>
          </w:p>
        </w:tc>
        <w:tc>
          <w:tcPr>
            <w:tcW w:w="564" w:type="dxa"/>
            <w:tcMar>
              <w:top w:w="20" w:type="dxa"/>
              <w:left w:w="50" w:type="dxa"/>
              <w:bottom w:w="20" w:type="dxa"/>
              <w:right w:w="50" w:type="dxa"/>
            </w:tcMar>
          </w:tcPr>
          <w:p w14:paraId="63690B8B" w14:textId="77777777" w:rsidR="00292F36" w:rsidRDefault="00000000">
            <w:r>
              <w:rPr>
                <w:sz w:val="12"/>
              </w:rPr>
              <w:t>0</w:t>
            </w:r>
          </w:p>
        </w:tc>
        <w:tc>
          <w:tcPr>
            <w:tcW w:w="564" w:type="dxa"/>
            <w:tcMar>
              <w:top w:w="20" w:type="dxa"/>
              <w:left w:w="50" w:type="dxa"/>
              <w:bottom w:w="20" w:type="dxa"/>
              <w:right w:w="50" w:type="dxa"/>
            </w:tcMar>
          </w:tcPr>
          <w:p w14:paraId="4FECCEE7" w14:textId="77777777" w:rsidR="00292F36" w:rsidRDefault="00000000">
            <w:r>
              <w:rPr>
                <w:sz w:val="12"/>
              </w:rPr>
              <w:t>0</w:t>
            </w:r>
          </w:p>
        </w:tc>
        <w:tc>
          <w:tcPr>
            <w:tcW w:w="564" w:type="dxa"/>
            <w:tcMar>
              <w:top w:w="20" w:type="dxa"/>
              <w:left w:w="50" w:type="dxa"/>
              <w:bottom w:w="20" w:type="dxa"/>
              <w:right w:w="50" w:type="dxa"/>
            </w:tcMar>
          </w:tcPr>
          <w:p w14:paraId="4ACA53FA" w14:textId="77777777" w:rsidR="00292F36" w:rsidRDefault="00000000">
            <w:r>
              <w:rPr>
                <w:sz w:val="12"/>
              </w:rPr>
              <w:t>0</w:t>
            </w:r>
          </w:p>
        </w:tc>
        <w:tc>
          <w:tcPr>
            <w:tcW w:w="564" w:type="dxa"/>
            <w:tcMar>
              <w:top w:w="20" w:type="dxa"/>
              <w:left w:w="50" w:type="dxa"/>
              <w:bottom w:w="20" w:type="dxa"/>
              <w:right w:w="50" w:type="dxa"/>
            </w:tcMar>
          </w:tcPr>
          <w:p w14:paraId="4F04726A" w14:textId="77777777" w:rsidR="00292F36" w:rsidRDefault="00000000">
            <w:r>
              <w:rPr>
                <w:sz w:val="12"/>
              </w:rPr>
              <w:t>0</w:t>
            </w:r>
          </w:p>
        </w:tc>
        <w:tc>
          <w:tcPr>
            <w:tcW w:w="564" w:type="dxa"/>
            <w:tcMar>
              <w:top w:w="20" w:type="dxa"/>
              <w:left w:w="50" w:type="dxa"/>
              <w:bottom w:w="20" w:type="dxa"/>
              <w:right w:w="50" w:type="dxa"/>
            </w:tcMar>
          </w:tcPr>
          <w:p w14:paraId="78A6291E" w14:textId="77777777" w:rsidR="00292F36" w:rsidRDefault="00000000">
            <w:r>
              <w:rPr>
                <w:sz w:val="12"/>
              </w:rPr>
              <w:t>0.61931818</w:t>
            </w:r>
          </w:p>
        </w:tc>
        <w:tc>
          <w:tcPr>
            <w:tcW w:w="564" w:type="dxa"/>
            <w:tcMar>
              <w:top w:w="20" w:type="dxa"/>
              <w:left w:w="50" w:type="dxa"/>
              <w:bottom w:w="20" w:type="dxa"/>
              <w:right w:w="50" w:type="dxa"/>
            </w:tcMar>
          </w:tcPr>
          <w:p w14:paraId="19845139" w14:textId="77777777" w:rsidR="00292F36" w:rsidRDefault="00000000">
            <w:r>
              <w:rPr>
                <w:sz w:val="12"/>
              </w:rPr>
              <w:t>0</w:t>
            </w:r>
          </w:p>
        </w:tc>
        <w:tc>
          <w:tcPr>
            <w:tcW w:w="564" w:type="dxa"/>
            <w:tcMar>
              <w:top w:w="20" w:type="dxa"/>
              <w:left w:w="50" w:type="dxa"/>
              <w:bottom w:w="20" w:type="dxa"/>
              <w:right w:w="50" w:type="dxa"/>
            </w:tcMar>
          </w:tcPr>
          <w:p w14:paraId="042CABC9" w14:textId="77777777" w:rsidR="00292F36" w:rsidRDefault="00000000">
            <w:r>
              <w:rPr>
                <w:sz w:val="12"/>
              </w:rPr>
              <w:t>0</w:t>
            </w:r>
          </w:p>
        </w:tc>
        <w:tc>
          <w:tcPr>
            <w:tcW w:w="564" w:type="dxa"/>
            <w:tcMar>
              <w:top w:w="20" w:type="dxa"/>
              <w:left w:w="50" w:type="dxa"/>
              <w:bottom w:w="20" w:type="dxa"/>
              <w:right w:w="50" w:type="dxa"/>
            </w:tcMar>
          </w:tcPr>
          <w:p w14:paraId="40C6FAB6" w14:textId="77777777" w:rsidR="00292F36" w:rsidRDefault="00000000">
            <w:r>
              <w:rPr>
                <w:sz w:val="12"/>
              </w:rPr>
              <w:t>0.09090909</w:t>
            </w:r>
          </w:p>
        </w:tc>
        <w:tc>
          <w:tcPr>
            <w:tcW w:w="564" w:type="dxa"/>
            <w:tcMar>
              <w:top w:w="20" w:type="dxa"/>
              <w:left w:w="50" w:type="dxa"/>
              <w:bottom w:w="20" w:type="dxa"/>
              <w:right w:w="50" w:type="dxa"/>
            </w:tcMar>
          </w:tcPr>
          <w:p w14:paraId="2C8CF6E7" w14:textId="77777777" w:rsidR="00292F36" w:rsidRDefault="00000000">
            <w:r>
              <w:rPr>
                <w:sz w:val="12"/>
              </w:rPr>
              <w:t>0.28977273</w:t>
            </w:r>
          </w:p>
        </w:tc>
      </w:tr>
      <w:tr w:rsidR="00292F36" w14:paraId="31923537" w14:textId="77777777">
        <w:tc>
          <w:tcPr>
            <w:tcW w:w="564" w:type="dxa"/>
            <w:tcMar>
              <w:top w:w="20" w:type="dxa"/>
              <w:left w:w="50" w:type="dxa"/>
              <w:bottom w:w="20" w:type="dxa"/>
              <w:right w:w="50" w:type="dxa"/>
            </w:tcMar>
          </w:tcPr>
          <w:p w14:paraId="1C12B406" w14:textId="77777777" w:rsidR="00292F36" w:rsidRDefault="00000000">
            <w:r>
              <w:rPr>
                <w:sz w:val="12"/>
              </w:rPr>
              <w:t>2023_isla_san_jeronimo_isla_san_jeronimo_sport_fish_shallow_1</w:t>
            </w:r>
          </w:p>
        </w:tc>
        <w:tc>
          <w:tcPr>
            <w:tcW w:w="564" w:type="dxa"/>
            <w:tcMar>
              <w:top w:w="20" w:type="dxa"/>
              <w:left w:w="50" w:type="dxa"/>
              <w:bottom w:w="20" w:type="dxa"/>
              <w:right w:w="50" w:type="dxa"/>
            </w:tcMar>
          </w:tcPr>
          <w:p w14:paraId="14910AC5" w14:textId="77777777" w:rsidR="00292F36" w:rsidRDefault="00000000">
            <w:r>
              <w:rPr>
                <w:sz w:val="12"/>
              </w:rPr>
              <w:t>0.41156374</w:t>
            </w:r>
          </w:p>
        </w:tc>
        <w:tc>
          <w:tcPr>
            <w:tcW w:w="564" w:type="dxa"/>
            <w:tcMar>
              <w:top w:w="20" w:type="dxa"/>
              <w:left w:w="50" w:type="dxa"/>
              <w:bottom w:w="20" w:type="dxa"/>
              <w:right w:w="50" w:type="dxa"/>
            </w:tcMar>
          </w:tcPr>
          <w:p w14:paraId="1B56F113" w14:textId="77777777" w:rsidR="00292F36" w:rsidRDefault="00000000">
            <w:r>
              <w:rPr>
                <w:sz w:val="12"/>
              </w:rPr>
              <w:t>0.11093286</w:t>
            </w:r>
          </w:p>
        </w:tc>
        <w:tc>
          <w:tcPr>
            <w:tcW w:w="564" w:type="dxa"/>
            <w:tcMar>
              <w:top w:w="20" w:type="dxa"/>
              <w:left w:w="50" w:type="dxa"/>
              <w:bottom w:w="20" w:type="dxa"/>
              <w:right w:w="50" w:type="dxa"/>
            </w:tcMar>
          </w:tcPr>
          <w:p w14:paraId="716B20A5" w14:textId="77777777" w:rsidR="00292F36" w:rsidRDefault="00000000">
            <w:r>
              <w:rPr>
                <w:sz w:val="12"/>
              </w:rPr>
              <w:t>NA</w:t>
            </w:r>
          </w:p>
        </w:tc>
        <w:tc>
          <w:tcPr>
            <w:tcW w:w="564" w:type="dxa"/>
            <w:tcMar>
              <w:top w:w="20" w:type="dxa"/>
              <w:left w:w="50" w:type="dxa"/>
              <w:bottom w:w="20" w:type="dxa"/>
              <w:right w:w="50" w:type="dxa"/>
            </w:tcMar>
          </w:tcPr>
          <w:p w14:paraId="35D0435E" w14:textId="77777777" w:rsidR="00292F36" w:rsidRDefault="00000000">
            <w:r>
              <w:rPr>
                <w:sz w:val="12"/>
              </w:rPr>
              <w:t>NA</w:t>
            </w:r>
          </w:p>
        </w:tc>
        <w:tc>
          <w:tcPr>
            <w:tcW w:w="564" w:type="dxa"/>
            <w:tcMar>
              <w:top w:w="20" w:type="dxa"/>
              <w:left w:w="50" w:type="dxa"/>
              <w:bottom w:w="20" w:type="dxa"/>
              <w:right w:w="50" w:type="dxa"/>
            </w:tcMar>
          </w:tcPr>
          <w:p w14:paraId="11B53682" w14:textId="77777777" w:rsidR="00292F36" w:rsidRDefault="00000000">
            <w:r>
              <w:rPr>
                <w:sz w:val="12"/>
              </w:rPr>
              <w:t>NA</w:t>
            </w:r>
          </w:p>
        </w:tc>
        <w:tc>
          <w:tcPr>
            <w:tcW w:w="564" w:type="dxa"/>
            <w:tcMar>
              <w:top w:w="20" w:type="dxa"/>
              <w:left w:w="50" w:type="dxa"/>
              <w:bottom w:w="20" w:type="dxa"/>
              <w:right w:w="50" w:type="dxa"/>
            </w:tcMar>
          </w:tcPr>
          <w:p w14:paraId="6FF8C608" w14:textId="77777777" w:rsidR="00292F36" w:rsidRDefault="00000000">
            <w:r>
              <w:rPr>
                <w:sz w:val="12"/>
              </w:rPr>
              <w:t>NA</w:t>
            </w:r>
          </w:p>
        </w:tc>
        <w:tc>
          <w:tcPr>
            <w:tcW w:w="564" w:type="dxa"/>
            <w:tcMar>
              <w:top w:w="20" w:type="dxa"/>
              <w:left w:w="50" w:type="dxa"/>
              <w:bottom w:w="20" w:type="dxa"/>
              <w:right w:w="50" w:type="dxa"/>
            </w:tcMar>
          </w:tcPr>
          <w:p w14:paraId="35D21293" w14:textId="77777777" w:rsidR="00292F36" w:rsidRDefault="00000000">
            <w:r>
              <w:rPr>
                <w:sz w:val="12"/>
              </w:rPr>
              <w:t>NA</w:t>
            </w:r>
          </w:p>
        </w:tc>
        <w:tc>
          <w:tcPr>
            <w:tcW w:w="564" w:type="dxa"/>
            <w:tcMar>
              <w:top w:w="20" w:type="dxa"/>
              <w:left w:w="50" w:type="dxa"/>
              <w:bottom w:w="20" w:type="dxa"/>
              <w:right w:w="50" w:type="dxa"/>
            </w:tcMar>
          </w:tcPr>
          <w:p w14:paraId="571F5A02" w14:textId="77777777" w:rsidR="00292F36" w:rsidRDefault="00000000">
            <w:r>
              <w:rPr>
                <w:sz w:val="12"/>
              </w:rPr>
              <w:t>NA</w:t>
            </w:r>
          </w:p>
        </w:tc>
        <w:tc>
          <w:tcPr>
            <w:tcW w:w="564" w:type="dxa"/>
            <w:tcMar>
              <w:top w:w="20" w:type="dxa"/>
              <w:left w:w="50" w:type="dxa"/>
              <w:bottom w:w="20" w:type="dxa"/>
              <w:right w:w="50" w:type="dxa"/>
            </w:tcMar>
          </w:tcPr>
          <w:p w14:paraId="68CCD8F0" w14:textId="77777777" w:rsidR="00292F36" w:rsidRDefault="00000000">
            <w:r>
              <w:rPr>
                <w:sz w:val="12"/>
              </w:rPr>
              <w:t>NA</w:t>
            </w:r>
          </w:p>
        </w:tc>
        <w:tc>
          <w:tcPr>
            <w:tcW w:w="564" w:type="dxa"/>
            <w:tcMar>
              <w:top w:w="20" w:type="dxa"/>
              <w:left w:w="50" w:type="dxa"/>
              <w:bottom w:w="20" w:type="dxa"/>
              <w:right w:w="50" w:type="dxa"/>
            </w:tcMar>
          </w:tcPr>
          <w:p w14:paraId="15AB63B4" w14:textId="77777777" w:rsidR="00292F36" w:rsidRDefault="00000000">
            <w:r>
              <w:rPr>
                <w:sz w:val="12"/>
              </w:rPr>
              <w:t>NA</w:t>
            </w:r>
          </w:p>
        </w:tc>
        <w:tc>
          <w:tcPr>
            <w:tcW w:w="564" w:type="dxa"/>
            <w:tcMar>
              <w:top w:w="20" w:type="dxa"/>
              <w:left w:w="50" w:type="dxa"/>
              <w:bottom w:w="20" w:type="dxa"/>
              <w:right w:w="50" w:type="dxa"/>
            </w:tcMar>
          </w:tcPr>
          <w:p w14:paraId="6B1CB52C" w14:textId="77777777" w:rsidR="00292F36" w:rsidRDefault="00000000">
            <w:r>
              <w:rPr>
                <w:sz w:val="12"/>
              </w:rPr>
              <w:t>0.11111111</w:t>
            </w:r>
          </w:p>
        </w:tc>
        <w:tc>
          <w:tcPr>
            <w:tcW w:w="564" w:type="dxa"/>
            <w:tcMar>
              <w:top w:w="20" w:type="dxa"/>
              <w:left w:w="50" w:type="dxa"/>
              <w:bottom w:w="20" w:type="dxa"/>
              <w:right w:w="50" w:type="dxa"/>
            </w:tcMar>
          </w:tcPr>
          <w:p w14:paraId="475F4F72" w14:textId="77777777" w:rsidR="00292F36" w:rsidRDefault="00000000">
            <w:r>
              <w:rPr>
                <w:sz w:val="12"/>
              </w:rPr>
              <w:t>0.55555556</w:t>
            </w:r>
          </w:p>
        </w:tc>
        <w:tc>
          <w:tcPr>
            <w:tcW w:w="564" w:type="dxa"/>
            <w:tcMar>
              <w:top w:w="20" w:type="dxa"/>
              <w:left w:w="50" w:type="dxa"/>
              <w:bottom w:w="20" w:type="dxa"/>
              <w:right w:w="50" w:type="dxa"/>
            </w:tcMar>
          </w:tcPr>
          <w:p w14:paraId="2E77A8FF" w14:textId="77777777" w:rsidR="00292F36" w:rsidRDefault="00000000">
            <w:r>
              <w:rPr>
                <w:sz w:val="12"/>
              </w:rPr>
              <w:t>0.33333333</w:t>
            </w:r>
          </w:p>
        </w:tc>
        <w:tc>
          <w:tcPr>
            <w:tcW w:w="564" w:type="dxa"/>
            <w:tcMar>
              <w:top w:w="20" w:type="dxa"/>
              <w:left w:w="50" w:type="dxa"/>
              <w:bottom w:w="20" w:type="dxa"/>
              <w:right w:w="50" w:type="dxa"/>
            </w:tcMar>
          </w:tcPr>
          <w:p w14:paraId="3F9B1DA5" w14:textId="77777777" w:rsidR="00292F36" w:rsidRDefault="00000000">
            <w:r>
              <w:rPr>
                <w:sz w:val="12"/>
              </w:rPr>
              <w:t>0</w:t>
            </w:r>
          </w:p>
        </w:tc>
        <w:tc>
          <w:tcPr>
            <w:tcW w:w="564" w:type="dxa"/>
            <w:tcMar>
              <w:top w:w="20" w:type="dxa"/>
              <w:left w:w="50" w:type="dxa"/>
              <w:bottom w:w="20" w:type="dxa"/>
              <w:right w:w="50" w:type="dxa"/>
            </w:tcMar>
          </w:tcPr>
          <w:p w14:paraId="3CCD2912" w14:textId="77777777" w:rsidR="00292F36" w:rsidRDefault="00000000">
            <w:r>
              <w:rPr>
                <w:sz w:val="12"/>
              </w:rPr>
              <w:t>0</w:t>
            </w:r>
          </w:p>
        </w:tc>
        <w:tc>
          <w:tcPr>
            <w:tcW w:w="564" w:type="dxa"/>
            <w:tcMar>
              <w:top w:w="20" w:type="dxa"/>
              <w:left w:w="50" w:type="dxa"/>
              <w:bottom w:w="20" w:type="dxa"/>
              <w:right w:w="50" w:type="dxa"/>
            </w:tcMar>
          </w:tcPr>
          <w:p w14:paraId="25AD611F" w14:textId="77777777" w:rsidR="00292F36" w:rsidRDefault="00000000">
            <w:r>
              <w:rPr>
                <w:sz w:val="12"/>
              </w:rPr>
              <w:t>0</w:t>
            </w:r>
          </w:p>
        </w:tc>
        <w:tc>
          <w:tcPr>
            <w:tcW w:w="564" w:type="dxa"/>
            <w:tcMar>
              <w:top w:w="20" w:type="dxa"/>
              <w:left w:w="50" w:type="dxa"/>
              <w:bottom w:w="20" w:type="dxa"/>
              <w:right w:w="50" w:type="dxa"/>
            </w:tcMar>
          </w:tcPr>
          <w:p w14:paraId="0773A3FA" w14:textId="77777777" w:rsidR="00292F36" w:rsidRDefault="00000000">
            <w:r>
              <w:rPr>
                <w:sz w:val="12"/>
              </w:rPr>
              <w:t>0</w:t>
            </w:r>
          </w:p>
        </w:tc>
        <w:tc>
          <w:tcPr>
            <w:tcW w:w="564" w:type="dxa"/>
            <w:tcMar>
              <w:top w:w="20" w:type="dxa"/>
              <w:left w:w="50" w:type="dxa"/>
              <w:bottom w:w="20" w:type="dxa"/>
              <w:right w:w="50" w:type="dxa"/>
            </w:tcMar>
          </w:tcPr>
          <w:p w14:paraId="7A666CC2" w14:textId="77777777" w:rsidR="00292F36" w:rsidRDefault="00000000">
            <w:r>
              <w:rPr>
                <w:sz w:val="12"/>
              </w:rPr>
              <w:t>0</w:t>
            </w:r>
          </w:p>
        </w:tc>
        <w:tc>
          <w:tcPr>
            <w:tcW w:w="564" w:type="dxa"/>
            <w:tcMar>
              <w:top w:w="20" w:type="dxa"/>
              <w:left w:w="50" w:type="dxa"/>
              <w:bottom w:w="20" w:type="dxa"/>
              <w:right w:w="50" w:type="dxa"/>
            </w:tcMar>
          </w:tcPr>
          <w:p w14:paraId="46673E7F" w14:textId="77777777" w:rsidR="00292F36" w:rsidRDefault="00000000">
            <w:r>
              <w:rPr>
                <w:sz w:val="12"/>
              </w:rPr>
              <w:t>0.0625</w:t>
            </w:r>
          </w:p>
        </w:tc>
        <w:tc>
          <w:tcPr>
            <w:tcW w:w="564" w:type="dxa"/>
            <w:tcMar>
              <w:top w:w="20" w:type="dxa"/>
              <w:left w:w="50" w:type="dxa"/>
              <w:bottom w:w="20" w:type="dxa"/>
              <w:right w:w="50" w:type="dxa"/>
            </w:tcMar>
          </w:tcPr>
          <w:p w14:paraId="01D556E5" w14:textId="77777777" w:rsidR="00292F36" w:rsidRDefault="00000000">
            <w:r>
              <w:rPr>
                <w:sz w:val="12"/>
              </w:rPr>
              <w:t>0.375</w:t>
            </w:r>
          </w:p>
        </w:tc>
        <w:tc>
          <w:tcPr>
            <w:tcW w:w="564" w:type="dxa"/>
            <w:tcMar>
              <w:top w:w="20" w:type="dxa"/>
              <w:left w:w="50" w:type="dxa"/>
              <w:bottom w:w="20" w:type="dxa"/>
              <w:right w:w="50" w:type="dxa"/>
            </w:tcMar>
          </w:tcPr>
          <w:p w14:paraId="707350FA" w14:textId="77777777" w:rsidR="00292F36" w:rsidRDefault="00000000">
            <w:r>
              <w:rPr>
                <w:sz w:val="12"/>
              </w:rPr>
              <w:t>0</w:t>
            </w:r>
          </w:p>
        </w:tc>
        <w:tc>
          <w:tcPr>
            <w:tcW w:w="564" w:type="dxa"/>
            <w:tcMar>
              <w:top w:w="20" w:type="dxa"/>
              <w:left w:w="50" w:type="dxa"/>
              <w:bottom w:w="20" w:type="dxa"/>
              <w:right w:w="50" w:type="dxa"/>
            </w:tcMar>
          </w:tcPr>
          <w:p w14:paraId="12F67319" w14:textId="77777777" w:rsidR="00292F36" w:rsidRDefault="00000000">
            <w:r>
              <w:rPr>
                <w:sz w:val="12"/>
              </w:rPr>
              <w:t>0</w:t>
            </w:r>
          </w:p>
        </w:tc>
        <w:tc>
          <w:tcPr>
            <w:tcW w:w="564" w:type="dxa"/>
            <w:tcMar>
              <w:top w:w="20" w:type="dxa"/>
              <w:left w:w="50" w:type="dxa"/>
              <w:bottom w:w="20" w:type="dxa"/>
              <w:right w:w="50" w:type="dxa"/>
            </w:tcMar>
          </w:tcPr>
          <w:p w14:paraId="13AA3C42" w14:textId="77777777" w:rsidR="00292F36" w:rsidRDefault="00000000">
            <w:r>
              <w:rPr>
                <w:sz w:val="12"/>
              </w:rPr>
              <w:t>0</w:t>
            </w:r>
          </w:p>
        </w:tc>
        <w:tc>
          <w:tcPr>
            <w:tcW w:w="564" w:type="dxa"/>
            <w:tcMar>
              <w:top w:w="20" w:type="dxa"/>
              <w:left w:w="50" w:type="dxa"/>
              <w:bottom w:w="20" w:type="dxa"/>
              <w:right w:w="50" w:type="dxa"/>
            </w:tcMar>
          </w:tcPr>
          <w:p w14:paraId="04D66FF8" w14:textId="77777777" w:rsidR="00292F36" w:rsidRDefault="00000000">
            <w:r>
              <w:rPr>
                <w:sz w:val="12"/>
              </w:rPr>
              <w:t>0.5625</w:t>
            </w:r>
          </w:p>
        </w:tc>
      </w:tr>
      <w:tr w:rsidR="00292F36" w14:paraId="7592C405" w14:textId="77777777">
        <w:tc>
          <w:tcPr>
            <w:tcW w:w="564" w:type="dxa"/>
            <w:tcMar>
              <w:top w:w="20" w:type="dxa"/>
              <w:left w:w="50" w:type="dxa"/>
              <w:bottom w:w="20" w:type="dxa"/>
              <w:right w:w="50" w:type="dxa"/>
            </w:tcMar>
          </w:tcPr>
          <w:p w14:paraId="51105AB1" w14:textId="77777777" w:rsidR="00292F36" w:rsidRDefault="00000000">
            <w:r>
              <w:rPr>
                <w:sz w:val="12"/>
              </w:rPr>
              <w:t>2023_isla_san_jeronimo_isla_san_jeronimo_sport_fish_shallow_2</w:t>
            </w:r>
          </w:p>
        </w:tc>
        <w:tc>
          <w:tcPr>
            <w:tcW w:w="564" w:type="dxa"/>
            <w:tcMar>
              <w:top w:w="20" w:type="dxa"/>
              <w:left w:w="50" w:type="dxa"/>
              <w:bottom w:w="20" w:type="dxa"/>
              <w:right w:w="50" w:type="dxa"/>
            </w:tcMar>
          </w:tcPr>
          <w:p w14:paraId="7B741EB9" w14:textId="77777777" w:rsidR="00292F36" w:rsidRDefault="00000000">
            <w:r>
              <w:rPr>
                <w:sz w:val="12"/>
              </w:rPr>
              <w:t>0.6330465</w:t>
            </w:r>
          </w:p>
        </w:tc>
        <w:tc>
          <w:tcPr>
            <w:tcW w:w="564" w:type="dxa"/>
            <w:tcMar>
              <w:top w:w="20" w:type="dxa"/>
              <w:left w:w="50" w:type="dxa"/>
              <w:bottom w:w="20" w:type="dxa"/>
              <w:right w:w="50" w:type="dxa"/>
            </w:tcMar>
          </w:tcPr>
          <w:p w14:paraId="30CBAB06" w14:textId="77777777" w:rsidR="00292F36" w:rsidRDefault="00000000">
            <w:r>
              <w:rPr>
                <w:sz w:val="12"/>
              </w:rPr>
              <w:t>-0.332563</w:t>
            </w:r>
          </w:p>
        </w:tc>
        <w:tc>
          <w:tcPr>
            <w:tcW w:w="564" w:type="dxa"/>
            <w:tcMar>
              <w:top w:w="20" w:type="dxa"/>
              <w:left w:w="50" w:type="dxa"/>
              <w:bottom w:w="20" w:type="dxa"/>
              <w:right w:w="50" w:type="dxa"/>
            </w:tcMar>
          </w:tcPr>
          <w:p w14:paraId="106CDCC6" w14:textId="77777777" w:rsidR="00292F36" w:rsidRDefault="00000000">
            <w:r>
              <w:rPr>
                <w:sz w:val="12"/>
              </w:rPr>
              <w:t>NA</w:t>
            </w:r>
          </w:p>
        </w:tc>
        <w:tc>
          <w:tcPr>
            <w:tcW w:w="564" w:type="dxa"/>
            <w:tcMar>
              <w:top w:w="20" w:type="dxa"/>
              <w:left w:w="50" w:type="dxa"/>
              <w:bottom w:w="20" w:type="dxa"/>
              <w:right w:w="50" w:type="dxa"/>
            </w:tcMar>
          </w:tcPr>
          <w:p w14:paraId="3B5E585E" w14:textId="77777777" w:rsidR="00292F36" w:rsidRDefault="00000000">
            <w:r>
              <w:rPr>
                <w:sz w:val="12"/>
              </w:rPr>
              <w:t>NA</w:t>
            </w:r>
          </w:p>
        </w:tc>
        <w:tc>
          <w:tcPr>
            <w:tcW w:w="564" w:type="dxa"/>
            <w:tcMar>
              <w:top w:w="20" w:type="dxa"/>
              <w:left w:w="50" w:type="dxa"/>
              <w:bottom w:w="20" w:type="dxa"/>
              <w:right w:w="50" w:type="dxa"/>
            </w:tcMar>
          </w:tcPr>
          <w:p w14:paraId="2D70F015" w14:textId="77777777" w:rsidR="00292F36" w:rsidRDefault="00000000">
            <w:r>
              <w:rPr>
                <w:sz w:val="12"/>
              </w:rPr>
              <w:t>NA</w:t>
            </w:r>
          </w:p>
        </w:tc>
        <w:tc>
          <w:tcPr>
            <w:tcW w:w="564" w:type="dxa"/>
            <w:tcMar>
              <w:top w:w="20" w:type="dxa"/>
              <w:left w:w="50" w:type="dxa"/>
              <w:bottom w:w="20" w:type="dxa"/>
              <w:right w:w="50" w:type="dxa"/>
            </w:tcMar>
          </w:tcPr>
          <w:p w14:paraId="60B7189D" w14:textId="77777777" w:rsidR="00292F36" w:rsidRDefault="00000000">
            <w:r>
              <w:rPr>
                <w:sz w:val="12"/>
              </w:rPr>
              <w:t>NA</w:t>
            </w:r>
          </w:p>
        </w:tc>
        <w:tc>
          <w:tcPr>
            <w:tcW w:w="564" w:type="dxa"/>
            <w:tcMar>
              <w:top w:w="20" w:type="dxa"/>
              <w:left w:w="50" w:type="dxa"/>
              <w:bottom w:w="20" w:type="dxa"/>
              <w:right w:w="50" w:type="dxa"/>
            </w:tcMar>
          </w:tcPr>
          <w:p w14:paraId="6B3827B5" w14:textId="77777777" w:rsidR="00292F36" w:rsidRDefault="00000000">
            <w:r>
              <w:rPr>
                <w:sz w:val="12"/>
              </w:rPr>
              <w:t>NA</w:t>
            </w:r>
          </w:p>
        </w:tc>
        <w:tc>
          <w:tcPr>
            <w:tcW w:w="564" w:type="dxa"/>
            <w:tcMar>
              <w:top w:w="20" w:type="dxa"/>
              <w:left w:w="50" w:type="dxa"/>
              <w:bottom w:w="20" w:type="dxa"/>
              <w:right w:w="50" w:type="dxa"/>
            </w:tcMar>
          </w:tcPr>
          <w:p w14:paraId="64584170" w14:textId="77777777" w:rsidR="00292F36" w:rsidRDefault="00000000">
            <w:r>
              <w:rPr>
                <w:sz w:val="12"/>
              </w:rPr>
              <w:t>NA</w:t>
            </w:r>
          </w:p>
        </w:tc>
        <w:tc>
          <w:tcPr>
            <w:tcW w:w="564" w:type="dxa"/>
            <w:tcMar>
              <w:top w:w="20" w:type="dxa"/>
              <w:left w:w="50" w:type="dxa"/>
              <w:bottom w:w="20" w:type="dxa"/>
              <w:right w:w="50" w:type="dxa"/>
            </w:tcMar>
          </w:tcPr>
          <w:p w14:paraId="28D35B1A" w14:textId="77777777" w:rsidR="00292F36" w:rsidRDefault="00000000">
            <w:r>
              <w:rPr>
                <w:sz w:val="12"/>
              </w:rPr>
              <w:t>NA</w:t>
            </w:r>
          </w:p>
        </w:tc>
        <w:tc>
          <w:tcPr>
            <w:tcW w:w="564" w:type="dxa"/>
            <w:tcMar>
              <w:top w:w="20" w:type="dxa"/>
              <w:left w:w="50" w:type="dxa"/>
              <w:bottom w:w="20" w:type="dxa"/>
              <w:right w:w="50" w:type="dxa"/>
            </w:tcMar>
          </w:tcPr>
          <w:p w14:paraId="4F5AC01F" w14:textId="77777777" w:rsidR="00292F36" w:rsidRDefault="00000000">
            <w:r>
              <w:rPr>
                <w:sz w:val="12"/>
              </w:rPr>
              <w:t>NA</w:t>
            </w:r>
          </w:p>
        </w:tc>
        <w:tc>
          <w:tcPr>
            <w:tcW w:w="564" w:type="dxa"/>
            <w:tcMar>
              <w:top w:w="20" w:type="dxa"/>
              <w:left w:w="50" w:type="dxa"/>
              <w:bottom w:w="20" w:type="dxa"/>
              <w:right w:w="50" w:type="dxa"/>
            </w:tcMar>
          </w:tcPr>
          <w:p w14:paraId="678950A2" w14:textId="77777777" w:rsidR="00292F36" w:rsidRDefault="00000000">
            <w:r>
              <w:rPr>
                <w:sz w:val="12"/>
              </w:rPr>
              <w:t>0</w:t>
            </w:r>
          </w:p>
        </w:tc>
        <w:tc>
          <w:tcPr>
            <w:tcW w:w="564" w:type="dxa"/>
            <w:tcMar>
              <w:top w:w="20" w:type="dxa"/>
              <w:left w:w="50" w:type="dxa"/>
              <w:bottom w:w="20" w:type="dxa"/>
              <w:right w:w="50" w:type="dxa"/>
            </w:tcMar>
          </w:tcPr>
          <w:p w14:paraId="19E73BDC" w14:textId="77777777" w:rsidR="00292F36" w:rsidRDefault="00000000">
            <w:r>
              <w:rPr>
                <w:sz w:val="12"/>
              </w:rPr>
              <w:t>1</w:t>
            </w:r>
          </w:p>
        </w:tc>
        <w:tc>
          <w:tcPr>
            <w:tcW w:w="564" w:type="dxa"/>
            <w:tcMar>
              <w:top w:w="20" w:type="dxa"/>
              <w:left w:w="50" w:type="dxa"/>
              <w:bottom w:w="20" w:type="dxa"/>
              <w:right w:w="50" w:type="dxa"/>
            </w:tcMar>
          </w:tcPr>
          <w:p w14:paraId="56F014B4" w14:textId="77777777" w:rsidR="00292F36" w:rsidRDefault="00000000">
            <w:r>
              <w:rPr>
                <w:sz w:val="12"/>
              </w:rPr>
              <w:t>0</w:t>
            </w:r>
          </w:p>
        </w:tc>
        <w:tc>
          <w:tcPr>
            <w:tcW w:w="564" w:type="dxa"/>
            <w:tcMar>
              <w:top w:w="20" w:type="dxa"/>
              <w:left w:w="50" w:type="dxa"/>
              <w:bottom w:w="20" w:type="dxa"/>
              <w:right w:w="50" w:type="dxa"/>
            </w:tcMar>
          </w:tcPr>
          <w:p w14:paraId="5357168E" w14:textId="77777777" w:rsidR="00292F36" w:rsidRDefault="00000000">
            <w:r>
              <w:rPr>
                <w:sz w:val="12"/>
              </w:rPr>
              <w:t>0</w:t>
            </w:r>
          </w:p>
        </w:tc>
        <w:tc>
          <w:tcPr>
            <w:tcW w:w="564" w:type="dxa"/>
            <w:tcMar>
              <w:top w:w="20" w:type="dxa"/>
              <w:left w:w="50" w:type="dxa"/>
              <w:bottom w:w="20" w:type="dxa"/>
              <w:right w:w="50" w:type="dxa"/>
            </w:tcMar>
          </w:tcPr>
          <w:p w14:paraId="4F092545" w14:textId="77777777" w:rsidR="00292F36" w:rsidRDefault="00000000">
            <w:r>
              <w:rPr>
                <w:sz w:val="12"/>
              </w:rPr>
              <w:t>0</w:t>
            </w:r>
          </w:p>
        </w:tc>
        <w:tc>
          <w:tcPr>
            <w:tcW w:w="564" w:type="dxa"/>
            <w:tcMar>
              <w:top w:w="20" w:type="dxa"/>
              <w:left w:w="50" w:type="dxa"/>
              <w:bottom w:w="20" w:type="dxa"/>
              <w:right w:w="50" w:type="dxa"/>
            </w:tcMar>
          </w:tcPr>
          <w:p w14:paraId="2CE7A02F" w14:textId="77777777" w:rsidR="00292F36" w:rsidRDefault="00000000">
            <w:r>
              <w:rPr>
                <w:sz w:val="12"/>
              </w:rPr>
              <w:t>0</w:t>
            </w:r>
          </w:p>
        </w:tc>
        <w:tc>
          <w:tcPr>
            <w:tcW w:w="564" w:type="dxa"/>
            <w:tcMar>
              <w:top w:w="20" w:type="dxa"/>
              <w:left w:w="50" w:type="dxa"/>
              <w:bottom w:w="20" w:type="dxa"/>
              <w:right w:w="50" w:type="dxa"/>
            </w:tcMar>
          </w:tcPr>
          <w:p w14:paraId="4CF8F5ED" w14:textId="77777777" w:rsidR="00292F36" w:rsidRDefault="00000000">
            <w:r>
              <w:rPr>
                <w:sz w:val="12"/>
              </w:rPr>
              <w:t>0</w:t>
            </w:r>
          </w:p>
        </w:tc>
        <w:tc>
          <w:tcPr>
            <w:tcW w:w="564" w:type="dxa"/>
            <w:tcMar>
              <w:top w:w="20" w:type="dxa"/>
              <w:left w:w="50" w:type="dxa"/>
              <w:bottom w:w="20" w:type="dxa"/>
              <w:right w:w="50" w:type="dxa"/>
            </w:tcMar>
          </w:tcPr>
          <w:p w14:paraId="05FF708C" w14:textId="77777777" w:rsidR="00292F36" w:rsidRDefault="00000000">
            <w:r>
              <w:rPr>
                <w:sz w:val="12"/>
              </w:rPr>
              <w:t>0</w:t>
            </w:r>
          </w:p>
        </w:tc>
        <w:tc>
          <w:tcPr>
            <w:tcW w:w="564" w:type="dxa"/>
            <w:tcMar>
              <w:top w:w="20" w:type="dxa"/>
              <w:left w:w="50" w:type="dxa"/>
              <w:bottom w:w="20" w:type="dxa"/>
              <w:right w:w="50" w:type="dxa"/>
            </w:tcMar>
          </w:tcPr>
          <w:p w14:paraId="338D7078" w14:textId="77777777" w:rsidR="00292F36" w:rsidRDefault="00000000">
            <w:r>
              <w:rPr>
                <w:sz w:val="12"/>
              </w:rPr>
              <w:t>0.00961538</w:t>
            </w:r>
          </w:p>
        </w:tc>
        <w:tc>
          <w:tcPr>
            <w:tcW w:w="564" w:type="dxa"/>
            <w:tcMar>
              <w:top w:w="20" w:type="dxa"/>
              <w:left w:w="50" w:type="dxa"/>
              <w:bottom w:w="20" w:type="dxa"/>
              <w:right w:w="50" w:type="dxa"/>
            </w:tcMar>
          </w:tcPr>
          <w:p w14:paraId="54207B9E" w14:textId="77777777" w:rsidR="00292F36" w:rsidRDefault="00000000">
            <w:r>
              <w:rPr>
                <w:sz w:val="12"/>
              </w:rPr>
              <w:t>0.80769231</w:t>
            </w:r>
          </w:p>
        </w:tc>
        <w:tc>
          <w:tcPr>
            <w:tcW w:w="564" w:type="dxa"/>
            <w:tcMar>
              <w:top w:w="20" w:type="dxa"/>
              <w:left w:w="50" w:type="dxa"/>
              <w:bottom w:w="20" w:type="dxa"/>
              <w:right w:w="50" w:type="dxa"/>
            </w:tcMar>
          </w:tcPr>
          <w:p w14:paraId="7D3335EF" w14:textId="77777777" w:rsidR="00292F36" w:rsidRDefault="00000000">
            <w:r>
              <w:rPr>
                <w:sz w:val="12"/>
              </w:rPr>
              <w:t>0.02884615</w:t>
            </w:r>
          </w:p>
        </w:tc>
        <w:tc>
          <w:tcPr>
            <w:tcW w:w="564" w:type="dxa"/>
            <w:tcMar>
              <w:top w:w="20" w:type="dxa"/>
              <w:left w:w="50" w:type="dxa"/>
              <w:bottom w:w="20" w:type="dxa"/>
              <w:right w:w="50" w:type="dxa"/>
            </w:tcMar>
          </w:tcPr>
          <w:p w14:paraId="30A9145A" w14:textId="77777777" w:rsidR="00292F36" w:rsidRDefault="00000000">
            <w:r>
              <w:rPr>
                <w:sz w:val="12"/>
              </w:rPr>
              <w:t>0</w:t>
            </w:r>
          </w:p>
        </w:tc>
        <w:tc>
          <w:tcPr>
            <w:tcW w:w="564" w:type="dxa"/>
            <w:tcMar>
              <w:top w:w="20" w:type="dxa"/>
              <w:left w:w="50" w:type="dxa"/>
              <w:bottom w:w="20" w:type="dxa"/>
              <w:right w:w="50" w:type="dxa"/>
            </w:tcMar>
          </w:tcPr>
          <w:p w14:paraId="617E8434" w14:textId="77777777" w:rsidR="00292F36" w:rsidRDefault="00000000">
            <w:r>
              <w:rPr>
                <w:sz w:val="12"/>
              </w:rPr>
              <w:t>0</w:t>
            </w:r>
          </w:p>
        </w:tc>
        <w:tc>
          <w:tcPr>
            <w:tcW w:w="564" w:type="dxa"/>
            <w:tcMar>
              <w:top w:w="20" w:type="dxa"/>
              <w:left w:w="50" w:type="dxa"/>
              <w:bottom w:w="20" w:type="dxa"/>
              <w:right w:w="50" w:type="dxa"/>
            </w:tcMar>
          </w:tcPr>
          <w:p w14:paraId="4DA2B1FB" w14:textId="77777777" w:rsidR="00292F36" w:rsidRDefault="00000000">
            <w:r>
              <w:rPr>
                <w:sz w:val="12"/>
              </w:rPr>
              <w:t>0.15384615</w:t>
            </w:r>
          </w:p>
        </w:tc>
      </w:tr>
      <w:tr w:rsidR="00292F36" w14:paraId="74D8CB54" w14:textId="77777777">
        <w:tc>
          <w:tcPr>
            <w:tcW w:w="564" w:type="dxa"/>
            <w:tcMar>
              <w:top w:w="20" w:type="dxa"/>
              <w:left w:w="50" w:type="dxa"/>
              <w:bottom w:w="20" w:type="dxa"/>
              <w:right w:w="50" w:type="dxa"/>
            </w:tcMar>
          </w:tcPr>
          <w:p w14:paraId="1A76EBDB" w14:textId="77777777" w:rsidR="00292F36" w:rsidRDefault="00000000">
            <w:r>
              <w:rPr>
                <w:sz w:val="12"/>
              </w:rPr>
              <w:t>2023_isla_san_martin_isla_</w:t>
            </w:r>
            <w:r>
              <w:rPr>
                <w:sz w:val="12"/>
              </w:rPr>
              <w:lastRenderedPageBreak/>
              <w:t>san_martin_exposed_mid_2</w:t>
            </w:r>
          </w:p>
        </w:tc>
        <w:tc>
          <w:tcPr>
            <w:tcW w:w="564" w:type="dxa"/>
            <w:tcMar>
              <w:top w:w="20" w:type="dxa"/>
              <w:left w:w="50" w:type="dxa"/>
              <w:bottom w:w="20" w:type="dxa"/>
              <w:right w:w="50" w:type="dxa"/>
            </w:tcMar>
          </w:tcPr>
          <w:p w14:paraId="5F42E395" w14:textId="77777777" w:rsidR="00292F36" w:rsidRDefault="00000000">
            <w:r>
              <w:rPr>
                <w:sz w:val="12"/>
              </w:rPr>
              <w:lastRenderedPageBreak/>
              <w:t>-0.4903095</w:t>
            </w:r>
          </w:p>
        </w:tc>
        <w:tc>
          <w:tcPr>
            <w:tcW w:w="564" w:type="dxa"/>
            <w:tcMar>
              <w:top w:w="20" w:type="dxa"/>
              <w:left w:w="50" w:type="dxa"/>
              <w:bottom w:w="20" w:type="dxa"/>
              <w:right w:w="50" w:type="dxa"/>
            </w:tcMar>
          </w:tcPr>
          <w:p w14:paraId="2421BFB8" w14:textId="77777777" w:rsidR="00292F36" w:rsidRDefault="00000000">
            <w:r>
              <w:rPr>
                <w:sz w:val="12"/>
              </w:rPr>
              <w:t>0.12111155</w:t>
            </w:r>
          </w:p>
        </w:tc>
        <w:tc>
          <w:tcPr>
            <w:tcW w:w="564" w:type="dxa"/>
            <w:tcMar>
              <w:top w:w="20" w:type="dxa"/>
              <w:left w:w="50" w:type="dxa"/>
              <w:bottom w:w="20" w:type="dxa"/>
              <w:right w:w="50" w:type="dxa"/>
            </w:tcMar>
          </w:tcPr>
          <w:p w14:paraId="3DC4C199" w14:textId="77777777" w:rsidR="00292F36" w:rsidRDefault="00000000">
            <w:r>
              <w:rPr>
                <w:sz w:val="12"/>
              </w:rPr>
              <w:t>2023</w:t>
            </w:r>
          </w:p>
        </w:tc>
        <w:tc>
          <w:tcPr>
            <w:tcW w:w="564" w:type="dxa"/>
            <w:tcMar>
              <w:top w:w="20" w:type="dxa"/>
              <w:left w:w="50" w:type="dxa"/>
              <w:bottom w:w="20" w:type="dxa"/>
              <w:right w:w="50" w:type="dxa"/>
            </w:tcMar>
          </w:tcPr>
          <w:p w14:paraId="4043D68F" w14:textId="77777777" w:rsidR="00292F36" w:rsidRDefault="00000000">
            <w:r>
              <w:rPr>
                <w:sz w:val="12"/>
              </w:rPr>
              <w:t>san_quintin</w:t>
            </w:r>
          </w:p>
        </w:tc>
        <w:tc>
          <w:tcPr>
            <w:tcW w:w="564" w:type="dxa"/>
            <w:tcMar>
              <w:top w:w="20" w:type="dxa"/>
              <w:left w:w="50" w:type="dxa"/>
              <w:bottom w:w="20" w:type="dxa"/>
              <w:right w:w="50" w:type="dxa"/>
            </w:tcMar>
          </w:tcPr>
          <w:p w14:paraId="058B0CD6" w14:textId="77777777" w:rsidR="00292F36" w:rsidRDefault="00000000">
            <w:r>
              <w:rPr>
                <w:sz w:val="12"/>
              </w:rPr>
              <w:t>Middle</w:t>
            </w:r>
          </w:p>
        </w:tc>
        <w:tc>
          <w:tcPr>
            <w:tcW w:w="564" w:type="dxa"/>
            <w:tcMar>
              <w:top w:w="20" w:type="dxa"/>
              <w:left w:w="50" w:type="dxa"/>
              <w:bottom w:w="20" w:type="dxa"/>
              <w:right w:w="50" w:type="dxa"/>
            </w:tcMar>
          </w:tcPr>
          <w:p w14:paraId="42781BE6" w14:textId="77777777" w:rsidR="00292F36" w:rsidRDefault="00000000">
            <w:r>
              <w:rPr>
                <w:sz w:val="12"/>
              </w:rPr>
              <w:t>isla_san_martin</w:t>
            </w:r>
          </w:p>
        </w:tc>
        <w:tc>
          <w:tcPr>
            <w:tcW w:w="564" w:type="dxa"/>
            <w:tcMar>
              <w:top w:w="20" w:type="dxa"/>
              <w:left w:w="50" w:type="dxa"/>
              <w:bottom w:w="20" w:type="dxa"/>
              <w:right w:w="50" w:type="dxa"/>
            </w:tcMar>
          </w:tcPr>
          <w:p w14:paraId="14D31C33" w14:textId="77777777" w:rsidR="00292F36" w:rsidRDefault="00000000">
            <w:r>
              <w:rPr>
                <w:sz w:val="12"/>
              </w:rPr>
              <w:t>isla_san_martin_exposed_</w:t>
            </w:r>
            <w:r>
              <w:rPr>
                <w:sz w:val="12"/>
              </w:rPr>
              <w:lastRenderedPageBreak/>
              <w:t>mid</w:t>
            </w:r>
          </w:p>
        </w:tc>
        <w:tc>
          <w:tcPr>
            <w:tcW w:w="564" w:type="dxa"/>
            <w:tcMar>
              <w:top w:w="20" w:type="dxa"/>
              <w:left w:w="50" w:type="dxa"/>
              <w:bottom w:w="20" w:type="dxa"/>
              <w:right w:w="50" w:type="dxa"/>
            </w:tcMar>
          </w:tcPr>
          <w:p w14:paraId="01ED9B9C" w14:textId="77777777" w:rsidR="00292F36" w:rsidRDefault="00000000">
            <w:r>
              <w:rPr>
                <w:sz w:val="12"/>
              </w:rPr>
              <w:lastRenderedPageBreak/>
              <w:t>10</w:t>
            </w:r>
          </w:p>
        </w:tc>
        <w:tc>
          <w:tcPr>
            <w:tcW w:w="564" w:type="dxa"/>
            <w:tcMar>
              <w:top w:w="20" w:type="dxa"/>
              <w:left w:w="50" w:type="dxa"/>
              <w:bottom w:w="20" w:type="dxa"/>
              <w:right w:w="50" w:type="dxa"/>
            </w:tcMar>
          </w:tcPr>
          <w:p w14:paraId="1377634D" w14:textId="77777777" w:rsidR="00292F36" w:rsidRDefault="00000000">
            <w:r>
              <w:rPr>
                <w:sz w:val="12"/>
              </w:rPr>
              <w:t>18.4699993</w:t>
            </w:r>
          </w:p>
        </w:tc>
        <w:tc>
          <w:tcPr>
            <w:tcW w:w="564" w:type="dxa"/>
            <w:tcMar>
              <w:top w:w="20" w:type="dxa"/>
              <w:left w:w="50" w:type="dxa"/>
              <w:bottom w:w="20" w:type="dxa"/>
              <w:right w:w="50" w:type="dxa"/>
            </w:tcMar>
          </w:tcPr>
          <w:p w14:paraId="66293A38" w14:textId="77777777" w:rsidR="00292F36" w:rsidRDefault="00000000">
            <w:r>
              <w:rPr>
                <w:sz w:val="12"/>
              </w:rPr>
              <w:t>0.36270198</w:t>
            </w:r>
          </w:p>
        </w:tc>
        <w:tc>
          <w:tcPr>
            <w:tcW w:w="564" w:type="dxa"/>
            <w:tcMar>
              <w:top w:w="20" w:type="dxa"/>
              <w:left w:w="50" w:type="dxa"/>
              <w:bottom w:w="20" w:type="dxa"/>
              <w:right w:w="50" w:type="dxa"/>
            </w:tcMar>
          </w:tcPr>
          <w:p w14:paraId="56AB5E7E" w14:textId="77777777" w:rsidR="00292F36" w:rsidRDefault="00000000">
            <w:r>
              <w:rPr>
                <w:sz w:val="12"/>
              </w:rPr>
              <w:t>0.89270386</w:t>
            </w:r>
          </w:p>
        </w:tc>
        <w:tc>
          <w:tcPr>
            <w:tcW w:w="564" w:type="dxa"/>
            <w:tcMar>
              <w:top w:w="20" w:type="dxa"/>
              <w:left w:w="50" w:type="dxa"/>
              <w:bottom w:w="20" w:type="dxa"/>
              <w:right w:w="50" w:type="dxa"/>
            </w:tcMar>
          </w:tcPr>
          <w:p w14:paraId="0754F40C" w14:textId="77777777" w:rsidR="00292F36" w:rsidRDefault="00000000">
            <w:r>
              <w:rPr>
                <w:sz w:val="12"/>
              </w:rPr>
              <w:t>0.06008584</w:t>
            </w:r>
          </w:p>
        </w:tc>
        <w:tc>
          <w:tcPr>
            <w:tcW w:w="564" w:type="dxa"/>
            <w:tcMar>
              <w:top w:w="20" w:type="dxa"/>
              <w:left w:w="50" w:type="dxa"/>
              <w:bottom w:w="20" w:type="dxa"/>
              <w:right w:w="50" w:type="dxa"/>
            </w:tcMar>
          </w:tcPr>
          <w:p w14:paraId="612335E4" w14:textId="77777777" w:rsidR="00292F36" w:rsidRDefault="00000000">
            <w:r>
              <w:rPr>
                <w:sz w:val="12"/>
              </w:rPr>
              <w:t>0.02575107</w:t>
            </w:r>
          </w:p>
        </w:tc>
        <w:tc>
          <w:tcPr>
            <w:tcW w:w="564" w:type="dxa"/>
            <w:tcMar>
              <w:top w:w="20" w:type="dxa"/>
              <w:left w:w="50" w:type="dxa"/>
              <w:bottom w:w="20" w:type="dxa"/>
              <w:right w:w="50" w:type="dxa"/>
            </w:tcMar>
          </w:tcPr>
          <w:p w14:paraId="1ED75B40" w14:textId="77777777" w:rsidR="00292F36" w:rsidRDefault="00000000">
            <w:r>
              <w:rPr>
                <w:sz w:val="12"/>
              </w:rPr>
              <w:t>0.02145923</w:t>
            </w:r>
          </w:p>
        </w:tc>
        <w:tc>
          <w:tcPr>
            <w:tcW w:w="564" w:type="dxa"/>
            <w:tcMar>
              <w:top w:w="20" w:type="dxa"/>
              <w:left w:w="50" w:type="dxa"/>
              <w:bottom w:w="20" w:type="dxa"/>
              <w:right w:w="50" w:type="dxa"/>
            </w:tcMar>
          </w:tcPr>
          <w:p w14:paraId="46D45D8C" w14:textId="77777777" w:rsidR="00292F36" w:rsidRDefault="00000000">
            <w:r>
              <w:rPr>
                <w:sz w:val="12"/>
              </w:rPr>
              <w:t>0</w:t>
            </w:r>
          </w:p>
        </w:tc>
        <w:tc>
          <w:tcPr>
            <w:tcW w:w="564" w:type="dxa"/>
            <w:tcMar>
              <w:top w:w="20" w:type="dxa"/>
              <w:left w:w="50" w:type="dxa"/>
              <w:bottom w:w="20" w:type="dxa"/>
              <w:right w:w="50" w:type="dxa"/>
            </w:tcMar>
          </w:tcPr>
          <w:p w14:paraId="5C159FA5" w14:textId="77777777" w:rsidR="00292F36" w:rsidRDefault="00000000">
            <w:r>
              <w:rPr>
                <w:sz w:val="12"/>
              </w:rPr>
              <w:t>0</w:t>
            </w:r>
          </w:p>
        </w:tc>
        <w:tc>
          <w:tcPr>
            <w:tcW w:w="564" w:type="dxa"/>
            <w:tcMar>
              <w:top w:w="20" w:type="dxa"/>
              <w:left w:w="50" w:type="dxa"/>
              <w:bottom w:w="20" w:type="dxa"/>
              <w:right w:w="50" w:type="dxa"/>
            </w:tcMar>
          </w:tcPr>
          <w:p w14:paraId="449A6A56" w14:textId="77777777" w:rsidR="00292F36" w:rsidRDefault="00000000">
            <w:r>
              <w:rPr>
                <w:sz w:val="12"/>
              </w:rPr>
              <w:t>0</w:t>
            </w:r>
          </w:p>
        </w:tc>
        <w:tc>
          <w:tcPr>
            <w:tcW w:w="564" w:type="dxa"/>
            <w:tcMar>
              <w:top w:w="20" w:type="dxa"/>
              <w:left w:w="50" w:type="dxa"/>
              <w:bottom w:w="20" w:type="dxa"/>
              <w:right w:w="50" w:type="dxa"/>
            </w:tcMar>
          </w:tcPr>
          <w:p w14:paraId="72EE4692" w14:textId="77777777" w:rsidR="00292F36" w:rsidRDefault="00000000">
            <w:r>
              <w:rPr>
                <w:sz w:val="12"/>
              </w:rPr>
              <w:t>0</w:t>
            </w:r>
          </w:p>
        </w:tc>
        <w:tc>
          <w:tcPr>
            <w:tcW w:w="564" w:type="dxa"/>
            <w:tcMar>
              <w:top w:w="20" w:type="dxa"/>
              <w:left w:w="50" w:type="dxa"/>
              <w:bottom w:w="20" w:type="dxa"/>
              <w:right w:w="50" w:type="dxa"/>
            </w:tcMar>
          </w:tcPr>
          <w:p w14:paraId="3A164D5E" w14:textId="77777777" w:rsidR="00292F36" w:rsidRDefault="00000000">
            <w:r>
              <w:rPr>
                <w:sz w:val="12"/>
              </w:rPr>
              <w:t>0</w:t>
            </w:r>
          </w:p>
        </w:tc>
        <w:tc>
          <w:tcPr>
            <w:tcW w:w="564" w:type="dxa"/>
            <w:tcMar>
              <w:top w:w="20" w:type="dxa"/>
              <w:left w:w="50" w:type="dxa"/>
              <w:bottom w:w="20" w:type="dxa"/>
              <w:right w:w="50" w:type="dxa"/>
            </w:tcMar>
          </w:tcPr>
          <w:p w14:paraId="04A2F26F" w14:textId="77777777" w:rsidR="00292F36" w:rsidRDefault="00000000">
            <w:r>
              <w:rPr>
                <w:sz w:val="12"/>
              </w:rPr>
              <w:t>0.34337349</w:t>
            </w:r>
          </w:p>
        </w:tc>
        <w:tc>
          <w:tcPr>
            <w:tcW w:w="564" w:type="dxa"/>
            <w:tcMar>
              <w:top w:w="20" w:type="dxa"/>
              <w:left w:w="50" w:type="dxa"/>
              <w:bottom w:w="20" w:type="dxa"/>
              <w:right w:w="50" w:type="dxa"/>
            </w:tcMar>
          </w:tcPr>
          <w:p w14:paraId="7A3B3349" w14:textId="77777777" w:rsidR="00292F36" w:rsidRDefault="00000000">
            <w:r>
              <w:rPr>
                <w:sz w:val="12"/>
              </w:rPr>
              <w:t>0.01807229</w:t>
            </w:r>
          </w:p>
        </w:tc>
        <w:tc>
          <w:tcPr>
            <w:tcW w:w="564" w:type="dxa"/>
            <w:tcMar>
              <w:top w:w="20" w:type="dxa"/>
              <w:left w:w="50" w:type="dxa"/>
              <w:bottom w:w="20" w:type="dxa"/>
              <w:right w:w="50" w:type="dxa"/>
            </w:tcMar>
          </w:tcPr>
          <w:p w14:paraId="4C2B62BE" w14:textId="77777777" w:rsidR="00292F36" w:rsidRDefault="00000000">
            <w:r>
              <w:rPr>
                <w:sz w:val="12"/>
              </w:rPr>
              <w:t>0.12048193</w:t>
            </w:r>
          </w:p>
        </w:tc>
        <w:tc>
          <w:tcPr>
            <w:tcW w:w="564" w:type="dxa"/>
            <w:tcMar>
              <w:top w:w="20" w:type="dxa"/>
              <w:left w:w="50" w:type="dxa"/>
              <w:bottom w:w="20" w:type="dxa"/>
              <w:right w:w="50" w:type="dxa"/>
            </w:tcMar>
          </w:tcPr>
          <w:p w14:paraId="3777EA2A" w14:textId="77777777" w:rsidR="00292F36" w:rsidRDefault="00000000">
            <w:r>
              <w:rPr>
                <w:sz w:val="12"/>
              </w:rPr>
              <w:t>0.03614458</w:t>
            </w:r>
          </w:p>
        </w:tc>
        <w:tc>
          <w:tcPr>
            <w:tcW w:w="564" w:type="dxa"/>
            <w:tcMar>
              <w:top w:w="20" w:type="dxa"/>
              <w:left w:w="50" w:type="dxa"/>
              <w:bottom w:w="20" w:type="dxa"/>
              <w:right w:w="50" w:type="dxa"/>
            </w:tcMar>
          </w:tcPr>
          <w:p w14:paraId="0E5F309E" w14:textId="77777777" w:rsidR="00292F36" w:rsidRDefault="00000000">
            <w:r>
              <w:rPr>
                <w:sz w:val="12"/>
              </w:rPr>
              <w:t>0.48192771</w:t>
            </w:r>
          </w:p>
        </w:tc>
      </w:tr>
      <w:tr w:rsidR="00292F36" w14:paraId="217B938B" w14:textId="77777777">
        <w:tc>
          <w:tcPr>
            <w:tcW w:w="564" w:type="dxa"/>
            <w:tcMar>
              <w:top w:w="20" w:type="dxa"/>
              <w:left w:w="50" w:type="dxa"/>
              <w:bottom w:w="20" w:type="dxa"/>
              <w:right w:w="50" w:type="dxa"/>
            </w:tcMar>
          </w:tcPr>
          <w:p w14:paraId="3BFD3C9E" w14:textId="77777777" w:rsidR="00292F36" w:rsidRDefault="00000000">
            <w:r>
              <w:rPr>
                <w:sz w:val="12"/>
              </w:rPr>
              <w:t>2023_isla_todos_santos_isla_todos_santos_canal_lucia_160_1</w:t>
            </w:r>
          </w:p>
        </w:tc>
        <w:tc>
          <w:tcPr>
            <w:tcW w:w="564" w:type="dxa"/>
            <w:tcMar>
              <w:top w:w="20" w:type="dxa"/>
              <w:left w:w="50" w:type="dxa"/>
              <w:bottom w:w="20" w:type="dxa"/>
              <w:right w:w="50" w:type="dxa"/>
            </w:tcMar>
          </w:tcPr>
          <w:p w14:paraId="7D0B50D6" w14:textId="77777777" w:rsidR="00292F36" w:rsidRDefault="00000000">
            <w:r>
              <w:rPr>
                <w:sz w:val="12"/>
              </w:rPr>
              <w:t>0.49470543</w:t>
            </w:r>
          </w:p>
        </w:tc>
        <w:tc>
          <w:tcPr>
            <w:tcW w:w="564" w:type="dxa"/>
            <w:tcMar>
              <w:top w:w="20" w:type="dxa"/>
              <w:left w:w="50" w:type="dxa"/>
              <w:bottom w:w="20" w:type="dxa"/>
              <w:right w:w="50" w:type="dxa"/>
            </w:tcMar>
          </w:tcPr>
          <w:p w14:paraId="362920F9" w14:textId="77777777" w:rsidR="00292F36" w:rsidRDefault="00000000">
            <w:r>
              <w:rPr>
                <w:sz w:val="12"/>
              </w:rPr>
              <w:t>0.50663397</w:t>
            </w:r>
          </w:p>
        </w:tc>
        <w:tc>
          <w:tcPr>
            <w:tcW w:w="564" w:type="dxa"/>
            <w:tcMar>
              <w:top w:w="20" w:type="dxa"/>
              <w:left w:w="50" w:type="dxa"/>
              <w:bottom w:w="20" w:type="dxa"/>
              <w:right w:w="50" w:type="dxa"/>
            </w:tcMar>
          </w:tcPr>
          <w:p w14:paraId="62E2B444" w14:textId="77777777" w:rsidR="00292F36" w:rsidRDefault="00000000">
            <w:r>
              <w:rPr>
                <w:sz w:val="12"/>
              </w:rPr>
              <w:t>2023</w:t>
            </w:r>
          </w:p>
        </w:tc>
        <w:tc>
          <w:tcPr>
            <w:tcW w:w="564" w:type="dxa"/>
            <w:tcMar>
              <w:top w:w="20" w:type="dxa"/>
              <w:left w:w="50" w:type="dxa"/>
              <w:bottom w:w="20" w:type="dxa"/>
              <w:right w:w="50" w:type="dxa"/>
            </w:tcMar>
          </w:tcPr>
          <w:p w14:paraId="2E2A7D4E" w14:textId="77777777" w:rsidR="00292F36" w:rsidRDefault="00000000">
            <w:r>
              <w:rPr>
                <w:sz w:val="12"/>
              </w:rPr>
              <w:t>ensenada</w:t>
            </w:r>
          </w:p>
        </w:tc>
        <w:tc>
          <w:tcPr>
            <w:tcW w:w="564" w:type="dxa"/>
            <w:tcMar>
              <w:top w:w="20" w:type="dxa"/>
              <w:left w:w="50" w:type="dxa"/>
              <w:bottom w:w="20" w:type="dxa"/>
              <w:right w:w="50" w:type="dxa"/>
            </w:tcMar>
          </w:tcPr>
          <w:p w14:paraId="2F15E2B1" w14:textId="77777777" w:rsidR="00292F36" w:rsidRDefault="00000000">
            <w:r>
              <w:rPr>
                <w:sz w:val="12"/>
              </w:rPr>
              <w:t>North</w:t>
            </w:r>
          </w:p>
        </w:tc>
        <w:tc>
          <w:tcPr>
            <w:tcW w:w="564" w:type="dxa"/>
            <w:tcMar>
              <w:top w:w="20" w:type="dxa"/>
              <w:left w:w="50" w:type="dxa"/>
              <w:bottom w:w="20" w:type="dxa"/>
              <w:right w:w="50" w:type="dxa"/>
            </w:tcMar>
          </w:tcPr>
          <w:p w14:paraId="75A67378" w14:textId="77777777" w:rsidR="00292F36" w:rsidRDefault="00000000">
            <w:r>
              <w:rPr>
                <w:sz w:val="12"/>
              </w:rPr>
              <w:t>isla_todos_santos</w:t>
            </w:r>
          </w:p>
        </w:tc>
        <w:tc>
          <w:tcPr>
            <w:tcW w:w="564" w:type="dxa"/>
            <w:tcMar>
              <w:top w:w="20" w:type="dxa"/>
              <w:left w:w="50" w:type="dxa"/>
              <w:bottom w:w="20" w:type="dxa"/>
              <w:right w:w="50" w:type="dxa"/>
            </w:tcMar>
          </w:tcPr>
          <w:p w14:paraId="0DA8B443" w14:textId="77777777" w:rsidR="00292F36" w:rsidRDefault="00000000">
            <w:r>
              <w:rPr>
                <w:sz w:val="12"/>
              </w:rPr>
              <w:t>isla_todos_santos_canal_lucia_160</w:t>
            </w:r>
          </w:p>
        </w:tc>
        <w:tc>
          <w:tcPr>
            <w:tcW w:w="564" w:type="dxa"/>
            <w:tcMar>
              <w:top w:w="20" w:type="dxa"/>
              <w:left w:w="50" w:type="dxa"/>
              <w:bottom w:w="20" w:type="dxa"/>
              <w:right w:w="50" w:type="dxa"/>
            </w:tcMar>
          </w:tcPr>
          <w:p w14:paraId="1C1836F3" w14:textId="77777777" w:rsidR="00292F36" w:rsidRDefault="00000000">
            <w:r>
              <w:rPr>
                <w:sz w:val="12"/>
              </w:rPr>
              <w:t>8.4</w:t>
            </w:r>
          </w:p>
        </w:tc>
        <w:tc>
          <w:tcPr>
            <w:tcW w:w="564" w:type="dxa"/>
            <w:tcMar>
              <w:top w:w="20" w:type="dxa"/>
              <w:left w:w="50" w:type="dxa"/>
              <w:bottom w:w="20" w:type="dxa"/>
              <w:right w:w="50" w:type="dxa"/>
            </w:tcMar>
          </w:tcPr>
          <w:p w14:paraId="6800BC20" w14:textId="77777777" w:rsidR="00292F36" w:rsidRDefault="00000000">
            <w:r>
              <w:rPr>
                <w:sz w:val="12"/>
              </w:rPr>
              <w:t>19.2299995</w:t>
            </w:r>
          </w:p>
        </w:tc>
        <w:tc>
          <w:tcPr>
            <w:tcW w:w="564" w:type="dxa"/>
            <w:tcMar>
              <w:top w:w="20" w:type="dxa"/>
              <w:left w:w="50" w:type="dxa"/>
              <w:bottom w:w="20" w:type="dxa"/>
              <w:right w:w="50" w:type="dxa"/>
            </w:tcMar>
          </w:tcPr>
          <w:p w14:paraId="7F3E0C23" w14:textId="77777777" w:rsidR="00292F36" w:rsidRDefault="00000000">
            <w:r>
              <w:rPr>
                <w:sz w:val="12"/>
              </w:rPr>
              <w:t>0.17744741</w:t>
            </w:r>
          </w:p>
        </w:tc>
        <w:tc>
          <w:tcPr>
            <w:tcW w:w="564" w:type="dxa"/>
            <w:tcMar>
              <w:top w:w="20" w:type="dxa"/>
              <w:left w:w="50" w:type="dxa"/>
              <w:bottom w:w="20" w:type="dxa"/>
              <w:right w:w="50" w:type="dxa"/>
            </w:tcMar>
          </w:tcPr>
          <w:p w14:paraId="0A6485DE" w14:textId="77777777" w:rsidR="00292F36" w:rsidRDefault="00000000">
            <w:r>
              <w:rPr>
                <w:sz w:val="12"/>
              </w:rPr>
              <w:t>0.01657459</w:t>
            </w:r>
          </w:p>
        </w:tc>
        <w:tc>
          <w:tcPr>
            <w:tcW w:w="564" w:type="dxa"/>
            <w:tcMar>
              <w:top w:w="20" w:type="dxa"/>
              <w:left w:w="50" w:type="dxa"/>
              <w:bottom w:w="20" w:type="dxa"/>
              <w:right w:w="50" w:type="dxa"/>
            </w:tcMar>
          </w:tcPr>
          <w:p w14:paraId="4D703F62" w14:textId="77777777" w:rsidR="00292F36" w:rsidRDefault="00000000">
            <w:r>
              <w:rPr>
                <w:sz w:val="12"/>
              </w:rPr>
              <w:t>0.02209945</w:t>
            </w:r>
          </w:p>
        </w:tc>
        <w:tc>
          <w:tcPr>
            <w:tcW w:w="564" w:type="dxa"/>
            <w:tcMar>
              <w:top w:w="20" w:type="dxa"/>
              <w:left w:w="50" w:type="dxa"/>
              <w:bottom w:w="20" w:type="dxa"/>
              <w:right w:w="50" w:type="dxa"/>
            </w:tcMar>
          </w:tcPr>
          <w:p w14:paraId="663C731B" w14:textId="77777777" w:rsidR="00292F36" w:rsidRDefault="00000000">
            <w:r>
              <w:rPr>
                <w:sz w:val="12"/>
              </w:rPr>
              <w:t>0.63259669</w:t>
            </w:r>
          </w:p>
        </w:tc>
        <w:tc>
          <w:tcPr>
            <w:tcW w:w="564" w:type="dxa"/>
            <w:tcMar>
              <w:top w:w="20" w:type="dxa"/>
              <w:left w:w="50" w:type="dxa"/>
              <w:bottom w:w="20" w:type="dxa"/>
              <w:right w:w="50" w:type="dxa"/>
            </w:tcMar>
          </w:tcPr>
          <w:p w14:paraId="3818D137" w14:textId="77777777" w:rsidR="00292F36" w:rsidRDefault="00000000">
            <w:r>
              <w:rPr>
                <w:sz w:val="12"/>
              </w:rPr>
              <w:t>0.32872928</w:t>
            </w:r>
          </w:p>
        </w:tc>
        <w:tc>
          <w:tcPr>
            <w:tcW w:w="564" w:type="dxa"/>
            <w:tcMar>
              <w:top w:w="20" w:type="dxa"/>
              <w:left w:w="50" w:type="dxa"/>
              <w:bottom w:w="20" w:type="dxa"/>
              <w:right w:w="50" w:type="dxa"/>
            </w:tcMar>
          </w:tcPr>
          <w:p w14:paraId="2B1EEEDE" w14:textId="77777777" w:rsidR="00292F36" w:rsidRDefault="00000000">
            <w:r>
              <w:rPr>
                <w:sz w:val="12"/>
              </w:rPr>
              <w:t>0</w:t>
            </w:r>
          </w:p>
        </w:tc>
        <w:tc>
          <w:tcPr>
            <w:tcW w:w="564" w:type="dxa"/>
            <w:tcMar>
              <w:top w:w="20" w:type="dxa"/>
              <w:left w:w="50" w:type="dxa"/>
              <w:bottom w:w="20" w:type="dxa"/>
              <w:right w:w="50" w:type="dxa"/>
            </w:tcMar>
          </w:tcPr>
          <w:p w14:paraId="5CBE83DA" w14:textId="77777777" w:rsidR="00292F36" w:rsidRDefault="00000000">
            <w:r>
              <w:rPr>
                <w:sz w:val="12"/>
              </w:rPr>
              <w:t>0</w:t>
            </w:r>
          </w:p>
        </w:tc>
        <w:tc>
          <w:tcPr>
            <w:tcW w:w="564" w:type="dxa"/>
            <w:tcMar>
              <w:top w:w="20" w:type="dxa"/>
              <w:left w:w="50" w:type="dxa"/>
              <w:bottom w:w="20" w:type="dxa"/>
              <w:right w:w="50" w:type="dxa"/>
            </w:tcMar>
          </w:tcPr>
          <w:p w14:paraId="13D52DCC" w14:textId="77777777" w:rsidR="00292F36" w:rsidRDefault="00000000">
            <w:r>
              <w:rPr>
                <w:sz w:val="12"/>
              </w:rPr>
              <w:t>0</w:t>
            </w:r>
          </w:p>
        </w:tc>
        <w:tc>
          <w:tcPr>
            <w:tcW w:w="564" w:type="dxa"/>
            <w:tcMar>
              <w:top w:w="20" w:type="dxa"/>
              <w:left w:w="50" w:type="dxa"/>
              <w:bottom w:w="20" w:type="dxa"/>
              <w:right w:w="50" w:type="dxa"/>
            </w:tcMar>
          </w:tcPr>
          <w:p w14:paraId="744A984A" w14:textId="77777777" w:rsidR="00292F36" w:rsidRDefault="00000000">
            <w:r>
              <w:rPr>
                <w:sz w:val="12"/>
              </w:rPr>
              <w:t>0</w:t>
            </w:r>
          </w:p>
        </w:tc>
        <w:tc>
          <w:tcPr>
            <w:tcW w:w="564" w:type="dxa"/>
            <w:tcMar>
              <w:top w:w="20" w:type="dxa"/>
              <w:left w:w="50" w:type="dxa"/>
              <w:bottom w:w="20" w:type="dxa"/>
              <w:right w:w="50" w:type="dxa"/>
            </w:tcMar>
          </w:tcPr>
          <w:p w14:paraId="6CC13D06" w14:textId="77777777" w:rsidR="00292F36" w:rsidRDefault="00000000">
            <w:r>
              <w:rPr>
                <w:sz w:val="12"/>
              </w:rPr>
              <w:t>0.00224215</w:t>
            </w:r>
          </w:p>
        </w:tc>
        <w:tc>
          <w:tcPr>
            <w:tcW w:w="564" w:type="dxa"/>
            <w:tcMar>
              <w:top w:w="20" w:type="dxa"/>
              <w:left w:w="50" w:type="dxa"/>
              <w:bottom w:w="20" w:type="dxa"/>
              <w:right w:w="50" w:type="dxa"/>
            </w:tcMar>
          </w:tcPr>
          <w:p w14:paraId="4C4F0FD5" w14:textId="77777777" w:rsidR="00292F36" w:rsidRDefault="00000000">
            <w:r>
              <w:rPr>
                <w:sz w:val="12"/>
              </w:rPr>
              <w:t>0.64798206</w:t>
            </w:r>
          </w:p>
        </w:tc>
        <w:tc>
          <w:tcPr>
            <w:tcW w:w="564" w:type="dxa"/>
            <w:tcMar>
              <w:top w:w="20" w:type="dxa"/>
              <w:left w:w="50" w:type="dxa"/>
              <w:bottom w:w="20" w:type="dxa"/>
              <w:right w:w="50" w:type="dxa"/>
            </w:tcMar>
          </w:tcPr>
          <w:p w14:paraId="101F3393" w14:textId="77777777" w:rsidR="00292F36" w:rsidRDefault="00000000">
            <w:r>
              <w:rPr>
                <w:sz w:val="12"/>
              </w:rPr>
              <w:t>0.15022422</w:t>
            </w:r>
          </w:p>
        </w:tc>
        <w:tc>
          <w:tcPr>
            <w:tcW w:w="564" w:type="dxa"/>
            <w:tcMar>
              <w:top w:w="20" w:type="dxa"/>
              <w:left w:w="50" w:type="dxa"/>
              <w:bottom w:w="20" w:type="dxa"/>
              <w:right w:w="50" w:type="dxa"/>
            </w:tcMar>
          </w:tcPr>
          <w:p w14:paraId="180A5609" w14:textId="77777777" w:rsidR="00292F36" w:rsidRDefault="00000000">
            <w:r>
              <w:rPr>
                <w:sz w:val="12"/>
              </w:rPr>
              <w:t>0.01121076</w:t>
            </w:r>
          </w:p>
        </w:tc>
        <w:tc>
          <w:tcPr>
            <w:tcW w:w="564" w:type="dxa"/>
            <w:tcMar>
              <w:top w:w="20" w:type="dxa"/>
              <w:left w:w="50" w:type="dxa"/>
              <w:bottom w:w="20" w:type="dxa"/>
              <w:right w:w="50" w:type="dxa"/>
            </w:tcMar>
          </w:tcPr>
          <w:p w14:paraId="5F93639F" w14:textId="77777777" w:rsidR="00292F36" w:rsidRDefault="00000000">
            <w:r>
              <w:rPr>
                <w:sz w:val="12"/>
              </w:rPr>
              <w:t>0</w:t>
            </w:r>
          </w:p>
        </w:tc>
        <w:tc>
          <w:tcPr>
            <w:tcW w:w="564" w:type="dxa"/>
            <w:tcMar>
              <w:top w:w="20" w:type="dxa"/>
              <w:left w:w="50" w:type="dxa"/>
              <w:bottom w:w="20" w:type="dxa"/>
              <w:right w:w="50" w:type="dxa"/>
            </w:tcMar>
          </w:tcPr>
          <w:p w14:paraId="3461A820" w14:textId="77777777" w:rsidR="00292F36" w:rsidRDefault="00000000">
            <w:r>
              <w:rPr>
                <w:sz w:val="12"/>
              </w:rPr>
              <w:t>0.18834081</w:t>
            </w:r>
          </w:p>
        </w:tc>
      </w:tr>
      <w:tr w:rsidR="00292F36" w14:paraId="012A077B" w14:textId="77777777">
        <w:tc>
          <w:tcPr>
            <w:tcW w:w="564" w:type="dxa"/>
            <w:tcMar>
              <w:top w:w="20" w:type="dxa"/>
              <w:left w:w="50" w:type="dxa"/>
              <w:bottom w:w="20" w:type="dxa"/>
              <w:right w:w="50" w:type="dxa"/>
            </w:tcMar>
          </w:tcPr>
          <w:p w14:paraId="1CD7ECA7" w14:textId="77777777" w:rsidR="00292F36" w:rsidRDefault="00000000">
            <w:r>
              <w:rPr>
                <w:sz w:val="12"/>
              </w:rPr>
              <w:t>2023_isla_todos_santos_isla_todos_santos_canal_lucia_160_2</w:t>
            </w:r>
          </w:p>
        </w:tc>
        <w:tc>
          <w:tcPr>
            <w:tcW w:w="564" w:type="dxa"/>
            <w:tcMar>
              <w:top w:w="20" w:type="dxa"/>
              <w:left w:w="50" w:type="dxa"/>
              <w:bottom w:w="20" w:type="dxa"/>
              <w:right w:w="50" w:type="dxa"/>
            </w:tcMar>
          </w:tcPr>
          <w:p w14:paraId="229E7C24" w14:textId="77777777" w:rsidR="00292F36" w:rsidRDefault="00000000">
            <w:r>
              <w:rPr>
                <w:sz w:val="12"/>
              </w:rPr>
              <w:t>0.13971389</w:t>
            </w:r>
          </w:p>
        </w:tc>
        <w:tc>
          <w:tcPr>
            <w:tcW w:w="564" w:type="dxa"/>
            <w:tcMar>
              <w:top w:w="20" w:type="dxa"/>
              <w:left w:w="50" w:type="dxa"/>
              <w:bottom w:w="20" w:type="dxa"/>
              <w:right w:w="50" w:type="dxa"/>
            </w:tcMar>
          </w:tcPr>
          <w:p w14:paraId="350D30C5" w14:textId="77777777" w:rsidR="00292F36" w:rsidRDefault="00000000">
            <w:r>
              <w:rPr>
                <w:sz w:val="12"/>
              </w:rPr>
              <w:t>0.73012801</w:t>
            </w:r>
          </w:p>
        </w:tc>
        <w:tc>
          <w:tcPr>
            <w:tcW w:w="564" w:type="dxa"/>
            <w:tcMar>
              <w:top w:w="20" w:type="dxa"/>
              <w:left w:w="50" w:type="dxa"/>
              <w:bottom w:w="20" w:type="dxa"/>
              <w:right w:w="50" w:type="dxa"/>
            </w:tcMar>
          </w:tcPr>
          <w:p w14:paraId="5614B82D" w14:textId="77777777" w:rsidR="00292F36" w:rsidRDefault="00000000">
            <w:r>
              <w:rPr>
                <w:sz w:val="12"/>
              </w:rPr>
              <w:t>2023</w:t>
            </w:r>
          </w:p>
        </w:tc>
        <w:tc>
          <w:tcPr>
            <w:tcW w:w="564" w:type="dxa"/>
            <w:tcMar>
              <w:top w:w="20" w:type="dxa"/>
              <w:left w:w="50" w:type="dxa"/>
              <w:bottom w:w="20" w:type="dxa"/>
              <w:right w:w="50" w:type="dxa"/>
            </w:tcMar>
          </w:tcPr>
          <w:p w14:paraId="73EA828B" w14:textId="77777777" w:rsidR="00292F36" w:rsidRDefault="00000000">
            <w:r>
              <w:rPr>
                <w:sz w:val="12"/>
              </w:rPr>
              <w:t>ensenada</w:t>
            </w:r>
          </w:p>
        </w:tc>
        <w:tc>
          <w:tcPr>
            <w:tcW w:w="564" w:type="dxa"/>
            <w:tcMar>
              <w:top w:w="20" w:type="dxa"/>
              <w:left w:w="50" w:type="dxa"/>
              <w:bottom w:w="20" w:type="dxa"/>
              <w:right w:w="50" w:type="dxa"/>
            </w:tcMar>
          </w:tcPr>
          <w:p w14:paraId="069EF36E" w14:textId="77777777" w:rsidR="00292F36" w:rsidRDefault="00000000">
            <w:r>
              <w:rPr>
                <w:sz w:val="12"/>
              </w:rPr>
              <w:t>North</w:t>
            </w:r>
          </w:p>
        </w:tc>
        <w:tc>
          <w:tcPr>
            <w:tcW w:w="564" w:type="dxa"/>
            <w:tcMar>
              <w:top w:w="20" w:type="dxa"/>
              <w:left w:w="50" w:type="dxa"/>
              <w:bottom w:w="20" w:type="dxa"/>
              <w:right w:w="50" w:type="dxa"/>
            </w:tcMar>
          </w:tcPr>
          <w:p w14:paraId="1AED69DA" w14:textId="77777777" w:rsidR="00292F36" w:rsidRDefault="00000000">
            <w:r>
              <w:rPr>
                <w:sz w:val="12"/>
              </w:rPr>
              <w:t>isla_todos_santos</w:t>
            </w:r>
          </w:p>
        </w:tc>
        <w:tc>
          <w:tcPr>
            <w:tcW w:w="564" w:type="dxa"/>
            <w:tcMar>
              <w:top w:w="20" w:type="dxa"/>
              <w:left w:w="50" w:type="dxa"/>
              <w:bottom w:w="20" w:type="dxa"/>
              <w:right w:w="50" w:type="dxa"/>
            </w:tcMar>
          </w:tcPr>
          <w:p w14:paraId="21028E17" w14:textId="77777777" w:rsidR="00292F36" w:rsidRDefault="00000000">
            <w:r>
              <w:rPr>
                <w:sz w:val="12"/>
              </w:rPr>
              <w:t>isla_todos_santos_canal_lucia_160</w:t>
            </w:r>
          </w:p>
        </w:tc>
        <w:tc>
          <w:tcPr>
            <w:tcW w:w="564" w:type="dxa"/>
            <w:tcMar>
              <w:top w:w="20" w:type="dxa"/>
              <w:left w:w="50" w:type="dxa"/>
              <w:bottom w:w="20" w:type="dxa"/>
              <w:right w:w="50" w:type="dxa"/>
            </w:tcMar>
          </w:tcPr>
          <w:p w14:paraId="7A11BD2D" w14:textId="77777777" w:rsidR="00292F36" w:rsidRDefault="00000000">
            <w:r>
              <w:rPr>
                <w:sz w:val="12"/>
              </w:rPr>
              <w:t>7.3</w:t>
            </w:r>
          </w:p>
        </w:tc>
        <w:tc>
          <w:tcPr>
            <w:tcW w:w="564" w:type="dxa"/>
            <w:tcMar>
              <w:top w:w="20" w:type="dxa"/>
              <w:left w:w="50" w:type="dxa"/>
              <w:bottom w:w="20" w:type="dxa"/>
              <w:right w:w="50" w:type="dxa"/>
            </w:tcMar>
          </w:tcPr>
          <w:p w14:paraId="159369BA" w14:textId="77777777" w:rsidR="00292F36" w:rsidRDefault="00000000">
            <w:r>
              <w:rPr>
                <w:sz w:val="12"/>
              </w:rPr>
              <w:t>19.2299995</w:t>
            </w:r>
          </w:p>
        </w:tc>
        <w:tc>
          <w:tcPr>
            <w:tcW w:w="564" w:type="dxa"/>
            <w:tcMar>
              <w:top w:w="20" w:type="dxa"/>
              <w:left w:w="50" w:type="dxa"/>
              <w:bottom w:w="20" w:type="dxa"/>
              <w:right w:w="50" w:type="dxa"/>
            </w:tcMar>
          </w:tcPr>
          <w:p w14:paraId="534BBA25" w14:textId="77777777" w:rsidR="00292F36" w:rsidRDefault="00000000">
            <w:r>
              <w:rPr>
                <w:sz w:val="12"/>
              </w:rPr>
              <w:t>0.17744741</w:t>
            </w:r>
          </w:p>
        </w:tc>
        <w:tc>
          <w:tcPr>
            <w:tcW w:w="564" w:type="dxa"/>
            <w:tcMar>
              <w:top w:w="20" w:type="dxa"/>
              <w:left w:w="50" w:type="dxa"/>
              <w:bottom w:w="20" w:type="dxa"/>
              <w:right w:w="50" w:type="dxa"/>
            </w:tcMar>
          </w:tcPr>
          <w:p w14:paraId="1B30F26A" w14:textId="77777777" w:rsidR="00292F36" w:rsidRDefault="00000000">
            <w:r>
              <w:rPr>
                <w:sz w:val="12"/>
              </w:rPr>
              <w:t>0.06834532</w:t>
            </w:r>
          </w:p>
        </w:tc>
        <w:tc>
          <w:tcPr>
            <w:tcW w:w="564" w:type="dxa"/>
            <w:tcMar>
              <w:top w:w="20" w:type="dxa"/>
              <w:left w:w="50" w:type="dxa"/>
              <w:bottom w:w="20" w:type="dxa"/>
              <w:right w:w="50" w:type="dxa"/>
            </w:tcMar>
          </w:tcPr>
          <w:p w14:paraId="3FD07F3C" w14:textId="77777777" w:rsidR="00292F36" w:rsidRDefault="00000000">
            <w:r>
              <w:rPr>
                <w:sz w:val="12"/>
              </w:rPr>
              <w:t>0.05035971</w:t>
            </w:r>
          </w:p>
        </w:tc>
        <w:tc>
          <w:tcPr>
            <w:tcW w:w="564" w:type="dxa"/>
            <w:tcMar>
              <w:top w:w="20" w:type="dxa"/>
              <w:left w:w="50" w:type="dxa"/>
              <w:bottom w:w="20" w:type="dxa"/>
              <w:right w:w="50" w:type="dxa"/>
            </w:tcMar>
          </w:tcPr>
          <w:p w14:paraId="3CADF983" w14:textId="77777777" w:rsidR="00292F36" w:rsidRDefault="00000000">
            <w:r>
              <w:rPr>
                <w:sz w:val="12"/>
              </w:rPr>
              <w:t>0.55755396</w:t>
            </w:r>
          </w:p>
        </w:tc>
        <w:tc>
          <w:tcPr>
            <w:tcW w:w="564" w:type="dxa"/>
            <w:tcMar>
              <w:top w:w="20" w:type="dxa"/>
              <w:left w:w="50" w:type="dxa"/>
              <w:bottom w:w="20" w:type="dxa"/>
              <w:right w:w="50" w:type="dxa"/>
            </w:tcMar>
          </w:tcPr>
          <w:p w14:paraId="7949F2D3" w14:textId="77777777" w:rsidR="00292F36" w:rsidRDefault="00000000">
            <w:r>
              <w:rPr>
                <w:sz w:val="12"/>
              </w:rPr>
              <w:t>0.32374101</w:t>
            </w:r>
          </w:p>
        </w:tc>
        <w:tc>
          <w:tcPr>
            <w:tcW w:w="564" w:type="dxa"/>
            <w:tcMar>
              <w:top w:w="20" w:type="dxa"/>
              <w:left w:w="50" w:type="dxa"/>
              <w:bottom w:w="20" w:type="dxa"/>
              <w:right w:w="50" w:type="dxa"/>
            </w:tcMar>
          </w:tcPr>
          <w:p w14:paraId="24F5797F" w14:textId="77777777" w:rsidR="00292F36" w:rsidRDefault="00000000">
            <w:r>
              <w:rPr>
                <w:sz w:val="12"/>
              </w:rPr>
              <w:t>0</w:t>
            </w:r>
          </w:p>
        </w:tc>
        <w:tc>
          <w:tcPr>
            <w:tcW w:w="564" w:type="dxa"/>
            <w:tcMar>
              <w:top w:w="20" w:type="dxa"/>
              <w:left w:w="50" w:type="dxa"/>
              <w:bottom w:w="20" w:type="dxa"/>
              <w:right w:w="50" w:type="dxa"/>
            </w:tcMar>
          </w:tcPr>
          <w:p w14:paraId="7842C5BD" w14:textId="77777777" w:rsidR="00292F36" w:rsidRDefault="00000000">
            <w:r>
              <w:rPr>
                <w:sz w:val="12"/>
              </w:rPr>
              <w:t>0</w:t>
            </w:r>
          </w:p>
        </w:tc>
        <w:tc>
          <w:tcPr>
            <w:tcW w:w="564" w:type="dxa"/>
            <w:tcMar>
              <w:top w:w="20" w:type="dxa"/>
              <w:left w:w="50" w:type="dxa"/>
              <w:bottom w:w="20" w:type="dxa"/>
              <w:right w:w="50" w:type="dxa"/>
            </w:tcMar>
          </w:tcPr>
          <w:p w14:paraId="34A8E43D" w14:textId="77777777" w:rsidR="00292F36" w:rsidRDefault="00000000">
            <w:r>
              <w:rPr>
                <w:sz w:val="12"/>
              </w:rPr>
              <w:t>0</w:t>
            </w:r>
          </w:p>
        </w:tc>
        <w:tc>
          <w:tcPr>
            <w:tcW w:w="564" w:type="dxa"/>
            <w:tcMar>
              <w:top w:w="20" w:type="dxa"/>
              <w:left w:w="50" w:type="dxa"/>
              <w:bottom w:w="20" w:type="dxa"/>
              <w:right w:w="50" w:type="dxa"/>
            </w:tcMar>
          </w:tcPr>
          <w:p w14:paraId="4E48C64F" w14:textId="77777777" w:rsidR="00292F36" w:rsidRDefault="00000000">
            <w:r>
              <w:rPr>
                <w:sz w:val="12"/>
              </w:rPr>
              <w:t>0</w:t>
            </w:r>
          </w:p>
        </w:tc>
        <w:tc>
          <w:tcPr>
            <w:tcW w:w="564" w:type="dxa"/>
            <w:tcMar>
              <w:top w:w="20" w:type="dxa"/>
              <w:left w:w="50" w:type="dxa"/>
              <w:bottom w:w="20" w:type="dxa"/>
              <w:right w:w="50" w:type="dxa"/>
            </w:tcMar>
          </w:tcPr>
          <w:p w14:paraId="58ECAFD8" w14:textId="77777777" w:rsidR="00292F36" w:rsidRDefault="00000000">
            <w:r>
              <w:rPr>
                <w:sz w:val="12"/>
              </w:rPr>
              <w:t>0.00099404</w:t>
            </w:r>
          </w:p>
        </w:tc>
        <w:tc>
          <w:tcPr>
            <w:tcW w:w="564" w:type="dxa"/>
            <w:tcMar>
              <w:top w:w="20" w:type="dxa"/>
              <w:left w:w="50" w:type="dxa"/>
              <w:bottom w:w="20" w:type="dxa"/>
              <w:right w:w="50" w:type="dxa"/>
            </w:tcMar>
          </w:tcPr>
          <w:p w14:paraId="0B22E7EF" w14:textId="77777777" w:rsidR="00292F36" w:rsidRDefault="00000000">
            <w:r>
              <w:rPr>
                <w:sz w:val="12"/>
              </w:rPr>
              <w:t>0.3638171</w:t>
            </w:r>
          </w:p>
        </w:tc>
        <w:tc>
          <w:tcPr>
            <w:tcW w:w="564" w:type="dxa"/>
            <w:tcMar>
              <w:top w:w="20" w:type="dxa"/>
              <w:left w:w="50" w:type="dxa"/>
              <w:bottom w:w="20" w:type="dxa"/>
              <w:right w:w="50" w:type="dxa"/>
            </w:tcMar>
          </w:tcPr>
          <w:p w14:paraId="552875F8" w14:textId="77777777" w:rsidR="00292F36" w:rsidRDefault="00000000">
            <w:r>
              <w:rPr>
                <w:sz w:val="12"/>
              </w:rPr>
              <w:t>0.06858847</w:t>
            </w:r>
          </w:p>
        </w:tc>
        <w:tc>
          <w:tcPr>
            <w:tcW w:w="564" w:type="dxa"/>
            <w:tcMar>
              <w:top w:w="20" w:type="dxa"/>
              <w:left w:w="50" w:type="dxa"/>
              <w:bottom w:w="20" w:type="dxa"/>
              <w:right w:w="50" w:type="dxa"/>
            </w:tcMar>
          </w:tcPr>
          <w:p w14:paraId="0C428323" w14:textId="77777777" w:rsidR="00292F36" w:rsidRDefault="00000000">
            <w:r>
              <w:rPr>
                <w:sz w:val="12"/>
              </w:rPr>
              <w:t>0.00099404</w:t>
            </w:r>
          </w:p>
        </w:tc>
        <w:tc>
          <w:tcPr>
            <w:tcW w:w="564" w:type="dxa"/>
            <w:tcMar>
              <w:top w:w="20" w:type="dxa"/>
              <w:left w:w="50" w:type="dxa"/>
              <w:bottom w:w="20" w:type="dxa"/>
              <w:right w:w="50" w:type="dxa"/>
            </w:tcMar>
          </w:tcPr>
          <w:p w14:paraId="6EAD9999" w14:textId="77777777" w:rsidR="00292F36" w:rsidRDefault="00000000">
            <w:r>
              <w:rPr>
                <w:sz w:val="12"/>
              </w:rPr>
              <w:t>0</w:t>
            </w:r>
          </w:p>
        </w:tc>
        <w:tc>
          <w:tcPr>
            <w:tcW w:w="564" w:type="dxa"/>
            <w:tcMar>
              <w:top w:w="20" w:type="dxa"/>
              <w:left w:w="50" w:type="dxa"/>
              <w:bottom w:w="20" w:type="dxa"/>
              <w:right w:w="50" w:type="dxa"/>
            </w:tcMar>
          </w:tcPr>
          <w:p w14:paraId="14EA7227" w14:textId="77777777" w:rsidR="00292F36" w:rsidRDefault="00000000">
            <w:r>
              <w:rPr>
                <w:sz w:val="12"/>
              </w:rPr>
              <w:t>0.56560636</w:t>
            </w:r>
          </w:p>
        </w:tc>
      </w:tr>
      <w:tr w:rsidR="00292F36" w14:paraId="41AF5C73" w14:textId="77777777">
        <w:tc>
          <w:tcPr>
            <w:tcW w:w="564" w:type="dxa"/>
            <w:tcMar>
              <w:top w:w="20" w:type="dxa"/>
              <w:left w:w="50" w:type="dxa"/>
              <w:bottom w:w="20" w:type="dxa"/>
              <w:right w:w="50" w:type="dxa"/>
            </w:tcMar>
          </w:tcPr>
          <w:p w14:paraId="446DADD5" w14:textId="77777777" w:rsidR="00292F36" w:rsidRDefault="00000000">
            <w:r>
              <w:rPr>
                <w:sz w:val="12"/>
              </w:rPr>
              <w:t>2023_isla_todos_santos_isla_todos_santos_canal_lucia_160_3</w:t>
            </w:r>
          </w:p>
        </w:tc>
        <w:tc>
          <w:tcPr>
            <w:tcW w:w="564" w:type="dxa"/>
            <w:tcMar>
              <w:top w:w="20" w:type="dxa"/>
              <w:left w:w="50" w:type="dxa"/>
              <w:bottom w:w="20" w:type="dxa"/>
              <w:right w:w="50" w:type="dxa"/>
            </w:tcMar>
          </w:tcPr>
          <w:p w14:paraId="3EB2AE67" w14:textId="77777777" w:rsidR="00292F36" w:rsidRDefault="00000000">
            <w:r>
              <w:rPr>
                <w:sz w:val="12"/>
              </w:rPr>
              <w:t>0.48886105</w:t>
            </w:r>
          </w:p>
        </w:tc>
        <w:tc>
          <w:tcPr>
            <w:tcW w:w="564" w:type="dxa"/>
            <w:tcMar>
              <w:top w:w="20" w:type="dxa"/>
              <w:left w:w="50" w:type="dxa"/>
              <w:bottom w:w="20" w:type="dxa"/>
              <w:right w:w="50" w:type="dxa"/>
            </w:tcMar>
          </w:tcPr>
          <w:p w14:paraId="67D98B8B" w14:textId="77777777" w:rsidR="00292F36" w:rsidRDefault="00000000">
            <w:r>
              <w:rPr>
                <w:sz w:val="12"/>
              </w:rPr>
              <w:t>0.41963349</w:t>
            </w:r>
          </w:p>
        </w:tc>
        <w:tc>
          <w:tcPr>
            <w:tcW w:w="564" w:type="dxa"/>
            <w:tcMar>
              <w:top w:w="20" w:type="dxa"/>
              <w:left w:w="50" w:type="dxa"/>
              <w:bottom w:w="20" w:type="dxa"/>
              <w:right w:w="50" w:type="dxa"/>
            </w:tcMar>
          </w:tcPr>
          <w:p w14:paraId="1FCB4371" w14:textId="77777777" w:rsidR="00292F36" w:rsidRDefault="00000000">
            <w:r>
              <w:rPr>
                <w:sz w:val="12"/>
              </w:rPr>
              <w:t>2023</w:t>
            </w:r>
          </w:p>
        </w:tc>
        <w:tc>
          <w:tcPr>
            <w:tcW w:w="564" w:type="dxa"/>
            <w:tcMar>
              <w:top w:w="20" w:type="dxa"/>
              <w:left w:w="50" w:type="dxa"/>
              <w:bottom w:w="20" w:type="dxa"/>
              <w:right w:w="50" w:type="dxa"/>
            </w:tcMar>
          </w:tcPr>
          <w:p w14:paraId="53E707C3" w14:textId="77777777" w:rsidR="00292F36" w:rsidRDefault="00000000">
            <w:r>
              <w:rPr>
                <w:sz w:val="12"/>
              </w:rPr>
              <w:t>ensenada</w:t>
            </w:r>
          </w:p>
        </w:tc>
        <w:tc>
          <w:tcPr>
            <w:tcW w:w="564" w:type="dxa"/>
            <w:tcMar>
              <w:top w:w="20" w:type="dxa"/>
              <w:left w:w="50" w:type="dxa"/>
              <w:bottom w:w="20" w:type="dxa"/>
              <w:right w:w="50" w:type="dxa"/>
            </w:tcMar>
          </w:tcPr>
          <w:p w14:paraId="6121A924" w14:textId="77777777" w:rsidR="00292F36" w:rsidRDefault="00000000">
            <w:r>
              <w:rPr>
                <w:sz w:val="12"/>
              </w:rPr>
              <w:t>North</w:t>
            </w:r>
          </w:p>
        </w:tc>
        <w:tc>
          <w:tcPr>
            <w:tcW w:w="564" w:type="dxa"/>
            <w:tcMar>
              <w:top w:w="20" w:type="dxa"/>
              <w:left w:w="50" w:type="dxa"/>
              <w:bottom w:w="20" w:type="dxa"/>
              <w:right w:w="50" w:type="dxa"/>
            </w:tcMar>
          </w:tcPr>
          <w:p w14:paraId="6362BA18" w14:textId="77777777" w:rsidR="00292F36" w:rsidRDefault="00000000">
            <w:r>
              <w:rPr>
                <w:sz w:val="12"/>
              </w:rPr>
              <w:t>isla_todos_santos</w:t>
            </w:r>
          </w:p>
        </w:tc>
        <w:tc>
          <w:tcPr>
            <w:tcW w:w="564" w:type="dxa"/>
            <w:tcMar>
              <w:top w:w="20" w:type="dxa"/>
              <w:left w:w="50" w:type="dxa"/>
              <w:bottom w:w="20" w:type="dxa"/>
              <w:right w:w="50" w:type="dxa"/>
            </w:tcMar>
          </w:tcPr>
          <w:p w14:paraId="5D8A19C3" w14:textId="77777777" w:rsidR="00292F36" w:rsidRDefault="00000000">
            <w:r>
              <w:rPr>
                <w:sz w:val="12"/>
              </w:rPr>
              <w:t>isla_todos_santos_canal_lucia_160</w:t>
            </w:r>
          </w:p>
        </w:tc>
        <w:tc>
          <w:tcPr>
            <w:tcW w:w="564" w:type="dxa"/>
            <w:tcMar>
              <w:top w:w="20" w:type="dxa"/>
              <w:left w:w="50" w:type="dxa"/>
              <w:bottom w:w="20" w:type="dxa"/>
              <w:right w:w="50" w:type="dxa"/>
            </w:tcMar>
          </w:tcPr>
          <w:p w14:paraId="160B2F06" w14:textId="77777777" w:rsidR="00292F36" w:rsidRDefault="00000000">
            <w:r>
              <w:rPr>
                <w:sz w:val="12"/>
              </w:rPr>
              <w:t>8</w:t>
            </w:r>
          </w:p>
        </w:tc>
        <w:tc>
          <w:tcPr>
            <w:tcW w:w="564" w:type="dxa"/>
            <w:tcMar>
              <w:top w:w="20" w:type="dxa"/>
              <w:left w:w="50" w:type="dxa"/>
              <w:bottom w:w="20" w:type="dxa"/>
              <w:right w:w="50" w:type="dxa"/>
            </w:tcMar>
          </w:tcPr>
          <w:p w14:paraId="4617C335" w14:textId="77777777" w:rsidR="00292F36" w:rsidRDefault="00000000">
            <w:r>
              <w:rPr>
                <w:sz w:val="12"/>
              </w:rPr>
              <w:t>14.3800001</w:t>
            </w:r>
          </w:p>
        </w:tc>
        <w:tc>
          <w:tcPr>
            <w:tcW w:w="564" w:type="dxa"/>
            <w:tcMar>
              <w:top w:w="20" w:type="dxa"/>
              <w:left w:w="50" w:type="dxa"/>
              <w:bottom w:w="20" w:type="dxa"/>
              <w:right w:w="50" w:type="dxa"/>
            </w:tcMar>
          </w:tcPr>
          <w:p w14:paraId="18A8B3C7" w14:textId="77777777" w:rsidR="00292F36" w:rsidRDefault="00000000">
            <w:r>
              <w:rPr>
                <w:sz w:val="12"/>
              </w:rPr>
              <w:t>0.17744741</w:t>
            </w:r>
          </w:p>
        </w:tc>
        <w:tc>
          <w:tcPr>
            <w:tcW w:w="564" w:type="dxa"/>
            <w:tcMar>
              <w:top w:w="20" w:type="dxa"/>
              <w:left w:w="50" w:type="dxa"/>
              <w:bottom w:w="20" w:type="dxa"/>
              <w:right w:w="50" w:type="dxa"/>
            </w:tcMar>
          </w:tcPr>
          <w:p w14:paraId="1B05A5DF" w14:textId="77777777" w:rsidR="00292F36" w:rsidRDefault="00000000">
            <w:r>
              <w:rPr>
                <w:sz w:val="12"/>
              </w:rPr>
              <w:t>0</w:t>
            </w:r>
          </w:p>
        </w:tc>
        <w:tc>
          <w:tcPr>
            <w:tcW w:w="564" w:type="dxa"/>
            <w:tcMar>
              <w:top w:w="20" w:type="dxa"/>
              <w:left w:w="50" w:type="dxa"/>
              <w:bottom w:w="20" w:type="dxa"/>
              <w:right w:w="50" w:type="dxa"/>
            </w:tcMar>
          </w:tcPr>
          <w:p w14:paraId="42B927EA" w14:textId="77777777" w:rsidR="00292F36" w:rsidRDefault="00000000">
            <w:r>
              <w:rPr>
                <w:sz w:val="12"/>
              </w:rPr>
              <w:t>0.14705882</w:t>
            </w:r>
          </w:p>
        </w:tc>
        <w:tc>
          <w:tcPr>
            <w:tcW w:w="564" w:type="dxa"/>
            <w:tcMar>
              <w:top w:w="20" w:type="dxa"/>
              <w:left w:w="50" w:type="dxa"/>
              <w:bottom w:w="20" w:type="dxa"/>
              <w:right w:w="50" w:type="dxa"/>
            </w:tcMar>
          </w:tcPr>
          <w:p w14:paraId="543D15EC" w14:textId="77777777" w:rsidR="00292F36" w:rsidRDefault="00000000">
            <w:r>
              <w:rPr>
                <w:sz w:val="12"/>
              </w:rPr>
              <w:t>0.11764706</w:t>
            </w:r>
          </w:p>
        </w:tc>
        <w:tc>
          <w:tcPr>
            <w:tcW w:w="564" w:type="dxa"/>
            <w:tcMar>
              <w:top w:w="20" w:type="dxa"/>
              <w:left w:w="50" w:type="dxa"/>
              <w:bottom w:w="20" w:type="dxa"/>
              <w:right w:w="50" w:type="dxa"/>
            </w:tcMar>
          </w:tcPr>
          <w:p w14:paraId="467ED760" w14:textId="77777777" w:rsidR="00292F36" w:rsidRDefault="00000000">
            <w:r>
              <w:rPr>
                <w:sz w:val="12"/>
              </w:rPr>
              <w:t>0.73529412</w:t>
            </w:r>
          </w:p>
        </w:tc>
        <w:tc>
          <w:tcPr>
            <w:tcW w:w="564" w:type="dxa"/>
            <w:tcMar>
              <w:top w:w="20" w:type="dxa"/>
              <w:left w:w="50" w:type="dxa"/>
              <w:bottom w:w="20" w:type="dxa"/>
              <w:right w:w="50" w:type="dxa"/>
            </w:tcMar>
          </w:tcPr>
          <w:p w14:paraId="0B195326" w14:textId="77777777" w:rsidR="00292F36" w:rsidRDefault="00000000">
            <w:r>
              <w:rPr>
                <w:sz w:val="12"/>
              </w:rPr>
              <w:t>0</w:t>
            </w:r>
          </w:p>
        </w:tc>
        <w:tc>
          <w:tcPr>
            <w:tcW w:w="564" w:type="dxa"/>
            <w:tcMar>
              <w:top w:w="20" w:type="dxa"/>
              <w:left w:w="50" w:type="dxa"/>
              <w:bottom w:w="20" w:type="dxa"/>
              <w:right w:w="50" w:type="dxa"/>
            </w:tcMar>
          </w:tcPr>
          <w:p w14:paraId="6597810A" w14:textId="77777777" w:rsidR="00292F36" w:rsidRDefault="00000000">
            <w:r>
              <w:rPr>
                <w:sz w:val="12"/>
              </w:rPr>
              <w:t>0</w:t>
            </w:r>
          </w:p>
        </w:tc>
        <w:tc>
          <w:tcPr>
            <w:tcW w:w="564" w:type="dxa"/>
            <w:tcMar>
              <w:top w:w="20" w:type="dxa"/>
              <w:left w:w="50" w:type="dxa"/>
              <w:bottom w:w="20" w:type="dxa"/>
              <w:right w:w="50" w:type="dxa"/>
            </w:tcMar>
          </w:tcPr>
          <w:p w14:paraId="003E4B3B" w14:textId="77777777" w:rsidR="00292F36" w:rsidRDefault="00000000">
            <w:r>
              <w:rPr>
                <w:sz w:val="12"/>
              </w:rPr>
              <w:t>0</w:t>
            </w:r>
          </w:p>
        </w:tc>
        <w:tc>
          <w:tcPr>
            <w:tcW w:w="564" w:type="dxa"/>
            <w:tcMar>
              <w:top w:w="20" w:type="dxa"/>
              <w:left w:w="50" w:type="dxa"/>
              <w:bottom w:w="20" w:type="dxa"/>
              <w:right w:w="50" w:type="dxa"/>
            </w:tcMar>
          </w:tcPr>
          <w:p w14:paraId="70D8CDCE" w14:textId="77777777" w:rsidR="00292F36" w:rsidRDefault="00000000">
            <w:r>
              <w:rPr>
                <w:sz w:val="12"/>
              </w:rPr>
              <w:t>0</w:t>
            </w:r>
          </w:p>
        </w:tc>
        <w:tc>
          <w:tcPr>
            <w:tcW w:w="564" w:type="dxa"/>
            <w:tcMar>
              <w:top w:w="20" w:type="dxa"/>
              <w:left w:w="50" w:type="dxa"/>
              <w:bottom w:w="20" w:type="dxa"/>
              <w:right w:w="50" w:type="dxa"/>
            </w:tcMar>
          </w:tcPr>
          <w:p w14:paraId="485C3A98" w14:textId="77777777" w:rsidR="00292F36" w:rsidRDefault="00000000">
            <w:r>
              <w:rPr>
                <w:sz w:val="12"/>
              </w:rPr>
              <w:t>0</w:t>
            </w:r>
          </w:p>
        </w:tc>
        <w:tc>
          <w:tcPr>
            <w:tcW w:w="564" w:type="dxa"/>
            <w:tcMar>
              <w:top w:w="20" w:type="dxa"/>
              <w:left w:w="50" w:type="dxa"/>
              <w:bottom w:w="20" w:type="dxa"/>
              <w:right w:w="50" w:type="dxa"/>
            </w:tcMar>
          </w:tcPr>
          <w:p w14:paraId="1540AA85" w14:textId="77777777" w:rsidR="00292F36" w:rsidRDefault="00000000">
            <w:r>
              <w:rPr>
                <w:sz w:val="12"/>
              </w:rPr>
              <w:t>0.72390572</w:t>
            </w:r>
          </w:p>
        </w:tc>
        <w:tc>
          <w:tcPr>
            <w:tcW w:w="564" w:type="dxa"/>
            <w:tcMar>
              <w:top w:w="20" w:type="dxa"/>
              <w:left w:w="50" w:type="dxa"/>
              <w:bottom w:w="20" w:type="dxa"/>
              <w:right w:w="50" w:type="dxa"/>
            </w:tcMar>
          </w:tcPr>
          <w:p w14:paraId="6CDA66DD" w14:textId="77777777" w:rsidR="00292F36" w:rsidRDefault="00000000">
            <w:r>
              <w:rPr>
                <w:sz w:val="12"/>
              </w:rPr>
              <w:t>0.25925926</w:t>
            </w:r>
          </w:p>
        </w:tc>
        <w:tc>
          <w:tcPr>
            <w:tcW w:w="564" w:type="dxa"/>
            <w:tcMar>
              <w:top w:w="20" w:type="dxa"/>
              <w:left w:w="50" w:type="dxa"/>
              <w:bottom w:w="20" w:type="dxa"/>
              <w:right w:w="50" w:type="dxa"/>
            </w:tcMar>
          </w:tcPr>
          <w:p w14:paraId="11A90F1E" w14:textId="77777777" w:rsidR="00292F36" w:rsidRDefault="00000000">
            <w:r>
              <w:rPr>
                <w:sz w:val="12"/>
              </w:rPr>
              <w:t>0.01683502</w:t>
            </w:r>
          </w:p>
        </w:tc>
        <w:tc>
          <w:tcPr>
            <w:tcW w:w="564" w:type="dxa"/>
            <w:tcMar>
              <w:top w:w="20" w:type="dxa"/>
              <w:left w:w="50" w:type="dxa"/>
              <w:bottom w:w="20" w:type="dxa"/>
              <w:right w:w="50" w:type="dxa"/>
            </w:tcMar>
          </w:tcPr>
          <w:p w14:paraId="1DB5BBDB" w14:textId="77777777" w:rsidR="00292F36" w:rsidRDefault="00000000">
            <w:r>
              <w:rPr>
                <w:sz w:val="12"/>
              </w:rPr>
              <w:t>0</w:t>
            </w:r>
          </w:p>
        </w:tc>
        <w:tc>
          <w:tcPr>
            <w:tcW w:w="564" w:type="dxa"/>
            <w:tcMar>
              <w:top w:w="20" w:type="dxa"/>
              <w:left w:w="50" w:type="dxa"/>
              <w:bottom w:w="20" w:type="dxa"/>
              <w:right w:w="50" w:type="dxa"/>
            </w:tcMar>
          </w:tcPr>
          <w:p w14:paraId="5FF47EBF" w14:textId="77777777" w:rsidR="00292F36" w:rsidRDefault="00000000">
            <w:r>
              <w:rPr>
                <w:sz w:val="12"/>
              </w:rPr>
              <w:t>0</w:t>
            </w:r>
          </w:p>
        </w:tc>
      </w:tr>
      <w:tr w:rsidR="00292F36" w14:paraId="4BCC7A31" w14:textId="77777777">
        <w:tc>
          <w:tcPr>
            <w:tcW w:w="564" w:type="dxa"/>
            <w:tcMar>
              <w:top w:w="20" w:type="dxa"/>
              <w:left w:w="50" w:type="dxa"/>
              <w:bottom w:w="20" w:type="dxa"/>
              <w:right w:w="50" w:type="dxa"/>
            </w:tcMar>
          </w:tcPr>
          <w:p w14:paraId="7F7A734D" w14:textId="77777777" w:rsidR="00292F36" w:rsidRDefault="00000000">
            <w:r>
              <w:rPr>
                <w:sz w:val="12"/>
              </w:rPr>
              <w:t>2023_isla_todos_santos_isla_todos_santos_exposed_north_deep_1</w:t>
            </w:r>
          </w:p>
        </w:tc>
        <w:tc>
          <w:tcPr>
            <w:tcW w:w="564" w:type="dxa"/>
            <w:tcMar>
              <w:top w:w="20" w:type="dxa"/>
              <w:left w:w="50" w:type="dxa"/>
              <w:bottom w:w="20" w:type="dxa"/>
              <w:right w:w="50" w:type="dxa"/>
            </w:tcMar>
          </w:tcPr>
          <w:p w14:paraId="17A654C6" w14:textId="77777777" w:rsidR="00292F36" w:rsidRDefault="00000000">
            <w:r>
              <w:rPr>
                <w:sz w:val="12"/>
              </w:rPr>
              <w:t>-0.7968184</w:t>
            </w:r>
          </w:p>
        </w:tc>
        <w:tc>
          <w:tcPr>
            <w:tcW w:w="564" w:type="dxa"/>
            <w:tcMar>
              <w:top w:w="20" w:type="dxa"/>
              <w:left w:w="50" w:type="dxa"/>
              <w:bottom w:w="20" w:type="dxa"/>
              <w:right w:w="50" w:type="dxa"/>
            </w:tcMar>
          </w:tcPr>
          <w:p w14:paraId="630EF6E3" w14:textId="77777777" w:rsidR="00292F36" w:rsidRDefault="00000000">
            <w:r>
              <w:rPr>
                <w:sz w:val="12"/>
              </w:rPr>
              <w:t>0.35032452</w:t>
            </w:r>
          </w:p>
        </w:tc>
        <w:tc>
          <w:tcPr>
            <w:tcW w:w="564" w:type="dxa"/>
            <w:tcMar>
              <w:top w:w="20" w:type="dxa"/>
              <w:left w:w="50" w:type="dxa"/>
              <w:bottom w:w="20" w:type="dxa"/>
              <w:right w:w="50" w:type="dxa"/>
            </w:tcMar>
          </w:tcPr>
          <w:p w14:paraId="50223CD4" w14:textId="77777777" w:rsidR="00292F36" w:rsidRDefault="00000000">
            <w:r>
              <w:rPr>
                <w:sz w:val="12"/>
              </w:rPr>
              <w:t>2023</w:t>
            </w:r>
          </w:p>
        </w:tc>
        <w:tc>
          <w:tcPr>
            <w:tcW w:w="564" w:type="dxa"/>
            <w:tcMar>
              <w:top w:w="20" w:type="dxa"/>
              <w:left w:w="50" w:type="dxa"/>
              <w:bottom w:w="20" w:type="dxa"/>
              <w:right w:w="50" w:type="dxa"/>
            </w:tcMar>
          </w:tcPr>
          <w:p w14:paraId="4C846D1A" w14:textId="77777777" w:rsidR="00292F36" w:rsidRDefault="00000000">
            <w:r>
              <w:rPr>
                <w:sz w:val="12"/>
              </w:rPr>
              <w:t>ensenada</w:t>
            </w:r>
          </w:p>
        </w:tc>
        <w:tc>
          <w:tcPr>
            <w:tcW w:w="564" w:type="dxa"/>
            <w:tcMar>
              <w:top w:w="20" w:type="dxa"/>
              <w:left w:w="50" w:type="dxa"/>
              <w:bottom w:w="20" w:type="dxa"/>
              <w:right w:w="50" w:type="dxa"/>
            </w:tcMar>
          </w:tcPr>
          <w:p w14:paraId="0F5A615B" w14:textId="77777777" w:rsidR="00292F36" w:rsidRDefault="00000000">
            <w:r>
              <w:rPr>
                <w:sz w:val="12"/>
              </w:rPr>
              <w:t>North</w:t>
            </w:r>
          </w:p>
        </w:tc>
        <w:tc>
          <w:tcPr>
            <w:tcW w:w="564" w:type="dxa"/>
            <w:tcMar>
              <w:top w:w="20" w:type="dxa"/>
              <w:left w:w="50" w:type="dxa"/>
              <w:bottom w:w="20" w:type="dxa"/>
              <w:right w:w="50" w:type="dxa"/>
            </w:tcMar>
          </w:tcPr>
          <w:p w14:paraId="19558A8C" w14:textId="77777777" w:rsidR="00292F36" w:rsidRDefault="00000000">
            <w:r>
              <w:rPr>
                <w:sz w:val="12"/>
              </w:rPr>
              <w:t>isla_todos_santos</w:t>
            </w:r>
          </w:p>
        </w:tc>
        <w:tc>
          <w:tcPr>
            <w:tcW w:w="564" w:type="dxa"/>
            <w:tcMar>
              <w:top w:w="20" w:type="dxa"/>
              <w:left w:w="50" w:type="dxa"/>
              <w:bottom w:w="20" w:type="dxa"/>
              <w:right w:w="50" w:type="dxa"/>
            </w:tcMar>
          </w:tcPr>
          <w:p w14:paraId="01B0CFF7" w14:textId="77777777" w:rsidR="00292F36" w:rsidRDefault="00000000">
            <w:r>
              <w:rPr>
                <w:sz w:val="12"/>
              </w:rPr>
              <w:t>isla_todos_santos_exposed_north_deep</w:t>
            </w:r>
          </w:p>
        </w:tc>
        <w:tc>
          <w:tcPr>
            <w:tcW w:w="564" w:type="dxa"/>
            <w:tcMar>
              <w:top w:w="20" w:type="dxa"/>
              <w:left w:w="50" w:type="dxa"/>
              <w:bottom w:w="20" w:type="dxa"/>
              <w:right w:w="50" w:type="dxa"/>
            </w:tcMar>
          </w:tcPr>
          <w:p w14:paraId="7726E58F" w14:textId="77777777" w:rsidR="00292F36" w:rsidRDefault="00000000">
            <w:r>
              <w:rPr>
                <w:sz w:val="12"/>
              </w:rPr>
              <w:t>15.5</w:t>
            </w:r>
          </w:p>
        </w:tc>
        <w:tc>
          <w:tcPr>
            <w:tcW w:w="564" w:type="dxa"/>
            <w:tcMar>
              <w:top w:w="20" w:type="dxa"/>
              <w:left w:w="50" w:type="dxa"/>
              <w:bottom w:w="20" w:type="dxa"/>
              <w:right w:w="50" w:type="dxa"/>
            </w:tcMar>
          </w:tcPr>
          <w:p w14:paraId="2A418CF3" w14:textId="77777777" w:rsidR="00292F36" w:rsidRDefault="00000000">
            <w:r>
              <w:rPr>
                <w:sz w:val="12"/>
              </w:rPr>
              <w:t>17.5599995</w:t>
            </w:r>
          </w:p>
        </w:tc>
        <w:tc>
          <w:tcPr>
            <w:tcW w:w="564" w:type="dxa"/>
            <w:tcMar>
              <w:top w:w="20" w:type="dxa"/>
              <w:left w:w="50" w:type="dxa"/>
              <w:bottom w:w="20" w:type="dxa"/>
              <w:right w:w="50" w:type="dxa"/>
            </w:tcMar>
          </w:tcPr>
          <w:p w14:paraId="2FC90332" w14:textId="77777777" w:rsidR="00292F36" w:rsidRDefault="00000000">
            <w:r>
              <w:rPr>
                <w:sz w:val="12"/>
              </w:rPr>
              <w:t>0.33241429</w:t>
            </w:r>
          </w:p>
        </w:tc>
        <w:tc>
          <w:tcPr>
            <w:tcW w:w="564" w:type="dxa"/>
            <w:tcMar>
              <w:top w:w="20" w:type="dxa"/>
              <w:left w:w="50" w:type="dxa"/>
              <w:bottom w:w="20" w:type="dxa"/>
              <w:right w:w="50" w:type="dxa"/>
            </w:tcMar>
          </w:tcPr>
          <w:p w14:paraId="4D8C627D" w14:textId="77777777" w:rsidR="00292F36" w:rsidRDefault="00000000">
            <w:r>
              <w:rPr>
                <w:sz w:val="12"/>
              </w:rPr>
              <w:t>0.98098859</w:t>
            </w:r>
          </w:p>
        </w:tc>
        <w:tc>
          <w:tcPr>
            <w:tcW w:w="564" w:type="dxa"/>
            <w:tcMar>
              <w:top w:w="20" w:type="dxa"/>
              <w:left w:w="50" w:type="dxa"/>
              <w:bottom w:w="20" w:type="dxa"/>
              <w:right w:w="50" w:type="dxa"/>
            </w:tcMar>
          </w:tcPr>
          <w:p w14:paraId="1DAB40A3" w14:textId="77777777" w:rsidR="00292F36" w:rsidRDefault="00000000">
            <w:r>
              <w:rPr>
                <w:sz w:val="12"/>
              </w:rPr>
              <w:t>0.01520913</w:t>
            </w:r>
          </w:p>
        </w:tc>
        <w:tc>
          <w:tcPr>
            <w:tcW w:w="564" w:type="dxa"/>
            <w:tcMar>
              <w:top w:w="20" w:type="dxa"/>
              <w:left w:w="50" w:type="dxa"/>
              <w:bottom w:w="20" w:type="dxa"/>
              <w:right w:w="50" w:type="dxa"/>
            </w:tcMar>
          </w:tcPr>
          <w:p w14:paraId="4DDB5DEB" w14:textId="77777777" w:rsidR="00292F36" w:rsidRDefault="00000000">
            <w:r>
              <w:rPr>
                <w:sz w:val="12"/>
              </w:rPr>
              <w:t>0.00380228</w:t>
            </w:r>
          </w:p>
        </w:tc>
        <w:tc>
          <w:tcPr>
            <w:tcW w:w="564" w:type="dxa"/>
            <w:tcMar>
              <w:top w:w="20" w:type="dxa"/>
              <w:left w:w="50" w:type="dxa"/>
              <w:bottom w:w="20" w:type="dxa"/>
              <w:right w:w="50" w:type="dxa"/>
            </w:tcMar>
          </w:tcPr>
          <w:p w14:paraId="73AEDCC1" w14:textId="77777777" w:rsidR="00292F36" w:rsidRDefault="00000000">
            <w:r>
              <w:rPr>
                <w:sz w:val="12"/>
              </w:rPr>
              <w:t>0</w:t>
            </w:r>
          </w:p>
        </w:tc>
        <w:tc>
          <w:tcPr>
            <w:tcW w:w="564" w:type="dxa"/>
            <w:tcMar>
              <w:top w:w="20" w:type="dxa"/>
              <w:left w:w="50" w:type="dxa"/>
              <w:bottom w:w="20" w:type="dxa"/>
              <w:right w:w="50" w:type="dxa"/>
            </w:tcMar>
          </w:tcPr>
          <w:p w14:paraId="1657D6E5" w14:textId="77777777" w:rsidR="00292F36" w:rsidRDefault="00000000">
            <w:r>
              <w:rPr>
                <w:sz w:val="12"/>
              </w:rPr>
              <w:t>0</w:t>
            </w:r>
          </w:p>
        </w:tc>
        <w:tc>
          <w:tcPr>
            <w:tcW w:w="564" w:type="dxa"/>
            <w:tcMar>
              <w:top w:w="20" w:type="dxa"/>
              <w:left w:w="50" w:type="dxa"/>
              <w:bottom w:w="20" w:type="dxa"/>
              <w:right w:w="50" w:type="dxa"/>
            </w:tcMar>
          </w:tcPr>
          <w:p w14:paraId="42DBCF8E" w14:textId="77777777" w:rsidR="00292F36" w:rsidRDefault="00000000">
            <w:r>
              <w:rPr>
                <w:sz w:val="12"/>
              </w:rPr>
              <w:t>0</w:t>
            </w:r>
          </w:p>
        </w:tc>
        <w:tc>
          <w:tcPr>
            <w:tcW w:w="564" w:type="dxa"/>
            <w:tcMar>
              <w:top w:w="20" w:type="dxa"/>
              <w:left w:w="50" w:type="dxa"/>
              <w:bottom w:w="20" w:type="dxa"/>
              <w:right w:w="50" w:type="dxa"/>
            </w:tcMar>
          </w:tcPr>
          <w:p w14:paraId="05B6558E" w14:textId="77777777" w:rsidR="00292F36" w:rsidRDefault="00000000">
            <w:r>
              <w:rPr>
                <w:sz w:val="12"/>
              </w:rPr>
              <w:t>0</w:t>
            </w:r>
          </w:p>
        </w:tc>
        <w:tc>
          <w:tcPr>
            <w:tcW w:w="564" w:type="dxa"/>
            <w:tcMar>
              <w:top w:w="20" w:type="dxa"/>
              <w:left w:w="50" w:type="dxa"/>
              <w:bottom w:w="20" w:type="dxa"/>
              <w:right w:w="50" w:type="dxa"/>
            </w:tcMar>
          </w:tcPr>
          <w:p w14:paraId="3EFCC954" w14:textId="77777777" w:rsidR="00292F36" w:rsidRDefault="00000000">
            <w:r>
              <w:rPr>
                <w:sz w:val="12"/>
              </w:rPr>
              <w:t>0</w:t>
            </w:r>
          </w:p>
        </w:tc>
        <w:tc>
          <w:tcPr>
            <w:tcW w:w="564" w:type="dxa"/>
            <w:tcMar>
              <w:top w:w="20" w:type="dxa"/>
              <w:left w:w="50" w:type="dxa"/>
              <w:bottom w:w="20" w:type="dxa"/>
              <w:right w:w="50" w:type="dxa"/>
            </w:tcMar>
          </w:tcPr>
          <w:p w14:paraId="02C483D2" w14:textId="77777777" w:rsidR="00292F36" w:rsidRDefault="00000000">
            <w:r>
              <w:rPr>
                <w:sz w:val="12"/>
              </w:rPr>
              <w:t>0</w:t>
            </w:r>
          </w:p>
        </w:tc>
        <w:tc>
          <w:tcPr>
            <w:tcW w:w="564" w:type="dxa"/>
            <w:tcMar>
              <w:top w:w="20" w:type="dxa"/>
              <w:left w:w="50" w:type="dxa"/>
              <w:bottom w:w="20" w:type="dxa"/>
              <w:right w:w="50" w:type="dxa"/>
            </w:tcMar>
          </w:tcPr>
          <w:p w14:paraId="4801BCC5" w14:textId="77777777" w:rsidR="00292F36" w:rsidRDefault="00000000">
            <w:r>
              <w:rPr>
                <w:sz w:val="12"/>
              </w:rPr>
              <w:t>0.07471264</w:t>
            </w:r>
          </w:p>
        </w:tc>
        <w:tc>
          <w:tcPr>
            <w:tcW w:w="564" w:type="dxa"/>
            <w:tcMar>
              <w:top w:w="20" w:type="dxa"/>
              <w:left w:w="50" w:type="dxa"/>
              <w:bottom w:w="20" w:type="dxa"/>
              <w:right w:w="50" w:type="dxa"/>
            </w:tcMar>
          </w:tcPr>
          <w:p w14:paraId="05B3B53A" w14:textId="77777777" w:rsidR="00292F36" w:rsidRDefault="00000000">
            <w:r>
              <w:rPr>
                <w:sz w:val="12"/>
              </w:rPr>
              <w:t>0.01149425</w:t>
            </w:r>
          </w:p>
        </w:tc>
        <w:tc>
          <w:tcPr>
            <w:tcW w:w="564" w:type="dxa"/>
            <w:tcMar>
              <w:top w:w="20" w:type="dxa"/>
              <w:left w:w="50" w:type="dxa"/>
              <w:bottom w:w="20" w:type="dxa"/>
              <w:right w:w="50" w:type="dxa"/>
            </w:tcMar>
          </w:tcPr>
          <w:p w14:paraId="5A3C2C83" w14:textId="77777777" w:rsidR="00292F36" w:rsidRDefault="00000000">
            <w:r>
              <w:rPr>
                <w:sz w:val="12"/>
              </w:rPr>
              <w:t>0.01724138</w:t>
            </w:r>
          </w:p>
        </w:tc>
        <w:tc>
          <w:tcPr>
            <w:tcW w:w="564" w:type="dxa"/>
            <w:tcMar>
              <w:top w:w="20" w:type="dxa"/>
              <w:left w:w="50" w:type="dxa"/>
              <w:bottom w:w="20" w:type="dxa"/>
              <w:right w:w="50" w:type="dxa"/>
            </w:tcMar>
          </w:tcPr>
          <w:p w14:paraId="51849181" w14:textId="77777777" w:rsidR="00292F36" w:rsidRDefault="00000000">
            <w:r>
              <w:rPr>
                <w:sz w:val="12"/>
              </w:rPr>
              <w:t>0</w:t>
            </w:r>
          </w:p>
        </w:tc>
        <w:tc>
          <w:tcPr>
            <w:tcW w:w="564" w:type="dxa"/>
            <w:tcMar>
              <w:top w:w="20" w:type="dxa"/>
              <w:left w:w="50" w:type="dxa"/>
              <w:bottom w:w="20" w:type="dxa"/>
              <w:right w:w="50" w:type="dxa"/>
            </w:tcMar>
          </w:tcPr>
          <w:p w14:paraId="65CEDBA0" w14:textId="77777777" w:rsidR="00292F36" w:rsidRDefault="00000000">
            <w:r>
              <w:rPr>
                <w:sz w:val="12"/>
              </w:rPr>
              <w:t>0.89655172</w:t>
            </w:r>
          </w:p>
        </w:tc>
      </w:tr>
      <w:tr w:rsidR="00292F36" w14:paraId="0BD6FD65" w14:textId="77777777">
        <w:tc>
          <w:tcPr>
            <w:tcW w:w="564" w:type="dxa"/>
            <w:tcMar>
              <w:top w:w="20" w:type="dxa"/>
              <w:left w:w="50" w:type="dxa"/>
              <w:bottom w:w="20" w:type="dxa"/>
              <w:right w:w="50" w:type="dxa"/>
            </w:tcMar>
          </w:tcPr>
          <w:p w14:paraId="7E78874F" w14:textId="77777777" w:rsidR="00292F36" w:rsidRDefault="00000000">
            <w:r>
              <w:rPr>
                <w:sz w:val="12"/>
              </w:rPr>
              <w:t>2023_isla_todos_santos_isla_todos_santos_exposed_north_deep_2</w:t>
            </w:r>
          </w:p>
        </w:tc>
        <w:tc>
          <w:tcPr>
            <w:tcW w:w="564" w:type="dxa"/>
            <w:tcMar>
              <w:top w:w="20" w:type="dxa"/>
              <w:left w:w="50" w:type="dxa"/>
              <w:bottom w:w="20" w:type="dxa"/>
              <w:right w:w="50" w:type="dxa"/>
            </w:tcMar>
          </w:tcPr>
          <w:p w14:paraId="70EBD5E9" w14:textId="77777777" w:rsidR="00292F36" w:rsidRDefault="00000000">
            <w:r>
              <w:rPr>
                <w:sz w:val="12"/>
              </w:rPr>
              <w:t>-0.7260064</w:t>
            </w:r>
          </w:p>
        </w:tc>
        <w:tc>
          <w:tcPr>
            <w:tcW w:w="564" w:type="dxa"/>
            <w:tcMar>
              <w:top w:w="20" w:type="dxa"/>
              <w:left w:w="50" w:type="dxa"/>
              <w:bottom w:w="20" w:type="dxa"/>
              <w:right w:w="50" w:type="dxa"/>
            </w:tcMar>
          </w:tcPr>
          <w:p w14:paraId="227A415C" w14:textId="77777777" w:rsidR="00292F36" w:rsidRDefault="00000000">
            <w:r>
              <w:rPr>
                <w:sz w:val="12"/>
              </w:rPr>
              <w:t>0.27571567</w:t>
            </w:r>
          </w:p>
        </w:tc>
        <w:tc>
          <w:tcPr>
            <w:tcW w:w="564" w:type="dxa"/>
            <w:tcMar>
              <w:top w:w="20" w:type="dxa"/>
              <w:left w:w="50" w:type="dxa"/>
              <w:bottom w:w="20" w:type="dxa"/>
              <w:right w:w="50" w:type="dxa"/>
            </w:tcMar>
          </w:tcPr>
          <w:p w14:paraId="472A27AF" w14:textId="77777777" w:rsidR="00292F36" w:rsidRDefault="00000000">
            <w:r>
              <w:rPr>
                <w:sz w:val="12"/>
              </w:rPr>
              <w:t>2023</w:t>
            </w:r>
          </w:p>
        </w:tc>
        <w:tc>
          <w:tcPr>
            <w:tcW w:w="564" w:type="dxa"/>
            <w:tcMar>
              <w:top w:w="20" w:type="dxa"/>
              <w:left w:w="50" w:type="dxa"/>
              <w:bottom w:w="20" w:type="dxa"/>
              <w:right w:w="50" w:type="dxa"/>
            </w:tcMar>
          </w:tcPr>
          <w:p w14:paraId="3741466E" w14:textId="77777777" w:rsidR="00292F36" w:rsidRDefault="00000000">
            <w:r>
              <w:rPr>
                <w:sz w:val="12"/>
              </w:rPr>
              <w:t>ensenada</w:t>
            </w:r>
          </w:p>
        </w:tc>
        <w:tc>
          <w:tcPr>
            <w:tcW w:w="564" w:type="dxa"/>
            <w:tcMar>
              <w:top w:w="20" w:type="dxa"/>
              <w:left w:w="50" w:type="dxa"/>
              <w:bottom w:w="20" w:type="dxa"/>
              <w:right w:w="50" w:type="dxa"/>
            </w:tcMar>
          </w:tcPr>
          <w:p w14:paraId="5E37CC57" w14:textId="77777777" w:rsidR="00292F36" w:rsidRDefault="00000000">
            <w:r>
              <w:rPr>
                <w:sz w:val="12"/>
              </w:rPr>
              <w:t>North</w:t>
            </w:r>
          </w:p>
        </w:tc>
        <w:tc>
          <w:tcPr>
            <w:tcW w:w="564" w:type="dxa"/>
            <w:tcMar>
              <w:top w:w="20" w:type="dxa"/>
              <w:left w:w="50" w:type="dxa"/>
              <w:bottom w:w="20" w:type="dxa"/>
              <w:right w:w="50" w:type="dxa"/>
            </w:tcMar>
          </w:tcPr>
          <w:p w14:paraId="1DA71267" w14:textId="77777777" w:rsidR="00292F36" w:rsidRDefault="00000000">
            <w:r>
              <w:rPr>
                <w:sz w:val="12"/>
              </w:rPr>
              <w:t>isla_todos_santos</w:t>
            </w:r>
          </w:p>
        </w:tc>
        <w:tc>
          <w:tcPr>
            <w:tcW w:w="564" w:type="dxa"/>
            <w:tcMar>
              <w:top w:w="20" w:type="dxa"/>
              <w:left w:w="50" w:type="dxa"/>
              <w:bottom w:w="20" w:type="dxa"/>
              <w:right w:w="50" w:type="dxa"/>
            </w:tcMar>
          </w:tcPr>
          <w:p w14:paraId="2D79C95E" w14:textId="77777777" w:rsidR="00292F36" w:rsidRDefault="00000000">
            <w:r>
              <w:rPr>
                <w:sz w:val="12"/>
              </w:rPr>
              <w:t>isla_todos_santos_exposed_north_deep</w:t>
            </w:r>
          </w:p>
        </w:tc>
        <w:tc>
          <w:tcPr>
            <w:tcW w:w="564" w:type="dxa"/>
            <w:tcMar>
              <w:top w:w="20" w:type="dxa"/>
              <w:left w:w="50" w:type="dxa"/>
              <w:bottom w:w="20" w:type="dxa"/>
              <w:right w:w="50" w:type="dxa"/>
            </w:tcMar>
          </w:tcPr>
          <w:p w14:paraId="342EEDB8" w14:textId="77777777" w:rsidR="00292F36" w:rsidRDefault="00000000">
            <w:r>
              <w:rPr>
                <w:sz w:val="12"/>
              </w:rPr>
              <w:t>15.5</w:t>
            </w:r>
          </w:p>
        </w:tc>
        <w:tc>
          <w:tcPr>
            <w:tcW w:w="564" w:type="dxa"/>
            <w:tcMar>
              <w:top w:w="20" w:type="dxa"/>
              <w:left w:w="50" w:type="dxa"/>
              <w:bottom w:w="20" w:type="dxa"/>
              <w:right w:w="50" w:type="dxa"/>
            </w:tcMar>
          </w:tcPr>
          <w:p w14:paraId="07628C21" w14:textId="77777777" w:rsidR="00292F36" w:rsidRDefault="00000000">
            <w:r>
              <w:rPr>
                <w:sz w:val="12"/>
              </w:rPr>
              <w:t>17.5599995</w:t>
            </w:r>
          </w:p>
        </w:tc>
        <w:tc>
          <w:tcPr>
            <w:tcW w:w="564" w:type="dxa"/>
            <w:tcMar>
              <w:top w:w="20" w:type="dxa"/>
              <w:left w:w="50" w:type="dxa"/>
              <w:bottom w:w="20" w:type="dxa"/>
              <w:right w:w="50" w:type="dxa"/>
            </w:tcMar>
          </w:tcPr>
          <w:p w14:paraId="6AA6911F" w14:textId="77777777" w:rsidR="00292F36" w:rsidRDefault="00000000">
            <w:r>
              <w:rPr>
                <w:sz w:val="12"/>
              </w:rPr>
              <w:t>0.33241429</w:t>
            </w:r>
          </w:p>
        </w:tc>
        <w:tc>
          <w:tcPr>
            <w:tcW w:w="564" w:type="dxa"/>
            <w:tcMar>
              <w:top w:w="20" w:type="dxa"/>
              <w:left w:w="50" w:type="dxa"/>
              <w:bottom w:w="20" w:type="dxa"/>
              <w:right w:w="50" w:type="dxa"/>
            </w:tcMar>
          </w:tcPr>
          <w:p w14:paraId="131A48E0" w14:textId="77777777" w:rsidR="00292F36" w:rsidRDefault="00000000">
            <w:r>
              <w:rPr>
                <w:sz w:val="12"/>
              </w:rPr>
              <w:t>1</w:t>
            </w:r>
          </w:p>
        </w:tc>
        <w:tc>
          <w:tcPr>
            <w:tcW w:w="564" w:type="dxa"/>
            <w:tcMar>
              <w:top w:w="20" w:type="dxa"/>
              <w:left w:w="50" w:type="dxa"/>
              <w:bottom w:w="20" w:type="dxa"/>
              <w:right w:w="50" w:type="dxa"/>
            </w:tcMar>
          </w:tcPr>
          <w:p w14:paraId="726A8174" w14:textId="77777777" w:rsidR="00292F36" w:rsidRDefault="00000000">
            <w:r>
              <w:rPr>
                <w:sz w:val="12"/>
              </w:rPr>
              <w:t>0</w:t>
            </w:r>
          </w:p>
        </w:tc>
        <w:tc>
          <w:tcPr>
            <w:tcW w:w="564" w:type="dxa"/>
            <w:tcMar>
              <w:top w:w="20" w:type="dxa"/>
              <w:left w:w="50" w:type="dxa"/>
              <w:bottom w:w="20" w:type="dxa"/>
              <w:right w:w="50" w:type="dxa"/>
            </w:tcMar>
          </w:tcPr>
          <w:p w14:paraId="7AF5354D" w14:textId="77777777" w:rsidR="00292F36" w:rsidRDefault="00000000">
            <w:r>
              <w:rPr>
                <w:sz w:val="12"/>
              </w:rPr>
              <w:t>0</w:t>
            </w:r>
          </w:p>
        </w:tc>
        <w:tc>
          <w:tcPr>
            <w:tcW w:w="564" w:type="dxa"/>
            <w:tcMar>
              <w:top w:w="20" w:type="dxa"/>
              <w:left w:w="50" w:type="dxa"/>
              <w:bottom w:w="20" w:type="dxa"/>
              <w:right w:w="50" w:type="dxa"/>
            </w:tcMar>
          </w:tcPr>
          <w:p w14:paraId="2C0AB60C" w14:textId="77777777" w:rsidR="00292F36" w:rsidRDefault="00000000">
            <w:r>
              <w:rPr>
                <w:sz w:val="12"/>
              </w:rPr>
              <w:t>0</w:t>
            </w:r>
          </w:p>
        </w:tc>
        <w:tc>
          <w:tcPr>
            <w:tcW w:w="564" w:type="dxa"/>
            <w:tcMar>
              <w:top w:w="20" w:type="dxa"/>
              <w:left w:w="50" w:type="dxa"/>
              <w:bottom w:w="20" w:type="dxa"/>
              <w:right w:w="50" w:type="dxa"/>
            </w:tcMar>
          </w:tcPr>
          <w:p w14:paraId="31F6B391" w14:textId="77777777" w:rsidR="00292F36" w:rsidRDefault="00000000">
            <w:r>
              <w:rPr>
                <w:sz w:val="12"/>
              </w:rPr>
              <w:t>0</w:t>
            </w:r>
          </w:p>
        </w:tc>
        <w:tc>
          <w:tcPr>
            <w:tcW w:w="564" w:type="dxa"/>
            <w:tcMar>
              <w:top w:w="20" w:type="dxa"/>
              <w:left w:w="50" w:type="dxa"/>
              <w:bottom w:w="20" w:type="dxa"/>
              <w:right w:w="50" w:type="dxa"/>
            </w:tcMar>
          </w:tcPr>
          <w:p w14:paraId="605386E8" w14:textId="77777777" w:rsidR="00292F36" w:rsidRDefault="00000000">
            <w:r>
              <w:rPr>
                <w:sz w:val="12"/>
              </w:rPr>
              <w:t>0</w:t>
            </w:r>
          </w:p>
        </w:tc>
        <w:tc>
          <w:tcPr>
            <w:tcW w:w="564" w:type="dxa"/>
            <w:tcMar>
              <w:top w:w="20" w:type="dxa"/>
              <w:left w:w="50" w:type="dxa"/>
              <w:bottom w:w="20" w:type="dxa"/>
              <w:right w:w="50" w:type="dxa"/>
            </w:tcMar>
          </w:tcPr>
          <w:p w14:paraId="7F6B6C30" w14:textId="77777777" w:rsidR="00292F36" w:rsidRDefault="00000000">
            <w:r>
              <w:rPr>
                <w:sz w:val="12"/>
              </w:rPr>
              <w:t>0</w:t>
            </w:r>
          </w:p>
        </w:tc>
        <w:tc>
          <w:tcPr>
            <w:tcW w:w="564" w:type="dxa"/>
            <w:tcMar>
              <w:top w:w="20" w:type="dxa"/>
              <w:left w:w="50" w:type="dxa"/>
              <w:bottom w:w="20" w:type="dxa"/>
              <w:right w:w="50" w:type="dxa"/>
            </w:tcMar>
          </w:tcPr>
          <w:p w14:paraId="57225B95" w14:textId="77777777" w:rsidR="00292F36" w:rsidRDefault="00000000">
            <w:r>
              <w:rPr>
                <w:sz w:val="12"/>
              </w:rPr>
              <w:t>0</w:t>
            </w:r>
          </w:p>
        </w:tc>
        <w:tc>
          <w:tcPr>
            <w:tcW w:w="564" w:type="dxa"/>
            <w:tcMar>
              <w:top w:w="20" w:type="dxa"/>
              <w:left w:w="50" w:type="dxa"/>
              <w:bottom w:w="20" w:type="dxa"/>
              <w:right w:w="50" w:type="dxa"/>
            </w:tcMar>
          </w:tcPr>
          <w:p w14:paraId="5C203D6B" w14:textId="77777777" w:rsidR="00292F36" w:rsidRDefault="00000000">
            <w:r>
              <w:rPr>
                <w:sz w:val="12"/>
              </w:rPr>
              <w:t>0</w:t>
            </w:r>
          </w:p>
        </w:tc>
        <w:tc>
          <w:tcPr>
            <w:tcW w:w="564" w:type="dxa"/>
            <w:tcMar>
              <w:top w:w="20" w:type="dxa"/>
              <w:left w:w="50" w:type="dxa"/>
              <w:bottom w:w="20" w:type="dxa"/>
              <w:right w:w="50" w:type="dxa"/>
            </w:tcMar>
          </w:tcPr>
          <w:p w14:paraId="5BE106FD" w14:textId="77777777" w:rsidR="00292F36" w:rsidRDefault="00000000">
            <w:r>
              <w:rPr>
                <w:sz w:val="12"/>
              </w:rPr>
              <w:t>0.19047619</w:t>
            </w:r>
          </w:p>
        </w:tc>
        <w:tc>
          <w:tcPr>
            <w:tcW w:w="564" w:type="dxa"/>
            <w:tcMar>
              <w:top w:w="20" w:type="dxa"/>
              <w:left w:w="50" w:type="dxa"/>
              <w:bottom w:w="20" w:type="dxa"/>
              <w:right w:w="50" w:type="dxa"/>
            </w:tcMar>
          </w:tcPr>
          <w:p w14:paraId="62D5FEEF" w14:textId="77777777" w:rsidR="00292F36" w:rsidRDefault="00000000">
            <w:r>
              <w:rPr>
                <w:sz w:val="12"/>
              </w:rPr>
              <w:t>0.01190476</w:t>
            </w:r>
          </w:p>
        </w:tc>
        <w:tc>
          <w:tcPr>
            <w:tcW w:w="564" w:type="dxa"/>
            <w:tcMar>
              <w:top w:w="20" w:type="dxa"/>
              <w:left w:w="50" w:type="dxa"/>
              <w:bottom w:w="20" w:type="dxa"/>
              <w:right w:w="50" w:type="dxa"/>
            </w:tcMar>
          </w:tcPr>
          <w:p w14:paraId="46A20DA9" w14:textId="77777777" w:rsidR="00292F36" w:rsidRDefault="00000000">
            <w:r>
              <w:rPr>
                <w:sz w:val="12"/>
              </w:rPr>
              <w:t>0</w:t>
            </w:r>
          </w:p>
        </w:tc>
        <w:tc>
          <w:tcPr>
            <w:tcW w:w="564" w:type="dxa"/>
            <w:tcMar>
              <w:top w:w="20" w:type="dxa"/>
              <w:left w:w="50" w:type="dxa"/>
              <w:bottom w:w="20" w:type="dxa"/>
              <w:right w:w="50" w:type="dxa"/>
            </w:tcMar>
          </w:tcPr>
          <w:p w14:paraId="51F2E961" w14:textId="77777777" w:rsidR="00292F36" w:rsidRDefault="00000000">
            <w:r>
              <w:rPr>
                <w:sz w:val="12"/>
              </w:rPr>
              <w:t>0</w:t>
            </w:r>
          </w:p>
        </w:tc>
        <w:tc>
          <w:tcPr>
            <w:tcW w:w="564" w:type="dxa"/>
            <w:tcMar>
              <w:top w:w="20" w:type="dxa"/>
              <w:left w:w="50" w:type="dxa"/>
              <w:bottom w:w="20" w:type="dxa"/>
              <w:right w:w="50" w:type="dxa"/>
            </w:tcMar>
          </w:tcPr>
          <w:p w14:paraId="6EF01809" w14:textId="77777777" w:rsidR="00292F36" w:rsidRDefault="00000000">
            <w:r>
              <w:rPr>
                <w:sz w:val="12"/>
              </w:rPr>
              <w:t>0.79761905</w:t>
            </w:r>
          </w:p>
        </w:tc>
      </w:tr>
      <w:tr w:rsidR="00292F36" w14:paraId="0A0FAA5D" w14:textId="77777777">
        <w:tc>
          <w:tcPr>
            <w:tcW w:w="564" w:type="dxa"/>
            <w:tcMar>
              <w:top w:w="20" w:type="dxa"/>
              <w:left w:w="50" w:type="dxa"/>
              <w:bottom w:w="20" w:type="dxa"/>
              <w:right w:w="50" w:type="dxa"/>
            </w:tcMar>
          </w:tcPr>
          <w:p w14:paraId="51C3C35D" w14:textId="77777777" w:rsidR="00292F36" w:rsidRDefault="00000000">
            <w:r>
              <w:rPr>
                <w:sz w:val="12"/>
              </w:rPr>
              <w:t>2023_isla_todos_santos_isla_todos_santos_exposed_south_1</w:t>
            </w:r>
          </w:p>
        </w:tc>
        <w:tc>
          <w:tcPr>
            <w:tcW w:w="564" w:type="dxa"/>
            <w:tcMar>
              <w:top w:w="20" w:type="dxa"/>
              <w:left w:w="50" w:type="dxa"/>
              <w:bottom w:w="20" w:type="dxa"/>
              <w:right w:w="50" w:type="dxa"/>
            </w:tcMar>
          </w:tcPr>
          <w:p w14:paraId="5E2A9F0D" w14:textId="77777777" w:rsidR="00292F36" w:rsidRDefault="00000000">
            <w:r>
              <w:rPr>
                <w:sz w:val="12"/>
              </w:rPr>
              <w:t>0.6461829</w:t>
            </w:r>
          </w:p>
        </w:tc>
        <w:tc>
          <w:tcPr>
            <w:tcW w:w="564" w:type="dxa"/>
            <w:tcMar>
              <w:top w:w="20" w:type="dxa"/>
              <w:left w:w="50" w:type="dxa"/>
              <w:bottom w:w="20" w:type="dxa"/>
              <w:right w:w="50" w:type="dxa"/>
            </w:tcMar>
          </w:tcPr>
          <w:p w14:paraId="24248E84" w14:textId="77777777" w:rsidR="00292F36" w:rsidRDefault="00000000">
            <w:r>
              <w:rPr>
                <w:sz w:val="12"/>
              </w:rPr>
              <w:t>0.37227558</w:t>
            </w:r>
          </w:p>
        </w:tc>
        <w:tc>
          <w:tcPr>
            <w:tcW w:w="564" w:type="dxa"/>
            <w:tcMar>
              <w:top w:w="20" w:type="dxa"/>
              <w:left w:w="50" w:type="dxa"/>
              <w:bottom w:w="20" w:type="dxa"/>
              <w:right w:w="50" w:type="dxa"/>
            </w:tcMar>
          </w:tcPr>
          <w:p w14:paraId="297C1ACC" w14:textId="77777777" w:rsidR="00292F36" w:rsidRDefault="00000000">
            <w:r>
              <w:rPr>
                <w:sz w:val="12"/>
              </w:rPr>
              <w:t>2023</w:t>
            </w:r>
          </w:p>
        </w:tc>
        <w:tc>
          <w:tcPr>
            <w:tcW w:w="564" w:type="dxa"/>
            <w:tcMar>
              <w:top w:w="20" w:type="dxa"/>
              <w:left w:w="50" w:type="dxa"/>
              <w:bottom w:w="20" w:type="dxa"/>
              <w:right w:w="50" w:type="dxa"/>
            </w:tcMar>
          </w:tcPr>
          <w:p w14:paraId="191CCA78" w14:textId="77777777" w:rsidR="00292F36" w:rsidRDefault="00000000">
            <w:r>
              <w:rPr>
                <w:sz w:val="12"/>
              </w:rPr>
              <w:t>ensenada</w:t>
            </w:r>
          </w:p>
        </w:tc>
        <w:tc>
          <w:tcPr>
            <w:tcW w:w="564" w:type="dxa"/>
            <w:tcMar>
              <w:top w:w="20" w:type="dxa"/>
              <w:left w:w="50" w:type="dxa"/>
              <w:bottom w:w="20" w:type="dxa"/>
              <w:right w:w="50" w:type="dxa"/>
            </w:tcMar>
          </w:tcPr>
          <w:p w14:paraId="00902694" w14:textId="77777777" w:rsidR="00292F36" w:rsidRDefault="00000000">
            <w:r>
              <w:rPr>
                <w:sz w:val="12"/>
              </w:rPr>
              <w:t>North</w:t>
            </w:r>
          </w:p>
        </w:tc>
        <w:tc>
          <w:tcPr>
            <w:tcW w:w="564" w:type="dxa"/>
            <w:tcMar>
              <w:top w:w="20" w:type="dxa"/>
              <w:left w:w="50" w:type="dxa"/>
              <w:bottom w:w="20" w:type="dxa"/>
              <w:right w:w="50" w:type="dxa"/>
            </w:tcMar>
          </w:tcPr>
          <w:p w14:paraId="3524AC18" w14:textId="77777777" w:rsidR="00292F36" w:rsidRDefault="00000000">
            <w:r>
              <w:rPr>
                <w:sz w:val="12"/>
              </w:rPr>
              <w:t>isla_todos_santos</w:t>
            </w:r>
          </w:p>
        </w:tc>
        <w:tc>
          <w:tcPr>
            <w:tcW w:w="564" w:type="dxa"/>
            <w:tcMar>
              <w:top w:w="20" w:type="dxa"/>
              <w:left w:w="50" w:type="dxa"/>
              <w:bottom w:w="20" w:type="dxa"/>
              <w:right w:w="50" w:type="dxa"/>
            </w:tcMar>
          </w:tcPr>
          <w:p w14:paraId="5AEAF4A0" w14:textId="77777777" w:rsidR="00292F36" w:rsidRDefault="00000000">
            <w:r>
              <w:rPr>
                <w:sz w:val="12"/>
              </w:rPr>
              <w:t>isla_todos_santos_exposed_south</w:t>
            </w:r>
          </w:p>
        </w:tc>
        <w:tc>
          <w:tcPr>
            <w:tcW w:w="564" w:type="dxa"/>
            <w:tcMar>
              <w:top w:w="20" w:type="dxa"/>
              <w:left w:w="50" w:type="dxa"/>
              <w:bottom w:w="20" w:type="dxa"/>
              <w:right w:w="50" w:type="dxa"/>
            </w:tcMar>
          </w:tcPr>
          <w:p w14:paraId="02B796A7" w14:textId="77777777" w:rsidR="00292F36" w:rsidRDefault="00000000">
            <w:r>
              <w:rPr>
                <w:sz w:val="12"/>
              </w:rPr>
              <w:t>5.6</w:t>
            </w:r>
          </w:p>
        </w:tc>
        <w:tc>
          <w:tcPr>
            <w:tcW w:w="564" w:type="dxa"/>
            <w:tcMar>
              <w:top w:w="20" w:type="dxa"/>
              <w:left w:w="50" w:type="dxa"/>
              <w:bottom w:w="20" w:type="dxa"/>
              <w:right w:w="50" w:type="dxa"/>
            </w:tcMar>
          </w:tcPr>
          <w:p w14:paraId="581B2B7B" w14:textId="77777777" w:rsidR="00292F36" w:rsidRDefault="00000000">
            <w:r>
              <w:rPr>
                <w:sz w:val="12"/>
              </w:rPr>
              <w:t>19.2299995</w:t>
            </w:r>
          </w:p>
        </w:tc>
        <w:tc>
          <w:tcPr>
            <w:tcW w:w="564" w:type="dxa"/>
            <w:tcMar>
              <w:top w:w="20" w:type="dxa"/>
              <w:left w:w="50" w:type="dxa"/>
              <w:bottom w:w="20" w:type="dxa"/>
              <w:right w:w="50" w:type="dxa"/>
            </w:tcMar>
          </w:tcPr>
          <w:p w14:paraId="255FEAF9" w14:textId="77777777" w:rsidR="00292F36" w:rsidRDefault="00000000">
            <w:r>
              <w:rPr>
                <w:sz w:val="12"/>
              </w:rPr>
              <w:t>0.17744741</w:t>
            </w:r>
          </w:p>
        </w:tc>
        <w:tc>
          <w:tcPr>
            <w:tcW w:w="564" w:type="dxa"/>
            <w:tcMar>
              <w:top w:w="20" w:type="dxa"/>
              <w:left w:w="50" w:type="dxa"/>
              <w:bottom w:w="20" w:type="dxa"/>
              <w:right w:w="50" w:type="dxa"/>
            </w:tcMar>
          </w:tcPr>
          <w:p w14:paraId="6BC62267" w14:textId="77777777" w:rsidR="00292F36" w:rsidRDefault="00000000">
            <w:r>
              <w:rPr>
                <w:sz w:val="12"/>
              </w:rPr>
              <w:t>0</w:t>
            </w:r>
          </w:p>
        </w:tc>
        <w:tc>
          <w:tcPr>
            <w:tcW w:w="564" w:type="dxa"/>
            <w:tcMar>
              <w:top w:w="20" w:type="dxa"/>
              <w:left w:w="50" w:type="dxa"/>
              <w:bottom w:w="20" w:type="dxa"/>
              <w:right w:w="50" w:type="dxa"/>
            </w:tcMar>
          </w:tcPr>
          <w:p w14:paraId="2B22C25B" w14:textId="77777777" w:rsidR="00292F36" w:rsidRDefault="00000000">
            <w:r>
              <w:rPr>
                <w:sz w:val="12"/>
              </w:rPr>
              <w:t>0.34782609</w:t>
            </w:r>
          </w:p>
        </w:tc>
        <w:tc>
          <w:tcPr>
            <w:tcW w:w="564" w:type="dxa"/>
            <w:tcMar>
              <w:top w:w="20" w:type="dxa"/>
              <w:left w:w="50" w:type="dxa"/>
              <w:bottom w:w="20" w:type="dxa"/>
              <w:right w:w="50" w:type="dxa"/>
            </w:tcMar>
          </w:tcPr>
          <w:p w14:paraId="6F86D6FA" w14:textId="77777777" w:rsidR="00292F36" w:rsidRDefault="00000000">
            <w:r>
              <w:rPr>
                <w:sz w:val="12"/>
              </w:rPr>
              <w:t>0.5942029</w:t>
            </w:r>
          </w:p>
        </w:tc>
        <w:tc>
          <w:tcPr>
            <w:tcW w:w="564" w:type="dxa"/>
            <w:tcMar>
              <w:top w:w="20" w:type="dxa"/>
              <w:left w:w="50" w:type="dxa"/>
              <w:bottom w:w="20" w:type="dxa"/>
              <w:right w:w="50" w:type="dxa"/>
            </w:tcMar>
          </w:tcPr>
          <w:p w14:paraId="22F21E52" w14:textId="77777777" w:rsidR="00292F36" w:rsidRDefault="00000000">
            <w:r>
              <w:rPr>
                <w:sz w:val="12"/>
              </w:rPr>
              <w:t>0.05797101</w:t>
            </w:r>
          </w:p>
        </w:tc>
        <w:tc>
          <w:tcPr>
            <w:tcW w:w="564" w:type="dxa"/>
            <w:tcMar>
              <w:top w:w="20" w:type="dxa"/>
              <w:left w:w="50" w:type="dxa"/>
              <w:bottom w:w="20" w:type="dxa"/>
              <w:right w:w="50" w:type="dxa"/>
            </w:tcMar>
          </w:tcPr>
          <w:p w14:paraId="3D82000A" w14:textId="77777777" w:rsidR="00292F36" w:rsidRDefault="00000000">
            <w:r>
              <w:rPr>
                <w:sz w:val="12"/>
              </w:rPr>
              <w:t>0</w:t>
            </w:r>
          </w:p>
        </w:tc>
        <w:tc>
          <w:tcPr>
            <w:tcW w:w="564" w:type="dxa"/>
            <w:tcMar>
              <w:top w:w="20" w:type="dxa"/>
              <w:left w:w="50" w:type="dxa"/>
              <w:bottom w:w="20" w:type="dxa"/>
              <w:right w:w="50" w:type="dxa"/>
            </w:tcMar>
          </w:tcPr>
          <w:p w14:paraId="3F4847B7" w14:textId="77777777" w:rsidR="00292F36" w:rsidRDefault="00000000">
            <w:r>
              <w:rPr>
                <w:sz w:val="12"/>
              </w:rPr>
              <w:t>0</w:t>
            </w:r>
          </w:p>
        </w:tc>
        <w:tc>
          <w:tcPr>
            <w:tcW w:w="564" w:type="dxa"/>
            <w:tcMar>
              <w:top w:w="20" w:type="dxa"/>
              <w:left w:w="50" w:type="dxa"/>
              <w:bottom w:w="20" w:type="dxa"/>
              <w:right w:w="50" w:type="dxa"/>
            </w:tcMar>
          </w:tcPr>
          <w:p w14:paraId="52F40747" w14:textId="77777777" w:rsidR="00292F36" w:rsidRDefault="00000000">
            <w:r>
              <w:rPr>
                <w:sz w:val="12"/>
              </w:rPr>
              <w:t>0</w:t>
            </w:r>
          </w:p>
        </w:tc>
        <w:tc>
          <w:tcPr>
            <w:tcW w:w="564" w:type="dxa"/>
            <w:tcMar>
              <w:top w:w="20" w:type="dxa"/>
              <w:left w:w="50" w:type="dxa"/>
              <w:bottom w:w="20" w:type="dxa"/>
              <w:right w:w="50" w:type="dxa"/>
            </w:tcMar>
          </w:tcPr>
          <w:p w14:paraId="76C819CA" w14:textId="77777777" w:rsidR="00292F36" w:rsidRDefault="00000000">
            <w:r>
              <w:rPr>
                <w:sz w:val="12"/>
              </w:rPr>
              <w:t>0</w:t>
            </w:r>
          </w:p>
        </w:tc>
        <w:tc>
          <w:tcPr>
            <w:tcW w:w="564" w:type="dxa"/>
            <w:tcMar>
              <w:top w:w="20" w:type="dxa"/>
              <w:left w:w="50" w:type="dxa"/>
              <w:bottom w:w="20" w:type="dxa"/>
              <w:right w:w="50" w:type="dxa"/>
            </w:tcMar>
          </w:tcPr>
          <w:p w14:paraId="759242E8" w14:textId="77777777" w:rsidR="00292F36" w:rsidRDefault="00000000">
            <w:r>
              <w:rPr>
                <w:sz w:val="12"/>
              </w:rPr>
              <w:t>0.05957447</w:t>
            </w:r>
          </w:p>
        </w:tc>
        <w:tc>
          <w:tcPr>
            <w:tcW w:w="564" w:type="dxa"/>
            <w:tcMar>
              <w:top w:w="20" w:type="dxa"/>
              <w:left w:w="50" w:type="dxa"/>
              <w:bottom w:w="20" w:type="dxa"/>
              <w:right w:w="50" w:type="dxa"/>
            </w:tcMar>
          </w:tcPr>
          <w:p w14:paraId="071DA71C" w14:textId="77777777" w:rsidR="00292F36" w:rsidRDefault="00000000">
            <w:r>
              <w:rPr>
                <w:sz w:val="12"/>
              </w:rPr>
              <w:t>0.3106383</w:t>
            </w:r>
          </w:p>
        </w:tc>
        <w:tc>
          <w:tcPr>
            <w:tcW w:w="564" w:type="dxa"/>
            <w:tcMar>
              <w:top w:w="20" w:type="dxa"/>
              <w:left w:w="50" w:type="dxa"/>
              <w:bottom w:w="20" w:type="dxa"/>
              <w:right w:w="50" w:type="dxa"/>
            </w:tcMar>
          </w:tcPr>
          <w:p w14:paraId="17A09525" w14:textId="77777777" w:rsidR="00292F36" w:rsidRDefault="00000000">
            <w:r>
              <w:rPr>
                <w:sz w:val="12"/>
              </w:rPr>
              <w:t>0.0212766</w:t>
            </w:r>
          </w:p>
        </w:tc>
        <w:tc>
          <w:tcPr>
            <w:tcW w:w="564" w:type="dxa"/>
            <w:tcMar>
              <w:top w:w="20" w:type="dxa"/>
              <w:left w:w="50" w:type="dxa"/>
              <w:bottom w:w="20" w:type="dxa"/>
              <w:right w:w="50" w:type="dxa"/>
            </w:tcMar>
          </w:tcPr>
          <w:p w14:paraId="06867A39" w14:textId="77777777" w:rsidR="00292F36" w:rsidRDefault="00000000">
            <w:r>
              <w:rPr>
                <w:sz w:val="12"/>
              </w:rPr>
              <w:t>0.20425532</w:t>
            </w:r>
          </w:p>
        </w:tc>
        <w:tc>
          <w:tcPr>
            <w:tcW w:w="564" w:type="dxa"/>
            <w:tcMar>
              <w:top w:w="20" w:type="dxa"/>
              <w:left w:w="50" w:type="dxa"/>
              <w:bottom w:w="20" w:type="dxa"/>
              <w:right w:w="50" w:type="dxa"/>
            </w:tcMar>
          </w:tcPr>
          <w:p w14:paraId="700B7EA6" w14:textId="77777777" w:rsidR="00292F36" w:rsidRDefault="00000000">
            <w:r>
              <w:rPr>
                <w:sz w:val="12"/>
              </w:rPr>
              <w:t>0</w:t>
            </w:r>
          </w:p>
        </w:tc>
        <w:tc>
          <w:tcPr>
            <w:tcW w:w="564" w:type="dxa"/>
            <w:tcMar>
              <w:top w:w="20" w:type="dxa"/>
              <w:left w:w="50" w:type="dxa"/>
              <w:bottom w:w="20" w:type="dxa"/>
              <w:right w:w="50" w:type="dxa"/>
            </w:tcMar>
          </w:tcPr>
          <w:p w14:paraId="04068B03" w14:textId="77777777" w:rsidR="00292F36" w:rsidRDefault="00000000">
            <w:r>
              <w:rPr>
                <w:sz w:val="12"/>
              </w:rPr>
              <w:t>0.40425532</w:t>
            </w:r>
          </w:p>
        </w:tc>
      </w:tr>
      <w:tr w:rsidR="00292F36" w14:paraId="4768363D" w14:textId="77777777">
        <w:tc>
          <w:tcPr>
            <w:tcW w:w="564" w:type="dxa"/>
            <w:tcMar>
              <w:top w:w="20" w:type="dxa"/>
              <w:left w:w="50" w:type="dxa"/>
              <w:bottom w:w="20" w:type="dxa"/>
              <w:right w:w="50" w:type="dxa"/>
            </w:tcMar>
          </w:tcPr>
          <w:p w14:paraId="16077513" w14:textId="77777777" w:rsidR="00292F36" w:rsidRDefault="00000000">
            <w:r>
              <w:rPr>
                <w:sz w:val="12"/>
              </w:rPr>
              <w:t>2023_isla_todos_santos_isla_todos_santos_exposed_south_2</w:t>
            </w:r>
          </w:p>
        </w:tc>
        <w:tc>
          <w:tcPr>
            <w:tcW w:w="564" w:type="dxa"/>
            <w:tcMar>
              <w:top w:w="20" w:type="dxa"/>
              <w:left w:w="50" w:type="dxa"/>
              <w:bottom w:w="20" w:type="dxa"/>
              <w:right w:w="50" w:type="dxa"/>
            </w:tcMar>
          </w:tcPr>
          <w:p w14:paraId="372311BA" w14:textId="77777777" w:rsidR="00292F36" w:rsidRDefault="00000000">
            <w:r>
              <w:rPr>
                <w:sz w:val="12"/>
              </w:rPr>
              <w:t>0.68598783</w:t>
            </w:r>
          </w:p>
        </w:tc>
        <w:tc>
          <w:tcPr>
            <w:tcW w:w="564" w:type="dxa"/>
            <w:tcMar>
              <w:top w:w="20" w:type="dxa"/>
              <w:left w:w="50" w:type="dxa"/>
              <w:bottom w:w="20" w:type="dxa"/>
              <w:right w:w="50" w:type="dxa"/>
            </w:tcMar>
          </w:tcPr>
          <w:p w14:paraId="576BCC68" w14:textId="77777777" w:rsidR="00292F36" w:rsidRDefault="00000000">
            <w:r>
              <w:rPr>
                <w:sz w:val="12"/>
              </w:rPr>
              <w:t>0.74525365</w:t>
            </w:r>
          </w:p>
        </w:tc>
        <w:tc>
          <w:tcPr>
            <w:tcW w:w="564" w:type="dxa"/>
            <w:tcMar>
              <w:top w:w="20" w:type="dxa"/>
              <w:left w:w="50" w:type="dxa"/>
              <w:bottom w:w="20" w:type="dxa"/>
              <w:right w:w="50" w:type="dxa"/>
            </w:tcMar>
          </w:tcPr>
          <w:p w14:paraId="5D8DA8B1" w14:textId="77777777" w:rsidR="00292F36" w:rsidRDefault="00000000">
            <w:r>
              <w:rPr>
                <w:sz w:val="12"/>
              </w:rPr>
              <w:t>2023</w:t>
            </w:r>
          </w:p>
        </w:tc>
        <w:tc>
          <w:tcPr>
            <w:tcW w:w="564" w:type="dxa"/>
            <w:tcMar>
              <w:top w:w="20" w:type="dxa"/>
              <w:left w:w="50" w:type="dxa"/>
              <w:bottom w:w="20" w:type="dxa"/>
              <w:right w:w="50" w:type="dxa"/>
            </w:tcMar>
          </w:tcPr>
          <w:p w14:paraId="1E8D7242" w14:textId="77777777" w:rsidR="00292F36" w:rsidRDefault="00000000">
            <w:r>
              <w:rPr>
                <w:sz w:val="12"/>
              </w:rPr>
              <w:t>ensenada</w:t>
            </w:r>
          </w:p>
        </w:tc>
        <w:tc>
          <w:tcPr>
            <w:tcW w:w="564" w:type="dxa"/>
            <w:tcMar>
              <w:top w:w="20" w:type="dxa"/>
              <w:left w:w="50" w:type="dxa"/>
              <w:bottom w:w="20" w:type="dxa"/>
              <w:right w:w="50" w:type="dxa"/>
            </w:tcMar>
          </w:tcPr>
          <w:p w14:paraId="33650D4B" w14:textId="77777777" w:rsidR="00292F36" w:rsidRDefault="00000000">
            <w:r>
              <w:rPr>
                <w:sz w:val="12"/>
              </w:rPr>
              <w:t>North</w:t>
            </w:r>
          </w:p>
        </w:tc>
        <w:tc>
          <w:tcPr>
            <w:tcW w:w="564" w:type="dxa"/>
            <w:tcMar>
              <w:top w:w="20" w:type="dxa"/>
              <w:left w:w="50" w:type="dxa"/>
              <w:bottom w:w="20" w:type="dxa"/>
              <w:right w:w="50" w:type="dxa"/>
            </w:tcMar>
          </w:tcPr>
          <w:p w14:paraId="46BBBC61" w14:textId="77777777" w:rsidR="00292F36" w:rsidRDefault="00000000">
            <w:r>
              <w:rPr>
                <w:sz w:val="12"/>
              </w:rPr>
              <w:t>isla_todos_santos</w:t>
            </w:r>
          </w:p>
        </w:tc>
        <w:tc>
          <w:tcPr>
            <w:tcW w:w="564" w:type="dxa"/>
            <w:tcMar>
              <w:top w:w="20" w:type="dxa"/>
              <w:left w:w="50" w:type="dxa"/>
              <w:bottom w:w="20" w:type="dxa"/>
              <w:right w:w="50" w:type="dxa"/>
            </w:tcMar>
          </w:tcPr>
          <w:p w14:paraId="2B36AFAE" w14:textId="77777777" w:rsidR="00292F36" w:rsidRDefault="00000000">
            <w:r>
              <w:rPr>
                <w:sz w:val="12"/>
              </w:rPr>
              <w:t>isla_todos_santos_exposed_south</w:t>
            </w:r>
          </w:p>
        </w:tc>
        <w:tc>
          <w:tcPr>
            <w:tcW w:w="564" w:type="dxa"/>
            <w:tcMar>
              <w:top w:w="20" w:type="dxa"/>
              <w:left w:w="50" w:type="dxa"/>
              <w:bottom w:w="20" w:type="dxa"/>
              <w:right w:w="50" w:type="dxa"/>
            </w:tcMar>
          </w:tcPr>
          <w:p w14:paraId="6BFE62E7" w14:textId="77777777" w:rsidR="00292F36" w:rsidRDefault="00000000">
            <w:r>
              <w:rPr>
                <w:sz w:val="12"/>
              </w:rPr>
              <w:t>5</w:t>
            </w:r>
          </w:p>
        </w:tc>
        <w:tc>
          <w:tcPr>
            <w:tcW w:w="564" w:type="dxa"/>
            <w:tcMar>
              <w:top w:w="20" w:type="dxa"/>
              <w:left w:w="50" w:type="dxa"/>
              <w:bottom w:w="20" w:type="dxa"/>
              <w:right w:w="50" w:type="dxa"/>
            </w:tcMar>
          </w:tcPr>
          <w:p w14:paraId="192516B4" w14:textId="77777777" w:rsidR="00292F36" w:rsidRDefault="00000000">
            <w:r>
              <w:rPr>
                <w:sz w:val="12"/>
              </w:rPr>
              <w:t>19.2299995</w:t>
            </w:r>
          </w:p>
        </w:tc>
        <w:tc>
          <w:tcPr>
            <w:tcW w:w="564" w:type="dxa"/>
            <w:tcMar>
              <w:top w:w="20" w:type="dxa"/>
              <w:left w:w="50" w:type="dxa"/>
              <w:bottom w:w="20" w:type="dxa"/>
              <w:right w:w="50" w:type="dxa"/>
            </w:tcMar>
          </w:tcPr>
          <w:p w14:paraId="3EE4C8B0" w14:textId="77777777" w:rsidR="00292F36" w:rsidRDefault="00000000">
            <w:r>
              <w:rPr>
                <w:sz w:val="12"/>
              </w:rPr>
              <w:t>0.17744741</w:t>
            </w:r>
          </w:p>
        </w:tc>
        <w:tc>
          <w:tcPr>
            <w:tcW w:w="564" w:type="dxa"/>
            <w:tcMar>
              <w:top w:w="20" w:type="dxa"/>
              <w:left w:w="50" w:type="dxa"/>
              <w:bottom w:w="20" w:type="dxa"/>
              <w:right w:w="50" w:type="dxa"/>
            </w:tcMar>
          </w:tcPr>
          <w:p w14:paraId="69F3E4D9" w14:textId="77777777" w:rsidR="00292F36" w:rsidRDefault="00000000">
            <w:r>
              <w:rPr>
                <w:sz w:val="12"/>
              </w:rPr>
              <w:t>0</w:t>
            </w:r>
          </w:p>
        </w:tc>
        <w:tc>
          <w:tcPr>
            <w:tcW w:w="564" w:type="dxa"/>
            <w:tcMar>
              <w:top w:w="20" w:type="dxa"/>
              <w:left w:w="50" w:type="dxa"/>
              <w:bottom w:w="20" w:type="dxa"/>
              <w:right w:w="50" w:type="dxa"/>
            </w:tcMar>
          </w:tcPr>
          <w:p w14:paraId="4C9F3BA9" w14:textId="77777777" w:rsidR="00292F36" w:rsidRDefault="00000000">
            <w:r>
              <w:rPr>
                <w:sz w:val="12"/>
              </w:rPr>
              <w:t>0.2</w:t>
            </w:r>
          </w:p>
        </w:tc>
        <w:tc>
          <w:tcPr>
            <w:tcW w:w="564" w:type="dxa"/>
            <w:tcMar>
              <w:top w:w="20" w:type="dxa"/>
              <w:left w:w="50" w:type="dxa"/>
              <w:bottom w:w="20" w:type="dxa"/>
              <w:right w:w="50" w:type="dxa"/>
            </w:tcMar>
          </w:tcPr>
          <w:p w14:paraId="13C0B2A4" w14:textId="77777777" w:rsidR="00292F36" w:rsidRDefault="00000000">
            <w:r>
              <w:rPr>
                <w:sz w:val="12"/>
              </w:rPr>
              <w:t>0.8</w:t>
            </w:r>
          </w:p>
        </w:tc>
        <w:tc>
          <w:tcPr>
            <w:tcW w:w="564" w:type="dxa"/>
            <w:tcMar>
              <w:top w:w="20" w:type="dxa"/>
              <w:left w:w="50" w:type="dxa"/>
              <w:bottom w:w="20" w:type="dxa"/>
              <w:right w:w="50" w:type="dxa"/>
            </w:tcMar>
          </w:tcPr>
          <w:p w14:paraId="6291F4CC" w14:textId="77777777" w:rsidR="00292F36" w:rsidRDefault="00000000">
            <w:r>
              <w:rPr>
                <w:sz w:val="12"/>
              </w:rPr>
              <w:t>0</w:t>
            </w:r>
          </w:p>
        </w:tc>
        <w:tc>
          <w:tcPr>
            <w:tcW w:w="564" w:type="dxa"/>
            <w:tcMar>
              <w:top w:w="20" w:type="dxa"/>
              <w:left w:w="50" w:type="dxa"/>
              <w:bottom w:w="20" w:type="dxa"/>
              <w:right w:w="50" w:type="dxa"/>
            </w:tcMar>
          </w:tcPr>
          <w:p w14:paraId="1469314B" w14:textId="77777777" w:rsidR="00292F36" w:rsidRDefault="00000000">
            <w:r>
              <w:rPr>
                <w:sz w:val="12"/>
              </w:rPr>
              <w:t>0</w:t>
            </w:r>
          </w:p>
        </w:tc>
        <w:tc>
          <w:tcPr>
            <w:tcW w:w="564" w:type="dxa"/>
            <w:tcMar>
              <w:top w:w="20" w:type="dxa"/>
              <w:left w:w="50" w:type="dxa"/>
              <w:bottom w:w="20" w:type="dxa"/>
              <w:right w:w="50" w:type="dxa"/>
            </w:tcMar>
          </w:tcPr>
          <w:p w14:paraId="2294D567" w14:textId="77777777" w:rsidR="00292F36" w:rsidRDefault="00000000">
            <w:r>
              <w:rPr>
                <w:sz w:val="12"/>
              </w:rPr>
              <w:t>0</w:t>
            </w:r>
          </w:p>
        </w:tc>
        <w:tc>
          <w:tcPr>
            <w:tcW w:w="564" w:type="dxa"/>
            <w:tcMar>
              <w:top w:w="20" w:type="dxa"/>
              <w:left w:w="50" w:type="dxa"/>
              <w:bottom w:w="20" w:type="dxa"/>
              <w:right w:w="50" w:type="dxa"/>
            </w:tcMar>
          </w:tcPr>
          <w:p w14:paraId="42CB8B03" w14:textId="77777777" w:rsidR="00292F36" w:rsidRDefault="00000000">
            <w:r>
              <w:rPr>
                <w:sz w:val="12"/>
              </w:rPr>
              <w:t>0</w:t>
            </w:r>
          </w:p>
        </w:tc>
        <w:tc>
          <w:tcPr>
            <w:tcW w:w="564" w:type="dxa"/>
            <w:tcMar>
              <w:top w:w="20" w:type="dxa"/>
              <w:left w:w="50" w:type="dxa"/>
              <w:bottom w:w="20" w:type="dxa"/>
              <w:right w:w="50" w:type="dxa"/>
            </w:tcMar>
          </w:tcPr>
          <w:p w14:paraId="15A0CD95" w14:textId="77777777" w:rsidR="00292F36" w:rsidRDefault="00000000">
            <w:r>
              <w:rPr>
                <w:sz w:val="12"/>
              </w:rPr>
              <w:t>0</w:t>
            </w:r>
          </w:p>
        </w:tc>
        <w:tc>
          <w:tcPr>
            <w:tcW w:w="564" w:type="dxa"/>
            <w:tcMar>
              <w:top w:w="20" w:type="dxa"/>
              <w:left w:w="50" w:type="dxa"/>
              <w:bottom w:w="20" w:type="dxa"/>
              <w:right w:w="50" w:type="dxa"/>
            </w:tcMar>
          </w:tcPr>
          <w:p w14:paraId="54FB7849" w14:textId="77777777" w:rsidR="00292F36" w:rsidRDefault="00000000">
            <w:r>
              <w:rPr>
                <w:sz w:val="12"/>
              </w:rPr>
              <w:t>0.25956284</w:t>
            </w:r>
          </w:p>
        </w:tc>
        <w:tc>
          <w:tcPr>
            <w:tcW w:w="564" w:type="dxa"/>
            <w:tcMar>
              <w:top w:w="20" w:type="dxa"/>
              <w:left w:w="50" w:type="dxa"/>
              <w:bottom w:w="20" w:type="dxa"/>
              <w:right w:w="50" w:type="dxa"/>
            </w:tcMar>
          </w:tcPr>
          <w:p w14:paraId="4E427A56" w14:textId="77777777" w:rsidR="00292F36" w:rsidRDefault="00000000">
            <w:r>
              <w:rPr>
                <w:sz w:val="12"/>
              </w:rPr>
              <w:t>0.19945355</w:t>
            </w:r>
          </w:p>
        </w:tc>
        <w:tc>
          <w:tcPr>
            <w:tcW w:w="564" w:type="dxa"/>
            <w:tcMar>
              <w:top w:w="20" w:type="dxa"/>
              <w:left w:w="50" w:type="dxa"/>
              <w:bottom w:w="20" w:type="dxa"/>
              <w:right w:w="50" w:type="dxa"/>
            </w:tcMar>
          </w:tcPr>
          <w:p w14:paraId="675C0BB5" w14:textId="77777777" w:rsidR="00292F36" w:rsidRDefault="00000000">
            <w:r>
              <w:rPr>
                <w:sz w:val="12"/>
              </w:rPr>
              <w:t>0.01639344</w:t>
            </w:r>
          </w:p>
        </w:tc>
        <w:tc>
          <w:tcPr>
            <w:tcW w:w="564" w:type="dxa"/>
            <w:tcMar>
              <w:top w:w="20" w:type="dxa"/>
              <w:left w:w="50" w:type="dxa"/>
              <w:bottom w:w="20" w:type="dxa"/>
              <w:right w:w="50" w:type="dxa"/>
            </w:tcMar>
          </w:tcPr>
          <w:p w14:paraId="513A101F" w14:textId="77777777" w:rsidR="00292F36" w:rsidRDefault="00000000">
            <w:r>
              <w:rPr>
                <w:sz w:val="12"/>
              </w:rPr>
              <w:t>0.1557377</w:t>
            </w:r>
          </w:p>
        </w:tc>
        <w:tc>
          <w:tcPr>
            <w:tcW w:w="564" w:type="dxa"/>
            <w:tcMar>
              <w:top w:w="20" w:type="dxa"/>
              <w:left w:w="50" w:type="dxa"/>
              <w:bottom w:w="20" w:type="dxa"/>
              <w:right w:w="50" w:type="dxa"/>
            </w:tcMar>
          </w:tcPr>
          <w:p w14:paraId="3B894848" w14:textId="77777777" w:rsidR="00292F36" w:rsidRDefault="00000000">
            <w:r>
              <w:rPr>
                <w:sz w:val="12"/>
              </w:rPr>
              <w:t>0</w:t>
            </w:r>
          </w:p>
        </w:tc>
        <w:tc>
          <w:tcPr>
            <w:tcW w:w="564" w:type="dxa"/>
            <w:tcMar>
              <w:top w:w="20" w:type="dxa"/>
              <w:left w:w="50" w:type="dxa"/>
              <w:bottom w:w="20" w:type="dxa"/>
              <w:right w:w="50" w:type="dxa"/>
            </w:tcMar>
          </w:tcPr>
          <w:p w14:paraId="1CA6D5E3" w14:textId="77777777" w:rsidR="00292F36" w:rsidRDefault="00000000">
            <w:r>
              <w:rPr>
                <w:sz w:val="12"/>
              </w:rPr>
              <w:t>0.36885246</w:t>
            </w:r>
          </w:p>
        </w:tc>
      </w:tr>
      <w:tr w:rsidR="00292F36" w14:paraId="44557AFF" w14:textId="77777777">
        <w:tc>
          <w:tcPr>
            <w:tcW w:w="564" w:type="dxa"/>
            <w:tcMar>
              <w:top w:w="20" w:type="dxa"/>
              <w:left w:w="50" w:type="dxa"/>
              <w:bottom w:w="20" w:type="dxa"/>
              <w:right w:w="50" w:type="dxa"/>
            </w:tcMar>
          </w:tcPr>
          <w:p w14:paraId="03F594A9" w14:textId="77777777" w:rsidR="00292F36" w:rsidRDefault="00000000">
            <w:r>
              <w:rPr>
                <w:sz w:val="12"/>
              </w:rPr>
              <w:t>2023_islas_coronados_isla_coronado_norte_deep_1</w:t>
            </w:r>
          </w:p>
        </w:tc>
        <w:tc>
          <w:tcPr>
            <w:tcW w:w="564" w:type="dxa"/>
            <w:tcMar>
              <w:top w:w="20" w:type="dxa"/>
              <w:left w:w="50" w:type="dxa"/>
              <w:bottom w:w="20" w:type="dxa"/>
              <w:right w:w="50" w:type="dxa"/>
            </w:tcMar>
          </w:tcPr>
          <w:p w14:paraId="7F54CA58" w14:textId="77777777" w:rsidR="00292F36" w:rsidRDefault="00000000">
            <w:r>
              <w:rPr>
                <w:sz w:val="12"/>
              </w:rPr>
              <w:t>0.55329207</w:t>
            </w:r>
          </w:p>
        </w:tc>
        <w:tc>
          <w:tcPr>
            <w:tcW w:w="564" w:type="dxa"/>
            <w:tcMar>
              <w:top w:w="20" w:type="dxa"/>
              <w:left w:w="50" w:type="dxa"/>
              <w:bottom w:w="20" w:type="dxa"/>
              <w:right w:w="50" w:type="dxa"/>
            </w:tcMar>
          </w:tcPr>
          <w:p w14:paraId="72E37F96" w14:textId="77777777" w:rsidR="00292F36" w:rsidRDefault="00000000">
            <w:r>
              <w:rPr>
                <w:sz w:val="12"/>
              </w:rPr>
              <w:t>0.59408562</w:t>
            </w:r>
          </w:p>
        </w:tc>
        <w:tc>
          <w:tcPr>
            <w:tcW w:w="564" w:type="dxa"/>
            <w:tcMar>
              <w:top w:w="20" w:type="dxa"/>
              <w:left w:w="50" w:type="dxa"/>
              <w:bottom w:w="20" w:type="dxa"/>
              <w:right w:w="50" w:type="dxa"/>
            </w:tcMar>
          </w:tcPr>
          <w:p w14:paraId="1CA293CE" w14:textId="77777777" w:rsidR="00292F36" w:rsidRDefault="00000000">
            <w:r>
              <w:rPr>
                <w:sz w:val="12"/>
              </w:rPr>
              <w:t>2023</w:t>
            </w:r>
          </w:p>
        </w:tc>
        <w:tc>
          <w:tcPr>
            <w:tcW w:w="564" w:type="dxa"/>
            <w:tcMar>
              <w:top w:w="20" w:type="dxa"/>
              <w:left w:w="50" w:type="dxa"/>
              <w:bottom w:w="20" w:type="dxa"/>
              <w:right w:w="50" w:type="dxa"/>
            </w:tcMar>
          </w:tcPr>
          <w:p w14:paraId="240D187C" w14:textId="77777777" w:rsidR="00292F36" w:rsidRDefault="00000000">
            <w:r>
              <w:rPr>
                <w:sz w:val="12"/>
              </w:rPr>
              <w:t>coronados</w:t>
            </w:r>
          </w:p>
        </w:tc>
        <w:tc>
          <w:tcPr>
            <w:tcW w:w="564" w:type="dxa"/>
            <w:tcMar>
              <w:top w:w="20" w:type="dxa"/>
              <w:left w:w="50" w:type="dxa"/>
              <w:bottom w:w="20" w:type="dxa"/>
              <w:right w:w="50" w:type="dxa"/>
            </w:tcMar>
          </w:tcPr>
          <w:p w14:paraId="25710DF0" w14:textId="77777777" w:rsidR="00292F36" w:rsidRDefault="00000000">
            <w:r>
              <w:rPr>
                <w:sz w:val="12"/>
              </w:rPr>
              <w:t>North</w:t>
            </w:r>
          </w:p>
        </w:tc>
        <w:tc>
          <w:tcPr>
            <w:tcW w:w="564" w:type="dxa"/>
            <w:tcMar>
              <w:top w:w="20" w:type="dxa"/>
              <w:left w:w="50" w:type="dxa"/>
              <w:bottom w:w="20" w:type="dxa"/>
              <w:right w:w="50" w:type="dxa"/>
            </w:tcMar>
          </w:tcPr>
          <w:p w14:paraId="7D306F33" w14:textId="77777777" w:rsidR="00292F36" w:rsidRDefault="00000000">
            <w:r>
              <w:rPr>
                <w:sz w:val="12"/>
              </w:rPr>
              <w:t>islas_coronados</w:t>
            </w:r>
          </w:p>
        </w:tc>
        <w:tc>
          <w:tcPr>
            <w:tcW w:w="564" w:type="dxa"/>
            <w:tcMar>
              <w:top w:w="20" w:type="dxa"/>
              <w:left w:w="50" w:type="dxa"/>
              <w:bottom w:w="20" w:type="dxa"/>
              <w:right w:w="50" w:type="dxa"/>
            </w:tcMar>
          </w:tcPr>
          <w:p w14:paraId="4626EE83" w14:textId="77777777" w:rsidR="00292F36" w:rsidRDefault="00000000">
            <w:r>
              <w:rPr>
                <w:sz w:val="12"/>
              </w:rPr>
              <w:t>isla_coronado_norte_deep</w:t>
            </w:r>
          </w:p>
        </w:tc>
        <w:tc>
          <w:tcPr>
            <w:tcW w:w="564" w:type="dxa"/>
            <w:tcMar>
              <w:top w:w="20" w:type="dxa"/>
              <w:left w:w="50" w:type="dxa"/>
              <w:bottom w:w="20" w:type="dxa"/>
              <w:right w:w="50" w:type="dxa"/>
            </w:tcMar>
          </w:tcPr>
          <w:p w14:paraId="5E990283" w14:textId="77777777" w:rsidR="00292F36" w:rsidRDefault="00000000">
            <w:r>
              <w:rPr>
                <w:sz w:val="12"/>
              </w:rPr>
              <w:t>10</w:t>
            </w:r>
          </w:p>
        </w:tc>
        <w:tc>
          <w:tcPr>
            <w:tcW w:w="564" w:type="dxa"/>
            <w:tcMar>
              <w:top w:w="20" w:type="dxa"/>
              <w:left w:w="50" w:type="dxa"/>
              <w:bottom w:w="20" w:type="dxa"/>
              <w:right w:w="50" w:type="dxa"/>
            </w:tcMar>
          </w:tcPr>
          <w:p w14:paraId="2F023D26" w14:textId="77777777" w:rsidR="00292F36" w:rsidRDefault="00000000">
            <w:r>
              <w:rPr>
                <w:sz w:val="12"/>
              </w:rPr>
              <w:t>16.25</w:t>
            </w:r>
          </w:p>
        </w:tc>
        <w:tc>
          <w:tcPr>
            <w:tcW w:w="564" w:type="dxa"/>
            <w:tcMar>
              <w:top w:w="20" w:type="dxa"/>
              <w:left w:w="50" w:type="dxa"/>
              <w:bottom w:w="20" w:type="dxa"/>
              <w:right w:w="50" w:type="dxa"/>
            </w:tcMar>
          </w:tcPr>
          <w:p w14:paraId="03F0A151" w14:textId="77777777" w:rsidR="00292F36" w:rsidRDefault="00000000">
            <w:r>
              <w:rPr>
                <w:sz w:val="12"/>
              </w:rPr>
              <w:t>0.14366896</w:t>
            </w:r>
          </w:p>
        </w:tc>
        <w:tc>
          <w:tcPr>
            <w:tcW w:w="564" w:type="dxa"/>
            <w:tcMar>
              <w:top w:w="20" w:type="dxa"/>
              <w:left w:w="50" w:type="dxa"/>
              <w:bottom w:w="20" w:type="dxa"/>
              <w:right w:w="50" w:type="dxa"/>
            </w:tcMar>
          </w:tcPr>
          <w:p w14:paraId="416950FB" w14:textId="77777777" w:rsidR="00292F36" w:rsidRDefault="00000000">
            <w:r>
              <w:rPr>
                <w:sz w:val="12"/>
              </w:rPr>
              <w:t>0</w:t>
            </w:r>
          </w:p>
        </w:tc>
        <w:tc>
          <w:tcPr>
            <w:tcW w:w="564" w:type="dxa"/>
            <w:tcMar>
              <w:top w:w="20" w:type="dxa"/>
              <w:left w:w="50" w:type="dxa"/>
              <w:bottom w:w="20" w:type="dxa"/>
              <w:right w:w="50" w:type="dxa"/>
            </w:tcMar>
          </w:tcPr>
          <w:p w14:paraId="00547BA3" w14:textId="77777777" w:rsidR="00292F36" w:rsidRDefault="00000000">
            <w:r>
              <w:rPr>
                <w:sz w:val="12"/>
              </w:rPr>
              <w:t>0.02083333</w:t>
            </w:r>
          </w:p>
        </w:tc>
        <w:tc>
          <w:tcPr>
            <w:tcW w:w="564" w:type="dxa"/>
            <w:tcMar>
              <w:top w:w="20" w:type="dxa"/>
              <w:left w:w="50" w:type="dxa"/>
              <w:bottom w:w="20" w:type="dxa"/>
              <w:right w:w="50" w:type="dxa"/>
            </w:tcMar>
          </w:tcPr>
          <w:p w14:paraId="4417D682" w14:textId="77777777" w:rsidR="00292F36" w:rsidRDefault="00000000">
            <w:r>
              <w:rPr>
                <w:sz w:val="12"/>
              </w:rPr>
              <w:t>0</w:t>
            </w:r>
          </w:p>
        </w:tc>
        <w:tc>
          <w:tcPr>
            <w:tcW w:w="564" w:type="dxa"/>
            <w:tcMar>
              <w:top w:w="20" w:type="dxa"/>
              <w:left w:w="50" w:type="dxa"/>
              <w:bottom w:w="20" w:type="dxa"/>
              <w:right w:w="50" w:type="dxa"/>
            </w:tcMar>
          </w:tcPr>
          <w:p w14:paraId="618D1F34" w14:textId="77777777" w:rsidR="00292F36" w:rsidRDefault="00000000">
            <w:r>
              <w:rPr>
                <w:sz w:val="12"/>
              </w:rPr>
              <w:t>0.97916667</w:t>
            </w:r>
          </w:p>
        </w:tc>
        <w:tc>
          <w:tcPr>
            <w:tcW w:w="564" w:type="dxa"/>
            <w:tcMar>
              <w:top w:w="20" w:type="dxa"/>
              <w:left w:w="50" w:type="dxa"/>
              <w:bottom w:w="20" w:type="dxa"/>
              <w:right w:w="50" w:type="dxa"/>
            </w:tcMar>
          </w:tcPr>
          <w:p w14:paraId="7DF2FE48" w14:textId="77777777" w:rsidR="00292F36" w:rsidRDefault="00000000">
            <w:r>
              <w:rPr>
                <w:sz w:val="12"/>
              </w:rPr>
              <w:t>0</w:t>
            </w:r>
          </w:p>
        </w:tc>
        <w:tc>
          <w:tcPr>
            <w:tcW w:w="564" w:type="dxa"/>
            <w:tcMar>
              <w:top w:w="20" w:type="dxa"/>
              <w:left w:w="50" w:type="dxa"/>
              <w:bottom w:w="20" w:type="dxa"/>
              <w:right w:w="50" w:type="dxa"/>
            </w:tcMar>
          </w:tcPr>
          <w:p w14:paraId="6E11FBAD" w14:textId="77777777" w:rsidR="00292F36" w:rsidRDefault="00000000">
            <w:r>
              <w:rPr>
                <w:sz w:val="12"/>
              </w:rPr>
              <w:t>0</w:t>
            </w:r>
          </w:p>
        </w:tc>
        <w:tc>
          <w:tcPr>
            <w:tcW w:w="564" w:type="dxa"/>
            <w:tcMar>
              <w:top w:w="20" w:type="dxa"/>
              <w:left w:w="50" w:type="dxa"/>
              <w:bottom w:w="20" w:type="dxa"/>
              <w:right w:w="50" w:type="dxa"/>
            </w:tcMar>
          </w:tcPr>
          <w:p w14:paraId="42F10EDD" w14:textId="77777777" w:rsidR="00292F36" w:rsidRDefault="00000000">
            <w:r>
              <w:rPr>
                <w:sz w:val="12"/>
              </w:rPr>
              <w:t>0</w:t>
            </w:r>
          </w:p>
        </w:tc>
        <w:tc>
          <w:tcPr>
            <w:tcW w:w="564" w:type="dxa"/>
            <w:tcMar>
              <w:top w:w="20" w:type="dxa"/>
              <w:left w:w="50" w:type="dxa"/>
              <w:bottom w:w="20" w:type="dxa"/>
              <w:right w:w="50" w:type="dxa"/>
            </w:tcMar>
          </w:tcPr>
          <w:p w14:paraId="34D4073B" w14:textId="77777777" w:rsidR="00292F36" w:rsidRDefault="00000000">
            <w:r>
              <w:rPr>
                <w:sz w:val="12"/>
              </w:rPr>
              <w:t>0</w:t>
            </w:r>
          </w:p>
        </w:tc>
        <w:tc>
          <w:tcPr>
            <w:tcW w:w="564" w:type="dxa"/>
            <w:tcMar>
              <w:top w:w="20" w:type="dxa"/>
              <w:left w:w="50" w:type="dxa"/>
              <w:bottom w:w="20" w:type="dxa"/>
              <w:right w:w="50" w:type="dxa"/>
            </w:tcMar>
          </w:tcPr>
          <w:p w14:paraId="45263F32" w14:textId="77777777" w:rsidR="00292F36" w:rsidRDefault="00000000">
            <w:r>
              <w:rPr>
                <w:sz w:val="12"/>
              </w:rPr>
              <w:t>0</w:t>
            </w:r>
          </w:p>
        </w:tc>
        <w:tc>
          <w:tcPr>
            <w:tcW w:w="564" w:type="dxa"/>
            <w:tcMar>
              <w:top w:w="20" w:type="dxa"/>
              <w:left w:w="50" w:type="dxa"/>
              <w:bottom w:w="20" w:type="dxa"/>
              <w:right w:w="50" w:type="dxa"/>
            </w:tcMar>
          </w:tcPr>
          <w:p w14:paraId="6753360E" w14:textId="77777777" w:rsidR="00292F36" w:rsidRDefault="00000000">
            <w:r>
              <w:rPr>
                <w:sz w:val="12"/>
              </w:rPr>
              <w:t>0.87978142</w:t>
            </w:r>
          </w:p>
        </w:tc>
        <w:tc>
          <w:tcPr>
            <w:tcW w:w="564" w:type="dxa"/>
            <w:tcMar>
              <w:top w:w="20" w:type="dxa"/>
              <w:left w:w="50" w:type="dxa"/>
              <w:bottom w:w="20" w:type="dxa"/>
              <w:right w:w="50" w:type="dxa"/>
            </w:tcMar>
          </w:tcPr>
          <w:p w14:paraId="7E4DAF91" w14:textId="77777777" w:rsidR="00292F36" w:rsidRDefault="00000000">
            <w:r>
              <w:rPr>
                <w:sz w:val="12"/>
              </w:rPr>
              <w:t>0.01639344</w:t>
            </w:r>
          </w:p>
        </w:tc>
        <w:tc>
          <w:tcPr>
            <w:tcW w:w="564" w:type="dxa"/>
            <w:tcMar>
              <w:top w:w="20" w:type="dxa"/>
              <w:left w:w="50" w:type="dxa"/>
              <w:bottom w:w="20" w:type="dxa"/>
              <w:right w:w="50" w:type="dxa"/>
            </w:tcMar>
          </w:tcPr>
          <w:p w14:paraId="055550E1" w14:textId="77777777" w:rsidR="00292F36" w:rsidRDefault="00000000">
            <w:r>
              <w:rPr>
                <w:sz w:val="12"/>
              </w:rPr>
              <w:t>0.01639344</w:t>
            </w:r>
          </w:p>
        </w:tc>
        <w:tc>
          <w:tcPr>
            <w:tcW w:w="564" w:type="dxa"/>
            <w:tcMar>
              <w:top w:w="20" w:type="dxa"/>
              <w:left w:w="50" w:type="dxa"/>
              <w:bottom w:w="20" w:type="dxa"/>
              <w:right w:w="50" w:type="dxa"/>
            </w:tcMar>
          </w:tcPr>
          <w:p w14:paraId="350C7D50" w14:textId="77777777" w:rsidR="00292F36" w:rsidRDefault="00000000">
            <w:r>
              <w:rPr>
                <w:sz w:val="12"/>
              </w:rPr>
              <w:t>0.01092896</w:t>
            </w:r>
          </w:p>
        </w:tc>
        <w:tc>
          <w:tcPr>
            <w:tcW w:w="564" w:type="dxa"/>
            <w:tcMar>
              <w:top w:w="20" w:type="dxa"/>
              <w:left w:w="50" w:type="dxa"/>
              <w:bottom w:w="20" w:type="dxa"/>
              <w:right w:w="50" w:type="dxa"/>
            </w:tcMar>
          </w:tcPr>
          <w:p w14:paraId="3B303B08" w14:textId="77777777" w:rsidR="00292F36" w:rsidRDefault="00000000">
            <w:r>
              <w:rPr>
                <w:sz w:val="12"/>
              </w:rPr>
              <w:t>0.07650273</w:t>
            </w:r>
          </w:p>
        </w:tc>
      </w:tr>
      <w:tr w:rsidR="00292F36" w14:paraId="36D5D6B6" w14:textId="77777777">
        <w:tc>
          <w:tcPr>
            <w:tcW w:w="564" w:type="dxa"/>
            <w:tcMar>
              <w:top w:w="20" w:type="dxa"/>
              <w:left w:w="50" w:type="dxa"/>
              <w:bottom w:w="20" w:type="dxa"/>
              <w:right w:w="50" w:type="dxa"/>
            </w:tcMar>
          </w:tcPr>
          <w:p w14:paraId="1E5C615B" w14:textId="77777777" w:rsidR="00292F36" w:rsidRDefault="00000000">
            <w:r>
              <w:rPr>
                <w:sz w:val="12"/>
              </w:rPr>
              <w:lastRenderedPageBreak/>
              <w:t>2023_islas_coronados_isla_coronado_norte_deep_2</w:t>
            </w:r>
          </w:p>
        </w:tc>
        <w:tc>
          <w:tcPr>
            <w:tcW w:w="564" w:type="dxa"/>
            <w:tcMar>
              <w:top w:w="20" w:type="dxa"/>
              <w:left w:w="50" w:type="dxa"/>
              <w:bottom w:w="20" w:type="dxa"/>
              <w:right w:w="50" w:type="dxa"/>
            </w:tcMar>
          </w:tcPr>
          <w:p w14:paraId="590F95EE" w14:textId="77777777" w:rsidR="00292F36" w:rsidRDefault="00000000">
            <w:r>
              <w:rPr>
                <w:sz w:val="12"/>
              </w:rPr>
              <w:t>0.63410571</w:t>
            </w:r>
          </w:p>
        </w:tc>
        <w:tc>
          <w:tcPr>
            <w:tcW w:w="564" w:type="dxa"/>
            <w:tcMar>
              <w:top w:w="20" w:type="dxa"/>
              <w:left w:w="50" w:type="dxa"/>
              <w:bottom w:w="20" w:type="dxa"/>
              <w:right w:w="50" w:type="dxa"/>
            </w:tcMar>
          </w:tcPr>
          <w:p w14:paraId="45F7BC4E" w14:textId="77777777" w:rsidR="00292F36" w:rsidRDefault="00000000">
            <w:r>
              <w:rPr>
                <w:sz w:val="12"/>
              </w:rPr>
              <w:t>0.6177113</w:t>
            </w:r>
          </w:p>
        </w:tc>
        <w:tc>
          <w:tcPr>
            <w:tcW w:w="564" w:type="dxa"/>
            <w:tcMar>
              <w:top w:w="20" w:type="dxa"/>
              <w:left w:w="50" w:type="dxa"/>
              <w:bottom w:w="20" w:type="dxa"/>
              <w:right w:w="50" w:type="dxa"/>
            </w:tcMar>
          </w:tcPr>
          <w:p w14:paraId="4BFFC4F1" w14:textId="77777777" w:rsidR="00292F36" w:rsidRDefault="00000000">
            <w:r>
              <w:rPr>
                <w:sz w:val="12"/>
              </w:rPr>
              <w:t>2023</w:t>
            </w:r>
          </w:p>
        </w:tc>
        <w:tc>
          <w:tcPr>
            <w:tcW w:w="564" w:type="dxa"/>
            <w:tcMar>
              <w:top w:w="20" w:type="dxa"/>
              <w:left w:w="50" w:type="dxa"/>
              <w:bottom w:w="20" w:type="dxa"/>
              <w:right w:w="50" w:type="dxa"/>
            </w:tcMar>
          </w:tcPr>
          <w:p w14:paraId="2E332BC4" w14:textId="77777777" w:rsidR="00292F36" w:rsidRDefault="00000000">
            <w:r>
              <w:rPr>
                <w:sz w:val="12"/>
              </w:rPr>
              <w:t>coronados</w:t>
            </w:r>
          </w:p>
        </w:tc>
        <w:tc>
          <w:tcPr>
            <w:tcW w:w="564" w:type="dxa"/>
            <w:tcMar>
              <w:top w:w="20" w:type="dxa"/>
              <w:left w:w="50" w:type="dxa"/>
              <w:bottom w:w="20" w:type="dxa"/>
              <w:right w:w="50" w:type="dxa"/>
            </w:tcMar>
          </w:tcPr>
          <w:p w14:paraId="7C22CC5A" w14:textId="77777777" w:rsidR="00292F36" w:rsidRDefault="00000000">
            <w:r>
              <w:rPr>
                <w:sz w:val="12"/>
              </w:rPr>
              <w:t>North</w:t>
            </w:r>
          </w:p>
        </w:tc>
        <w:tc>
          <w:tcPr>
            <w:tcW w:w="564" w:type="dxa"/>
            <w:tcMar>
              <w:top w:w="20" w:type="dxa"/>
              <w:left w:w="50" w:type="dxa"/>
              <w:bottom w:w="20" w:type="dxa"/>
              <w:right w:w="50" w:type="dxa"/>
            </w:tcMar>
          </w:tcPr>
          <w:p w14:paraId="5E0683D7" w14:textId="77777777" w:rsidR="00292F36" w:rsidRDefault="00000000">
            <w:r>
              <w:rPr>
                <w:sz w:val="12"/>
              </w:rPr>
              <w:t>islas_coronados</w:t>
            </w:r>
          </w:p>
        </w:tc>
        <w:tc>
          <w:tcPr>
            <w:tcW w:w="564" w:type="dxa"/>
            <w:tcMar>
              <w:top w:w="20" w:type="dxa"/>
              <w:left w:w="50" w:type="dxa"/>
              <w:bottom w:w="20" w:type="dxa"/>
              <w:right w:w="50" w:type="dxa"/>
            </w:tcMar>
          </w:tcPr>
          <w:p w14:paraId="3AFCC591" w14:textId="77777777" w:rsidR="00292F36" w:rsidRDefault="00000000">
            <w:r>
              <w:rPr>
                <w:sz w:val="12"/>
              </w:rPr>
              <w:t>isla_coronado_norte_deep</w:t>
            </w:r>
          </w:p>
        </w:tc>
        <w:tc>
          <w:tcPr>
            <w:tcW w:w="564" w:type="dxa"/>
            <w:tcMar>
              <w:top w:w="20" w:type="dxa"/>
              <w:left w:w="50" w:type="dxa"/>
              <w:bottom w:w="20" w:type="dxa"/>
              <w:right w:w="50" w:type="dxa"/>
            </w:tcMar>
          </w:tcPr>
          <w:p w14:paraId="0E342C30" w14:textId="77777777" w:rsidR="00292F36" w:rsidRDefault="00000000">
            <w:r>
              <w:rPr>
                <w:sz w:val="12"/>
              </w:rPr>
              <w:t>10</w:t>
            </w:r>
          </w:p>
        </w:tc>
        <w:tc>
          <w:tcPr>
            <w:tcW w:w="564" w:type="dxa"/>
            <w:tcMar>
              <w:top w:w="20" w:type="dxa"/>
              <w:left w:w="50" w:type="dxa"/>
              <w:bottom w:w="20" w:type="dxa"/>
              <w:right w:w="50" w:type="dxa"/>
            </w:tcMar>
          </w:tcPr>
          <w:p w14:paraId="028FDF1E" w14:textId="77777777" w:rsidR="00292F36" w:rsidRDefault="00000000">
            <w:r>
              <w:rPr>
                <w:sz w:val="12"/>
              </w:rPr>
              <w:t>16.25</w:t>
            </w:r>
          </w:p>
        </w:tc>
        <w:tc>
          <w:tcPr>
            <w:tcW w:w="564" w:type="dxa"/>
            <w:tcMar>
              <w:top w:w="20" w:type="dxa"/>
              <w:left w:w="50" w:type="dxa"/>
              <w:bottom w:w="20" w:type="dxa"/>
              <w:right w:w="50" w:type="dxa"/>
            </w:tcMar>
          </w:tcPr>
          <w:p w14:paraId="646F45C8" w14:textId="77777777" w:rsidR="00292F36" w:rsidRDefault="00000000">
            <w:r>
              <w:rPr>
                <w:sz w:val="12"/>
              </w:rPr>
              <w:t>0.14366896</w:t>
            </w:r>
          </w:p>
        </w:tc>
        <w:tc>
          <w:tcPr>
            <w:tcW w:w="564" w:type="dxa"/>
            <w:tcMar>
              <w:top w:w="20" w:type="dxa"/>
              <w:left w:w="50" w:type="dxa"/>
              <w:bottom w:w="20" w:type="dxa"/>
              <w:right w:w="50" w:type="dxa"/>
            </w:tcMar>
          </w:tcPr>
          <w:p w14:paraId="1BD4F93B" w14:textId="77777777" w:rsidR="00292F36" w:rsidRDefault="00000000">
            <w:r>
              <w:rPr>
                <w:sz w:val="12"/>
              </w:rPr>
              <w:t>0</w:t>
            </w:r>
          </w:p>
        </w:tc>
        <w:tc>
          <w:tcPr>
            <w:tcW w:w="564" w:type="dxa"/>
            <w:tcMar>
              <w:top w:w="20" w:type="dxa"/>
              <w:left w:w="50" w:type="dxa"/>
              <w:bottom w:w="20" w:type="dxa"/>
              <w:right w:w="50" w:type="dxa"/>
            </w:tcMar>
          </w:tcPr>
          <w:p w14:paraId="546A024E" w14:textId="77777777" w:rsidR="00292F36" w:rsidRDefault="00000000">
            <w:r>
              <w:rPr>
                <w:sz w:val="12"/>
              </w:rPr>
              <w:t>0</w:t>
            </w:r>
          </w:p>
        </w:tc>
        <w:tc>
          <w:tcPr>
            <w:tcW w:w="564" w:type="dxa"/>
            <w:tcMar>
              <w:top w:w="20" w:type="dxa"/>
              <w:left w:w="50" w:type="dxa"/>
              <w:bottom w:w="20" w:type="dxa"/>
              <w:right w:w="50" w:type="dxa"/>
            </w:tcMar>
          </w:tcPr>
          <w:p w14:paraId="01E75B2F" w14:textId="77777777" w:rsidR="00292F36" w:rsidRDefault="00000000">
            <w:r>
              <w:rPr>
                <w:sz w:val="12"/>
              </w:rPr>
              <w:t>0</w:t>
            </w:r>
          </w:p>
        </w:tc>
        <w:tc>
          <w:tcPr>
            <w:tcW w:w="564" w:type="dxa"/>
            <w:tcMar>
              <w:top w:w="20" w:type="dxa"/>
              <w:left w:w="50" w:type="dxa"/>
              <w:bottom w:w="20" w:type="dxa"/>
              <w:right w:w="50" w:type="dxa"/>
            </w:tcMar>
          </w:tcPr>
          <w:p w14:paraId="23A1BC52" w14:textId="77777777" w:rsidR="00292F36" w:rsidRDefault="00000000">
            <w:r>
              <w:rPr>
                <w:sz w:val="12"/>
              </w:rPr>
              <w:t>0.91666667</w:t>
            </w:r>
          </w:p>
        </w:tc>
        <w:tc>
          <w:tcPr>
            <w:tcW w:w="564" w:type="dxa"/>
            <w:tcMar>
              <w:top w:w="20" w:type="dxa"/>
              <w:left w:w="50" w:type="dxa"/>
              <w:bottom w:w="20" w:type="dxa"/>
              <w:right w:w="50" w:type="dxa"/>
            </w:tcMar>
          </w:tcPr>
          <w:p w14:paraId="0EC249A5" w14:textId="77777777" w:rsidR="00292F36" w:rsidRDefault="00000000">
            <w:r>
              <w:rPr>
                <w:sz w:val="12"/>
              </w:rPr>
              <w:t>0</w:t>
            </w:r>
          </w:p>
        </w:tc>
        <w:tc>
          <w:tcPr>
            <w:tcW w:w="564" w:type="dxa"/>
            <w:tcMar>
              <w:top w:w="20" w:type="dxa"/>
              <w:left w:w="50" w:type="dxa"/>
              <w:bottom w:w="20" w:type="dxa"/>
              <w:right w:w="50" w:type="dxa"/>
            </w:tcMar>
          </w:tcPr>
          <w:p w14:paraId="4E8FFDBB" w14:textId="77777777" w:rsidR="00292F36" w:rsidRDefault="00000000">
            <w:r>
              <w:rPr>
                <w:sz w:val="12"/>
              </w:rPr>
              <w:t>0</w:t>
            </w:r>
          </w:p>
        </w:tc>
        <w:tc>
          <w:tcPr>
            <w:tcW w:w="564" w:type="dxa"/>
            <w:tcMar>
              <w:top w:w="20" w:type="dxa"/>
              <w:left w:w="50" w:type="dxa"/>
              <w:bottom w:w="20" w:type="dxa"/>
              <w:right w:w="50" w:type="dxa"/>
            </w:tcMar>
          </w:tcPr>
          <w:p w14:paraId="0505D105" w14:textId="77777777" w:rsidR="00292F36" w:rsidRDefault="00000000">
            <w:r>
              <w:rPr>
                <w:sz w:val="12"/>
              </w:rPr>
              <w:t>0.08333333</w:t>
            </w:r>
          </w:p>
        </w:tc>
        <w:tc>
          <w:tcPr>
            <w:tcW w:w="564" w:type="dxa"/>
            <w:tcMar>
              <w:top w:w="20" w:type="dxa"/>
              <w:left w:w="50" w:type="dxa"/>
              <w:bottom w:w="20" w:type="dxa"/>
              <w:right w:w="50" w:type="dxa"/>
            </w:tcMar>
          </w:tcPr>
          <w:p w14:paraId="4B305760" w14:textId="77777777" w:rsidR="00292F36" w:rsidRDefault="00000000">
            <w:r>
              <w:rPr>
                <w:sz w:val="12"/>
              </w:rPr>
              <w:t>0</w:t>
            </w:r>
          </w:p>
        </w:tc>
        <w:tc>
          <w:tcPr>
            <w:tcW w:w="564" w:type="dxa"/>
            <w:tcMar>
              <w:top w:w="20" w:type="dxa"/>
              <w:left w:w="50" w:type="dxa"/>
              <w:bottom w:w="20" w:type="dxa"/>
              <w:right w:w="50" w:type="dxa"/>
            </w:tcMar>
          </w:tcPr>
          <w:p w14:paraId="1894DE4F" w14:textId="77777777" w:rsidR="00292F36" w:rsidRDefault="00000000">
            <w:r>
              <w:rPr>
                <w:sz w:val="12"/>
              </w:rPr>
              <w:t>0</w:t>
            </w:r>
          </w:p>
        </w:tc>
        <w:tc>
          <w:tcPr>
            <w:tcW w:w="564" w:type="dxa"/>
            <w:tcMar>
              <w:top w:w="20" w:type="dxa"/>
              <w:left w:w="50" w:type="dxa"/>
              <w:bottom w:w="20" w:type="dxa"/>
              <w:right w:w="50" w:type="dxa"/>
            </w:tcMar>
          </w:tcPr>
          <w:p w14:paraId="22214DC6" w14:textId="77777777" w:rsidR="00292F36" w:rsidRDefault="00000000">
            <w:r>
              <w:rPr>
                <w:sz w:val="12"/>
              </w:rPr>
              <w:t>0.96308725</w:t>
            </w:r>
          </w:p>
        </w:tc>
        <w:tc>
          <w:tcPr>
            <w:tcW w:w="564" w:type="dxa"/>
            <w:tcMar>
              <w:top w:w="20" w:type="dxa"/>
              <w:left w:w="50" w:type="dxa"/>
              <w:bottom w:w="20" w:type="dxa"/>
              <w:right w:w="50" w:type="dxa"/>
            </w:tcMar>
          </w:tcPr>
          <w:p w14:paraId="72B16CEF" w14:textId="77777777" w:rsidR="00292F36" w:rsidRDefault="00000000">
            <w:r>
              <w:rPr>
                <w:sz w:val="12"/>
              </w:rPr>
              <w:t>0.01342282</w:t>
            </w:r>
          </w:p>
        </w:tc>
        <w:tc>
          <w:tcPr>
            <w:tcW w:w="564" w:type="dxa"/>
            <w:tcMar>
              <w:top w:w="20" w:type="dxa"/>
              <w:left w:w="50" w:type="dxa"/>
              <w:bottom w:w="20" w:type="dxa"/>
              <w:right w:w="50" w:type="dxa"/>
            </w:tcMar>
          </w:tcPr>
          <w:p w14:paraId="1BACFC05" w14:textId="77777777" w:rsidR="00292F36" w:rsidRDefault="00000000">
            <w:r>
              <w:rPr>
                <w:sz w:val="12"/>
              </w:rPr>
              <w:t>0.01677852</w:t>
            </w:r>
          </w:p>
        </w:tc>
        <w:tc>
          <w:tcPr>
            <w:tcW w:w="564" w:type="dxa"/>
            <w:tcMar>
              <w:top w:w="20" w:type="dxa"/>
              <w:left w:w="50" w:type="dxa"/>
              <w:bottom w:w="20" w:type="dxa"/>
              <w:right w:w="50" w:type="dxa"/>
            </w:tcMar>
          </w:tcPr>
          <w:p w14:paraId="564D1492" w14:textId="77777777" w:rsidR="00292F36" w:rsidRDefault="00000000">
            <w:r>
              <w:rPr>
                <w:sz w:val="12"/>
              </w:rPr>
              <w:t>0.0033557</w:t>
            </w:r>
          </w:p>
        </w:tc>
        <w:tc>
          <w:tcPr>
            <w:tcW w:w="564" w:type="dxa"/>
            <w:tcMar>
              <w:top w:w="20" w:type="dxa"/>
              <w:left w:w="50" w:type="dxa"/>
              <w:bottom w:w="20" w:type="dxa"/>
              <w:right w:w="50" w:type="dxa"/>
            </w:tcMar>
          </w:tcPr>
          <w:p w14:paraId="661B0D30" w14:textId="77777777" w:rsidR="00292F36" w:rsidRDefault="00000000">
            <w:r>
              <w:rPr>
                <w:sz w:val="12"/>
              </w:rPr>
              <w:t>0.0033557</w:t>
            </w:r>
          </w:p>
        </w:tc>
      </w:tr>
      <w:tr w:rsidR="00292F36" w14:paraId="6291186E" w14:textId="77777777">
        <w:tc>
          <w:tcPr>
            <w:tcW w:w="564" w:type="dxa"/>
            <w:tcMar>
              <w:top w:w="20" w:type="dxa"/>
              <w:left w:w="50" w:type="dxa"/>
              <w:bottom w:w="20" w:type="dxa"/>
              <w:right w:w="50" w:type="dxa"/>
            </w:tcMar>
          </w:tcPr>
          <w:p w14:paraId="449AC9A7" w14:textId="77777777" w:rsidR="00292F36" w:rsidRDefault="00000000">
            <w:r>
              <w:rPr>
                <w:sz w:val="12"/>
              </w:rPr>
              <w:t>2023_islas_coronados_isla_coronado_punta_sur_shallow_1</w:t>
            </w:r>
          </w:p>
        </w:tc>
        <w:tc>
          <w:tcPr>
            <w:tcW w:w="564" w:type="dxa"/>
            <w:tcMar>
              <w:top w:w="20" w:type="dxa"/>
              <w:left w:w="50" w:type="dxa"/>
              <w:bottom w:w="20" w:type="dxa"/>
              <w:right w:w="50" w:type="dxa"/>
            </w:tcMar>
          </w:tcPr>
          <w:p w14:paraId="0136D4BA" w14:textId="77777777" w:rsidR="00292F36" w:rsidRDefault="00000000">
            <w:r>
              <w:rPr>
                <w:sz w:val="12"/>
              </w:rPr>
              <w:t>0.32669011</w:t>
            </w:r>
          </w:p>
        </w:tc>
        <w:tc>
          <w:tcPr>
            <w:tcW w:w="564" w:type="dxa"/>
            <w:tcMar>
              <w:top w:w="20" w:type="dxa"/>
              <w:left w:w="50" w:type="dxa"/>
              <w:bottom w:w="20" w:type="dxa"/>
              <w:right w:w="50" w:type="dxa"/>
            </w:tcMar>
          </w:tcPr>
          <w:p w14:paraId="2F8B9ADE" w14:textId="77777777" w:rsidR="00292F36" w:rsidRDefault="00000000">
            <w:r>
              <w:rPr>
                <w:sz w:val="12"/>
              </w:rPr>
              <w:t>0.74515795</w:t>
            </w:r>
          </w:p>
        </w:tc>
        <w:tc>
          <w:tcPr>
            <w:tcW w:w="564" w:type="dxa"/>
            <w:tcMar>
              <w:top w:w="20" w:type="dxa"/>
              <w:left w:w="50" w:type="dxa"/>
              <w:bottom w:w="20" w:type="dxa"/>
              <w:right w:w="50" w:type="dxa"/>
            </w:tcMar>
          </w:tcPr>
          <w:p w14:paraId="19C11270" w14:textId="77777777" w:rsidR="00292F36" w:rsidRDefault="00000000">
            <w:r>
              <w:rPr>
                <w:sz w:val="12"/>
              </w:rPr>
              <w:t>2023</w:t>
            </w:r>
          </w:p>
        </w:tc>
        <w:tc>
          <w:tcPr>
            <w:tcW w:w="564" w:type="dxa"/>
            <w:tcMar>
              <w:top w:w="20" w:type="dxa"/>
              <w:left w:w="50" w:type="dxa"/>
              <w:bottom w:w="20" w:type="dxa"/>
              <w:right w:w="50" w:type="dxa"/>
            </w:tcMar>
          </w:tcPr>
          <w:p w14:paraId="1EED2539" w14:textId="77777777" w:rsidR="00292F36" w:rsidRDefault="00000000">
            <w:r>
              <w:rPr>
                <w:sz w:val="12"/>
              </w:rPr>
              <w:t>coronados</w:t>
            </w:r>
          </w:p>
        </w:tc>
        <w:tc>
          <w:tcPr>
            <w:tcW w:w="564" w:type="dxa"/>
            <w:tcMar>
              <w:top w:w="20" w:type="dxa"/>
              <w:left w:w="50" w:type="dxa"/>
              <w:bottom w:w="20" w:type="dxa"/>
              <w:right w:w="50" w:type="dxa"/>
            </w:tcMar>
          </w:tcPr>
          <w:p w14:paraId="0AB9C554" w14:textId="77777777" w:rsidR="00292F36" w:rsidRDefault="00000000">
            <w:r>
              <w:rPr>
                <w:sz w:val="12"/>
              </w:rPr>
              <w:t>North</w:t>
            </w:r>
          </w:p>
        </w:tc>
        <w:tc>
          <w:tcPr>
            <w:tcW w:w="564" w:type="dxa"/>
            <w:tcMar>
              <w:top w:w="20" w:type="dxa"/>
              <w:left w:w="50" w:type="dxa"/>
              <w:bottom w:w="20" w:type="dxa"/>
              <w:right w:w="50" w:type="dxa"/>
            </w:tcMar>
          </w:tcPr>
          <w:p w14:paraId="13D3D989" w14:textId="77777777" w:rsidR="00292F36" w:rsidRDefault="00000000">
            <w:r>
              <w:rPr>
                <w:sz w:val="12"/>
              </w:rPr>
              <w:t>islas_coronados</w:t>
            </w:r>
          </w:p>
        </w:tc>
        <w:tc>
          <w:tcPr>
            <w:tcW w:w="564" w:type="dxa"/>
            <w:tcMar>
              <w:top w:w="20" w:type="dxa"/>
              <w:left w:w="50" w:type="dxa"/>
              <w:bottom w:w="20" w:type="dxa"/>
              <w:right w:w="50" w:type="dxa"/>
            </w:tcMar>
          </w:tcPr>
          <w:p w14:paraId="414D0678" w14:textId="77777777" w:rsidR="00292F36" w:rsidRDefault="00000000">
            <w:r>
              <w:rPr>
                <w:sz w:val="12"/>
              </w:rPr>
              <w:t>isla_coronado_punta_sur_shallow</w:t>
            </w:r>
          </w:p>
        </w:tc>
        <w:tc>
          <w:tcPr>
            <w:tcW w:w="564" w:type="dxa"/>
            <w:tcMar>
              <w:top w:w="20" w:type="dxa"/>
              <w:left w:w="50" w:type="dxa"/>
              <w:bottom w:w="20" w:type="dxa"/>
              <w:right w:w="50" w:type="dxa"/>
            </w:tcMar>
          </w:tcPr>
          <w:p w14:paraId="42FDF370" w14:textId="77777777" w:rsidR="00292F36" w:rsidRDefault="00000000">
            <w:r>
              <w:rPr>
                <w:sz w:val="12"/>
              </w:rPr>
              <w:t>9</w:t>
            </w:r>
          </w:p>
        </w:tc>
        <w:tc>
          <w:tcPr>
            <w:tcW w:w="564" w:type="dxa"/>
            <w:tcMar>
              <w:top w:w="20" w:type="dxa"/>
              <w:left w:w="50" w:type="dxa"/>
              <w:bottom w:w="20" w:type="dxa"/>
              <w:right w:w="50" w:type="dxa"/>
            </w:tcMar>
          </w:tcPr>
          <w:p w14:paraId="2370D6A6" w14:textId="77777777" w:rsidR="00292F36" w:rsidRDefault="00000000">
            <w:r>
              <w:rPr>
                <w:sz w:val="12"/>
              </w:rPr>
              <w:t>16.1900005</w:t>
            </w:r>
          </w:p>
        </w:tc>
        <w:tc>
          <w:tcPr>
            <w:tcW w:w="564" w:type="dxa"/>
            <w:tcMar>
              <w:top w:w="20" w:type="dxa"/>
              <w:left w:w="50" w:type="dxa"/>
              <w:bottom w:w="20" w:type="dxa"/>
              <w:right w:w="50" w:type="dxa"/>
            </w:tcMar>
          </w:tcPr>
          <w:p w14:paraId="3AE7524E" w14:textId="77777777" w:rsidR="00292F36" w:rsidRDefault="00000000">
            <w:r>
              <w:rPr>
                <w:sz w:val="12"/>
              </w:rPr>
              <w:t>0.14460558</w:t>
            </w:r>
          </w:p>
        </w:tc>
        <w:tc>
          <w:tcPr>
            <w:tcW w:w="564" w:type="dxa"/>
            <w:tcMar>
              <w:top w:w="20" w:type="dxa"/>
              <w:left w:w="50" w:type="dxa"/>
              <w:bottom w:w="20" w:type="dxa"/>
              <w:right w:w="50" w:type="dxa"/>
            </w:tcMar>
          </w:tcPr>
          <w:p w14:paraId="574D566C" w14:textId="77777777" w:rsidR="00292F36" w:rsidRDefault="00000000">
            <w:r>
              <w:rPr>
                <w:sz w:val="12"/>
              </w:rPr>
              <w:t>0</w:t>
            </w:r>
          </w:p>
        </w:tc>
        <w:tc>
          <w:tcPr>
            <w:tcW w:w="564" w:type="dxa"/>
            <w:tcMar>
              <w:top w:w="20" w:type="dxa"/>
              <w:left w:w="50" w:type="dxa"/>
              <w:bottom w:w="20" w:type="dxa"/>
              <w:right w:w="50" w:type="dxa"/>
            </w:tcMar>
          </w:tcPr>
          <w:p w14:paraId="4CF95024" w14:textId="77777777" w:rsidR="00292F36" w:rsidRDefault="00000000">
            <w:r>
              <w:rPr>
                <w:sz w:val="12"/>
              </w:rPr>
              <w:t>0</w:t>
            </w:r>
          </w:p>
        </w:tc>
        <w:tc>
          <w:tcPr>
            <w:tcW w:w="564" w:type="dxa"/>
            <w:tcMar>
              <w:top w:w="20" w:type="dxa"/>
              <w:left w:w="50" w:type="dxa"/>
              <w:bottom w:w="20" w:type="dxa"/>
              <w:right w:w="50" w:type="dxa"/>
            </w:tcMar>
          </w:tcPr>
          <w:p w14:paraId="138445EE" w14:textId="77777777" w:rsidR="00292F36" w:rsidRDefault="00000000">
            <w:r>
              <w:rPr>
                <w:sz w:val="12"/>
              </w:rPr>
              <w:t>0</w:t>
            </w:r>
          </w:p>
        </w:tc>
        <w:tc>
          <w:tcPr>
            <w:tcW w:w="564" w:type="dxa"/>
            <w:tcMar>
              <w:top w:w="20" w:type="dxa"/>
              <w:left w:w="50" w:type="dxa"/>
              <w:bottom w:w="20" w:type="dxa"/>
              <w:right w:w="50" w:type="dxa"/>
            </w:tcMar>
          </w:tcPr>
          <w:p w14:paraId="547B6E90" w14:textId="77777777" w:rsidR="00292F36" w:rsidRDefault="00000000">
            <w:r>
              <w:rPr>
                <w:sz w:val="12"/>
              </w:rPr>
              <w:t>1</w:t>
            </w:r>
          </w:p>
        </w:tc>
        <w:tc>
          <w:tcPr>
            <w:tcW w:w="564" w:type="dxa"/>
            <w:tcMar>
              <w:top w:w="20" w:type="dxa"/>
              <w:left w:w="50" w:type="dxa"/>
              <w:bottom w:w="20" w:type="dxa"/>
              <w:right w:w="50" w:type="dxa"/>
            </w:tcMar>
          </w:tcPr>
          <w:p w14:paraId="1E4D5F82" w14:textId="77777777" w:rsidR="00292F36" w:rsidRDefault="00000000">
            <w:r>
              <w:rPr>
                <w:sz w:val="12"/>
              </w:rPr>
              <w:t>0</w:t>
            </w:r>
          </w:p>
        </w:tc>
        <w:tc>
          <w:tcPr>
            <w:tcW w:w="564" w:type="dxa"/>
            <w:tcMar>
              <w:top w:w="20" w:type="dxa"/>
              <w:left w:w="50" w:type="dxa"/>
              <w:bottom w:w="20" w:type="dxa"/>
              <w:right w:w="50" w:type="dxa"/>
            </w:tcMar>
          </w:tcPr>
          <w:p w14:paraId="1955C5DC" w14:textId="77777777" w:rsidR="00292F36" w:rsidRDefault="00000000">
            <w:r>
              <w:rPr>
                <w:sz w:val="12"/>
              </w:rPr>
              <w:t>0</w:t>
            </w:r>
          </w:p>
        </w:tc>
        <w:tc>
          <w:tcPr>
            <w:tcW w:w="564" w:type="dxa"/>
            <w:tcMar>
              <w:top w:w="20" w:type="dxa"/>
              <w:left w:w="50" w:type="dxa"/>
              <w:bottom w:w="20" w:type="dxa"/>
              <w:right w:w="50" w:type="dxa"/>
            </w:tcMar>
          </w:tcPr>
          <w:p w14:paraId="0A945547" w14:textId="77777777" w:rsidR="00292F36" w:rsidRDefault="00000000">
            <w:r>
              <w:rPr>
                <w:sz w:val="12"/>
              </w:rPr>
              <w:t>0</w:t>
            </w:r>
          </w:p>
        </w:tc>
        <w:tc>
          <w:tcPr>
            <w:tcW w:w="564" w:type="dxa"/>
            <w:tcMar>
              <w:top w:w="20" w:type="dxa"/>
              <w:left w:w="50" w:type="dxa"/>
              <w:bottom w:w="20" w:type="dxa"/>
              <w:right w:w="50" w:type="dxa"/>
            </w:tcMar>
          </w:tcPr>
          <w:p w14:paraId="77983BCA" w14:textId="77777777" w:rsidR="00292F36" w:rsidRDefault="00000000">
            <w:r>
              <w:rPr>
                <w:sz w:val="12"/>
              </w:rPr>
              <w:t>0</w:t>
            </w:r>
          </w:p>
        </w:tc>
        <w:tc>
          <w:tcPr>
            <w:tcW w:w="564" w:type="dxa"/>
            <w:tcMar>
              <w:top w:w="20" w:type="dxa"/>
              <w:left w:w="50" w:type="dxa"/>
              <w:bottom w:w="20" w:type="dxa"/>
              <w:right w:w="50" w:type="dxa"/>
            </w:tcMar>
          </w:tcPr>
          <w:p w14:paraId="263A9AA9" w14:textId="77777777" w:rsidR="00292F36" w:rsidRDefault="00000000">
            <w:r>
              <w:rPr>
                <w:sz w:val="12"/>
              </w:rPr>
              <w:t>0</w:t>
            </w:r>
          </w:p>
        </w:tc>
        <w:tc>
          <w:tcPr>
            <w:tcW w:w="564" w:type="dxa"/>
            <w:tcMar>
              <w:top w:w="20" w:type="dxa"/>
              <w:left w:w="50" w:type="dxa"/>
              <w:bottom w:w="20" w:type="dxa"/>
              <w:right w:w="50" w:type="dxa"/>
            </w:tcMar>
          </w:tcPr>
          <w:p w14:paraId="314C1CFD" w14:textId="77777777" w:rsidR="00292F36" w:rsidRDefault="00000000">
            <w:r>
              <w:rPr>
                <w:sz w:val="12"/>
              </w:rPr>
              <w:t>0.51044776</w:t>
            </w:r>
          </w:p>
        </w:tc>
        <w:tc>
          <w:tcPr>
            <w:tcW w:w="564" w:type="dxa"/>
            <w:tcMar>
              <w:top w:w="20" w:type="dxa"/>
              <w:left w:w="50" w:type="dxa"/>
              <w:bottom w:w="20" w:type="dxa"/>
              <w:right w:w="50" w:type="dxa"/>
            </w:tcMar>
          </w:tcPr>
          <w:p w14:paraId="5000D659" w14:textId="77777777" w:rsidR="00292F36" w:rsidRDefault="00000000">
            <w:r>
              <w:rPr>
                <w:sz w:val="12"/>
              </w:rPr>
              <w:t>0.03880597</w:t>
            </w:r>
          </w:p>
        </w:tc>
        <w:tc>
          <w:tcPr>
            <w:tcW w:w="564" w:type="dxa"/>
            <w:tcMar>
              <w:top w:w="20" w:type="dxa"/>
              <w:left w:w="50" w:type="dxa"/>
              <w:bottom w:w="20" w:type="dxa"/>
              <w:right w:w="50" w:type="dxa"/>
            </w:tcMar>
          </w:tcPr>
          <w:p w14:paraId="4B2BF643" w14:textId="77777777" w:rsidR="00292F36" w:rsidRDefault="00000000">
            <w:r>
              <w:rPr>
                <w:sz w:val="12"/>
              </w:rPr>
              <w:t>0.00298507</w:t>
            </w:r>
          </w:p>
        </w:tc>
        <w:tc>
          <w:tcPr>
            <w:tcW w:w="564" w:type="dxa"/>
            <w:tcMar>
              <w:top w:w="20" w:type="dxa"/>
              <w:left w:w="50" w:type="dxa"/>
              <w:bottom w:w="20" w:type="dxa"/>
              <w:right w:w="50" w:type="dxa"/>
            </w:tcMar>
          </w:tcPr>
          <w:p w14:paraId="709351B0" w14:textId="77777777" w:rsidR="00292F36" w:rsidRDefault="00000000">
            <w:r>
              <w:rPr>
                <w:sz w:val="12"/>
              </w:rPr>
              <w:t>0.00298507</w:t>
            </w:r>
          </w:p>
        </w:tc>
        <w:tc>
          <w:tcPr>
            <w:tcW w:w="564" w:type="dxa"/>
            <w:tcMar>
              <w:top w:w="20" w:type="dxa"/>
              <w:left w:w="50" w:type="dxa"/>
              <w:bottom w:w="20" w:type="dxa"/>
              <w:right w:w="50" w:type="dxa"/>
            </w:tcMar>
          </w:tcPr>
          <w:p w14:paraId="5EB1B59C" w14:textId="77777777" w:rsidR="00292F36" w:rsidRDefault="00000000">
            <w:r>
              <w:rPr>
                <w:sz w:val="12"/>
              </w:rPr>
              <w:t>0.44477612</w:t>
            </w:r>
          </w:p>
        </w:tc>
      </w:tr>
      <w:tr w:rsidR="00292F36" w14:paraId="096A2EA9" w14:textId="77777777">
        <w:tc>
          <w:tcPr>
            <w:tcW w:w="564" w:type="dxa"/>
            <w:tcMar>
              <w:top w:w="20" w:type="dxa"/>
              <w:left w:w="50" w:type="dxa"/>
              <w:bottom w:w="20" w:type="dxa"/>
              <w:right w:w="50" w:type="dxa"/>
            </w:tcMar>
          </w:tcPr>
          <w:p w14:paraId="73633057" w14:textId="77777777" w:rsidR="00292F36" w:rsidRDefault="00000000">
            <w:r>
              <w:rPr>
                <w:sz w:val="12"/>
              </w:rPr>
              <w:t>2023_islas_coronados_isla_coronado_punta_sur_shallow_2</w:t>
            </w:r>
          </w:p>
        </w:tc>
        <w:tc>
          <w:tcPr>
            <w:tcW w:w="564" w:type="dxa"/>
            <w:tcMar>
              <w:top w:w="20" w:type="dxa"/>
              <w:left w:w="50" w:type="dxa"/>
              <w:bottom w:w="20" w:type="dxa"/>
              <w:right w:w="50" w:type="dxa"/>
            </w:tcMar>
          </w:tcPr>
          <w:p w14:paraId="3F426787" w14:textId="77777777" w:rsidR="00292F36" w:rsidRDefault="00000000">
            <w:r>
              <w:rPr>
                <w:sz w:val="12"/>
              </w:rPr>
              <w:t>0.33530704</w:t>
            </w:r>
          </w:p>
        </w:tc>
        <w:tc>
          <w:tcPr>
            <w:tcW w:w="564" w:type="dxa"/>
            <w:tcMar>
              <w:top w:w="20" w:type="dxa"/>
              <w:left w:w="50" w:type="dxa"/>
              <w:bottom w:w="20" w:type="dxa"/>
              <w:right w:w="50" w:type="dxa"/>
            </w:tcMar>
          </w:tcPr>
          <w:p w14:paraId="718A6B80" w14:textId="77777777" w:rsidR="00292F36" w:rsidRDefault="00000000">
            <w:r>
              <w:rPr>
                <w:sz w:val="12"/>
              </w:rPr>
              <w:t>0.72692748</w:t>
            </w:r>
          </w:p>
        </w:tc>
        <w:tc>
          <w:tcPr>
            <w:tcW w:w="564" w:type="dxa"/>
            <w:tcMar>
              <w:top w:w="20" w:type="dxa"/>
              <w:left w:w="50" w:type="dxa"/>
              <w:bottom w:w="20" w:type="dxa"/>
              <w:right w:w="50" w:type="dxa"/>
            </w:tcMar>
          </w:tcPr>
          <w:p w14:paraId="664AF5F3" w14:textId="77777777" w:rsidR="00292F36" w:rsidRDefault="00000000">
            <w:r>
              <w:rPr>
                <w:sz w:val="12"/>
              </w:rPr>
              <w:t>2023</w:t>
            </w:r>
          </w:p>
        </w:tc>
        <w:tc>
          <w:tcPr>
            <w:tcW w:w="564" w:type="dxa"/>
            <w:tcMar>
              <w:top w:w="20" w:type="dxa"/>
              <w:left w:w="50" w:type="dxa"/>
              <w:bottom w:w="20" w:type="dxa"/>
              <w:right w:w="50" w:type="dxa"/>
            </w:tcMar>
          </w:tcPr>
          <w:p w14:paraId="64CA4D0F" w14:textId="77777777" w:rsidR="00292F36" w:rsidRDefault="00000000">
            <w:r>
              <w:rPr>
                <w:sz w:val="12"/>
              </w:rPr>
              <w:t>coronados</w:t>
            </w:r>
          </w:p>
        </w:tc>
        <w:tc>
          <w:tcPr>
            <w:tcW w:w="564" w:type="dxa"/>
            <w:tcMar>
              <w:top w:w="20" w:type="dxa"/>
              <w:left w:w="50" w:type="dxa"/>
              <w:bottom w:w="20" w:type="dxa"/>
              <w:right w:w="50" w:type="dxa"/>
            </w:tcMar>
          </w:tcPr>
          <w:p w14:paraId="3FFB13DD" w14:textId="77777777" w:rsidR="00292F36" w:rsidRDefault="00000000">
            <w:r>
              <w:rPr>
                <w:sz w:val="12"/>
              </w:rPr>
              <w:t>North</w:t>
            </w:r>
          </w:p>
        </w:tc>
        <w:tc>
          <w:tcPr>
            <w:tcW w:w="564" w:type="dxa"/>
            <w:tcMar>
              <w:top w:w="20" w:type="dxa"/>
              <w:left w:w="50" w:type="dxa"/>
              <w:bottom w:w="20" w:type="dxa"/>
              <w:right w:w="50" w:type="dxa"/>
            </w:tcMar>
          </w:tcPr>
          <w:p w14:paraId="1E35CFD7" w14:textId="77777777" w:rsidR="00292F36" w:rsidRDefault="00000000">
            <w:r>
              <w:rPr>
                <w:sz w:val="12"/>
              </w:rPr>
              <w:t>islas_coronados</w:t>
            </w:r>
          </w:p>
        </w:tc>
        <w:tc>
          <w:tcPr>
            <w:tcW w:w="564" w:type="dxa"/>
            <w:tcMar>
              <w:top w:w="20" w:type="dxa"/>
              <w:left w:w="50" w:type="dxa"/>
              <w:bottom w:w="20" w:type="dxa"/>
              <w:right w:w="50" w:type="dxa"/>
            </w:tcMar>
          </w:tcPr>
          <w:p w14:paraId="11733AAF" w14:textId="77777777" w:rsidR="00292F36" w:rsidRDefault="00000000">
            <w:r>
              <w:rPr>
                <w:sz w:val="12"/>
              </w:rPr>
              <w:t>isla_coronado_punta_sur_shallow</w:t>
            </w:r>
          </w:p>
        </w:tc>
        <w:tc>
          <w:tcPr>
            <w:tcW w:w="564" w:type="dxa"/>
            <w:tcMar>
              <w:top w:w="20" w:type="dxa"/>
              <w:left w:w="50" w:type="dxa"/>
              <w:bottom w:w="20" w:type="dxa"/>
              <w:right w:w="50" w:type="dxa"/>
            </w:tcMar>
          </w:tcPr>
          <w:p w14:paraId="0C9EFB4F" w14:textId="77777777" w:rsidR="00292F36" w:rsidRDefault="00000000">
            <w:r>
              <w:rPr>
                <w:sz w:val="12"/>
              </w:rPr>
              <w:t>9</w:t>
            </w:r>
          </w:p>
        </w:tc>
        <w:tc>
          <w:tcPr>
            <w:tcW w:w="564" w:type="dxa"/>
            <w:tcMar>
              <w:top w:w="20" w:type="dxa"/>
              <w:left w:w="50" w:type="dxa"/>
              <w:bottom w:w="20" w:type="dxa"/>
              <w:right w:w="50" w:type="dxa"/>
            </w:tcMar>
          </w:tcPr>
          <w:p w14:paraId="4A1BADDC" w14:textId="77777777" w:rsidR="00292F36" w:rsidRDefault="00000000">
            <w:r>
              <w:rPr>
                <w:sz w:val="12"/>
              </w:rPr>
              <w:t>16.1900005</w:t>
            </w:r>
          </w:p>
        </w:tc>
        <w:tc>
          <w:tcPr>
            <w:tcW w:w="564" w:type="dxa"/>
            <w:tcMar>
              <w:top w:w="20" w:type="dxa"/>
              <w:left w:w="50" w:type="dxa"/>
              <w:bottom w:w="20" w:type="dxa"/>
              <w:right w:w="50" w:type="dxa"/>
            </w:tcMar>
          </w:tcPr>
          <w:p w14:paraId="22E9B88D" w14:textId="77777777" w:rsidR="00292F36" w:rsidRDefault="00000000">
            <w:r>
              <w:rPr>
                <w:sz w:val="12"/>
              </w:rPr>
              <w:t>0.14460558</w:t>
            </w:r>
          </w:p>
        </w:tc>
        <w:tc>
          <w:tcPr>
            <w:tcW w:w="564" w:type="dxa"/>
            <w:tcMar>
              <w:top w:w="20" w:type="dxa"/>
              <w:left w:w="50" w:type="dxa"/>
              <w:bottom w:w="20" w:type="dxa"/>
              <w:right w:w="50" w:type="dxa"/>
            </w:tcMar>
          </w:tcPr>
          <w:p w14:paraId="7B59B4B6" w14:textId="77777777" w:rsidR="00292F36" w:rsidRDefault="00000000">
            <w:r>
              <w:rPr>
                <w:sz w:val="12"/>
              </w:rPr>
              <w:t>0</w:t>
            </w:r>
          </w:p>
        </w:tc>
        <w:tc>
          <w:tcPr>
            <w:tcW w:w="564" w:type="dxa"/>
            <w:tcMar>
              <w:top w:w="20" w:type="dxa"/>
              <w:left w:w="50" w:type="dxa"/>
              <w:bottom w:w="20" w:type="dxa"/>
              <w:right w:w="50" w:type="dxa"/>
            </w:tcMar>
          </w:tcPr>
          <w:p w14:paraId="3B76B2DD" w14:textId="77777777" w:rsidR="00292F36" w:rsidRDefault="00000000">
            <w:r>
              <w:rPr>
                <w:sz w:val="12"/>
              </w:rPr>
              <w:t>0</w:t>
            </w:r>
          </w:p>
        </w:tc>
        <w:tc>
          <w:tcPr>
            <w:tcW w:w="564" w:type="dxa"/>
            <w:tcMar>
              <w:top w:w="20" w:type="dxa"/>
              <w:left w:w="50" w:type="dxa"/>
              <w:bottom w:w="20" w:type="dxa"/>
              <w:right w:w="50" w:type="dxa"/>
            </w:tcMar>
          </w:tcPr>
          <w:p w14:paraId="53B88ECB" w14:textId="77777777" w:rsidR="00292F36" w:rsidRDefault="00000000">
            <w:r>
              <w:rPr>
                <w:sz w:val="12"/>
              </w:rPr>
              <w:t>0</w:t>
            </w:r>
          </w:p>
        </w:tc>
        <w:tc>
          <w:tcPr>
            <w:tcW w:w="564" w:type="dxa"/>
            <w:tcMar>
              <w:top w:w="20" w:type="dxa"/>
              <w:left w:w="50" w:type="dxa"/>
              <w:bottom w:w="20" w:type="dxa"/>
              <w:right w:w="50" w:type="dxa"/>
            </w:tcMar>
          </w:tcPr>
          <w:p w14:paraId="6A4AD8A9" w14:textId="77777777" w:rsidR="00292F36" w:rsidRDefault="00000000">
            <w:r>
              <w:rPr>
                <w:sz w:val="12"/>
              </w:rPr>
              <w:t>1</w:t>
            </w:r>
          </w:p>
        </w:tc>
        <w:tc>
          <w:tcPr>
            <w:tcW w:w="564" w:type="dxa"/>
            <w:tcMar>
              <w:top w:w="20" w:type="dxa"/>
              <w:left w:w="50" w:type="dxa"/>
              <w:bottom w:w="20" w:type="dxa"/>
              <w:right w:w="50" w:type="dxa"/>
            </w:tcMar>
          </w:tcPr>
          <w:p w14:paraId="5466C035" w14:textId="77777777" w:rsidR="00292F36" w:rsidRDefault="00000000">
            <w:r>
              <w:rPr>
                <w:sz w:val="12"/>
              </w:rPr>
              <w:t>0</w:t>
            </w:r>
          </w:p>
        </w:tc>
        <w:tc>
          <w:tcPr>
            <w:tcW w:w="564" w:type="dxa"/>
            <w:tcMar>
              <w:top w:w="20" w:type="dxa"/>
              <w:left w:w="50" w:type="dxa"/>
              <w:bottom w:w="20" w:type="dxa"/>
              <w:right w:w="50" w:type="dxa"/>
            </w:tcMar>
          </w:tcPr>
          <w:p w14:paraId="04E891EA" w14:textId="77777777" w:rsidR="00292F36" w:rsidRDefault="00000000">
            <w:r>
              <w:rPr>
                <w:sz w:val="12"/>
              </w:rPr>
              <w:t>0</w:t>
            </w:r>
          </w:p>
        </w:tc>
        <w:tc>
          <w:tcPr>
            <w:tcW w:w="564" w:type="dxa"/>
            <w:tcMar>
              <w:top w:w="20" w:type="dxa"/>
              <w:left w:w="50" w:type="dxa"/>
              <w:bottom w:w="20" w:type="dxa"/>
              <w:right w:w="50" w:type="dxa"/>
            </w:tcMar>
          </w:tcPr>
          <w:p w14:paraId="69327D9F" w14:textId="77777777" w:rsidR="00292F36" w:rsidRDefault="00000000">
            <w:r>
              <w:rPr>
                <w:sz w:val="12"/>
              </w:rPr>
              <w:t>0</w:t>
            </w:r>
          </w:p>
        </w:tc>
        <w:tc>
          <w:tcPr>
            <w:tcW w:w="564" w:type="dxa"/>
            <w:tcMar>
              <w:top w:w="20" w:type="dxa"/>
              <w:left w:w="50" w:type="dxa"/>
              <w:bottom w:w="20" w:type="dxa"/>
              <w:right w:w="50" w:type="dxa"/>
            </w:tcMar>
          </w:tcPr>
          <w:p w14:paraId="510A1EC4" w14:textId="77777777" w:rsidR="00292F36" w:rsidRDefault="00000000">
            <w:r>
              <w:rPr>
                <w:sz w:val="12"/>
              </w:rPr>
              <w:t>0</w:t>
            </w:r>
          </w:p>
        </w:tc>
        <w:tc>
          <w:tcPr>
            <w:tcW w:w="564" w:type="dxa"/>
            <w:tcMar>
              <w:top w:w="20" w:type="dxa"/>
              <w:left w:w="50" w:type="dxa"/>
              <w:bottom w:w="20" w:type="dxa"/>
              <w:right w:w="50" w:type="dxa"/>
            </w:tcMar>
          </w:tcPr>
          <w:p w14:paraId="0C4B3586" w14:textId="77777777" w:rsidR="00292F36" w:rsidRDefault="00000000">
            <w:r>
              <w:rPr>
                <w:sz w:val="12"/>
              </w:rPr>
              <w:t>0</w:t>
            </w:r>
          </w:p>
        </w:tc>
        <w:tc>
          <w:tcPr>
            <w:tcW w:w="564" w:type="dxa"/>
            <w:tcMar>
              <w:top w:w="20" w:type="dxa"/>
              <w:left w:w="50" w:type="dxa"/>
              <w:bottom w:w="20" w:type="dxa"/>
              <w:right w:w="50" w:type="dxa"/>
            </w:tcMar>
          </w:tcPr>
          <w:p w14:paraId="3C5113DF" w14:textId="77777777" w:rsidR="00292F36" w:rsidRDefault="00000000">
            <w:r>
              <w:rPr>
                <w:sz w:val="12"/>
              </w:rPr>
              <w:t>0.51940299</w:t>
            </w:r>
          </w:p>
        </w:tc>
        <w:tc>
          <w:tcPr>
            <w:tcW w:w="564" w:type="dxa"/>
            <w:tcMar>
              <w:top w:w="20" w:type="dxa"/>
              <w:left w:w="50" w:type="dxa"/>
              <w:bottom w:w="20" w:type="dxa"/>
              <w:right w:w="50" w:type="dxa"/>
            </w:tcMar>
          </w:tcPr>
          <w:p w14:paraId="0D7422B7" w14:textId="77777777" w:rsidR="00292F36" w:rsidRDefault="00000000">
            <w:r>
              <w:rPr>
                <w:sz w:val="12"/>
              </w:rPr>
              <w:t>0.05373134</w:t>
            </w:r>
          </w:p>
        </w:tc>
        <w:tc>
          <w:tcPr>
            <w:tcW w:w="564" w:type="dxa"/>
            <w:tcMar>
              <w:top w:w="20" w:type="dxa"/>
              <w:left w:w="50" w:type="dxa"/>
              <w:bottom w:w="20" w:type="dxa"/>
              <w:right w:w="50" w:type="dxa"/>
            </w:tcMar>
          </w:tcPr>
          <w:p w14:paraId="3B646BA5" w14:textId="77777777" w:rsidR="00292F36" w:rsidRDefault="00000000">
            <w:r>
              <w:rPr>
                <w:sz w:val="12"/>
              </w:rPr>
              <w:t>0</w:t>
            </w:r>
          </w:p>
        </w:tc>
        <w:tc>
          <w:tcPr>
            <w:tcW w:w="564" w:type="dxa"/>
            <w:tcMar>
              <w:top w:w="20" w:type="dxa"/>
              <w:left w:w="50" w:type="dxa"/>
              <w:bottom w:w="20" w:type="dxa"/>
              <w:right w:w="50" w:type="dxa"/>
            </w:tcMar>
          </w:tcPr>
          <w:p w14:paraId="16827661" w14:textId="77777777" w:rsidR="00292F36" w:rsidRDefault="00000000">
            <w:r>
              <w:rPr>
                <w:sz w:val="12"/>
              </w:rPr>
              <w:t>0.00895522</w:t>
            </w:r>
          </w:p>
        </w:tc>
        <w:tc>
          <w:tcPr>
            <w:tcW w:w="564" w:type="dxa"/>
            <w:tcMar>
              <w:top w:w="20" w:type="dxa"/>
              <w:left w:w="50" w:type="dxa"/>
              <w:bottom w:w="20" w:type="dxa"/>
              <w:right w:w="50" w:type="dxa"/>
            </w:tcMar>
          </w:tcPr>
          <w:p w14:paraId="26042E1F" w14:textId="77777777" w:rsidR="00292F36" w:rsidRDefault="00000000">
            <w:r>
              <w:rPr>
                <w:sz w:val="12"/>
              </w:rPr>
              <w:t>0.41791045</w:t>
            </w:r>
          </w:p>
        </w:tc>
      </w:tr>
      <w:tr w:rsidR="00292F36" w14:paraId="685371D9" w14:textId="77777777">
        <w:tc>
          <w:tcPr>
            <w:tcW w:w="564" w:type="dxa"/>
            <w:tcMar>
              <w:top w:w="20" w:type="dxa"/>
              <w:left w:w="50" w:type="dxa"/>
              <w:bottom w:w="20" w:type="dxa"/>
              <w:right w:w="50" w:type="dxa"/>
            </w:tcMar>
          </w:tcPr>
          <w:p w14:paraId="498CC33D" w14:textId="77777777" w:rsidR="00292F36" w:rsidRDefault="00000000">
            <w:r>
              <w:rPr>
                <w:sz w:val="12"/>
              </w:rPr>
              <w:t>2023_piedra_blanca_piedra_blanca_deep_1</w:t>
            </w:r>
          </w:p>
        </w:tc>
        <w:tc>
          <w:tcPr>
            <w:tcW w:w="564" w:type="dxa"/>
            <w:tcMar>
              <w:top w:w="20" w:type="dxa"/>
              <w:left w:w="50" w:type="dxa"/>
              <w:bottom w:w="20" w:type="dxa"/>
              <w:right w:w="50" w:type="dxa"/>
            </w:tcMar>
          </w:tcPr>
          <w:p w14:paraId="382ADDB1" w14:textId="77777777" w:rsidR="00292F36" w:rsidRDefault="00000000">
            <w:r>
              <w:rPr>
                <w:sz w:val="12"/>
              </w:rPr>
              <w:t>-0.5274528</w:t>
            </w:r>
          </w:p>
        </w:tc>
        <w:tc>
          <w:tcPr>
            <w:tcW w:w="564" w:type="dxa"/>
            <w:tcMar>
              <w:top w:w="20" w:type="dxa"/>
              <w:left w:w="50" w:type="dxa"/>
              <w:bottom w:w="20" w:type="dxa"/>
              <w:right w:w="50" w:type="dxa"/>
            </w:tcMar>
          </w:tcPr>
          <w:p w14:paraId="5F87A3AB" w14:textId="77777777" w:rsidR="00292F36" w:rsidRDefault="00000000">
            <w:r>
              <w:rPr>
                <w:sz w:val="12"/>
              </w:rPr>
              <w:t>-0.3527837</w:t>
            </w:r>
          </w:p>
        </w:tc>
        <w:tc>
          <w:tcPr>
            <w:tcW w:w="564" w:type="dxa"/>
            <w:tcMar>
              <w:top w:w="20" w:type="dxa"/>
              <w:left w:w="50" w:type="dxa"/>
              <w:bottom w:w="20" w:type="dxa"/>
              <w:right w:w="50" w:type="dxa"/>
            </w:tcMar>
          </w:tcPr>
          <w:p w14:paraId="719EC530" w14:textId="77777777" w:rsidR="00292F36" w:rsidRDefault="00000000">
            <w:r>
              <w:rPr>
                <w:sz w:val="12"/>
              </w:rPr>
              <w:t>2023</w:t>
            </w:r>
          </w:p>
        </w:tc>
        <w:tc>
          <w:tcPr>
            <w:tcW w:w="564" w:type="dxa"/>
            <w:tcMar>
              <w:top w:w="20" w:type="dxa"/>
              <w:left w:w="50" w:type="dxa"/>
              <w:bottom w:w="20" w:type="dxa"/>
              <w:right w:w="50" w:type="dxa"/>
            </w:tcMar>
          </w:tcPr>
          <w:p w14:paraId="72FFBC1E" w14:textId="77777777" w:rsidR="00292F36" w:rsidRDefault="00000000">
            <w:r>
              <w:rPr>
                <w:sz w:val="12"/>
              </w:rPr>
              <w:t>punta_eugenia</w:t>
            </w:r>
          </w:p>
        </w:tc>
        <w:tc>
          <w:tcPr>
            <w:tcW w:w="564" w:type="dxa"/>
            <w:tcMar>
              <w:top w:w="20" w:type="dxa"/>
              <w:left w:w="50" w:type="dxa"/>
              <w:bottom w:w="20" w:type="dxa"/>
              <w:right w:w="50" w:type="dxa"/>
            </w:tcMar>
          </w:tcPr>
          <w:p w14:paraId="57E0CA80" w14:textId="77777777" w:rsidR="00292F36" w:rsidRDefault="00000000">
            <w:r>
              <w:rPr>
                <w:sz w:val="12"/>
              </w:rPr>
              <w:t>South</w:t>
            </w:r>
          </w:p>
        </w:tc>
        <w:tc>
          <w:tcPr>
            <w:tcW w:w="564" w:type="dxa"/>
            <w:tcMar>
              <w:top w:w="20" w:type="dxa"/>
              <w:left w:w="50" w:type="dxa"/>
              <w:bottom w:w="20" w:type="dxa"/>
              <w:right w:w="50" w:type="dxa"/>
            </w:tcMar>
          </w:tcPr>
          <w:p w14:paraId="65C5773A" w14:textId="77777777" w:rsidR="00292F36" w:rsidRDefault="00000000">
            <w:r>
              <w:rPr>
                <w:sz w:val="12"/>
              </w:rPr>
              <w:t>piedra_blanca</w:t>
            </w:r>
          </w:p>
        </w:tc>
        <w:tc>
          <w:tcPr>
            <w:tcW w:w="564" w:type="dxa"/>
            <w:tcMar>
              <w:top w:w="20" w:type="dxa"/>
              <w:left w:w="50" w:type="dxa"/>
              <w:bottom w:w="20" w:type="dxa"/>
              <w:right w:w="50" w:type="dxa"/>
            </w:tcMar>
          </w:tcPr>
          <w:p w14:paraId="637BC708" w14:textId="77777777" w:rsidR="00292F36" w:rsidRDefault="00000000">
            <w:r>
              <w:rPr>
                <w:sz w:val="12"/>
              </w:rPr>
              <w:t>piedra_blanca_deep</w:t>
            </w:r>
          </w:p>
        </w:tc>
        <w:tc>
          <w:tcPr>
            <w:tcW w:w="564" w:type="dxa"/>
            <w:tcMar>
              <w:top w:w="20" w:type="dxa"/>
              <w:left w:w="50" w:type="dxa"/>
              <w:bottom w:w="20" w:type="dxa"/>
              <w:right w:w="50" w:type="dxa"/>
            </w:tcMar>
          </w:tcPr>
          <w:p w14:paraId="1E8F6B61" w14:textId="77777777" w:rsidR="00292F36" w:rsidRDefault="00000000">
            <w:r>
              <w:rPr>
                <w:sz w:val="12"/>
              </w:rPr>
              <w:t>16</w:t>
            </w:r>
          </w:p>
        </w:tc>
        <w:tc>
          <w:tcPr>
            <w:tcW w:w="564" w:type="dxa"/>
            <w:tcMar>
              <w:top w:w="20" w:type="dxa"/>
              <w:left w:w="50" w:type="dxa"/>
              <w:bottom w:w="20" w:type="dxa"/>
              <w:right w:w="50" w:type="dxa"/>
            </w:tcMar>
          </w:tcPr>
          <w:p w14:paraId="7F172A2C" w14:textId="77777777" w:rsidR="00292F36" w:rsidRDefault="00000000">
            <w:r>
              <w:rPr>
                <w:sz w:val="12"/>
              </w:rPr>
              <w:t>22.9699993</w:t>
            </w:r>
          </w:p>
        </w:tc>
        <w:tc>
          <w:tcPr>
            <w:tcW w:w="564" w:type="dxa"/>
            <w:tcMar>
              <w:top w:w="20" w:type="dxa"/>
              <w:left w:w="50" w:type="dxa"/>
              <w:bottom w:w="20" w:type="dxa"/>
              <w:right w:w="50" w:type="dxa"/>
            </w:tcMar>
          </w:tcPr>
          <w:p w14:paraId="36B9D431" w14:textId="77777777" w:rsidR="00292F36" w:rsidRDefault="00000000">
            <w:r>
              <w:rPr>
                <w:sz w:val="12"/>
              </w:rPr>
              <w:t>9.278677</w:t>
            </w:r>
          </w:p>
        </w:tc>
        <w:tc>
          <w:tcPr>
            <w:tcW w:w="564" w:type="dxa"/>
            <w:tcMar>
              <w:top w:w="20" w:type="dxa"/>
              <w:left w:w="50" w:type="dxa"/>
              <w:bottom w:w="20" w:type="dxa"/>
              <w:right w:w="50" w:type="dxa"/>
            </w:tcMar>
          </w:tcPr>
          <w:p w14:paraId="120E3F89" w14:textId="77777777" w:rsidR="00292F36" w:rsidRDefault="00000000">
            <w:r>
              <w:rPr>
                <w:sz w:val="12"/>
              </w:rPr>
              <w:t>0.98545455</w:t>
            </w:r>
          </w:p>
        </w:tc>
        <w:tc>
          <w:tcPr>
            <w:tcW w:w="564" w:type="dxa"/>
            <w:tcMar>
              <w:top w:w="20" w:type="dxa"/>
              <w:left w:w="50" w:type="dxa"/>
              <w:bottom w:w="20" w:type="dxa"/>
              <w:right w:w="50" w:type="dxa"/>
            </w:tcMar>
          </w:tcPr>
          <w:p w14:paraId="47A8152E" w14:textId="77777777" w:rsidR="00292F36" w:rsidRDefault="00000000">
            <w:r>
              <w:rPr>
                <w:sz w:val="12"/>
              </w:rPr>
              <w:t>0.01090909</w:t>
            </w:r>
          </w:p>
        </w:tc>
        <w:tc>
          <w:tcPr>
            <w:tcW w:w="564" w:type="dxa"/>
            <w:tcMar>
              <w:top w:w="20" w:type="dxa"/>
              <w:left w:w="50" w:type="dxa"/>
              <w:bottom w:w="20" w:type="dxa"/>
              <w:right w:w="50" w:type="dxa"/>
            </w:tcMar>
          </w:tcPr>
          <w:p w14:paraId="16415836" w14:textId="77777777" w:rsidR="00292F36" w:rsidRDefault="00000000">
            <w:r>
              <w:rPr>
                <w:sz w:val="12"/>
              </w:rPr>
              <w:t>0.00363636</w:t>
            </w:r>
          </w:p>
        </w:tc>
        <w:tc>
          <w:tcPr>
            <w:tcW w:w="564" w:type="dxa"/>
            <w:tcMar>
              <w:top w:w="20" w:type="dxa"/>
              <w:left w:w="50" w:type="dxa"/>
              <w:bottom w:w="20" w:type="dxa"/>
              <w:right w:w="50" w:type="dxa"/>
            </w:tcMar>
          </w:tcPr>
          <w:p w14:paraId="63E1C291" w14:textId="77777777" w:rsidR="00292F36" w:rsidRDefault="00000000">
            <w:r>
              <w:rPr>
                <w:sz w:val="12"/>
              </w:rPr>
              <w:t>0</w:t>
            </w:r>
          </w:p>
        </w:tc>
        <w:tc>
          <w:tcPr>
            <w:tcW w:w="564" w:type="dxa"/>
            <w:tcMar>
              <w:top w:w="20" w:type="dxa"/>
              <w:left w:w="50" w:type="dxa"/>
              <w:bottom w:w="20" w:type="dxa"/>
              <w:right w:w="50" w:type="dxa"/>
            </w:tcMar>
          </w:tcPr>
          <w:p w14:paraId="66F2224B" w14:textId="77777777" w:rsidR="00292F36" w:rsidRDefault="00000000">
            <w:r>
              <w:rPr>
                <w:sz w:val="12"/>
              </w:rPr>
              <w:t>0</w:t>
            </w:r>
          </w:p>
        </w:tc>
        <w:tc>
          <w:tcPr>
            <w:tcW w:w="564" w:type="dxa"/>
            <w:tcMar>
              <w:top w:w="20" w:type="dxa"/>
              <w:left w:w="50" w:type="dxa"/>
              <w:bottom w:w="20" w:type="dxa"/>
              <w:right w:w="50" w:type="dxa"/>
            </w:tcMar>
          </w:tcPr>
          <w:p w14:paraId="721A8D7B" w14:textId="77777777" w:rsidR="00292F36" w:rsidRDefault="00000000">
            <w:r>
              <w:rPr>
                <w:sz w:val="12"/>
              </w:rPr>
              <w:t>0</w:t>
            </w:r>
          </w:p>
        </w:tc>
        <w:tc>
          <w:tcPr>
            <w:tcW w:w="564" w:type="dxa"/>
            <w:tcMar>
              <w:top w:w="20" w:type="dxa"/>
              <w:left w:w="50" w:type="dxa"/>
              <w:bottom w:w="20" w:type="dxa"/>
              <w:right w:w="50" w:type="dxa"/>
            </w:tcMar>
          </w:tcPr>
          <w:p w14:paraId="7FB299A5" w14:textId="77777777" w:rsidR="00292F36" w:rsidRDefault="00000000">
            <w:r>
              <w:rPr>
                <w:sz w:val="12"/>
              </w:rPr>
              <w:t>0</w:t>
            </w:r>
          </w:p>
        </w:tc>
        <w:tc>
          <w:tcPr>
            <w:tcW w:w="564" w:type="dxa"/>
            <w:tcMar>
              <w:top w:w="20" w:type="dxa"/>
              <w:left w:w="50" w:type="dxa"/>
              <w:bottom w:w="20" w:type="dxa"/>
              <w:right w:w="50" w:type="dxa"/>
            </w:tcMar>
          </w:tcPr>
          <w:p w14:paraId="01BD59CA" w14:textId="77777777" w:rsidR="00292F36" w:rsidRDefault="00000000">
            <w:r>
              <w:rPr>
                <w:sz w:val="12"/>
              </w:rPr>
              <w:t>0</w:t>
            </w:r>
          </w:p>
        </w:tc>
        <w:tc>
          <w:tcPr>
            <w:tcW w:w="564" w:type="dxa"/>
            <w:tcMar>
              <w:top w:w="20" w:type="dxa"/>
              <w:left w:w="50" w:type="dxa"/>
              <w:bottom w:w="20" w:type="dxa"/>
              <w:right w:w="50" w:type="dxa"/>
            </w:tcMar>
          </w:tcPr>
          <w:p w14:paraId="582A3DD3" w14:textId="77777777" w:rsidR="00292F36" w:rsidRDefault="00000000">
            <w:r>
              <w:rPr>
                <w:sz w:val="12"/>
              </w:rPr>
              <w:t>0</w:t>
            </w:r>
          </w:p>
        </w:tc>
        <w:tc>
          <w:tcPr>
            <w:tcW w:w="564" w:type="dxa"/>
            <w:tcMar>
              <w:top w:w="20" w:type="dxa"/>
              <w:left w:w="50" w:type="dxa"/>
              <w:bottom w:w="20" w:type="dxa"/>
              <w:right w:w="50" w:type="dxa"/>
            </w:tcMar>
          </w:tcPr>
          <w:p w14:paraId="67929E45" w14:textId="77777777" w:rsidR="00292F36" w:rsidRDefault="00000000">
            <w:r>
              <w:rPr>
                <w:sz w:val="12"/>
              </w:rPr>
              <w:t>0.56363636</w:t>
            </w:r>
          </w:p>
        </w:tc>
        <w:tc>
          <w:tcPr>
            <w:tcW w:w="564" w:type="dxa"/>
            <w:tcMar>
              <w:top w:w="20" w:type="dxa"/>
              <w:left w:w="50" w:type="dxa"/>
              <w:bottom w:w="20" w:type="dxa"/>
              <w:right w:w="50" w:type="dxa"/>
            </w:tcMar>
          </w:tcPr>
          <w:p w14:paraId="7ECEAD01" w14:textId="77777777" w:rsidR="00292F36" w:rsidRDefault="00000000">
            <w:r>
              <w:rPr>
                <w:sz w:val="12"/>
              </w:rPr>
              <w:t>0</w:t>
            </w:r>
          </w:p>
        </w:tc>
        <w:tc>
          <w:tcPr>
            <w:tcW w:w="564" w:type="dxa"/>
            <w:tcMar>
              <w:top w:w="20" w:type="dxa"/>
              <w:left w:w="50" w:type="dxa"/>
              <w:bottom w:w="20" w:type="dxa"/>
              <w:right w:w="50" w:type="dxa"/>
            </w:tcMar>
          </w:tcPr>
          <w:p w14:paraId="59D00DCD" w14:textId="77777777" w:rsidR="00292F36" w:rsidRDefault="00000000">
            <w:r>
              <w:rPr>
                <w:sz w:val="12"/>
              </w:rPr>
              <w:t>0.00909091</w:t>
            </w:r>
          </w:p>
        </w:tc>
        <w:tc>
          <w:tcPr>
            <w:tcW w:w="564" w:type="dxa"/>
            <w:tcMar>
              <w:top w:w="20" w:type="dxa"/>
              <w:left w:w="50" w:type="dxa"/>
              <w:bottom w:w="20" w:type="dxa"/>
              <w:right w:w="50" w:type="dxa"/>
            </w:tcMar>
          </w:tcPr>
          <w:p w14:paraId="1DAE56DA" w14:textId="77777777" w:rsidR="00292F36" w:rsidRDefault="00000000">
            <w:r>
              <w:rPr>
                <w:sz w:val="12"/>
              </w:rPr>
              <w:t>0.42727273</w:t>
            </w:r>
          </w:p>
        </w:tc>
        <w:tc>
          <w:tcPr>
            <w:tcW w:w="564" w:type="dxa"/>
            <w:tcMar>
              <w:top w:w="20" w:type="dxa"/>
              <w:left w:w="50" w:type="dxa"/>
              <w:bottom w:w="20" w:type="dxa"/>
              <w:right w:w="50" w:type="dxa"/>
            </w:tcMar>
          </w:tcPr>
          <w:p w14:paraId="4446B9D1" w14:textId="77777777" w:rsidR="00292F36" w:rsidRDefault="00000000">
            <w:r>
              <w:rPr>
                <w:sz w:val="12"/>
              </w:rPr>
              <w:t>0</w:t>
            </w:r>
          </w:p>
        </w:tc>
      </w:tr>
      <w:tr w:rsidR="00292F36" w14:paraId="6B33C568" w14:textId="77777777">
        <w:tc>
          <w:tcPr>
            <w:tcW w:w="564" w:type="dxa"/>
            <w:tcMar>
              <w:top w:w="20" w:type="dxa"/>
              <w:left w:w="50" w:type="dxa"/>
              <w:bottom w:w="20" w:type="dxa"/>
              <w:right w:w="50" w:type="dxa"/>
            </w:tcMar>
          </w:tcPr>
          <w:p w14:paraId="64437363" w14:textId="77777777" w:rsidR="00292F36" w:rsidRDefault="00000000">
            <w:r>
              <w:rPr>
                <w:sz w:val="12"/>
              </w:rPr>
              <w:t>2023_piedra_blanca_piedra_blanca_deep_2</w:t>
            </w:r>
          </w:p>
        </w:tc>
        <w:tc>
          <w:tcPr>
            <w:tcW w:w="564" w:type="dxa"/>
            <w:tcMar>
              <w:top w:w="20" w:type="dxa"/>
              <w:left w:w="50" w:type="dxa"/>
              <w:bottom w:w="20" w:type="dxa"/>
              <w:right w:w="50" w:type="dxa"/>
            </w:tcMar>
          </w:tcPr>
          <w:p w14:paraId="0AAE89D7" w14:textId="77777777" w:rsidR="00292F36" w:rsidRDefault="00000000">
            <w:r>
              <w:rPr>
                <w:sz w:val="12"/>
              </w:rPr>
              <w:t>-0.5022056</w:t>
            </w:r>
          </w:p>
        </w:tc>
        <w:tc>
          <w:tcPr>
            <w:tcW w:w="564" w:type="dxa"/>
            <w:tcMar>
              <w:top w:w="20" w:type="dxa"/>
              <w:left w:w="50" w:type="dxa"/>
              <w:bottom w:w="20" w:type="dxa"/>
              <w:right w:w="50" w:type="dxa"/>
            </w:tcMar>
          </w:tcPr>
          <w:p w14:paraId="64EAADA8" w14:textId="77777777" w:rsidR="00292F36" w:rsidRDefault="00000000">
            <w:r>
              <w:rPr>
                <w:sz w:val="12"/>
              </w:rPr>
              <w:t>-0.3219613</w:t>
            </w:r>
          </w:p>
        </w:tc>
        <w:tc>
          <w:tcPr>
            <w:tcW w:w="564" w:type="dxa"/>
            <w:tcMar>
              <w:top w:w="20" w:type="dxa"/>
              <w:left w:w="50" w:type="dxa"/>
              <w:bottom w:w="20" w:type="dxa"/>
              <w:right w:w="50" w:type="dxa"/>
            </w:tcMar>
          </w:tcPr>
          <w:p w14:paraId="1A14FAD9" w14:textId="77777777" w:rsidR="00292F36" w:rsidRDefault="00000000">
            <w:r>
              <w:rPr>
                <w:sz w:val="12"/>
              </w:rPr>
              <w:t>2023</w:t>
            </w:r>
          </w:p>
        </w:tc>
        <w:tc>
          <w:tcPr>
            <w:tcW w:w="564" w:type="dxa"/>
            <w:tcMar>
              <w:top w:w="20" w:type="dxa"/>
              <w:left w:w="50" w:type="dxa"/>
              <w:bottom w:w="20" w:type="dxa"/>
              <w:right w:w="50" w:type="dxa"/>
            </w:tcMar>
          </w:tcPr>
          <w:p w14:paraId="31E81121" w14:textId="77777777" w:rsidR="00292F36" w:rsidRDefault="00000000">
            <w:r>
              <w:rPr>
                <w:sz w:val="12"/>
              </w:rPr>
              <w:t>punta_eugenia</w:t>
            </w:r>
          </w:p>
        </w:tc>
        <w:tc>
          <w:tcPr>
            <w:tcW w:w="564" w:type="dxa"/>
            <w:tcMar>
              <w:top w:w="20" w:type="dxa"/>
              <w:left w:w="50" w:type="dxa"/>
              <w:bottom w:w="20" w:type="dxa"/>
              <w:right w:w="50" w:type="dxa"/>
            </w:tcMar>
          </w:tcPr>
          <w:p w14:paraId="2EE5DE9B" w14:textId="77777777" w:rsidR="00292F36" w:rsidRDefault="00000000">
            <w:r>
              <w:rPr>
                <w:sz w:val="12"/>
              </w:rPr>
              <w:t>South</w:t>
            </w:r>
          </w:p>
        </w:tc>
        <w:tc>
          <w:tcPr>
            <w:tcW w:w="564" w:type="dxa"/>
            <w:tcMar>
              <w:top w:w="20" w:type="dxa"/>
              <w:left w:w="50" w:type="dxa"/>
              <w:bottom w:w="20" w:type="dxa"/>
              <w:right w:w="50" w:type="dxa"/>
            </w:tcMar>
          </w:tcPr>
          <w:p w14:paraId="43999BF4" w14:textId="77777777" w:rsidR="00292F36" w:rsidRDefault="00000000">
            <w:r>
              <w:rPr>
                <w:sz w:val="12"/>
              </w:rPr>
              <w:t>piedra_blanca</w:t>
            </w:r>
          </w:p>
        </w:tc>
        <w:tc>
          <w:tcPr>
            <w:tcW w:w="564" w:type="dxa"/>
            <w:tcMar>
              <w:top w:w="20" w:type="dxa"/>
              <w:left w:w="50" w:type="dxa"/>
              <w:bottom w:w="20" w:type="dxa"/>
              <w:right w:w="50" w:type="dxa"/>
            </w:tcMar>
          </w:tcPr>
          <w:p w14:paraId="7700A998" w14:textId="77777777" w:rsidR="00292F36" w:rsidRDefault="00000000">
            <w:r>
              <w:rPr>
                <w:sz w:val="12"/>
              </w:rPr>
              <w:t>piedra_blanca_deep</w:t>
            </w:r>
          </w:p>
        </w:tc>
        <w:tc>
          <w:tcPr>
            <w:tcW w:w="564" w:type="dxa"/>
            <w:tcMar>
              <w:top w:w="20" w:type="dxa"/>
              <w:left w:w="50" w:type="dxa"/>
              <w:bottom w:w="20" w:type="dxa"/>
              <w:right w:w="50" w:type="dxa"/>
            </w:tcMar>
          </w:tcPr>
          <w:p w14:paraId="6F7710C5" w14:textId="77777777" w:rsidR="00292F36" w:rsidRDefault="00000000">
            <w:r>
              <w:rPr>
                <w:sz w:val="12"/>
              </w:rPr>
              <w:t>16</w:t>
            </w:r>
          </w:p>
        </w:tc>
        <w:tc>
          <w:tcPr>
            <w:tcW w:w="564" w:type="dxa"/>
            <w:tcMar>
              <w:top w:w="20" w:type="dxa"/>
              <w:left w:w="50" w:type="dxa"/>
              <w:bottom w:w="20" w:type="dxa"/>
              <w:right w:w="50" w:type="dxa"/>
            </w:tcMar>
          </w:tcPr>
          <w:p w14:paraId="45CB4CA1" w14:textId="77777777" w:rsidR="00292F36" w:rsidRDefault="00000000">
            <w:r>
              <w:rPr>
                <w:sz w:val="12"/>
              </w:rPr>
              <w:t>22.9699993</w:t>
            </w:r>
          </w:p>
        </w:tc>
        <w:tc>
          <w:tcPr>
            <w:tcW w:w="564" w:type="dxa"/>
            <w:tcMar>
              <w:top w:w="20" w:type="dxa"/>
              <w:left w:w="50" w:type="dxa"/>
              <w:bottom w:w="20" w:type="dxa"/>
              <w:right w:w="50" w:type="dxa"/>
            </w:tcMar>
          </w:tcPr>
          <w:p w14:paraId="23478818" w14:textId="77777777" w:rsidR="00292F36" w:rsidRDefault="00000000">
            <w:r>
              <w:rPr>
                <w:sz w:val="12"/>
              </w:rPr>
              <w:t>9.278677</w:t>
            </w:r>
          </w:p>
        </w:tc>
        <w:tc>
          <w:tcPr>
            <w:tcW w:w="564" w:type="dxa"/>
            <w:tcMar>
              <w:top w:w="20" w:type="dxa"/>
              <w:left w:w="50" w:type="dxa"/>
              <w:bottom w:w="20" w:type="dxa"/>
              <w:right w:w="50" w:type="dxa"/>
            </w:tcMar>
          </w:tcPr>
          <w:p w14:paraId="0A3CBEC3" w14:textId="77777777" w:rsidR="00292F36" w:rsidRDefault="00000000">
            <w:r>
              <w:rPr>
                <w:sz w:val="12"/>
              </w:rPr>
              <w:t>0.99632353</w:t>
            </w:r>
          </w:p>
        </w:tc>
        <w:tc>
          <w:tcPr>
            <w:tcW w:w="564" w:type="dxa"/>
            <w:tcMar>
              <w:top w:w="20" w:type="dxa"/>
              <w:left w:w="50" w:type="dxa"/>
              <w:bottom w:w="20" w:type="dxa"/>
              <w:right w:w="50" w:type="dxa"/>
            </w:tcMar>
          </w:tcPr>
          <w:p w14:paraId="576F019A" w14:textId="77777777" w:rsidR="00292F36" w:rsidRDefault="00000000">
            <w:r>
              <w:rPr>
                <w:sz w:val="12"/>
              </w:rPr>
              <w:t>0</w:t>
            </w:r>
          </w:p>
        </w:tc>
        <w:tc>
          <w:tcPr>
            <w:tcW w:w="564" w:type="dxa"/>
            <w:tcMar>
              <w:top w:w="20" w:type="dxa"/>
              <w:left w:w="50" w:type="dxa"/>
              <w:bottom w:w="20" w:type="dxa"/>
              <w:right w:w="50" w:type="dxa"/>
            </w:tcMar>
          </w:tcPr>
          <w:p w14:paraId="589D44B7" w14:textId="77777777" w:rsidR="00292F36" w:rsidRDefault="00000000">
            <w:r>
              <w:rPr>
                <w:sz w:val="12"/>
              </w:rPr>
              <w:t>0.00367647</w:t>
            </w:r>
          </w:p>
        </w:tc>
        <w:tc>
          <w:tcPr>
            <w:tcW w:w="564" w:type="dxa"/>
            <w:tcMar>
              <w:top w:w="20" w:type="dxa"/>
              <w:left w:w="50" w:type="dxa"/>
              <w:bottom w:w="20" w:type="dxa"/>
              <w:right w:w="50" w:type="dxa"/>
            </w:tcMar>
          </w:tcPr>
          <w:p w14:paraId="2461FD2B" w14:textId="77777777" w:rsidR="00292F36" w:rsidRDefault="00000000">
            <w:r>
              <w:rPr>
                <w:sz w:val="12"/>
              </w:rPr>
              <w:t>0</w:t>
            </w:r>
          </w:p>
        </w:tc>
        <w:tc>
          <w:tcPr>
            <w:tcW w:w="564" w:type="dxa"/>
            <w:tcMar>
              <w:top w:w="20" w:type="dxa"/>
              <w:left w:w="50" w:type="dxa"/>
              <w:bottom w:w="20" w:type="dxa"/>
              <w:right w:w="50" w:type="dxa"/>
            </w:tcMar>
          </w:tcPr>
          <w:p w14:paraId="5E3A288C" w14:textId="77777777" w:rsidR="00292F36" w:rsidRDefault="00000000">
            <w:r>
              <w:rPr>
                <w:sz w:val="12"/>
              </w:rPr>
              <w:t>0</w:t>
            </w:r>
          </w:p>
        </w:tc>
        <w:tc>
          <w:tcPr>
            <w:tcW w:w="564" w:type="dxa"/>
            <w:tcMar>
              <w:top w:w="20" w:type="dxa"/>
              <w:left w:w="50" w:type="dxa"/>
              <w:bottom w:w="20" w:type="dxa"/>
              <w:right w:w="50" w:type="dxa"/>
            </w:tcMar>
          </w:tcPr>
          <w:p w14:paraId="78325919" w14:textId="77777777" w:rsidR="00292F36" w:rsidRDefault="00000000">
            <w:r>
              <w:rPr>
                <w:sz w:val="12"/>
              </w:rPr>
              <w:t>0</w:t>
            </w:r>
          </w:p>
        </w:tc>
        <w:tc>
          <w:tcPr>
            <w:tcW w:w="564" w:type="dxa"/>
            <w:tcMar>
              <w:top w:w="20" w:type="dxa"/>
              <w:left w:w="50" w:type="dxa"/>
              <w:bottom w:w="20" w:type="dxa"/>
              <w:right w:w="50" w:type="dxa"/>
            </w:tcMar>
          </w:tcPr>
          <w:p w14:paraId="3E9116E8" w14:textId="77777777" w:rsidR="00292F36" w:rsidRDefault="00000000">
            <w:r>
              <w:rPr>
                <w:sz w:val="12"/>
              </w:rPr>
              <w:t>0</w:t>
            </w:r>
          </w:p>
        </w:tc>
        <w:tc>
          <w:tcPr>
            <w:tcW w:w="564" w:type="dxa"/>
            <w:tcMar>
              <w:top w:w="20" w:type="dxa"/>
              <w:left w:w="50" w:type="dxa"/>
              <w:bottom w:w="20" w:type="dxa"/>
              <w:right w:w="50" w:type="dxa"/>
            </w:tcMar>
          </w:tcPr>
          <w:p w14:paraId="5F28A1AA" w14:textId="77777777" w:rsidR="00292F36" w:rsidRDefault="00000000">
            <w:r>
              <w:rPr>
                <w:sz w:val="12"/>
              </w:rPr>
              <w:t>0</w:t>
            </w:r>
          </w:p>
        </w:tc>
        <w:tc>
          <w:tcPr>
            <w:tcW w:w="564" w:type="dxa"/>
            <w:tcMar>
              <w:top w:w="20" w:type="dxa"/>
              <w:left w:w="50" w:type="dxa"/>
              <w:bottom w:w="20" w:type="dxa"/>
              <w:right w:w="50" w:type="dxa"/>
            </w:tcMar>
          </w:tcPr>
          <w:p w14:paraId="34CED95D" w14:textId="77777777" w:rsidR="00292F36" w:rsidRDefault="00000000">
            <w:r>
              <w:rPr>
                <w:sz w:val="12"/>
              </w:rPr>
              <w:t>0.02564103</w:t>
            </w:r>
          </w:p>
        </w:tc>
        <w:tc>
          <w:tcPr>
            <w:tcW w:w="564" w:type="dxa"/>
            <w:tcMar>
              <w:top w:w="20" w:type="dxa"/>
              <w:left w:w="50" w:type="dxa"/>
              <w:bottom w:w="20" w:type="dxa"/>
              <w:right w:w="50" w:type="dxa"/>
            </w:tcMar>
          </w:tcPr>
          <w:p w14:paraId="7E75A01F" w14:textId="77777777" w:rsidR="00292F36" w:rsidRDefault="00000000">
            <w:r>
              <w:rPr>
                <w:sz w:val="12"/>
              </w:rPr>
              <w:t>0.65384615</w:t>
            </w:r>
          </w:p>
        </w:tc>
        <w:tc>
          <w:tcPr>
            <w:tcW w:w="564" w:type="dxa"/>
            <w:tcMar>
              <w:top w:w="20" w:type="dxa"/>
              <w:left w:w="50" w:type="dxa"/>
              <w:bottom w:w="20" w:type="dxa"/>
              <w:right w:w="50" w:type="dxa"/>
            </w:tcMar>
          </w:tcPr>
          <w:p w14:paraId="018CAF37" w14:textId="77777777" w:rsidR="00292F36" w:rsidRDefault="00000000">
            <w:r>
              <w:rPr>
                <w:sz w:val="12"/>
              </w:rPr>
              <w:t>0</w:t>
            </w:r>
          </w:p>
        </w:tc>
        <w:tc>
          <w:tcPr>
            <w:tcW w:w="564" w:type="dxa"/>
            <w:tcMar>
              <w:top w:w="20" w:type="dxa"/>
              <w:left w:w="50" w:type="dxa"/>
              <w:bottom w:w="20" w:type="dxa"/>
              <w:right w:w="50" w:type="dxa"/>
            </w:tcMar>
          </w:tcPr>
          <w:p w14:paraId="0D2A7E51" w14:textId="77777777" w:rsidR="00292F36" w:rsidRDefault="00000000">
            <w:r>
              <w:rPr>
                <w:sz w:val="12"/>
              </w:rPr>
              <w:t>0.02564103</w:t>
            </w:r>
          </w:p>
        </w:tc>
        <w:tc>
          <w:tcPr>
            <w:tcW w:w="564" w:type="dxa"/>
            <w:tcMar>
              <w:top w:w="20" w:type="dxa"/>
              <w:left w:w="50" w:type="dxa"/>
              <w:bottom w:w="20" w:type="dxa"/>
              <w:right w:w="50" w:type="dxa"/>
            </w:tcMar>
          </w:tcPr>
          <w:p w14:paraId="323C98C8" w14:textId="77777777" w:rsidR="00292F36" w:rsidRDefault="00000000">
            <w:r>
              <w:rPr>
                <w:sz w:val="12"/>
              </w:rPr>
              <w:t>0.29487179</w:t>
            </w:r>
          </w:p>
        </w:tc>
        <w:tc>
          <w:tcPr>
            <w:tcW w:w="564" w:type="dxa"/>
            <w:tcMar>
              <w:top w:w="20" w:type="dxa"/>
              <w:left w:w="50" w:type="dxa"/>
              <w:bottom w:w="20" w:type="dxa"/>
              <w:right w:w="50" w:type="dxa"/>
            </w:tcMar>
          </w:tcPr>
          <w:p w14:paraId="59BE0E34" w14:textId="77777777" w:rsidR="00292F36" w:rsidRDefault="00000000">
            <w:r>
              <w:rPr>
                <w:sz w:val="12"/>
              </w:rPr>
              <w:t>0</w:t>
            </w:r>
          </w:p>
        </w:tc>
      </w:tr>
      <w:tr w:rsidR="00292F36" w14:paraId="51799DF8" w14:textId="77777777">
        <w:tc>
          <w:tcPr>
            <w:tcW w:w="564" w:type="dxa"/>
            <w:tcMar>
              <w:top w:w="20" w:type="dxa"/>
              <w:left w:w="50" w:type="dxa"/>
              <w:bottom w:w="20" w:type="dxa"/>
              <w:right w:w="50" w:type="dxa"/>
            </w:tcMar>
          </w:tcPr>
          <w:p w14:paraId="3C290737" w14:textId="77777777" w:rsidR="00292F36" w:rsidRDefault="00000000">
            <w:r>
              <w:rPr>
                <w:sz w:val="12"/>
              </w:rPr>
              <w:t>2023_piedra_blanca_piedra_blanca_mid_3</w:t>
            </w:r>
          </w:p>
        </w:tc>
        <w:tc>
          <w:tcPr>
            <w:tcW w:w="564" w:type="dxa"/>
            <w:tcMar>
              <w:top w:w="20" w:type="dxa"/>
              <w:left w:w="50" w:type="dxa"/>
              <w:bottom w:w="20" w:type="dxa"/>
              <w:right w:w="50" w:type="dxa"/>
            </w:tcMar>
          </w:tcPr>
          <w:p w14:paraId="0D069A22" w14:textId="77777777" w:rsidR="00292F36" w:rsidRDefault="00000000">
            <w:r>
              <w:rPr>
                <w:sz w:val="12"/>
              </w:rPr>
              <w:t>-0.4393315</w:t>
            </w:r>
          </w:p>
        </w:tc>
        <w:tc>
          <w:tcPr>
            <w:tcW w:w="564" w:type="dxa"/>
            <w:tcMar>
              <w:top w:w="20" w:type="dxa"/>
              <w:left w:w="50" w:type="dxa"/>
              <w:bottom w:w="20" w:type="dxa"/>
              <w:right w:w="50" w:type="dxa"/>
            </w:tcMar>
          </w:tcPr>
          <w:p w14:paraId="5153B2F6" w14:textId="77777777" w:rsidR="00292F36" w:rsidRDefault="00000000">
            <w:r>
              <w:rPr>
                <w:sz w:val="12"/>
              </w:rPr>
              <w:t>-0.2363377</w:t>
            </w:r>
          </w:p>
        </w:tc>
        <w:tc>
          <w:tcPr>
            <w:tcW w:w="564" w:type="dxa"/>
            <w:tcMar>
              <w:top w:w="20" w:type="dxa"/>
              <w:left w:w="50" w:type="dxa"/>
              <w:bottom w:w="20" w:type="dxa"/>
              <w:right w:w="50" w:type="dxa"/>
            </w:tcMar>
          </w:tcPr>
          <w:p w14:paraId="13057271" w14:textId="77777777" w:rsidR="00292F36" w:rsidRDefault="00000000">
            <w:r>
              <w:rPr>
                <w:sz w:val="12"/>
              </w:rPr>
              <w:t>2023</w:t>
            </w:r>
          </w:p>
        </w:tc>
        <w:tc>
          <w:tcPr>
            <w:tcW w:w="564" w:type="dxa"/>
            <w:tcMar>
              <w:top w:w="20" w:type="dxa"/>
              <w:left w:w="50" w:type="dxa"/>
              <w:bottom w:w="20" w:type="dxa"/>
              <w:right w:w="50" w:type="dxa"/>
            </w:tcMar>
          </w:tcPr>
          <w:p w14:paraId="5304222E" w14:textId="77777777" w:rsidR="00292F36" w:rsidRDefault="00000000">
            <w:r>
              <w:rPr>
                <w:sz w:val="12"/>
              </w:rPr>
              <w:t>punta_eugenia</w:t>
            </w:r>
          </w:p>
        </w:tc>
        <w:tc>
          <w:tcPr>
            <w:tcW w:w="564" w:type="dxa"/>
            <w:tcMar>
              <w:top w:w="20" w:type="dxa"/>
              <w:left w:w="50" w:type="dxa"/>
              <w:bottom w:w="20" w:type="dxa"/>
              <w:right w:w="50" w:type="dxa"/>
            </w:tcMar>
          </w:tcPr>
          <w:p w14:paraId="60A02357" w14:textId="77777777" w:rsidR="00292F36" w:rsidRDefault="00000000">
            <w:r>
              <w:rPr>
                <w:sz w:val="12"/>
              </w:rPr>
              <w:t>South</w:t>
            </w:r>
          </w:p>
        </w:tc>
        <w:tc>
          <w:tcPr>
            <w:tcW w:w="564" w:type="dxa"/>
            <w:tcMar>
              <w:top w:w="20" w:type="dxa"/>
              <w:left w:w="50" w:type="dxa"/>
              <w:bottom w:w="20" w:type="dxa"/>
              <w:right w:w="50" w:type="dxa"/>
            </w:tcMar>
          </w:tcPr>
          <w:p w14:paraId="7A789845" w14:textId="77777777" w:rsidR="00292F36" w:rsidRDefault="00000000">
            <w:r>
              <w:rPr>
                <w:sz w:val="12"/>
              </w:rPr>
              <w:t>piedra_blanca</w:t>
            </w:r>
          </w:p>
        </w:tc>
        <w:tc>
          <w:tcPr>
            <w:tcW w:w="564" w:type="dxa"/>
            <w:tcMar>
              <w:top w:w="20" w:type="dxa"/>
              <w:left w:w="50" w:type="dxa"/>
              <w:bottom w:w="20" w:type="dxa"/>
              <w:right w:w="50" w:type="dxa"/>
            </w:tcMar>
          </w:tcPr>
          <w:p w14:paraId="7F767CD5" w14:textId="77777777" w:rsidR="00292F36" w:rsidRDefault="00000000">
            <w:r>
              <w:rPr>
                <w:sz w:val="12"/>
              </w:rPr>
              <w:t>piedra_blanca_mid</w:t>
            </w:r>
          </w:p>
        </w:tc>
        <w:tc>
          <w:tcPr>
            <w:tcW w:w="564" w:type="dxa"/>
            <w:tcMar>
              <w:top w:w="20" w:type="dxa"/>
              <w:left w:w="50" w:type="dxa"/>
              <w:bottom w:w="20" w:type="dxa"/>
              <w:right w:w="50" w:type="dxa"/>
            </w:tcMar>
          </w:tcPr>
          <w:p w14:paraId="7F9FFBA0" w14:textId="77777777" w:rsidR="00292F36" w:rsidRDefault="00000000">
            <w:r>
              <w:rPr>
                <w:sz w:val="12"/>
              </w:rPr>
              <w:t>9</w:t>
            </w:r>
          </w:p>
        </w:tc>
        <w:tc>
          <w:tcPr>
            <w:tcW w:w="564" w:type="dxa"/>
            <w:tcMar>
              <w:top w:w="20" w:type="dxa"/>
              <w:left w:w="50" w:type="dxa"/>
              <w:bottom w:w="20" w:type="dxa"/>
              <w:right w:w="50" w:type="dxa"/>
            </w:tcMar>
          </w:tcPr>
          <w:p w14:paraId="378519E5" w14:textId="77777777" w:rsidR="00292F36" w:rsidRDefault="00000000">
            <w:r>
              <w:rPr>
                <w:sz w:val="12"/>
              </w:rPr>
              <w:t>22.9699993</w:t>
            </w:r>
          </w:p>
        </w:tc>
        <w:tc>
          <w:tcPr>
            <w:tcW w:w="564" w:type="dxa"/>
            <w:tcMar>
              <w:top w:w="20" w:type="dxa"/>
              <w:left w:w="50" w:type="dxa"/>
              <w:bottom w:w="20" w:type="dxa"/>
              <w:right w:w="50" w:type="dxa"/>
            </w:tcMar>
          </w:tcPr>
          <w:p w14:paraId="083F27E8" w14:textId="77777777" w:rsidR="00292F36" w:rsidRDefault="00000000">
            <w:r>
              <w:rPr>
                <w:sz w:val="12"/>
              </w:rPr>
              <w:t>9.278677</w:t>
            </w:r>
          </w:p>
        </w:tc>
        <w:tc>
          <w:tcPr>
            <w:tcW w:w="564" w:type="dxa"/>
            <w:tcMar>
              <w:top w:w="20" w:type="dxa"/>
              <w:left w:w="50" w:type="dxa"/>
              <w:bottom w:w="20" w:type="dxa"/>
              <w:right w:w="50" w:type="dxa"/>
            </w:tcMar>
          </w:tcPr>
          <w:p w14:paraId="79EAAE38" w14:textId="77777777" w:rsidR="00292F36" w:rsidRDefault="00000000">
            <w:r>
              <w:rPr>
                <w:sz w:val="12"/>
              </w:rPr>
              <w:t>0.95709571</w:t>
            </w:r>
          </w:p>
        </w:tc>
        <w:tc>
          <w:tcPr>
            <w:tcW w:w="564" w:type="dxa"/>
            <w:tcMar>
              <w:top w:w="20" w:type="dxa"/>
              <w:left w:w="50" w:type="dxa"/>
              <w:bottom w:w="20" w:type="dxa"/>
              <w:right w:w="50" w:type="dxa"/>
            </w:tcMar>
          </w:tcPr>
          <w:p w14:paraId="3B2A8A5D" w14:textId="77777777" w:rsidR="00292F36" w:rsidRDefault="00000000">
            <w:r>
              <w:rPr>
                <w:sz w:val="12"/>
              </w:rPr>
              <w:t>0.04290429</w:t>
            </w:r>
          </w:p>
        </w:tc>
        <w:tc>
          <w:tcPr>
            <w:tcW w:w="564" w:type="dxa"/>
            <w:tcMar>
              <w:top w:w="20" w:type="dxa"/>
              <w:left w:w="50" w:type="dxa"/>
              <w:bottom w:w="20" w:type="dxa"/>
              <w:right w:w="50" w:type="dxa"/>
            </w:tcMar>
          </w:tcPr>
          <w:p w14:paraId="6A0ADA8A" w14:textId="77777777" w:rsidR="00292F36" w:rsidRDefault="00000000">
            <w:r>
              <w:rPr>
                <w:sz w:val="12"/>
              </w:rPr>
              <w:t>0</w:t>
            </w:r>
          </w:p>
        </w:tc>
        <w:tc>
          <w:tcPr>
            <w:tcW w:w="564" w:type="dxa"/>
            <w:tcMar>
              <w:top w:w="20" w:type="dxa"/>
              <w:left w:w="50" w:type="dxa"/>
              <w:bottom w:w="20" w:type="dxa"/>
              <w:right w:w="50" w:type="dxa"/>
            </w:tcMar>
          </w:tcPr>
          <w:p w14:paraId="3D6EC849" w14:textId="77777777" w:rsidR="00292F36" w:rsidRDefault="00000000">
            <w:r>
              <w:rPr>
                <w:sz w:val="12"/>
              </w:rPr>
              <w:t>0</w:t>
            </w:r>
          </w:p>
        </w:tc>
        <w:tc>
          <w:tcPr>
            <w:tcW w:w="564" w:type="dxa"/>
            <w:tcMar>
              <w:top w:w="20" w:type="dxa"/>
              <w:left w:w="50" w:type="dxa"/>
              <w:bottom w:w="20" w:type="dxa"/>
              <w:right w:w="50" w:type="dxa"/>
            </w:tcMar>
          </w:tcPr>
          <w:p w14:paraId="5E065E6D" w14:textId="77777777" w:rsidR="00292F36" w:rsidRDefault="00000000">
            <w:r>
              <w:rPr>
                <w:sz w:val="12"/>
              </w:rPr>
              <w:t>0</w:t>
            </w:r>
          </w:p>
        </w:tc>
        <w:tc>
          <w:tcPr>
            <w:tcW w:w="564" w:type="dxa"/>
            <w:tcMar>
              <w:top w:w="20" w:type="dxa"/>
              <w:left w:w="50" w:type="dxa"/>
              <w:bottom w:w="20" w:type="dxa"/>
              <w:right w:w="50" w:type="dxa"/>
            </w:tcMar>
          </w:tcPr>
          <w:p w14:paraId="3561677F" w14:textId="77777777" w:rsidR="00292F36" w:rsidRDefault="00000000">
            <w:r>
              <w:rPr>
                <w:sz w:val="12"/>
              </w:rPr>
              <w:t>0</w:t>
            </w:r>
          </w:p>
        </w:tc>
        <w:tc>
          <w:tcPr>
            <w:tcW w:w="564" w:type="dxa"/>
            <w:tcMar>
              <w:top w:w="20" w:type="dxa"/>
              <w:left w:w="50" w:type="dxa"/>
              <w:bottom w:w="20" w:type="dxa"/>
              <w:right w:w="50" w:type="dxa"/>
            </w:tcMar>
          </w:tcPr>
          <w:p w14:paraId="74CC3C30" w14:textId="77777777" w:rsidR="00292F36" w:rsidRDefault="00000000">
            <w:r>
              <w:rPr>
                <w:sz w:val="12"/>
              </w:rPr>
              <w:t>0</w:t>
            </w:r>
          </w:p>
        </w:tc>
        <w:tc>
          <w:tcPr>
            <w:tcW w:w="564" w:type="dxa"/>
            <w:tcMar>
              <w:top w:w="20" w:type="dxa"/>
              <w:left w:w="50" w:type="dxa"/>
              <w:bottom w:w="20" w:type="dxa"/>
              <w:right w:w="50" w:type="dxa"/>
            </w:tcMar>
          </w:tcPr>
          <w:p w14:paraId="5A2E0176" w14:textId="77777777" w:rsidR="00292F36" w:rsidRDefault="00000000">
            <w:r>
              <w:rPr>
                <w:sz w:val="12"/>
              </w:rPr>
              <w:t>0</w:t>
            </w:r>
          </w:p>
        </w:tc>
        <w:tc>
          <w:tcPr>
            <w:tcW w:w="564" w:type="dxa"/>
            <w:tcMar>
              <w:top w:w="20" w:type="dxa"/>
              <w:left w:w="50" w:type="dxa"/>
              <w:bottom w:w="20" w:type="dxa"/>
              <w:right w:w="50" w:type="dxa"/>
            </w:tcMar>
          </w:tcPr>
          <w:p w14:paraId="31FAE7A8" w14:textId="77777777" w:rsidR="00292F36" w:rsidRDefault="00000000">
            <w:r>
              <w:rPr>
                <w:sz w:val="12"/>
              </w:rPr>
              <w:t>0</w:t>
            </w:r>
          </w:p>
        </w:tc>
        <w:tc>
          <w:tcPr>
            <w:tcW w:w="564" w:type="dxa"/>
            <w:tcMar>
              <w:top w:w="20" w:type="dxa"/>
              <w:left w:w="50" w:type="dxa"/>
              <w:bottom w:w="20" w:type="dxa"/>
              <w:right w:w="50" w:type="dxa"/>
            </w:tcMar>
          </w:tcPr>
          <w:p w14:paraId="0195DF11" w14:textId="77777777" w:rsidR="00292F36" w:rsidRDefault="00000000">
            <w:r>
              <w:rPr>
                <w:sz w:val="12"/>
              </w:rPr>
              <w:t>0.69369369</w:t>
            </w:r>
          </w:p>
        </w:tc>
        <w:tc>
          <w:tcPr>
            <w:tcW w:w="564" w:type="dxa"/>
            <w:tcMar>
              <w:top w:w="20" w:type="dxa"/>
              <w:left w:w="50" w:type="dxa"/>
              <w:bottom w:w="20" w:type="dxa"/>
              <w:right w:w="50" w:type="dxa"/>
            </w:tcMar>
          </w:tcPr>
          <w:p w14:paraId="6D9B4A24" w14:textId="77777777" w:rsidR="00292F36" w:rsidRDefault="00000000">
            <w:r>
              <w:rPr>
                <w:sz w:val="12"/>
              </w:rPr>
              <w:t>0.15315315</w:t>
            </w:r>
          </w:p>
        </w:tc>
        <w:tc>
          <w:tcPr>
            <w:tcW w:w="564" w:type="dxa"/>
            <w:tcMar>
              <w:top w:w="20" w:type="dxa"/>
              <w:left w:w="50" w:type="dxa"/>
              <w:bottom w:w="20" w:type="dxa"/>
              <w:right w:w="50" w:type="dxa"/>
            </w:tcMar>
          </w:tcPr>
          <w:p w14:paraId="79784568" w14:textId="77777777" w:rsidR="00292F36" w:rsidRDefault="00000000">
            <w:r>
              <w:rPr>
                <w:sz w:val="12"/>
              </w:rPr>
              <w:t>0</w:t>
            </w:r>
          </w:p>
        </w:tc>
        <w:tc>
          <w:tcPr>
            <w:tcW w:w="564" w:type="dxa"/>
            <w:tcMar>
              <w:top w:w="20" w:type="dxa"/>
              <w:left w:w="50" w:type="dxa"/>
              <w:bottom w:w="20" w:type="dxa"/>
              <w:right w:w="50" w:type="dxa"/>
            </w:tcMar>
          </w:tcPr>
          <w:p w14:paraId="160B959A" w14:textId="77777777" w:rsidR="00292F36" w:rsidRDefault="00000000">
            <w:r>
              <w:rPr>
                <w:sz w:val="12"/>
              </w:rPr>
              <w:t>0.15315315</w:t>
            </w:r>
          </w:p>
        </w:tc>
        <w:tc>
          <w:tcPr>
            <w:tcW w:w="564" w:type="dxa"/>
            <w:tcMar>
              <w:top w:w="20" w:type="dxa"/>
              <w:left w:w="50" w:type="dxa"/>
              <w:bottom w:w="20" w:type="dxa"/>
              <w:right w:w="50" w:type="dxa"/>
            </w:tcMar>
          </w:tcPr>
          <w:p w14:paraId="5577014C" w14:textId="77777777" w:rsidR="00292F36" w:rsidRDefault="00000000">
            <w:r>
              <w:rPr>
                <w:sz w:val="12"/>
              </w:rPr>
              <w:t>0</w:t>
            </w:r>
          </w:p>
        </w:tc>
      </w:tr>
      <w:tr w:rsidR="00292F36" w14:paraId="3C3D0567" w14:textId="77777777">
        <w:tc>
          <w:tcPr>
            <w:tcW w:w="564" w:type="dxa"/>
            <w:tcMar>
              <w:top w:w="20" w:type="dxa"/>
              <w:left w:w="50" w:type="dxa"/>
              <w:bottom w:w="20" w:type="dxa"/>
              <w:right w:w="50" w:type="dxa"/>
            </w:tcMar>
          </w:tcPr>
          <w:p w14:paraId="41AE195F" w14:textId="77777777" w:rsidR="00292F36" w:rsidRDefault="00000000">
            <w:r>
              <w:rPr>
                <w:sz w:val="12"/>
              </w:rPr>
              <w:t>2023_piedra_blanca_piedra_blanca_mid_4</w:t>
            </w:r>
          </w:p>
        </w:tc>
        <w:tc>
          <w:tcPr>
            <w:tcW w:w="564" w:type="dxa"/>
            <w:tcMar>
              <w:top w:w="20" w:type="dxa"/>
              <w:left w:w="50" w:type="dxa"/>
              <w:bottom w:w="20" w:type="dxa"/>
              <w:right w:w="50" w:type="dxa"/>
            </w:tcMar>
          </w:tcPr>
          <w:p w14:paraId="4F102907" w14:textId="77777777" w:rsidR="00292F36" w:rsidRDefault="00000000">
            <w:r>
              <w:rPr>
                <w:sz w:val="12"/>
              </w:rPr>
              <w:t>-0.4484201</w:t>
            </w:r>
          </w:p>
        </w:tc>
        <w:tc>
          <w:tcPr>
            <w:tcW w:w="564" w:type="dxa"/>
            <w:tcMar>
              <w:top w:w="20" w:type="dxa"/>
              <w:left w:w="50" w:type="dxa"/>
              <w:bottom w:w="20" w:type="dxa"/>
              <w:right w:w="50" w:type="dxa"/>
            </w:tcMar>
          </w:tcPr>
          <w:p w14:paraId="3A02D160" w14:textId="77777777" w:rsidR="00292F36" w:rsidRDefault="00000000">
            <w:r>
              <w:rPr>
                <w:sz w:val="12"/>
              </w:rPr>
              <w:t>-0.2920132</w:t>
            </w:r>
          </w:p>
        </w:tc>
        <w:tc>
          <w:tcPr>
            <w:tcW w:w="564" w:type="dxa"/>
            <w:tcMar>
              <w:top w:w="20" w:type="dxa"/>
              <w:left w:w="50" w:type="dxa"/>
              <w:bottom w:w="20" w:type="dxa"/>
              <w:right w:w="50" w:type="dxa"/>
            </w:tcMar>
          </w:tcPr>
          <w:p w14:paraId="192735EE" w14:textId="77777777" w:rsidR="00292F36" w:rsidRDefault="00000000">
            <w:r>
              <w:rPr>
                <w:sz w:val="12"/>
              </w:rPr>
              <w:t>2023</w:t>
            </w:r>
          </w:p>
        </w:tc>
        <w:tc>
          <w:tcPr>
            <w:tcW w:w="564" w:type="dxa"/>
            <w:tcMar>
              <w:top w:w="20" w:type="dxa"/>
              <w:left w:w="50" w:type="dxa"/>
              <w:bottom w:w="20" w:type="dxa"/>
              <w:right w:w="50" w:type="dxa"/>
            </w:tcMar>
          </w:tcPr>
          <w:p w14:paraId="104CAE13" w14:textId="77777777" w:rsidR="00292F36" w:rsidRDefault="00000000">
            <w:r>
              <w:rPr>
                <w:sz w:val="12"/>
              </w:rPr>
              <w:t>punta_eugenia</w:t>
            </w:r>
          </w:p>
        </w:tc>
        <w:tc>
          <w:tcPr>
            <w:tcW w:w="564" w:type="dxa"/>
            <w:tcMar>
              <w:top w:w="20" w:type="dxa"/>
              <w:left w:w="50" w:type="dxa"/>
              <w:bottom w:w="20" w:type="dxa"/>
              <w:right w:w="50" w:type="dxa"/>
            </w:tcMar>
          </w:tcPr>
          <w:p w14:paraId="68BED4BC" w14:textId="77777777" w:rsidR="00292F36" w:rsidRDefault="00000000">
            <w:r>
              <w:rPr>
                <w:sz w:val="12"/>
              </w:rPr>
              <w:t>South</w:t>
            </w:r>
          </w:p>
        </w:tc>
        <w:tc>
          <w:tcPr>
            <w:tcW w:w="564" w:type="dxa"/>
            <w:tcMar>
              <w:top w:w="20" w:type="dxa"/>
              <w:left w:w="50" w:type="dxa"/>
              <w:bottom w:w="20" w:type="dxa"/>
              <w:right w:w="50" w:type="dxa"/>
            </w:tcMar>
          </w:tcPr>
          <w:p w14:paraId="7BF41539" w14:textId="77777777" w:rsidR="00292F36" w:rsidRDefault="00000000">
            <w:r>
              <w:rPr>
                <w:sz w:val="12"/>
              </w:rPr>
              <w:t>piedra_blanca</w:t>
            </w:r>
          </w:p>
        </w:tc>
        <w:tc>
          <w:tcPr>
            <w:tcW w:w="564" w:type="dxa"/>
            <w:tcMar>
              <w:top w:w="20" w:type="dxa"/>
              <w:left w:w="50" w:type="dxa"/>
              <w:bottom w:w="20" w:type="dxa"/>
              <w:right w:w="50" w:type="dxa"/>
            </w:tcMar>
          </w:tcPr>
          <w:p w14:paraId="5DDF1F3F" w14:textId="77777777" w:rsidR="00292F36" w:rsidRDefault="00000000">
            <w:r>
              <w:rPr>
                <w:sz w:val="12"/>
              </w:rPr>
              <w:t>piedra_blanca_mid</w:t>
            </w:r>
          </w:p>
        </w:tc>
        <w:tc>
          <w:tcPr>
            <w:tcW w:w="564" w:type="dxa"/>
            <w:tcMar>
              <w:top w:w="20" w:type="dxa"/>
              <w:left w:w="50" w:type="dxa"/>
              <w:bottom w:w="20" w:type="dxa"/>
              <w:right w:w="50" w:type="dxa"/>
            </w:tcMar>
          </w:tcPr>
          <w:p w14:paraId="53BE912C" w14:textId="77777777" w:rsidR="00292F36" w:rsidRDefault="00000000">
            <w:r>
              <w:rPr>
                <w:sz w:val="12"/>
              </w:rPr>
              <w:t>9</w:t>
            </w:r>
          </w:p>
        </w:tc>
        <w:tc>
          <w:tcPr>
            <w:tcW w:w="564" w:type="dxa"/>
            <w:tcMar>
              <w:top w:w="20" w:type="dxa"/>
              <w:left w:w="50" w:type="dxa"/>
              <w:bottom w:w="20" w:type="dxa"/>
              <w:right w:w="50" w:type="dxa"/>
            </w:tcMar>
          </w:tcPr>
          <w:p w14:paraId="50D4244B" w14:textId="77777777" w:rsidR="00292F36" w:rsidRDefault="00000000">
            <w:r>
              <w:rPr>
                <w:sz w:val="12"/>
              </w:rPr>
              <w:t>22.9699993</w:t>
            </w:r>
          </w:p>
        </w:tc>
        <w:tc>
          <w:tcPr>
            <w:tcW w:w="564" w:type="dxa"/>
            <w:tcMar>
              <w:top w:w="20" w:type="dxa"/>
              <w:left w:w="50" w:type="dxa"/>
              <w:bottom w:w="20" w:type="dxa"/>
              <w:right w:w="50" w:type="dxa"/>
            </w:tcMar>
          </w:tcPr>
          <w:p w14:paraId="75812CE1" w14:textId="77777777" w:rsidR="00292F36" w:rsidRDefault="00000000">
            <w:r>
              <w:rPr>
                <w:sz w:val="12"/>
              </w:rPr>
              <w:t>9.278677</w:t>
            </w:r>
          </w:p>
        </w:tc>
        <w:tc>
          <w:tcPr>
            <w:tcW w:w="564" w:type="dxa"/>
            <w:tcMar>
              <w:top w:w="20" w:type="dxa"/>
              <w:left w:w="50" w:type="dxa"/>
              <w:bottom w:w="20" w:type="dxa"/>
              <w:right w:w="50" w:type="dxa"/>
            </w:tcMar>
          </w:tcPr>
          <w:p w14:paraId="77A3B98F" w14:textId="77777777" w:rsidR="00292F36" w:rsidRDefault="00000000">
            <w:r>
              <w:rPr>
                <w:sz w:val="12"/>
              </w:rPr>
              <w:t>0.98248175</w:t>
            </w:r>
          </w:p>
        </w:tc>
        <w:tc>
          <w:tcPr>
            <w:tcW w:w="564" w:type="dxa"/>
            <w:tcMar>
              <w:top w:w="20" w:type="dxa"/>
              <w:left w:w="50" w:type="dxa"/>
              <w:bottom w:w="20" w:type="dxa"/>
              <w:right w:w="50" w:type="dxa"/>
            </w:tcMar>
          </w:tcPr>
          <w:p w14:paraId="5F128C86" w14:textId="77777777" w:rsidR="00292F36" w:rsidRDefault="00000000">
            <w:r>
              <w:rPr>
                <w:sz w:val="12"/>
              </w:rPr>
              <w:t>0.01751825</w:t>
            </w:r>
          </w:p>
        </w:tc>
        <w:tc>
          <w:tcPr>
            <w:tcW w:w="564" w:type="dxa"/>
            <w:tcMar>
              <w:top w:w="20" w:type="dxa"/>
              <w:left w:w="50" w:type="dxa"/>
              <w:bottom w:w="20" w:type="dxa"/>
              <w:right w:w="50" w:type="dxa"/>
            </w:tcMar>
          </w:tcPr>
          <w:p w14:paraId="65A5C7F8" w14:textId="77777777" w:rsidR="00292F36" w:rsidRDefault="00000000">
            <w:r>
              <w:rPr>
                <w:sz w:val="12"/>
              </w:rPr>
              <w:t>0</w:t>
            </w:r>
          </w:p>
        </w:tc>
        <w:tc>
          <w:tcPr>
            <w:tcW w:w="564" w:type="dxa"/>
            <w:tcMar>
              <w:top w:w="20" w:type="dxa"/>
              <w:left w:w="50" w:type="dxa"/>
              <w:bottom w:w="20" w:type="dxa"/>
              <w:right w:w="50" w:type="dxa"/>
            </w:tcMar>
          </w:tcPr>
          <w:p w14:paraId="23F56663" w14:textId="77777777" w:rsidR="00292F36" w:rsidRDefault="00000000">
            <w:r>
              <w:rPr>
                <w:sz w:val="12"/>
              </w:rPr>
              <w:t>0</w:t>
            </w:r>
          </w:p>
        </w:tc>
        <w:tc>
          <w:tcPr>
            <w:tcW w:w="564" w:type="dxa"/>
            <w:tcMar>
              <w:top w:w="20" w:type="dxa"/>
              <w:left w:w="50" w:type="dxa"/>
              <w:bottom w:w="20" w:type="dxa"/>
              <w:right w:w="50" w:type="dxa"/>
            </w:tcMar>
          </w:tcPr>
          <w:p w14:paraId="1865B005" w14:textId="77777777" w:rsidR="00292F36" w:rsidRDefault="00000000">
            <w:r>
              <w:rPr>
                <w:sz w:val="12"/>
              </w:rPr>
              <w:t>0</w:t>
            </w:r>
          </w:p>
        </w:tc>
        <w:tc>
          <w:tcPr>
            <w:tcW w:w="564" w:type="dxa"/>
            <w:tcMar>
              <w:top w:w="20" w:type="dxa"/>
              <w:left w:w="50" w:type="dxa"/>
              <w:bottom w:w="20" w:type="dxa"/>
              <w:right w:w="50" w:type="dxa"/>
            </w:tcMar>
          </w:tcPr>
          <w:p w14:paraId="101E714F" w14:textId="77777777" w:rsidR="00292F36" w:rsidRDefault="00000000">
            <w:r>
              <w:rPr>
                <w:sz w:val="12"/>
              </w:rPr>
              <w:t>0</w:t>
            </w:r>
          </w:p>
        </w:tc>
        <w:tc>
          <w:tcPr>
            <w:tcW w:w="564" w:type="dxa"/>
            <w:tcMar>
              <w:top w:w="20" w:type="dxa"/>
              <w:left w:w="50" w:type="dxa"/>
              <w:bottom w:w="20" w:type="dxa"/>
              <w:right w:w="50" w:type="dxa"/>
            </w:tcMar>
          </w:tcPr>
          <w:p w14:paraId="7AED8DBB" w14:textId="77777777" w:rsidR="00292F36" w:rsidRDefault="00000000">
            <w:r>
              <w:rPr>
                <w:sz w:val="12"/>
              </w:rPr>
              <w:t>0</w:t>
            </w:r>
          </w:p>
        </w:tc>
        <w:tc>
          <w:tcPr>
            <w:tcW w:w="564" w:type="dxa"/>
            <w:tcMar>
              <w:top w:w="20" w:type="dxa"/>
              <w:left w:w="50" w:type="dxa"/>
              <w:bottom w:w="20" w:type="dxa"/>
              <w:right w:w="50" w:type="dxa"/>
            </w:tcMar>
          </w:tcPr>
          <w:p w14:paraId="06633B52" w14:textId="77777777" w:rsidR="00292F36" w:rsidRDefault="00000000">
            <w:r>
              <w:rPr>
                <w:sz w:val="12"/>
              </w:rPr>
              <w:t>0</w:t>
            </w:r>
          </w:p>
        </w:tc>
        <w:tc>
          <w:tcPr>
            <w:tcW w:w="564" w:type="dxa"/>
            <w:tcMar>
              <w:top w:w="20" w:type="dxa"/>
              <w:left w:w="50" w:type="dxa"/>
              <w:bottom w:w="20" w:type="dxa"/>
              <w:right w:w="50" w:type="dxa"/>
            </w:tcMar>
          </w:tcPr>
          <w:p w14:paraId="27E759FC" w14:textId="77777777" w:rsidR="00292F36" w:rsidRDefault="00000000">
            <w:r>
              <w:rPr>
                <w:sz w:val="12"/>
              </w:rPr>
              <w:t>0</w:t>
            </w:r>
          </w:p>
        </w:tc>
        <w:tc>
          <w:tcPr>
            <w:tcW w:w="564" w:type="dxa"/>
            <w:tcMar>
              <w:top w:w="20" w:type="dxa"/>
              <w:left w:w="50" w:type="dxa"/>
              <w:bottom w:w="20" w:type="dxa"/>
              <w:right w:w="50" w:type="dxa"/>
            </w:tcMar>
          </w:tcPr>
          <w:p w14:paraId="7173DDEE" w14:textId="77777777" w:rsidR="00292F36" w:rsidRDefault="00000000">
            <w:r>
              <w:rPr>
                <w:sz w:val="12"/>
              </w:rPr>
              <w:t>0.9109589</w:t>
            </w:r>
          </w:p>
        </w:tc>
        <w:tc>
          <w:tcPr>
            <w:tcW w:w="564" w:type="dxa"/>
            <w:tcMar>
              <w:top w:w="20" w:type="dxa"/>
              <w:left w:w="50" w:type="dxa"/>
              <w:bottom w:w="20" w:type="dxa"/>
              <w:right w:w="50" w:type="dxa"/>
            </w:tcMar>
          </w:tcPr>
          <w:p w14:paraId="0515D4F2" w14:textId="77777777" w:rsidR="00292F36" w:rsidRDefault="00000000">
            <w:r>
              <w:rPr>
                <w:sz w:val="12"/>
              </w:rPr>
              <w:t>0.02054795</w:t>
            </w:r>
          </w:p>
        </w:tc>
        <w:tc>
          <w:tcPr>
            <w:tcW w:w="564" w:type="dxa"/>
            <w:tcMar>
              <w:top w:w="20" w:type="dxa"/>
              <w:left w:w="50" w:type="dxa"/>
              <w:bottom w:w="20" w:type="dxa"/>
              <w:right w:w="50" w:type="dxa"/>
            </w:tcMar>
          </w:tcPr>
          <w:p w14:paraId="31970788" w14:textId="77777777" w:rsidR="00292F36" w:rsidRDefault="00000000">
            <w:r>
              <w:rPr>
                <w:sz w:val="12"/>
              </w:rPr>
              <w:t>0.00684932</w:t>
            </w:r>
          </w:p>
        </w:tc>
        <w:tc>
          <w:tcPr>
            <w:tcW w:w="564" w:type="dxa"/>
            <w:tcMar>
              <w:top w:w="20" w:type="dxa"/>
              <w:left w:w="50" w:type="dxa"/>
              <w:bottom w:w="20" w:type="dxa"/>
              <w:right w:w="50" w:type="dxa"/>
            </w:tcMar>
          </w:tcPr>
          <w:p w14:paraId="0A08A80E" w14:textId="77777777" w:rsidR="00292F36" w:rsidRDefault="00000000">
            <w:r>
              <w:rPr>
                <w:sz w:val="12"/>
              </w:rPr>
              <w:t>0.06164384</w:t>
            </w:r>
          </w:p>
        </w:tc>
        <w:tc>
          <w:tcPr>
            <w:tcW w:w="564" w:type="dxa"/>
            <w:tcMar>
              <w:top w:w="20" w:type="dxa"/>
              <w:left w:w="50" w:type="dxa"/>
              <w:bottom w:w="20" w:type="dxa"/>
              <w:right w:w="50" w:type="dxa"/>
            </w:tcMar>
          </w:tcPr>
          <w:p w14:paraId="0923C4AE" w14:textId="77777777" w:rsidR="00292F36" w:rsidRDefault="00000000">
            <w:r>
              <w:rPr>
                <w:sz w:val="12"/>
              </w:rPr>
              <w:t>0</w:t>
            </w:r>
          </w:p>
        </w:tc>
      </w:tr>
      <w:tr w:rsidR="00292F36" w14:paraId="369791C9" w14:textId="77777777">
        <w:tc>
          <w:tcPr>
            <w:tcW w:w="564" w:type="dxa"/>
            <w:tcMar>
              <w:top w:w="20" w:type="dxa"/>
              <w:left w:w="50" w:type="dxa"/>
              <w:bottom w:w="20" w:type="dxa"/>
              <w:right w:w="50" w:type="dxa"/>
            </w:tcMar>
          </w:tcPr>
          <w:p w14:paraId="0C05111F" w14:textId="77777777" w:rsidR="00292F36" w:rsidRDefault="00000000">
            <w:r>
              <w:rPr>
                <w:sz w:val="12"/>
              </w:rPr>
              <w:t>2023_piedra_blanca_piedra_blanca_shallow_5</w:t>
            </w:r>
          </w:p>
        </w:tc>
        <w:tc>
          <w:tcPr>
            <w:tcW w:w="564" w:type="dxa"/>
            <w:tcMar>
              <w:top w:w="20" w:type="dxa"/>
              <w:left w:w="50" w:type="dxa"/>
              <w:bottom w:w="20" w:type="dxa"/>
              <w:right w:w="50" w:type="dxa"/>
            </w:tcMar>
          </w:tcPr>
          <w:p w14:paraId="396E776D" w14:textId="77777777" w:rsidR="00292F36" w:rsidRDefault="00000000">
            <w:r>
              <w:rPr>
                <w:sz w:val="12"/>
              </w:rPr>
              <w:t>0.60611231</w:t>
            </w:r>
          </w:p>
        </w:tc>
        <w:tc>
          <w:tcPr>
            <w:tcW w:w="564" w:type="dxa"/>
            <w:tcMar>
              <w:top w:w="20" w:type="dxa"/>
              <w:left w:w="50" w:type="dxa"/>
              <w:bottom w:w="20" w:type="dxa"/>
              <w:right w:w="50" w:type="dxa"/>
            </w:tcMar>
          </w:tcPr>
          <w:p w14:paraId="5DE86E08" w14:textId="77777777" w:rsidR="00292F36" w:rsidRDefault="00000000">
            <w:r>
              <w:rPr>
                <w:sz w:val="12"/>
              </w:rPr>
              <w:t>-0.4075523</w:t>
            </w:r>
          </w:p>
        </w:tc>
        <w:tc>
          <w:tcPr>
            <w:tcW w:w="564" w:type="dxa"/>
            <w:tcMar>
              <w:top w:w="20" w:type="dxa"/>
              <w:left w:w="50" w:type="dxa"/>
              <w:bottom w:w="20" w:type="dxa"/>
              <w:right w:w="50" w:type="dxa"/>
            </w:tcMar>
          </w:tcPr>
          <w:p w14:paraId="38D21627" w14:textId="77777777" w:rsidR="00292F36" w:rsidRDefault="00000000">
            <w:r>
              <w:rPr>
                <w:sz w:val="12"/>
              </w:rPr>
              <w:t>2023</w:t>
            </w:r>
          </w:p>
        </w:tc>
        <w:tc>
          <w:tcPr>
            <w:tcW w:w="564" w:type="dxa"/>
            <w:tcMar>
              <w:top w:w="20" w:type="dxa"/>
              <w:left w:w="50" w:type="dxa"/>
              <w:bottom w:w="20" w:type="dxa"/>
              <w:right w:w="50" w:type="dxa"/>
            </w:tcMar>
          </w:tcPr>
          <w:p w14:paraId="6EA8A990" w14:textId="77777777" w:rsidR="00292F36" w:rsidRDefault="00000000">
            <w:r>
              <w:rPr>
                <w:sz w:val="12"/>
              </w:rPr>
              <w:t>punta_eugenia</w:t>
            </w:r>
          </w:p>
        </w:tc>
        <w:tc>
          <w:tcPr>
            <w:tcW w:w="564" w:type="dxa"/>
            <w:tcMar>
              <w:top w:w="20" w:type="dxa"/>
              <w:left w:w="50" w:type="dxa"/>
              <w:bottom w:w="20" w:type="dxa"/>
              <w:right w:w="50" w:type="dxa"/>
            </w:tcMar>
          </w:tcPr>
          <w:p w14:paraId="577DD985" w14:textId="77777777" w:rsidR="00292F36" w:rsidRDefault="00000000">
            <w:r>
              <w:rPr>
                <w:sz w:val="12"/>
              </w:rPr>
              <w:t>South</w:t>
            </w:r>
          </w:p>
        </w:tc>
        <w:tc>
          <w:tcPr>
            <w:tcW w:w="564" w:type="dxa"/>
            <w:tcMar>
              <w:top w:w="20" w:type="dxa"/>
              <w:left w:w="50" w:type="dxa"/>
              <w:bottom w:w="20" w:type="dxa"/>
              <w:right w:w="50" w:type="dxa"/>
            </w:tcMar>
          </w:tcPr>
          <w:p w14:paraId="120EA5DA" w14:textId="77777777" w:rsidR="00292F36" w:rsidRDefault="00000000">
            <w:r>
              <w:rPr>
                <w:sz w:val="12"/>
              </w:rPr>
              <w:t>piedra_blanca</w:t>
            </w:r>
          </w:p>
        </w:tc>
        <w:tc>
          <w:tcPr>
            <w:tcW w:w="564" w:type="dxa"/>
            <w:tcMar>
              <w:top w:w="20" w:type="dxa"/>
              <w:left w:w="50" w:type="dxa"/>
              <w:bottom w:w="20" w:type="dxa"/>
              <w:right w:w="50" w:type="dxa"/>
            </w:tcMar>
          </w:tcPr>
          <w:p w14:paraId="56FD4A33" w14:textId="77777777" w:rsidR="00292F36" w:rsidRDefault="00000000">
            <w:r>
              <w:rPr>
                <w:sz w:val="12"/>
              </w:rPr>
              <w:t>piedra_blanca_shallow</w:t>
            </w:r>
          </w:p>
        </w:tc>
        <w:tc>
          <w:tcPr>
            <w:tcW w:w="564" w:type="dxa"/>
            <w:tcMar>
              <w:top w:w="20" w:type="dxa"/>
              <w:left w:w="50" w:type="dxa"/>
              <w:bottom w:w="20" w:type="dxa"/>
              <w:right w:w="50" w:type="dxa"/>
            </w:tcMar>
          </w:tcPr>
          <w:p w14:paraId="4E147499" w14:textId="77777777" w:rsidR="00292F36" w:rsidRDefault="00000000">
            <w:r>
              <w:rPr>
                <w:sz w:val="12"/>
              </w:rPr>
              <w:t>6</w:t>
            </w:r>
          </w:p>
        </w:tc>
        <w:tc>
          <w:tcPr>
            <w:tcW w:w="564" w:type="dxa"/>
            <w:tcMar>
              <w:top w:w="20" w:type="dxa"/>
              <w:left w:w="50" w:type="dxa"/>
              <w:bottom w:w="20" w:type="dxa"/>
              <w:right w:w="50" w:type="dxa"/>
            </w:tcMar>
          </w:tcPr>
          <w:p w14:paraId="01C9E4E8" w14:textId="77777777" w:rsidR="00292F36" w:rsidRDefault="00000000">
            <w:r>
              <w:rPr>
                <w:sz w:val="12"/>
              </w:rPr>
              <w:t>22.9699993</w:t>
            </w:r>
          </w:p>
        </w:tc>
        <w:tc>
          <w:tcPr>
            <w:tcW w:w="564" w:type="dxa"/>
            <w:tcMar>
              <w:top w:w="20" w:type="dxa"/>
              <w:left w:w="50" w:type="dxa"/>
              <w:bottom w:w="20" w:type="dxa"/>
              <w:right w:w="50" w:type="dxa"/>
            </w:tcMar>
          </w:tcPr>
          <w:p w14:paraId="395F4B29" w14:textId="77777777" w:rsidR="00292F36" w:rsidRDefault="00000000">
            <w:r>
              <w:rPr>
                <w:sz w:val="12"/>
              </w:rPr>
              <w:t>9.278677</w:t>
            </w:r>
          </w:p>
        </w:tc>
        <w:tc>
          <w:tcPr>
            <w:tcW w:w="564" w:type="dxa"/>
            <w:tcMar>
              <w:top w:w="20" w:type="dxa"/>
              <w:left w:w="50" w:type="dxa"/>
              <w:bottom w:w="20" w:type="dxa"/>
              <w:right w:w="50" w:type="dxa"/>
            </w:tcMar>
          </w:tcPr>
          <w:p w14:paraId="17D32430" w14:textId="77777777" w:rsidR="00292F36" w:rsidRDefault="00000000">
            <w:r>
              <w:rPr>
                <w:sz w:val="12"/>
              </w:rPr>
              <w:t>0</w:t>
            </w:r>
          </w:p>
        </w:tc>
        <w:tc>
          <w:tcPr>
            <w:tcW w:w="564" w:type="dxa"/>
            <w:tcMar>
              <w:top w:w="20" w:type="dxa"/>
              <w:left w:w="50" w:type="dxa"/>
              <w:bottom w:w="20" w:type="dxa"/>
              <w:right w:w="50" w:type="dxa"/>
            </w:tcMar>
          </w:tcPr>
          <w:p w14:paraId="1A200A13" w14:textId="77777777" w:rsidR="00292F36" w:rsidRDefault="00000000">
            <w:r>
              <w:rPr>
                <w:sz w:val="12"/>
              </w:rPr>
              <w:t>1</w:t>
            </w:r>
          </w:p>
        </w:tc>
        <w:tc>
          <w:tcPr>
            <w:tcW w:w="564" w:type="dxa"/>
            <w:tcMar>
              <w:top w:w="20" w:type="dxa"/>
              <w:left w:w="50" w:type="dxa"/>
              <w:bottom w:w="20" w:type="dxa"/>
              <w:right w:w="50" w:type="dxa"/>
            </w:tcMar>
          </w:tcPr>
          <w:p w14:paraId="5A2F3D10" w14:textId="77777777" w:rsidR="00292F36" w:rsidRDefault="00000000">
            <w:r>
              <w:rPr>
                <w:sz w:val="12"/>
              </w:rPr>
              <w:t>0</w:t>
            </w:r>
          </w:p>
        </w:tc>
        <w:tc>
          <w:tcPr>
            <w:tcW w:w="564" w:type="dxa"/>
            <w:tcMar>
              <w:top w:w="20" w:type="dxa"/>
              <w:left w:w="50" w:type="dxa"/>
              <w:bottom w:w="20" w:type="dxa"/>
              <w:right w:w="50" w:type="dxa"/>
            </w:tcMar>
          </w:tcPr>
          <w:p w14:paraId="6146778F" w14:textId="77777777" w:rsidR="00292F36" w:rsidRDefault="00000000">
            <w:r>
              <w:rPr>
                <w:sz w:val="12"/>
              </w:rPr>
              <w:t>0</w:t>
            </w:r>
          </w:p>
        </w:tc>
        <w:tc>
          <w:tcPr>
            <w:tcW w:w="564" w:type="dxa"/>
            <w:tcMar>
              <w:top w:w="20" w:type="dxa"/>
              <w:left w:w="50" w:type="dxa"/>
              <w:bottom w:w="20" w:type="dxa"/>
              <w:right w:w="50" w:type="dxa"/>
            </w:tcMar>
          </w:tcPr>
          <w:p w14:paraId="6765A69A" w14:textId="77777777" w:rsidR="00292F36" w:rsidRDefault="00000000">
            <w:r>
              <w:rPr>
                <w:sz w:val="12"/>
              </w:rPr>
              <w:t>0</w:t>
            </w:r>
          </w:p>
        </w:tc>
        <w:tc>
          <w:tcPr>
            <w:tcW w:w="564" w:type="dxa"/>
            <w:tcMar>
              <w:top w:w="20" w:type="dxa"/>
              <w:left w:w="50" w:type="dxa"/>
              <w:bottom w:w="20" w:type="dxa"/>
              <w:right w:w="50" w:type="dxa"/>
            </w:tcMar>
          </w:tcPr>
          <w:p w14:paraId="41B5533D" w14:textId="77777777" w:rsidR="00292F36" w:rsidRDefault="00000000">
            <w:r>
              <w:rPr>
                <w:sz w:val="12"/>
              </w:rPr>
              <w:t>0</w:t>
            </w:r>
          </w:p>
        </w:tc>
        <w:tc>
          <w:tcPr>
            <w:tcW w:w="564" w:type="dxa"/>
            <w:tcMar>
              <w:top w:w="20" w:type="dxa"/>
              <w:left w:w="50" w:type="dxa"/>
              <w:bottom w:w="20" w:type="dxa"/>
              <w:right w:w="50" w:type="dxa"/>
            </w:tcMar>
          </w:tcPr>
          <w:p w14:paraId="64471736" w14:textId="77777777" w:rsidR="00292F36" w:rsidRDefault="00000000">
            <w:r>
              <w:rPr>
                <w:sz w:val="12"/>
              </w:rPr>
              <w:t>0</w:t>
            </w:r>
          </w:p>
        </w:tc>
        <w:tc>
          <w:tcPr>
            <w:tcW w:w="564" w:type="dxa"/>
            <w:tcMar>
              <w:top w:w="20" w:type="dxa"/>
              <w:left w:w="50" w:type="dxa"/>
              <w:bottom w:w="20" w:type="dxa"/>
              <w:right w:w="50" w:type="dxa"/>
            </w:tcMar>
          </w:tcPr>
          <w:p w14:paraId="16525A78" w14:textId="77777777" w:rsidR="00292F36" w:rsidRDefault="00000000">
            <w:r>
              <w:rPr>
                <w:sz w:val="12"/>
              </w:rPr>
              <w:t>0</w:t>
            </w:r>
          </w:p>
        </w:tc>
        <w:tc>
          <w:tcPr>
            <w:tcW w:w="564" w:type="dxa"/>
            <w:tcMar>
              <w:top w:w="20" w:type="dxa"/>
              <w:left w:w="50" w:type="dxa"/>
              <w:bottom w:w="20" w:type="dxa"/>
              <w:right w:w="50" w:type="dxa"/>
            </w:tcMar>
          </w:tcPr>
          <w:p w14:paraId="70657DFD" w14:textId="77777777" w:rsidR="00292F36" w:rsidRDefault="00000000">
            <w:r>
              <w:rPr>
                <w:sz w:val="12"/>
              </w:rPr>
              <w:t>0.02439024</w:t>
            </w:r>
          </w:p>
        </w:tc>
        <w:tc>
          <w:tcPr>
            <w:tcW w:w="564" w:type="dxa"/>
            <w:tcMar>
              <w:top w:w="20" w:type="dxa"/>
              <w:left w:w="50" w:type="dxa"/>
              <w:bottom w:w="20" w:type="dxa"/>
              <w:right w:w="50" w:type="dxa"/>
            </w:tcMar>
          </w:tcPr>
          <w:p w14:paraId="009F4F4C" w14:textId="77777777" w:rsidR="00292F36" w:rsidRDefault="00000000">
            <w:r>
              <w:rPr>
                <w:sz w:val="12"/>
              </w:rPr>
              <w:t>0.74390244</w:t>
            </w:r>
          </w:p>
        </w:tc>
        <w:tc>
          <w:tcPr>
            <w:tcW w:w="564" w:type="dxa"/>
            <w:tcMar>
              <w:top w:w="20" w:type="dxa"/>
              <w:left w:w="50" w:type="dxa"/>
              <w:bottom w:w="20" w:type="dxa"/>
              <w:right w:w="50" w:type="dxa"/>
            </w:tcMar>
          </w:tcPr>
          <w:p w14:paraId="7AB1B7CD" w14:textId="77777777" w:rsidR="00292F36" w:rsidRDefault="00000000">
            <w:r>
              <w:rPr>
                <w:sz w:val="12"/>
              </w:rPr>
              <w:t>0.23170732</w:t>
            </w:r>
          </w:p>
        </w:tc>
        <w:tc>
          <w:tcPr>
            <w:tcW w:w="564" w:type="dxa"/>
            <w:tcMar>
              <w:top w:w="20" w:type="dxa"/>
              <w:left w:w="50" w:type="dxa"/>
              <w:bottom w:w="20" w:type="dxa"/>
              <w:right w:w="50" w:type="dxa"/>
            </w:tcMar>
          </w:tcPr>
          <w:p w14:paraId="0EE51F39" w14:textId="77777777" w:rsidR="00292F36" w:rsidRDefault="00000000">
            <w:r>
              <w:rPr>
                <w:sz w:val="12"/>
              </w:rPr>
              <w:t>0</w:t>
            </w:r>
          </w:p>
        </w:tc>
        <w:tc>
          <w:tcPr>
            <w:tcW w:w="564" w:type="dxa"/>
            <w:tcMar>
              <w:top w:w="20" w:type="dxa"/>
              <w:left w:w="50" w:type="dxa"/>
              <w:bottom w:w="20" w:type="dxa"/>
              <w:right w:w="50" w:type="dxa"/>
            </w:tcMar>
          </w:tcPr>
          <w:p w14:paraId="06EB945E" w14:textId="77777777" w:rsidR="00292F36" w:rsidRDefault="00000000">
            <w:r>
              <w:rPr>
                <w:sz w:val="12"/>
              </w:rPr>
              <w:t>0</w:t>
            </w:r>
          </w:p>
        </w:tc>
        <w:tc>
          <w:tcPr>
            <w:tcW w:w="564" w:type="dxa"/>
            <w:tcMar>
              <w:top w:w="20" w:type="dxa"/>
              <w:left w:w="50" w:type="dxa"/>
              <w:bottom w:w="20" w:type="dxa"/>
              <w:right w:w="50" w:type="dxa"/>
            </w:tcMar>
          </w:tcPr>
          <w:p w14:paraId="16A798A4" w14:textId="77777777" w:rsidR="00292F36" w:rsidRDefault="00000000">
            <w:r>
              <w:rPr>
                <w:sz w:val="12"/>
              </w:rPr>
              <w:t>0</w:t>
            </w:r>
          </w:p>
        </w:tc>
      </w:tr>
      <w:tr w:rsidR="00292F36" w14:paraId="7F093909" w14:textId="77777777">
        <w:tc>
          <w:tcPr>
            <w:tcW w:w="564" w:type="dxa"/>
            <w:tcMar>
              <w:top w:w="20" w:type="dxa"/>
              <w:left w:w="50" w:type="dxa"/>
              <w:bottom w:w="20" w:type="dxa"/>
              <w:right w:w="50" w:type="dxa"/>
            </w:tcMar>
          </w:tcPr>
          <w:p w14:paraId="6FC0AD6C" w14:textId="77777777" w:rsidR="00292F36" w:rsidRDefault="00000000">
            <w:r>
              <w:rPr>
                <w:sz w:val="12"/>
              </w:rPr>
              <w:t>2023_piedra_blanca_piedra_blanca_shallow_6</w:t>
            </w:r>
          </w:p>
        </w:tc>
        <w:tc>
          <w:tcPr>
            <w:tcW w:w="564" w:type="dxa"/>
            <w:tcMar>
              <w:top w:w="20" w:type="dxa"/>
              <w:left w:w="50" w:type="dxa"/>
              <w:bottom w:w="20" w:type="dxa"/>
              <w:right w:w="50" w:type="dxa"/>
            </w:tcMar>
          </w:tcPr>
          <w:p w14:paraId="4DCA0D88" w14:textId="77777777" w:rsidR="00292F36" w:rsidRDefault="00000000">
            <w:r>
              <w:rPr>
                <w:sz w:val="12"/>
              </w:rPr>
              <w:t>-0.3475449</w:t>
            </w:r>
          </w:p>
        </w:tc>
        <w:tc>
          <w:tcPr>
            <w:tcW w:w="564" w:type="dxa"/>
            <w:tcMar>
              <w:top w:w="20" w:type="dxa"/>
              <w:left w:w="50" w:type="dxa"/>
              <w:bottom w:w="20" w:type="dxa"/>
              <w:right w:w="50" w:type="dxa"/>
            </w:tcMar>
          </w:tcPr>
          <w:p w14:paraId="5B75F9A4" w14:textId="77777777" w:rsidR="00292F36" w:rsidRDefault="00000000">
            <w:r>
              <w:rPr>
                <w:sz w:val="12"/>
              </w:rPr>
              <w:t>-0.2573024</w:t>
            </w:r>
          </w:p>
        </w:tc>
        <w:tc>
          <w:tcPr>
            <w:tcW w:w="564" w:type="dxa"/>
            <w:tcMar>
              <w:top w:w="20" w:type="dxa"/>
              <w:left w:w="50" w:type="dxa"/>
              <w:bottom w:w="20" w:type="dxa"/>
              <w:right w:w="50" w:type="dxa"/>
            </w:tcMar>
          </w:tcPr>
          <w:p w14:paraId="57F6DD3F" w14:textId="77777777" w:rsidR="00292F36" w:rsidRDefault="00000000">
            <w:r>
              <w:rPr>
                <w:sz w:val="12"/>
              </w:rPr>
              <w:t>2023</w:t>
            </w:r>
          </w:p>
        </w:tc>
        <w:tc>
          <w:tcPr>
            <w:tcW w:w="564" w:type="dxa"/>
            <w:tcMar>
              <w:top w:w="20" w:type="dxa"/>
              <w:left w:w="50" w:type="dxa"/>
              <w:bottom w:w="20" w:type="dxa"/>
              <w:right w:w="50" w:type="dxa"/>
            </w:tcMar>
          </w:tcPr>
          <w:p w14:paraId="34929D78" w14:textId="77777777" w:rsidR="00292F36" w:rsidRDefault="00000000">
            <w:r>
              <w:rPr>
                <w:sz w:val="12"/>
              </w:rPr>
              <w:t>punta_eugenia</w:t>
            </w:r>
          </w:p>
        </w:tc>
        <w:tc>
          <w:tcPr>
            <w:tcW w:w="564" w:type="dxa"/>
            <w:tcMar>
              <w:top w:w="20" w:type="dxa"/>
              <w:left w:w="50" w:type="dxa"/>
              <w:bottom w:w="20" w:type="dxa"/>
              <w:right w:w="50" w:type="dxa"/>
            </w:tcMar>
          </w:tcPr>
          <w:p w14:paraId="77AFC76D" w14:textId="77777777" w:rsidR="00292F36" w:rsidRDefault="00000000">
            <w:r>
              <w:rPr>
                <w:sz w:val="12"/>
              </w:rPr>
              <w:t>South</w:t>
            </w:r>
          </w:p>
        </w:tc>
        <w:tc>
          <w:tcPr>
            <w:tcW w:w="564" w:type="dxa"/>
            <w:tcMar>
              <w:top w:w="20" w:type="dxa"/>
              <w:left w:w="50" w:type="dxa"/>
              <w:bottom w:w="20" w:type="dxa"/>
              <w:right w:w="50" w:type="dxa"/>
            </w:tcMar>
          </w:tcPr>
          <w:p w14:paraId="2D82A1B3" w14:textId="77777777" w:rsidR="00292F36" w:rsidRDefault="00000000">
            <w:r>
              <w:rPr>
                <w:sz w:val="12"/>
              </w:rPr>
              <w:t>piedra_blanca</w:t>
            </w:r>
          </w:p>
        </w:tc>
        <w:tc>
          <w:tcPr>
            <w:tcW w:w="564" w:type="dxa"/>
            <w:tcMar>
              <w:top w:w="20" w:type="dxa"/>
              <w:left w:w="50" w:type="dxa"/>
              <w:bottom w:w="20" w:type="dxa"/>
              <w:right w:w="50" w:type="dxa"/>
            </w:tcMar>
          </w:tcPr>
          <w:p w14:paraId="078228AC" w14:textId="77777777" w:rsidR="00292F36" w:rsidRDefault="00000000">
            <w:r>
              <w:rPr>
                <w:sz w:val="12"/>
              </w:rPr>
              <w:t>piedra_blanca_shallow</w:t>
            </w:r>
          </w:p>
        </w:tc>
        <w:tc>
          <w:tcPr>
            <w:tcW w:w="564" w:type="dxa"/>
            <w:tcMar>
              <w:top w:w="20" w:type="dxa"/>
              <w:left w:w="50" w:type="dxa"/>
              <w:bottom w:w="20" w:type="dxa"/>
              <w:right w:w="50" w:type="dxa"/>
            </w:tcMar>
          </w:tcPr>
          <w:p w14:paraId="275EFD64" w14:textId="77777777" w:rsidR="00292F36" w:rsidRDefault="00000000">
            <w:r>
              <w:rPr>
                <w:sz w:val="12"/>
              </w:rPr>
              <w:t>6</w:t>
            </w:r>
          </w:p>
        </w:tc>
        <w:tc>
          <w:tcPr>
            <w:tcW w:w="564" w:type="dxa"/>
            <w:tcMar>
              <w:top w:w="20" w:type="dxa"/>
              <w:left w:w="50" w:type="dxa"/>
              <w:bottom w:w="20" w:type="dxa"/>
              <w:right w:w="50" w:type="dxa"/>
            </w:tcMar>
          </w:tcPr>
          <w:p w14:paraId="022BB3EF" w14:textId="77777777" w:rsidR="00292F36" w:rsidRDefault="00000000">
            <w:r>
              <w:rPr>
                <w:sz w:val="12"/>
              </w:rPr>
              <w:t>22.9699993</w:t>
            </w:r>
          </w:p>
        </w:tc>
        <w:tc>
          <w:tcPr>
            <w:tcW w:w="564" w:type="dxa"/>
            <w:tcMar>
              <w:top w:w="20" w:type="dxa"/>
              <w:left w:w="50" w:type="dxa"/>
              <w:bottom w:w="20" w:type="dxa"/>
              <w:right w:w="50" w:type="dxa"/>
            </w:tcMar>
          </w:tcPr>
          <w:p w14:paraId="61A279B1" w14:textId="77777777" w:rsidR="00292F36" w:rsidRDefault="00000000">
            <w:r>
              <w:rPr>
                <w:sz w:val="12"/>
              </w:rPr>
              <w:t>9.278677</w:t>
            </w:r>
          </w:p>
        </w:tc>
        <w:tc>
          <w:tcPr>
            <w:tcW w:w="564" w:type="dxa"/>
            <w:tcMar>
              <w:top w:w="20" w:type="dxa"/>
              <w:left w:w="50" w:type="dxa"/>
              <w:bottom w:w="20" w:type="dxa"/>
              <w:right w:w="50" w:type="dxa"/>
            </w:tcMar>
          </w:tcPr>
          <w:p w14:paraId="3123590A" w14:textId="77777777" w:rsidR="00292F36" w:rsidRDefault="00000000">
            <w:r>
              <w:rPr>
                <w:sz w:val="12"/>
              </w:rPr>
              <w:t>0.8772242</w:t>
            </w:r>
          </w:p>
        </w:tc>
        <w:tc>
          <w:tcPr>
            <w:tcW w:w="564" w:type="dxa"/>
            <w:tcMar>
              <w:top w:w="20" w:type="dxa"/>
              <w:left w:w="50" w:type="dxa"/>
              <w:bottom w:w="20" w:type="dxa"/>
              <w:right w:w="50" w:type="dxa"/>
            </w:tcMar>
          </w:tcPr>
          <w:p w14:paraId="341BA807" w14:textId="77777777" w:rsidR="00292F36" w:rsidRDefault="00000000">
            <w:r>
              <w:rPr>
                <w:sz w:val="12"/>
              </w:rPr>
              <w:t>0.1227758</w:t>
            </w:r>
          </w:p>
        </w:tc>
        <w:tc>
          <w:tcPr>
            <w:tcW w:w="564" w:type="dxa"/>
            <w:tcMar>
              <w:top w:w="20" w:type="dxa"/>
              <w:left w:w="50" w:type="dxa"/>
              <w:bottom w:w="20" w:type="dxa"/>
              <w:right w:w="50" w:type="dxa"/>
            </w:tcMar>
          </w:tcPr>
          <w:p w14:paraId="2409F4C1" w14:textId="77777777" w:rsidR="00292F36" w:rsidRDefault="00000000">
            <w:r>
              <w:rPr>
                <w:sz w:val="12"/>
              </w:rPr>
              <w:t>0</w:t>
            </w:r>
          </w:p>
        </w:tc>
        <w:tc>
          <w:tcPr>
            <w:tcW w:w="564" w:type="dxa"/>
            <w:tcMar>
              <w:top w:w="20" w:type="dxa"/>
              <w:left w:w="50" w:type="dxa"/>
              <w:bottom w:w="20" w:type="dxa"/>
              <w:right w:w="50" w:type="dxa"/>
            </w:tcMar>
          </w:tcPr>
          <w:p w14:paraId="2CFF4C48" w14:textId="77777777" w:rsidR="00292F36" w:rsidRDefault="00000000">
            <w:r>
              <w:rPr>
                <w:sz w:val="12"/>
              </w:rPr>
              <w:t>0</w:t>
            </w:r>
          </w:p>
        </w:tc>
        <w:tc>
          <w:tcPr>
            <w:tcW w:w="564" w:type="dxa"/>
            <w:tcMar>
              <w:top w:w="20" w:type="dxa"/>
              <w:left w:w="50" w:type="dxa"/>
              <w:bottom w:w="20" w:type="dxa"/>
              <w:right w:w="50" w:type="dxa"/>
            </w:tcMar>
          </w:tcPr>
          <w:p w14:paraId="591E3A86" w14:textId="77777777" w:rsidR="00292F36" w:rsidRDefault="00000000">
            <w:r>
              <w:rPr>
                <w:sz w:val="12"/>
              </w:rPr>
              <w:t>0</w:t>
            </w:r>
          </w:p>
        </w:tc>
        <w:tc>
          <w:tcPr>
            <w:tcW w:w="564" w:type="dxa"/>
            <w:tcMar>
              <w:top w:w="20" w:type="dxa"/>
              <w:left w:w="50" w:type="dxa"/>
              <w:bottom w:w="20" w:type="dxa"/>
              <w:right w:w="50" w:type="dxa"/>
            </w:tcMar>
          </w:tcPr>
          <w:p w14:paraId="77B814BF" w14:textId="77777777" w:rsidR="00292F36" w:rsidRDefault="00000000">
            <w:r>
              <w:rPr>
                <w:sz w:val="12"/>
              </w:rPr>
              <w:t>0</w:t>
            </w:r>
          </w:p>
        </w:tc>
        <w:tc>
          <w:tcPr>
            <w:tcW w:w="564" w:type="dxa"/>
            <w:tcMar>
              <w:top w:w="20" w:type="dxa"/>
              <w:left w:w="50" w:type="dxa"/>
              <w:bottom w:w="20" w:type="dxa"/>
              <w:right w:w="50" w:type="dxa"/>
            </w:tcMar>
          </w:tcPr>
          <w:p w14:paraId="6C00DD11" w14:textId="77777777" w:rsidR="00292F36" w:rsidRDefault="00000000">
            <w:r>
              <w:rPr>
                <w:sz w:val="12"/>
              </w:rPr>
              <w:t>0</w:t>
            </w:r>
          </w:p>
        </w:tc>
        <w:tc>
          <w:tcPr>
            <w:tcW w:w="564" w:type="dxa"/>
            <w:tcMar>
              <w:top w:w="20" w:type="dxa"/>
              <w:left w:w="50" w:type="dxa"/>
              <w:bottom w:w="20" w:type="dxa"/>
              <w:right w:w="50" w:type="dxa"/>
            </w:tcMar>
          </w:tcPr>
          <w:p w14:paraId="782DD4C7" w14:textId="77777777" w:rsidR="00292F36" w:rsidRDefault="00000000">
            <w:r>
              <w:rPr>
                <w:sz w:val="12"/>
              </w:rPr>
              <w:t>0</w:t>
            </w:r>
          </w:p>
        </w:tc>
        <w:tc>
          <w:tcPr>
            <w:tcW w:w="564" w:type="dxa"/>
            <w:tcMar>
              <w:top w:w="20" w:type="dxa"/>
              <w:left w:w="50" w:type="dxa"/>
              <w:bottom w:w="20" w:type="dxa"/>
              <w:right w:w="50" w:type="dxa"/>
            </w:tcMar>
          </w:tcPr>
          <w:p w14:paraId="1148BD06" w14:textId="77777777" w:rsidR="00292F36" w:rsidRDefault="00000000">
            <w:r>
              <w:rPr>
                <w:sz w:val="12"/>
              </w:rPr>
              <w:t>0.02325581</w:t>
            </w:r>
          </w:p>
        </w:tc>
        <w:tc>
          <w:tcPr>
            <w:tcW w:w="564" w:type="dxa"/>
            <w:tcMar>
              <w:top w:w="20" w:type="dxa"/>
              <w:left w:w="50" w:type="dxa"/>
              <w:bottom w:w="20" w:type="dxa"/>
              <w:right w:w="50" w:type="dxa"/>
            </w:tcMar>
          </w:tcPr>
          <w:p w14:paraId="2E8843DB" w14:textId="77777777" w:rsidR="00292F36" w:rsidRDefault="00000000">
            <w:r>
              <w:rPr>
                <w:sz w:val="12"/>
              </w:rPr>
              <w:t>0.81395349</w:t>
            </w:r>
          </w:p>
        </w:tc>
        <w:tc>
          <w:tcPr>
            <w:tcW w:w="564" w:type="dxa"/>
            <w:tcMar>
              <w:top w:w="20" w:type="dxa"/>
              <w:left w:w="50" w:type="dxa"/>
              <w:bottom w:w="20" w:type="dxa"/>
              <w:right w:w="50" w:type="dxa"/>
            </w:tcMar>
          </w:tcPr>
          <w:p w14:paraId="3C9FF6A2" w14:textId="77777777" w:rsidR="00292F36" w:rsidRDefault="00000000">
            <w:r>
              <w:rPr>
                <w:sz w:val="12"/>
              </w:rPr>
              <w:t>0.08139535</w:t>
            </w:r>
          </w:p>
        </w:tc>
        <w:tc>
          <w:tcPr>
            <w:tcW w:w="564" w:type="dxa"/>
            <w:tcMar>
              <w:top w:w="20" w:type="dxa"/>
              <w:left w:w="50" w:type="dxa"/>
              <w:bottom w:w="20" w:type="dxa"/>
              <w:right w:w="50" w:type="dxa"/>
            </w:tcMar>
          </w:tcPr>
          <w:p w14:paraId="5FC58907" w14:textId="77777777" w:rsidR="00292F36" w:rsidRDefault="00000000">
            <w:r>
              <w:rPr>
                <w:sz w:val="12"/>
              </w:rPr>
              <w:t>0</w:t>
            </w:r>
          </w:p>
        </w:tc>
        <w:tc>
          <w:tcPr>
            <w:tcW w:w="564" w:type="dxa"/>
            <w:tcMar>
              <w:top w:w="20" w:type="dxa"/>
              <w:left w:w="50" w:type="dxa"/>
              <w:bottom w:w="20" w:type="dxa"/>
              <w:right w:w="50" w:type="dxa"/>
            </w:tcMar>
          </w:tcPr>
          <w:p w14:paraId="3826CC20" w14:textId="77777777" w:rsidR="00292F36" w:rsidRDefault="00000000">
            <w:r>
              <w:rPr>
                <w:sz w:val="12"/>
              </w:rPr>
              <w:t>0.08139535</w:t>
            </w:r>
          </w:p>
        </w:tc>
        <w:tc>
          <w:tcPr>
            <w:tcW w:w="564" w:type="dxa"/>
            <w:tcMar>
              <w:top w:w="20" w:type="dxa"/>
              <w:left w:w="50" w:type="dxa"/>
              <w:bottom w:w="20" w:type="dxa"/>
              <w:right w:w="50" w:type="dxa"/>
            </w:tcMar>
          </w:tcPr>
          <w:p w14:paraId="4371C7C2" w14:textId="77777777" w:rsidR="00292F36" w:rsidRDefault="00000000">
            <w:r>
              <w:rPr>
                <w:sz w:val="12"/>
              </w:rPr>
              <w:t>0</w:t>
            </w:r>
          </w:p>
        </w:tc>
      </w:tr>
      <w:tr w:rsidR="00292F36" w14:paraId="6ECFC810" w14:textId="77777777">
        <w:tc>
          <w:tcPr>
            <w:tcW w:w="564" w:type="dxa"/>
            <w:tcMar>
              <w:top w:w="20" w:type="dxa"/>
              <w:left w:w="50" w:type="dxa"/>
              <w:bottom w:w="20" w:type="dxa"/>
              <w:right w:w="50" w:type="dxa"/>
            </w:tcMar>
          </w:tcPr>
          <w:p w14:paraId="1FDE0D20" w14:textId="77777777" w:rsidR="00292F36" w:rsidRDefault="00000000">
            <w:r>
              <w:rPr>
                <w:sz w:val="12"/>
              </w:rPr>
              <w:t>2023_punta_banda_punta_banda_shallow_6</w:t>
            </w:r>
          </w:p>
        </w:tc>
        <w:tc>
          <w:tcPr>
            <w:tcW w:w="564" w:type="dxa"/>
            <w:tcMar>
              <w:top w:w="20" w:type="dxa"/>
              <w:left w:w="50" w:type="dxa"/>
              <w:bottom w:w="20" w:type="dxa"/>
              <w:right w:w="50" w:type="dxa"/>
            </w:tcMar>
          </w:tcPr>
          <w:p w14:paraId="24AA4C09" w14:textId="77777777" w:rsidR="00292F36" w:rsidRDefault="00000000">
            <w:r>
              <w:rPr>
                <w:sz w:val="12"/>
              </w:rPr>
              <w:t>0.66981448</w:t>
            </w:r>
          </w:p>
        </w:tc>
        <w:tc>
          <w:tcPr>
            <w:tcW w:w="564" w:type="dxa"/>
            <w:tcMar>
              <w:top w:w="20" w:type="dxa"/>
              <w:left w:w="50" w:type="dxa"/>
              <w:bottom w:w="20" w:type="dxa"/>
              <w:right w:w="50" w:type="dxa"/>
            </w:tcMar>
          </w:tcPr>
          <w:p w14:paraId="3433ACB8" w14:textId="77777777" w:rsidR="00292F36" w:rsidRDefault="00000000">
            <w:r>
              <w:rPr>
                <w:sz w:val="12"/>
              </w:rPr>
              <w:t>-0.21171</w:t>
            </w:r>
          </w:p>
        </w:tc>
        <w:tc>
          <w:tcPr>
            <w:tcW w:w="564" w:type="dxa"/>
            <w:tcMar>
              <w:top w:w="20" w:type="dxa"/>
              <w:left w:w="50" w:type="dxa"/>
              <w:bottom w:w="20" w:type="dxa"/>
              <w:right w:w="50" w:type="dxa"/>
            </w:tcMar>
          </w:tcPr>
          <w:p w14:paraId="3D75D234" w14:textId="77777777" w:rsidR="00292F36" w:rsidRDefault="00000000">
            <w:r>
              <w:rPr>
                <w:sz w:val="12"/>
              </w:rPr>
              <w:t>2023</w:t>
            </w:r>
          </w:p>
        </w:tc>
        <w:tc>
          <w:tcPr>
            <w:tcW w:w="564" w:type="dxa"/>
            <w:tcMar>
              <w:top w:w="20" w:type="dxa"/>
              <w:left w:w="50" w:type="dxa"/>
              <w:bottom w:w="20" w:type="dxa"/>
              <w:right w:w="50" w:type="dxa"/>
            </w:tcMar>
          </w:tcPr>
          <w:p w14:paraId="6C0DFA0B" w14:textId="77777777" w:rsidR="00292F36" w:rsidRDefault="00000000">
            <w:r>
              <w:rPr>
                <w:sz w:val="12"/>
              </w:rPr>
              <w:t>ensenada</w:t>
            </w:r>
          </w:p>
        </w:tc>
        <w:tc>
          <w:tcPr>
            <w:tcW w:w="564" w:type="dxa"/>
            <w:tcMar>
              <w:top w:w="20" w:type="dxa"/>
              <w:left w:w="50" w:type="dxa"/>
              <w:bottom w:w="20" w:type="dxa"/>
              <w:right w:w="50" w:type="dxa"/>
            </w:tcMar>
          </w:tcPr>
          <w:p w14:paraId="6F3E5A13" w14:textId="77777777" w:rsidR="00292F36" w:rsidRDefault="00000000">
            <w:r>
              <w:rPr>
                <w:sz w:val="12"/>
              </w:rPr>
              <w:t>North</w:t>
            </w:r>
          </w:p>
        </w:tc>
        <w:tc>
          <w:tcPr>
            <w:tcW w:w="564" w:type="dxa"/>
            <w:tcMar>
              <w:top w:w="20" w:type="dxa"/>
              <w:left w:w="50" w:type="dxa"/>
              <w:bottom w:w="20" w:type="dxa"/>
              <w:right w:w="50" w:type="dxa"/>
            </w:tcMar>
          </w:tcPr>
          <w:p w14:paraId="46128243" w14:textId="77777777" w:rsidR="00292F36" w:rsidRDefault="00000000">
            <w:r>
              <w:rPr>
                <w:sz w:val="12"/>
              </w:rPr>
              <w:t>punta_banda</w:t>
            </w:r>
          </w:p>
        </w:tc>
        <w:tc>
          <w:tcPr>
            <w:tcW w:w="564" w:type="dxa"/>
            <w:tcMar>
              <w:top w:w="20" w:type="dxa"/>
              <w:left w:w="50" w:type="dxa"/>
              <w:bottom w:w="20" w:type="dxa"/>
              <w:right w:w="50" w:type="dxa"/>
            </w:tcMar>
          </w:tcPr>
          <w:p w14:paraId="4F1C2BD1" w14:textId="77777777" w:rsidR="00292F36" w:rsidRDefault="00000000">
            <w:r>
              <w:rPr>
                <w:sz w:val="12"/>
              </w:rPr>
              <w:t>punta_banda_shallow</w:t>
            </w:r>
          </w:p>
        </w:tc>
        <w:tc>
          <w:tcPr>
            <w:tcW w:w="564" w:type="dxa"/>
            <w:tcMar>
              <w:top w:w="20" w:type="dxa"/>
              <w:left w:w="50" w:type="dxa"/>
              <w:bottom w:w="20" w:type="dxa"/>
              <w:right w:w="50" w:type="dxa"/>
            </w:tcMar>
          </w:tcPr>
          <w:p w14:paraId="06C9C4D9" w14:textId="77777777" w:rsidR="00292F36" w:rsidRDefault="00000000">
            <w:r>
              <w:rPr>
                <w:sz w:val="12"/>
              </w:rPr>
              <w:t>6</w:t>
            </w:r>
          </w:p>
        </w:tc>
        <w:tc>
          <w:tcPr>
            <w:tcW w:w="564" w:type="dxa"/>
            <w:tcMar>
              <w:top w:w="20" w:type="dxa"/>
              <w:left w:w="50" w:type="dxa"/>
              <w:bottom w:w="20" w:type="dxa"/>
              <w:right w:w="50" w:type="dxa"/>
            </w:tcMar>
          </w:tcPr>
          <w:p w14:paraId="05917D18" w14:textId="77777777" w:rsidR="00292F36" w:rsidRDefault="00000000">
            <w:r>
              <w:rPr>
                <w:sz w:val="12"/>
              </w:rPr>
              <w:t>18.0799999</w:t>
            </w:r>
          </w:p>
        </w:tc>
        <w:tc>
          <w:tcPr>
            <w:tcW w:w="564" w:type="dxa"/>
            <w:tcMar>
              <w:top w:w="20" w:type="dxa"/>
              <w:left w:w="50" w:type="dxa"/>
              <w:bottom w:w="20" w:type="dxa"/>
              <w:right w:w="50" w:type="dxa"/>
            </w:tcMar>
          </w:tcPr>
          <w:p w14:paraId="3978C767" w14:textId="77777777" w:rsidR="00292F36" w:rsidRDefault="00000000">
            <w:r>
              <w:rPr>
                <w:sz w:val="12"/>
              </w:rPr>
              <w:t>0.19258183</w:t>
            </w:r>
          </w:p>
        </w:tc>
        <w:tc>
          <w:tcPr>
            <w:tcW w:w="564" w:type="dxa"/>
            <w:tcMar>
              <w:top w:w="20" w:type="dxa"/>
              <w:left w:w="50" w:type="dxa"/>
              <w:bottom w:w="20" w:type="dxa"/>
              <w:right w:w="50" w:type="dxa"/>
            </w:tcMar>
          </w:tcPr>
          <w:p w14:paraId="69869168" w14:textId="77777777" w:rsidR="00292F36" w:rsidRDefault="00000000">
            <w:r>
              <w:rPr>
                <w:sz w:val="12"/>
              </w:rPr>
              <w:t>0</w:t>
            </w:r>
          </w:p>
        </w:tc>
        <w:tc>
          <w:tcPr>
            <w:tcW w:w="564" w:type="dxa"/>
            <w:tcMar>
              <w:top w:w="20" w:type="dxa"/>
              <w:left w:w="50" w:type="dxa"/>
              <w:bottom w:w="20" w:type="dxa"/>
              <w:right w:w="50" w:type="dxa"/>
            </w:tcMar>
          </w:tcPr>
          <w:p w14:paraId="6A853E8F" w14:textId="77777777" w:rsidR="00292F36" w:rsidRDefault="00000000">
            <w:r>
              <w:rPr>
                <w:sz w:val="12"/>
              </w:rPr>
              <w:t>1</w:t>
            </w:r>
          </w:p>
        </w:tc>
        <w:tc>
          <w:tcPr>
            <w:tcW w:w="564" w:type="dxa"/>
            <w:tcMar>
              <w:top w:w="20" w:type="dxa"/>
              <w:left w:w="50" w:type="dxa"/>
              <w:bottom w:w="20" w:type="dxa"/>
              <w:right w:w="50" w:type="dxa"/>
            </w:tcMar>
          </w:tcPr>
          <w:p w14:paraId="14BDF6DA" w14:textId="77777777" w:rsidR="00292F36" w:rsidRDefault="00000000">
            <w:r>
              <w:rPr>
                <w:sz w:val="12"/>
              </w:rPr>
              <w:t>0</w:t>
            </w:r>
          </w:p>
        </w:tc>
        <w:tc>
          <w:tcPr>
            <w:tcW w:w="564" w:type="dxa"/>
            <w:tcMar>
              <w:top w:w="20" w:type="dxa"/>
              <w:left w:w="50" w:type="dxa"/>
              <w:bottom w:w="20" w:type="dxa"/>
              <w:right w:w="50" w:type="dxa"/>
            </w:tcMar>
          </w:tcPr>
          <w:p w14:paraId="56B3C92F" w14:textId="77777777" w:rsidR="00292F36" w:rsidRDefault="00000000">
            <w:r>
              <w:rPr>
                <w:sz w:val="12"/>
              </w:rPr>
              <w:t>0</w:t>
            </w:r>
          </w:p>
        </w:tc>
        <w:tc>
          <w:tcPr>
            <w:tcW w:w="564" w:type="dxa"/>
            <w:tcMar>
              <w:top w:w="20" w:type="dxa"/>
              <w:left w:w="50" w:type="dxa"/>
              <w:bottom w:w="20" w:type="dxa"/>
              <w:right w:w="50" w:type="dxa"/>
            </w:tcMar>
          </w:tcPr>
          <w:p w14:paraId="4A39EE8F" w14:textId="77777777" w:rsidR="00292F36" w:rsidRDefault="00000000">
            <w:r>
              <w:rPr>
                <w:sz w:val="12"/>
              </w:rPr>
              <w:t>0</w:t>
            </w:r>
          </w:p>
        </w:tc>
        <w:tc>
          <w:tcPr>
            <w:tcW w:w="564" w:type="dxa"/>
            <w:tcMar>
              <w:top w:w="20" w:type="dxa"/>
              <w:left w:w="50" w:type="dxa"/>
              <w:bottom w:w="20" w:type="dxa"/>
              <w:right w:w="50" w:type="dxa"/>
            </w:tcMar>
          </w:tcPr>
          <w:p w14:paraId="2B81BFAA" w14:textId="77777777" w:rsidR="00292F36" w:rsidRDefault="00000000">
            <w:r>
              <w:rPr>
                <w:sz w:val="12"/>
              </w:rPr>
              <w:t>0</w:t>
            </w:r>
          </w:p>
        </w:tc>
        <w:tc>
          <w:tcPr>
            <w:tcW w:w="564" w:type="dxa"/>
            <w:tcMar>
              <w:top w:w="20" w:type="dxa"/>
              <w:left w:w="50" w:type="dxa"/>
              <w:bottom w:w="20" w:type="dxa"/>
              <w:right w:w="50" w:type="dxa"/>
            </w:tcMar>
          </w:tcPr>
          <w:p w14:paraId="2BA29CD3" w14:textId="77777777" w:rsidR="00292F36" w:rsidRDefault="00000000">
            <w:r>
              <w:rPr>
                <w:sz w:val="12"/>
              </w:rPr>
              <w:t>0</w:t>
            </w:r>
          </w:p>
        </w:tc>
        <w:tc>
          <w:tcPr>
            <w:tcW w:w="564" w:type="dxa"/>
            <w:tcMar>
              <w:top w:w="20" w:type="dxa"/>
              <w:left w:w="50" w:type="dxa"/>
              <w:bottom w:w="20" w:type="dxa"/>
              <w:right w:w="50" w:type="dxa"/>
            </w:tcMar>
          </w:tcPr>
          <w:p w14:paraId="186709BF" w14:textId="77777777" w:rsidR="00292F36" w:rsidRDefault="00000000">
            <w:r>
              <w:rPr>
                <w:sz w:val="12"/>
              </w:rPr>
              <w:t>0</w:t>
            </w:r>
          </w:p>
        </w:tc>
        <w:tc>
          <w:tcPr>
            <w:tcW w:w="564" w:type="dxa"/>
            <w:tcMar>
              <w:top w:w="20" w:type="dxa"/>
              <w:left w:w="50" w:type="dxa"/>
              <w:bottom w:w="20" w:type="dxa"/>
              <w:right w:w="50" w:type="dxa"/>
            </w:tcMar>
          </w:tcPr>
          <w:p w14:paraId="43ED959D" w14:textId="77777777" w:rsidR="00292F36" w:rsidRDefault="00000000">
            <w:r>
              <w:rPr>
                <w:sz w:val="12"/>
              </w:rPr>
              <w:t>0</w:t>
            </w:r>
          </w:p>
        </w:tc>
        <w:tc>
          <w:tcPr>
            <w:tcW w:w="564" w:type="dxa"/>
            <w:tcMar>
              <w:top w:w="20" w:type="dxa"/>
              <w:left w:w="50" w:type="dxa"/>
              <w:bottom w:w="20" w:type="dxa"/>
              <w:right w:w="50" w:type="dxa"/>
            </w:tcMar>
          </w:tcPr>
          <w:p w14:paraId="0C918ED7" w14:textId="77777777" w:rsidR="00292F36" w:rsidRDefault="00000000">
            <w:r>
              <w:rPr>
                <w:sz w:val="12"/>
              </w:rPr>
              <w:t>0.40522876</w:t>
            </w:r>
          </w:p>
        </w:tc>
        <w:tc>
          <w:tcPr>
            <w:tcW w:w="564" w:type="dxa"/>
            <w:tcMar>
              <w:top w:w="20" w:type="dxa"/>
              <w:left w:w="50" w:type="dxa"/>
              <w:bottom w:w="20" w:type="dxa"/>
              <w:right w:w="50" w:type="dxa"/>
            </w:tcMar>
          </w:tcPr>
          <w:p w14:paraId="472189AC" w14:textId="77777777" w:rsidR="00292F36" w:rsidRDefault="00000000">
            <w:r>
              <w:rPr>
                <w:sz w:val="12"/>
              </w:rPr>
              <w:t>0</w:t>
            </w:r>
          </w:p>
        </w:tc>
        <w:tc>
          <w:tcPr>
            <w:tcW w:w="564" w:type="dxa"/>
            <w:tcMar>
              <w:top w:w="20" w:type="dxa"/>
              <w:left w:w="50" w:type="dxa"/>
              <w:bottom w:w="20" w:type="dxa"/>
              <w:right w:w="50" w:type="dxa"/>
            </w:tcMar>
          </w:tcPr>
          <w:p w14:paraId="6CAB74D5" w14:textId="77777777" w:rsidR="00292F36" w:rsidRDefault="00000000">
            <w:r>
              <w:rPr>
                <w:sz w:val="12"/>
              </w:rPr>
              <w:t>0.07843137</w:t>
            </w:r>
          </w:p>
        </w:tc>
        <w:tc>
          <w:tcPr>
            <w:tcW w:w="564" w:type="dxa"/>
            <w:tcMar>
              <w:top w:w="20" w:type="dxa"/>
              <w:left w:w="50" w:type="dxa"/>
              <w:bottom w:w="20" w:type="dxa"/>
              <w:right w:w="50" w:type="dxa"/>
            </w:tcMar>
          </w:tcPr>
          <w:p w14:paraId="08ADF80F" w14:textId="77777777" w:rsidR="00292F36" w:rsidRDefault="00000000">
            <w:r>
              <w:rPr>
                <w:sz w:val="12"/>
              </w:rPr>
              <w:t>0</w:t>
            </w:r>
          </w:p>
        </w:tc>
        <w:tc>
          <w:tcPr>
            <w:tcW w:w="564" w:type="dxa"/>
            <w:tcMar>
              <w:top w:w="20" w:type="dxa"/>
              <w:left w:w="50" w:type="dxa"/>
              <w:bottom w:w="20" w:type="dxa"/>
              <w:right w:w="50" w:type="dxa"/>
            </w:tcMar>
          </w:tcPr>
          <w:p w14:paraId="1512017D" w14:textId="77777777" w:rsidR="00292F36" w:rsidRDefault="00000000">
            <w:r>
              <w:rPr>
                <w:sz w:val="12"/>
              </w:rPr>
              <w:t>0.51633987</w:t>
            </w:r>
          </w:p>
        </w:tc>
      </w:tr>
      <w:tr w:rsidR="00292F36" w14:paraId="7CA9124A" w14:textId="77777777">
        <w:tc>
          <w:tcPr>
            <w:tcW w:w="564" w:type="dxa"/>
            <w:tcMar>
              <w:top w:w="20" w:type="dxa"/>
              <w:left w:w="50" w:type="dxa"/>
              <w:bottom w:w="20" w:type="dxa"/>
              <w:right w:w="50" w:type="dxa"/>
            </w:tcMar>
          </w:tcPr>
          <w:p w14:paraId="343AFBBC" w14:textId="77777777" w:rsidR="00292F36" w:rsidRDefault="00000000">
            <w:r>
              <w:rPr>
                <w:sz w:val="12"/>
              </w:rPr>
              <w:t>2023_san_miguel</w:t>
            </w:r>
            <w:r>
              <w:rPr>
                <w:sz w:val="12"/>
              </w:rPr>
              <w:lastRenderedPageBreak/>
              <w:t>_san_miguel_south_mid_1</w:t>
            </w:r>
          </w:p>
        </w:tc>
        <w:tc>
          <w:tcPr>
            <w:tcW w:w="564" w:type="dxa"/>
            <w:tcMar>
              <w:top w:w="20" w:type="dxa"/>
              <w:left w:w="50" w:type="dxa"/>
              <w:bottom w:w="20" w:type="dxa"/>
              <w:right w:w="50" w:type="dxa"/>
            </w:tcMar>
          </w:tcPr>
          <w:p w14:paraId="55D820C1" w14:textId="77777777" w:rsidR="00292F36" w:rsidRDefault="00000000">
            <w:r>
              <w:rPr>
                <w:sz w:val="12"/>
              </w:rPr>
              <w:lastRenderedPageBreak/>
              <w:t>-0.084102</w:t>
            </w:r>
            <w:r>
              <w:rPr>
                <w:sz w:val="12"/>
              </w:rPr>
              <w:lastRenderedPageBreak/>
              <w:t>3</w:t>
            </w:r>
          </w:p>
        </w:tc>
        <w:tc>
          <w:tcPr>
            <w:tcW w:w="564" w:type="dxa"/>
            <w:tcMar>
              <w:top w:w="20" w:type="dxa"/>
              <w:left w:w="50" w:type="dxa"/>
              <w:bottom w:w="20" w:type="dxa"/>
              <w:right w:w="50" w:type="dxa"/>
            </w:tcMar>
          </w:tcPr>
          <w:p w14:paraId="5F6D7490" w14:textId="77777777" w:rsidR="00292F36" w:rsidRDefault="00000000">
            <w:r>
              <w:rPr>
                <w:sz w:val="12"/>
              </w:rPr>
              <w:lastRenderedPageBreak/>
              <w:t>0.61374126</w:t>
            </w:r>
          </w:p>
        </w:tc>
        <w:tc>
          <w:tcPr>
            <w:tcW w:w="564" w:type="dxa"/>
            <w:tcMar>
              <w:top w:w="20" w:type="dxa"/>
              <w:left w:w="50" w:type="dxa"/>
              <w:bottom w:w="20" w:type="dxa"/>
              <w:right w:w="50" w:type="dxa"/>
            </w:tcMar>
          </w:tcPr>
          <w:p w14:paraId="051D9A19" w14:textId="77777777" w:rsidR="00292F36" w:rsidRDefault="00000000">
            <w:r>
              <w:rPr>
                <w:sz w:val="12"/>
              </w:rPr>
              <w:t>2023</w:t>
            </w:r>
          </w:p>
        </w:tc>
        <w:tc>
          <w:tcPr>
            <w:tcW w:w="564" w:type="dxa"/>
            <w:tcMar>
              <w:top w:w="20" w:type="dxa"/>
              <w:left w:w="50" w:type="dxa"/>
              <w:bottom w:w="20" w:type="dxa"/>
              <w:right w:w="50" w:type="dxa"/>
            </w:tcMar>
          </w:tcPr>
          <w:p w14:paraId="5BAD6621" w14:textId="77777777" w:rsidR="00292F36" w:rsidRDefault="00000000">
            <w:r>
              <w:rPr>
                <w:sz w:val="12"/>
              </w:rPr>
              <w:t>ensenada</w:t>
            </w:r>
          </w:p>
        </w:tc>
        <w:tc>
          <w:tcPr>
            <w:tcW w:w="564" w:type="dxa"/>
            <w:tcMar>
              <w:top w:w="20" w:type="dxa"/>
              <w:left w:w="50" w:type="dxa"/>
              <w:bottom w:w="20" w:type="dxa"/>
              <w:right w:w="50" w:type="dxa"/>
            </w:tcMar>
          </w:tcPr>
          <w:p w14:paraId="2633F0E8" w14:textId="77777777" w:rsidR="00292F36" w:rsidRDefault="00000000">
            <w:r>
              <w:rPr>
                <w:sz w:val="12"/>
              </w:rPr>
              <w:t>North</w:t>
            </w:r>
          </w:p>
        </w:tc>
        <w:tc>
          <w:tcPr>
            <w:tcW w:w="564" w:type="dxa"/>
            <w:tcMar>
              <w:top w:w="20" w:type="dxa"/>
              <w:left w:w="50" w:type="dxa"/>
              <w:bottom w:w="20" w:type="dxa"/>
              <w:right w:w="50" w:type="dxa"/>
            </w:tcMar>
          </w:tcPr>
          <w:p w14:paraId="31ADC3DB" w14:textId="77777777" w:rsidR="00292F36" w:rsidRDefault="00000000">
            <w:r>
              <w:rPr>
                <w:sz w:val="12"/>
              </w:rPr>
              <w:t>san_miguel</w:t>
            </w:r>
          </w:p>
        </w:tc>
        <w:tc>
          <w:tcPr>
            <w:tcW w:w="564" w:type="dxa"/>
            <w:tcMar>
              <w:top w:w="20" w:type="dxa"/>
              <w:left w:w="50" w:type="dxa"/>
              <w:bottom w:w="20" w:type="dxa"/>
              <w:right w:w="50" w:type="dxa"/>
            </w:tcMar>
          </w:tcPr>
          <w:p w14:paraId="723F7EA6" w14:textId="77777777" w:rsidR="00292F36" w:rsidRDefault="00000000">
            <w:r>
              <w:rPr>
                <w:sz w:val="12"/>
              </w:rPr>
              <w:t>san_miguel_sout</w:t>
            </w:r>
            <w:r>
              <w:rPr>
                <w:sz w:val="12"/>
              </w:rPr>
              <w:lastRenderedPageBreak/>
              <w:t>h_mid</w:t>
            </w:r>
          </w:p>
        </w:tc>
        <w:tc>
          <w:tcPr>
            <w:tcW w:w="564" w:type="dxa"/>
            <w:tcMar>
              <w:top w:w="20" w:type="dxa"/>
              <w:left w:w="50" w:type="dxa"/>
              <w:bottom w:w="20" w:type="dxa"/>
              <w:right w:w="50" w:type="dxa"/>
            </w:tcMar>
          </w:tcPr>
          <w:p w14:paraId="08EA9B32" w14:textId="77777777" w:rsidR="00292F36" w:rsidRDefault="00000000">
            <w:r>
              <w:rPr>
                <w:sz w:val="12"/>
              </w:rPr>
              <w:lastRenderedPageBreak/>
              <w:t>7.6</w:t>
            </w:r>
          </w:p>
        </w:tc>
        <w:tc>
          <w:tcPr>
            <w:tcW w:w="564" w:type="dxa"/>
            <w:tcMar>
              <w:top w:w="20" w:type="dxa"/>
              <w:left w:w="50" w:type="dxa"/>
              <w:bottom w:w="20" w:type="dxa"/>
              <w:right w:w="50" w:type="dxa"/>
            </w:tcMar>
          </w:tcPr>
          <w:p w14:paraId="2B508E6E" w14:textId="77777777" w:rsidR="00292F36" w:rsidRDefault="00000000">
            <w:r>
              <w:rPr>
                <w:sz w:val="12"/>
              </w:rPr>
              <w:t>19.1000004</w:t>
            </w:r>
          </w:p>
        </w:tc>
        <w:tc>
          <w:tcPr>
            <w:tcW w:w="564" w:type="dxa"/>
            <w:tcMar>
              <w:top w:w="20" w:type="dxa"/>
              <w:left w:w="50" w:type="dxa"/>
              <w:bottom w:w="20" w:type="dxa"/>
              <w:right w:w="50" w:type="dxa"/>
            </w:tcMar>
          </w:tcPr>
          <w:p w14:paraId="4C74CD74" w14:textId="77777777" w:rsidR="00292F36" w:rsidRDefault="00000000">
            <w:r>
              <w:rPr>
                <w:sz w:val="12"/>
              </w:rPr>
              <w:t>0.17833198</w:t>
            </w:r>
          </w:p>
        </w:tc>
        <w:tc>
          <w:tcPr>
            <w:tcW w:w="564" w:type="dxa"/>
            <w:tcMar>
              <w:top w:w="20" w:type="dxa"/>
              <w:left w:w="50" w:type="dxa"/>
              <w:bottom w:w="20" w:type="dxa"/>
              <w:right w:w="50" w:type="dxa"/>
            </w:tcMar>
          </w:tcPr>
          <w:p w14:paraId="37FABD86" w14:textId="77777777" w:rsidR="00292F36" w:rsidRDefault="00000000">
            <w:r>
              <w:rPr>
                <w:sz w:val="12"/>
              </w:rPr>
              <w:t>0.25641026</w:t>
            </w:r>
          </w:p>
        </w:tc>
        <w:tc>
          <w:tcPr>
            <w:tcW w:w="564" w:type="dxa"/>
            <w:tcMar>
              <w:top w:w="20" w:type="dxa"/>
              <w:left w:w="50" w:type="dxa"/>
              <w:bottom w:w="20" w:type="dxa"/>
              <w:right w:w="50" w:type="dxa"/>
            </w:tcMar>
          </w:tcPr>
          <w:p w14:paraId="2945841D" w14:textId="77777777" w:rsidR="00292F36" w:rsidRDefault="00000000">
            <w:r>
              <w:rPr>
                <w:sz w:val="12"/>
              </w:rPr>
              <w:t>0.53846154</w:t>
            </w:r>
          </w:p>
        </w:tc>
        <w:tc>
          <w:tcPr>
            <w:tcW w:w="564" w:type="dxa"/>
            <w:tcMar>
              <w:top w:w="20" w:type="dxa"/>
              <w:left w:w="50" w:type="dxa"/>
              <w:bottom w:w="20" w:type="dxa"/>
              <w:right w:w="50" w:type="dxa"/>
            </w:tcMar>
          </w:tcPr>
          <w:p w14:paraId="6AEA1C7B" w14:textId="77777777" w:rsidR="00292F36" w:rsidRDefault="00000000">
            <w:r>
              <w:rPr>
                <w:sz w:val="12"/>
              </w:rPr>
              <w:t>0</w:t>
            </w:r>
          </w:p>
        </w:tc>
        <w:tc>
          <w:tcPr>
            <w:tcW w:w="564" w:type="dxa"/>
            <w:tcMar>
              <w:top w:w="20" w:type="dxa"/>
              <w:left w:w="50" w:type="dxa"/>
              <w:bottom w:w="20" w:type="dxa"/>
              <w:right w:w="50" w:type="dxa"/>
            </w:tcMar>
          </w:tcPr>
          <w:p w14:paraId="3253939E" w14:textId="77777777" w:rsidR="00292F36" w:rsidRDefault="00000000">
            <w:r>
              <w:rPr>
                <w:sz w:val="12"/>
              </w:rPr>
              <w:t>0.20512821</w:t>
            </w:r>
          </w:p>
        </w:tc>
        <w:tc>
          <w:tcPr>
            <w:tcW w:w="564" w:type="dxa"/>
            <w:tcMar>
              <w:top w:w="20" w:type="dxa"/>
              <w:left w:w="50" w:type="dxa"/>
              <w:bottom w:w="20" w:type="dxa"/>
              <w:right w:w="50" w:type="dxa"/>
            </w:tcMar>
          </w:tcPr>
          <w:p w14:paraId="4B52F4AE" w14:textId="77777777" w:rsidR="00292F36" w:rsidRDefault="00000000">
            <w:r>
              <w:rPr>
                <w:sz w:val="12"/>
              </w:rPr>
              <w:t>0</w:t>
            </w:r>
          </w:p>
        </w:tc>
        <w:tc>
          <w:tcPr>
            <w:tcW w:w="564" w:type="dxa"/>
            <w:tcMar>
              <w:top w:w="20" w:type="dxa"/>
              <w:left w:w="50" w:type="dxa"/>
              <w:bottom w:w="20" w:type="dxa"/>
              <w:right w:w="50" w:type="dxa"/>
            </w:tcMar>
          </w:tcPr>
          <w:p w14:paraId="4881A0B6" w14:textId="77777777" w:rsidR="00292F36" w:rsidRDefault="00000000">
            <w:r>
              <w:rPr>
                <w:sz w:val="12"/>
              </w:rPr>
              <w:t>0</w:t>
            </w:r>
          </w:p>
        </w:tc>
        <w:tc>
          <w:tcPr>
            <w:tcW w:w="564" w:type="dxa"/>
            <w:tcMar>
              <w:top w:w="20" w:type="dxa"/>
              <w:left w:w="50" w:type="dxa"/>
              <w:bottom w:w="20" w:type="dxa"/>
              <w:right w:w="50" w:type="dxa"/>
            </w:tcMar>
          </w:tcPr>
          <w:p w14:paraId="2FFF365E" w14:textId="77777777" w:rsidR="00292F36" w:rsidRDefault="00000000">
            <w:r>
              <w:rPr>
                <w:sz w:val="12"/>
              </w:rPr>
              <w:t>0</w:t>
            </w:r>
          </w:p>
        </w:tc>
        <w:tc>
          <w:tcPr>
            <w:tcW w:w="564" w:type="dxa"/>
            <w:tcMar>
              <w:top w:w="20" w:type="dxa"/>
              <w:left w:w="50" w:type="dxa"/>
              <w:bottom w:w="20" w:type="dxa"/>
              <w:right w:w="50" w:type="dxa"/>
            </w:tcMar>
          </w:tcPr>
          <w:p w14:paraId="6CD57C3A" w14:textId="77777777" w:rsidR="00292F36" w:rsidRDefault="00000000">
            <w:r>
              <w:rPr>
                <w:sz w:val="12"/>
              </w:rPr>
              <w:t>0</w:t>
            </w:r>
          </w:p>
        </w:tc>
        <w:tc>
          <w:tcPr>
            <w:tcW w:w="564" w:type="dxa"/>
            <w:tcMar>
              <w:top w:w="20" w:type="dxa"/>
              <w:left w:w="50" w:type="dxa"/>
              <w:bottom w:w="20" w:type="dxa"/>
              <w:right w:w="50" w:type="dxa"/>
            </w:tcMar>
          </w:tcPr>
          <w:p w14:paraId="550BB33B" w14:textId="77777777" w:rsidR="00292F36" w:rsidRDefault="00000000">
            <w:r>
              <w:rPr>
                <w:sz w:val="12"/>
              </w:rPr>
              <w:t>0</w:t>
            </w:r>
          </w:p>
        </w:tc>
        <w:tc>
          <w:tcPr>
            <w:tcW w:w="564" w:type="dxa"/>
            <w:tcMar>
              <w:top w:w="20" w:type="dxa"/>
              <w:left w:w="50" w:type="dxa"/>
              <w:bottom w:w="20" w:type="dxa"/>
              <w:right w:w="50" w:type="dxa"/>
            </w:tcMar>
          </w:tcPr>
          <w:p w14:paraId="3CE7C982" w14:textId="77777777" w:rsidR="00292F36" w:rsidRDefault="00000000">
            <w:r>
              <w:rPr>
                <w:sz w:val="12"/>
              </w:rPr>
              <w:t>0.05</w:t>
            </w:r>
          </w:p>
        </w:tc>
        <w:tc>
          <w:tcPr>
            <w:tcW w:w="564" w:type="dxa"/>
            <w:tcMar>
              <w:top w:w="20" w:type="dxa"/>
              <w:left w:w="50" w:type="dxa"/>
              <w:bottom w:w="20" w:type="dxa"/>
              <w:right w:w="50" w:type="dxa"/>
            </w:tcMar>
          </w:tcPr>
          <w:p w14:paraId="232A495C" w14:textId="77777777" w:rsidR="00292F36" w:rsidRDefault="00000000">
            <w:r>
              <w:rPr>
                <w:sz w:val="12"/>
              </w:rPr>
              <w:t>0.04285714</w:t>
            </w:r>
          </w:p>
        </w:tc>
        <w:tc>
          <w:tcPr>
            <w:tcW w:w="564" w:type="dxa"/>
            <w:tcMar>
              <w:top w:w="20" w:type="dxa"/>
              <w:left w:w="50" w:type="dxa"/>
              <w:bottom w:w="20" w:type="dxa"/>
              <w:right w:w="50" w:type="dxa"/>
            </w:tcMar>
          </w:tcPr>
          <w:p w14:paraId="284D0CB0" w14:textId="77777777" w:rsidR="00292F36" w:rsidRDefault="00000000">
            <w:r>
              <w:rPr>
                <w:sz w:val="12"/>
              </w:rPr>
              <w:t>0.2</w:t>
            </w:r>
          </w:p>
        </w:tc>
        <w:tc>
          <w:tcPr>
            <w:tcW w:w="564" w:type="dxa"/>
            <w:tcMar>
              <w:top w:w="20" w:type="dxa"/>
              <w:left w:w="50" w:type="dxa"/>
              <w:bottom w:w="20" w:type="dxa"/>
              <w:right w:w="50" w:type="dxa"/>
            </w:tcMar>
          </w:tcPr>
          <w:p w14:paraId="2EEC939B" w14:textId="77777777" w:rsidR="00292F36" w:rsidRDefault="00000000">
            <w:r>
              <w:rPr>
                <w:sz w:val="12"/>
              </w:rPr>
              <w:t>0.03571429</w:t>
            </w:r>
          </w:p>
        </w:tc>
        <w:tc>
          <w:tcPr>
            <w:tcW w:w="564" w:type="dxa"/>
            <w:tcMar>
              <w:top w:w="20" w:type="dxa"/>
              <w:left w:w="50" w:type="dxa"/>
              <w:bottom w:w="20" w:type="dxa"/>
              <w:right w:w="50" w:type="dxa"/>
            </w:tcMar>
          </w:tcPr>
          <w:p w14:paraId="44E768B7" w14:textId="77777777" w:rsidR="00292F36" w:rsidRDefault="00000000">
            <w:r>
              <w:rPr>
                <w:sz w:val="12"/>
              </w:rPr>
              <w:t>0.67142857</w:t>
            </w:r>
          </w:p>
        </w:tc>
      </w:tr>
      <w:tr w:rsidR="00292F36" w14:paraId="7FC33A26" w14:textId="77777777">
        <w:tc>
          <w:tcPr>
            <w:tcW w:w="564" w:type="dxa"/>
            <w:tcMar>
              <w:top w:w="20" w:type="dxa"/>
              <w:left w:w="50" w:type="dxa"/>
              <w:bottom w:w="20" w:type="dxa"/>
              <w:right w:w="50" w:type="dxa"/>
            </w:tcMar>
          </w:tcPr>
          <w:p w14:paraId="7D2F8A9A" w14:textId="77777777" w:rsidR="00292F36" w:rsidRDefault="00000000">
            <w:r>
              <w:rPr>
                <w:sz w:val="12"/>
              </w:rPr>
              <w:t>2023_san_miguel_san_miguel_south_mid_2</w:t>
            </w:r>
          </w:p>
        </w:tc>
        <w:tc>
          <w:tcPr>
            <w:tcW w:w="564" w:type="dxa"/>
            <w:tcMar>
              <w:top w:w="20" w:type="dxa"/>
              <w:left w:w="50" w:type="dxa"/>
              <w:bottom w:w="20" w:type="dxa"/>
              <w:right w:w="50" w:type="dxa"/>
            </w:tcMar>
          </w:tcPr>
          <w:p w14:paraId="23E5418A" w14:textId="77777777" w:rsidR="00292F36" w:rsidRDefault="00000000">
            <w:r>
              <w:rPr>
                <w:sz w:val="12"/>
              </w:rPr>
              <w:t>-0.7111062</w:t>
            </w:r>
          </w:p>
        </w:tc>
        <w:tc>
          <w:tcPr>
            <w:tcW w:w="564" w:type="dxa"/>
            <w:tcMar>
              <w:top w:w="20" w:type="dxa"/>
              <w:left w:w="50" w:type="dxa"/>
              <w:bottom w:w="20" w:type="dxa"/>
              <w:right w:w="50" w:type="dxa"/>
            </w:tcMar>
          </w:tcPr>
          <w:p w14:paraId="2D100DE5" w14:textId="77777777" w:rsidR="00292F36" w:rsidRDefault="00000000">
            <w:r>
              <w:rPr>
                <w:sz w:val="12"/>
              </w:rPr>
              <w:t>0.44704504</w:t>
            </w:r>
          </w:p>
        </w:tc>
        <w:tc>
          <w:tcPr>
            <w:tcW w:w="564" w:type="dxa"/>
            <w:tcMar>
              <w:top w:w="20" w:type="dxa"/>
              <w:left w:w="50" w:type="dxa"/>
              <w:bottom w:w="20" w:type="dxa"/>
              <w:right w:w="50" w:type="dxa"/>
            </w:tcMar>
          </w:tcPr>
          <w:p w14:paraId="5BF1DDF6" w14:textId="77777777" w:rsidR="00292F36" w:rsidRDefault="00000000">
            <w:r>
              <w:rPr>
                <w:sz w:val="12"/>
              </w:rPr>
              <w:t>2023</w:t>
            </w:r>
          </w:p>
        </w:tc>
        <w:tc>
          <w:tcPr>
            <w:tcW w:w="564" w:type="dxa"/>
            <w:tcMar>
              <w:top w:w="20" w:type="dxa"/>
              <w:left w:w="50" w:type="dxa"/>
              <w:bottom w:w="20" w:type="dxa"/>
              <w:right w:w="50" w:type="dxa"/>
            </w:tcMar>
          </w:tcPr>
          <w:p w14:paraId="68DD030D" w14:textId="77777777" w:rsidR="00292F36" w:rsidRDefault="00000000">
            <w:r>
              <w:rPr>
                <w:sz w:val="12"/>
              </w:rPr>
              <w:t>ensenada</w:t>
            </w:r>
          </w:p>
        </w:tc>
        <w:tc>
          <w:tcPr>
            <w:tcW w:w="564" w:type="dxa"/>
            <w:tcMar>
              <w:top w:w="20" w:type="dxa"/>
              <w:left w:w="50" w:type="dxa"/>
              <w:bottom w:w="20" w:type="dxa"/>
              <w:right w:w="50" w:type="dxa"/>
            </w:tcMar>
          </w:tcPr>
          <w:p w14:paraId="01CAFE04" w14:textId="77777777" w:rsidR="00292F36" w:rsidRDefault="00000000">
            <w:r>
              <w:rPr>
                <w:sz w:val="12"/>
              </w:rPr>
              <w:t>North</w:t>
            </w:r>
          </w:p>
        </w:tc>
        <w:tc>
          <w:tcPr>
            <w:tcW w:w="564" w:type="dxa"/>
            <w:tcMar>
              <w:top w:w="20" w:type="dxa"/>
              <w:left w:w="50" w:type="dxa"/>
              <w:bottom w:w="20" w:type="dxa"/>
              <w:right w:w="50" w:type="dxa"/>
            </w:tcMar>
          </w:tcPr>
          <w:p w14:paraId="637F8F55" w14:textId="77777777" w:rsidR="00292F36" w:rsidRDefault="00000000">
            <w:r>
              <w:rPr>
                <w:sz w:val="12"/>
              </w:rPr>
              <w:t>san_miguel</w:t>
            </w:r>
          </w:p>
        </w:tc>
        <w:tc>
          <w:tcPr>
            <w:tcW w:w="564" w:type="dxa"/>
            <w:tcMar>
              <w:top w:w="20" w:type="dxa"/>
              <w:left w:w="50" w:type="dxa"/>
              <w:bottom w:w="20" w:type="dxa"/>
              <w:right w:w="50" w:type="dxa"/>
            </w:tcMar>
          </w:tcPr>
          <w:p w14:paraId="2FAA8C58" w14:textId="77777777" w:rsidR="00292F36" w:rsidRDefault="00000000">
            <w:r>
              <w:rPr>
                <w:sz w:val="12"/>
              </w:rPr>
              <w:t>san_miguel_south_mid</w:t>
            </w:r>
          </w:p>
        </w:tc>
        <w:tc>
          <w:tcPr>
            <w:tcW w:w="564" w:type="dxa"/>
            <w:tcMar>
              <w:top w:w="20" w:type="dxa"/>
              <w:left w:w="50" w:type="dxa"/>
              <w:bottom w:w="20" w:type="dxa"/>
              <w:right w:w="50" w:type="dxa"/>
            </w:tcMar>
          </w:tcPr>
          <w:p w14:paraId="3CD6DBFE" w14:textId="77777777" w:rsidR="00292F36" w:rsidRDefault="00000000">
            <w:r>
              <w:rPr>
                <w:sz w:val="12"/>
              </w:rPr>
              <w:t>7.6</w:t>
            </w:r>
          </w:p>
        </w:tc>
        <w:tc>
          <w:tcPr>
            <w:tcW w:w="564" w:type="dxa"/>
            <w:tcMar>
              <w:top w:w="20" w:type="dxa"/>
              <w:left w:w="50" w:type="dxa"/>
              <w:bottom w:w="20" w:type="dxa"/>
              <w:right w:w="50" w:type="dxa"/>
            </w:tcMar>
          </w:tcPr>
          <w:p w14:paraId="19C278D1" w14:textId="77777777" w:rsidR="00292F36" w:rsidRDefault="00000000">
            <w:r>
              <w:rPr>
                <w:sz w:val="12"/>
              </w:rPr>
              <w:t>19.1000004</w:t>
            </w:r>
          </w:p>
        </w:tc>
        <w:tc>
          <w:tcPr>
            <w:tcW w:w="564" w:type="dxa"/>
            <w:tcMar>
              <w:top w:w="20" w:type="dxa"/>
              <w:left w:w="50" w:type="dxa"/>
              <w:bottom w:w="20" w:type="dxa"/>
              <w:right w:w="50" w:type="dxa"/>
            </w:tcMar>
          </w:tcPr>
          <w:p w14:paraId="54A19FB9" w14:textId="77777777" w:rsidR="00292F36" w:rsidRDefault="00000000">
            <w:r>
              <w:rPr>
                <w:sz w:val="12"/>
              </w:rPr>
              <w:t>0.17833198</w:t>
            </w:r>
          </w:p>
        </w:tc>
        <w:tc>
          <w:tcPr>
            <w:tcW w:w="564" w:type="dxa"/>
            <w:tcMar>
              <w:top w:w="20" w:type="dxa"/>
              <w:left w:w="50" w:type="dxa"/>
              <w:bottom w:w="20" w:type="dxa"/>
              <w:right w:w="50" w:type="dxa"/>
            </w:tcMar>
          </w:tcPr>
          <w:p w14:paraId="57796614" w14:textId="77777777" w:rsidR="00292F36" w:rsidRDefault="00000000">
            <w:r>
              <w:rPr>
                <w:sz w:val="12"/>
              </w:rPr>
              <w:t>0.80645161</w:t>
            </w:r>
          </w:p>
        </w:tc>
        <w:tc>
          <w:tcPr>
            <w:tcW w:w="564" w:type="dxa"/>
            <w:tcMar>
              <w:top w:w="20" w:type="dxa"/>
              <w:left w:w="50" w:type="dxa"/>
              <w:bottom w:w="20" w:type="dxa"/>
              <w:right w:w="50" w:type="dxa"/>
            </w:tcMar>
          </w:tcPr>
          <w:p w14:paraId="674E005A" w14:textId="77777777" w:rsidR="00292F36" w:rsidRDefault="00000000">
            <w:r>
              <w:rPr>
                <w:sz w:val="12"/>
              </w:rPr>
              <w:t>0.19139785</w:t>
            </w:r>
          </w:p>
        </w:tc>
        <w:tc>
          <w:tcPr>
            <w:tcW w:w="564" w:type="dxa"/>
            <w:tcMar>
              <w:top w:w="20" w:type="dxa"/>
              <w:left w:w="50" w:type="dxa"/>
              <w:bottom w:w="20" w:type="dxa"/>
              <w:right w:w="50" w:type="dxa"/>
            </w:tcMar>
          </w:tcPr>
          <w:p w14:paraId="36707CE6" w14:textId="77777777" w:rsidR="00292F36" w:rsidRDefault="00000000">
            <w:r>
              <w:rPr>
                <w:sz w:val="12"/>
              </w:rPr>
              <w:t>0.00215054</w:t>
            </w:r>
          </w:p>
        </w:tc>
        <w:tc>
          <w:tcPr>
            <w:tcW w:w="564" w:type="dxa"/>
            <w:tcMar>
              <w:top w:w="20" w:type="dxa"/>
              <w:left w:w="50" w:type="dxa"/>
              <w:bottom w:w="20" w:type="dxa"/>
              <w:right w:w="50" w:type="dxa"/>
            </w:tcMar>
          </w:tcPr>
          <w:p w14:paraId="1474553B" w14:textId="77777777" w:rsidR="00292F36" w:rsidRDefault="00000000">
            <w:r>
              <w:rPr>
                <w:sz w:val="12"/>
              </w:rPr>
              <w:t>0</w:t>
            </w:r>
          </w:p>
        </w:tc>
        <w:tc>
          <w:tcPr>
            <w:tcW w:w="564" w:type="dxa"/>
            <w:tcMar>
              <w:top w:w="20" w:type="dxa"/>
              <w:left w:w="50" w:type="dxa"/>
              <w:bottom w:w="20" w:type="dxa"/>
              <w:right w:w="50" w:type="dxa"/>
            </w:tcMar>
          </w:tcPr>
          <w:p w14:paraId="4DF66B76" w14:textId="77777777" w:rsidR="00292F36" w:rsidRDefault="00000000">
            <w:r>
              <w:rPr>
                <w:sz w:val="12"/>
              </w:rPr>
              <w:t>0</w:t>
            </w:r>
          </w:p>
        </w:tc>
        <w:tc>
          <w:tcPr>
            <w:tcW w:w="564" w:type="dxa"/>
            <w:tcMar>
              <w:top w:w="20" w:type="dxa"/>
              <w:left w:w="50" w:type="dxa"/>
              <w:bottom w:w="20" w:type="dxa"/>
              <w:right w:w="50" w:type="dxa"/>
            </w:tcMar>
          </w:tcPr>
          <w:p w14:paraId="01855C19" w14:textId="77777777" w:rsidR="00292F36" w:rsidRDefault="00000000">
            <w:r>
              <w:rPr>
                <w:sz w:val="12"/>
              </w:rPr>
              <w:t>0</w:t>
            </w:r>
          </w:p>
        </w:tc>
        <w:tc>
          <w:tcPr>
            <w:tcW w:w="564" w:type="dxa"/>
            <w:tcMar>
              <w:top w:w="20" w:type="dxa"/>
              <w:left w:w="50" w:type="dxa"/>
              <w:bottom w:w="20" w:type="dxa"/>
              <w:right w:w="50" w:type="dxa"/>
            </w:tcMar>
          </w:tcPr>
          <w:p w14:paraId="742AD078" w14:textId="77777777" w:rsidR="00292F36" w:rsidRDefault="00000000">
            <w:r>
              <w:rPr>
                <w:sz w:val="12"/>
              </w:rPr>
              <w:t>0</w:t>
            </w:r>
          </w:p>
        </w:tc>
        <w:tc>
          <w:tcPr>
            <w:tcW w:w="564" w:type="dxa"/>
            <w:tcMar>
              <w:top w:w="20" w:type="dxa"/>
              <w:left w:w="50" w:type="dxa"/>
              <w:bottom w:w="20" w:type="dxa"/>
              <w:right w:w="50" w:type="dxa"/>
            </w:tcMar>
          </w:tcPr>
          <w:p w14:paraId="298C7DF0" w14:textId="77777777" w:rsidR="00292F36" w:rsidRDefault="00000000">
            <w:r>
              <w:rPr>
                <w:sz w:val="12"/>
              </w:rPr>
              <w:t>0</w:t>
            </w:r>
          </w:p>
        </w:tc>
        <w:tc>
          <w:tcPr>
            <w:tcW w:w="564" w:type="dxa"/>
            <w:tcMar>
              <w:top w:w="20" w:type="dxa"/>
              <w:left w:w="50" w:type="dxa"/>
              <w:bottom w:w="20" w:type="dxa"/>
              <w:right w:w="50" w:type="dxa"/>
            </w:tcMar>
          </w:tcPr>
          <w:p w14:paraId="0DC82640" w14:textId="77777777" w:rsidR="00292F36" w:rsidRDefault="00000000">
            <w:r>
              <w:rPr>
                <w:sz w:val="12"/>
              </w:rPr>
              <w:t>0</w:t>
            </w:r>
          </w:p>
        </w:tc>
        <w:tc>
          <w:tcPr>
            <w:tcW w:w="564" w:type="dxa"/>
            <w:tcMar>
              <w:top w:w="20" w:type="dxa"/>
              <w:left w:w="50" w:type="dxa"/>
              <w:bottom w:w="20" w:type="dxa"/>
              <w:right w:w="50" w:type="dxa"/>
            </w:tcMar>
          </w:tcPr>
          <w:p w14:paraId="5270125B" w14:textId="77777777" w:rsidR="00292F36" w:rsidRDefault="00000000">
            <w:r>
              <w:rPr>
                <w:sz w:val="12"/>
              </w:rPr>
              <w:t>0.00970874</w:t>
            </w:r>
          </w:p>
        </w:tc>
        <w:tc>
          <w:tcPr>
            <w:tcW w:w="564" w:type="dxa"/>
            <w:tcMar>
              <w:top w:w="20" w:type="dxa"/>
              <w:left w:w="50" w:type="dxa"/>
              <w:bottom w:w="20" w:type="dxa"/>
              <w:right w:w="50" w:type="dxa"/>
            </w:tcMar>
          </w:tcPr>
          <w:p w14:paraId="307D143C" w14:textId="77777777" w:rsidR="00292F36" w:rsidRDefault="00000000">
            <w:r>
              <w:rPr>
                <w:sz w:val="12"/>
              </w:rPr>
              <w:t>0</w:t>
            </w:r>
          </w:p>
        </w:tc>
        <w:tc>
          <w:tcPr>
            <w:tcW w:w="564" w:type="dxa"/>
            <w:tcMar>
              <w:top w:w="20" w:type="dxa"/>
              <w:left w:w="50" w:type="dxa"/>
              <w:bottom w:w="20" w:type="dxa"/>
              <w:right w:w="50" w:type="dxa"/>
            </w:tcMar>
          </w:tcPr>
          <w:p w14:paraId="497E2035" w14:textId="77777777" w:rsidR="00292F36" w:rsidRDefault="00000000">
            <w:r>
              <w:rPr>
                <w:sz w:val="12"/>
              </w:rPr>
              <w:t>0.19417476</w:t>
            </w:r>
          </w:p>
        </w:tc>
        <w:tc>
          <w:tcPr>
            <w:tcW w:w="564" w:type="dxa"/>
            <w:tcMar>
              <w:top w:w="20" w:type="dxa"/>
              <w:left w:w="50" w:type="dxa"/>
              <w:bottom w:w="20" w:type="dxa"/>
              <w:right w:w="50" w:type="dxa"/>
            </w:tcMar>
          </w:tcPr>
          <w:p w14:paraId="06A66600" w14:textId="77777777" w:rsidR="00292F36" w:rsidRDefault="00000000">
            <w:r>
              <w:rPr>
                <w:sz w:val="12"/>
              </w:rPr>
              <w:t>0</w:t>
            </w:r>
          </w:p>
        </w:tc>
        <w:tc>
          <w:tcPr>
            <w:tcW w:w="564" w:type="dxa"/>
            <w:tcMar>
              <w:top w:w="20" w:type="dxa"/>
              <w:left w:w="50" w:type="dxa"/>
              <w:bottom w:w="20" w:type="dxa"/>
              <w:right w:w="50" w:type="dxa"/>
            </w:tcMar>
          </w:tcPr>
          <w:p w14:paraId="38A3D22F" w14:textId="77777777" w:rsidR="00292F36" w:rsidRDefault="00000000">
            <w:r>
              <w:rPr>
                <w:sz w:val="12"/>
              </w:rPr>
              <w:t>0.7961165</w:t>
            </w:r>
          </w:p>
        </w:tc>
      </w:tr>
      <w:tr w:rsidR="00292F36" w14:paraId="31025EB9" w14:textId="77777777">
        <w:tc>
          <w:tcPr>
            <w:tcW w:w="564" w:type="dxa"/>
            <w:tcMar>
              <w:top w:w="20" w:type="dxa"/>
              <w:left w:w="50" w:type="dxa"/>
              <w:bottom w:w="20" w:type="dxa"/>
              <w:right w:w="50" w:type="dxa"/>
            </w:tcMar>
          </w:tcPr>
          <w:p w14:paraId="7F9AC547" w14:textId="77777777" w:rsidR="00292F36" w:rsidRDefault="00000000">
            <w:r>
              <w:rPr>
                <w:sz w:val="12"/>
              </w:rPr>
              <w:t>2024_gavilanes_gavilanes_mid_3</w:t>
            </w:r>
          </w:p>
        </w:tc>
        <w:tc>
          <w:tcPr>
            <w:tcW w:w="564" w:type="dxa"/>
            <w:tcMar>
              <w:top w:w="20" w:type="dxa"/>
              <w:left w:w="50" w:type="dxa"/>
              <w:bottom w:w="20" w:type="dxa"/>
              <w:right w:w="50" w:type="dxa"/>
            </w:tcMar>
          </w:tcPr>
          <w:p w14:paraId="6F8F3033" w14:textId="77777777" w:rsidR="00292F36" w:rsidRDefault="00000000">
            <w:r>
              <w:rPr>
                <w:sz w:val="12"/>
              </w:rPr>
              <w:t>-0.4260233</w:t>
            </w:r>
          </w:p>
        </w:tc>
        <w:tc>
          <w:tcPr>
            <w:tcW w:w="564" w:type="dxa"/>
            <w:tcMar>
              <w:top w:w="20" w:type="dxa"/>
              <w:left w:w="50" w:type="dxa"/>
              <w:bottom w:w="20" w:type="dxa"/>
              <w:right w:w="50" w:type="dxa"/>
            </w:tcMar>
          </w:tcPr>
          <w:p w14:paraId="6338F4A9" w14:textId="77777777" w:rsidR="00292F36" w:rsidRDefault="00000000">
            <w:r>
              <w:rPr>
                <w:sz w:val="12"/>
              </w:rPr>
              <w:t>-0.175113</w:t>
            </w:r>
          </w:p>
        </w:tc>
        <w:tc>
          <w:tcPr>
            <w:tcW w:w="564" w:type="dxa"/>
            <w:tcMar>
              <w:top w:w="20" w:type="dxa"/>
              <w:left w:w="50" w:type="dxa"/>
              <w:bottom w:w="20" w:type="dxa"/>
              <w:right w:w="50" w:type="dxa"/>
            </w:tcMar>
          </w:tcPr>
          <w:p w14:paraId="1B0ED309" w14:textId="77777777" w:rsidR="00292F36" w:rsidRDefault="00000000">
            <w:r>
              <w:rPr>
                <w:sz w:val="12"/>
              </w:rPr>
              <w:t>2024</w:t>
            </w:r>
          </w:p>
        </w:tc>
        <w:tc>
          <w:tcPr>
            <w:tcW w:w="564" w:type="dxa"/>
            <w:tcMar>
              <w:top w:w="20" w:type="dxa"/>
              <w:left w:w="50" w:type="dxa"/>
              <w:bottom w:w="20" w:type="dxa"/>
              <w:right w:w="50" w:type="dxa"/>
            </w:tcMar>
          </w:tcPr>
          <w:p w14:paraId="22C2B95E" w14:textId="77777777" w:rsidR="00292F36" w:rsidRDefault="00000000">
            <w:r>
              <w:rPr>
                <w:sz w:val="12"/>
              </w:rPr>
              <w:t>punta_eugenia</w:t>
            </w:r>
          </w:p>
        </w:tc>
        <w:tc>
          <w:tcPr>
            <w:tcW w:w="564" w:type="dxa"/>
            <w:tcMar>
              <w:top w:w="20" w:type="dxa"/>
              <w:left w:w="50" w:type="dxa"/>
              <w:bottom w:w="20" w:type="dxa"/>
              <w:right w:w="50" w:type="dxa"/>
            </w:tcMar>
          </w:tcPr>
          <w:p w14:paraId="234E0E5C" w14:textId="77777777" w:rsidR="00292F36" w:rsidRDefault="00000000">
            <w:r>
              <w:rPr>
                <w:sz w:val="12"/>
              </w:rPr>
              <w:t>South</w:t>
            </w:r>
          </w:p>
        </w:tc>
        <w:tc>
          <w:tcPr>
            <w:tcW w:w="564" w:type="dxa"/>
            <w:tcMar>
              <w:top w:w="20" w:type="dxa"/>
              <w:left w:w="50" w:type="dxa"/>
              <w:bottom w:w="20" w:type="dxa"/>
              <w:right w:w="50" w:type="dxa"/>
            </w:tcMar>
          </w:tcPr>
          <w:p w14:paraId="0489B6A4" w14:textId="77777777" w:rsidR="00292F36" w:rsidRDefault="00000000">
            <w:r>
              <w:rPr>
                <w:sz w:val="12"/>
              </w:rPr>
              <w:t>gavilanes</w:t>
            </w:r>
          </w:p>
        </w:tc>
        <w:tc>
          <w:tcPr>
            <w:tcW w:w="564" w:type="dxa"/>
            <w:tcMar>
              <w:top w:w="20" w:type="dxa"/>
              <w:left w:w="50" w:type="dxa"/>
              <w:bottom w:w="20" w:type="dxa"/>
              <w:right w:w="50" w:type="dxa"/>
            </w:tcMar>
          </w:tcPr>
          <w:p w14:paraId="3230758A" w14:textId="77777777" w:rsidR="00292F36" w:rsidRDefault="00000000">
            <w:r>
              <w:rPr>
                <w:sz w:val="12"/>
              </w:rPr>
              <w:t>gavilanes_mid</w:t>
            </w:r>
          </w:p>
        </w:tc>
        <w:tc>
          <w:tcPr>
            <w:tcW w:w="564" w:type="dxa"/>
            <w:tcMar>
              <w:top w:w="20" w:type="dxa"/>
              <w:left w:w="50" w:type="dxa"/>
              <w:bottom w:w="20" w:type="dxa"/>
              <w:right w:w="50" w:type="dxa"/>
            </w:tcMar>
          </w:tcPr>
          <w:p w14:paraId="0819FF4F" w14:textId="77777777" w:rsidR="00292F36" w:rsidRDefault="00000000">
            <w:r>
              <w:rPr>
                <w:sz w:val="12"/>
              </w:rPr>
              <w:t>10</w:t>
            </w:r>
          </w:p>
        </w:tc>
        <w:tc>
          <w:tcPr>
            <w:tcW w:w="564" w:type="dxa"/>
            <w:tcMar>
              <w:top w:w="20" w:type="dxa"/>
              <w:left w:w="50" w:type="dxa"/>
              <w:bottom w:w="20" w:type="dxa"/>
              <w:right w:w="50" w:type="dxa"/>
            </w:tcMar>
          </w:tcPr>
          <w:p w14:paraId="68643ACF" w14:textId="77777777" w:rsidR="00292F36" w:rsidRDefault="00000000">
            <w:r>
              <w:rPr>
                <w:sz w:val="12"/>
              </w:rPr>
              <w:t>21.2299995</w:t>
            </w:r>
          </w:p>
        </w:tc>
        <w:tc>
          <w:tcPr>
            <w:tcW w:w="564" w:type="dxa"/>
            <w:tcMar>
              <w:top w:w="20" w:type="dxa"/>
              <w:left w:w="50" w:type="dxa"/>
              <w:bottom w:w="20" w:type="dxa"/>
              <w:right w:w="50" w:type="dxa"/>
            </w:tcMar>
          </w:tcPr>
          <w:p w14:paraId="6831117B" w14:textId="77777777" w:rsidR="00292F36" w:rsidRDefault="00000000">
            <w:r>
              <w:rPr>
                <w:sz w:val="12"/>
              </w:rPr>
              <w:t>9.52918001</w:t>
            </w:r>
          </w:p>
        </w:tc>
        <w:tc>
          <w:tcPr>
            <w:tcW w:w="564" w:type="dxa"/>
            <w:tcMar>
              <w:top w:w="20" w:type="dxa"/>
              <w:left w:w="50" w:type="dxa"/>
              <w:bottom w:w="20" w:type="dxa"/>
              <w:right w:w="50" w:type="dxa"/>
            </w:tcMar>
          </w:tcPr>
          <w:p w14:paraId="3D78864F" w14:textId="77777777" w:rsidR="00292F36" w:rsidRDefault="00000000">
            <w:r>
              <w:rPr>
                <w:sz w:val="12"/>
              </w:rPr>
              <w:t>0.94262295</w:t>
            </w:r>
          </w:p>
        </w:tc>
        <w:tc>
          <w:tcPr>
            <w:tcW w:w="564" w:type="dxa"/>
            <w:tcMar>
              <w:top w:w="20" w:type="dxa"/>
              <w:left w:w="50" w:type="dxa"/>
              <w:bottom w:w="20" w:type="dxa"/>
              <w:right w:w="50" w:type="dxa"/>
            </w:tcMar>
          </w:tcPr>
          <w:p w14:paraId="53C54A62" w14:textId="77777777" w:rsidR="00292F36" w:rsidRDefault="00000000">
            <w:r>
              <w:rPr>
                <w:sz w:val="12"/>
              </w:rPr>
              <w:t>0.04508197</w:t>
            </w:r>
          </w:p>
        </w:tc>
        <w:tc>
          <w:tcPr>
            <w:tcW w:w="564" w:type="dxa"/>
            <w:tcMar>
              <w:top w:w="20" w:type="dxa"/>
              <w:left w:w="50" w:type="dxa"/>
              <w:bottom w:w="20" w:type="dxa"/>
              <w:right w:w="50" w:type="dxa"/>
            </w:tcMar>
          </w:tcPr>
          <w:p w14:paraId="52C36898" w14:textId="77777777" w:rsidR="00292F36" w:rsidRDefault="00000000">
            <w:r>
              <w:rPr>
                <w:sz w:val="12"/>
              </w:rPr>
              <w:t>0.00409836</w:t>
            </w:r>
          </w:p>
        </w:tc>
        <w:tc>
          <w:tcPr>
            <w:tcW w:w="564" w:type="dxa"/>
            <w:tcMar>
              <w:top w:w="20" w:type="dxa"/>
              <w:left w:w="50" w:type="dxa"/>
              <w:bottom w:w="20" w:type="dxa"/>
              <w:right w:w="50" w:type="dxa"/>
            </w:tcMar>
          </w:tcPr>
          <w:p w14:paraId="2D9064A3" w14:textId="77777777" w:rsidR="00292F36" w:rsidRDefault="00000000">
            <w:r>
              <w:rPr>
                <w:sz w:val="12"/>
              </w:rPr>
              <w:t>0.00819672</w:t>
            </w:r>
          </w:p>
        </w:tc>
        <w:tc>
          <w:tcPr>
            <w:tcW w:w="564" w:type="dxa"/>
            <w:tcMar>
              <w:top w:w="20" w:type="dxa"/>
              <w:left w:w="50" w:type="dxa"/>
              <w:bottom w:w="20" w:type="dxa"/>
              <w:right w:w="50" w:type="dxa"/>
            </w:tcMar>
          </w:tcPr>
          <w:p w14:paraId="17719DC1" w14:textId="77777777" w:rsidR="00292F36" w:rsidRDefault="00000000">
            <w:r>
              <w:rPr>
                <w:sz w:val="12"/>
              </w:rPr>
              <w:t>0</w:t>
            </w:r>
          </w:p>
        </w:tc>
        <w:tc>
          <w:tcPr>
            <w:tcW w:w="564" w:type="dxa"/>
            <w:tcMar>
              <w:top w:w="20" w:type="dxa"/>
              <w:left w:w="50" w:type="dxa"/>
              <w:bottom w:w="20" w:type="dxa"/>
              <w:right w:w="50" w:type="dxa"/>
            </w:tcMar>
          </w:tcPr>
          <w:p w14:paraId="7CBDB519" w14:textId="77777777" w:rsidR="00292F36" w:rsidRDefault="00000000">
            <w:r>
              <w:rPr>
                <w:sz w:val="12"/>
              </w:rPr>
              <w:t>0</w:t>
            </w:r>
          </w:p>
        </w:tc>
        <w:tc>
          <w:tcPr>
            <w:tcW w:w="564" w:type="dxa"/>
            <w:tcMar>
              <w:top w:w="20" w:type="dxa"/>
              <w:left w:w="50" w:type="dxa"/>
              <w:bottom w:w="20" w:type="dxa"/>
              <w:right w:w="50" w:type="dxa"/>
            </w:tcMar>
          </w:tcPr>
          <w:p w14:paraId="14D984EF" w14:textId="77777777" w:rsidR="00292F36" w:rsidRDefault="00000000">
            <w:r>
              <w:rPr>
                <w:sz w:val="12"/>
              </w:rPr>
              <w:t>0</w:t>
            </w:r>
          </w:p>
        </w:tc>
        <w:tc>
          <w:tcPr>
            <w:tcW w:w="564" w:type="dxa"/>
            <w:tcMar>
              <w:top w:w="20" w:type="dxa"/>
              <w:left w:w="50" w:type="dxa"/>
              <w:bottom w:w="20" w:type="dxa"/>
              <w:right w:w="50" w:type="dxa"/>
            </w:tcMar>
          </w:tcPr>
          <w:p w14:paraId="77CD7A3F" w14:textId="77777777" w:rsidR="00292F36" w:rsidRDefault="00000000">
            <w:r>
              <w:rPr>
                <w:sz w:val="12"/>
              </w:rPr>
              <w:t>0</w:t>
            </w:r>
          </w:p>
        </w:tc>
        <w:tc>
          <w:tcPr>
            <w:tcW w:w="564" w:type="dxa"/>
            <w:tcMar>
              <w:top w:w="20" w:type="dxa"/>
              <w:left w:w="50" w:type="dxa"/>
              <w:bottom w:w="20" w:type="dxa"/>
              <w:right w:w="50" w:type="dxa"/>
            </w:tcMar>
          </w:tcPr>
          <w:p w14:paraId="20D7B049" w14:textId="77777777" w:rsidR="00292F36" w:rsidRDefault="00000000">
            <w:r>
              <w:rPr>
                <w:sz w:val="12"/>
              </w:rPr>
              <w:t>0</w:t>
            </w:r>
          </w:p>
        </w:tc>
        <w:tc>
          <w:tcPr>
            <w:tcW w:w="564" w:type="dxa"/>
            <w:tcMar>
              <w:top w:w="20" w:type="dxa"/>
              <w:left w:w="50" w:type="dxa"/>
              <w:bottom w:w="20" w:type="dxa"/>
              <w:right w:w="50" w:type="dxa"/>
            </w:tcMar>
          </w:tcPr>
          <w:p w14:paraId="0D929B7E" w14:textId="77777777" w:rsidR="00292F36" w:rsidRDefault="00000000">
            <w:r>
              <w:rPr>
                <w:sz w:val="12"/>
              </w:rPr>
              <w:t>0.75</w:t>
            </w:r>
          </w:p>
        </w:tc>
        <w:tc>
          <w:tcPr>
            <w:tcW w:w="564" w:type="dxa"/>
            <w:tcMar>
              <w:top w:w="20" w:type="dxa"/>
              <w:left w:w="50" w:type="dxa"/>
              <w:bottom w:w="20" w:type="dxa"/>
              <w:right w:w="50" w:type="dxa"/>
            </w:tcMar>
          </w:tcPr>
          <w:p w14:paraId="4C63E260" w14:textId="77777777" w:rsidR="00292F36" w:rsidRDefault="00000000">
            <w:r>
              <w:rPr>
                <w:sz w:val="12"/>
              </w:rPr>
              <w:t>0.20833333</w:t>
            </w:r>
          </w:p>
        </w:tc>
        <w:tc>
          <w:tcPr>
            <w:tcW w:w="564" w:type="dxa"/>
            <w:tcMar>
              <w:top w:w="20" w:type="dxa"/>
              <w:left w:w="50" w:type="dxa"/>
              <w:bottom w:w="20" w:type="dxa"/>
              <w:right w:w="50" w:type="dxa"/>
            </w:tcMar>
          </w:tcPr>
          <w:p w14:paraId="2EF06028" w14:textId="77777777" w:rsidR="00292F36" w:rsidRDefault="00000000">
            <w:r>
              <w:rPr>
                <w:sz w:val="12"/>
              </w:rPr>
              <w:t>0</w:t>
            </w:r>
          </w:p>
        </w:tc>
        <w:tc>
          <w:tcPr>
            <w:tcW w:w="564" w:type="dxa"/>
            <w:tcMar>
              <w:top w:w="20" w:type="dxa"/>
              <w:left w:w="50" w:type="dxa"/>
              <w:bottom w:w="20" w:type="dxa"/>
              <w:right w:w="50" w:type="dxa"/>
            </w:tcMar>
          </w:tcPr>
          <w:p w14:paraId="56A5ABDB" w14:textId="77777777" w:rsidR="00292F36" w:rsidRDefault="00000000">
            <w:r>
              <w:rPr>
                <w:sz w:val="12"/>
              </w:rPr>
              <w:t>0</w:t>
            </w:r>
          </w:p>
        </w:tc>
        <w:tc>
          <w:tcPr>
            <w:tcW w:w="564" w:type="dxa"/>
            <w:tcMar>
              <w:top w:w="20" w:type="dxa"/>
              <w:left w:w="50" w:type="dxa"/>
              <w:bottom w:w="20" w:type="dxa"/>
              <w:right w:w="50" w:type="dxa"/>
            </w:tcMar>
          </w:tcPr>
          <w:p w14:paraId="2CBEDBC8" w14:textId="77777777" w:rsidR="00292F36" w:rsidRDefault="00000000">
            <w:r>
              <w:rPr>
                <w:sz w:val="12"/>
              </w:rPr>
              <w:t>0.04166667</w:t>
            </w:r>
          </w:p>
        </w:tc>
      </w:tr>
      <w:tr w:rsidR="00292F36" w14:paraId="7203491E" w14:textId="77777777">
        <w:tc>
          <w:tcPr>
            <w:tcW w:w="564" w:type="dxa"/>
            <w:tcMar>
              <w:top w:w="20" w:type="dxa"/>
              <w:left w:w="50" w:type="dxa"/>
              <w:bottom w:w="20" w:type="dxa"/>
              <w:right w:w="50" w:type="dxa"/>
            </w:tcMar>
          </w:tcPr>
          <w:p w14:paraId="42F8BB98" w14:textId="77777777" w:rsidR="00292F36" w:rsidRDefault="00000000">
            <w:r>
              <w:rPr>
                <w:sz w:val="12"/>
              </w:rPr>
              <w:t>2024_gavilanes_gavilanes_mid_4</w:t>
            </w:r>
          </w:p>
        </w:tc>
        <w:tc>
          <w:tcPr>
            <w:tcW w:w="564" w:type="dxa"/>
            <w:tcMar>
              <w:top w:w="20" w:type="dxa"/>
              <w:left w:w="50" w:type="dxa"/>
              <w:bottom w:w="20" w:type="dxa"/>
              <w:right w:w="50" w:type="dxa"/>
            </w:tcMar>
          </w:tcPr>
          <w:p w14:paraId="5B418EA2" w14:textId="77777777" w:rsidR="00292F36" w:rsidRDefault="00000000">
            <w:r>
              <w:rPr>
                <w:sz w:val="12"/>
              </w:rPr>
              <w:t>-0.4685945</w:t>
            </w:r>
          </w:p>
        </w:tc>
        <w:tc>
          <w:tcPr>
            <w:tcW w:w="564" w:type="dxa"/>
            <w:tcMar>
              <w:top w:w="20" w:type="dxa"/>
              <w:left w:w="50" w:type="dxa"/>
              <w:bottom w:w="20" w:type="dxa"/>
              <w:right w:w="50" w:type="dxa"/>
            </w:tcMar>
          </w:tcPr>
          <w:p w14:paraId="7D09C393" w14:textId="77777777" w:rsidR="00292F36" w:rsidRDefault="00000000">
            <w:r>
              <w:rPr>
                <w:sz w:val="12"/>
              </w:rPr>
              <w:t>-0.3015758</w:t>
            </w:r>
          </w:p>
        </w:tc>
        <w:tc>
          <w:tcPr>
            <w:tcW w:w="564" w:type="dxa"/>
            <w:tcMar>
              <w:top w:w="20" w:type="dxa"/>
              <w:left w:w="50" w:type="dxa"/>
              <w:bottom w:w="20" w:type="dxa"/>
              <w:right w:w="50" w:type="dxa"/>
            </w:tcMar>
          </w:tcPr>
          <w:p w14:paraId="7AA0DFBA" w14:textId="77777777" w:rsidR="00292F36" w:rsidRDefault="00000000">
            <w:r>
              <w:rPr>
                <w:sz w:val="12"/>
              </w:rPr>
              <w:t>2024</w:t>
            </w:r>
          </w:p>
        </w:tc>
        <w:tc>
          <w:tcPr>
            <w:tcW w:w="564" w:type="dxa"/>
            <w:tcMar>
              <w:top w:w="20" w:type="dxa"/>
              <w:left w:w="50" w:type="dxa"/>
              <w:bottom w:w="20" w:type="dxa"/>
              <w:right w:w="50" w:type="dxa"/>
            </w:tcMar>
          </w:tcPr>
          <w:p w14:paraId="08B3D00B" w14:textId="77777777" w:rsidR="00292F36" w:rsidRDefault="00000000">
            <w:r>
              <w:rPr>
                <w:sz w:val="12"/>
              </w:rPr>
              <w:t>punta_eugenia</w:t>
            </w:r>
          </w:p>
        </w:tc>
        <w:tc>
          <w:tcPr>
            <w:tcW w:w="564" w:type="dxa"/>
            <w:tcMar>
              <w:top w:w="20" w:type="dxa"/>
              <w:left w:w="50" w:type="dxa"/>
              <w:bottom w:w="20" w:type="dxa"/>
              <w:right w:w="50" w:type="dxa"/>
            </w:tcMar>
          </w:tcPr>
          <w:p w14:paraId="7540F801" w14:textId="77777777" w:rsidR="00292F36" w:rsidRDefault="00000000">
            <w:r>
              <w:rPr>
                <w:sz w:val="12"/>
              </w:rPr>
              <w:t>South</w:t>
            </w:r>
          </w:p>
        </w:tc>
        <w:tc>
          <w:tcPr>
            <w:tcW w:w="564" w:type="dxa"/>
            <w:tcMar>
              <w:top w:w="20" w:type="dxa"/>
              <w:left w:w="50" w:type="dxa"/>
              <w:bottom w:w="20" w:type="dxa"/>
              <w:right w:w="50" w:type="dxa"/>
            </w:tcMar>
          </w:tcPr>
          <w:p w14:paraId="58773F8A" w14:textId="77777777" w:rsidR="00292F36" w:rsidRDefault="00000000">
            <w:r>
              <w:rPr>
                <w:sz w:val="12"/>
              </w:rPr>
              <w:t>gavilanes</w:t>
            </w:r>
          </w:p>
        </w:tc>
        <w:tc>
          <w:tcPr>
            <w:tcW w:w="564" w:type="dxa"/>
            <w:tcMar>
              <w:top w:w="20" w:type="dxa"/>
              <w:left w:w="50" w:type="dxa"/>
              <w:bottom w:w="20" w:type="dxa"/>
              <w:right w:w="50" w:type="dxa"/>
            </w:tcMar>
          </w:tcPr>
          <w:p w14:paraId="71CD70AA" w14:textId="77777777" w:rsidR="00292F36" w:rsidRDefault="00000000">
            <w:r>
              <w:rPr>
                <w:sz w:val="12"/>
              </w:rPr>
              <w:t>gavilanes_mid</w:t>
            </w:r>
          </w:p>
        </w:tc>
        <w:tc>
          <w:tcPr>
            <w:tcW w:w="564" w:type="dxa"/>
            <w:tcMar>
              <w:top w:w="20" w:type="dxa"/>
              <w:left w:w="50" w:type="dxa"/>
              <w:bottom w:w="20" w:type="dxa"/>
              <w:right w:w="50" w:type="dxa"/>
            </w:tcMar>
          </w:tcPr>
          <w:p w14:paraId="71681A4C" w14:textId="77777777" w:rsidR="00292F36" w:rsidRDefault="00000000">
            <w:r>
              <w:rPr>
                <w:sz w:val="12"/>
              </w:rPr>
              <w:t>10</w:t>
            </w:r>
          </w:p>
        </w:tc>
        <w:tc>
          <w:tcPr>
            <w:tcW w:w="564" w:type="dxa"/>
            <w:tcMar>
              <w:top w:w="20" w:type="dxa"/>
              <w:left w:w="50" w:type="dxa"/>
              <w:bottom w:w="20" w:type="dxa"/>
              <w:right w:w="50" w:type="dxa"/>
            </w:tcMar>
          </w:tcPr>
          <w:p w14:paraId="41C5CF11" w14:textId="77777777" w:rsidR="00292F36" w:rsidRDefault="00000000">
            <w:r>
              <w:rPr>
                <w:sz w:val="12"/>
              </w:rPr>
              <w:t>21.2299995</w:t>
            </w:r>
          </w:p>
        </w:tc>
        <w:tc>
          <w:tcPr>
            <w:tcW w:w="564" w:type="dxa"/>
            <w:tcMar>
              <w:top w:w="20" w:type="dxa"/>
              <w:left w:w="50" w:type="dxa"/>
              <w:bottom w:w="20" w:type="dxa"/>
              <w:right w:w="50" w:type="dxa"/>
            </w:tcMar>
          </w:tcPr>
          <w:p w14:paraId="5CA5A9F2" w14:textId="77777777" w:rsidR="00292F36" w:rsidRDefault="00000000">
            <w:r>
              <w:rPr>
                <w:sz w:val="12"/>
              </w:rPr>
              <w:t>9.52918001</w:t>
            </w:r>
          </w:p>
        </w:tc>
        <w:tc>
          <w:tcPr>
            <w:tcW w:w="564" w:type="dxa"/>
            <w:tcMar>
              <w:top w:w="20" w:type="dxa"/>
              <w:left w:w="50" w:type="dxa"/>
              <w:bottom w:w="20" w:type="dxa"/>
              <w:right w:w="50" w:type="dxa"/>
            </w:tcMar>
          </w:tcPr>
          <w:p w14:paraId="5A75A2E5" w14:textId="77777777" w:rsidR="00292F36" w:rsidRDefault="00000000">
            <w:r>
              <w:rPr>
                <w:sz w:val="12"/>
              </w:rPr>
              <w:t>0.94017094</w:t>
            </w:r>
          </w:p>
        </w:tc>
        <w:tc>
          <w:tcPr>
            <w:tcW w:w="564" w:type="dxa"/>
            <w:tcMar>
              <w:top w:w="20" w:type="dxa"/>
              <w:left w:w="50" w:type="dxa"/>
              <w:bottom w:w="20" w:type="dxa"/>
              <w:right w:w="50" w:type="dxa"/>
            </w:tcMar>
          </w:tcPr>
          <w:p w14:paraId="6DF7204D" w14:textId="77777777" w:rsidR="00292F36" w:rsidRDefault="00000000">
            <w:r>
              <w:rPr>
                <w:sz w:val="12"/>
              </w:rPr>
              <w:t>0.03846154</w:t>
            </w:r>
          </w:p>
        </w:tc>
        <w:tc>
          <w:tcPr>
            <w:tcW w:w="564" w:type="dxa"/>
            <w:tcMar>
              <w:top w:w="20" w:type="dxa"/>
              <w:left w:w="50" w:type="dxa"/>
              <w:bottom w:w="20" w:type="dxa"/>
              <w:right w:w="50" w:type="dxa"/>
            </w:tcMar>
          </w:tcPr>
          <w:p w14:paraId="3C9F2681" w14:textId="77777777" w:rsidR="00292F36" w:rsidRDefault="00000000">
            <w:r>
              <w:rPr>
                <w:sz w:val="12"/>
              </w:rPr>
              <w:t>0</w:t>
            </w:r>
          </w:p>
        </w:tc>
        <w:tc>
          <w:tcPr>
            <w:tcW w:w="564" w:type="dxa"/>
            <w:tcMar>
              <w:top w:w="20" w:type="dxa"/>
              <w:left w:w="50" w:type="dxa"/>
              <w:bottom w:w="20" w:type="dxa"/>
              <w:right w:w="50" w:type="dxa"/>
            </w:tcMar>
          </w:tcPr>
          <w:p w14:paraId="4094F85B" w14:textId="77777777" w:rsidR="00292F36" w:rsidRDefault="00000000">
            <w:r>
              <w:rPr>
                <w:sz w:val="12"/>
              </w:rPr>
              <w:t>0.02136752</w:t>
            </w:r>
          </w:p>
        </w:tc>
        <w:tc>
          <w:tcPr>
            <w:tcW w:w="564" w:type="dxa"/>
            <w:tcMar>
              <w:top w:w="20" w:type="dxa"/>
              <w:left w:w="50" w:type="dxa"/>
              <w:bottom w:w="20" w:type="dxa"/>
              <w:right w:w="50" w:type="dxa"/>
            </w:tcMar>
          </w:tcPr>
          <w:p w14:paraId="2E089E91" w14:textId="77777777" w:rsidR="00292F36" w:rsidRDefault="00000000">
            <w:r>
              <w:rPr>
                <w:sz w:val="12"/>
              </w:rPr>
              <w:t>0</w:t>
            </w:r>
          </w:p>
        </w:tc>
        <w:tc>
          <w:tcPr>
            <w:tcW w:w="564" w:type="dxa"/>
            <w:tcMar>
              <w:top w:w="20" w:type="dxa"/>
              <w:left w:w="50" w:type="dxa"/>
              <w:bottom w:w="20" w:type="dxa"/>
              <w:right w:w="50" w:type="dxa"/>
            </w:tcMar>
          </w:tcPr>
          <w:p w14:paraId="1BB7DC8C" w14:textId="77777777" w:rsidR="00292F36" w:rsidRDefault="00000000">
            <w:r>
              <w:rPr>
                <w:sz w:val="12"/>
              </w:rPr>
              <w:t>0</w:t>
            </w:r>
          </w:p>
        </w:tc>
        <w:tc>
          <w:tcPr>
            <w:tcW w:w="564" w:type="dxa"/>
            <w:tcMar>
              <w:top w:w="20" w:type="dxa"/>
              <w:left w:w="50" w:type="dxa"/>
              <w:bottom w:w="20" w:type="dxa"/>
              <w:right w:w="50" w:type="dxa"/>
            </w:tcMar>
          </w:tcPr>
          <w:p w14:paraId="77949F5A" w14:textId="77777777" w:rsidR="00292F36" w:rsidRDefault="00000000">
            <w:r>
              <w:rPr>
                <w:sz w:val="12"/>
              </w:rPr>
              <w:t>0</w:t>
            </w:r>
          </w:p>
        </w:tc>
        <w:tc>
          <w:tcPr>
            <w:tcW w:w="564" w:type="dxa"/>
            <w:tcMar>
              <w:top w:w="20" w:type="dxa"/>
              <w:left w:w="50" w:type="dxa"/>
              <w:bottom w:w="20" w:type="dxa"/>
              <w:right w:w="50" w:type="dxa"/>
            </w:tcMar>
          </w:tcPr>
          <w:p w14:paraId="1BB23E40" w14:textId="77777777" w:rsidR="00292F36" w:rsidRDefault="00000000">
            <w:r>
              <w:rPr>
                <w:sz w:val="12"/>
              </w:rPr>
              <w:t>0</w:t>
            </w:r>
          </w:p>
        </w:tc>
        <w:tc>
          <w:tcPr>
            <w:tcW w:w="564" w:type="dxa"/>
            <w:tcMar>
              <w:top w:w="20" w:type="dxa"/>
              <w:left w:w="50" w:type="dxa"/>
              <w:bottom w:w="20" w:type="dxa"/>
              <w:right w:w="50" w:type="dxa"/>
            </w:tcMar>
          </w:tcPr>
          <w:p w14:paraId="200AEF26" w14:textId="77777777" w:rsidR="00292F36" w:rsidRDefault="00000000">
            <w:r>
              <w:rPr>
                <w:sz w:val="12"/>
              </w:rPr>
              <w:t>0.22222222</w:t>
            </w:r>
          </w:p>
        </w:tc>
        <w:tc>
          <w:tcPr>
            <w:tcW w:w="564" w:type="dxa"/>
            <w:tcMar>
              <w:top w:w="20" w:type="dxa"/>
              <w:left w:w="50" w:type="dxa"/>
              <w:bottom w:w="20" w:type="dxa"/>
              <w:right w:w="50" w:type="dxa"/>
            </w:tcMar>
          </w:tcPr>
          <w:p w14:paraId="5E854CBC" w14:textId="77777777" w:rsidR="00292F36" w:rsidRDefault="00000000">
            <w:r>
              <w:rPr>
                <w:sz w:val="12"/>
              </w:rPr>
              <w:t>0.66666667</w:t>
            </w:r>
          </w:p>
        </w:tc>
        <w:tc>
          <w:tcPr>
            <w:tcW w:w="564" w:type="dxa"/>
            <w:tcMar>
              <w:top w:w="20" w:type="dxa"/>
              <w:left w:w="50" w:type="dxa"/>
              <w:bottom w:w="20" w:type="dxa"/>
              <w:right w:w="50" w:type="dxa"/>
            </w:tcMar>
          </w:tcPr>
          <w:p w14:paraId="3ADDB086" w14:textId="77777777" w:rsidR="00292F36" w:rsidRDefault="00000000">
            <w:r>
              <w:rPr>
                <w:sz w:val="12"/>
              </w:rPr>
              <w:t>0</w:t>
            </w:r>
          </w:p>
        </w:tc>
        <w:tc>
          <w:tcPr>
            <w:tcW w:w="564" w:type="dxa"/>
            <w:tcMar>
              <w:top w:w="20" w:type="dxa"/>
              <w:left w:w="50" w:type="dxa"/>
              <w:bottom w:w="20" w:type="dxa"/>
              <w:right w:w="50" w:type="dxa"/>
            </w:tcMar>
          </w:tcPr>
          <w:p w14:paraId="65C9D18E" w14:textId="77777777" w:rsidR="00292F36" w:rsidRDefault="00000000">
            <w:r>
              <w:rPr>
                <w:sz w:val="12"/>
              </w:rPr>
              <w:t>0</w:t>
            </w:r>
          </w:p>
        </w:tc>
        <w:tc>
          <w:tcPr>
            <w:tcW w:w="564" w:type="dxa"/>
            <w:tcMar>
              <w:top w:w="20" w:type="dxa"/>
              <w:left w:w="50" w:type="dxa"/>
              <w:bottom w:w="20" w:type="dxa"/>
              <w:right w:w="50" w:type="dxa"/>
            </w:tcMar>
          </w:tcPr>
          <w:p w14:paraId="0A791C5D" w14:textId="77777777" w:rsidR="00292F36" w:rsidRDefault="00000000">
            <w:r>
              <w:rPr>
                <w:sz w:val="12"/>
              </w:rPr>
              <w:t>0.11111111</w:t>
            </w:r>
          </w:p>
        </w:tc>
        <w:tc>
          <w:tcPr>
            <w:tcW w:w="564" w:type="dxa"/>
            <w:tcMar>
              <w:top w:w="20" w:type="dxa"/>
              <w:left w:w="50" w:type="dxa"/>
              <w:bottom w:w="20" w:type="dxa"/>
              <w:right w:w="50" w:type="dxa"/>
            </w:tcMar>
          </w:tcPr>
          <w:p w14:paraId="6341E537" w14:textId="77777777" w:rsidR="00292F36" w:rsidRDefault="00000000">
            <w:r>
              <w:rPr>
                <w:sz w:val="12"/>
              </w:rPr>
              <w:t>0</w:t>
            </w:r>
          </w:p>
        </w:tc>
      </w:tr>
      <w:tr w:rsidR="00292F36" w14:paraId="2C6183CD" w14:textId="77777777">
        <w:tc>
          <w:tcPr>
            <w:tcW w:w="564" w:type="dxa"/>
            <w:tcMar>
              <w:top w:w="20" w:type="dxa"/>
              <w:left w:w="50" w:type="dxa"/>
              <w:bottom w:w="20" w:type="dxa"/>
              <w:right w:w="50" w:type="dxa"/>
            </w:tcMar>
          </w:tcPr>
          <w:p w14:paraId="0318F173" w14:textId="77777777" w:rsidR="00292F36" w:rsidRDefault="00000000">
            <w:r>
              <w:rPr>
                <w:sz w:val="12"/>
              </w:rPr>
              <w:t>2024_gavilanes_gavilanes_shallow_5</w:t>
            </w:r>
          </w:p>
        </w:tc>
        <w:tc>
          <w:tcPr>
            <w:tcW w:w="564" w:type="dxa"/>
            <w:tcMar>
              <w:top w:w="20" w:type="dxa"/>
              <w:left w:w="50" w:type="dxa"/>
              <w:bottom w:w="20" w:type="dxa"/>
              <w:right w:w="50" w:type="dxa"/>
            </w:tcMar>
          </w:tcPr>
          <w:p w14:paraId="6EF36B51" w14:textId="77777777" w:rsidR="00292F36" w:rsidRDefault="00000000">
            <w:r>
              <w:rPr>
                <w:sz w:val="12"/>
              </w:rPr>
              <w:t>-0.1651459</w:t>
            </w:r>
          </w:p>
        </w:tc>
        <w:tc>
          <w:tcPr>
            <w:tcW w:w="564" w:type="dxa"/>
            <w:tcMar>
              <w:top w:w="20" w:type="dxa"/>
              <w:left w:w="50" w:type="dxa"/>
              <w:bottom w:w="20" w:type="dxa"/>
              <w:right w:w="50" w:type="dxa"/>
            </w:tcMar>
          </w:tcPr>
          <w:p w14:paraId="0B68F885" w14:textId="77777777" w:rsidR="00292F36" w:rsidRDefault="00000000">
            <w:r>
              <w:rPr>
                <w:sz w:val="12"/>
              </w:rPr>
              <w:t>-0.2414734</w:t>
            </w:r>
          </w:p>
        </w:tc>
        <w:tc>
          <w:tcPr>
            <w:tcW w:w="564" w:type="dxa"/>
            <w:tcMar>
              <w:top w:w="20" w:type="dxa"/>
              <w:left w:w="50" w:type="dxa"/>
              <w:bottom w:w="20" w:type="dxa"/>
              <w:right w:w="50" w:type="dxa"/>
            </w:tcMar>
          </w:tcPr>
          <w:p w14:paraId="5512B48C" w14:textId="77777777" w:rsidR="00292F36" w:rsidRDefault="00000000">
            <w:r>
              <w:rPr>
                <w:sz w:val="12"/>
              </w:rPr>
              <w:t>2024</w:t>
            </w:r>
          </w:p>
        </w:tc>
        <w:tc>
          <w:tcPr>
            <w:tcW w:w="564" w:type="dxa"/>
            <w:tcMar>
              <w:top w:w="20" w:type="dxa"/>
              <w:left w:w="50" w:type="dxa"/>
              <w:bottom w:w="20" w:type="dxa"/>
              <w:right w:w="50" w:type="dxa"/>
            </w:tcMar>
          </w:tcPr>
          <w:p w14:paraId="49A53B78" w14:textId="77777777" w:rsidR="00292F36" w:rsidRDefault="00000000">
            <w:r>
              <w:rPr>
                <w:sz w:val="12"/>
              </w:rPr>
              <w:t>punta_eugenia</w:t>
            </w:r>
          </w:p>
        </w:tc>
        <w:tc>
          <w:tcPr>
            <w:tcW w:w="564" w:type="dxa"/>
            <w:tcMar>
              <w:top w:w="20" w:type="dxa"/>
              <w:left w:w="50" w:type="dxa"/>
              <w:bottom w:w="20" w:type="dxa"/>
              <w:right w:w="50" w:type="dxa"/>
            </w:tcMar>
          </w:tcPr>
          <w:p w14:paraId="62E757EA" w14:textId="77777777" w:rsidR="00292F36" w:rsidRDefault="00000000">
            <w:r>
              <w:rPr>
                <w:sz w:val="12"/>
              </w:rPr>
              <w:t>South</w:t>
            </w:r>
          </w:p>
        </w:tc>
        <w:tc>
          <w:tcPr>
            <w:tcW w:w="564" w:type="dxa"/>
            <w:tcMar>
              <w:top w:w="20" w:type="dxa"/>
              <w:left w:w="50" w:type="dxa"/>
              <w:bottom w:w="20" w:type="dxa"/>
              <w:right w:w="50" w:type="dxa"/>
            </w:tcMar>
          </w:tcPr>
          <w:p w14:paraId="6024865F" w14:textId="77777777" w:rsidR="00292F36" w:rsidRDefault="00000000">
            <w:r>
              <w:rPr>
                <w:sz w:val="12"/>
              </w:rPr>
              <w:t>gavilanes</w:t>
            </w:r>
          </w:p>
        </w:tc>
        <w:tc>
          <w:tcPr>
            <w:tcW w:w="564" w:type="dxa"/>
            <w:tcMar>
              <w:top w:w="20" w:type="dxa"/>
              <w:left w:w="50" w:type="dxa"/>
              <w:bottom w:w="20" w:type="dxa"/>
              <w:right w:w="50" w:type="dxa"/>
            </w:tcMar>
          </w:tcPr>
          <w:p w14:paraId="7443C699" w14:textId="77777777" w:rsidR="00292F36" w:rsidRDefault="00000000">
            <w:r>
              <w:rPr>
                <w:sz w:val="12"/>
              </w:rPr>
              <w:t>gavilanes_shallow</w:t>
            </w:r>
          </w:p>
        </w:tc>
        <w:tc>
          <w:tcPr>
            <w:tcW w:w="564" w:type="dxa"/>
            <w:tcMar>
              <w:top w:w="20" w:type="dxa"/>
              <w:left w:w="50" w:type="dxa"/>
              <w:bottom w:w="20" w:type="dxa"/>
              <w:right w:w="50" w:type="dxa"/>
            </w:tcMar>
          </w:tcPr>
          <w:p w14:paraId="6726BE7C" w14:textId="77777777" w:rsidR="00292F36" w:rsidRDefault="00000000">
            <w:r>
              <w:rPr>
                <w:sz w:val="12"/>
              </w:rPr>
              <w:t>8</w:t>
            </w:r>
          </w:p>
        </w:tc>
        <w:tc>
          <w:tcPr>
            <w:tcW w:w="564" w:type="dxa"/>
            <w:tcMar>
              <w:top w:w="20" w:type="dxa"/>
              <w:left w:w="50" w:type="dxa"/>
              <w:bottom w:w="20" w:type="dxa"/>
              <w:right w:w="50" w:type="dxa"/>
            </w:tcMar>
          </w:tcPr>
          <w:p w14:paraId="54669242" w14:textId="77777777" w:rsidR="00292F36" w:rsidRDefault="00000000">
            <w:r>
              <w:rPr>
                <w:sz w:val="12"/>
              </w:rPr>
              <w:t>21.2299995</w:t>
            </w:r>
          </w:p>
        </w:tc>
        <w:tc>
          <w:tcPr>
            <w:tcW w:w="564" w:type="dxa"/>
            <w:tcMar>
              <w:top w:w="20" w:type="dxa"/>
              <w:left w:w="50" w:type="dxa"/>
              <w:bottom w:w="20" w:type="dxa"/>
              <w:right w:w="50" w:type="dxa"/>
            </w:tcMar>
          </w:tcPr>
          <w:p w14:paraId="7E05C770" w14:textId="77777777" w:rsidR="00292F36" w:rsidRDefault="00000000">
            <w:r>
              <w:rPr>
                <w:sz w:val="12"/>
              </w:rPr>
              <w:t>9.52918001</w:t>
            </w:r>
          </w:p>
        </w:tc>
        <w:tc>
          <w:tcPr>
            <w:tcW w:w="564" w:type="dxa"/>
            <w:tcMar>
              <w:top w:w="20" w:type="dxa"/>
              <w:left w:w="50" w:type="dxa"/>
              <w:bottom w:w="20" w:type="dxa"/>
              <w:right w:w="50" w:type="dxa"/>
            </w:tcMar>
          </w:tcPr>
          <w:p w14:paraId="3EC10F3F" w14:textId="77777777" w:rsidR="00292F36" w:rsidRDefault="00000000">
            <w:r>
              <w:rPr>
                <w:sz w:val="12"/>
              </w:rPr>
              <w:t>0.69230769</w:t>
            </w:r>
          </w:p>
        </w:tc>
        <w:tc>
          <w:tcPr>
            <w:tcW w:w="564" w:type="dxa"/>
            <w:tcMar>
              <w:top w:w="20" w:type="dxa"/>
              <w:left w:w="50" w:type="dxa"/>
              <w:bottom w:w="20" w:type="dxa"/>
              <w:right w:w="50" w:type="dxa"/>
            </w:tcMar>
          </w:tcPr>
          <w:p w14:paraId="0F72AB99" w14:textId="77777777" w:rsidR="00292F36" w:rsidRDefault="00000000">
            <w:r>
              <w:rPr>
                <w:sz w:val="12"/>
              </w:rPr>
              <w:t>0.26923077</w:t>
            </w:r>
          </w:p>
        </w:tc>
        <w:tc>
          <w:tcPr>
            <w:tcW w:w="564" w:type="dxa"/>
            <w:tcMar>
              <w:top w:w="20" w:type="dxa"/>
              <w:left w:w="50" w:type="dxa"/>
              <w:bottom w:w="20" w:type="dxa"/>
              <w:right w:w="50" w:type="dxa"/>
            </w:tcMar>
          </w:tcPr>
          <w:p w14:paraId="3D2DB98A" w14:textId="77777777" w:rsidR="00292F36" w:rsidRDefault="00000000">
            <w:r>
              <w:rPr>
                <w:sz w:val="12"/>
              </w:rPr>
              <w:t>0</w:t>
            </w:r>
          </w:p>
        </w:tc>
        <w:tc>
          <w:tcPr>
            <w:tcW w:w="564" w:type="dxa"/>
            <w:tcMar>
              <w:top w:w="20" w:type="dxa"/>
              <w:left w:w="50" w:type="dxa"/>
              <w:bottom w:w="20" w:type="dxa"/>
              <w:right w:w="50" w:type="dxa"/>
            </w:tcMar>
          </w:tcPr>
          <w:p w14:paraId="1E33BC60" w14:textId="77777777" w:rsidR="00292F36" w:rsidRDefault="00000000">
            <w:r>
              <w:rPr>
                <w:sz w:val="12"/>
              </w:rPr>
              <w:t>0.03846154</w:t>
            </w:r>
          </w:p>
        </w:tc>
        <w:tc>
          <w:tcPr>
            <w:tcW w:w="564" w:type="dxa"/>
            <w:tcMar>
              <w:top w:w="20" w:type="dxa"/>
              <w:left w:w="50" w:type="dxa"/>
              <w:bottom w:w="20" w:type="dxa"/>
              <w:right w:w="50" w:type="dxa"/>
            </w:tcMar>
          </w:tcPr>
          <w:p w14:paraId="41CE6F2A" w14:textId="77777777" w:rsidR="00292F36" w:rsidRDefault="00000000">
            <w:r>
              <w:rPr>
                <w:sz w:val="12"/>
              </w:rPr>
              <w:t>0</w:t>
            </w:r>
          </w:p>
        </w:tc>
        <w:tc>
          <w:tcPr>
            <w:tcW w:w="564" w:type="dxa"/>
            <w:tcMar>
              <w:top w:w="20" w:type="dxa"/>
              <w:left w:w="50" w:type="dxa"/>
              <w:bottom w:w="20" w:type="dxa"/>
              <w:right w:w="50" w:type="dxa"/>
            </w:tcMar>
          </w:tcPr>
          <w:p w14:paraId="278B7241" w14:textId="77777777" w:rsidR="00292F36" w:rsidRDefault="00000000">
            <w:r>
              <w:rPr>
                <w:sz w:val="12"/>
              </w:rPr>
              <w:t>0</w:t>
            </w:r>
          </w:p>
        </w:tc>
        <w:tc>
          <w:tcPr>
            <w:tcW w:w="564" w:type="dxa"/>
            <w:tcMar>
              <w:top w:w="20" w:type="dxa"/>
              <w:left w:w="50" w:type="dxa"/>
              <w:bottom w:w="20" w:type="dxa"/>
              <w:right w:w="50" w:type="dxa"/>
            </w:tcMar>
          </w:tcPr>
          <w:p w14:paraId="2BAAF2D8" w14:textId="77777777" w:rsidR="00292F36" w:rsidRDefault="00000000">
            <w:r>
              <w:rPr>
                <w:sz w:val="12"/>
              </w:rPr>
              <w:t>0</w:t>
            </w:r>
          </w:p>
        </w:tc>
        <w:tc>
          <w:tcPr>
            <w:tcW w:w="564" w:type="dxa"/>
            <w:tcMar>
              <w:top w:w="20" w:type="dxa"/>
              <w:left w:w="50" w:type="dxa"/>
              <w:bottom w:w="20" w:type="dxa"/>
              <w:right w:w="50" w:type="dxa"/>
            </w:tcMar>
          </w:tcPr>
          <w:p w14:paraId="58330A08" w14:textId="77777777" w:rsidR="00292F36" w:rsidRDefault="00000000">
            <w:r>
              <w:rPr>
                <w:sz w:val="12"/>
              </w:rPr>
              <w:t>0</w:t>
            </w:r>
          </w:p>
        </w:tc>
        <w:tc>
          <w:tcPr>
            <w:tcW w:w="564" w:type="dxa"/>
            <w:tcMar>
              <w:top w:w="20" w:type="dxa"/>
              <w:left w:w="50" w:type="dxa"/>
              <w:bottom w:w="20" w:type="dxa"/>
              <w:right w:w="50" w:type="dxa"/>
            </w:tcMar>
          </w:tcPr>
          <w:p w14:paraId="3914AC46" w14:textId="77777777" w:rsidR="00292F36" w:rsidRDefault="00000000">
            <w:r>
              <w:rPr>
                <w:sz w:val="12"/>
              </w:rPr>
              <w:t>0</w:t>
            </w:r>
          </w:p>
        </w:tc>
        <w:tc>
          <w:tcPr>
            <w:tcW w:w="564" w:type="dxa"/>
            <w:tcMar>
              <w:top w:w="20" w:type="dxa"/>
              <w:left w:w="50" w:type="dxa"/>
              <w:bottom w:w="20" w:type="dxa"/>
              <w:right w:w="50" w:type="dxa"/>
            </w:tcMar>
          </w:tcPr>
          <w:p w14:paraId="6921CB53" w14:textId="77777777" w:rsidR="00292F36" w:rsidRDefault="00000000">
            <w:r>
              <w:rPr>
                <w:sz w:val="12"/>
              </w:rPr>
              <w:t>0.875</w:t>
            </w:r>
          </w:p>
        </w:tc>
        <w:tc>
          <w:tcPr>
            <w:tcW w:w="564" w:type="dxa"/>
            <w:tcMar>
              <w:top w:w="20" w:type="dxa"/>
              <w:left w:w="50" w:type="dxa"/>
              <w:bottom w:w="20" w:type="dxa"/>
              <w:right w:w="50" w:type="dxa"/>
            </w:tcMar>
          </w:tcPr>
          <w:p w14:paraId="50821D72" w14:textId="77777777" w:rsidR="00292F36" w:rsidRDefault="00000000">
            <w:r>
              <w:rPr>
                <w:sz w:val="12"/>
              </w:rPr>
              <w:t>0.125</w:t>
            </w:r>
          </w:p>
        </w:tc>
        <w:tc>
          <w:tcPr>
            <w:tcW w:w="564" w:type="dxa"/>
            <w:tcMar>
              <w:top w:w="20" w:type="dxa"/>
              <w:left w:w="50" w:type="dxa"/>
              <w:bottom w:w="20" w:type="dxa"/>
              <w:right w:w="50" w:type="dxa"/>
            </w:tcMar>
          </w:tcPr>
          <w:p w14:paraId="2AB086A4" w14:textId="77777777" w:rsidR="00292F36" w:rsidRDefault="00000000">
            <w:r>
              <w:rPr>
                <w:sz w:val="12"/>
              </w:rPr>
              <w:t>0</w:t>
            </w:r>
          </w:p>
        </w:tc>
        <w:tc>
          <w:tcPr>
            <w:tcW w:w="564" w:type="dxa"/>
            <w:tcMar>
              <w:top w:w="20" w:type="dxa"/>
              <w:left w:w="50" w:type="dxa"/>
              <w:bottom w:w="20" w:type="dxa"/>
              <w:right w:w="50" w:type="dxa"/>
            </w:tcMar>
          </w:tcPr>
          <w:p w14:paraId="512A0E74" w14:textId="77777777" w:rsidR="00292F36" w:rsidRDefault="00000000">
            <w:r>
              <w:rPr>
                <w:sz w:val="12"/>
              </w:rPr>
              <w:t>0</w:t>
            </w:r>
          </w:p>
        </w:tc>
        <w:tc>
          <w:tcPr>
            <w:tcW w:w="564" w:type="dxa"/>
            <w:tcMar>
              <w:top w:w="20" w:type="dxa"/>
              <w:left w:w="50" w:type="dxa"/>
              <w:bottom w:w="20" w:type="dxa"/>
              <w:right w:w="50" w:type="dxa"/>
            </w:tcMar>
          </w:tcPr>
          <w:p w14:paraId="55795FEA" w14:textId="77777777" w:rsidR="00292F36" w:rsidRDefault="00000000">
            <w:r>
              <w:rPr>
                <w:sz w:val="12"/>
              </w:rPr>
              <w:t>0</w:t>
            </w:r>
          </w:p>
        </w:tc>
      </w:tr>
      <w:tr w:rsidR="00292F36" w14:paraId="50D8868A" w14:textId="77777777">
        <w:tc>
          <w:tcPr>
            <w:tcW w:w="564" w:type="dxa"/>
            <w:tcMar>
              <w:top w:w="20" w:type="dxa"/>
              <w:left w:w="50" w:type="dxa"/>
              <w:bottom w:w="20" w:type="dxa"/>
              <w:right w:w="50" w:type="dxa"/>
            </w:tcMar>
          </w:tcPr>
          <w:p w14:paraId="340A299D" w14:textId="77777777" w:rsidR="00292F36" w:rsidRDefault="00000000">
            <w:r>
              <w:rPr>
                <w:sz w:val="12"/>
              </w:rPr>
              <w:t>2024_gavilanes_gavilanes_shallow_6</w:t>
            </w:r>
          </w:p>
        </w:tc>
        <w:tc>
          <w:tcPr>
            <w:tcW w:w="564" w:type="dxa"/>
            <w:tcMar>
              <w:top w:w="20" w:type="dxa"/>
              <w:left w:w="50" w:type="dxa"/>
              <w:bottom w:w="20" w:type="dxa"/>
              <w:right w:w="50" w:type="dxa"/>
            </w:tcMar>
          </w:tcPr>
          <w:p w14:paraId="04EB3339" w14:textId="77777777" w:rsidR="00292F36" w:rsidRDefault="00000000">
            <w:r>
              <w:rPr>
                <w:sz w:val="12"/>
              </w:rPr>
              <w:t>-0.584389</w:t>
            </w:r>
          </w:p>
        </w:tc>
        <w:tc>
          <w:tcPr>
            <w:tcW w:w="564" w:type="dxa"/>
            <w:tcMar>
              <w:top w:w="20" w:type="dxa"/>
              <w:left w:w="50" w:type="dxa"/>
              <w:bottom w:w="20" w:type="dxa"/>
              <w:right w:w="50" w:type="dxa"/>
            </w:tcMar>
          </w:tcPr>
          <w:p w14:paraId="4E18B440" w14:textId="77777777" w:rsidR="00292F36" w:rsidRDefault="00000000">
            <w:r>
              <w:rPr>
                <w:sz w:val="12"/>
              </w:rPr>
              <w:t>-0.210236</w:t>
            </w:r>
          </w:p>
        </w:tc>
        <w:tc>
          <w:tcPr>
            <w:tcW w:w="564" w:type="dxa"/>
            <w:tcMar>
              <w:top w:w="20" w:type="dxa"/>
              <w:left w:w="50" w:type="dxa"/>
              <w:bottom w:w="20" w:type="dxa"/>
              <w:right w:w="50" w:type="dxa"/>
            </w:tcMar>
          </w:tcPr>
          <w:p w14:paraId="24C7CAFA" w14:textId="77777777" w:rsidR="00292F36" w:rsidRDefault="00000000">
            <w:r>
              <w:rPr>
                <w:sz w:val="12"/>
              </w:rPr>
              <w:t>2024</w:t>
            </w:r>
          </w:p>
        </w:tc>
        <w:tc>
          <w:tcPr>
            <w:tcW w:w="564" w:type="dxa"/>
            <w:tcMar>
              <w:top w:w="20" w:type="dxa"/>
              <w:left w:w="50" w:type="dxa"/>
              <w:bottom w:w="20" w:type="dxa"/>
              <w:right w:w="50" w:type="dxa"/>
            </w:tcMar>
          </w:tcPr>
          <w:p w14:paraId="1FC2967D" w14:textId="77777777" w:rsidR="00292F36" w:rsidRDefault="00000000">
            <w:r>
              <w:rPr>
                <w:sz w:val="12"/>
              </w:rPr>
              <w:t>punta_eugenia</w:t>
            </w:r>
          </w:p>
        </w:tc>
        <w:tc>
          <w:tcPr>
            <w:tcW w:w="564" w:type="dxa"/>
            <w:tcMar>
              <w:top w:w="20" w:type="dxa"/>
              <w:left w:w="50" w:type="dxa"/>
              <w:bottom w:w="20" w:type="dxa"/>
              <w:right w:w="50" w:type="dxa"/>
            </w:tcMar>
          </w:tcPr>
          <w:p w14:paraId="0713FFB2" w14:textId="77777777" w:rsidR="00292F36" w:rsidRDefault="00000000">
            <w:r>
              <w:rPr>
                <w:sz w:val="12"/>
              </w:rPr>
              <w:t>South</w:t>
            </w:r>
          </w:p>
        </w:tc>
        <w:tc>
          <w:tcPr>
            <w:tcW w:w="564" w:type="dxa"/>
            <w:tcMar>
              <w:top w:w="20" w:type="dxa"/>
              <w:left w:w="50" w:type="dxa"/>
              <w:bottom w:w="20" w:type="dxa"/>
              <w:right w:w="50" w:type="dxa"/>
            </w:tcMar>
          </w:tcPr>
          <w:p w14:paraId="254511AE" w14:textId="77777777" w:rsidR="00292F36" w:rsidRDefault="00000000">
            <w:r>
              <w:rPr>
                <w:sz w:val="12"/>
              </w:rPr>
              <w:t>gavilanes</w:t>
            </w:r>
          </w:p>
        </w:tc>
        <w:tc>
          <w:tcPr>
            <w:tcW w:w="564" w:type="dxa"/>
            <w:tcMar>
              <w:top w:w="20" w:type="dxa"/>
              <w:left w:w="50" w:type="dxa"/>
              <w:bottom w:w="20" w:type="dxa"/>
              <w:right w:w="50" w:type="dxa"/>
            </w:tcMar>
          </w:tcPr>
          <w:p w14:paraId="65C3F4A9" w14:textId="77777777" w:rsidR="00292F36" w:rsidRDefault="00000000">
            <w:r>
              <w:rPr>
                <w:sz w:val="12"/>
              </w:rPr>
              <w:t>gavilanes_shallow</w:t>
            </w:r>
          </w:p>
        </w:tc>
        <w:tc>
          <w:tcPr>
            <w:tcW w:w="564" w:type="dxa"/>
            <w:tcMar>
              <w:top w:w="20" w:type="dxa"/>
              <w:left w:w="50" w:type="dxa"/>
              <w:bottom w:w="20" w:type="dxa"/>
              <w:right w:w="50" w:type="dxa"/>
            </w:tcMar>
          </w:tcPr>
          <w:p w14:paraId="298DD6EE" w14:textId="77777777" w:rsidR="00292F36" w:rsidRDefault="00000000">
            <w:r>
              <w:rPr>
                <w:sz w:val="12"/>
              </w:rPr>
              <w:t>8</w:t>
            </w:r>
          </w:p>
        </w:tc>
        <w:tc>
          <w:tcPr>
            <w:tcW w:w="564" w:type="dxa"/>
            <w:tcMar>
              <w:top w:w="20" w:type="dxa"/>
              <w:left w:w="50" w:type="dxa"/>
              <w:bottom w:w="20" w:type="dxa"/>
              <w:right w:w="50" w:type="dxa"/>
            </w:tcMar>
          </w:tcPr>
          <w:p w14:paraId="417B32A4" w14:textId="77777777" w:rsidR="00292F36" w:rsidRDefault="00000000">
            <w:r>
              <w:rPr>
                <w:sz w:val="12"/>
              </w:rPr>
              <w:t>21.2299995</w:t>
            </w:r>
          </w:p>
        </w:tc>
        <w:tc>
          <w:tcPr>
            <w:tcW w:w="564" w:type="dxa"/>
            <w:tcMar>
              <w:top w:w="20" w:type="dxa"/>
              <w:left w:w="50" w:type="dxa"/>
              <w:bottom w:w="20" w:type="dxa"/>
              <w:right w:w="50" w:type="dxa"/>
            </w:tcMar>
          </w:tcPr>
          <w:p w14:paraId="2E5290AD" w14:textId="77777777" w:rsidR="00292F36" w:rsidRDefault="00000000">
            <w:r>
              <w:rPr>
                <w:sz w:val="12"/>
              </w:rPr>
              <w:t>9.52918001</w:t>
            </w:r>
          </w:p>
        </w:tc>
        <w:tc>
          <w:tcPr>
            <w:tcW w:w="564" w:type="dxa"/>
            <w:tcMar>
              <w:top w:w="20" w:type="dxa"/>
              <w:left w:w="50" w:type="dxa"/>
              <w:bottom w:w="20" w:type="dxa"/>
              <w:right w:w="50" w:type="dxa"/>
            </w:tcMar>
          </w:tcPr>
          <w:p w14:paraId="3085012F" w14:textId="77777777" w:rsidR="00292F36" w:rsidRDefault="00000000">
            <w:r>
              <w:rPr>
                <w:sz w:val="12"/>
              </w:rPr>
              <w:t>0.78333333</w:t>
            </w:r>
          </w:p>
        </w:tc>
        <w:tc>
          <w:tcPr>
            <w:tcW w:w="564" w:type="dxa"/>
            <w:tcMar>
              <w:top w:w="20" w:type="dxa"/>
              <w:left w:w="50" w:type="dxa"/>
              <w:bottom w:w="20" w:type="dxa"/>
              <w:right w:w="50" w:type="dxa"/>
            </w:tcMar>
          </w:tcPr>
          <w:p w14:paraId="798B34B9" w14:textId="77777777" w:rsidR="00292F36" w:rsidRDefault="00000000">
            <w:r>
              <w:rPr>
                <w:sz w:val="12"/>
              </w:rPr>
              <w:t>0.20555556</w:t>
            </w:r>
          </w:p>
        </w:tc>
        <w:tc>
          <w:tcPr>
            <w:tcW w:w="564" w:type="dxa"/>
            <w:tcMar>
              <w:top w:w="20" w:type="dxa"/>
              <w:left w:w="50" w:type="dxa"/>
              <w:bottom w:w="20" w:type="dxa"/>
              <w:right w:w="50" w:type="dxa"/>
            </w:tcMar>
          </w:tcPr>
          <w:p w14:paraId="6C729670" w14:textId="77777777" w:rsidR="00292F36" w:rsidRDefault="00000000">
            <w:r>
              <w:rPr>
                <w:sz w:val="12"/>
              </w:rPr>
              <w:t>0</w:t>
            </w:r>
          </w:p>
        </w:tc>
        <w:tc>
          <w:tcPr>
            <w:tcW w:w="564" w:type="dxa"/>
            <w:tcMar>
              <w:top w:w="20" w:type="dxa"/>
              <w:left w:w="50" w:type="dxa"/>
              <w:bottom w:w="20" w:type="dxa"/>
              <w:right w:w="50" w:type="dxa"/>
            </w:tcMar>
          </w:tcPr>
          <w:p w14:paraId="030242D9" w14:textId="77777777" w:rsidR="00292F36" w:rsidRDefault="00000000">
            <w:r>
              <w:rPr>
                <w:sz w:val="12"/>
              </w:rPr>
              <w:t>0.01111111</w:t>
            </w:r>
          </w:p>
        </w:tc>
        <w:tc>
          <w:tcPr>
            <w:tcW w:w="564" w:type="dxa"/>
            <w:tcMar>
              <w:top w:w="20" w:type="dxa"/>
              <w:left w:w="50" w:type="dxa"/>
              <w:bottom w:w="20" w:type="dxa"/>
              <w:right w:w="50" w:type="dxa"/>
            </w:tcMar>
          </w:tcPr>
          <w:p w14:paraId="08CB3190" w14:textId="77777777" w:rsidR="00292F36" w:rsidRDefault="00000000">
            <w:r>
              <w:rPr>
                <w:sz w:val="12"/>
              </w:rPr>
              <w:t>0</w:t>
            </w:r>
          </w:p>
        </w:tc>
        <w:tc>
          <w:tcPr>
            <w:tcW w:w="564" w:type="dxa"/>
            <w:tcMar>
              <w:top w:w="20" w:type="dxa"/>
              <w:left w:w="50" w:type="dxa"/>
              <w:bottom w:w="20" w:type="dxa"/>
              <w:right w:w="50" w:type="dxa"/>
            </w:tcMar>
          </w:tcPr>
          <w:p w14:paraId="763913AA" w14:textId="77777777" w:rsidR="00292F36" w:rsidRDefault="00000000">
            <w:r>
              <w:rPr>
                <w:sz w:val="12"/>
              </w:rPr>
              <w:t>0</w:t>
            </w:r>
          </w:p>
        </w:tc>
        <w:tc>
          <w:tcPr>
            <w:tcW w:w="564" w:type="dxa"/>
            <w:tcMar>
              <w:top w:w="20" w:type="dxa"/>
              <w:left w:w="50" w:type="dxa"/>
              <w:bottom w:w="20" w:type="dxa"/>
              <w:right w:w="50" w:type="dxa"/>
            </w:tcMar>
          </w:tcPr>
          <w:p w14:paraId="06B453FE" w14:textId="77777777" w:rsidR="00292F36" w:rsidRDefault="00000000">
            <w:r>
              <w:rPr>
                <w:sz w:val="12"/>
              </w:rPr>
              <w:t>0</w:t>
            </w:r>
          </w:p>
        </w:tc>
        <w:tc>
          <w:tcPr>
            <w:tcW w:w="564" w:type="dxa"/>
            <w:tcMar>
              <w:top w:w="20" w:type="dxa"/>
              <w:left w:w="50" w:type="dxa"/>
              <w:bottom w:w="20" w:type="dxa"/>
              <w:right w:w="50" w:type="dxa"/>
            </w:tcMar>
          </w:tcPr>
          <w:p w14:paraId="4F06E966" w14:textId="77777777" w:rsidR="00292F36" w:rsidRDefault="00000000">
            <w:r>
              <w:rPr>
                <w:sz w:val="12"/>
              </w:rPr>
              <w:t>0</w:t>
            </w:r>
          </w:p>
        </w:tc>
        <w:tc>
          <w:tcPr>
            <w:tcW w:w="564" w:type="dxa"/>
            <w:tcMar>
              <w:top w:w="20" w:type="dxa"/>
              <w:left w:w="50" w:type="dxa"/>
              <w:bottom w:w="20" w:type="dxa"/>
              <w:right w:w="50" w:type="dxa"/>
            </w:tcMar>
          </w:tcPr>
          <w:p w14:paraId="5734DBC0" w14:textId="77777777" w:rsidR="00292F36" w:rsidRDefault="00000000">
            <w:r>
              <w:rPr>
                <w:sz w:val="12"/>
              </w:rPr>
              <w:t>0</w:t>
            </w:r>
          </w:p>
        </w:tc>
        <w:tc>
          <w:tcPr>
            <w:tcW w:w="564" w:type="dxa"/>
            <w:tcMar>
              <w:top w:w="20" w:type="dxa"/>
              <w:left w:w="50" w:type="dxa"/>
              <w:bottom w:w="20" w:type="dxa"/>
              <w:right w:w="50" w:type="dxa"/>
            </w:tcMar>
          </w:tcPr>
          <w:p w14:paraId="21DF2B98" w14:textId="77777777" w:rsidR="00292F36" w:rsidRDefault="00000000">
            <w:r>
              <w:rPr>
                <w:sz w:val="12"/>
              </w:rPr>
              <w:t>0.25</w:t>
            </w:r>
          </w:p>
        </w:tc>
        <w:tc>
          <w:tcPr>
            <w:tcW w:w="564" w:type="dxa"/>
            <w:tcMar>
              <w:top w:w="20" w:type="dxa"/>
              <w:left w:w="50" w:type="dxa"/>
              <w:bottom w:w="20" w:type="dxa"/>
              <w:right w:w="50" w:type="dxa"/>
            </w:tcMar>
          </w:tcPr>
          <w:p w14:paraId="09982DB4" w14:textId="77777777" w:rsidR="00292F36" w:rsidRDefault="00000000">
            <w:r>
              <w:rPr>
                <w:sz w:val="12"/>
              </w:rPr>
              <w:t>0.5</w:t>
            </w:r>
          </w:p>
        </w:tc>
        <w:tc>
          <w:tcPr>
            <w:tcW w:w="564" w:type="dxa"/>
            <w:tcMar>
              <w:top w:w="20" w:type="dxa"/>
              <w:left w:w="50" w:type="dxa"/>
              <w:bottom w:w="20" w:type="dxa"/>
              <w:right w:w="50" w:type="dxa"/>
            </w:tcMar>
          </w:tcPr>
          <w:p w14:paraId="2E1E10CF" w14:textId="77777777" w:rsidR="00292F36" w:rsidRDefault="00000000">
            <w:r>
              <w:rPr>
                <w:sz w:val="12"/>
              </w:rPr>
              <w:t>0</w:t>
            </w:r>
          </w:p>
        </w:tc>
        <w:tc>
          <w:tcPr>
            <w:tcW w:w="564" w:type="dxa"/>
            <w:tcMar>
              <w:top w:w="20" w:type="dxa"/>
              <w:left w:w="50" w:type="dxa"/>
              <w:bottom w:w="20" w:type="dxa"/>
              <w:right w:w="50" w:type="dxa"/>
            </w:tcMar>
          </w:tcPr>
          <w:p w14:paraId="52779470" w14:textId="77777777" w:rsidR="00292F36" w:rsidRDefault="00000000">
            <w:r>
              <w:rPr>
                <w:sz w:val="12"/>
              </w:rPr>
              <w:t>0.25</w:t>
            </w:r>
          </w:p>
        </w:tc>
        <w:tc>
          <w:tcPr>
            <w:tcW w:w="564" w:type="dxa"/>
            <w:tcMar>
              <w:top w:w="20" w:type="dxa"/>
              <w:left w:w="50" w:type="dxa"/>
              <w:bottom w:w="20" w:type="dxa"/>
              <w:right w:w="50" w:type="dxa"/>
            </w:tcMar>
          </w:tcPr>
          <w:p w14:paraId="50867237" w14:textId="77777777" w:rsidR="00292F36" w:rsidRDefault="00000000">
            <w:r>
              <w:rPr>
                <w:sz w:val="12"/>
              </w:rPr>
              <w:t>0</w:t>
            </w:r>
          </w:p>
        </w:tc>
      </w:tr>
      <w:tr w:rsidR="00292F36" w14:paraId="53FB69C2" w14:textId="77777777">
        <w:tc>
          <w:tcPr>
            <w:tcW w:w="564" w:type="dxa"/>
            <w:tcMar>
              <w:top w:w="20" w:type="dxa"/>
              <w:left w:w="50" w:type="dxa"/>
              <w:bottom w:w="20" w:type="dxa"/>
              <w:right w:w="50" w:type="dxa"/>
            </w:tcMar>
          </w:tcPr>
          <w:p w14:paraId="1DAE3ED1" w14:textId="77777777" w:rsidR="00292F36" w:rsidRDefault="00000000">
            <w:r>
              <w:rPr>
                <w:sz w:val="12"/>
              </w:rPr>
              <w:t>2024_isla_san_jeronimo_isla_san_jeronimo_china_town_mid_1</w:t>
            </w:r>
          </w:p>
        </w:tc>
        <w:tc>
          <w:tcPr>
            <w:tcW w:w="564" w:type="dxa"/>
            <w:tcMar>
              <w:top w:w="20" w:type="dxa"/>
              <w:left w:w="50" w:type="dxa"/>
              <w:bottom w:w="20" w:type="dxa"/>
              <w:right w:w="50" w:type="dxa"/>
            </w:tcMar>
          </w:tcPr>
          <w:p w14:paraId="40AC93DE" w14:textId="77777777" w:rsidR="00292F36" w:rsidRDefault="00000000">
            <w:r>
              <w:rPr>
                <w:sz w:val="12"/>
              </w:rPr>
              <w:t>0.47754349</w:t>
            </w:r>
          </w:p>
        </w:tc>
        <w:tc>
          <w:tcPr>
            <w:tcW w:w="564" w:type="dxa"/>
            <w:tcMar>
              <w:top w:w="20" w:type="dxa"/>
              <w:left w:w="50" w:type="dxa"/>
              <w:bottom w:w="20" w:type="dxa"/>
              <w:right w:w="50" w:type="dxa"/>
            </w:tcMar>
          </w:tcPr>
          <w:p w14:paraId="37B1917A" w14:textId="77777777" w:rsidR="00292F36" w:rsidRDefault="00000000">
            <w:r>
              <w:rPr>
                <w:sz w:val="12"/>
              </w:rPr>
              <w:t>-0.6029799</w:t>
            </w:r>
          </w:p>
        </w:tc>
        <w:tc>
          <w:tcPr>
            <w:tcW w:w="564" w:type="dxa"/>
            <w:tcMar>
              <w:top w:w="20" w:type="dxa"/>
              <w:left w:w="50" w:type="dxa"/>
              <w:bottom w:w="20" w:type="dxa"/>
              <w:right w:w="50" w:type="dxa"/>
            </w:tcMar>
          </w:tcPr>
          <w:p w14:paraId="3226C964" w14:textId="77777777" w:rsidR="00292F36" w:rsidRDefault="00000000">
            <w:r>
              <w:rPr>
                <w:sz w:val="12"/>
              </w:rPr>
              <w:t>2024</w:t>
            </w:r>
          </w:p>
        </w:tc>
        <w:tc>
          <w:tcPr>
            <w:tcW w:w="564" w:type="dxa"/>
            <w:tcMar>
              <w:top w:w="20" w:type="dxa"/>
              <w:left w:w="50" w:type="dxa"/>
              <w:bottom w:w="20" w:type="dxa"/>
              <w:right w:w="50" w:type="dxa"/>
            </w:tcMar>
          </w:tcPr>
          <w:p w14:paraId="1508D387" w14:textId="77777777" w:rsidR="00292F36" w:rsidRDefault="00000000">
            <w:r>
              <w:rPr>
                <w:sz w:val="12"/>
              </w:rPr>
              <w:t>el_rosario</w:t>
            </w:r>
          </w:p>
        </w:tc>
        <w:tc>
          <w:tcPr>
            <w:tcW w:w="564" w:type="dxa"/>
            <w:tcMar>
              <w:top w:w="20" w:type="dxa"/>
              <w:left w:w="50" w:type="dxa"/>
              <w:bottom w:w="20" w:type="dxa"/>
              <w:right w:w="50" w:type="dxa"/>
            </w:tcMar>
          </w:tcPr>
          <w:p w14:paraId="0EA79F7D" w14:textId="77777777" w:rsidR="00292F36" w:rsidRDefault="00000000">
            <w:r>
              <w:rPr>
                <w:sz w:val="12"/>
              </w:rPr>
              <w:t>Middle</w:t>
            </w:r>
          </w:p>
        </w:tc>
        <w:tc>
          <w:tcPr>
            <w:tcW w:w="564" w:type="dxa"/>
            <w:tcMar>
              <w:top w:w="20" w:type="dxa"/>
              <w:left w:w="50" w:type="dxa"/>
              <w:bottom w:w="20" w:type="dxa"/>
              <w:right w:w="50" w:type="dxa"/>
            </w:tcMar>
          </w:tcPr>
          <w:p w14:paraId="4F9E2FCA" w14:textId="77777777" w:rsidR="00292F36" w:rsidRDefault="00000000">
            <w:r>
              <w:rPr>
                <w:sz w:val="12"/>
              </w:rPr>
              <w:t>isla_san_jeronimo</w:t>
            </w:r>
          </w:p>
        </w:tc>
        <w:tc>
          <w:tcPr>
            <w:tcW w:w="564" w:type="dxa"/>
            <w:tcMar>
              <w:top w:w="20" w:type="dxa"/>
              <w:left w:w="50" w:type="dxa"/>
              <w:bottom w:w="20" w:type="dxa"/>
              <w:right w:w="50" w:type="dxa"/>
            </w:tcMar>
          </w:tcPr>
          <w:p w14:paraId="029C26C3" w14:textId="77777777" w:rsidR="00292F36" w:rsidRDefault="00000000">
            <w:r>
              <w:rPr>
                <w:sz w:val="12"/>
              </w:rPr>
              <w:t>isla_san_jeronimo_china_town_mid</w:t>
            </w:r>
          </w:p>
        </w:tc>
        <w:tc>
          <w:tcPr>
            <w:tcW w:w="564" w:type="dxa"/>
            <w:tcMar>
              <w:top w:w="20" w:type="dxa"/>
              <w:left w:w="50" w:type="dxa"/>
              <w:bottom w:w="20" w:type="dxa"/>
              <w:right w:w="50" w:type="dxa"/>
            </w:tcMar>
          </w:tcPr>
          <w:p w14:paraId="3B87BA2B" w14:textId="77777777" w:rsidR="00292F36" w:rsidRDefault="00000000">
            <w:r>
              <w:rPr>
                <w:sz w:val="12"/>
              </w:rPr>
              <w:t>12</w:t>
            </w:r>
          </w:p>
        </w:tc>
        <w:tc>
          <w:tcPr>
            <w:tcW w:w="564" w:type="dxa"/>
            <w:tcMar>
              <w:top w:w="20" w:type="dxa"/>
              <w:left w:w="50" w:type="dxa"/>
              <w:bottom w:w="20" w:type="dxa"/>
              <w:right w:w="50" w:type="dxa"/>
            </w:tcMar>
          </w:tcPr>
          <w:p w14:paraId="60FDC75B" w14:textId="77777777" w:rsidR="00292F36" w:rsidRDefault="00000000">
            <w:r>
              <w:rPr>
                <w:sz w:val="12"/>
              </w:rPr>
              <w:t>15.0699997</w:t>
            </w:r>
          </w:p>
        </w:tc>
        <w:tc>
          <w:tcPr>
            <w:tcW w:w="564" w:type="dxa"/>
            <w:tcMar>
              <w:top w:w="20" w:type="dxa"/>
              <w:left w:w="50" w:type="dxa"/>
              <w:bottom w:w="20" w:type="dxa"/>
              <w:right w:w="50" w:type="dxa"/>
            </w:tcMar>
          </w:tcPr>
          <w:p w14:paraId="02D5E6B2" w14:textId="77777777" w:rsidR="00292F36" w:rsidRDefault="00000000">
            <w:r>
              <w:rPr>
                <w:sz w:val="12"/>
              </w:rPr>
              <w:t>1.88626068</w:t>
            </w:r>
          </w:p>
        </w:tc>
        <w:tc>
          <w:tcPr>
            <w:tcW w:w="564" w:type="dxa"/>
            <w:tcMar>
              <w:top w:w="20" w:type="dxa"/>
              <w:left w:w="50" w:type="dxa"/>
              <w:bottom w:w="20" w:type="dxa"/>
              <w:right w:w="50" w:type="dxa"/>
            </w:tcMar>
          </w:tcPr>
          <w:p w14:paraId="62FFFF12" w14:textId="77777777" w:rsidR="00292F36" w:rsidRDefault="00000000">
            <w:r>
              <w:rPr>
                <w:sz w:val="12"/>
              </w:rPr>
              <w:t>0</w:t>
            </w:r>
          </w:p>
        </w:tc>
        <w:tc>
          <w:tcPr>
            <w:tcW w:w="564" w:type="dxa"/>
            <w:tcMar>
              <w:top w:w="20" w:type="dxa"/>
              <w:left w:w="50" w:type="dxa"/>
              <w:bottom w:w="20" w:type="dxa"/>
              <w:right w:w="50" w:type="dxa"/>
            </w:tcMar>
          </w:tcPr>
          <w:p w14:paraId="11E94F87" w14:textId="77777777" w:rsidR="00292F36" w:rsidRDefault="00000000">
            <w:r>
              <w:rPr>
                <w:sz w:val="12"/>
              </w:rPr>
              <w:t>1</w:t>
            </w:r>
          </w:p>
        </w:tc>
        <w:tc>
          <w:tcPr>
            <w:tcW w:w="564" w:type="dxa"/>
            <w:tcMar>
              <w:top w:w="20" w:type="dxa"/>
              <w:left w:w="50" w:type="dxa"/>
              <w:bottom w:w="20" w:type="dxa"/>
              <w:right w:w="50" w:type="dxa"/>
            </w:tcMar>
          </w:tcPr>
          <w:p w14:paraId="3E9CAD6F" w14:textId="77777777" w:rsidR="00292F36" w:rsidRDefault="00000000">
            <w:r>
              <w:rPr>
                <w:sz w:val="12"/>
              </w:rPr>
              <w:t>0</w:t>
            </w:r>
          </w:p>
        </w:tc>
        <w:tc>
          <w:tcPr>
            <w:tcW w:w="564" w:type="dxa"/>
            <w:tcMar>
              <w:top w:w="20" w:type="dxa"/>
              <w:left w:w="50" w:type="dxa"/>
              <w:bottom w:w="20" w:type="dxa"/>
              <w:right w:w="50" w:type="dxa"/>
            </w:tcMar>
          </w:tcPr>
          <w:p w14:paraId="1BB6486E" w14:textId="77777777" w:rsidR="00292F36" w:rsidRDefault="00000000">
            <w:r>
              <w:rPr>
                <w:sz w:val="12"/>
              </w:rPr>
              <w:t>0</w:t>
            </w:r>
          </w:p>
        </w:tc>
        <w:tc>
          <w:tcPr>
            <w:tcW w:w="564" w:type="dxa"/>
            <w:tcMar>
              <w:top w:w="20" w:type="dxa"/>
              <w:left w:w="50" w:type="dxa"/>
              <w:bottom w:w="20" w:type="dxa"/>
              <w:right w:w="50" w:type="dxa"/>
            </w:tcMar>
          </w:tcPr>
          <w:p w14:paraId="3B0553EA" w14:textId="77777777" w:rsidR="00292F36" w:rsidRDefault="00000000">
            <w:r>
              <w:rPr>
                <w:sz w:val="12"/>
              </w:rPr>
              <w:t>0</w:t>
            </w:r>
          </w:p>
        </w:tc>
        <w:tc>
          <w:tcPr>
            <w:tcW w:w="564" w:type="dxa"/>
            <w:tcMar>
              <w:top w:w="20" w:type="dxa"/>
              <w:left w:w="50" w:type="dxa"/>
              <w:bottom w:w="20" w:type="dxa"/>
              <w:right w:w="50" w:type="dxa"/>
            </w:tcMar>
          </w:tcPr>
          <w:p w14:paraId="56711B70" w14:textId="77777777" w:rsidR="00292F36" w:rsidRDefault="00000000">
            <w:r>
              <w:rPr>
                <w:sz w:val="12"/>
              </w:rPr>
              <w:t>0</w:t>
            </w:r>
          </w:p>
        </w:tc>
        <w:tc>
          <w:tcPr>
            <w:tcW w:w="564" w:type="dxa"/>
            <w:tcMar>
              <w:top w:w="20" w:type="dxa"/>
              <w:left w:w="50" w:type="dxa"/>
              <w:bottom w:w="20" w:type="dxa"/>
              <w:right w:w="50" w:type="dxa"/>
            </w:tcMar>
          </w:tcPr>
          <w:p w14:paraId="4C3672F3" w14:textId="77777777" w:rsidR="00292F36" w:rsidRDefault="00000000">
            <w:r>
              <w:rPr>
                <w:sz w:val="12"/>
              </w:rPr>
              <w:t>0</w:t>
            </w:r>
          </w:p>
        </w:tc>
        <w:tc>
          <w:tcPr>
            <w:tcW w:w="564" w:type="dxa"/>
            <w:tcMar>
              <w:top w:w="20" w:type="dxa"/>
              <w:left w:w="50" w:type="dxa"/>
              <w:bottom w:w="20" w:type="dxa"/>
              <w:right w:w="50" w:type="dxa"/>
            </w:tcMar>
          </w:tcPr>
          <w:p w14:paraId="5FE4B742" w14:textId="77777777" w:rsidR="00292F36" w:rsidRDefault="00000000">
            <w:r>
              <w:rPr>
                <w:sz w:val="12"/>
              </w:rPr>
              <w:t>0</w:t>
            </w:r>
          </w:p>
        </w:tc>
        <w:tc>
          <w:tcPr>
            <w:tcW w:w="564" w:type="dxa"/>
            <w:tcMar>
              <w:top w:w="20" w:type="dxa"/>
              <w:left w:w="50" w:type="dxa"/>
              <w:bottom w:w="20" w:type="dxa"/>
              <w:right w:w="50" w:type="dxa"/>
            </w:tcMar>
          </w:tcPr>
          <w:p w14:paraId="645736CA" w14:textId="77777777" w:rsidR="00292F36" w:rsidRDefault="00000000">
            <w:r>
              <w:rPr>
                <w:sz w:val="12"/>
              </w:rPr>
              <w:t>0.01190476</w:t>
            </w:r>
          </w:p>
        </w:tc>
        <w:tc>
          <w:tcPr>
            <w:tcW w:w="564" w:type="dxa"/>
            <w:tcMar>
              <w:top w:w="20" w:type="dxa"/>
              <w:left w:w="50" w:type="dxa"/>
              <w:bottom w:w="20" w:type="dxa"/>
              <w:right w:w="50" w:type="dxa"/>
            </w:tcMar>
          </w:tcPr>
          <w:p w14:paraId="00DDDF18" w14:textId="77777777" w:rsidR="00292F36" w:rsidRDefault="00000000">
            <w:r>
              <w:rPr>
                <w:sz w:val="12"/>
              </w:rPr>
              <w:t>0.29761905</w:t>
            </w:r>
          </w:p>
        </w:tc>
        <w:tc>
          <w:tcPr>
            <w:tcW w:w="564" w:type="dxa"/>
            <w:tcMar>
              <w:top w:w="20" w:type="dxa"/>
              <w:left w:w="50" w:type="dxa"/>
              <w:bottom w:w="20" w:type="dxa"/>
              <w:right w:w="50" w:type="dxa"/>
            </w:tcMar>
          </w:tcPr>
          <w:p w14:paraId="5AC44AEC" w14:textId="77777777" w:rsidR="00292F36" w:rsidRDefault="00000000">
            <w:r>
              <w:rPr>
                <w:sz w:val="12"/>
              </w:rPr>
              <w:t>0.08333333</w:t>
            </w:r>
          </w:p>
        </w:tc>
        <w:tc>
          <w:tcPr>
            <w:tcW w:w="564" w:type="dxa"/>
            <w:tcMar>
              <w:top w:w="20" w:type="dxa"/>
              <w:left w:w="50" w:type="dxa"/>
              <w:bottom w:w="20" w:type="dxa"/>
              <w:right w:w="50" w:type="dxa"/>
            </w:tcMar>
          </w:tcPr>
          <w:p w14:paraId="377B2A36" w14:textId="77777777" w:rsidR="00292F36" w:rsidRDefault="00000000">
            <w:r>
              <w:rPr>
                <w:sz w:val="12"/>
              </w:rPr>
              <w:t>0.03571429</w:t>
            </w:r>
          </w:p>
        </w:tc>
        <w:tc>
          <w:tcPr>
            <w:tcW w:w="564" w:type="dxa"/>
            <w:tcMar>
              <w:top w:w="20" w:type="dxa"/>
              <w:left w:w="50" w:type="dxa"/>
              <w:bottom w:w="20" w:type="dxa"/>
              <w:right w:w="50" w:type="dxa"/>
            </w:tcMar>
          </w:tcPr>
          <w:p w14:paraId="0B0F1CD5" w14:textId="77777777" w:rsidR="00292F36" w:rsidRDefault="00000000">
            <w:r>
              <w:rPr>
                <w:sz w:val="12"/>
              </w:rPr>
              <w:t>0.5</w:t>
            </w:r>
          </w:p>
        </w:tc>
        <w:tc>
          <w:tcPr>
            <w:tcW w:w="564" w:type="dxa"/>
            <w:tcMar>
              <w:top w:w="20" w:type="dxa"/>
              <w:left w:w="50" w:type="dxa"/>
              <w:bottom w:w="20" w:type="dxa"/>
              <w:right w:w="50" w:type="dxa"/>
            </w:tcMar>
          </w:tcPr>
          <w:p w14:paraId="5DD1C83B" w14:textId="77777777" w:rsidR="00292F36" w:rsidRDefault="00000000">
            <w:r>
              <w:rPr>
                <w:sz w:val="12"/>
              </w:rPr>
              <w:t>0.07142857</w:t>
            </w:r>
          </w:p>
        </w:tc>
      </w:tr>
      <w:tr w:rsidR="00292F36" w14:paraId="14B917E3" w14:textId="77777777">
        <w:tc>
          <w:tcPr>
            <w:tcW w:w="564" w:type="dxa"/>
            <w:tcMar>
              <w:top w:w="20" w:type="dxa"/>
              <w:left w:w="50" w:type="dxa"/>
              <w:bottom w:w="20" w:type="dxa"/>
              <w:right w:w="50" w:type="dxa"/>
            </w:tcMar>
          </w:tcPr>
          <w:p w14:paraId="6F1507A6" w14:textId="77777777" w:rsidR="00292F36" w:rsidRDefault="00000000">
            <w:r>
              <w:rPr>
                <w:sz w:val="12"/>
              </w:rPr>
              <w:t>2024_isla_san_jeronimo_isla_san_jeronimo_china_town_mid_2</w:t>
            </w:r>
          </w:p>
        </w:tc>
        <w:tc>
          <w:tcPr>
            <w:tcW w:w="564" w:type="dxa"/>
            <w:tcMar>
              <w:top w:w="20" w:type="dxa"/>
              <w:left w:w="50" w:type="dxa"/>
              <w:bottom w:w="20" w:type="dxa"/>
              <w:right w:w="50" w:type="dxa"/>
            </w:tcMar>
          </w:tcPr>
          <w:p w14:paraId="14D352C9" w14:textId="77777777" w:rsidR="00292F36" w:rsidRDefault="00000000">
            <w:r>
              <w:rPr>
                <w:sz w:val="12"/>
              </w:rPr>
              <w:t>0.47368381</w:t>
            </w:r>
          </w:p>
        </w:tc>
        <w:tc>
          <w:tcPr>
            <w:tcW w:w="564" w:type="dxa"/>
            <w:tcMar>
              <w:top w:w="20" w:type="dxa"/>
              <w:left w:w="50" w:type="dxa"/>
              <w:bottom w:w="20" w:type="dxa"/>
              <w:right w:w="50" w:type="dxa"/>
            </w:tcMar>
          </w:tcPr>
          <w:p w14:paraId="0A1B96A8" w14:textId="77777777" w:rsidR="00292F36" w:rsidRDefault="00000000">
            <w:r>
              <w:rPr>
                <w:sz w:val="12"/>
              </w:rPr>
              <w:t>-0.5410478</w:t>
            </w:r>
          </w:p>
        </w:tc>
        <w:tc>
          <w:tcPr>
            <w:tcW w:w="564" w:type="dxa"/>
            <w:tcMar>
              <w:top w:w="20" w:type="dxa"/>
              <w:left w:w="50" w:type="dxa"/>
              <w:bottom w:w="20" w:type="dxa"/>
              <w:right w:w="50" w:type="dxa"/>
            </w:tcMar>
          </w:tcPr>
          <w:p w14:paraId="5F6F4FE5" w14:textId="77777777" w:rsidR="00292F36" w:rsidRDefault="00000000">
            <w:r>
              <w:rPr>
                <w:sz w:val="12"/>
              </w:rPr>
              <w:t>2024</w:t>
            </w:r>
          </w:p>
        </w:tc>
        <w:tc>
          <w:tcPr>
            <w:tcW w:w="564" w:type="dxa"/>
            <w:tcMar>
              <w:top w:w="20" w:type="dxa"/>
              <w:left w:w="50" w:type="dxa"/>
              <w:bottom w:w="20" w:type="dxa"/>
              <w:right w:w="50" w:type="dxa"/>
            </w:tcMar>
          </w:tcPr>
          <w:p w14:paraId="4C58EC1E" w14:textId="77777777" w:rsidR="00292F36" w:rsidRDefault="00000000">
            <w:r>
              <w:rPr>
                <w:sz w:val="12"/>
              </w:rPr>
              <w:t>el_rosario</w:t>
            </w:r>
          </w:p>
        </w:tc>
        <w:tc>
          <w:tcPr>
            <w:tcW w:w="564" w:type="dxa"/>
            <w:tcMar>
              <w:top w:w="20" w:type="dxa"/>
              <w:left w:w="50" w:type="dxa"/>
              <w:bottom w:w="20" w:type="dxa"/>
              <w:right w:w="50" w:type="dxa"/>
            </w:tcMar>
          </w:tcPr>
          <w:p w14:paraId="0A671245" w14:textId="77777777" w:rsidR="00292F36" w:rsidRDefault="00000000">
            <w:r>
              <w:rPr>
                <w:sz w:val="12"/>
              </w:rPr>
              <w:t>Middle</w:t>
            </w:r>
          </w:p>
        </w:tc>
        <w:tc>
          <w:tcPr>
            <w:tcW w:w="564" w:type="dxa"/>
            <w:tcMar>
              <w:top w:w="20" w:type="dxa"/>
              <w:left w:w="50" w:type="dxa"/>
              <w:bottom w:w="20" w:type="dxa"/>
              <w:right w:w="50" w:type="dxa"/>
            </w:tcMar>
          </w:tcPr>
          <w:p w14:paraId="2F348C9A" w14:textId="77777777" w:rsidR="00292F36" w:rsidRDefault="00000000">
            <w:r>
              <w:rPr>
                <w:sz w:val="12"/>
              </w:rPr>
              <w:t>isla_san_jeronimo</w:t>
            </w:r>
          </w:p>
        </w:tc>
        <w:tc>
          <w:tcPr>
            <w:tcW w:w="564" w:type="dxa"/>
            <w:tcMar>
              <w:top w:w="20" w:type="dxa"/>
              <w:left w:w="50" w:type="dxa"/>
              <w:bottom w:w="20" w:type="dxa"/>
              <w:right w:w="50" w:type="dxa"/>
            </w:tcMar>
          </w:tcPr>
          <w:p w14:paraId="0E02B7E1" w14:textId="77777777" w:rsidR="00292F36" w:rsidRDefault="00000000">
            <w:r>
              <w:rPr>
                <w:sz w:val="12"/>
              </w:rPr>
              <w:t>isla_san_jeronimo_china_town_mid</w:t>
            </w:r>
          </w:p>
        </w:tc>
        <w:tc>
          <w:tcPr>
            <w:tcW w:w="564" w:type="dxa"/>
            <w:tcMar>
              <w:top w:w="20" w:type="dxa"/>
              <w:left w:w="50" w:type="dxa"/>
              <w:bottom w:w="20" w:type="dxa"/>
              <w:right w:w="50" w:type="dxa"/>
            </w:tcMar>
          </w:tcPr>
          <w:p w14:paraId="1954F49A" w14:textId="77777777" w:rsidR="00292F36" w:rsidRDefault="00000000">
            <w:r>
              <w:rPr>
                <w:sz w:val="12"/>
              </w:rPr>
              <w:t>12</w:t>
            </w:r>
          </w:p>
        </w:tc>
        <w:tc>
          <w:tcPr>
            <w:tcW w:w="564" w:type="dxa"/>
            <w:tcMar>
              <w:top w:w="20" w:type="dxa"/>
              <w:left w:w="50" w:type="dxa"/>
              <w:bottom w:w="20" w:type="dxa"/>
              <w:right w:w="50" w:type="dxa"/>
            </w:tcMar>
          </w:tcPr>
          <w:p w14:paraId="6B3884D2" w14:textId="77777777" w:rsidR="00292F36" w:rsidRDefault="00000000">
            <w:r>
              <w:rPr>
                <w:sz w:val="12"/>
              </w:rPr>
              <w:t>15.0699997</w:t>
            </w:r>
          </w:p>
        </w:tc>
        <w:tc>
          <w:tcPr>
            <w:tcW w:w="564" w:type="dxa"/>
            <w:tcMar>
              <w:top w:w="20" w:type="dxa"/>
              <w:left w:w="50" w:type="dxa"/>
              <w:bottom w:w="20" w:type="dxa"/>
              <w:right w:w="50" w:type="dxa"/>
            </w:tcMar>
          </w:tcPr>
          <w:p w14:paraId="724C5410" w14:textId="77777777" w:rsidR="00292F36" w:rsidRDefault="00000000">
            <w:r>
              <w:rPr>
                <w:sz w:val="12"/>
              </w:rPr>
              <w:t>1.88626068</w:t>
            </w:r>
          </w:p>
        </w:tc>
        <w:tc>
          <w:tcPr>
            <w:tcW w:w="564" w:type="dxa"/>
            <w:tcMar>
              <w:top w:w="20" w:type="dxa"/>
              <w:left w:w="50" w:type="dxa"/>
              <w:bottom w:w="20" w:type="dxa"/>
              <w:right w:w="50" w:type="dxa"/>
            </w:tcMar>
          </w:tcPr>
          <w:p w14:paraId="7541D9AD" w14:textId="77777777" w:rsidR="00292F36" w:rsidRDefault="00000000">
            <w:r>
              <w:rPr>
                <w:sz w:val="12"/>
              </w:rPr>
              <w:t>0</w:t>
            </w:r>
          </w:p>
        </w:tc>
        <w:tc>
          <w:tcPr>
            <w:tcW w:w="564" w:type="dxa"/>
            <w:tcMar>
              <w:top w:w="20" w:type="dxa"/>
              <w:left w:w="50" w:type="dxa"/>
              <w:bottom w:w="20" w:type="dxa"/>
              <w:right w:w="50" w:type="dxa"/>
            </w:tcMar>
          </w:tcPr>
          <w:p w14:paraId="7A48C964" w14:textId="77777777" w:rsidR="00292F36" w:rsidRDefault="00000000">
            <w:r>
              <w:rPr>
                <w:sz w:val="12"/>
              </w:rPr>
              <w:t>1</w:t>
            </w:r>
          </w:p>
        </w:tc>
        <w:tc>
          <w:tcPr>
            <w:tcW w:w="564" w:type="dxa"/>
            <w:tcMar>
              <w:top w:w="20" w:type="dxa"/>
              <w:left w:w="50" w:type="dxa"/>
              <w:bottom w:w="20" w:type="dxa"/>
              <w:right w:w="50" w:type="dxa"/>
            </w:tcMar>
          </w:tcPr>
          <w:p w14:paraId="5562F1CB" w14:textId="77777777" w:rsidR="00292F36" w:rsidRDefault="00000000">
            <w:r>
              <w:rPr>
                <w:sz w:val="12"/>
              </w:rPr>
              <w:t>0</w:t>
            </w:r>
          </w:p>
        </w:tc>
        <w:tc>
          <w:tcPr>
            <w:tcW w:w="564" w:type="dxa"/>
            <w:tcMar>
              <w:top w:w="20" w:type="dxa"/>
              <w:left w:w="50" w:type="dxa"/>
              <w:bottom w:w="20" w:type="dxa"/>
              <w:right w:w="50" w:type="dxa"/>
            </w:tcMar>
          </w:tcPr>
          <w:p w14:paraId="4FE2EB50" w14:textId="77777777" w:rsidR="00292F36" w:rsidRDefault="00000000">
            <w:r>
              <w:rPr>
                <w:sz w:val="12"/>
              </w:rPr>
              <w:t>0</w:t>
            </w:r>
          </w:p>
        </w:tc>
        <w:tc>
          <w:tcPr>
            <w:tcW w:w="564" w:type="dxa"/>
            <w:tcMar>
              <w:top w:w="20" w:type="dxa"/>
              <w:left w:w="50" w:type="dxa"/>
              <w:bottom w:w="20" w:type="dxa"/>
              <w:right w:w="50" w:type="dxa"/>
            </w:tcMar>
          </w:tcPr>
          <w:p w14:paraId="4F6A2B7C" w14:textId="77777777" w:rsidR="00292F36" w:rsidRDefault="00000000">
            <w:r>
              <w:rPr>
                <w:sz w:val="12"/>
              </w:rPr>
              <w:t>0</w:t>
            </w:r>
          </w:p>
        </w:tc>
        <w:tc>
          <w:tcPr>
            <w:tcW w:w="564" w:type="dxa"/>
            <w:tcMar>
              <w:top w:w="20" w:type="dxa"/>
              <w:left w:w="50" w:type="dxa"/>
              <w:bottom w:w="20" w:type="dxa"/>
              <w:right w:w="50" w:type="dxa"/>
            </w:tcMar>
          </w:tcPr>
          <w:p w14:paraId="37132291" w14:textId="77777777" w:rsidR="00292F36" w:rsidRDefault="00000000">
            <w:r>
              <w:rPr>
                <w:sz w:val="12"/>
              </w:rPr>
              <w:t>0</w:t>
            </w:r>
          </w:p>
        </w:tc>
        <w:tc>
          <w:tcPr>
            <w:tcW w:w="564" w:type="dxa"/>
            <w:tcMar>
              <w:top w:w="20" w:type="dxa"/>
              <w:left w:w="50" w:type="dxa"/>
              <w:bottom w:w="20" w:type="dxa"/>
              <w:right w:w="50" w:type="dxa"/>
            </w:tcMar>
          </w:tcPr>
          <w:p w14:paraId="7421EB71" w14:textId="77777777" w:rsidR="00292F36" w:rsidRDefault="00000000">
            <w:r>
              <w:rPr>
                <w:sz w:val="12"/>
              </w:rPr>
              <w:t>0</w:t>
            </w:r>
          </w:p>
        </w:tc>
        <w:tc>
          <w:tcPr>
            <w:tcW w:w="564" w:type="dxa"/>
            <w:tcMar>
              <w:top w:w="20" w:type="dxa"/>
              <w:left w:w="50" w:type="dxa"/>
              <w:bottom w:w="20" w:type="dxa"/>
              <w:right w:w="50" w:type="dxa"/>
            </w:tcMar>
          </w:tcPr>
          <w:p w14:paraId="545234ED" w14:textId="77777777" w:rsidR="00292F36" w:rsidRDefault="00000000">
            <w:r>
              <w:rPr>
                <w:sz w:val="12"/>
              </w:rPr>
              <w:t>0</w:t>
            </w:r>
          </w:p>
        </w:tc>
        <w:tc>
          <w:tcPr>
            <w:tcW w:w="564" w:type="dxa"/>
            <w:tcMar>
              <w:top w:w="20" w:type="dxa"/>
              <w:left w:w="50" w:type="dxa"/>
              <w:bottom w:w="20" w:type="dxa"/>
              <w:right w:w="50" w:type="dxa"/>
            </w:tcMar>
          </w:tcPr>
          <w:p w14:paraId="70C55112" w14:textId="77777777" w:rsidR="00292F36" w:rsidRDefault="00000000">
            <w:r>
              <w:rPr>
                <w:sz w:val="12"/>
              </w:rPr>
              <w:t>0</w:t>
            </w:r>
          </w:p>
        </w:tc>
        <w:tc>
          <w:tcPr>
            <w:tcW w:w="564" w:type="dxa"/>
            <w:tcMar>
              <w:top w:w="20" w:type="dxa"/>
              <w:left w:w="50" w:type="dxa"/>
              <w:bottom w:w="20" w:type="dxa"/>
              <w:right w:w="50" w:type="dxa"/>
            </w:tcMar>
          </w:tcPr>
          <w:p w14:paraId="5CC40BBC" w14:textId="77777777" w:rsidR="00292F36" w:rsidRDefault="00000000">
            <w:r>
              <w:rPr>
                <w:sz w:val="12"/>
              </w:rPr>
              <w:t>0.41489362</w:t>
            </w:r>
          </w:p>
        </w:tc>
        <w:tc>
          <w:tcPr>
            <w:tcW w:w="564" w:type="dxa"/>
            <w:tcMar>
              <w:top w:w="20" w:type="dxa"/>
              <w:left w:w="50" w:type="dxa"/>
              <w:bottom w:w="20" w:type="dxa"/>
              <w:right w:w="50" w:type="dxa"/>
            </w:tcMar>
          </w:tcPr>
          <w:p w14:paraId="68031039" w14:textId="77777777" w:rsidR="00292F36" w:rsidRDefault="00000000">
            <w:r>
              <w:rPr>
                <w:sz w:val="12"/>
              </w:rPr>
              <w:t>0.08510638</w:t>
            </w:r>
          </w:p>
        </w:tc>
        <w:tc>
          <w:tcPr>
            <w:tcW w:w="564" w:type="dxa"/>
            <w:tcMar>
              <w:top w:w="20" w:type="dxa"/>
              <w:left w:w="50" w:type="dxa"/>
              <w:bottom w:w="20" w:type="dxa"/>
              <w:right w:w="50" w:type="dxa"/>
            </w:tcMar>
          </w:tcPr>
          <w:p w14:paraId="58924E3F" w14:textId="77777777" w:rsidR="00292F36" w:rsidRDefault="00000000">
            <w:r>
              <w:rPr>
                <w:sz w:val="12"/>
              </w:rPr>
              <w:t>0.06382979</w:t>
            </w:r>
          </w:p>
        </w:tc>
        <w:tc>
          <w:tcPr>
            <w:tcW w:w="564" w:type="dxa"/>
            <w:tcMar>
              <w:top w:w="20" w:type="dxa"/>
              <w:left w:w="50" w:type="dxa"/>
              <w:bottom w:w="20" w:type="dxa"/>
              <w:right w:w="50" w:type="dxa"/>
            </w:tcMar>
          </w:tcPr>
          <w:p w14:paraId="7FD0A42B" w14:textId="77777777" w:rsidR="00292F36" w:rsidRDefault="00000000">
            <w:r>
              <w:rPr>
                <w:sz w:val="12"/>
              </w:rPr>
              <w:t>0.39893617</w:t>
            </w:r>
          </w:p>
        </w:tc>
        <w:tc>
          <w:tcPr>
            <w:tcW w:w="564" w:type="dxa"/>
            <w:tcMar>
              <w:top w:w="20" w:type="dxa"/>
              <w:left w:w="50" w:type="dxa"/>
              <w:bottom w:w="20" w:type="dxa"/>
              <w:right w:w="50" w:type="dxa"/>
            </w:tcMar>
          </w:tcPr>
          <w:p w14:paraId="02370B4C" w14:textId="77777777" w:rsidR="00292F36" w:rsidRDefault="00000000">
            <w:r>
              <w:rPr>
                <w:sz w:val="12"/>
              </w:rPr>
              <w:t>0.03723404</w:t>
            </w:r>
          </w:p>
        </w:tc>
      </w:tr>
      <w:tr w:rsidR="00292F36" w14:paraId="037CB0A6" w14:textId="77777777">
        <w:tc>
          <w:tcPr>
            <w:tcW w:w="564" w:type="dxa"/>
            <w:tcMar>
              <w:top w:w="20" w:type="dxa"/>
              <w:left w:w="50" w:type="dxa"/>
              <w:bottom w:w="20" w:type="dxa"/>
              <w:right w:w="50" w:type="dxa"/>
            </w:tcMar>
          </w:tcPr>
          <w:p w14:paraId="1BD61891" w14:textId="77777777" w:rsidR="00292F36" w:rsidRDefault="00000000">
            <w:r>
              <w:rPr>
                <w:sz w:val="12"/>
              </w:rPr>
              <w:t>2024_isla_san_jeronimo_isla_san_jeronimo_china_town_shallow_1</w:t>
            </w:r>
          </w:p>
        </w:tc>
        <w:tc>
          <w:tcPr>
            <w:tcW w:w="564" w:type="dxa"/>
            <w:tcMar>
              <w:top w:w="20" w:type="dxa"/>
              <w:left w:w="50" w:type="dxa"/>
              <w:bottom w:w="20" w:type="dxa"/>
              <w:right w:w="50" w:type="dxa"/>
            </w:tcMar>
          </w:tcPr>
          <w:p w14:paraId="7F792686" w14:textId="77777777" w:rsidR="00292F36" w:rsidRDefault="00000000">
            <w:r>
              <w:rPr>
                <w:sz w:val="12"/>
              </w:rPr>
              <w:t>0.61989277</w:t>
            </w:r>
          </w:p>
        </w:tc>
        <w:tc>
          <w:tcPr>
            <w:tcW w:w="564" w:type="dxa"/>
            <w:tcMar>
              <w:top w:w="20" w:type="dxa"/>
              <w:left w:w="50" w:type="dxa"/>
              <w:bottom w:w="20" w:type="dxa"/>
              <w:right w:w="50" w:type="dxa"/>
            </w:tcMar>
          </w:tcPr>
          <w:p w14:paraId="65C7D731" w14:textId="77777777" w:rsidR="00292F36" w:rsidRDefault="00000000">
            <w:r>
              <w:rPr>
                <w:sz w:val="12"/>
              </w:rPr>
              <w:t>-0.2750489</w:t>
            </w:r>
          </w:p>
        </w:tc>
        <w:tc>
          <w:tcPr>
            <w:tcW w:w="564" w:type="dxa"/>
            <w:tcMar>
              <w:top w:w="20" w:type="dxa"/>
              <w:left w:w="50" w:type="dxa"/>
              <w:bottom w:w="20" w:type="dxa"/>
              <w:right w:w="50" w:type="dxa"/>
            </w:tcMar>
          </w:tcPr>
          <w:p w14:paraId="3E975E06" w14:textId="77777777" w:rsidR="00292F36" w:rsidRDefault="00000000">
            <w:r>
              <w:rPr>
                <w:sz w:val="12"/>
              </w:rPr>
              <w:t>2024</w:t>
            </w:r>
          </w:p>
        </w:tc>
        <w:tc>
          <w:tcPr>
            <w:tcW w:w="564" w:type="dxa"/>
            <w:tcMar>
              <w:top w:w="20" w:type="dxa"/>
              <w:left w:w="50" w:type="dxa"/>
              <w:bottom w:w="20" w:type="dxa"/>
              <w:right w:w="50" w:type="dxa"/>
            </w:tcMar>
          </w:tcPr>
          <w:p w14:paraId="4FFEE33F" w14:textId="77777777" w:rsidR="00292F36" w:rsidRDefault="00000000">
            <w:r>
              <w:rPr>
                <w:sz w:val="12"/>
              </w:rPr>
              <w:t>el_rosario</w:t>
            </w:r>
          </w:p>
        </w:tc>
        <w:tc>
          <w:tcPr>
            <w:tcW w:w="564" w:type="dxa"/>
            <w:tcMar>
              <w:top w:w="20" w:type="dxa"/>
              <w:left w:w="50" w:type="dxa"/>
              <w:bottom w:w="20" w:type="dxa"/>
              <w:right w:w="50" w:type="dxa"/>
            </w:tcMar>
          </w:tcPr>
          <w:p w14:paraId="0060C447" w14:textId="77777777" w:rsidR="00292F36" w:rsidRDefault="00000000">
            <w:r>
              <w:rPr>
                <w:sz w:val="12"/>
              </w:rPr>
              <w:t>Middle</w:t>
            </w:r>
          </w:p>
        </w:tc>
        <w:tc>
          <w:tcPr>
            <w:tcW w:w="564" w:type="dxa"/>
            <w:tcMar>
              <w:top w:w="20" w:type="dxa"/>
              <w:left w:w="50" w:type="dxa"/>
              <w:bottom w:w="20" w:type="dxa"/>
              <w:right w:w="50" w:type="dxa"/>
            </w:tcMar>
          </w:tcPr>
          <w:p w14:paraId="1B5689D9" w14:textId="77777777" w:rsidR="00292F36" w:rsidRDefault="00000000">
            <w:r>
              <w:rPr>
                <w:sz w:val="12"/>
              </w:rPr>
              <w:t>isla_san_jeronimo</w:t>
            </w:r>
          </w:p>
        </w:tc>
        <w:tc>
          <w:tcPr>
            <w:tcW w:w="564" w:type="dxa"/>
            <w:tcMar>
              <w:top w:w="20" w:type="dxa"/>
              <w:left w:w="50" w:type="dxa"/>
              <w:bottom w:w="20" w:type="dxa"/>
              <w:right w:w="50" w:type="dxa"/>
            </w:tcMar>
          </w:tcPr>
          <w:p w14:paraId="61F30A32" w14:textId="77777777" w:rsidR="00292F36" w:rsidRDefault="00000000">
            <w:r>
              <w:rPr>
                <w:sz w:val="12"/>
              </w:rPr>
              <w:t>isla_san_jeronimo_china_town_shallow</w:t>
            </w:r>
          </w:p>
        </w:tc>
        <w:tc>
          <w:tcPr>
            <w:tcW w:w="564" w:type="dxa"/>
            <w:tcMar>
              <w:top w:w="20" w:type="dxa"/>
              <w:left w:w="50" w:type="dxa"/>
              <w:bottom w:w="20" w:type="dxa"/>
              <w:right w:w="50" w:type="dxa"/>
            </w:tcMar>
          </w:tcPr>
          <w:p w14:paraId="43DB0983" w14:textId="77777777" w:rsidR="00292F36" w:rsidRDefault="00000000">
            <w:r>
              <w:rPr>
                <w:sz w:val="12"/>
              </w:rPr>
              <w:t>4</w:t>
            </w:r>
          </w:p>
        </w:tc>
        <w:tc>
          <w:tcPr>
            <w:tcW w:w="564" w:type="dxa"/>
            <w:tcMar>
              <w:top w:w="20" w:type="dxa"/>
              <w:left w:w="50" w:type="dxa"/>
              <w:bottom w:w="20" w:type="dxa"/>
              <w:right w:w="50" w:type="dxa"/>
            </w:tcMar>
          </w:tcPr>
          <w:p w14:paraId="4508CF44" w14:textId="77777777" w:rsidR="00292F36" w:rsidRDefault="00000000">
            <w:r>
              <w:rPr>
                <w:sz w:val="12"/>
              </w:rPr>
              <w:t>15.0699997</w:t>
            </w:r>
          </w:p>
        </w:tc>
        <w:tc>
          <w:tcPr>
            <w:tcW w:w="564" w:type="dxa"/>
            <w:tcMar>
              <w:top w:w="20" w:type="dxa"/>
              <w:left w:w="50" w:type="dxa"/>
              <w:bottom w:w="20" w:type="dxa"/>
              <w:right w:w="50" w:type="dxa"/>
            </w:tcMar>
          </w:tcPr>
          <w:p w14:paraId="7E043406" w14:textId="77777777" w:rsidR="00292F36" w:rsidRDefault="00000000">
            <w:r>
              <w:rPr>
                <w:sz w:val="12"/>
              </w:rPr>
              <w:t>1.88626068</w:t>
            </w:r>
          </w:p>
        </w:tc>
        <w:tc>
          <w:tcPr>
            <w:tcW w:w="564" w:type="dxa"/>
            <w:tcMar>
              <w:top w:w="20" w:type="dxa"/>
              <w:left w:w="50" w:type="dxa"/>
              <w:bottom w:w="20" w:type="dxa"/>
              <w:right w:w="50" w:type="dxa"/>
            </w:tcMar>
          </w:tcPr>
          <w:p w14:paraId="024CBF99" w14:textId="77777777" w:rsidR="00292F36" w:rsidRDefault="00000000">
            <w:r>
              <w:rPr>
                <w:sz w:val="12"/>
              </w:rPr>
              <w:t>0</w:t>
            </w:r>
          </w:p>
        </w:tc>
        <w:tc>
          <w:tcPr>
            <w:tcW w:w="564" w:type="dxa"/>
            <w:tcMar>
              <w:top w:w="20" w:type="dxa"/>
              <w:left w:w="50" w:type="dxa"/>
              <w:bottom w:w="20" w:type="dxa"/>
              <w:right w:w="50" w:type="dxa"/>
            </w:tcMar>
          </w:tcPr>
          <w:p w14:paraId="555EF5F8" w14:textId="77777777" w:rsidR="00292F36" w:rsidRDefault="00000000">
            <w:r>
              <w:rPr>
                <w:sz w:val="12"/>
              </w:rPr>
              <w:t>1</w:t>
            </w:r>
          </w:p>
        </w:tc>
        <w:tc>
          <w:tcPr>
            <w:tcW w:w="564" w:type="dxa"/>
            <w:tcMar>
              <w:top w:w="20" w:type="dxa"/>
              <w:left w:w="50" w:type="dxa"/>
              <w:bottom w:w="20" w:type="dxa"/>
              <w:right w:w="50" w:type="dxa"/>
            </w:tcMar>
          </w:tcPr>
          <w:p w14:paraId="370F1D70" w14:textId="77777777" w:rsidR="00292F36" w:rsidRDefault="00000000">
            <w:r>
              <w:rPr>
                <w:sz w:val="12"/>
              </w:rPr>
              <w:t>0</w:t>
            </w:r>
          </w:p>
        </w:tc>
        <w:tc>
          <w:tcPr>
            <w:tcW w:w="564" w:type="dxa"/>
            <w:tcMar>
              <w:top w:w="20" w:type="dxa"/>
              <w:left w:w="50" w:type="dxa"/>
              <w:bottom w:w="20" w:type="dxa"/>
              <w:right w:w="50" w:type="dxa"/>
            </w:tcMar>
          </w:tcPr>
          <w:p w14:paraId="59E92335" w14:textId="77777777" w:rsidR="00292F36" w:rsidRDefault="00000000">
            <w:r>
              <w:rPr>
                <w:sz w:val="12"/>
              </w:rPr>
              <w:t>0</w:t>
            </w:r>
          </w:p>
        </w:tc>
        <w:tc>
          <w:tcPr>
            <w:tcW w:w="564" w:type="dxa"/>
            <w:tcMar>
              <w:top w:w="20" w:type="dxa"/>
              <w:left w:w="50" w:type="dxa"/>
              <w:bottom w:w="20" w:type="dxa"/>
              <w:right w:w="50" w:type="dxa"/>
            </w:tcMar>
          </w:tcPr>
          <w:p w14:paraId="5FF89A11" w14:textId="77777777" w:rsidR="00292F36" w:rsidRDefault="00000000">
            <w:r>
              <w:rPr>
                <w:sz w:val="12"/>
              </w:rPr>
              <w:t>0</w:t>
            </w:r>
          </w:p>
        </w:tc>
        <w:tc>
          <w:tcPr>
            <w:tcW w:w="564" w:type="dxa"/>
            <w:tcMar>
              <w:top w:w="20" w:type="dxa"/>
              <w:left w:w="50" w:type="dxa"/>
              <w:bottom w:w="20" w:type="dxa"/>
              <w:right w:w="50" w:type="dxa"/>
            </w:tcMar>
          </w:tcPr>
          <w:p w14:paraId="5F3B7B01" w14:textId="77777777" w:rsidR="00292F36" w:rsidRDefault="00000000">
            <w:r>
              <w:rPr>
                <w:sz w:val="12"/>
              </w:rPr>
              <w:t>0</w:t>
            </w:r>
          </w:p>
        </w:tc>
        <w:tc>
          <w:tcPr>
            <w:tcW w:w="564" w:type="dxa"/>
            <w:tcMar>
              <w:top w:w="20" w:type="dxa"/>
              <w:left w:w="50" w:type="dxa"/>
              <w:bottom w:w="20" w:type="dxa"/>
              <w:right w:w="50" w:type="dxa"/>
            </w:tcMar>
          </w:tcPr>
          <w:p w14:paraId="07EAC6BC" w14:textId="77777777" w:rsidR="00292F36" w:rsidRDefault="00000000">
            <w:r>
              <w:rPr>
                <w:sz w:val="12"/>
              </w:rPr>
              <w:t>0</w:t>
            </w:r>
          </w:p>
        </w:tc>
        <w:tc>
          <w:tcPr>
            <w:tcW w:w="564" w:type="dxa"/>
            <w:tcMar>
              <w:top w:w="20" w:type="dxa"/>
              <w:left w:w="50" w:type="dxa"/>
              <w:bottom w:w="20" w:type="dxa"/>
              <w:right w:w="50" w:type="dxa"/>
            </w:tcMar>
          </w:tcPr>
          <w:p w14:paraId="54D6C6F4" w14:textId="77777777" w:rsidR="00292F36" w:rsidRDefault="00000000">
            <w:r>
              <w:rPr>
                <w:sz w:val="12"/>
              </w:rPr>
              <w:t>0</w:t>
            </w:r>
          </w:p>
        </w:tc>
        <w:tc>
          <w:tcPr>
            <w:tcW w:w="564" w:type="dxa"/>
            <w:tcMar>
              <w:top w:w="20" w:type="dxa"/>
              <w:left w:w="50" w:type="dxa"/>
              <w:bottom w:w="20" w:type="dxa"/>
              <w:right w:w="50" w:type="dxa"/>
            </w:tcMar>
          </w:tcPr>
          <w:p w14:paraId="4E9B625F" w14:textId="77777777" w:rsidR="00292F36" w:rsidRDefault="00000000">
            <w:r>
              <w:rPr>
                <w:sz w:val="12"/>
              </w:rPr>
              <w:t>0.01101322</w:t>
            </w:r>
          </w:p>
        </w:tc>
        <w:tc>
          <w:tcPr>
            <w:tcW w:w="564" w:type="dxa"/>
            <w:tcMar>
              <w:top w:w="20" w:type="dxa"/>
              <w:left w:w="50" w:type="dxa"/>
              <w:bottom w:w="20" w:type="dxa"/>
              <w:right w:w="50" w:type="dxa"/>
            </w:tcMar>
          </w:tcPr>
          <w:p w14:paraId="3A19A749" w14:textId="77777777" w:rsidR="00292F36" w:rsidRDefault="00000000">
            <w:r>
              <w:rPr>
                <w:sz w:val="12"/>
              </w:rPr>
              <w:t>0.64977974</w:t>
            </w:r>
          </w:p>
        </w:tc>
        <w:tc>
          <w:tcPr>
            <w:tcW w:w="564" w:type="dxa"/>
            <w:tcMar>
              <w:top w:w="20" w:type="dxa"/>
              <w:left w:w="50" w:type="dxa"/>
              <w:bottom w:w="20" w:type="dxa"/>
              <w:right w:w="50" w:type="dxa"/>
            </w:tcMar>
          </w:tcPr>
          <w:p w14:paraId="05336E05" w14:textId="77777777" w:rsidR="00292F36" w:rsidRDefault="00000000">
            <w:r>
              <w:rPr>
                <w:sz w:val="12"/>
              </w:rPr>
              <w:t>0</w:t>
            </w:r>
          </w:p>
        </w:tc>
        <w:tc>
          <w:tcPr>
            <w:tcW w:w="564" w:type="dxa"/>
            <w:tcMar>
              <w:top w:w="20" w:type="dxa"/>
              <w:left w:w="50" w:type="dxa"/>
              <w:bottom w:w="20" w:type="dxa"/>
              <w:right w:w="50" w:type="dxa"/>
            </w:tcMar>
          </w:tcPr>
          <w:p w14:paraId="211068C5" w14:textId="77777777" w:rsidR="00292F36" w:rsidRDefault="00000000">
            <w:r>
              <w:rPr>
                <w:sz w:val="12"/>
              </w:rPr>
              <w:t>0.01321586</w:t>
            </w:r>
          </w:p>
        </w:tc>
        <w:tc>
          <w:tcPr>
            <w:tcW w:w="564" w:type="dxa"/>
            <w:tcMar>
              <w:top w:w="20" w:type="dxa"/>
              <w:left w:w="50" w:type="dxa"/>
              <w:bottom w:w="20" w:type="dxa"/>
              <w:right w:w="50" w:type="dxa"/>
            </w:tcMar>
          </w:tcPr>
          <w:p w14:paraId="0D9014D4" w14:textId="77777777" w:rsidR="00292F36" w:rsidRDefault="00000000">
            <w:r>
              <w:rPr>
                <w:sz w:val="12"/>
              </w:rPr>
              <w:t>0.00660793</w:t>
            </w:r>
          </w:p>
        </w:tc>
        <w:tc>
          <w:tcPr>
            <w:tcW w:w="564" w:type="dxa"/>
            <w:tcMar>
              <w:top w:w="20" w:type="dxa"/>
              <w:left w:w="50" w:type="dxa"/>
              <w:bottom w:w="20" w:type="dxa"/>
              <w:right w:w="50" w:type="dxa"/>
            </w:tcMar>
          </w:tcPr>
          <w:p w14:paraId="6B7BB286" w14:textId="77777777" w:rsidR="00292F36" w:rsidRDefault="00000000">
            <w:r>
              <w:rPr>
                <w:sz w:val="12"/>
              </w:rPr>
              <w:t>0.31938326</w:t>
            </w:r>
          </w:p>
        </w:tc>
      </w:tr>
      <w:tr w:rsidR="00292F36" w14:paraId="38F85997" w14:textId="77777777">
        <w:tc>
          <w:tcPr>
            <w:tcW w:w="564" w:type="dxa"/>
            <w:tcMar>
              <w:top w:w="20" w:type="dxa"/>
              <w:left w:w="50" w:type="dxa"/>
              <w:bottom w:w="20" w:type="dxa"/>
              <w:right w:w="50" w:type="dxa"/>
            </w:tcMar>
          </w:tcPr>
          <w:p w14:paraId="61918E6B" w14:textId="77777777" w:rsidR="00292F36" w:rsidRDefault="00000000">
            <w:r>
              <w:rPr>
                <w:sz w:val="12"/>
              </w:rPr>
              <w:t>2024_isla_san_jeronimo_isla_san_jeronimo_china_town_shallow_2</w:t>
            </w:r>
          </w:p>
        </w:tc>
        <w:tc>
          <w:tcPr>
            <w:tcW w:w="564" w:type="dxa"/>
            <w:tcMar>
              <w:top w:w="20" w:type="dxa"/>
              <w:left w:w="50" w:type="dxa"/>
              <w:bottom w:w="20" w:type="dxa"/>
              <w:right w:w="50" w:type="dxa"/>
            </w:tcMar>
          </w:tcPr>
          <w:p w14:paraId="28118EF7" w14:textId="77777777" w:rsidR="00292F36" w:rsidRDefault="00000000">
            <w:r>
              <w:rPr>
                <w:sz w:val="12"/>
              </w:rPr>
              <w:t>0.61562566</w:t>
            </w:r>
          </w:p>
        </w:tc>
        <w:tc>
          <w:tcPr>
            <w:tcW w:w="564" w:type="dxa"/>
            <w:tcMar>
              <w:top w:w="20" w:type="dxa"/>
              <w:left w:w="50" w:type="dxa"/>
              <w:bottom w:w="20" w:type="dxa"/>
              <w:right w:w="50" w:type="dxa"/>
            </w:tcMar>
          </w:tcPr>
          <w:p w14:paraId="44A66961" w14:textId="77777777" w:rsidR="00292F36" w:rsidRDefault="00000000">
            <w:r>
              <w:rPr>
                <w:sz w:val="12"/>
              </w:rPr>
              <w:t>-0.3020747</w:t>
            </w:r>
          </w:p>
        </w:tc>
        <w:tc>
          <w:tcPr>
            <w:tcW w:w="564" w:type="dxa"/>
            <w:tcMar>
              <w:top w:w="20" w:type="dxa"/>
              <w:left w:w="50" w:type="dxa"/>
              <w:bottom w:w="20" w:type="dxa"/>
              <w:right w:w="50" w:type="dxa"/>
            </w:tcMar>
          </w:tcPr>
          <w:p w14:paraId="3F258B4D" w14:textId="77777777" w:rsidR="00292F36" w:rsidRDefault="00000000">
            <w:r>
              <w:rPr>
                <w:sz w:val="12"/>
              </w:rPr>
              <w:t>2024</w:t>
            </w:r>
          </w:p>
        </w:tc>
        <w:tc>
          <w:tcPr>
            <w:tcW w:w="564" w:type="dxa"/>
            <w:tcMar>
              <w:top w:w="20" w:type="dxa"/>
              <w:left w:w="50" w:type="dxa"/>
              <w:bottom w:w="20" w:type="dxa"/>
              <w:right w:w="50" w:type="dxa"/>
            </w:tcMar>
          </w:tcPr>
          <w:p w14:paraId="1E5DD361" w14:textId="77777777" w:rsidR="00292F36" w:rsidRDefault="00000000">
            <w:r>
              <w:rPr>
                <w:sz w:val="12"/>
              </w:rPr>
              <w:t>el_rosario</w:t>
            </w:r>
          </w:p>
        </w:tc>
        <w:tc>
          <w:tcPr>
            <w:tcW w:w="564" w:type="dxa"/>
            <w:tcMar>
              <w:top w:w="20" w:type="dxa"/>
              <w:left w:w="50" w:type="dxa"/>
              <w:bottom w:w="20" w:type="dxa"/>
              <w:right w:w="50" w:type="dxa"/>
            </w:tcMar>
          </w:tcPr>
          <w:p w14:paraId="1082F1E1" w14:textId="77777777" w:rsidR="00292F36" w:rsidRDefault="00000000">
            <w:r>
              <w:rPr>
                <w:sz w:val="12"/>
              </w:rPr>
              <w:t>Middle</w:t>
            </w:r>
          </w:p>
        </w:tc>
        <w:tc>
          <w:tcPr>
            <w:tcW w:w="564" w:type="dxa"/>
            <w:tcMar>
              <w:top w:w="20" w:type="dxa"/>
              <w:left w:w="50" w:type="dxa"/>
              <w:bottom w:w="20" w:type="dxa"/>
              <w:right w:w="50" w:type="dxa"/>
            </w:tcMar>
          </w:tcPr>
          <w:p w14:paraId="0A85FCB7" w14:textId="77777777" w:rsidR="00292F36" w:rsidRDefault="00000000">
            <w:r>
              <w:rPr>
                <w:sz w:val="12"/>
              </w:rPr>
              <w:t>isla_san_jeronimo</w:t>
            </w:r>
          </w:p>
        </w:tc>
        <w:tc>
          <w:tcPr>
            <w:tcW w:w="564" w:type="dxa"/>
            <w:tcMar>
              <w:top w:w="20" w:type="dxa"/>
              <w:left w:w="50" w:type="dxa"/>
              <w:bottom w:w="20" w:type="dxa"/>
              <w:right w:w="50" w:type="dxa"/>
            </w:tcMar>
          </w:tcPr>
          <w:p w14:paraId="513C9FE4" w14:textId="77777777" w:rsidR="00292F36" w:rsidRDefault="00000000">
            <w:r>
              <w:rPr>
                <w:sz w:val="12"/>
              </w:rPr>
              <w:t>isla_san_jeronimo_china_town_shallow</w:t>
            </w:r>
          </w:p>
        </w:tc>
        <w:tc>
          <w:tcPr>
            <w:tcW w:w="564" w:type="dxa"/>
            <w:tcMar>
              <w:top w:w="20" w:type="dxa"/>
              <w:left w:w="50" w:type="dxa"/>
              <w:bottom w:w="20" w:type="dxa"/>
              <w:right w:w="50" w:type="dxa"/>
            </w:tcMar>
          </w:tcPr>
          <w:p w14:paraId="1DCEDC80" w14:textId="77777777" w:rsidR="00292F36" w:rsidRDefault="00000000">
            <w:r>
              <w:rPr>
                <w:sz w:val="12"/>
              </w:rPr>
              <w:t>4</w:t>
            </w:r>
          </w:p>
        </w:tc>
        <w:tc>
          <w:tcPr>
            <w:tcW w:w="564" w:type="dxa"/>
            <w:tcMar>
              <w:top w:w="20" w:type="dxa"/>
              <w:left w:w="50" w:type="dxa"/>
              <w:bottom w:w="20" w:type="dxa"/>
              <w:right w:w="50" w:type="dxa"/>
            </w:tcMar>
          </w:tcPr>
          <w:p w14:paraId="23EDD8D8" w14:textId="77777777" w:rsidR="00292F36" w:rsidRDefault="00000000">
            <w:r>
              <w:rPr>
                <w:sz w:val="12"/>
              </w:rPr>
              <w:t>15.0699997</w:t>
            </w:r>
          </w:p>
        </w:tc>
        <w:tc>
          <w:tcPr>
            <w:tcW w:w="564" w:type="dxa"/>
            <w:tcMar>
              <w:top w:w="20" w:type="dxa"/>
              <w:left w:w="50" w:type="dxa"/>
              <w:bottom w:w="20" w:type="dxa"/>
              <w:right w:w="50" w:type="dxa"/>
            </w:tcMar>
          </w:tcPr>
          <w:p w14:paraId="76A48EBD" w14:textId="77777777" w:rsidR="00292F36" w:rsidRDefault="00000000">
            <w:r>
              <w:rPr>
                <w:sz w:val="12"/>
              </w:rPr>
              <w:t>1.88626068</w:t>
            </w:r>
          </w:p>
        </w:tc>
        <w:tc>
          <w:tcPr>
            <w:tcW w:w="564" w:type="dxa"/>
            <w:tcMar>
              <w:top w:w="20" w:type="dxa"/>
              <w:left w:w="50" w:type="dxa"/>
              <w:bottom w:w="20" w:type="dxa"/>
              <w:right w:w="50" w:type="dxa"/>
            </w:tcMar>
          </w:tcPr>
          <w:p w14:paraId="2204D250" w14:textId="77777777" w:rsidR="00292F36" w:rsidRDefault="00000000">
            <w:r>
              <w:rPr>
                <w:sz w:val="12"/>
              </w:rPr>
              <w:t>0</w:t>
            </w:r>
          </w:p>
        </w:tc>
        <w:tc>
          <w:tcPr>
            <w:tcW w:w="564" w:type="dxa"/>
            <w:tcMar>
              <w:top w:w="20" w:type="dxa"/>
              <w:left w:w="50" w:type="dxa"/>
              <w:bottom w:w="20" w:type="dxa"/>
              <w:right w:w="50" w:type="dxa"/>
            </w:tcMar>
          </w:tcPr>
          <w:p w14:paraId="2E04FEE3" w14:textId="77777777" w:rsidR="00292F36" w:rsidRDefault="00000000">
            <w:r>
              <w:rPr>
                <w:sz w:val="12"/>
              </w:rPr>
              <w:t>1</w:t>
            </w:r>
          </w:p>
        </w:tc>
        <w:tc>
          <w:tcPr>
            <w:tcW w:w="564" w:type="dxa"/>
            <w:tcMar>
              <w:top w:w="20" w:type="dxa"/>
              <w:left w:w="50" w:type="dxa"/>
              <w:bottom w:w="20" w:type="dxa"/>
              <w:right w:w="50" w:type="dxa"/>
            </w:tcMar>
          </w:tcPr>
          <w:p w14:paraId="10B30A4F" w14:textId="77777777" w:rsidR="00292F36" w:rsidRDefault="00000000">
            <w:r>
              <w:rPr>
                <w:sz w:val="12"/>
              </w:rPr>
              <w:t>0</w:t>
            </w:r>
          </w:p>
        </w:tc>
        <w:tc>
          <w:tcPr>
            <w:tcW w:w="564" w:type="dxa"/>
            <w:tcMar>
              <w:top w:w="20" w:type="dxa"/>
              <w:left w:w="50" w:type="dxa"/>
              <w:bottom w:w="20" w:type="dxa"/>
              <w:right w:w="50" w:type="dxa"/>
            </w:tcMar>
          </w:tcPr>
          <w:p w14:paraId="3F9F22E2" w14:textId="77777777" w:rsidR="00292F36" w:rsidRDefault="00000000">
            <w:r>
              <w:rPr>
                <w:sz w:val="12"/>
              </w:rPr>
              <w:t>0</w:t>
            </w:r>
          </w:p>
        </w:tc>
        <w:tc>
          <w:tcPr>
            <w:tcW w:w="564" w:type="dxa"/>
            <w:tcMar>
              <w:top w:w="20" w:type="dxa"/>
              <w:left w:w="50" w:type="dxa"/>
              <w:bottom w:w="20" w:type="dxa"/>
              <w:right w:w="50" w:type="dxa"/>
            </w:tcMar>
          </w:tcPr>
          <w:p w14:paraId="570A1C0E" w14:textId="77777777" w:rsidR="00292F36" w:rsidRDefault="00000000">
            <w:r>
              <w:rPr>
                <w:sz w:val="12"/>
              </w:rPr>
              <w:t>0</w:t>
            </w:r>
          </w:p>
        </w:tc>
        <w:tc>
          <w:tcPr>
            <w:tcW w:w="564" w:type="dxa"/>
            <w:tcMar>
              <w:top w:w="20" w:type="dxa"/>
              <w:left w:w="50" w:type="dxa"/>
              <w:bottom w:w="20" w:type="dxa"/>
              <w:right w:w="50" w:type="dxa"/>
            </w:tcMar>
          </w:tcPr>
          <w:p w14:paraId="39E32AC4" w14:textId="77777777" w:rsidR="00292F36" w:rsidRDefault="00000000">
            <w:r>
              <w:rPr>
                <w:sz w:val="12"/>
              </w:rPr>
              <w:t>0</w:t>
            </w:r>
          </w:p>
        </w:tc>
        <w:tc>
          <w:tcPr>
            <w:tcW w:w="564" w:type="dxa"/>
            <w:tcMar>
              <w:top w:w="20" w:type="dxa"/>
              <w:left w:w="50" w:type="dxa"/>
              <w:bottom w:w="20" w:type="dxa"/>
              <w:right w:w="50" w:type="dxa"/>
            </w:tcMar>
          </w:tcPr>
          <w:p w14:paraId="5AEC6756" w14:textId="77777777" w:rsidR="00292F36" w:rsidRDefault="00000000">
            <w:r>
              <w:rPr>
                <w:sz w:val="12"/>
              </w:rPr>
              <w:t>0</w:t>
            </w:r>
          </w:p>
        </w:tc>
        <w:tc>
          <w:tcPr>
            <w:tcW w:w="564" w:type="dxa"/>
            <w:tcMar>
              <w:top w:w="20" w:type="dxa"/>
              <w:left w:w="50" w:type="dxa"/>
              <w:bottom w:w="20" w:type="dxa"/>
              <w:right w:w="50" w:type="dxa"/>
            </w:tcMar>
          </w:tcPr>
          <w:p w14:paraId="3A4528AE" w14:textId="77777777" w:rsidR="00292F36" w:rsidRDefault="00000000">
            <w:r>
              <w:rPr>
                <w:sz w:val="12"/>
              </w:rPr>
              <w:t>0</w:t>
            </w:r>
          </w:p>
        </w:tc>
        <w:tc>
          <w:tcPr>
            <w:tcW w:w="564" w:type="dxa"/>
            <w:tcMar>
              <w:top w:w="20" w:type="dxa"/>
              <w:left w:w="50" w:type="dxa"/>
              <w:bottom w:w="20" w:type="dxa"/>
              <w:right w:w="50" w:type="dxa"/>
            </w:tcMar>
          </w:tcPr>
          <w:p w14:paraId="0A367E45" w14:textId="77777777" w:rsidR="00292F36" w:rsidRDefault="00000000">
            <w:r>
              <w:rPr>
                <w:sz w:val="12"/>
              </w:rPr>
              <w:t>0</w:t>
            </w:r>
          </w:p>
        </w:tc>
        <w:tc>
          <w:tcPr>
            <w:tcW w:w="564" w:type="dxa"/>
            <w:tcMar>
              <w:top w:w="20" w:type="dxa"/>
              <w:left w:w="50" w:type="dxa"/>
              <w:bottom w:w="20" w:type="dxa"/>
              <w:right w:w="50" w:type="dxa"/>
            </w:tcMar>
          </w:tcPr>
          <w:p w14:paraId="6796D57C" w14:textId="77777777" w:rsidR="00292F36" w:rsidRDefault="00000000">
            <w:r>
              <w:rPr>
                <w:sz w:val="12"/>
              </w:rPr>
              <w:t>0.73672055</w:t>
            </w:r>
          </w:p>
        </w:tc>
        <w:tc>
          <w:tcPr>
            <w:tcW w:w="564" w:type="dxa"/>
            <w:tcMar>
              <w:top w:w="20" w:type="dxa"/>
              <w:left w:w="50" w:type="dxa"/>
              <w:bottom w:w="20" w:type="dxa"/>
              <w:right w:w="50" w:type="dxa"/>
            </w:tcMar>
          </w:tcPr>
          <w:p w14:paraId="2088EDA2" w14:textId="77777777" w:rsidR="00292F36" w:rsidRDefault="00000000">
            <w:r>
              <w:rPr>
                <w:sz w:val="12"/>
              </w:rPr>
              <w:t>0.03926097</w:t>
            </w:r>
          </w:p>
        </w:tc>
        <w:tc>
          <w:tcPr>
            <w:tcW w:w="564" w:type="dxa"/>
            <w:tcMar>
              <w:top w:w="20" w:type="dxa"/>
              <w:left w:w="50" w:type="dxa"/>
              <w:bottom w:w="20" w:type="dxa"/>
              <w:right w:w="50" w:type="dxa"/>
            </w:tcMar>
          </w:tcPr>
          <w:p w14:paraId="401135CB" w14:textId="77777777" w:rsidR="00292F36" w:rsidRDefault="00000000">
            <w:r>
              <w:rPr>
                <w:sz w:val="12"/>
              </w:rPr>
              <w:t>0</w:t>
            </w:r>
          </w:p>
        </w:tc>
        <w:tc>
          <w:tcPr>
            <w:tcW w:w="564" w:type="dxa"/>
            <w:tcMar>
              <w:top w:w="20" w:type="dxa"/>
              <w:left w:w="50" w:type="dxa"/>
              <w:bottom w:w="20" w:type="dxa"/>
              <w:right w:w="50" w:type="dxa"/>
            </w:tcMar>
          </w:tcPr>
          <w:p w14:paraId="6F4993B2" w14:textId="77777777" w:rsidR="00292F36" w:rsidRDefault="00000000">
            <w:r>
              <w:rPr>
                <w:sz w:val="12"/>
              </w:rPr>
              <w:t>0</w:t>
            </w:r>
          </w:p>
        </w:tc>
        <w:tc>
          <w:tcPr>
            <w:tcW w:w="564" w:type="dxa"/>
            <w:tcMar>
              <w:top w:w="20" w:type="dxa"/>
              <w:left w:w="50" w:type="dxa"/>
              <w:bottom w:w="20" w:type="dxa"/>
              <w:right w:w="50" w:type="dxa"/>
            </w:tcMar>
          </w:tcPr>
          <w:p w14:paraId="74B40387" w14:textId="77777777" w:rsidR="00292F36" w:rsidRDefault="00000000">
            <w:r>
              <w:rPr>
                <w:sz w:val="12"/>
              </w:rPr>
              <w:t>0.22401848</w:t>
            </w:r>
          </w:p>
        </w:tc>
      </w:tr>
      <w:tr w:rsidR="00292F36" w14:paraId="4DD91AAB" w14:textId="77777777">
        <w:tc>
          <w:tcPr>
            <w:tcW w:w="564" w:type="dxa"/>
            <w:tcMar>
              <w:top w:w="20" w:type="dxa"/>
              <w:left w:w="50" w:type="dxa"/>
              <w:bottom w:w="20" w:type="dxa"/>
              <w:right w:w="50" w:type="dxa"/>
            </w:tcMar>
          </w:tcPr>
          <w:p w14:paraId="2A91BFF6" w14:textId="77777777" w:rsidR="00292F36" w:rsidRDefault="00000000">
            <w:r>
              <w:rPr>
                <w:sz w:val="12"/>
              </w:rPr>
              <w:lastRenderedPageBreak/>
              <w:t>2024_isla_san_jeronimo_isla_san_jeronimo_sport_fish_mid_1</w:t>
            </w:r>
          </w:p>
        </w:tc>
        <w:tc>
          <w:tcPr>
            <w:tcW w:w="564" w:type="dxa"/>
            <w:tcMar>
              <w:top w:w="20" w:type="dxa"/>
              <w:left w:w="50" w:type="dxa"/>
              <w:bottom w:w="20" w:type="dxa"/>
              <w:right w:w="50" w:type="dxa"/>
            </w:tcMar>
          </w:tcPr>
          <w:p w14:paraId="347E0C7F" w14:textId="77777777" w:rsidR="00292F36" w:rsidRDefault="00000000">
            <w:r>
              <w:rPr>
                <w:sz w:val="12"/>
              </w:rPr>
              <w:t>0.59899403</w:t>
            </w:r>
          </w:p>
        </w:tc>
        <w:tc>
          <w:tcPr>
            <w:tcW w:w="564" w:type="dxa"/>
            <w:tcMar>
              <w:top w:w="20" w:type="dxa"/>
              <w:left w:w="50" w:type="dxa"/>
              <w:bottom w:w="20" w:type="dxa"/>
              <w:right w:w="50" w:type="dxa"/>
            </w:tcMar>
          </w:tcPr>
          <w:p w14:paraId="62B22C97" w14:textId="77777777" w:rsidR="00292F36" w:rsidRDefault="00000000">
            <w:r>
              <w:rPr>
                <w:sz w:val="12"/>
              </w:rPr>
              <w:t>-0.3290961</w:t>
            </w:r>
          </w:p>
        </w:tc>
        <w:tc>
          <w:tcPr>
            <w:tcW w:w="564" w:type="dxa"/>
            <w:tcMar>
              <w:top w:w="20" w:type="dxa"/>
              <w:left w:w="50" w:type="dxa"/>
              <w:bottom w:w="20" w:type="dxa"/>
              <w:right w:w="50" w:type="dxa"/>
            </w:tcMar>
          </w:tcPr>
          <w:p w14:paraId="68658F7E" w14:textId="77777777" w:rsidR="00292F36" w:rsidRDefault="00000000">
            <w:r>
              <w:rPr>
                <w:sz w:val="12"/>
              </w:rPr>
              <w:t>2024</w:t>
            </w:r>
          </w:p>
        </w:tc>
        <w:tc>
          <w:tcPr>
            <w:tcW w:w="564" w:type="dxa"/>
            <w:tcMar>
              <w:top w:w="20" w:type="dxa"/>
              <w:left w:w="50" w:type="dxa"/>
              <w:bottom w:w="20" w:type="dxa"/>
              <w:right w:w="50" w:type="dxa"/>
            </w:tcMar>
          </w:tcPr>
          <w:p w14:paraId="1B3ED188" w14:textId="77777777" w:rsidR="00292F36" w:rsidRDefault="00000000">
            <w:r>
              <w:rPr>
                <w:sz w:val="12"/>
              </w:rPr>
              <w:t>el_rosario</w:t>
            </w:r>
          </w:p>
        </w:tc>
        <w:tc>
          <w:tcPr>
            <w:tcW w:w="564" w:type="dxa"/>
            <w:tcMar>
              <w:top w:w="20" w:type="dxa"/>
              <w:left w:w="50" w:type="dxa"/>
              <w:bottom w:w="20" w:type="dxa"/>
              <w:right w:w="50" w:type="dxa"/>
            </w:tcMar>
          </w:tcPr>
          <w:p w14:paraId="53F91271" w14:textId="77777777" w:rsidR="00292F36" w:rsidRDefault="00000000">
            <w:r>
              <w:rPr>
                <w:sz w:val="12"/>
              </w:rPr>
              <w:t>Middle</w:t>
            </w:r>
          </w:p>
        </w:tc>
        <w:tc>
          <w:tcPr>
            <w:tcW w:w="564" w:type="dxa"/>
            <w:tcMar>
              <w:top w:w="20" w:type="dxa"/>
              <w:left w:w="50" w:type="dxa"/>
              <w:bottom w:w="20" w:type="dxa"/>
              <w:right w:w="50" w:type="dxa"/>
            </w:tcMar>
          </w:tcPr>
          <w:p w14:paraId="15455032" w14:textId="77777777" w:rsidR="00292F36" w:rsidRDefault="00000000">
            <w:r>
              <w:rPr>
                <w:sz w:val="12"/>
              </w:rPr>
              <w:t>isla_san_jeronimo</w:t>
            </w:r>
          </w:p>
        </w:tc>
        <w:tc>
          <w:tcPr>
            <w:tcW w:w="564" w:type="dxa"/>
            <w:tcMar>
              <w:top w:w="20" w:type="dxa"/>
              <w:left w:w="50" w:type="dxa"/>
              <w:bottom w:w="20" w:type="dxa"/>
              <w:right w:w="50" w:type="dxa"/>
            </w:tcMar>
          </w:tcPr>
          <w:p w14:paraId="1F224B28" w14:textId="77777777" w:rsidR="00292F36" w:rsidRDefault="00000000">
            <w:r>
              <w:rPr>
                <w:sz w:val="12"/>
              </w:rPr>
              <w:t>isla_san_jeronimo_sport_fish_mid</w:t>
            </w:r>
          </w:p>
        </w:tc>
        <w:tc>
          <w:tcPr>
            <w:tcW w:w="564" w:type="dxa"/>
            <w:tcMar>
              <w:top w:w="20" w:type="dxa"/>
              <w:left w:w="50" w:type="dxa"/>
              <w:bottom w:w="20" w:type="dxa"/>
              <w:right w:w="50" w:type="dxa"/>
            </w:tcMar>
          </w:tcPr>
          <w:p w14:paraId="01AA11D4" w14:textId="77777777" w:rsidR="00292F36" w:rsidRDefault="00000000">
            <w:r>
              <w:rPr>
                <w:sz w:val="12"/>
              </w:rPr>
              <w:t>13</w:t>
            </w:r>
          </w:p>
        </w:tc>
        <w:tc>
          <w:tcPr>
            <w:tcW w:w="564" w:type="dxa"/>
            <w:tcMar>
              <w:top w:w="20" w:type="dxa"/>
              <w:left w:w="50" w:type="dxa"/>
              <w:bottom w:w="20" w:type="dxa"/>
              <w:right w:w="50" w:type="dxa"/>
            </w:tcMar>
          </w:tcPr>
          <w:p w14:paraId="747AB2C0" w14:textId="77777777" w:rsidR="00292F36" w:rsidRDefault="00000000">
            <w:r>
              <w:rPr>
                <w:sz w:val="12"/>
              </w:rPr>
              <w:t>15.0699997</w:t>
            </w:r>
          </w:p>
        </w:tc>
        <w:tc>
          <w:tcPr>
            <w:tcW w:w="564" w:type="dxa"/>
            <w:tcMar>
              <w:top w:w="20" w:type="dxa"/>
              <w:left w:w="50" w:type="dxa"/>
              <w:bottom w:w="20" w:type="dxa"/>
              <w:right w:w="50" w:type="dxa"/>
            </w:tcMar>
          </w:tcPr>
          <w:p w14:paraId="22286D8F" w14:textId="77777777" w:rsidR="00292F36" w:rsidRDefault="00000000">
            <w:r>
              <w:rPr>
                <w:sz w:val="12"/>
              </w:rPr>
              <w:t>1.52566056</w:t>
            </w:r>
          </w:p>
        </w:tc>
        <w:tc>
          <w:tcPr>
            <w:tcW w:w="564" w:type="dxa"/>
            <w:tcMar>
              <w:top w:w="20" w:type="dxa"/>
              <w:left w:w="50" w:type="dxa"/>
              <w:bottom w:w="20" w:type="dxa"/>
              <w:right w:w="50" w:type="dxa"/>
            </w:tcMar>
          </w:tcPr>
          <w:p w14:paraId="03FFC4EB" w14:textId="77777777" w:rsidR="00292F36" w:rsidRDefault="00000000">
            <w:r>
              <w:rPr>
                <w:sz w:val="12"/>
              </w:rPr>
              <w:t>0</w:t>
            </w:r>
          </w:p>
        </w:tc>
        <w:tc>
          <w:tcPr>
            <w:tcW w:w="564" w:type="dxa"/>
            <w:tcMar>
              <w:top w:w="20" w:type="dxa"/>
              <w:left w:w="50" w:type="dxa"/>
              <w:bottom w:w="20" w:type="dxa"/>
              <w:right w:w="50" w:type="dxa"/>
            </w:tcMar>
          </w:tcPr>
          <w:p w14:paraId="0632272B" w14:textId="77777777" w:rsidR="00292F36" w:rsidRDefault="00000000">
            <w:r>
              <w:rPr>
                <w:sz w:val="12"/>
              </w:rPr>
              <w:t>1</w:t>
            </w:r>
          </w:p>
        </w:tc>
        <w:tc>
          <w:tcPr>
            <w:tcW w:w="564" w:type="dxa"/>
            <w:tcMar>
              <w:top w:w="20" w:type="dxa"/>
              <w:left w:w="50" w:type="dxa"/>
              <w:bottom w:w="20" w:type="dxa"/>
              <w:right w:w="50" w:type="dxa"/>
            </w:tcMar>
          </w:tcPr>
          <w:p w14:paraId="4D154E26" w14:textId="77777777" w:rsidR="00292F36" w:rsidRDefault="00000000">
            <w:r>
              <w:rPr>
                <w:sz w:val="12"/>
              </w:rPr>
              <w:t>0</w:t>
            </w:r>
          </w:p>
        </w:tc>
        <w:tc>
          <w:tcPr>
            <w:tcW w:w="564" w:type="dxa"/>
            <w:tcMar>
              <w:top w:w="20" w:type="dxa"/>
              <w:left w:w="50" w:type="dxa"/>
              <w:bottom w:w="20" w:type="dxa"/>
              <w:right w:w="50" w:type="dxa"/>
            </w:tcMar>
          </w:tcPr>
          <w:p w14:paraId="4563E41E" w14:textId="77777777" w:rsidR="00292F36" w:rsidRDefault="00000000">
            <w:r>
              <w:rPr>
                <w:sz w:val="12"/>
              </w:rPr>
              <w:t>0</w:t>
            </w:r>
          </w:p>
        </w:tc>
        <w:tc>
          <w:tcPr>
            <w:tcW w:w="564" w:type="dxa"/>
            <w:tcMar>
              <w:top w:w="20" w:type="dxa"/>
              <w:left w:w="50" w:type="dxa"/>
              <w:bottom w:w="20" w:type="dxa"/>
              <w:right w:w="50" w:type="dxa"/>
            </w:tcMar>
          </w:tcPr>
          <w:p w14:paraId="24332459" w14:textId="77777777" w:rsidR="00292F36" w:rsidRDefault="00000000">
            <w:r>
              <w:rPr>
                <w:sz w:val="12"/>
              </w:rPr>
              <w:t>0</w:t>
            </w:r>
          </w:p>
        </w:tc>
        <w:tc>
          <w:tcPr>
            <w:tcW w:w="564" w:type="dxa"/>
            <w:tcMar>
              <w:top w:w="20" w:type="dxa"/>
              <w:left w:w="50" w:type="dxa"/>
              <w:bottom w:w="20" w:type="dxa"/>
              <w:right w:w="50" w:type="dxa"/>
            </w:tcMar>
          </w:tcPr>
          <w:p w14:paraId="59062ED1" w14:textId="77777777" w:rsidR="00292F36" w:rsidRDefault="00000000">
            <w:r>
              <w:rPr>
                <w:sz w:val="12"/>
              </w:rPr>
              <w:t>0</w:t>
            </w:r>
          </w:p>
        </w:tc>
        <w:tc>
          <w:tcPr>
            <w:tcW w:w="564" w:type="dxa"/>
            <w:tcMar>
              <w:top w:w="20" w:type="dxa"/>
              <w:left w:w="50" w:type="dxa"/>
              <w:bottom w:w="20" w:type="dxa"/>
              <w:right w:w="50" w:type="dxa"/>
            </w:tcMar>
          </w:tcPr>
          <w:p w14:paraId="5D3EE283" w14:textId="77777777" w:rsidR="00292F36" w:rsidRDefault="00000000">
            <w:r>
              <w:rPr>
                <w:sz w:val="12"/>
              </w:rPr>
              <w:t>0</w:t>
            </w:r>
          </w:p>
        </w:tc>
        <w:tc>
          <w:tcPr>
            <w:tcW w:w="564" w:type="dxa"/>
            <w:tcMar>
              <w:top w:w="20" w:type="dxa"/>
              <w:left w:w="50" w:type="dxa"/>
              <w:bottom w:w="20" w:type="dxa"/>
              <w:right w:w="50" w:type="dxa"/>
            </w:tcMar>
          </w:tcPr>
          <w:p w14:paraId="5084AC95" w14:textId="77777777" w:rsidR="00292F36" w:rsidRDefault="00000000">
            <w:r>
              <w:rPr>
                <w:sz w:val="12"/>
              </w:rPr>
              <w:t>0</w:t>
            </w:r>
          </w:p>
        </w:tc>
        <w:tc>
          <w:tcPr>
            <w:tcW w:w="564" w:type="dxa"/>
            <w:tcMar>
              <w:top w:w="20" w:type="dxa"/>
              <w:left w:w="50" w:type="dxa"/>
              <w:bottom w:w="20" w:type="dxa"/>
              <w:right w:w="50" w:type="dxa"/>
            </w:tcMar>
          </w:tcPr>
          <w:p w14:paraId="0CDDA6AD" w14:textId="77777777" w:rsidR="00292F36" w:rsidRDefault="00000000">
            <w:r>
              <w:rPr>
                <w:sz w:val="12"/>
              </w:rPr>
              <w:t>0.02941176</w:t>
            </w:r>
          </w:p>
        </w:tc>
        <w:tc>
          <w:tcPr>
            <w:tcW w:w="564" w:type="dxa"/>
            <w:tcMar>
              <w:top w:w="20" w:type="dxa"/>
              <w:left w:w="50" w:type="dxa"/>
              <w:bottom w:w="20" w:type="dxa"/>
              <w:right w:w="50" w:type="dxa"/>
            </w:tcMar>
          </w:tcPr>
          <w:p w14:paraId="2E4FE675" w14:textId="77777777" w:rsidR="00292F36" w:rsidRDefault="00000000">
            <w:r>
              <w:rPr>
                <w:sz w:val="12"/>
              </w:rPr>
              <w:t>0.73529412</w:t>
            </w:r>
          </w:p>
        </w:tc>
        <w:tc>
          <w:tcPr>
            <w:tcW w:w="564" w:type="dxa"/>
            <w:tcMar>
              <w:top w:w="20" w:type="dxa"/>
              <w:left w:w="50" w:type="dxa"/>
              <w:bottom w:w="20" w:type="dxa"/>
              <w:right w:w="50" w:type="dxa"/>
            </w:tcMar>
          </w:tcPr>
          <w:p w14:paraId="4A48E567" w14:textId="77777777" w:rsidR="00292F36" w:rsidRDefault="00000000">
            <w:r>
              <w:rPr>
                <w:sz w:val="12"/>
              </w:rPr>
              <w:t>0.02941176</w:t>
            </w:r>
          </w:p>
        </w:tc>
        <w:tc>
          <w:tcPr>
            <w:tcW w:w="564" w:type="dxa"/>
            <w:tcMar>
              <w:top w:w="20" w:type="dxa"/>
              <w:left w:w="50" w:type="dxa"/>
              <w:bottom w:w="20" w:type="dxa"/>
              <w:right w:w="50" w:type="dxa"/>
            </w:tcMar>
          </w:tcPr>
          <w:p w14:paraId="69958485" w14:textId="77777777" w:rsidR="00292F36" w:rsidRDefault="00000000">
            <w:r>
              <w:rPr>
                <w:sz w:val="12"/>
              </w:rPr>
              <w:t>0</w:t>
            </w:r>
          </w:p>
        </w:tc>
        <w:tc>
          <w:tcPr>
            <w:tcW w:w="564" w:type="dxa"/>
            <w:tcMar>
              <w:top w:w="20" w:type="dxa"/>
              <w:left w:w="50" w:type="dxa"/>
              <w:bottom w:w="20" w:type="dxa"/>
              <w:right w:w="50" w:type="dxa"/>
            </w:tcMar>
          </w:tcPr>
          <w:p w14:paraId="2809D5EF" w14:textId="77777777" w:rsidR="00292F36" w:rsidRDefault="00000000">
            <w:r>
              <w:rPr>
                <w:sz w:val="12"/>
              </w:rPr>
              <w:t>0.02941176</w:t>
            </w:r>
          </w:p>
        </w:tc>
        <w:tc>
          <w:tcPr>
            <w:tcW w:w="564" w:type="dxa"/>
            <w:tcMar>
              <w:top w:w="20" w:type="dxa"/>
              <w:left w:w="50" w:type="dxa"/>
              <w:bottom w:w="20" w:type="dxa"/>
              <w:right w:w="50" w:type="dxa"/>
            </w:tcMar>
          </w:tcPr>
          <w:p w14:paraId="1C60EFB8" w14:textId="77777777" w:rsidR="00292F36" w:rsidRDefault="00000000">
            <w:r>
              <w:rPr>
                <w:sz w:val="12"/>
              </w:rPr>
              <w:t>0.17647059</w:t>
            </w:r>
          </w:p>
        </w:tc>
      </w:tr>
      <w:tr w:rsidR="00292F36" w14:paraId="53DC81D3" w14:textId="77777777">
        <w:tc>
          <w:tcPr>
            <w:tcW w:w="564" w:type="dxa"/>
            <w:tcMar>
              <w:top w:w="20" w:type="dxa"/>
              <w:left w:w="50" w:type="dxa"/>
              <w:bottom w:w="20" w:type="dxa"/>
              <w:right w:w="50" w:type="dxa"/>
            </w:tcMar>
          </w:tcPr>
          <w:p w14:paraId="1CE0EE23" w14:textId="77777777" w:rsidR="00292F36" w:rsidRDefault="00000000">
            <w:r>
              <w:rPr>
                <w:sz w:val="12"/>
              </w:rPr>
              <w:t>2024_isla_san_jeronimo_isla_san_jeronimo_sport_fish_mid_2</w:t>
            </w:r>
          </w:p>
        </w:tc>
        <w:tc>
          <w:tcPr>
            <w:tcW w:w="564" w:type="dxa"/>
            <w:tcMar>
              <w:top w:w="20" w:type="dxa"/>
              <w:left w:w="50" w:type="dxa"/>
              <w:bottom w:w="20" w:type="dxa"/>
              <w:right w:w="50" w:type="dxa"/>
            </w:tcMar>
          </w:tcPr>
          <w:p w14:paraId="7C1C6A49" w14:textId="77777777" w:rsidR="00292F36" w:rsidRDefault="00000000">
            <w:r>
              <w:rPr>
                <w:sz w:val="12"/>
              </w:rPr>
              <w:t>0.55712897</w:t>
            </w:r>
          </w:p>
        </w:tc>
        <w:tc>
          <w:tcPr>
            <w:tcW w:w="564" w:type="dxa"/>
            <w:tcMar>
              <w:top w:w="20" w:type="dxa"/>
              <w:left w:w="50" w:type="dxa"/>
              <w:bottom w:w="20" w:type="dxa"/>
              <w:right w:w="50" w:type="dxa"/>
            </w:tcMar>
          </w:tcPr>
          <w:p w14:paraId="69266DD9" w14:textId="77777777" w:rsidR="00292F36" w:rsidRDefault="00000000">
            <w:r>
              <w:rPr>
                <w:sz w:val="12"/>
              </w:rPr>
              <w:t>-0.391855</w:t>
            </w:r>
          </w:p>
        </w:tc>
        <w:tc>
          <w:tcPr>
            <w:tcW w:w="564" w:type="dxa"/>
            <w:tcMar>
              <w:top w:w="20" w:type="dxa"/>
              <w:left w:w="50" w:type="dxa"/>
              <w:bottom w:w="20" w:type="dxa"/>
              <w:right w:w="50" w:type="dxa"/>
            </w:tcMar>
          </w:tcPr>
          <w:p w14:paraId="02511D4A" w14:textId="77777777" w:rsidR="00292F36" w:rsidRDefault="00000000">
            <w:r>
              <w:rPr>
                <w:sz w:val="12"/>
              </w:rPr>
              <w:t>2024</w:t>
            </w:r>
          </w:p>
        </w:tc>
        <w:tc>
          <w:tcPr>
            <w:tcW w:w="564" w:type="dxa"/>
            <w:tcMar>
              <w:top w:w="20" w:type="dxa"/>
              <w:left w:w="50" w:type="dxa"/>
              <w:bottom w:w="20" w:type="dxa"/>
              <w:right w:w="50" w:type="dxa"/>
            </w:tcMar>
          </w:tcPr>
          <w:p w14:paraId="7CDD523B" w14:textId="77777777" w:rsidR="00292F36" w:rsidRDefault="00000000">
            <w:r>
              <w:rPr>
                <w:sz w:val="12"/>
              </w:rPr>
              <w:t>el_rosario</w:t>
            </w:r>
          </w:p>
        </w:tc>
        <w:tc>
          <w:tcPr>
            <w:tcW w:w="564" w:type="dxa"/>
            <w:tcMar>
              <w:top w:w="20" w:type="dxa"/>
              <w:left w:w="50" w:type="dxa"/>
              <w:bottom w:w="20" w:type="dxa"/>
              <w:right w:w="50" w:type="dxa"/>
            </w:tcMar>
          </w:tcPr>
          <w:p w14:paraId="51A8A409" w14:textId="77777777" w:rsidR="00292F36" w:rsidRDefault="00000000">
            <w:r>
              <w:rPr>
                <w:sz w:val="12"/>
              </w:rPr>
              <w:t>Middle</w:t>
            </w:r>
          </w:p>
        </w:tc>
        <w:tc>
          <w:tcPr>
            <w:tcW w:w="564" w:type="dxa"/>
            <w:tcMar>
              <w:top w:w="20" w:type="dxa"/>
              <w:left w:w="50" w:type="dxa"/>
              <w:bottom w:w="20" w:type="dxa"/>
              <w:right w:w="50" w:type="dxa"/>
            </w:tcMar>
          </w:tcPr>
          <w:p w14:paraId="4DA9CEC0" w14:textId="77777777" w:rsidR="00292F36" w:rsidRDefault="00000000">
            <w:r>
              <w:rPr>
                <w:sz w:val="12"/>
              </w:rPr>
              <w:t>isla_san_jeronimo</w:t>
            </w:r>
          </w:p>
        </w:tc>
        <w:tc>
          <w:tcPr>
            <w:tcW w:w="564" w:type="dxa"/>
            <w:tcMar>
              <w:top w:w="20" w:type="dxa"/>
              <w:left w:w="50" w:type="dxa"/>
              <w:bottom w:w="20" w:type="dxa"/>
              <w:right w:w="50" w:type="dxa"/>
            </w:tcMar>
          </w:tcPr>
          <w:p w14:paraId="066D81A8" w14:textId="77777777" w:rsidR="00292F36" w:rsidRDefault="00000000">
            <w:r>
              <w:rPr>
                <w:sz w:val="12"/>
              </w:rPr>
              <w:t>isla_san_jeronimo_sport_fish_mid</w:t>
            </w:r>
          </w:p>
        </w:tc>
        <w:tc>
          <w:tcPr>
            <w:tcW w:w="564" w:type="dxa"/>
            <w:tcMar>
              <w:top w:w="20" w:type="dxa"/>
              <w:left w:w="50" w:type="dxa"/>
              <w:bottom w:w="20" w:type="dxa"/>
              <w:right w:w="50" w:type="dxa"/>
            </w:tcMar>
          </w:tcPr>
          <w:p w14:paraId="3213BEB5" w14:textId="77777777" w:rsidR="00292F36" w:rsidRDefault="00000000">
            <w:r>
              <w:rPr>
                <w:sz w:val="12"/>
              </w:rPr>
              <w:t>15</w:t>
            </w:r>
          </w:p>
        </w:tc>
        <w:tc>
          <w:tcPr>
            <w:tcW w:w="564" w:type="dxa"/>
            <w:tcMar>
              <w:top w:w="20" w:type="dxa"/>
              <w:left w:w="50" w:type="dxa"/>
              <w:bottom w:w="20" w:type="dxa"/>
              <w:right w:w="50" w:type="dxa"/>
            </w:tcMar>
          </w:tcPr>
          <w:p w14:paraId="3A87F3D4" w14:textId="77777777" w:rsidR="00292F36" w:rsidRDefault="00000000">
            <w:r>
              <w:rPr>
                <w:sz w:val="12"/>
              </w:rPr>
              <w:t>15.0699997</w:t>
            </w:r>
          </w:p>
        </w:tc>
        <w:tc>
          <w:tcPr>
            <w:tcW w:w="564" w:type="dxa"/>
            <w:tcMar>
              <w:top w:w="20" w:type="dxa"/>
              <w:left w:w="50" w:type="dxa"/>
              <w:bottom w:w="20" w:type="dxa"/>
              <w:right w:w="50" w:type="dxa"/>
            </w:tcMar>
          </w:tcPr>
          <w:p w14:paraId="0CA1F033" w14:textId="77777777" w:rsidR="00292F36" w:rsidRDefault="00000000">
            <w:r>
              <w:rPr>
                <w:sz w:val="12"/>
              </w:rPr>
              <w:t>1.52566056</w:t>
            </w:r>
          </w:p>
        </w:tc>
        <w:tc>
          <w:tcPr>
            <w:tcW w:w="564" w:type="dxa"/>
            <w:tcMar>
              <w:top w:w="20" w:type="dxa"/>
              <w:left w:w="50" w:type="dxa"/>
              <w:bottom w:w="20" w:type="dxa"/>
              <w:right w:w="50" w:type="dxa"/>
            </w:tcMar>
          </w:tcPr>
          <w:p w14:paraId="3B888262" w14:textId="77777777" w:rsidR="00292F36" w:rsidRDefault="00000000">
            <w:r>
              <w:rPr>
                <w:sz w:val="12"/>
              </w:rPr>
              <w:t>0</w:t>
            </w:r>
          </w:p>
        </w:tc>
        <w:tc>
          <w:tcPr>
            <w:tcW w:w="564" w:type="dxa"/>
            <w:tcMar>
              <w:top w:w="20" w:type="dxa"/>
              <w:left w:w="50" w:type="dxa"/>
              <w:bottom w:w="20" w:type="dxa"/>
              <w:right w:w="50" w:type="dxa"/>
            </w:tcMar>
          </w:tcPr>
          <w:p w14:paraId="7EFEC9BB" w14:textId="77777777" w:rsidR="00292F36" w:rsidRDefault="00000000">
            <w:r>
              <w:rPr>
                <w:sz w:val="12"/>
              </w:rPr>
              <w:t>1</w:t>
            </w:r>
          </w:p>
        </w:tc>
        <w:tc>
          <w:tcPr>
            <w:tcW w:w="564" w:type="dxa"/>
            <w:tcMar>
              <w:top w:w="20" w:type="dxa"/>
              <w:left w:w="50" w:type="dxa"/>
              <w:bottom w:w="20" w:type="dxa"/>
              <w:right w:w="50" w:type="dxa"/>
            </w:tcMar>
          </w:tcPr>
          <w:p w14:paraId="0F8E0CDD" w14:textId="77777777" w:rsidR="00292F36" w:rsidRDefault="00000000">
            <w:r>
              <w:rPr>
                <w:sz w:val="12"/>
              </w:rPr>
              <w:t>0</w:t>
            </w:r>
          </w:p>
        </w:tc>
        <w:tc>
          <w:tcPr>
            <w:tcW w:w="564" w:type="dxa"/>
            <w:tcMar>
              <w:top w:w="20" w:type="dxa"/>
              <w:left w:w="50" w:type="dxa"/>
              <w:bottom w:w="20" w:type="dxa"/>
              <w:right w:w="50" w:type="dxa"/>
            </w:tcMar>
          </w:tcPr>
          <w:p w14:paraId="57902C69" w14:textId="77777777" w:rsidR="00292F36" w:rsidRDefault="00000000">
            <w:r>
              <w:rPr>
                <w:sz w:val="12"/>
              </w:rPr>
              <w:t>0</w:t>
            </w:r>
          </w:p>
        </w:tc>
        <w:tc>
          <w:tcPr>
            <w:tcW w:w="564" w:type="dxa"/>
            <w:tcMar>
              <w:top w:w="20" w:type="dxa"/>
              <w:left w:w="50" w:type="dxa"/>
              <w:bottom w:w="20" w:type="dxa"/>
              <w:right w:w="50" w:type="dxa"/>
            </w:tcMar>
          </w:tcPr>
          <w:p w14:paraId="5104A5D7" w14:textId="77777777" w:rsidR="00292F36" w:rsidRDefault="00000000">
            <w:r>
              <w:rPr>
                <w:sz w:val="12"/>
              </w:rPr>
              <w:t>0</w:t>
            </w:r>
          </w:p>
        </w:tc>
        <w:tc>
          <w:tcPr>
            <w:tcW w:w="564" w:type="dxa"/>
            <w:tcMar>
              <w:top w:w="20" w:type="dxa"/>
              <w:left w:w="50" w:type="dxa"/>
              <w:bottom w:w="20" w:type="dxa"/>
              <w:right w:w="50" w:type="dxa"/>
            </w:tcMar>
          </w:tcPr>
          <w:p w14:paraId="3A5AFFF3" w14:textId="77777777" w:rsidR="00292F36" w:rsidRDefault="00000000">
            <w:r>
              <w:rPr>
                <w:sz w:val="12"/>
              </w:rPr>
              <w:t>0</w:t>
            </w:r>
          </w:p>
        </w:tc>
        <w:tc>
          <w:tcPr>
            <w:tcW w:w="564" w:type="dxa"/>
            <w:tcMar>
              <w:top w:w="20" w:type="dxa"/>
              <w:left w:w="50" w:type="dxa"/>
              <w:bottom w:w="20" w:type="dxa"/>
              <w:right w:w="50" w:type="dxa"/>
            </w:tcMar>
          </w:tcPr>
          <w:p w14:paraId="5019D4C2" w14:textId="77777777" w:rsidR="00292F36" w:rsidRDefault="00000000">
            <w:r>
              <w:rPr>
                <w:sz w:val="12"/>
              </w:rPr>
              <w:t>0</w:t>
            </w:r>
          </w:p>
        </w:tc>
        <w:tc>
          <w:tcPr>
            <w:tcW w:w="564" w:type="dxa"/>
            <w:tcMar>
              <w:top w:w="20" w:type="dxa"/>
              <w:left w:w="50" w:type="dxa"/>
              <w:bottom w:w="20" w:type="dxa"/>
              <w:right w:w="50" w:type="dxa"/>
            </w:tcMar>
          </w:tcPr>
          <w:p w14:paraId="0A03FB42" w14:textId="77777777" w:rsidR="00292F36" w:rsidRDefault="00000000">
            <w:r>
              <w:rPr>
                <w:sz w:val="12"/>
              </w:rPr>
              <w:t>0</w:t>
            </w:r>
          </w:p>
        </w:tc>
        <w:tc>
          <w:tcPr>
            <w:tcW w:w="564" w:type="dxa"/>
            <w:tcMar>
              <w:top w:w="20" w:type="dxa"/>
              <w:left w:w="50" w:type="dxa"/>
              <w:bottom w:w="20" w:type="dxa"/>
              <w:right w:w="50" w:type="dxa"/>
            </w:tcMar>
          </w:tcPr>
          <w:p w14:paraId="55CAD237" w14:textId="77777777" w:rsidR="00292F36" w:rsidRDefault="00000000">
            <w:r>
              <w:rPr>
                <w:sz w:val="12"/>
              </w:rPr>
              <w:t>0.05128205</w:t>
            </w:r>
          </w:p>
        </w:tc>
        <w:tc>
          <w:tcPr>
            <w:tcW w:w="564" w:type="dxa"/>
            <w:tcMar>
              <w:top w:w="20" w:type="dxa"/>
              <w:left w:w="50" w:type="dxa"/>
              <w:bottom w:w="20" w:type="dxa"/>
              <w:right w:w="50" w:type="dxa"/>
            </w:tcMar>
          </w:tcPr>
          <w:p w14:paraId="60EF6D82" w14:textId="77777777" w:rsidR="00292F36" w:rsidRDefault="00000000">
            <w:r>
              <w:rPr>
                <w:sz w:val="12"/>
              </w:rPr>
              <w:t>0.66666667</w:t>
            </w:r>
          </w:p>
        </w:tc>
        <w:tc>
          <w:tcPr>
            <w:tcW w:w="564" w:type="dxa"/>
            <w:tcMar>
              <w:top w:w="20" w:type="dxa"/>
              <w:left w:w="50" w:type="dxa"/>
              <w:bottom w:w="20" w:type="dxa"/>
              <w:right w:w="50" w:type="dxa"/>
            </w:tcMar>
          </w:tcPr>
          <w:p w14:paraId="5C48F2C9" w14:textId="77777777" w:rsidR="00292F36" w:rsidRDefault="00000000">
            <w:r>
              <w:rPr>
                <w:sz w:val="12"/>
              </w:rPr>
              <w:t>0</w:t>
            </w:r>
          </w:p>
        </w:tc>
        <w:tc>
          <w:tcPr>
            <w:tcW w:w="564" w:type="dxa"/>
            <w:tcMar>
              <w:top w:w="20" w:type="dxa"/>
              <w:left w:w="50" w:type="dxa"/>
              <w:bottom w:w="20" w:type="dxa"/>
              <w:right w:w="50" w:type="dxa"/>
            </w:tcMar>
          </w:tcPr>
          <w:p w14:paraId="7596EBB2" w14:textId="77777777" w:rsidR="00292F36" w:rsidRDefault="00000000">
            <w:r>
              <w:rPr>
                <w:sz w:val="12"/>
              </w:rPr>
              <w:t>0</w:t>
            </w:r>
          </w:p>
        </w:tc>
        <w:tc>
          <w:tcPr>
            <w:tcW w:w="564" w:type="dxa"/>
            <w:tcMar>
              <w:top w:w="20" w:type="dxa"/>
              <w:left w:w="50" w:type="dxa"/>
              <w:bottom w:w="20" w:type="dxa"/>
              <w:right w:w="50" w:type="dxa"/>
            </w:tcMar>
          </w:tcPr>
          <w:p w14:paraId="39DD1455" w14:textId="77777777" w:rsidR="00292F36" w:rsidRDefault="00000000">
            <w:r>
              <w:rPr>
                <w:sz w:val="12"/>
              </w:rPr>
              <w:t>0.12820513</w:t>
            </w:r>
          </w:p>
        </w:tc>
        <w:tc>
          <w:tcPr>
            <w:tcW w:w="564" w:type="dxa"/>
            <w:tcMar>
              <w:top w:w="20" w:type="dxa"/>
              <w:left w:w="50" w:type="dxa"/>
              <w:bottom w:w="20" w:type="dxa"/>
              <w:right w:w="50" w:type="dxa"/>
            </w:tcMar>
          </w:tcPr>
          <w:p w14:paraId="7161E6B4" w14:textId="77777777" w:rsidR="00292F36" w:rsidRDefault="00000000">
            <w:r>
              <w:rPr>
                <w:sz w:val="12"/>
              </w:rPr>
              <w:t>0.15384615</w:t>
            </w:r>
          </w:p>
        </w:tc>
      </w:tr>
      <w:tr w:rsidR="00292F36" w14:paraId="044EF645" w14:textId="77777777">
        <w:tc>
          <w:tcPr>
            <w:tcW w:w="564" w:type="dxa"/>
            <w:tcMar>
              <w:top w:w="20" w:type="dxa"/>
              <w:left w:w="50" w:type="dxa"/>
              <w:bottom w:w="20" w:type="dxa"/>
              <w:right w:w="50" w:type="dxa"/>
            </w:tcMar>
          </w:tcPr>
          <w:p w14:paraId="4D6D4DD9" w14:textId="77777777" w:rsidR="00292F36" w:rsidRDefault="00000000">
            <w:r>
              <w:rPr>
                <w:sz w:val="12"/>
              </w:rPr>
              <w:t>2024_isla_san_roque_san_roque_reserva_deep_1</w:t>
            </w:r>
          </w:p>
        </w:tc>
        <w:tc>
          <w:tcPr>
            <w:tcW w:w="564" w:type="dxa"/>
            <w:tcMar>
              <w:top w:w="20" w:type="dxa"/>
              <w:left w:w="50" w:type="dxa"/>
              <w:bottom w:w="20" w:type="dxa"/>
              <w:right w:w="50" w:type="dxa"/>
            </w:tcMar>
          </w:tcPr>
          <w:p w14:paraId="755061A2" w14:textId="77777777" w:rsidR="00292F36" w:rsidRDefault="00000000">
            <w:r>
              <w:rPr>
                <w:sz w:val="12"/>
              </w:rPr>
              <w:t>0.4861345</w:t>
            </w:r>
          </w:p>
        </w:tc>
        <w:tc>
          <w:tcPr>
            <w:tcW w:w="564" w:type="dxa"/>
            <w:tcMar>
              <w:top w:w="20" w:type="dxa"/>
              <w:left w:w="50" w:type="dxa"/>
              <w:bottom w:w="20" w:type="dxa"/>
              <w:right w:w="50" w:type="dxa"/>
            </w:tcMar>
          </w:tcPr>
          <w:p w14:paraId="27BE81F5" w14:textId="77777777" w:rsidR="00292F36" w:rsidRDefault="00000000">
            <w:r>
              <w:rPr>
                <w:sz w:val="12"/>
              </w:rPr>
              <w:t>-0.4450165</w:t>
            </w:r>
          </w:p>
        </w:tc>
        <w:tc>
          <w:tcPr>
            <w:tcW w:w="564" w:type="dxa"/>
            <w:tcMar>
              <w:top w:w="20" w:type="dxa"/>
              <w:left w:w="50" w:type="dxa"/>
              <w:bottom w:w="20" w:type="dxa"/>
              <w:right w:w="50" w:type="dxa"/>
            </w:tcMar>
          </w:tcPr>
          <w:p w14:paraId="528C6274" w14:textId="77777777" w:rsidR="00292F36" w:rsidRDefault="00000000">
            <w:r>
              <w:rPr>
                <w:sz w:val="12"/>
              </w:rPr>
              <w:t>2024</w:t>
            </w:r>
          </w:p>
        </w:tc>
        <w:tc>
          <w:tcPr>
            <w:tcW w:w="564" w:type="dxa"/>
            <w:tcMar>
              <w:top w:w="20" w:type="dxa"/>
              <w:left w:w="50" w:type="dxa"/>
              <w:bottom w:w="20" w:type="dxa"/>
              <w:right w:w="50" w:type="dxa"/>
            </w:tcMar>
          </w:tcPr>
          <w:p w14:paraId="6EA9DCCC" w14:textId="77777777" w:rsidR="00292F36" w:rsidRDefault="00000000">
            <w:r>
              <w:rPr>
                <w:sz w:val="12"/>
              </w:rPr>
              <w:t>bahia_asuncion</w:t>
            </w:r>
          </w:p>
        </w:tc>
        <w:tc>
          <w:tcPr>
            <w:tcW w:w="564" w:type="dxa"/>
            <w:tcMar>
              <w:top w:w="20" w:type="dxa"/>
              <w:left w:w="50" w:type="dxa"/>
              <w:bottom w:w="20" w:type="dxa"/>
              <w:right w:w="50" w:type="dxa"/>
            </w:tcMar>
          </w:tcPr>
          <w:p w14:paraId="05886417" w14:textId="77777777" w:rsidR="00292F36" w:rsidRDefault="00000000">
            <w:r>
              <w:rPr>
                <w:sz w:val="12"/>
              </w:rPr>
              <w:t>South</w:t>
            </w:r>
          </w:p>
        </w:tc>
        <w:tc>
          <w:tcPr>
            <w:tcW w:w="564" w:type="dxa"/>
            <w:tcMar>
              <w:top w:w="20" w:type="dxa"/>
              <w:left w:w="50" w:type="dxa"/>
              <w:bottom w:w="20" w:type="dxa"/>
              <w:right w:w="50" w:type="dxa"/>
            </w:tcMar>
          </w:tcPr>
          <w:p w14:paraId="5C748212" w14:textId="77777777" w:rsidR="00292F36" w:rsidRDefault="00000000">
            <w:r>
              <w:rPr>
                <w:sz w:val="12"/>
              </w:rPr>
              <w:t>isla_san_roque</w:t>
            </w:r>
          </w:p>
        </w:tc>
        <w:tc>
          <w:tcPr>
            <w:tcW w:w="564" w:type="dxa"/>
            <w:tcMar>
              <w:top w:w="20" w:type="dxa"/>
              <w:left w:w="50" w:type="dxa"/>
              <w:bottom w:w="20" w:type="dxa"/>
              <w:right w:w="50" w:type="dxa"/>
            </w:tcMar>
          </w:tcPr>
          <w:p w14:paraId="7CAEE3D2" w14:textId="77777777" w:rsidR="00292F36" w:rsidRDefault="00000000">
            <w:r>
              <w:rPr>
                <w:sz w:val="12"/>
              </w:rPr>
              <w:t>san_roque_reserva_deep</w:t>
            </w:r>
          </w:p>
        </w:tc>
        <w:tc>
          <w:tcPr>
            <w:tcW w:w="564" w:type="dxa"/>
            <w:tcMar>
              <w:top w:w="20" w:type="dxa"/>
              <w:left w:w="50" w:type="dxa"/>
              <w:bottom w:w="20" w:type="dxa"/>
              <w:right w:w="50" w:type="dxa"/>
            </w:tcMar>
          </w:tcPr>
          <w:p w14:paraId="5C66F615" w14:textId="77777777" w:rsidR="00292F36" w:rsidRDefault="00000000">
            <w:r>
              <w:rPr>
                <w:sz w:val="12"/>
              </w:rPr>
              <w:t>11</w:t>
            </w:r>
          </w:p>
        </w:tc>
        <w:tc>
          <w:tcPr>
            <w:tcW w:w="564" w:type="dxa"/>
            <w:tcMar>
              <w:top w:w="20" w:type="dxa"/>
              <w:left w:w="50" w:type="dxa"/>
              <w:bottom w:w="20" w:type="dxa"/>
              <w:right w:w="50" w:type="dxa"/>
            </w:tcMar>
          </w:tcPr>
          <w:p w14:paraId="74FB7B23" w14:textId="77777777" w:rsidR="00292F36" w:rsidRDefault="00000000">
            <w:r>
              <w:rPr>
                <w:sz w:val="12"/>
              </w:rPr>
              <w:t>19.4799995</w:t>
            </w:r>
          </w:p>
        </w:tc>
        <w:tc>
          <w:tcPr>
            <w:tcW w:w="564" w:type="dxa"/>
            <w:tcMar>
              <w:top w:w="20" w:type="dxa"/>
              <w:left w:w="50" w:type="dxa"/>
              <w:bottom w:w="20" w:type="dxa"/>
              <w:right w:w="50" w:type="dxa"/>
            </w:tcMar>
          </w:tcPr>
          <w:p w14:paraId="6EAFE30D" w14:textId="77777777" w:rsidR="00292F36" w:rsidRDefault="00000000">
            <w:r>
              <w:rPr>
                <w:sz w:val="12"/>
              </w:rPr>
              <w:t>18.6680746</w:t>
            </w:r>
          </w:p>
        </w:tc>
        <w:tc>
          <w:tcPr>
            <w:tcW w:w="564" w:type="dxa"/>
            <w:tcMar>
              <w:top w:w="20" w:type="dxa"/>
              <w:left w:w="50" w:type="dxa"/>
              <w:bottom w:w="20" w:type="dxa"/>
              <w:right w:w="50" w:type="dxa"/>
            </w:tcMar>
          </w:tcPr>
          <w:p w14:paraId="6CA654CB" w14:textId="77777777" w:rsidR="00292F36" w:rsidRDefault="00000000">
            <w:r>
              <w:rPr>
                <w:sz w:val="12"/>
              </w:rPr>
              <w:t>0</w:t>
            </w:r>
          </w:p>
        </w:tc>
        <w:tc>
          <w:tcPr>
            <w:tcW w:w="564" w:type="dxa"/>
            <w:tcMar>
              <w:top w:w="20" w:type="dxa"/>
              <w:left w:w="50" w:type="dxa"/>
              <w:bottom w:w="20" w:type="dxa"/>
              <w:right w:w="50" w:type="dxa"/>
            </w:tcMar>
          </w:tcPr>
          <w:p w14:paraId="440FDF50" w14:textId="77777777" w:rsidR="00292F36" w:rsidRDefault="00000000">
            <w:r>
              <w:rPr>
                <w:sz w:val="12"/>
              </w:rPr>
              <w:t>0.92118227</w:t>
            </w:r>
          </w:p>
        </w:tc>
        <w:tc>
          <w:tcPr>
            <w:tcW w:w="564" w:type="dxa"/>
            <w:tcMar>
              <w:top w:w="20" w:type="dxa"/>
              <w:left w:w="50" w:type="dxa"/>
              <w:bottom w:w="20" w:type="dxa"/>
              <w:right w:w="50" w:type="dxa"/>
            </w:tcMar>
          </w:tcPr>
          <w:p w14:paraId="2FF6EBBC" w14:textId="77777777" w:rsidR="00292F36" w:rsidRDefault="00000000">
            <w:r>
              <w:rPr>
                <w:sz w:val="12"/>
              </w:rPr>
              <w:t>0</w:t>
            </w:r>
          </w:p>
        </w:tc>
        <w:tc>
          <w:tcPr>
            <w:tcW w:w="564" w:type="dxa"/>
            <w:tcMar>
              <w:top w:w="20" w:type="dxa"/>
              <w:left w:w="50" w:type="dxa"/>
              <w:bottom w:w="20" w:type="dxa"/>
              <w:right w:w="50" w:type="dxa"/>
            </w:tcMar>
          </w:tcPr>
          <w:p w14:paraId="2EBE65D0" w14:textId="77777777" w:rsidR="00292F36" w:rsidRDefault="00000000">
            <w:r>
              <w:rPr>
                <w:sz w:val="12"/>
              </w:rPr>
              <w:t>0.07881773</w:t>
            </w:r>
          </w:p>
        </w:tc>
        <w:tc>
          <w:tcPr>
            <w:tcW w:w="564" w:type="dxa"/>
            <w:tcMar>
              <w:top w:w="20" w:type="dxa"/>
              <w:left w:w="50" w:type="dxa"/>
              <w:bottom w:w="20" w:type="dxa"/>
              <w:right w:w="50" w:type="dxa"/>
            </w:tcMar>
          </w:tcPr>
          <w:p w14:paraId="5954A039" w14:textId="77777777" w:rsidR="00292F36" w:rsidRDefault="00000000">
            <w:r>
              <w:rPr>
                <w:sz w:val="12"/>
              </w:rPr>
              <w:t>0</w:t>
            </w:r>
          </w:p>
        </w:tc>
        <w:tc>
          <w:tcPr>
            <w:tcW w:w="564" w:type="dxa"/>
            <w:tcMar>
              <w:top w:w="20" w:type="dxa"/>
              <w:left w:w="50" w:type="dxa"/>
              <w:bottom w:w="20" w:type="dxa"/>
              <w:right w:w="50" w:type="dxa"/>
            </w:tcMar>
          </w:tcPr>
          <w:p w14:paraId="1E93855F" w14:textId="77777777" w:rsidR="00292F36" w:rsidRDefault="00000000">
            <w:r>
              <w:rPr>
                <w:sz w:val="12"/>
              </w:rPr>
              <w:t>0</w:t>
            </w:r>
          </w:p>
        </w:tc>
        <w:tc>
          <w:tcPr>
            <w:tcW w:w="564" w:type="dxa"/>
            <w:tcMar>
              <w:top w:w="20" w:type="dxa"/>
              <w:left w:w="50" w:type="dxa"/>
              <w:bottom w:w="20" w:type="dxa"/>
              <w:right w:w="50" w:type="dxa"/>
            </w:tcMar>
          </w:tcPr>
          <w:p w14:paraId="1C705F1C" w14:textId="77777777" w:rsidR="00292F36" w:rsidRDefault="00000000">
            <w:r>
              <w:rPr>
                <w:sz w:val="12"/>
              </w:rPr>
              <w:t>0</w:t>
            </w:r>
          </w:p>
        </w:tc>
        <w:tc>
          <w:tcPr>
            <w:tcW w:w="564" w:type="dxa"/>
            <w:tcMar>
              <w:top w:w="20" w:type="dxa"/>
              <w:left w:w="50" w:type="dxa"/>
              <w:bottom w:w="20" w:type="dxa"/>
              <w:right w:w="50" w:type="dxa"/>
            </w:tcMar>
          </w:tcPr>
          <w:p w14:paraId="1DFD8798" w14:textId="77777777" w:rsidR="00292F36" w:rsidRDefault="00000000">
            <w:r>
              <w:rPr>
                <w:sz w:val="12"/>
              </w:rPr>
              <w:t>0</w:t>
            </w:r>
          </w:p>
        </w:tc>
        <w:tc>
          <w:tcPr>
            <w:tcW w:w="564" w:type="dxa"/>
            <w:tcMar>
              <w:top w:w="20" w:type="dxa"/>
              <w:left w:w="50" w:type="dxa"/>
              <w:bottom w:w="20" w:type="dxa"/>
              <w:right w:w="50" w:type="dxa"/>
            </w:tcMar>
          </w:tcPr>
          <w:p w14:paraId="2247A491" w14:textId="77777777" w:rsidR="00292F36" w:rsidRDefault="00000000">
            <w:r>
              <w:rPr>
                <w:sz w:val="12"/>
              </w:rPr>
              <w:t>0.07407407</w:t>
            </w:r>
          </w:p>
        </w:tc>
        <w:tc>
          <w:tcPr>
            <w:tcW w:w="564" w:type="dxa"/>
            <w:tcMar>
              <w:top w:w="20" w:type="dxa"/>
              <w:left w:w="50" w:type="dxa"/>
              <w:bottom w:w="20" w:type="dxa"/>
              <w:right w:w="50" w:type="dxa"/>
            </w:tcMar>
          </w:tcPr>
          <w:p w14:paraId="31811A0E" w14:textId="77777777" w:rsidR="00292F36" w:rsidRDefault="00000000">
            <w:r>
              <w:rPr>
                <w:sz w:val="12"/>
              </w:rPr>
              <w:t>0.59259259</w:t>
            </w:r>
          </w:p>
        </w:tc>
        <w:tc>
          <w:tcPr>
            <w:tcW w:w="564" w:type="dxa"/>
            <w:tcMar>
              <w:top w:w="20" w:type="dxa"/>
              <w:left w:w="50" w:type="dxa"/>
              <w:bottom w:w="20" w:type="dxa"/>
              <w:right w:w="50" w:type="dxa"/>
            </w:tcMar>
          </w:tcPr>
          <w:p w14:paraId="40D15A96" w14:textId="77777777" w:rsidR="00292F36" w:rsidRDefault="00000000">
            <w:r>
              <w:rPr>
                <w:sz w:val="12"/>
              </w:rPr>
              <w:t>0.09259259</w:t>
            </w:r>
          </w:p>
        </w:tc>
        <w:tc>
          <w:tcPr>
            <w:tcW w:w="564" w:type="dxa"/>
            <w:tcMar>
              <w:top w:w="20" w:type="dxa"/>
              <w:left w:w="50" w:type="dxa"/>
              <w:bottom w:w="20" w:type="dxa"/>
              <w:right w:w="50" w:type="dxa"/>
            </w:tcMar>
          </w:tcPr>
          <w:p w14:paraId="3A8CFB9E" w14:textId="77777777" w:rsidR="00292F36" w:rsidRDefault="00000000">
            <w:r>
              <w:rPr>
                <w:sz w:val="12"/>
              </w:rPr>
              <w:t>0</w:t>
            </w:r>
          </w:p>
        </w:tc>
        <w:tc>
          <w:tcPr>
            <w:tcW w:w="564" w:type="dxa"/>
            <w:tcMar>
              <w:top w:w="20" w:type="dxa"/>
              <w:left w:w="50" w:type="dxa"/>
              <w:bottom w:w="20" w:type="dxa"/>
              <w:right w:w="50" w:type="dxa"/>
            </w:tcMar>
          </w:tcPr>
          <w:p w14:paraId="4D9DAF0B" w14:textId="77777777" w:rsidR="00292F36" w:rsidRDefault="00000000">
            <w:r>
              <w:rPr>
                <w:sz w:val="12"/>
              </w:rPr>
              <w:t>0.24074074</w:t>
            </w:r>
          </w:p>
        </w:tc>
        <w:tc>
          <w:tcPr>
            <w:tcW w:w="564" w:type="dxa"/>
            <w:tcMar>
              <w:top w:w="20" w:type="dxa"/>
              <w:left w:w="50" w:type="dxa"/>
              <w:bottom w:w="20" w:type="dxa"/>
              <w:right w:w="50" w:type="dxa"/>
            </w:tcMar>
          </w:tcPr>
          <w:p w14:paraId="35512040" w14:textId="77777777" w:rsidR="00292F36" w:rsidRDefault="00000000">
            <w:r>
              <w:rPr>
                <w:sz w:val="12"/>
              </w:rPr>
              <w:t>0</w:t>
            </w:r>
          </w:p>
        </w:tc>
      </w:tr>
      <w:tr w:rsidR="00292F36" w14:paraId="646241B9" w14:textId="77777777">
        <w:tc>
          <w:tcPr>
            <w:tcW w:w="564" w:type="dxa"/>
            <w:tcMar>
              <w:top w:w="20" w:type="dxa"/>
              <w:left w:w="50" w:type="dxa"/>
              <w:bottom w:w="20" w:type="dxa"/>
              <w:right w:w="50" w:type="dxa"/>
            </w:tcMar>
          </w:tcPr>
          <w:p w14:paraId="644A5F53" w14:textId="77777777" w:rsidR="00292F36" w:rsidRDefault="00000000">
            <w:r>
              <w:rPr>
                <w:sz w:val="12"/>
              </w:rPr>
              <w:t>2024_isla_san_roque_san_roque_reserva_deep_2</w:t>
            </w:r>
          </w:p>
        </w:tc>
        <w:tc>
          <w:tcPr>
            <w:tcW w:w="564" w:type="dxa"/>
            <w:tcMar>
              <w:top w:w="20" w:type="dxa"/>
              <w:left w:w="50" w:type="dxa"/>
              <w:bottom w:w="20" w:type="dxa"/>
              <w:right w:w="50" w:type="dxa"/>
            </w:tcMar>
          </w:tcPr>
          <w:p w14:paraId="1437DE14" w14:textId="77777777" w:rsidR="00292F36" w:rsidRDefault="00000000">
            <w:r>
              <w:rPr>
                <w:sz w:val="12"/>
              </w:rPr>
              <w:t>0.42092804</w:t>
            </w:r>
          </w:p>
        </w:tc>
        <w:tc>
          <w:tcPr>
            <w:tcW w:w="564" w:type="dxa"/>
            <w:tcMar>
              <w:top w:w="20" w:type="dxa"/>
              <w:left w:w="50" w:type="dxa"/>
              <w:bottom w:w="20" w:type="dxa"/>
              <w:right w:w="50" w:type="dxa"/>
            </w:tcMar>
          </w:tcPr>
          <w:p w14:paraId="3E4F6076" w14:textId="77777777" w:rsidR="00292F36" w:rsidRDefault="00000000">
            <w:r>
              <w:rPr>
                <w:sz w:val="12"/>
              </w:rPr>
              <w:t>-0.6536042</w:t>
            </w:r>
          </w:p>
        </w:tc>
        <w:tc>
          <w:tcPr>
            <w:tcW w:w="564" w:type="dxa"/>
            <w:tcMar>
              <w:top w:w="20" w:type="dxa"/>
              <w:left w:w="50" w:type="dxa"/>
              <w:bottom w:w="20" w:type="dxa"/>
              <w:right w:w="50" w:type="dxa"/>
            </w:tcMar>
          </w:tcPr>
          <w:p w14:paraId="06345561" w14:textId="77777777" w:rsidR="00292F36" w:rsidRDefault="00000000">
            <w:r>
              <w:rPr>
                <w:sz w:val="12"/>
              </w:rPr>
              <w:t>2024</w:t>
            </w:r>
          </w:p>
        </w:tc>
        <w:tc>
          <w:tcPr>
            <w:tcW w:w="564" w:type="dxa"/>
            <w:tcMar>
              <w:top w:w="20" w:type="dxa"/>
              <w:left w:w="50" w:type="dxa"/>
              <w:bottom w:w="20" w:type="dxa"/>
              <w:right w:w="50" w:type="dxa"/>
            </w:tcMar>
          </w:tcPr>
          <w:p w14:paraId="20BC1ACB" w14:textId="77777777" w:rsidR="00292F36" w:rsidRDefault="00000000">
            <w:r>
              <w:rPr>
                <w:sz w:val="12"/>
              </w:rPr>
              <w:t>bahia_asuncion</w:t>
            </w:r>
          </w:p>
        </w:tc>
        <w:tc>
          <w:tcPr>
            <w:tcW w:w="564" w:type="dxa"/>
            <w:tcMar>
              <w:top w:w="20" w:type="dxa"/>
              <w:left w:w="50" w:type="dxa"/>
              <w:bottom w:w="20" w:type="dxa"/>
              <w:right w:w="50" w:type="dxa"/>
            </w:tcMar>
          </w:tcPr>
          <w:p w14:paraId="6B5CAC32" w14:textId="77777777" w:rsidR="00292F36" w:rsidRDefault="00000000">
            <w:r>
              <w:rPr>
                <w:sz w:val="12"/>
              </w:rPr>
              <w:t>South</w:t>
            </w:r>
          </w:p>
        </w:tc>
        <w:tc>
          <w:tcPr>
            <w:tcW w:w="564" w:type="dxa"/>
            <w:tcMar>
              <w:top w:w="20" w:type="dxa"/>
              <w:left w:w="50" w:type="dxa"/>
              <w:bottom w:w="20" w:type="dxa"/>
              <w:right w:w="50" w:type="dxa"/>
            </w:tcMar>
          </w:tcPr>
          <w:p w14:paraId="5D46DAD2" w14:textId="77777777" w:rsidR="00292F36" w:rsidRDefault="00000000">
            <w:r>
              <w:rPr>
                <w:sz w:val="12"/>
              </w:rPr>
              <w:t>isla_san_roque</w:t>
            </w:r>
          </w:p>
        </w:tc>
        <w:tc>
          <w:tcPr>
            <w:tcW w:w="564" w:type="dxa"/>
            <w:tcMar>
              <w:top w:w="20" w:type="dxa"/>
              <w:left w:w="50" w:type="dxa"/>
              <w:bottom w:w="20" w:type="dxa"/>
              <w:right w:w="50" w:type="dxa"/>
            </w:tcMar>
          </w:tcPr>
          <w:p w14:paraId="02459045" w14:textId="77777777" w:rsidR="00292F36" w:rsidRDefault="00000000">
            <w:r>
              <w:rPr>
                <w:sz w:val="12"/>
              </w:rPr>
              <w:t>san_roque_reserva_deep</w:t>
            </w:r>
          </w:p>
        </w:tc>
        <w:tc>
          <w:tcPr>
            <w:tcW w:w="564" w:type="dxa"/>
            <w:tcMar>
              <w:top w:w="20" w:type="dxa"/>
              <w:left w:w="50" w:type="dxa"/>
              <w:bottom w:w="20" w:type="dxa"/>
              <w:right w:w="50" w:type="dxa"/>
            </w:tcMar>
          </w:tcPr>
          <w:p w14:paraId="41BC62B6" w14:textId="77777777" w:rsidR="00292F36" w:rsidRDefault="00000000">
            <w:r>
              <w:rPr>
                <w:sz w:val="12"/>
              </w:rPr>
              <w:t>11.4</w:t>
            </w:r>
          </w:p>
        </w:tc>
        <w:tc>
          <w:tcPr>
            <w:tcW w:w="564" w:type="dxa"/>
            <w:tcMar>
              <w:top w:w="20" w:type="dxa"/>
              <w:left w:w="50" w:type="dxa"/>
              <w:bottom w:w="20" w:type="dxa"/>
              <w:right w:w="50" w:type="dxa"/>
            </w:tcMar>
          </w:tcPr>
          <w:p w14:paraId="7323AA12" w14:textId="77777777" w:rsidR="00292F36" w:rsidRDefault="00000000">
            <w:r>
              <w:rPr>
                <w:sz w:val="12"/>
              </w:rPr>
              <w:t>19.4799995</w:t>
            </w:r>
          </w:p>
        </w:tc>
        <w:tc>
          <w:tcPr>
            <w:tcW w:w="564" w:type="dxa"/>
            <w:tcMar>
              <w:top w:w="20" w:type="dxa"/>
              <w:left w:w="50" w:type="dxa"/>
              <w:bottom w:w="20" w:type="dxa"/>
              <w:right w:w="50" w:type="dxa"/>
            </w:tcMar>
          </w:tcPr>
          <w:p w14:paraId="3A407019" w14:textId="77777777" w:rsidR="00292F36" w:rsidRDefault="00000000">
            <w:r>
              <w:rPr>
                <w:sz w:val="12"/>
              </w:rPr>
              <w:t>18.6680746</w:t>
            </w:r>
          </w:p>
        </w:tc>
        <w:tc>
          <w:tcPr>
            <w:tcW w:w="564" w:type="dxa"/>
            <w:tcMar>
              <w:top w:w="20" w:type="dxa"/>
              <w:left w:w="50" w:type="dxa"/>
              <w:bottom w:w="20" w:type="dxa"/>
              <w:right w:w="50" w:type="dxa"/>
            </w:tcMar>
          </w:tcPr>
          <w:p w14:paraId="551936CA" w14:textId="77777777" w:rsidR="00292F36" w:rsidRDefault="00000000">
            <w:r>
              <w:rPr>
                <w:sz w:val="12"/>
              </w:rPr>
              <w:t>0</w:t>
            </w:r>
          </w:p>
        </w:tc>
        <w:tc>
          <w:tcPr>
            <w:tcW w:w="564" w:type="dxa"/>
            <w:tcMar>
              <w:top w:w="20" w:type="dxa"/>
              <w:left w:w="50" w:type="dxa"/>
              <w:bottom w:w="20" w:type="dxa"/>
              <w:right w:w="50" w:type="dxa"/>
            </w:tcMar>
          </w:tcPr>
          <w:p w14:paraId="4357B6B4" w14:textId="77777777" w:rsidR="00292F36" w:rsidRDefault="00000000">
            <w:r>
              <w:rPr>
                <w:sz w:val="12"/>
              </w:rPr>
              <w:t>0.77669903</w:t>
            </w:r>
          </w:p>
        </w:tc>
        <w:tc>
          <w:tcPr>
            <w:tcW w:w="564" w:type="dxa"/>
            <w:tcMar>
              <w:top w:w="20" w:type="dxa"/>
              <w:left w:w="50" w:type="dxa"/>
              <w:bottom w:w="20" w:type="dxa"/>
              <w:right w:w="50" w:type="dxa"/>
            </w:tcMar>
          </w:tcPr>
          <w:p w14:paraId="1708F0A2" w14:textId="77777777" w:rsidR="00292F36" w:rsidRDefault="00000000">
            <w:r>
              <w:rPr>
                <w:sz w:val="12"/>
              </w:rPr>
              <w:t>0</w:t>
            </w:r>
          </w:p>
        </w:tc>
        <w:tc>
          <w:tcPr>
            <w:tcW w:w="564" w:type="dxa"/>
            <w:tcMar>
              <w:top w:w="20" w:type="dxa"/>
              <w:left w:w="50" w:type="dxa"/>
              <w:bottom w:w="20" w:type="dxa"/>
              <w:right w:w="50" w:type="dxa"/>
            </w:tcMar>
          </w:tcPr>
          <w:p w14:paraId="4D043724" w14:textId="77777777" w:rsidR="00292F36" w:rsidRDefault="00000000">
            <w:r>
              <w:rPr>
                <w:sz w:val="12"/>
              </w:rPr>
              <w:t>0.22330097</w:t>
            </w:r>
          </w:p>
        </w:tc>
        <w:tc>
          <w:tcPr>
            <w:tcW w:w="564" w:type="dxa"/>
            <w:tcMar>
              <w:top w:w="20" w:type="dxa"/>
              <w:left w:w="50" w:type="dxa"/>
              <w:bottom w:w="20" w:type="dxa"/>
              <w:right w:w="50" w:type="dxa"/>
            </w:tcMar>
          </w:tcPr>
          <w:p w14:paraId="35C43413" w14:textId="77777777" w:rsidR="00292F36" w:rsidRDefault="00000000">
            <w:r>
              <w:rPr>
                <w:sz w:val="12"/>
              </w:rPr>
              <w:t>0</w:t>
            </w:r>
          </w:p>
        </w:tc>
        <w:tc>
          <w:tcPr>
            <w:tcW w:w="564" w:type="dxa"/>
            <w:tcMar>
              <w:top w:w="20" w:type="dxa"/>
              <w:left w:w="50" w:type="dxa"/>
              <w:bottom w:w="20" w:type="dxa"/>
              <w:right w:w="50" w:type="dxa"/>
            </w:tcMar>
          </w:tcPr>
          <w:p w14:paraId="430E8821" w14:textId="77777777" w:rsidR="00292F36" w:rsidRDefault="00000000">
            <w:r>
              <w:rPr>
                <w:sz w:val="12"/>
              </w:rPr>
              <w:t>0</w:t>
            </w:r>
          </w:p>
        </w:tc>
        <w:tc>
          <w:tcPr>
            <w:tcW w:w="564" w:type="dxa"/>
            <w:tcMar>
              <w:top w:w="20" w:type="dxa"/>
              <w:left w:w="50" w:type="dxa"/>
              <w:bottom w:w="20" w:type="dxa"/>
              <w:right w:w="50" w:type="dxa"/>
            </w:tcMar>
          </w:tcPr>
          <w:p w14:paraId="1F8941EB" w14:textId="77777777" w:rsidR="00292F36" w:rsidRDefault="00000000">
            <w:r>
              <w:rPr>
                <w:sz w:val="12"/>
              </w:rPr>
              <w:t>0</w:t>
            </w:r>
          </w:p>
        </w:tc>
        <w:tc>
          <w:tcPr>
            <w:tcW w:w="564" w:type="dxa"/>
            <w:tcMar>
              <w:top w:w="20" w:type="dxa"/>
              <w:left w:w="50" w:type="dxa"/>
              <w:bottom w:w="20" w:type="dxa"/>
              <w:right w:w="50" w:type="dxa"/>
            </w:tcMar>
          </w:tcPr>
          <w:p w14:paraId="6FB2855F" w14:textId="77777777" w:rsidR="00292F36" w:rsidRDefault="00000000">
            <w:r>
              <w:rPr>
                <w:sz w:val="12"/>
              </w:rPr>
              <w:t>0</w:t>
            </w:r>
          </w:p>
        </w:tc>
        <w:tc>
          <w:tcPr>
            <w:tcW w:w="564" w:type="dxa"/>
            <w:tcMar>
              <w:top w:w="20" w:type="dxa"/>
              <w:left w:w="50" w:type="dxa"/>
              <w:bottom w:w="20" w:type="dxa"/>
              <w:right w:w="50" w:type="dxa"/>
            </w:tcMar>
          </w:tcPr>
          <w:p w14:paraId="2EB385C6" w14:textId="77777777" w:rsidR="00292F36" w:rsidRDefault="00000000">
            <w:r>
              <w:rPr>
                <w:sz w:val="12"/>
              </w:rPr>
              <w:t>0</w:t>
            </w:r>
          </w:p>
        </w:tc>
        <w:tc>
          <w:tcPr>
            <w:tcW w:w="564" w:type="dxa"/>
            <w:tcMar>
              <w:top w:w="20" w:type="dxa"/>
              <w:left w:w="50" w:type="dxa"/>
              <w:bottom w:w="20" w:type="dxa"/>
              <w:right w:w="50" w:type="dxa"/>
            </w:tcMar>
          </w:tcPr>
          <w:p w14:paraId="381FC4F0" w14:textId="77777777" w:rsidR="00292F36" w:rsidRDefault="00000000">
            <w:r>
              <w:rPr>
                <w:sz w:val="12"/>
              </w:rPr>
              <w:t>0.33333333</w:t>
            </w:r>
          </w:p>
        </w:tc>
        <w:tc>
          <w:tcPr>
            <w:tcW w:w="564" w:type="dxa"/>
            <w:tcMar>
              <w:top w:w="20" w:type="dxa"/>
              <w:left w:w="50" w:type="dxa"/>
              <w:bottom w:w="20" w:type="dxa"/>
              <w:right w:w="50" w:type="dxa"/>
            </w:tcMar>
          </w:tcPr>
          <w:p w14:paraId="35D2F405" w14:textId="77777777" w:rsidR="00292F36" w:rsidRDefault="00000000">
            <w:r>
              <w:rPr>
                <w:sz w:val="12"/>
              </w:rPr>
              <w:t>0</w:t>
            </w:r>
          </w:p>
        </w:tc>
        <w:tc>
          <w:tcPr>
            <w:tcW w:w="564" w:type="dxa"/>
            <w:tcMar>
              <w:top w:w="20" w:type="dxa"/>
              <w:left w:w="50" w:type="dxa"/>
              <w:bottom w:w="20" w:type="dxa"/>
              <w:right w:w="50" w:type="dxa"/>
            </w:tcMar>
          </w:tcPr>
          <w:p w14:paraId="78E82C92" w14:textId="77777777" w:rsidR="00292F36" w:rsidRDefault="00000000">
            <w:r>
              <w:rPr>
                <w:sz w:val="12"/>
              </w:rPr>
              <w:t>0</w:t>
            </w:r>
          </w:p>
        </w:tc>
        <w:tc>
          <w:tcPr>
            <w:tcW w:w="564" w:type="dxa"/>
            <w:tcMar>
              <w:top w:w="20" w:type="dxa"/>
              <w:left w:w="50" w:type="dxa"/>
              <w:bottom w:w="20" w:type="dxa"/>
              <w:right w:w="50" w:type="dxa"/>
            </w:tcMar>
          </w:tcPr>
          <w:p w14:paraId="7E02C530" w14:textId="77777777" w:rsidR="00292F36" w:rsidRDefault="00000000">
            <w:r>
              <w:rPr>
                <w:sz w:val="12"/>
              </w:rPr>
              <w:t>0.66666667</w:t>
            </w:r>
          </w:p>
        </w:tc>
        <w:tc>
          <w:tcPr>
            <w:tcW w:w="564" w:type="dxa"/>
            <w:tcMar>
              <w:top w:w="20" w:type="dxa"/>
              <w:left w:w="50" w:type="dxa"/>
              <w:bottom w:w="20" w:type="dxa"/>
              <w:right w:w="50" w:type="dxa"/>
            </w:tcMar>
          </w:tcPr>
          <w:p w14:paraId="4B53AEB5" w14:textId="77777777" w:rsidR="00292F36" w:rsidRDefault="00000000">
            <w:r>
              <w:rPr>
                <w:sz w:val="12"/>
              </w:rPr>
              <w:t>0</w:t>
            </w:r>
          </w:p>
        </w:tc>
      </w:tr>
      <w:tr w:rsidR="00292F36" w14:paraId="2BB314E7" w14:textId="77777777">
        <w:tc>
          <w:tcPr>
            <w:tcW w:w="564" w:type="dxa"/>
            <w:tcMar>
              <w:top w:w="20" w:type="dxa"/>
              <w:left w:w="50" w:type="dxa"/>
              <w:bottom w:w="20" w:type="dxa"/>
              <w:right w:w="50" w:type="dxa"/>
            </w:tcMar>
          </w:tcPr>
          <w:p w14:paraId="28804C98" w14:textId="77777777" w:rsidR="00292F36" w:rsidRDefault="00000000">
            <w:r>
              <w:rPr>
                <w:sz w:val="12"/>
              </w:rPr>
              <w:t>2024_isla_san_roque_san_roque_reserva_mid_3</w:t>
            </w:r>
          </w:p>
        </w:tc>
        <w:tc>
          <w:tcPr>
            <w:tcW w:w="564" w:type="dxa"/>
            <w:tcMar>
              <w:top w:w="20" w:type="dxa"/>
              <w:left w:w="50" w:type="dxa"/>
              <w:bottom w:w="20" w:type="dxa"/>
              <w:right w:w="50" w:type="dxa"/>
            </w:tcMar>
          </w:tcPr>
          <w:p w14:paraId="5D073CC2" w14:textId="77777777" w:rsidR="00292F36" w:rsidRDefault="00000000">
            <w:r>
              <w:rPr>
                <w:sz w:val="12"/>
              </w:rPr>
              <w:t>0.59446018</w:t>
            </w:r>
          </w:p>
        </w:tc>
        <w:tc>
          <w:tcPr>
            <w:tcW w:w="564" w:type="dxa"/>
            <w:tcMar>
              <w:top w:w="20" w:type="dxa"/>
              <w:left w:w="50" w:type="dxa"/>
              <w:bottom w:w="20" w:type="dxa"/>
              <w:right w:w="50" w:type="dxa"/>
            </w:tcMar>
          </w:tcPr>
          <w:p w14:paraId="79B2BAA3" w14:textId="77777777" w:rsidR="00292F36" w:rsidRDefault="00000000">
            <w:r>
              <w:rPr>
                <w:sz w:val="12"/>
              </w:rPr>
              <w:t>-0.3781382</w:t>
            </w:r>
          </w:p>
        </w:tc>
        <w:tc>
          <w:tcPr>
            <w:tcW w:w="564" w:type="dxa"/>
            <w:tcMar>
              <w:top w:w="20" w:type="dxa"/>
              <w:left w:w="50" w:type="dxa"/>
              <w:bottom w:w="20" w:type="dxa"/>
              <w:right w:w="50" w:type="dxa"/>
            </w:tcMar>
          </w:tcPr>
          <w:p w14:paraId="58AEE916" w14:textId="77777777" w:rsidR="00292F36" w:rsidRDefault="00000000">
            <w:r>
              <w:rPr>
                <w:sz w:val="12"/>
              </w:rPr>
              <w:t>2024</w:t>
            </w:r>
          </w:p>
        </w:tc>
        <w:tc>
          <w:tcPr>
            <w:tcW w:w="564" w:type="dxa"/>
            <w:tcMar>
              <w:top w:w="20" w:type="dxa"/>
              <w:left w:w="50" w:type="dxa"/>
              <w:bottom w:w="20" w:type="dxa"/>
              <w:right w:w="50" w:type="dxa"/>
            </w:tcMar>
          </w:tcPr>
          <w:p w14:paraId="4930E428" w14:textId="77777777" w:rsidR="00292F36" w:rsidRDefault="00000000">
            <w:r>
              <w:rPr>
                <w:sz w:val="12"/>
              </w:rPr>
              <w:t>bahia_asuncion</w:t>
            </w:r>
          </w:p>
        </w:tc>
        <w:tc>
          <w:tcPr>
            <w:tcW w:w="564" w:type="dxa"/>
            <w:tcMar>
              <w:top w:w="20" w:type="dxa"/>
              <w:left w:w="50" w:type="dxa"/>
              <w:bottom w:w="20" w:type="dxa"/>
              <w:right w:w="50" w:type="dxa"/>
            </w:tcMar>
          </w:tcPr>
          <w:p w14:paraId="73ADB356" w14:textId="77777777" w:rsidR="00292F36" w:rsidRDefault="00000000">
            <w:r>
              <w:rPr>
                <w:sz w:val="12"/>
              </w:rPr>
              <w:t>South</w:t>
            </w:r>
          </w:p>
        </w:tc>
        <w:tc>
          <w:tcPr>
            <w:tcW w:w="564" w:type="dxa"/>
            <w:tcMar>
              <w:top w:w="20" w:type="dxa"/>
              <w:left w:w="50" w:type="dxa"/>
              <w:bottom w:w="20" w:type="dxa"/>
              <w:right w:w="50" w:type="dxa"/>
            </w:tcMar>
          </w:tcPr>
          <w:p w14:paraId="69C5DE27" w14:textId="77777777" w:rsidR="00292F36" w:rsidRDefault="00000000">
            <w:r>
              <w:rPr>
                <w:sz w:val="12"/>
              </w:rPr>
              <w:t>isla_san_roque</w:t>
            </w:r>
          </w:p>
        </w:tc>
        <w:tc>
          <w:tcPr>
            <w:tcW w:w="564" w:type="dxa"/>
            <w:tcMar>
              <w:top w:w="20" w:type="dxa"/>
              <w:left w:w="50" w:type="dxa"/>
              <w:bottom w:w="20" w:type="dxa"/>
              <w:right w:w="50" w:type="dxa"/>
            </w:tcMar>
          </w:tcPr>
          <w:p w14:paraId="66E87E5E" w14:textId="77777777" w:rsidR="00292F36" w:rsidRDefault="00000000">
            <w:r>
              <w:rPr>
                <w:sz w:val="12"/>
              </w:rPr>
              <w:t>san_roque_reserva_mid</w:t>
            </w:r>
          </w:p>
        </w:tc>
        <w:tc>
          <w:tcPr>
            <w:tcW w:w="564" w:type="dxa"/>
            <w:tcMar>
              <w:top w:w="20" w:type="dxa"/>
              <w:left w:w="50" w:type="dxa"/>
              <w:bottom w:w="20" w:type="dxa"/>
              <w:right w:w="50" w:type="dxa"/>
            </w:tcMar>
          </w:tcPr>
          <w:p w14:paraId="0044D430" w14:textId="77777777" w:rsidR="00292F36" w:rsidRDefault="00000000">
            <w:r>
              <w:rPr>
                <w:sz w:val="12"/>
              </w:rPr>
              <w:t>6.3</w:t>
            </w:r>
          </w:p>
        </w:tc>
        <w:tc>
          <w:tcPr>
            <w:tcW w:w="564" w:type="dxa"/>
            <w:tcMar>
              <w:top w:w="20" w:type="dxa"/>
              <w:left w:w="50" w:type="dxa"/>
              <w:bottom w:w="20" w:type="dxa"/>
              <w:right w:w="50" w:type="dxa"/>
            </w:tcMar>
          </w:tcPr>
          <w:p w14:paraId="6B8CE876" w14:textId="77777777" w:rsidR="00292F36" w:rsidRDefault="00000000">
            <w:r>
              <w:rPr>
                <w:sz w:val="12"/>
              </w:rPr>
              <w:t>19.4799995</w:t>
            </w:r>
          </w:p>
        </w:tc>
        <w:tc>
          <w:tcPr>
            <w:tcW w:w="564" w:type="dxa"/>
            <w:tcMar>
              <w:top w:w="20" w:type="dxa"/>
              <w:left w:w="50" w:type="dxa"/>
              <w:bottom w:w="20" w:type="dxa"/>
              <w:right w:w="50" w:type="dxa"/>
            </w:tcMar>
          </w:tcPr>
          <w:p w14:paraId="17BEEB76" w14:textId="77777777" w:rsidR="00292F36" w:rsidRDefault="00000000">
            <w:r>
              <w:rPr>
                <w:sz w:val="12"/>
              </w:rPr>
              <w:t>18.6680746</w:t>
            </w:r>
          </w:p>
        </w:tc>
        <w:tc>
          <w:tcPr>
            <w:tcW w:w="564" w:type="dxa"/>
            <w:tcMar>
              <w:top w:w="20" w:type="dxa"/>
              <w:left w:w="50" w:type="dxa"/>
              <w:bottom w:w="20" w:type="dxa"/>
              <w:right w:w="50" w:type="dxa"/>
            </w:tcMar>
          </w:tcPr>
          <w:p w14:paraId="125BC1A5" w14:textId="77777777" w:rsidR="00292F36" w:rsidRDefault="00000000">
            <w:r>
              <w:rPr>
                <w:sz w:val="12"/>
              </w:rPr>
              <w:t>0</w:t>
            </w:r>
          </w:p>
        </w:tc>
        <w:tc>
          <w:tcPr>
            <w:tcW w:w="564" w:type="dxa"/>
            <w:tcMar>
              <w:top w:w="20" w:type="dxa"/>
              <w:left w:w="50" w:type="dxa"/>
              <w:bottom w:w="20" w:type="dxa"/>
              <w:right w:w="50" w:type="dxa"/>
            </w:tcMar>
          </w:tcPr>
          <w:p w14:paraId="65209E1F" w14:textId="77777777" w:rsidR="00292F36" w:rsidRDefault="00000000">
            <w:r>
              <w:rPr>
                <w:sz w:val="12"/>
              </w:rPr>
              <w:t>0.91549296</w:t>
            </w:r>
          </w:p>
        </w:tc>
        <w:tc>
          <w:tcPr>
            <w:tcW w:w="564" w:type="dxa"/>
            <w:tcMar>
              <w:top w:w="20" w:type="dxa"/>
              <w:left w:w="50" w:type="dxa"/>
              <w:bottom w:w="20" w:type="dxa"/>
              <w:right w:w="50" w:type="dxa"/>
            </w:tcMar>
          </w:tcPr>
          <w:p w14:paraId="2F5EFA88" w14:textId="77777777" w:rsidR="00292F36" w:rsidRDefault="00000000">
            <w:r>
              <w:rPr>
                <w:sz w:val="12"/>
              </w:rPr>
              <w:t>0</w:t>
            </w:r>
          </w:p>
        </w:tc>
        <w:tc>
          <w:tcPr>
            <w:tcW w:w="564" w:type="dxa"/>
            <w:tcMar>
              <w:top w:w="20" w:type="dxa"/>
              <w:left w:w="50" w:type="dxa"/>
              <w:bottom w:w="20" w:type="dxa"/>
              <w:right w:w="50" w:type="dxa"/>
            </w:tcMar>
          </w:tcPr>
          <w:p w14:paraId="69BE0321" w14:textId="77777777" w:rsidR="00292F36" w:rsidRDefault="00000000">
            <w:r>
              <w:rPr>
                <w:sz w:val="12"/>
              </w:rPr>
              <w:t>0.08450704</w:t>
            </w:r>
          </w:p>
        </w:tc>
        <w:tc>
          <w:tcPr>
            <w:tcW w:w="564" w:type="dxa"/>
            <w:tcMar>
              <w:top w:w="20" w:type="dxa"/>
              <w:left w:w="50" w:type="dxa"/>
              <w:bottom w:w="20" w:type="dxa"/>
              <w:right w:w="50" w:type="dxa"/>
            </w:tcMar>
          </w:tcPr>
          <w:p w14:paraId="398AED05" w14:textId="77777777" w:rsidR="00292F36" w:rsidRDefault="00000000">
            <w:r>
              <w:rPr>
                <w:sz w:val="12"/>
              </w:rPr>
              <w:t>0</w:t>
            </w:r>
          </w:p>
        </w:tc>
        <w:tc>
          <w:tcPr>
            <w:tcW w:w="564" w:type="dxa"/>
            <w:tcMar>
              <w:top w:w="20" w:type="dxa"/>
              <w:left w:w="50" w:type="dxa"/>
              <w:bottom w:w="20" w:type="dxa"/>
              <w:right w:w="50" w:type="dxa"/>
            </w:tcMar>
          </w:tcPr>
          <w:p w14:paraId="21B39F1A" w14:textId="77777777" w:rsidR="00292F36" w:rsidRDefault="00000000">
            <w:r>
              <w:rPr>
                <w:sz w:val="12"/>
              </w:rPr>
              <w:t>0</w:t>
            </w:r>
          </w:p>
        </w:tc>
        <w:tc>
          <w:tcPr>
            <w:tcW w:w="564" w:type="dxa"/>
            <w:tcMar>
              <w:top w:w="20" w:type="dxa"/>
              <w:left w:w="50" w:type="dxa"/>
              <w:bottom w:w="20" w:type="dxa"/>
              <w:right w:w="50" w:type="dxa"/>
            </w:tcMar>
          </w:tcPr>
          <w:p w14:paraId="02EB6A76" w14:textId="77777777" w:rsidR="00292F36" w:rsidRDefault="00000000">
            <w:r>
              <w:rPr>
                <w:sz w:val="12"/>
              </w:rPr>
              <w:t>0</w:t>
            </w:r>
          </w:p>
        </w:tc>
        <w:tc>
          <w:tcPr>
            <w:tcW w:w="564" w:type="dxa"/>
            <w:tcMar>
              <w:top w:w="20" w:type="dxa"/>
              <w:left w:w="50" w:type="dxa"/>
              <w:bottom w:w="20" w:type="dxa"/>
              <w:right w:w="50" w:type="dxa"/>
            </w:tcMar>
          </w:tcPr>
          <w:p w14:paraId="1C5FE552" w14:textId="77777777" w:rsidR="00292F36" w:rsidRDefault="00000000">
            <w:r>
              <w:rPr>
                <w:sz w:val="12"/>
              </w:rPr>
              <w:t>0</w:t>
            </w:r>
          </w:p>
        </w:tc>
        <w:tc>
          <w:tcPr>
            <w:tcW w:w="564" w:type="dxa"/>
            <w:tcMar>
              <w:top w:w="20" w:type="dxa"/>
              <w:left w:w="50" w:type="dxa"/>
              <w:bottom w:w="20" w:type="dxa"/>
              <w:right w:w="50" w:type="dxa"/>
            </w:tcMar>
          </w:tcPr>
          <w:p w14:paraId="25ED33F7" w14:textId="77777777" w:rsidR="00292F36" w:rsidRDefault="00000000">
            <w:r>
              <w:rPr>
                <w:sz w:val="12"/>
              </w:rPr>
              <w:t>0.05882353</w:t>
            </w:r>
          </w:p>
        </w:tc>
        <w:tc>
          <w:tcPr>
            <w:tcW w:w="564" w:type="dxa"/>
            <w:tcMar>
              <w:top w:w="20" w:type="dxa"/>
              <w:left w:w="50" w:type="dxa"/>
              <w:bottom w:w="20" w:type="dxa"/>
              <w:right w:w="50" w:type="dxa"/>
            </w:tcMar>
          </w:tcPr>
          <w:p w14:paraId="17EF458D" w14:textId="77777777" w:rsidR="00292F36" w:rsidRDefault="00000000">
            <w:r>
              <w:rPr>
                <w:sz w:val="12"/>
              </w:rPr>
              <w:t>0.58823529</w:t>
            </w:r>
          </w:p>
        </w:tc>
        <w:tc>
          <w:tcPr>
            <w:tcW w:w="564" w:type="dxa"/>
            <w:tcMar>
              <w:top w:w="20" w:type="dxa"/>
              <w:left w:w="50" w:type="dxa"/>
              <w:bottom w:w="20" w:type="dxa"/>
              <w:right w:w="50" w:type="dxa"/>
            </w:tcMar>
          </w:tcPr>
          <w:p w14:paraId="514BFC40" w14:textId="77777777" w:rsidR="00292F36" w:rsidRDefault="00000000">
            <w:r>
              <w:rPr>
                <w:sz w:val="12"/>
              </w:rPr>
              <w:t>0.35294118</w:t>
            </w:r>
          </w:p>
        </w:tc>
        <w:tc>
          <w:tcPr>
            <w:tcW w:w="564" w:type="dxa"/>
            <w:tcMar>
              <w:top w:w="20" w:type="dxa"/>
              <w:left w:w="50" w:type="dxa"/>
              <w:bottom w:w="20" w:type="dxa"/>
              <w:right w:w="50" w:type="dxa"/>
            </w:tcMar>
          </w:tcPr>
          <w:p w14:paraId="6B190EC5" w14:textId="77777777" w:rsidR="00292F36" w:rsidRDefault="00000000">
            <w:r>
              <w:rPr>
                <w:sz w:val="12"/>
              </w:rPr>
              <w:t>0</w:t>
            </w:r>
          </w:p>
        </w:tc>
        <w:tc>
          <w:tcPr>
            <w:tcW w:w="564" w:type="dxa"/>
            <w:tcMar>
              <w:top w:w="20" w:type="dxa"/>
              <w:left w:w="50" w:type="dxa"/>
              <w:bottom w:w="20" w:type="dxa"/>
              <w:right w:w="50" w:type="dxa"/>
            </w:tcMar>
          </w:tcPr>
          <w:p w14:paraId="3B588E82" w14:textId="77777777" w:rsidR="00292F36" w:rsidRDefault="00000000">
            <w:r>
              <w:rPr>
                <w:sz w:val="12"/>
              </w:rPr>
              <w:t>0</w:t>
            </w:r>
          </w:p>
        </w:tc>
        <w:tc>
          <w:tcPr>
            <w:tcW w:w="564" w:type="dxa"/>
            <w:tcMar>
              <w:top w:w="20" w:type="dxa"/>
              <w:left w:w="50" w:type="dxa"/>
              <w:bottom w:w="20" w:type="dxa"/>
              <w:right w:w="50" w:type="dxa"/>
            </w:tcMar>
          </w:tcPr>
          <w:p w14:paraId="4F5FDD21" w14:textId="77777777" w:rsidR="00292F36" w:rsidRDefault="00000000">
            <w:r>
              <w:rPr>
                <w:sz w:val="12"/>
              </w:rPr>
              <w:t>0</w:t>
            </w:r>
          </w:p>
        </w:tc>
      </w:tr>
      <w:tr w:rsidR="00292F36" w14:paraId="5735A0FB" w14:textId="77777777">
        <w:tc>
          <w:tcPr>
            <w:tcW w:w="564" w:type="dxa"/>
            <w:tcMar>
              <w:top w:w="20" w:type="dxa"/>
              <w:left w:w="50" w:type="dxa"/>
              <w:bottom w:w="20" w:type="dxa"/>
              <w:right w:w="50" w:type="dxa"/>
            </w:tcMar>
          </w:tcPr>
          <w:p w14:paraId="1035BA90" w14:textId="77777777" w:rsidR="00292F36" w:rsidRDefault="00000000">
            <w:r>
              <w:rPr>
                <w:sz w:val="12"/>
              </w:rPr>
              <w:t>2024_isla_san_roque_san_roque_reserva_mid_4</w:t>
            </w:r>
          </w:p>
        </w:tc>
        <w:tc>
          <w:tcPr>
            <w:tcW w:w="564" w:type="dxa"/>
            <w:tcMar>
              <w:top w:w="20" w:type="dxa"/>
              <w:left w:w="50" w:type="dxa"/>
              <w:bottom w:w="20" w:type="dxa"/>
              <w:right w:w="50" w:type="dxa"/>
            </w:tcMar>
          </w:tcPr>
          <w:p w14:paraId="7842D537" w14:textId="77777777" w:rsidR="00292F36" w:rsidRDefault="00000000">
            <w:r>
              <w:rPr>
                <w:sz w:val="12"/>
              </w:rPr>
              <w:t>0.4642483</w:t>
            </w:r>
          </w:p>
        </w:tc>
        <w:tc>
          <w:tcPr>
            <w:tcW w:w="564" w:type="dxa"/>
            <w:tcMar>
              <w:top w:w="20" w:type="dxa"/>
              <w:left w:w="50" w:type="dxa"/>
              <w:bottom w:w="20" w:type="dxa"/>
              <w:right w:w="50" w:type="dxa"/>
            </w:tcMar>
          </w:tcPr>
          <w:p w14:paraId="36FA93F2" w14:textId="77777777" w:rsidR="00292F36" w:rsidRDefault="00000000">
            <w:r>
              <w:rPr>
                <w:sz w:val="12"/>
              </w:rPr>
              <w:t>-0.7059912</w:t>
            </w:r>
          </w:p>
        </w:tc>
        <w:tc>
          <w:tcPr>
            <w:tcW w:w="564" w:type="dxa"/>
            <w:tcMar>
              <w:top w:w="20" w:type="dxa"/>
              <w:left w:w="50" w:type="dxa"/>
              <w:bottom w:w="20" w:type="dxa"/>
              <w:right w:w="50" w:type="dxa"/>
            </w:tcMar>
          </w:tcPr>
          <w:p w14:paraId="460A7338" w14:textId="77777777" w:rsidR="00292F36" w:rsidRDefault="00000000">
            <w:r>
              <w:rPr>
                <w:sz w:val="12"/>
              </w:rPr>
              <w:t>2024</w:t>
            </w:r>
          </w:p>
        </w:tc>
        <w:tc>
          <w:tcPr>
            <w:tcW w:w="564" w:type="dxa"/>
            <w:tcMar>
              <w:top w:w="20" w:type="dxa"/>
              <w:left w:w="50" w:type="dxa"/>
              <w:bottom w:w="20" w:type="dxa"/>
              <w:right w:w="50" w:type="dxa"/>
            </w:tcMar>
          </w:tcPr>
          <w:p w14:paraId="19F3100D" w14:textId="77777777" w:rsidR="00292F36" w:rsidRDefault="00000000">
            <w:r>
              <w:rPr>
                <w:sz w:val="12"/>
              </w:rPr>
              <w:t>bahia_asuncion</w:t>
            </w:r>
          </w:p>
        </w:tc>
        <w:tc>
          <w:tcPr>
            <w:tcW w:w="564" w:type="dxa"/>
            <w:tcMar>
              <w:top w:w="20" w:type="dxa"/>
              <w:left w:w="50" w:type="dxa"/>
              <w:bottom w:w="20" w:type="dxa"/>
              <w:right w:w="50" w:type="dxa"/>
            </w:tcMar>
          </w:tcPr>
          <w:p w14:paraId="1CBB7AFF" w14:textId="77777777" w:rsidR="00292F36" w:rsidRDefault="00000000">
            <w:r>
              <w:rPr>
                <w:sz w:val="12"/>
              </w:rPr>
              <w:t>South</w:t>
            </w:r>
          </w:p>
        </w:tc>
        <w:tc>
          <w:tcPr>
            <w:tcW w:w="564" w:type="dxa"/>
            <w:tcMar>
              <w:top w:w="20" w:type="dxa"/>
              <w:left w:w="50" w:type="dxa"/>
              <w:bottom w:w="20" w:type="dxa"/>
              <w:right w:w="50" w:type="dxa"/>
            </w:tcMar>
          </w:tcPr>
          <w:p w14:paraId="5F6A4BEC" w14:textId="77777777" w:rsidR="00292F36" w:rsidRDefault="00000000">
            <w:r>
              <w:rPr>
                <w:sz w:val="12"/>
              </w:rPr>
              <w:t>isla_san_roque</w:t>
            </w:r>
          </w:p>
        </w:tc>
        <w:tc>
          <w:tcPr>
            <w:tcW w:w="564" w:type="dxa"/>
            <w:tcMar>
              <w:top w:w="20" w:type="dxa"/>
              <w:left w:w="50" w:type="dxa"/>
              <w:bottom w:w="20" w:type="dxa"/>
              <w:right w:w="50" w:type="dxa"/>
            </w:tcMar>
          </w:tcPr>
          <w:p w14:paraId="0BEF7AEC" w14:textId="77777777" w:rsidR="00292F36" w:rsidRDefault="00000000">
            <w:r>
              <w:rPr>
                <w:sz w:val="12"/>
              </w:rPr>
              <w:t>san_roque_reserva_mid</w:t>
            </w:r>
          </w:p>
        </w:tc>
        <w:tc>
          <w:tcPr>
            <w:tcW w:w="564" w:type="dxa"/>
            <w:tcMar>
              <w:top w:w="20" w:type="dxa"/>
              <w:left w:w="50" w:type="dxa"/>
              <w:bottom w:w="20" w:type="dxa"/>
              <w:right w:w="50" w:type="dxa"/>
            </w:tcMar>
          </w:tcPr>
          <w:p w14:paraId="7D4B6F92" w14:textId="77777777" w:rsidR="00292F36" w:rsidRDefault="00000000">
            <w:r>
              <w:rPr>
                <w:sz w:val="12"/>
              </w:rPr>
              <w:t>7</w:t>
            </w:r>
          </w:p>
        </w:tc>
        <w:tc>
          <w:tcPr>
            <w:tcW w:w="564" w:type="dxa"/>
            <w:tcMar>
              <w:top w:w="20" w:type="dxa"/>
              <w:left w:w="50" w:type="dxa"/>
              <w:bottom w:w="20" w:type="dxa"/>
              <w:right w:w="50" w:type="dxa"/>
            </w:tcMar>
          </w:tcPr>
          <w:p w14:paraId="52042AF3" w14:textId="77777777" w:rsidR="00292F36" w:rsidRDefault="00000000">
            <w:r>
              <w:rPr>
                <w:sz w:val="12"/>
              </w:rPr>
              <w:t>19.4799995</w:t>
            </w:r>
          </w:p>
        </w:tc>
        <w:tc>
          <w:tcPr>
            <w:tcW w:w="564" w:type="dxa"/>
            <w:tcMar>
              <w:top w:w="20" w:type="dxa"/>
              <w:left w:w="50" w:type="dxa"/>
              <w:bottom w:w="20" w:type="dxa"/>
              <w:right w:w="50" w:type="dxa"/>
            </w:tcMar>
          </w:tcPr>
          <w:p w14:paraId="04F0904F" w14:textId="77777777" w:rsidR="00292F36" w:rsidRDefault="00000000">
            <w:r>
              <w:rPr>
                <w:sz w:val="12"/>
              </w:rPr>
              <w:t>18.6680746</w:t>
            </w:r>
          </w:p>
        </w:tc>
        <w:tc>
          <w:tcPr>
            <w:tcW w:w="564" w:type="dxa"/>
            <w:tcMar>
              <w:top w:w="20" w:type="dxa"/>
              <w:left w:w="50" w:type="dxa"/>
              <w:bottom w:w="20" w:type="dxa"/>
              <w:right w:w="50" w:type="dxa"/>
            </w:tcMar>
          </w:tcPr>
          <w:p w14:paraId="1BDCECFC" w14:textId="77777777" w:rsidR="00292F36" w:rsidRDefault="00000000">
            <w:r>
              <w:rPr>
                <w:sz w:val="12"/>
              </w:rPr>
              <w:t>0</w:t>
            </w:r>
          </w:p>
        </w:tc>
        <w:tc>
          <w:tcPr>
            <w:tcW w:w="564" w:type="dxa"/>
            <w:tcMar>
              <w:top w:w="20" w:type="dxa"/>
              <w:left w:w="50" w:type="dxa"/>
              <w:bottom w:w="20" w:type="dxa"/>
              <w:right w:w="50" w:type="dxa"/>
            </w:tcMar>
          </w:tcPr>
          <w:p w14:paraId="057C4190" w14:textId="77777777" w:rsidR="00292F36" w:rsidRDefault="00000000">
            <w:r>
              <w:rPr>
                <w:sz w:val="12"/>
              </w:rPr>
              <w:t>0.88819876</w:t>
            </w:r>
          </w:p>
        </w:tc>
        <w:tc>
          <w:tcPr>
            <w:tcW w:w="564" w:type="dxa"/>
            <w:tcMar>
              <w:top w:w="20" w:type="dxa"/>
              <w:left w:w="50" w:type="dxa"/>
              <w:bottom w:w="20" w:type="dxa"/>
              <w:right w:w="50" w:type="dxa"/>
            </w:tcMar>
          </w:tcPr>
          <w:p w14:paraId="0AEBE5C4" w14:textId="77777777" w:rsidR="00292F36" w:rsidRDefault="00000000">
            <w:r>
              <w:rPr>
                <w:sz w:val="12"/>
              </w:rPr>
              <w:t>0</w:t>
            </w:r>
          </w:p>
        </w:tc>
        <w:tc>
          <w:tcPr>
            <w:tcW w:w="564" w:type="dxa"/>
            <w:tcMar>
              <w:top w:w="20" w:type="dxa"/>
              <w:left w:w="50" w:type="dxa"/>
              <w:bottom w:w="20" w:type="dxa"/>
              <w:right w:w="50" w:type="dxa"/>
            </w:tcMar>
          </w:tcPr>
          <w:p w14:paraId="16DA4960" w14:textId="77777777" w:rsidR="00292F36" w:rsidRDefault="00000000">
            <w:r>
              <w:rPr>
                <w:sz w:val="12"/>
              </w:rPr>
              <w:t>0.11180124</w:t>
            </w:r>
          </w:p>
        </w:tc>
        <w:tc>
          <w:tcPr>
            <w:tcW w:w="564" w:type="dxa"/>
            <w:tcMar>
              <w:top w:w="20" w:type="dxa"/>
              <w:left w:w="50" w:type="dxa"/>
              <w:bottom w:w="20" w:type="dxa"/>
              <w:right w:w="50" w:type="dxa"/>
            </w:tcMar>
          </w:tcPr>
          <w:p w14:paraId="4F3DB20E" w14:textId="77777777" w:rsidR="00292F36" w:rsidRDefault="00000000">
            <w:r>
              <w:rPr>
                <w:sz w:val="12"/>
              </w:rPr>
              <w:t>0</w:t>
            </w:r>
          </w:p>
        </w:tc>
        <w:tc>
          <w:tcPr>
            <w:tcW w:w="564" w:type="dxa"/>
            <w:tcMar>
              <w:top w:w="20" w:type="dxa"/>
              <w:left w:w="50" w:type="dxa"/>
              <w:bottom w:w="20" w:type="dxa"/>
              <w:right w:w="50" w:type="dxa"/>
            </w:tcMar>
          </w:tcPr>
          <w:p w14:paraId="0CE4962F" w14:textId="77777777" w:rsidR="00292F36" w:rsidRDefault="00000000">
            <w:r>
              <w:rPr>
                <w:sz w:val="12"/>
              </w:rPr>
              <w:t>0</w:t>
            </w:r>
          </w:p>
        </w:tc>
        <w:tc>
          <w:tcPr>
            <w:tcW w:w="564" w:type="dxa"/>
            <w:tcMar>
              <w:top w:w="20" w:type="dxa"/>
              <w:left w:w="50" w:type="dxa"/>
              <w:bottom w:w="20" w:type="dxa"/>
              <w:right w:w="50" w:type="dxa"/>
            </w:tcMar>
          </w:tcPr>
          <w:p w14:paraId="38624D69" w14:textId="77777777" w:rsidR="00292F36" w:rsidRDefault="00000000">
            <w:r>
              <w:rPr>
                <w:sz w:val="12"/>
              </w:rPr>
              <w:t>0</w:t>
            </w:r>
          </w:p>
        </w:tc>
        <w:tc>
          <w:tcPr>
            <w:tcW w:w="564" w:type="dxa"/>
            <w:tcMar>
              <w:top w:w="20" w:type="dxa"/>
              <w:left w:w="50" w:type="dxa"/>
              <w:bottom w:w="20" w:type="dxa"/>
              <w:right w:w="50" w:type="dxa"/>
            </w:tcMar>
          </w:tcPr>
          <w:p w14:paraId="2E4081CC" w14:textId="77777777" w:rsidR="00292F36" w:rsidRDefault="00000000">
            <w:r>
              <w:rPr>
                <w:sz w:val="12"/>
              </w:rPr>
              <w:t>0</w:t>
            </w:r>
          </w:p>
        </w:tc>
        <w:tc>
          <w:tcPr>
            <w:tcW w:w="564" w:type="dxa"/>
            <w:tcMar>
              <w:top w:w="20" w:type="dxa"/>
              <w:left w:w="50" w:type="dxa"/>
              <w:bottom w:w="20" w:type="dxa"/>
              <w:right w:w="50" w:type="dxa"/>
            </w:tcMar>
          </w:tcPr>
          <w:p w14:paraId="7BC041FA" w14:textId="77777777" w:rsidR="00292F36" w:rsidRDefault="00000000">
            <w:r>
              <w:rPr>
                <w:sz w:val="12"/>
              </w:rPr>
              <w:t>0.025</w:t>
            </w:r>
          </w:p>
        </w:tc>
        <w:tc>
          <w:tcPr>
            <w:tcW w:w="564" w:type="dxa"/>
            <w:tcMar>
              <w:top w:w="20" w:type="dxa"/>
              <w:left w:w="50" w:type="dxa"/>
              <w:bottom w:w="20" w:type="dxa"/>
              <w:right w:w="50" w:type="dxa"/>
            </w:tcMar>
          </w:tcPr>
          <w:p w14:paraId="19B00FFB" w14:textId="77777777" w:rsidR="00292F36" w:rsidRDefault="00000000">
            <w:r>
              <w:rPr>
                <w:sz w:val="12"/>
              </w:rPr>
              <w:t>0.275</w:t>
            </w:r>
          </w:p>
        </w:tc>
        <w:tc>
          <w:tcPr>
            <w:tcW w:w="564" w:type="dxa"/>
            <w:tcMar>
              <w:top w:w="20" w:type="dxa"/>
              <w:left w:w="50" w:type="dxa"/>
              <w:bottom w:w="20" w:type="dxa"/>
              <w:right w:w="50" w:type="dxa"/>
            </w:tcMar>
          </w:tcPr>
          <w:p w14:paraId="1261C2EA" w14:textId="77777777" w:rsidR="00292F36" w:rsidRDefault="00000000">
            <w:r>
              <w:rPr>
                <w:sz w:val="12"/>
              </w:rPr>
              <w:t>0</w:t>
            </w:r>
          </w:p>
        </w:tc>
        <w:tc>
          <w:tcPr>
            <w:tcW w:w="564" w:type="dxa"/>
            <w:tcMar>
              <w:top w:w="20" w:type="dxa"/>
              <w:left w:w="50" w:type="dxa"/>
              <w:bottom w:w="20" w:type="dxa"/>
              <w:right w:w="50" w:type="dxa"/>
            </w:tcMar>
          </w:tcPr>
          <w:p w14:paraId="4B7F3D5C" w14:textId="77777777" w:rsidR="00292F36" w:rsidRDefault="00000000">
            <w:r>
              <w:rPr>
                <w:sz w:val="12"/>
              </w:rPr>
              <w:t>0</w:t>
            </w:r>
          </w:p>
        </w:tc>
        <w:tc>
          <w:tcPr>
            <w:tcW w:w="564" w:type="dxa"/>
            <w:tcMar>
              <w:top w:w="20" w:type="dxa"/>
              <w:left w:w="50" w:type="dxa"/>
              <w:bottom w:w="20" w:type="dxa"/>
              <w:right w:w="50" w:type="dxa"/>
            </w:tcMar>
          </w:tcPr>
          <w:p w14:paraId="6B61CEA8" w14:textId="77777777" w:rsidR="00292F36" w:rsidRDefault="00000000">
            <w:r>
              <w:rPr>
                <w:sz w:val="12"/>
              </w:rPr>
              <w:t>0.7</w:t>
            </w:r>
          </w:p>
        </w:tc>
        <w:tc>
          <w:tcPr>
            <w:tcW w:w="564" w:type="dxa"/>
            <w:tcMar>
              <w:top w:w="20" w:type="dxa"/>
              <w:left w:w="50" w:type="dxa"/>
              <w:bottom w:w="20" w:type="dxa"/>
              <w:right w:w="50" w:type="dxa"/>
            </w:tcMar>
          </w:tcPr>
          <w:p w14:paraId="2241F3E0" w14:textId="77777777" w:rsidR="00292F36" w:rsidRDefault="00000000">
            <w:r>
              <w:rPr>
                <w:sz w:val="12"/>
              </w:rPr>
              <w:t>0</w:t>
            </w:r>
          </w:p>
        </w:tc>
      </w:tr>
      <w:tr w:rsidR="00292F36" w14:paraId="4A3BCAEA" w14:textId="77777777">
        <w:tc>
          <w:tcPr>
            <w:tcW w:w="564" w:type="dxa"/>
            <w:tcMar>
              <w:top w:w="20" w:type="dxa"/>
              <w:left w:w="50" w:type="dxa"/>
              <w:bottom w:w="20" w:type="dxa"/>
              <w:right w:w="50" w:type="dxa"/>
            </w:tcMar>
          </w:tcPr>
          <w:p w14:paraId="3F6D9766" w14:textId="77777777" w:rsidR="00292F36" w:rsidRDefault="00000000">
            <w:r>
              <w:rPr>
                <w:sz w:val="12"/>
              </w:rPr>
              <w:t>2024_isla_todos_santos_isla_todos_santos_canal_lucia_160_1</w:t>
            </w:r>
          </w:p>
        </w:tc>
        <w:tc>
          <w:tcPr>
            <w:tcW w:w="564" w:type="dxa"/>
            <w:tcMar>
              <w:top w:w="20" w:type="dxa"/>
              <w:left w:w="50" w:type="dxa"/>
              <w:bottom w:w="20" w:type="dxa"/>
              <w:right w:w="50" w:type="dxa"/>
            </w:tcMar>
          </w:tcPr>
          <w:p w14:paraId="6A55F234" w14:textId="77777777" w:rsidR="00292F36" w:rsidRDefault="00000000">
            <w:r>
              <w:rPr>
                <w:sz w:val="12"/>
              </w:rPr>
              <w:t>0.01387814</w:t>
            </w:r>
          </w:p>
        </w:tc>
        <w:tc>
          <w:tcPr>
            <w:tcW w:w="564" w:type="dxa"/>
            <w:tcMar>
              <w:top w:w="20" w:type="dxa"/>
              <w:left w:w="50" w:type="dxa"/>
              <w:bottom w:w="20" w:type="dxa"/>
              <w:right w:w="50" w:type="dxa"/>
            </w:tcMar>
          </w:tcPr>
          <w:p w14:paraId="7E39A009" w14:textId="77777777" w:rsidR="00292F36" w:rsidRDefault="00000000">
            <w:r>
              <w:rPr>
                <w:sz w:val="12"/>
              </w:rPr>
              <w:t>0.72653299</w:t>
            </w:r>
          </w:p>
        </w:tc>
        <w:tc>
          <w:tcPr>
            <w:tcW w:w="564" w:type="dxa"/>
            <w:tcMar>
              <w:top w:w="20" w:type="dxa"/>
              <w:left w:w="50" w:type="dxa"/>
              <w:bottom w:w="20" w:type="dxa"/>
              <w:right w:w="50" w:type="dxa"/>
            </w:tcMar>
          </w:tcPr>
          <w:p w14:paraId="03BD6FBC" w14:textId="77777777" w:rsidR="00292F36" w:rsidRDefault="00000000">
            <w:r>
              <w:rPr>
                <w:sz w:val="12"/>
              </w:rPr>
              <w:t>2024</w:t>
            </w:r>
          </w:p>
        </w:tc>
        <w:tc>
          <w:tcPr>
            <w:tcW w:w="564" w:type="dxa"/>
            <w:tcMar>
              <w:top w:w="20" w:type="dxa"/>
              <w:left w:w="50" w:type="dxa"/>
              <w:bottom w:w="20" w:type="dxa"/>
              <w:right w:w="50" w:type="dxa"/>
            </w:tcMar>
          </w:tcPr>
          <w:p w14:paraId="15743985" w14:textId="77777777" w:rsidR="00292F36" w:rsidRDefault="00000000">
            <w:r>
              <w:rPr>
                <w:sz w:val="12"/>
              </w:rPr>
              <w:t>ensenada</w:t>
            </w:r>
          </w:p>
        </w:tc>
        <w:tc>
          <w:tcPr>
            <w:tcW w:w="564" w:type="dxa"/>
            <w:tcMar>
              <w:top w:w="20" w:type="dxa"/>
              <w:left w:w="50" w:type="dxa"/>
              <w:bottom w:w="20" w:type="dxa"/>
              <w:right w:w="50" w:type="dxa"/>
            </w:tcMar>
          </w:tcPr>
          <w:p w14:paraId="26CF5BF7" w14:textId="77777777" w:rsidR="00292F36" w:rsidRDefault="00000000">
            <w:r>
              <w:rPr>
                <w:sz w:val="12"/>
              </w:rPr>
              <w:t>North</w:t>
            </w:r>
          </w:p>
        </w:tc>
        <w:tc>
          <w:tcPr>
            <w:tcW w:w="564" w:type="dxa"/>
            <w:tcMar>
              <w:top w:w="20" w:type="dxa"/>
              <w:left w:w="50" w:type="dxa"/>
              <w:bottom w:w="20" w:type="dxa"/>
              <w:right w:w="50" w:type="dxa"/>
            </w:tcMar>
          </w:tcPr>
          <w:p w14:paraId="7C07D27E" w14:textId="77777777" w:rsidR="00292F36" w:rsidRDefault="00000000">
            <w:r>
              <w:rPr>
                <w:sz w:val="12"/>
              </w:rPr>
              <w:t>isla_todos_santos</w:t>
            </w:r>
          </w:p>
        </w:tc>
        <w:tc>
          <w:tcPr>
            <w:tcW w:w="564" w:type="dxa"/>
            <w:tcMar>
              <w:top w:w="20" w:type="dxa"/>
              <w:left w:w="50" w:type="dxa"/>
              <w:bottom w:w="20" w:type="dxa"/>
              <w:right w:w="50" w:type="dxa"/>
            </w:tcMar>
          </w:tcPr>
          <w:p w14:paraId="53231BB7" w14:textId="77777777" w:rsidR="00292F36" w:rsidRDefault="00000000">
            <w:r>
              <w:rPr>
                <w:sz w:val="12"/>
              </w:rPr>
              <w:t>isla_todos_santos_canal_lucia_160</w:t>
            </w:r>
          </w:p>
        </w:tc>
        <w:tc>
          <w:tcPr>
            <w:tcW w:w="564" w:type="dxa"/>
            <w:tcMar>
              <w:top w:w="20" w:type="dxa"/>
              <w:left w:w="50" w:type="dxa"/>
              <w:bottom w:w="20" w:type="dxa"/>
              <w:right w:w="50" w:type="dxa"/>
            </w:tcMar>
          </w:tcPr>
          <w:p w14:paraId="04EB238F" w14:textId="77777777" w:rsidR="00292F36" w:rsidRDefault="00000000">
            <w:r>
              <w:rPr>
                <w:sz w:val="12"/>
              </w:rPr>
              <w:t>7</w:t>
            </w:r>
          </w:p>
        </w:tc>
        <w:tc>
          <w:tcPr>
            <w:tcW w:w="564" w:type="dxa"/>
            <w:tcMar>
              <w:top w:w="20" w:type="dxa"/>
              <w:left w:w="50" w:type="dxa"/>
              <w:bottom w:w="20" w:type="dxa"/>
              <w:right w:w="50" w:type="dxa"/>
            </w:tcMar>
          </w:tcPr>
          <w:p w14:paraId="4BBFE3E3" w14:textId="77777777" w:rsidR="00292F36" w:rsidRDefault="00000000">
            <w:r>
              <w:rPr>
                <w:sz w:val="12"/>
              </w:rPr>
              <w:t>18.3799992</w:t>
            </w:r>
          </w:p>
        </w:tc>
        <w:tc>
          <w:tcPr>
            <w:tcW w:w="564" w:type="dxa"/>
            <w:tcMar>
              <w:top w:w="20" w:type="dxa"/>
              <w:left w:w="50" w:type="dxa"/>
              <w:bottom w:w="20" w:type="dxa"/>
              <w:right w:w="50" w:type="dxa"/>
            </w:tcMar>
          </w:tcPr>
          <w:p w14:paraId="1B966B7C" w14:textId="77777777" w:rsidR="00292F36" w:rsidRDefault="00000000">
            <w:r>
              <w:rPr>
                <w:sz w:val="12"/>
              </w:rPr>
              <w:t>0.19342369</w:t>
            </w:r>
          </w:p>
        </w:tc>
        <w:tc>
          <w:tcPr>
            <w:tcW w:w="564" w:type="dxa"/>
            <w:tcMar>
              <w:top w:w="20" w:type="dxa"/>
              <w:left w:w="50" w:type="dxa"/>
              <w:bottom w:w="20" w:type="dxa"/>
              <w:right w:w="50" w:type="dxa"/>
            </w:tcMar>
          </w:tcPr>
          <w:p w14:paraId="74A63CB9" w14:textId="77777777" w:rsidR="00292F36" w:rsidRDefault="00000000">
            <w:r>
              <w:rPr>
                <w:sz w:val="12"/>
              </w:rPr>
              <w:t>0.17537313</w:t>
            </w:r>
          </w:p>
        </w:tc>
        <w:tc>
          <w:tcPr>
            <w:tcW w:w="564" w:type="dxa"/>
            <w:tcMar>
              <w:top w:w="20" w:type="dxa"/>
              <w:left w:w="50" w:type="dxa"/>
              <w:bottom w:w="20" w:type="dxa"/>
              <w:right w:w="50" w:type="dxa"/>
            </w:tcMar>
          </w:tcPr>
          <w:p w14:paraId="28748CC1" w14:textId="77777777" w:rsidR="00292F36" w:rsidRDefault="00000000">
            <w:r>
              <w:rPr>
                <w:sz w:val="12"/>
              </w:rPr>
              <w:t>0.09701493</w:t>
            </w:r>
          </w:p>
        </w:tc>
        <w:tc>
          <w:tcPr>
            <w:tcW w:w="564" w:type="dxa"/>
            <w:tcMar>
              <w:top w:w="20" w:type="dxa"/>
              <w:left w:w="50" w:type="dxa"/>
              <w:bottom w:w="20" w:type="dxa"/>
              <w:right w:w="50" w:type="dxa"/>
            </w:tcMar>
          </w:tcPr>
          <w:p w14:paraId="1A489238" w14:textId="77777777" w:rsidR="00292F36" w:rsidRDefault="00000000">
            <w:r>
              <w:rPr>
                <w:sz w:val="12"/>
              </w:rPr>
              <w:t>0</w:t>
            </w:r>
          </w:p>
        </w:tc>
        <w:tc>
          <w:tcPr>
            <w:tcW w:w="564" w:type="dxa"/>
            <w:tcMar>
              <w:top w:w="20" w:type="dxa"/>
              <w:left w:w="50" w:type="dxa"/>
              <w:bottom w:w="20" w:type="dxa"/>
              <w:right w:w="50" w:type="dxa"/>
            </w:tcMar>
          </w:tcPr>
          <w:p w14:paraId="6D1E3A78" w14:textId="77777777" w:rsidR="00292F36" w:rsidRDefault="00000000">
            <w:r>
              <w:rPr>
                <w:sz w:val="12"/>
              </w:rPr>
              <w:t>0.72761194</w:t>
            </w:r>
          </w:p>
        </w:tc>
        <w:tc>
          <w:tcPr>
            <w:tcW w:w="564" w:type="dxa"/>
            <w:tcMar>
              <w:top w:w="20" w:type="dxa"/>
              <w:left w:w="50" w:type="dxa"/>
              <w:bottom w:w="20" w:type="dxa"/>
              <w:right w:w="50" w:type="dxa"/>
            </w:tcMar>
          </w:tcPr>
          <w:p w14:paraId="3BB5FC6A" w14:textId="77777777" w:rsidR="00292F36" w:rsidRDefault="00000000">
            <w:r>
              <w:rPr>
                <w:sz w:val="12"/>
              </w:rPr>
              <w:t>0</w:t>
            </w:r>
          </w:p>
        </w:tc>
        <w:tc>
          <w:tcPr>
            <w:tcW w:w="564" w:type="dxa"/>
            <w:tcMar>
              <w:top w:w="20" w:type="dxa"/>
              <w:left w:w="50" w:type="dxa"/>
              <w:bottom w:w="20" w:type="dxa"/>
              <w:right w:w="50" w:type="dxa"/>
            </w:tcMar>
          </w:tcPr>
          <w:p w14:paraId="4FA13ADC" w14:textId="77777777" w:rsidR="00292F36" w:rsidRDefault="00000000">
            <w:r>
              <w:rPr>
                <w:sz w:val="12"/>
              </w:rPr>
              <w:t>0</w:t>
            </w:r>
          </w:p>
        </w:tc>
        <w:tc>
          <w:tcPr>
            <w:tcW w:w="564" w:type="dxa"/>
            <w:tcMar>
              <w:top w:w="20" w:type="dxa"/>
              <w:left w:w="50" w:type="dxa"/>
              <w:bottom w:w="20" w:type="dxa"/>
              <w:right w:w="50" w:type="dxa"/>
            </w:tcMar>
          </w:tcPr>
          <w:p w14:paraId="775BE748" w14:textId="77777777" w:rsidR="00292F36" w:rsidRDefault="00000000">
            <w:r>
              <w:rPr>
                <w:sz w:val="12"/>
              </w:rPr>
              <w:t>0</w:t>
            </w:r>
          </w:p>
        </w:tc>
        <w:tc>
          <w:tcPr>
            <w:tcW w:w="564" w:type="dxa"/>
            <w:tcMar>
              <w:top w:w="20" w:type="dxa"/>
              <w:left w:w="50" w:type="dxa"/>
              <w:bottom w:w="20" w:type="dxa"/>
              <w:right w:w="50" w:type="dxa"/>
            </w:tcMar>
          </w:tcPr>
          <w:p w14:paraId="1BC49B70" w14:textId="77777777" w:rsidR="00292F36" w:rsidRDefault="00000000">
            <w:r>
              <w:rPr>
                <w:sz w:val="12"/>
              </w:rPr>
              <w:t>0</w:t>
            </w:r>
          </w:p>
        </w:tc>
        <w:tc>
          <w:tcPr>
            <w:tcW w:w="564" w:type="dxa"/>
            <w:tcMar>
              <w:top w:w="20" w:type="dxa"/>
              <w:left w:w="50" w:type="dxa"/>
              <w:bottom w:w="20" w:type="dxa"/>
              <w:right w:w="50" w:type="dxa"/>
            </w:tcMar>
          </w:tcPr>
          <w:p w14:paraId="608BC8EA" w14:textId="77777777" w:rsidR="00292F36" w:rsidRDefault="00000000">
            <w:r>
              <w:rPr>
                <w:sz w:val="12"/>
              </w:rPr>
              <w:t>0.00881057</w:t>
            </w:r>
          </w:p>
        </w:tc>
        <w:tc>
          <w:tcPr>
            <w:tcW w:w="564" w:type="dxa"/>
            <w:tcMar>
              <w:top w:w="20" w:type="dxa"/>
              <w:left w:w="50" w:type="dxa"/>
              <w:bottom w:w="20" w:type="dxa"/>
              <w:right w:w="50" w:type="dxa"/>
            </w:tcMar>
          </w:tcPr>
          <w:p w14:paraId="6DA79FCF" w14:textId="77777777" w:rsidR="00292F36" w:rsidRDefault="00000000">
            <w:r>
              <w:rPr>
                <w:sz w:val="12"/>
              </w:rPr>
              <w:t>0.20704846</w:t>
            </w:r>
          </w:p>
        </w:tc>
        <w:tc>
          <w:tcPr>
            <w:tcW w:w="564" w:type="dxa"/>
            <w:tcMar>
              <w:top w:w="20" w:type="dxa"/>
              <w:left w:w="50" w:type="dxa"/>
              <w:bottom w:w="20" w:type="dxa"/>
              <w:right w:w="50" w:type="dxa"/>
            </w:tcMar>
          </w:tcPr>
          <w:p w14:paraId="52AAAA21" w14:textId="77777777" w:rsidR="00292F36" w:rsidRDefault="00000000">
            <w:r>
              <w:rPr>
                <w:sz w:val="12"/>
              </w:rPr>
              <w:t>0.16299559</w:t>
            </w:r>
          </w:p>
        </w:tc>
        <w:tc>
          <w:tcPr>
            <w:tcW w:w="564" w:type="dxa"/>
            <w:tcMar>
              <w:top w:w="20" w:type="dxa"/>
              <w:left w:w="50" w:type="dxa"/>
              <w:bottom w:w="20" w:type="dxa"/>
              <w:right w:w="50" w:type="dxa"/>
            </w:tcMar>
          </w:tcPr>
          <w:p w14:paraId="784D9D69" w14:textId="77777777" w:rsidR="00292F36" w:rsidRDefault="00000000">
            <w:r>
              <w:rPr>
                <w:sz w:val="12"/>
              </w:rPr>
              <w:t>0.07929515</w:t>
            </w:r>
          </w:p>
        </w:tc>
        <w:tc>
          <w:tcPr>
            <w:tcW w:w="564" w:type="dxa"/>
            <w:tcMar>
              <w:top w:w="20" w:type="dxa"/>
              <w:left w:w="50" w:type="dxa"/>
              <w:bottom w:w="20" w:type="dxa"/>
              <w:right w:w="50" w:type="dxa"/>
            </w:tcMar>
          </w:tcPr>
          <w:p w14:paraId="549CB4C9" w14:textId="77777777" w:rsidR="00292F36" w:rsidRDefault="00000000">
            <w:r>
              <w:rPr>
                <w:sz w:val="12"/>
              </w:rPr>
              <w:t>0</w:t>
            </w:r>
          </w:p>
        </w:tc>
        <w:tc>
          <w:tcPr>
            <w:tcW w:w="564" w:type="dxa"/>
            <w:tcMar>
              <w:top w:w="20" w:type="dxa"/>
              <w:left w:w="50" w:type="dxa"/>
              <w:bottom w:w="20" w:type="dxa"/>
              <w:right w:w="50" w:type="dxa"/>
            </w:tcMar>
          </w:tcPr>
          <w:p w14:paraId="1AD07596" w14:textId="77777777" w:rsidR="00292F36" w:rsidRDefault="00000000">
            <w:r>
              <w:rPr>
                <w:sz w:val="12"/>
              </w:rPr>
              <w:t>0.54185022</w:t>
            </w:r>
          </w:p>
        </w:tc>
      </w:tr>
      <w:tr w:rsidR="00292F36" w14:paraId="5237D9B5" w14:textId="77777777">
        <w:tc>
          <w:tcPr>
            <w:tcW w:w="564" w:type="dxa"/>
            <w:tcMar>
              <w:top w:w="20" w:type="dxa"/>
              <w:left w:w="50" w:type="dxa"/>
              <w:bottom w:w="20" w:type="dxa"/>
              <w:right w:w="50" w:type="dxa"/>
            </w:tcMar>
          </w:tcPr>
          <w:p w14:paraId="72E46186" w14:textId="77777777" w:rsidR="00292F36" w:rsidRDefault="00000000">
            <w:r>
              <w:rPr>
                <w:sz w:val="12"/>
              </w:rPr>
              <w:t>2024_isla_todos_santos_isla_todos_santos_canal_lucia_160_2</w:t>
            </w:r>
          </w:p>
        </w:tc>
        <w:tc>
          <w:tcPr>
            <w:tcW w:w="564" w:type="dxa"/>
            <w:tcMar>
              <w:top w:w="20" w:type="dxa"/>
              <w:left w:w="50" w:type="dxa"/>
              <w:bottom w:w="20" w:type="dxa"/>
              <w:right w:w="50" w:type="dxa"/>
            </w:tcMar>
          </w:tcPr>
          <w:p w14:paraId="3E7E4ECF" w14:textId="77777777" w:rsidR="00292F36" w:rsidRDefault="00000000">
            <w:r>
              <w:rPr>
                <w:sz w:val="12"/>
              </w:rPr>
              <w:t>0.25605655</w:t>
            </w:r>
          </w:p>
        </w:tc>
        <w:tc>
          <w:tcPr>
            <w:tcW w:w="564" w:type="dxa"/>
            <w:tcMar>
              <w:top w:w="20" w:type="dxa"/>
              <w:left w:w="50" w:type="dxa"/>
              <w:bottom w:w="20" w:type="dxa"/>
              <w:right w:w="50" w:type="dxa"/>
            </w:tcMar>
          </w:tcPr>
          <w:p w14:paraId="0EA24214" w14:textId="77777777" w:rsidR="00292F36" w:rsidRDefault="00000000">
            <w:r>
              <w:rPr>
                <w:sz w:val="12"/>
              </w:rPr>
              <w:t>0.43901256</w:t>
            </w:r>
          </w:p>
        </w:tc>
        <w:tc>
          <w:tcPr>
            <w:tcW w:w="564" w:type="dxa"/>
            <w:tcMar>
              <w:top w:w="20" w:type="dxa"/>
              <w:left w:w="50" w:type="dxa"/>
              <w:bottom w:w="20" w:type="dxa"/>
              <w:right w:w="50" w:type="dxa"/>
            </w:tcMar>
          </w:tcPr>
          <w:p w14:paraId="01CDBBCE" w14:textId="77777777" w:rsidR="00292F36" w:rsidRDefault="00000000">
            <w:r>
              <w:rPr>
                <w:sz w:val="12"/>
              </w:rPr>
              <w:t>2024</w:t>
            </w:r>
          </w:p>
        </w:tc>
        <w:tc>
          <w:tcPr>
            <w:tcW w:w="564" w:type="dxa"/>
            <w:tcMar>
              <w:top w:w="20" w:type="dxa"/>
              <w:left w:w="50" w:type="dxa"/>
              <w:bottom w:w="20" w:type="dxa"/>
              <w:right w:w="50" w:type="dxa"/>
            </w:tcMar>
          </w:tcPr>
          <w:p w14:paraId="4CAA8CB3" w14:textId="77777777" w:rsidR="00292F36" w:rsidRDefault="00000000">
            <w:r>
              <w:rPr>
                <w:sz w:val="12"/>
              </w:rPr>
              <w:t>ensenada</w:t>
            </w:r>
          </w:p>
        </w:tc>
        <w:tc>
          <w:tcPr>
            <w:tcW w:w="564" w:type="dxa"/>
            <w:tcMar>
              <w:top w:w="20" w:type="dxa"/>
              <w:left w:w="50" w:type="dxa"/>
              <w:bottom w:w="20" w:type="dxa"/>
              <w:right w:w="50" w:type="dxa"/>
            </w:tcMar>
          </w:tcPr>
          <w:p w14:paraId="45E49814" w14:textId="77777777" w:rsidR="00292F36" w:rsidRDefault="00000000">
            <w:r>
              <w:rPr>
                <w:sz w:val="12"/>
              </w:rPr>
              <w:t>North</w:t>
            </w:r>
          </w:p>
        </w:tc>
        <w:tc>
          <w:tcPr>
            <w:tcW w:w="564" w:type="dxa"/>
            <w:tcMar>
              <w:top w:w="20" w:type="dxa"/>
              <w:left w:w="50" w:type="dxa"/>
              <w:bottom w:w="20" w:type="dxa"/>
              <w:right w:w="50" w:type="dxa"/>
            </w:tcMar>
          </w:tcPr>
          <w:p w14:paraId="6DAB1B11" w14:textId="77777777" w:rsidR="00292F36" w:rsidRDefault="00000000">
            <w:r>
              <w:rPr>
                <w:sz w:val="12"/>
              </w:rPr>
              <w:t>isla_todos_santos</w:t>
            </w:r>
          </w:p>
        </w:tc>
        <w:tc>
          <w:tcPr>
            <w:tcW w:w="564" w:type="dxa"/>
            <w:tcMar>
              <w:top w:w="20" w:type="dxa"/>
              <w:left w:w="50" w:type="dxa"/>
              <w:bottom w:w="20" w:type="dxa"/>
              <w:right w:w="50" w:type="dxa"/>
            </w:tcMar>
          </w:tcPr>
          <w:p w14:paraId="583A5947" w14:textId="77777777" w:rsidR="00292F36" w:rsidRDefault="00000000">
            <w:r>
              <w:rPr>
                <w:sz w:val="12"/>
              </w:rPr>
              <w:t>isla_todos_santos_canal_lucia_160</w:t>
            </w:r>
          </w:p>
        </w:tc>
        <w:tc>
          <w:tcPr>
            <w:tcW w:w="564" w:type="dxa"/>
            <w:tcMar>
              <w:top w:w="20" w:type="dxa"/>
              <w:left w:w="50" w:type="dxa"/>
              <w:bottom w:w="20" w:type="dxa"/>
              <w:right w:w="50" w:type="dxa"/>
            </w:tcMar>
          </w:tcPr>
          <w:p w14:paraId="517FED9B" w14:textId="77777777" w:rsidR="00292F36" w:rsidRDefault="00000000">
            <w:r>
              <w:rPr>
                <w:sz w:val="12"/>
              </w:rPr>
              <w:t>7</w:t>
            </w:r>
          </w:p>
        </w:tc>
        <w:tc>
          <w:tcPr>
            <w:tcW w:w="564" w:type="dxa"/>
            <w:tcMar>
              <w:top w:w="20" w:type="dxa"/>
              <w:left w:w="50" w:type="dxa"/>
              <w:bottom w:w="20" w:type="dxa"/>
              <w:right w:w="50" w:type="dxa"/>
            </w:tcMar>
          </w:tcPr>
          <w:p w14:paraId="33CB33F8" w14:textId="77777777" w:rsidR="00292F36" w:rsidRDefault="00000000">
            <w:r>
              <w:rPr>
                <w:sz w:val="12"/>
              </w:rPr>
              <w:t>18.3799992</w:t>
            </w:r>
          </w:p>
        </w:tc>
        <w:tc>
          <w:tcPr>
            <w:tcW w:w="564" w:type="dxa"/>
            <w:tcMar>
              <w:top w:w="20" w:type="dxa"/>
              <w:left w:w="50" w:type="dxa"/>
              <w:bottom w:w="20" w:type="dxa"/>
              <w:right w:w="50" w:type="dxa"/>
            </w:tcMar>
          </w:tcPr>
          <w:p w14:paraId="159570B6" w14:textId="77777777" w:rsidR="00292F36" w:rsidRDefault="00000000">
            <w:r>
              <w:rPr>
                <w:sz w:val="12"/>
              </w:rPr>
              <w:t>0.19342369</w:t>
            </w:r>
          </w:p>
        </w:tc>
        <w:tc>
          <w:tcPr>
            <w:tcW w:w="564" w:type="dxa"/>
            <w:tcMar>
              <w:top w:w="20" w:type="dxa"/>
              <w:left w:w="50" w:type="dxa"/>
              <w:bottom w:w="20" w:type="dxa"/>
              <w:right w:w="50" w:type="dxa"/>
            </w:tcMar>
          </w:tcPr>
          <w:p w14:paraId="2111B1C3" w14:textId="77777777" w:rsidR="00292F36" w:rsidRDefault="00000000">
            <w:r>
              <w:rPr>
                <w:sz w:val="12"/>
              </w:rPr>
              <w:t>0.14606742</w:t>
            </w:r>
          </w:p>
        </w:tc>
        <w:tc>
          <w:tcPr>
            <w:tcW w:w="564" w:type="dxa"/>
            <w:tcMar>
              <w:top w:w="20" w:type="dxa"/>
              <w:left w:w="50" w:type="dxa"/>
              <w:bottom w:w="20" w:type="dxa"/>
              <w:right w:w="50" w:type="dxa"/>
            </w:tcMar>
          </w:tcPr>
          <w:p w14:paraId="3EDD4FCB" w14:textId="77777777" w:rsidR="00292F36" w:rsidRDefault="00000000">
            <w:r>
              <w:rPr>
                <w:sz w:val="12"/>
              </w:rPr>
              <w:t>0.20224719</w:t>
            </w:r>
          </w:p>
        </w:tc>
        <w:tc>
          <w:tcPr>
            <w:tcW w:w="564" w:type="dxa"/>
            <w:tcMar>
              <w:top w:w="20" w:type="dxa"/>
              <w:left w:w="50" w:type="dxa"/>
              <w:bottom w:w="20" w:type="dxa"/>
              <w:right w:w="50" w:type="dxa"/>
            </w:tcMar>
          </w:tcPr>
          <w:p w14:paraId="4B4B034D" w14:textId="77777777" w:rsidR="00292F36" w:rsidRDefault="00000000">
            <w:r>
              <w:rPr>
                <w:sz w:val="12"/>
              </w:rPr>
              <w:t>0</w:t>
            </w:r>
          </w:p>
        </w:tc>
        <w:tc>
          <w:tcPr>
            <w:tcW w:w="564" w:type="dxa"/>
            <w:tcMar>
              <w:top w:w="20" w:type="dxa"/>
              <w:left w:w="50" w:type="dxa"/>
              <w:bottom w:w="20" w:type="dxa"/>
              <w:right w:w="50" w:type="dxa"/>
            </w:tcMar>
          </w:tcPr>
          <w:p w14:paraId="17CA71AC" w14:textId="77777777" w:rsidR="00292F36" w:rsidRDefault="00000000">
            <w:r>
              <w:rPr>
                <w:sz w:val="12"/>
              </w:rPr>
              <w:t>0.65168539</w:t>
            </w:r>
          </w:p>
        </w:tc>
        <w:tc>
          <w:tcPr>
            <w:tcW w:w="564" w:type="dxa"/>
            <w:tcMar>
              <w:top w:w="20" w:type="dxa"/>
              <w:left w:w="50" w:type="dxa"/>
              <w:bottom w:w="20" w:type="dxa"/>
              <w:right w:w="50" w:type="dxa"/>
            </w:tcMar>
          </w:tcPr>
          <w:p w14:paraId="4C779F03" w14:textId="77777777" w:rsidR="00292F36" w:rsidRDefault="00000000">
            <w:r>
              <w:rPr>
                <w:sz w:val="12"/>
              </w:rPr>
              <w:t>0</w:t>
            </w:r>
          </w:p>
        </w:tc>
        <w:tc>
          <w:tcPr>
            <w:tcW w:w="564" w:type="dxa"/>
            <w:tcMar>
              <w:top w:w="20" w:type="dxa"/>
              <w:left w:w="50" w:type="dxa"/>
              <w:bottom w:w="20" w:type="dxa"/>
              <w:right w:w="50" w:type="dxa"/>
            </w:tcMar>
          </w:tcPr>
          <w:p w14:paraId="241C1387" w14:textId="77777777" w:rsidR="00292F36" w:rsidRDefault="00000000">
            <w:r>
              <w:rPr>
                <w:sz w:val="12"/>
              </w:rPr>
              <w:t>0</w:t>
            </w:r>
          </w:p>
        </w:tc>
        <w:tc>
          <w:tcPr>
            <w:tcW w:w="564" w:type="dxa"/>
            <w:tcMar>
              <w:top w:w="20" w:type="dxa"/>
              <w:left w:w="50" w:type="dxa"/>
              <w:bottom w:w="20" w:type="dxa"/>
              <w:right w:w="50" w:type="dxa"/>
            </w:tcMar>
          </w:tcPr>
          <w:p w14:paraId="6425E8EC" w14:textId="77777777" w:rsidR="00292F36" w:rsidRDefault="00000000">
            <w:r>
              <w:rPr>
                <w:sz w:val="12"/>
              </w:rPr>
              <w:t>0</w:t>
            </w:r>
          </w:p>
        </w:tc>
        <w:tc>
          <w:tcPr>
            <w:tcW w:w="564" w:type="dxa"/>
            <w:tcMar>
              <w:top w:w="20" w:type="dxa"/>
              <w:left w:w="50" w:type="dxa"/>
              <w:bottom w:w="20" w:type="dxa"/>
              <w:right w:w="50" w:type="dxa"/>
            </w:tcMar>
          </w:tcPr>
          <w:p w14:paraId="1D659F7F" w14:textId="77777777" w:rsidR="00292F36" w:rsidRDefault="00000000">
            <w:r>
              <w:rPr>
                <w:sz w:val="12"/>
              </w:rPr>
              <w:t>0</w:t>
            </w:r>
          </w:p>
        </w:tc>
        <w:tc>
          <w:tcPr>
            <w:tcW w:w="564" w:type="dxa"/>
            <w:tcMar>
              <w:top w:w="20" w:type="dxa"/>
              <w:left w:w="50" w:type="dxa"/>
              <w:bottom w:w="20" w:type="dxa"/>
              <w:right w:w="50" w:type="dxa"/>
            </w:tcMar>
          </w:tcPr>
          <w:p w14:paraId="5EA484FB" w14:textId="77777777" w:rsidR="00292F36" w:rsidRDefault="00000000">
            <w:r>
              <w:rPr>
                <w:sz w:val="12"/>
              </w:rPr>
              <w:t>0</w:t>
            </w:r>
          </w:p>
        </w:tc>
        <w:tc>
          <w:tcPr>
            <w:tcW w:w="564" w:type="dxa"/>
            <w:tcMar>
              <w:top w:w="20" w:type="dxa"/>
              <w:left w:w="50" w:type="dxa"/>
              <w:bottom w:w="20" w:type="dxa"/>
              <w:right w:w="50" w:type="dxa"/>
            </w:tcMar>
          </w:tcPr>
          <w:p w14:paraId="688E73B6" w14:textId="77777777" w:rsidR="00292F36" w:rsidRDefault="00000000">
            <w:r>
              <w:rPr>
                <w:sz w:val="12"/>
              </w:rPr>
              <w:t>0.45977011</w:t>
            </w:r>
          </w:p>
        </w:tc>
        <w:tc>
          <w:tcPr>
            <w:tcW w:w="564" w:type="dxa"/>
            <w:tcMar>
              <w:top w:w="20" w:type="dxa"/>
              <w:left w:w="50" w:type="dxa"/>
              <w:bottom w:w="20" w:type="dxa"/>
              <w:right w:w="50" w:type="dxa"/>
            </w:tcMar>
          </w:tcPr>
          <w:p w14:paraId="3BFA07DA" w14:textId="77777777" w:rsidR="00292F36" w:rsidRDefault="00000000">
            <w:r>
              <w:rPr>
                <w:sz w:val="12"/>
              </w:rPr>
              <w:t>0.2183908</w:t>
            </w:r>
          </w:p>
        </w:tc>
        <w:tc>
          <w:tcPr>
            <w:tcW w:w="564" w:type="dxa"/>
            <w:tcMar>
              <w:top w:w="20" w:type="dxa"/>
              <w:left w:w="50" w:type="dxa"/>
              <w:bottom w:w="20" w:type="dxa"/>
              <w:right w:w="50" w:type="dxa"/>
            </w:tcMar>
          </w:tcPr>
          <w:p w14:paraId="020BFDE8" w14:textId="77777777" w:rsidR="00292F36" w:rsidRDefault="00000000">
            <w:r>
              <w:rPr>
                <w:sz w:val="12"/>
              </w:rPr>
              <w:t>0.22988506</w:t>
            </w:r>
          </w:p>
        </w:tc>
        <w:tc>
          <w:tcPr>
            <w:tcW w:w="564" w:type="dxa"/>
            <w:tcMar>
              <w:top w:w="20" w:type="dxa"/>
              <w:left w:w="50" w:type="dxa"/>
              <w:bottom w:w="20" w:type="dxa"/>
              <w:right w:w="50" w:type="dxa"/>
            </w:tcMar>
          </w:tcPr>
          <w:p w14:paraId="21185A3E" w14:textId="77777777" w:rsidR="00292F36" w:rsidRDefault="00000000">
            <w:r>
              <w:rPr>
                <w:sz w:val="12"/>
              </w:rPr>
              <w:t>0</w:t>
            </w:r>
          </w:p>
        </w:tc>
        <w:tc>
          <w:tcPr>
            <w:tcW w:w="564" w:type="dxa"/>
            <w:tcMar>
              <w:top w:w="20" w:type="dxa"/>
              <w:left w:w="50" w:type="dxa"/>
              <w:bottom w:w="20" w:type="dxa"/>
              <w:right w:w="50" w:type="dxa"/>
            </w:tcMar>
          </w:tcPr>
          <w:p w14:paraId="3E4AAF67" w14:textId="77777777" w:rsidR="00292F36" w:rsidRDefault="00000000">
            <w:r>
              <w:rPr>
                <w:sz w:val="12"/>
              </w:rPr>
              <w:t>0.09195402</w:t>
            </w:r>
          </w:p>
        </w:tc>
      </w:tr>
      <w:tr w:rsidR="00292F36" w14:paraId="45383333" w14:textId="77777777">
        <w:tc>
          <w:tcPr>
            <w:tcW w:w="564" w:type="dxa"/>
            <w:tcMar>
              <w:top w:w="20" w:type="dxa"/>
              <w:left w:w="50" w:type="dxa"/>
              <w:bottom w:w="20" w:type="dxa"/>
              <w:right w:w="50" w:type="dxa"/>
            </w:tcMar>
          </w:tcPr>
          <w:p w14:paraId="43A7E60C" w14:textId="77777777" w:rsidR="00292F36" w:rsidRDefault="00000000">
            <w:r>
              <w:rPr>
                <w:sz w:val="12"/>
              </w:rPr>
              <w:t>2024_isla_todos_santos_isla_todos_santos_canal_out_jose_1</w:t>
            </w:r>
          </w:p>
        </w:tc>
        <w:tc>
          <w:tcPr>
            <w:tcW w:w="564" w:type="dxa"/>
            <w:tcMar>
              <w:top w:w="20" w:type="dxa"/>
              <w:left w:w="50" w:type="dxa"/>
              <w:bottom w:w="20" w:type="dxa"/>
              <w:right w:w="50" w:type="dxa"/>
            </w:tcMar>
          </w:tcPr>
          <w:p w14:paraId="1B31266A" w14:textId="77777777" w:rsidR="00292F36" w:rsidRDefault="00000000">
            <w:r>
              <w:rPr>
                <w:sz w:val="12"/>
              </w:rPr>
              <w:t>0.23885879</w:t>
            </w:r>
          </w:p>
        </w:tc>
        <w:tc>
          <w:tcPr>
            <w:tcW w:w="564" w:type="dxa"/>
            <w:tcMar>
              <w:top w:w="20" w:type="dxa"/>
              <w:left w:w="50" w:type="dxa"/>
              <w:bottom w:w="20" w:type="dxa"/>
              <w:right w:w="50" w:type="dxa"/>
            </w:tcMar>
          </w:tcPr>
          <w:p w14:paraId="479B71FF" w14:textId="77777777" w:rsidR="00292F36" w:rsidRDefault="00000000">
            <w:r>
              <w:rPr>
                <w:sz w:val="12"/>
              </w:rPr>
              <w:t>0.94728282</w:t>
            </w:r>
          </w:p>
        </w:tc>
        <w:tc>
          <w:tcPr>
            <w:tcW w:w="564" w:type="dxa"/>
            <w:tcMar>
              <w:top w:w="20" w:type="dxa"/>
              <w:left w:w="50" w:type="dxa"/>
              <w:bottom w:w="20" w:type="dxa"/>
              <w:right w:w="50" w:type="dxa"/>
            </w:tcMar>
          </w:tcPr>
          <w:p w14:paraId="31711409" w14:textId="77777777" w:rsidR="00292F36" w:rsidRDefault="00000000">
            <w:r>
              <w:rPr>
                <w:sz w:val="12"/>
              </w:rPr>
              <w:t>2024</w:t>
            </w:r>
          </w:p>
        </w:tc>
        <w:tc>
          <w:tcPr>
            <w:tcW w:w="564" w:type="dxa"/>
            <w:tcMar>
              <w:top w:w="20" w:type="dxa"/>
              <w:left w:w="50" w:type="dxa"/>
              <w:bottom w:w="20" w:type="dxa"/>
              <w:right w:w="50" w:type="dxa"/>
            </w:tcMar>
          </w:tcPr>
          <w:p w14:paraId="5A1A7349" w14:textId="77777777" w:rsidR="00292F36" w:rsidRDefault="00000000">
            <w:r>
              <w:rPr>
                <w:sz w:val="12"/>
              </w:rPr>
              <w:t>ensenada</w:t>
            </w:r>
          </w:p>
        </w:tc>
        <w:tc>
          <w:tcPr>
            <w:tcW w:w="564" w:type="dxa"/>
            <w:tcMar>
              <w:top w:w="20" w:type="dxa"/>
              <w:left w:w="50" w:type="dxa"/>
              <w:bottom w:w="20" w:type="dxa"/>
              <w:right w:w="50" w:type="dxa"/>
            </w:tcMar>
          </w:tcPr>
          <w:p w14:paraId="43C5A570" w14:textId="77777777" w:rsidR="00292F36" w:rsidRDefault="00000000">
            <w:r>
              <w:rPr>
                <w:sz w:val="12"/>
              </w:rPr>
              <w:t>North</w:t>
            </w:r>
          </w:p>
        </w:tc>
        <w:tc>
          <w:tcPr>
            <w:tcW w:w="564" w:type="dxa"/>
            <w:tcMar>
              <w:top w:w="20" w:type="dxa"/>
              <w:left w:w="50" w:type="dxa"/>
              <w:bottom w:w="20" w:type="dxa"/>
              <w:right w:w="50" w:type="dxa"/>
            </w:tcMar>
          </w:tcPr>
          <w:p w14:paraId="1068A570" w14:textId="77777777" w:rsidR="00292F36" w:rsidRDefault="00000000">
            <w:r>
              <w:rPr>
                <w:sz w:val="12"/>
              </w:rPr>
              <w:t>isla_todos_santos</w:t>
            </w:r>
          </w:p>
        </w:tc>
        <w:tc>
          <w:tcPr>
            <w:tcW w:w="564" w:type="dxa"/>
            <w:tcMar>
              <w:top w:w="20" w:type="dxa"/>
              <w:left w:w="50" w:type="dxa"/>
              <w:bottom w:w="20" w:type="dxa"/>
              <w:right w:w="50" w:type="dxa"/>
            </w:tcMar>
          </w:tcPr>
          <w:p w14:paraId="199F74CF" w14:textId="77777777" w:rsidR="00292F36" w:rsidRDefault="00000000">
            <w:r>
              <w:rPr>
                <w:sz w:val="12"/>
              </w:rPr>
              <w:t>isla_todos_santos_canal_out_jose</w:t>
            </w:r>
          </w:p>
        </w:tc>
        <w:tc>
          <w:tcPr>
            <w:tcW w:w="564" w:type="dxa"/>
            <w:tcMar>
              <w:top w:w="20" w:type="dxa"/>
              <w:left w:w="50" w:type="dxa"/>
              <w:bottom w:w="20" w:type="dxa"/>
              <w:right w:w="50" w:type="dxa"/>
            </w:tcMar>
          </w:tcPr>
          <w:p w14:paraId="1550E8BE" w14:textId="77777777" w:rsidR="00292F36" w:rsidRDefault="00000000">
            <w:r>
              <w:rPr>
                <w:sz w:val="12"/>
              </w:rPr>
              <w:t>6</w:t>
            </w:r>
          </w:p>
        </w:tc>
        <w:tc>
          <w:tcPr>
            <w:tcW w:w="564" w:type="dxa"/>
            <w:tcMar>
              <w:top w:w="20" w:type="dxa"/>
              <w:left w:w="50" w:type="dxa"/>
              <w:bottom w:w="20" w:type="dxa"/>
              <w:right w:w="50" w:type="dxa"/>
            </w:tcMar>
          </w:tcPr>
          <w:p w14:paraId="5BFD75B2" w14:textId="77777777" w:rsidR="00292F36" w:rsidRDefault="00000000">
            <w:r>
              <w:rPr>
                <w:sz w:val="12"/>
              </w:rPr>
              <w:t>18.3799992</w:t>
            </w:r>
          </w:p>
        </w:tc>
        <w:tc>
          <w:tcPr>
            <w:tcW w:w="564" w:type="dxa"/>
            <w:tcMar>
              <w:top w:w="20" w:type="dxa"/>
              <w:left w:w="50" w:type="dxa"/>
              <w:bottom w:w="20" w:type="dxa"/>
              <w:right w:w="50" w:type="dxa"/>
            </w:tcMar>
          </w:tcPr>
          <w:p w14:paraId="2599221B" w14:textId="77777777" w:rsidR="00292F36" w:rsidRDefault="00000000">
            <w:r>
              <w:rPr>
                <w:sz w:val="12"/>
              </w:rPr>
              <w:t>0.19342369</w:t>
            </w:r>
          </w:p>
        </w:tc>
        <w:tc>
          <w:tcPr>
            <w:tcW w:w="564" w:type="dxa"/>
            <w:tcMar>
              <w:top w:w="20" w:type="dxa"/>
              <w:left w:w="50" w:type="dxa"/>
              <w:bottom w:w="20" w:type="dxa"/>
              <w:right w:w="50" w:type="dxa"/>
            </w:tcMar>
          </w:tcPr>
          <w:p w14:paraId="7EBE239F" w14:textId="77777777" w:rsidR="00292F36" w:rsidRDefault="00000000">
            <w:r>
              <w:rPr>
                <w:sz w:val="12"/>
              </w:rPr>
              <w:t>0</w:t>
            </w:r>
          </w:p>
        </w:tc>
        <w:tc>
          <w:tcPr>
            <w:tcW w:w="564" w:type="dxa"/>
            <w:tcMar>
              <w:top w:w="20" w:type="dxa"/>
              <w:left w:w="50" w:type="dxa"/>
              <w:bottom w:w="20" w:type="dxa"/>
              <w:right w:w="50" w:type="dxa"/>
            </w:tcMar>
          </w:tcPr>
          <w:p w14:paraId="5F698558" w14:textId="77777777" w:rsidR="00292F36" w:rsidRDefault="00000000">
            <w:r>
              <w:rPr>
                <w:sz w:val="12"/>
              </w:rPr>
              <w:t>0</w:t>
            </w:r>
          </w:p>
        </w:tc>
        <w:tc>
          <w:tcPr>
            <w:tcW w:w="564" w:type="dxa"/>
            <w:tcMar>
              <w:top w:w="20" w:type="dxa"/>
              <w:left w:w="50" w:type="dxa"/>
              <w:bottom w:w="20" w:type="dxa"/>
              <w:right w:w="50" w:type="dxa"/>
            </w:tcMar>
          </w:tcPr>
          <w:p w14:paraId="6E2D6119" w14:textId="77777777" w:rsidR="00292F36" w:rsidRDefault="00000000">
            <w:r>
              <w:rPr>
                <w:sz w:val="12"/>
              </w:rPr>
              <w:t>0</w:t>
            </w:r>
          </w:p>
        </w:tc>
        <w:tc>
          <w:tcPr>
            <w:tcW w:w="564" w:type="dxa"/>
            <w:tcMar>
              <w:top w:w="20" w:type="dxa"/>
              <w:left w:w="50" w:type="dxa"/>
              <w:bottom w:w="20" w:type="dxa"/>
              <w:right w:w="50" w:type="dxa"/>
            </w:tcMar>
          </w:tcPr>
          <w:p w14:paraId="5DF2FE02" w14:textId="77777777" w:rsidR="00292F36" w:rsidRDefault="00000000">
            <w:r>
              <w:rPr>
                <w:sz w:val="12"/>
              </w:rPr>
              <w:t>1</w:t>
            </w:r>
          </w:p>
        </w:tc>
        <w:tc>
          <w:tcPr>
            <w:tcW w:w="564" w:type="dxa"/>
            <w:tcMar>
              <w:top w:w="20" w:type="dxa"/>
              <w:left w:w="50" w:type="dxa"/>
              <w:bottom w:w="20" w:type="dxa"/>
              <w:right w:w="50" w:type="dxa"/>
            </w:tcMar>
          </w:tcPr>
          <w:p w14:paraId="4E076B37" w14:textId="77777777" w:rsidR="00292F36" w:rsidRDefault="00000000">
            <w:r>
              <w:rPr>
                <w:sz w:val="12"/>
              </w:rPr>
              <w:t>0</w:t>
            </w:r>
          </w:p>
        </w:tc>
        <w:tc>
          <w:tcPr>
            <w:tcW w:w="564" w:type="dxa"/>
            <w:tcMar>
              <w:top w:w="20" w:type="dxa"/>
              <w:left w:w="50" w:type="dxa"/>
              <w:bottom w:w="20" w:type="dxa"/>
              <w:right w:w="50" w:type="dxa"/>
            </w:tcMar>
          </w:tcPr>
          <w:p w14:paraId="0DA90AAE" w14:textId="77777777" w:rsidR="00292F36" w:rsidRDefault="00000000">
            <w:r>
              <w:rPr>
                <w:sz w:val="12"/>
              </w:rPr>
              <w:t>0</w:t>
            </w:r>
          </w:p>
        </w:tc>
        <w:tc>
          <w:tcPr>
            <w:tcW w:w="564" w:type="dxa"/>
            <w:tcMar>
              <w:top w:w="20" w:type="dxa"/>
              <w:left w:w="50" w:type="dxa"/>
              <w:bottom w:w="20" w:type="dxa"/>
              <w:right w:w="50" w:type="dxa"/>
            </w:tcMar>
          </w:tcPr>
          <w:p w14:paraId="290B65B1" w14:textId="77777777" w:rsidR="00292F36" w:rsidRDefault="00000000">
            <w:r>
              <w:rPr>
                <w:sz w:val="12"/>
              </w:rPr>
              <w:t>0</w:t>
            </w:r>
          </w:p>
        </w:tc>
        <w:tc>
          <w:tcPr>
            <w:tcW w:w="564" w:type="dxa"/>
            <w:tcMar>
              <w:top w:w="20" w:type="dxa"/>
              <w:left w:w="50" w:type="dxa"/>
              <w:bottom w:w="20" w:type="dxa"/>
              <w:right w:w="50" w:type="dxa"/>
            </w:tcMar>
          </w:tcPr>
          <w:p w14:paraId="3548FEC9" w14:textId="77777777" w:rsidR="00292F36" w:rsidRDefault="00000000">
            <w:r>
              <w:rPr>
                <w:sz w:val="12"/>
              </w:rPr>
              <w:t>0</w:t>
            </w:r>
          </w:p>
        </w:tc>
        <w:tc>
          <w:tcPr>
            <w:tcW w:w="564" w:type="dxa"/>
            <w:tcMar>
              <w:top w:w="20" w:type="dxa"/>
              <w:left w:w="50" w:type="dxa"/>
              <w:bottom w:w="20" w:type="dxa"/>
              <w:right w:w="50" w:type="dxa"/>
            </w:tcMar>
          </w:tcPr>
          <w:p w14:paraId="4C63236F" w14:textId="77777777" w:rsidR="00292F36" w:rsidRDefault="00000000">
            <w:r>
              <w:rPr>
                <w:sz w:val="12"/>
              </w:rPr>
              <w:t>0</w:t>
            </w:r>
          </w:p>
        </w:tc>
        <w:tc>
          <w:tcPr>
            <w:tcW w:w="564" w:type="dxa"/>
            <w:tcMar>
              <w:top w:w="20" w:type="dxa"/>
              <w:left w:w="50" w:type="dxa"/>
              <w:bottom w:w="20" w:type="dxa"/>
              <w:right w:w="50" w:type="dxa"/>
            </w:tcMar>
          </w:tcPr>
          <w:p w14:paraId="12533EEE" w14:textId="77777777" w:rsidR="00292F36" w:rsidRDefault="00000000">
            <w:r>
              <w:rPr>
                <w:sz w:val="12"/>
              </w:rPr>
              <w:t>0.18819188</w:t>
            </w:r>
          </w:p>
        </w:tc>
        <w:tc>
          <w:tcPr>
            <w:tcW w:w="564" w:type="dxa"/>
            <w:tcMar>
              <w:top w:w="20" w:type="dxa"/>
              <w:left w:w="50" w:type="dxa"/>
              <w:bottom w:w="20" w:type="dxa"/>
              <w:right w:w="50" w:type="dxa"/>
            </w:tcMar>
          </w:tcPr>
          <w:p w14:paraId="1EA1EFA1" w14:textId="77777777" w:rsidR="00292F36" w:rsidRDefault="00000000">
            <w:r>
              <w:rPr>
                <w:sz w:val="12"/>
              </w:rPr>
              <w:t>0.11070111</w:t>
            </w:r>
          </w:p>
        </w:tc>
        <w:tc>
          <w:tcPr>
            <w:tcW w:w="564" w:type="dxa"/>
            <w:tcMar>
              <w:top w:w="20" w:type="dxa"/>
              <w:left w:w="50" w:type="dxa"/>
              <w:bottom w:w="20" w:type="dxa"/>
              <w:right w:w="50" w:type="dxa"/>
            </w:tcMar>
          </w:tcPr>
          <w:p w14:paraId="4572ABAF" w14:textId="77777777" w:rsidR="00292F36" w:rsidRDefault="00000000">
            <w:r>
              <w:rPr>
                <w:sz w:val="12"/>
              </w:rPr>
              <w:t>0.22878229</w:t>
            </w:r>
          </w:p>
        </w:tc>
        <w:tc>
          <w:tcPr>
            <w:tcW w:w="564" w:type="dxa"/>
            <w:tcMar>
              <w:top w:w="20" w:type="dxa"/>
              <w:left w:w="50" w:type="dxa"/>
              <w:bottom w:w="20" w:type="dxa"/>
              <w:right w:w="50" w:type="dxa"/>
            </w:tcMar>
          </w:tcPr>
          <w:p w14:paraId="5B313B41" w14:textId="77777777" w:rsidR="00292F36" w:rsidRDefault="00000000">
            <w:r>
              <w:rPr>
                <w:sz w:val="12"/>
              </w:rPr>
              <w:t>0.00369004</w:t>
            </w:r>
          </w:p>
        </w:tc>
        <w:tc>
          <w:tcPr>
            <w:tcW w:w="564" w:type="dxa"/>
            <w:tcMar>
              <w:top w:w="20" w:type="dxa"/>
              <w:left w:w="50" w:type="dxa"/>
              <w:bottom w:w="20" w:type="dxa"/>
              <w:right w:w="50" w:type="dxa"/>
            </w:tcMar>
          </w:tcPr>
          <w:p w14:paraId="0ABB0EEC" w14:textId="77777777" w:rsidR="00292F36" w:rsidRDefault="00000000">
            <w:r>
              <w:rPr>
                <w:sz w:val="12"/>
              </w:rPr>
              <w:t>0.46863469</w:t>
            </w:r>
          </w:p>
        </w:tc>
      </w:tr>
      <w:tr w:rsidR="00292F36" w14:paraId="1A940933" w14:textId="77777777">
        <w:tc>
          <w:tcPr>
            <w:tcW w:w="564" w:type="dxa"/>
            <w:tcMar>
              <w:top w:w="20" w:type="dxa"/>
              <w:left w:w="50" w:type="dxa"/>
              <w:bottom w:w="20" w:type="dxa"/>
              <w:right w:w="50" w:type="dxa"/>
            </w:tcMar>
          </w:tcPr>
          <w:p w14:paraId="1810FF9A" w14:textId="77777777" w:rsidR="00292F36" w:rsidRDefault="00000000">
            <w:r>
              <w:rPr>
                <w:sz w:val="12"/>
              </w:rPr>
              <w:t>2024_piedra_blan</w:t>
            </w:r>
            <w:r>
              <w:rPr>
                <w:sz w:val="12"/>
              </w:rPr>
              <w:lastRenderedPageBreak/>
              <w:t>ca_piedra_blanca_deep_1</w:t>
            </w:r>
          </w:p>
        </w:tc>
        <w:tc>
          <w:tcPr>
            <w:tcW w:w="564" w:type="dxa"/>
            <w:tcMar>
              <w:top w:w="20" w:type="dxa"/>
              <w:left w:w="50" w:type="dxa"/>
              <w:bottom w:w="20" w:type="dxa"/>
              <w:right w:w="50" w:type="dxa"/>
            </w:tcMar>
          </w:tcPr>
          <w:p w14:paraId="5F2A62C7" w14:textId="77777777" w:rsidR="00292F36" w:rsidRDefault="00000000">
            <w:r>
              <w:rPr>
                <w:sz w:val="12"/>
              </w:rPr>
              <w:lastRenderedPageBreak/>
              <w:t>-0.186643</w:t>
            </w:r>
            <w:r>
              <w:rPr>
                <w:sz w:val="12"/>
              </w:rPr>
              <w:lastRenderedPageBreak/>
              <w:t>9</w:t>
            </w:r>
          </w:p>
        </w:tc>
        <w:tc>
          <w:tcPr>
            <w:tcW w:w="564" w:type="dxa"/>
            <w:tcMar>
              <w:top w:w="20" w:type="dxa"/>
              <w:left w:w="50" w:type="dxa"/>
              <w:bottom w:w="20" w:type="dxa"/>
              <w:right w:w="50" w:type="dxa"/>
            </w:tcMar>
          </w:tcPr>
          <w:p w14:paraId="781C5018" w14:textId="77777777" w:rsidR="00292F36" w:rsidRDefault="00000000">
            <w:r>
              <w:rPr>
                <w:sz w:val="12"/>
              </w:rPr>
              <w:lastRenderedPageBreak/>
              <w:t>-0.374202</w:t>
            </w:r>
            <w:r>
              <w:rPr>
                <w:sz w:val="12"/>
              </w:rPr>
              <w:lastRenderedPageBreak/>
              <w:t>3</w:t>
            </w:r>
          </w:p>
        </w:tc>
        <w:tc>
          <w:tcPr>
            <w:tcW w:w="564" w:type="dxa"/>
            <w:tcMar>
              <w:top w:w="20" w:type="dxa"/>
              <w:left w:w="50" w:type="dxa"/>
              <w:bottom w:w="20" w:type="dxa"/>
              <w:right w:w="50" w:type="dxa"/>
            </w:tcMar>
          </w:tcPr>
          <w:p w14:paraId="7139A6D2" w14:textId="77777777" w:rsidR="00292F36" w:rsidRDefault="00000000">
            <w:r>
              <w:rPr>
                <w:sz w:val="12"/>
              </w:rPr>
              <w:lastRenderedPageBreak/>
              <w:t>2024</w:t>
            </w:r>
          </w:p>
        </w:tc>
        <w:tc>
          <w:tcPr>
            <w:tcW w:w="564" w:type="dxa"/>
            <w:tcMar>
              <w:top w:w="20" w:type="dxa"/>
              <w:left w:w="50" w:type="dxa"/>
              <w:bottom w:w="20" w:type="dxa"/>
              <w:right w:w="50" w:type="dxa"/>
            </w:tcMar>
          </w:tcPr>
          <w:p w14:paraId="4BC1BB1A" w14:textId="77777777" w:rsidR="00292F36" w:rsidRDefault="00000000">
            <w:r>
              <w:rPr>
                <w:sz w:val="12"/>
              </w:rPr>
              <w:t>punta_eugenia</w:t>
            </w:r>
          </w:p>
        </w:tc>
        <w:tc>
          <w:tcPr>
            <w:tcW w:w="564" w:type="dxa"/>
            <w:tcMar>
              <w:top w:w="20" w:type="dxa"/>
              <w:left w:w="50" w:type="dxa"/>
              <w:bottom w:w="20" w:type="dxa"/>
              <w:right w:w="50" w:type="dxa"/>
            </w:tcMar>
          </w:tcPr>
          <w:p w14:paraId="6233B52D" w14:textId="77777777" w:rsidR="00292F36" w:rsidRDefault="00000000">
            <w:r>
              <w:rPr>
                <w:sz w:val="12"/>
              </w:rPr>
              <w:t>South</w:t>
            </w:r>
          </w:p>
        </w:tc>
        <w:tc>
          <w:tcPr>
            <w:tcW w:w="564" w:type="dxa"/>
            <w:tcMar>
              <w:top w:w="20" w:type="dxa"/>
              <w:left w:w="50" w:type="dxa"/>
              <w:bottom w:w="20" w:type="dxa"/>
              <w:right w:w="50" w:type="dxa"/>
            </w:tcMar>
          </w:tcPr>
          <w:p w14:paraId="74BA6C4A" w14:textId="77777777" w:rsidR="00292F36" w:rsidRDefault="00000000">
            <w:r>
              <w:rPr>
                <w:sz w:val="12"/>
              </w:rPr>
              <w:t>piedra_blanca</w:t>
            </w:r>
          </w:p>
        </w:tc>
        <w:tc>
          <w:tcPr>
            <w:tcW w:w="564" w:type="dxa"/>
            <w:tcMar>
              <w:top w:w="20" w:type="dxa"/>
              <w:left w:w="50" w:type="dxa"/>
              <w:bottom w:w="20" w:type="dxa"/>
              <w:right w:w="50" w:type="dxa"/>
            </w:tcMar>
          </w:tcPr>
          <w:p w14:paraId="2ED95722" w14:textId="77777777" w:rsidR="00292F36" w:rsidRDefault="00000000">
            <w:r>
              <w:rPr>
                <w:sz w:val="12"/>
              </w:rPr>
              <w:t>piedra_blanca_de</w:t>
            </w:r>
            <w:r>
              <w:rPr>
                <w:sz w:val="12"/>
              </w:rPr>
              <w:lastRenderedPageBreak/>
              <w:t>ep</w:t>
            </w:r>
          </w:p>
        </w:tc>
        <w:tc>
          <w:tcPr>
            <w:tcW w:w="564" w:type="dxa"/>
            <w:tcMar>
              <w:top w:w="20" w:type="dxa"/>
              <w:left w:w="50" w:type="dxa"/>
              <w:bottom w:w="20" w:type="dxa"/>
              <w:right w:w="50" w:type="dxa"/>
            </w:tcMar>
          </w:tcPr>
          <w:p w14:paraId="62F07DC1" w14:textId="77777777" w:rsidR="00292F36" w:rsidRDefault="00000000">
            <w:r>
              <w:rPr>
                <w:sz w:val="12"/>
              </w:rPr>
              <w:lastRenderedPageBreak/>
              <w:t>11.4</w:t>
            </w:r>
          </w:p>
        </w:tc>
        <w:tc>
          <w:tcPr>
            <w:tcW w:w="564" w:type="dxa"/>
            <w:tcMar>
              <w:top w:w="20" w:type="dxa"/>
              <w:left w:w="50" w:type="dxa"/>
              <w:bottom w:w="20" w:type="dxa"/>
              <w:right w:w="50" w:type="dxa"/>
            </w:tcMar>
          </w:tcPr>
          <w:p w14:paraId="3F153D1D" w14:textId="77777777" w:rsidR="00292F36" w:rsidRDefault="00000000">
            <w:r>
              <w:rPr>
                <w:sz w:val="12"/>
              </w:rPr>
              <w:t>21.5799999</w:t>
            </w:r>
          </w:p>
        </w:tc>
        <w:tc>
          <w:tcPr>
            <w:tcW w:w="564" w:type="dxa"/>
            <w:tcMar>
              <w:top w:w="20" w:type="dxa"/>
              <w:left w:w="50" w:type="dxa"/>
              <w:bottom w:w="20" w:type="dxa"/>
              <w:right w:w="50" w:type="dxa"/>
            </w:tcMar>
          </w:tcPr>
          <w:p w14:paraId="2CD65FDF" w14:textId="77777777" w:rsidR="00292F36" w:rsidRDefault="00000000">
            <w:r>
              <w:rPr>
                <w:sz w:val="12"/>
              </w:rPr>
              <w:t>8.63256681</w:t>
            </w:r>
          </w:p>
        </w:tc>
        <w:tc>
          <w:tcPr>
            <w:tcW w:w="564" w:type="dxa"/>
            <w:tcMar>
              <w:top w:w="20" w:type="dxa"/>
              <w:left w:w="50" w:type="dxa"/>
              <w:bottom w:w="20" w:type="dxa"/>
              <w:right w:w="50" w:type="dxa"/>
            </w:tcMar>
          </w:tcPr>
          <w:p w14:paraId="3728BBCA" w14:textId="77777777" w:rsidR="00292F36" w:rsidRDefault="00000000">
            <w:r>
              <w:rPr>
                <w:sz w:val="12"/>
              </w:rPr>
              <w:t>0.62568306</w:t>
            </w:r>
          </w:p>
        </w:tc>
        <w:tc>
          <w:tcPr>
            <w:tcW w:w="564" w:type="dxa"/>
            <w:tcMar>
              <w:top w:w="20" w:type="dxa"/>
              <w:left w:w="50" w:type="dxa"/>
              <w:bottom w:w="20" w:type="dxa"/>
              <w:right w:w="50" w:type="dxa"/>
            </w:tcMar>
          </w:tcPr>
          <w:p w14:paraId="30B8FCB1" w14:textId="77777777" w:rsidR="00292F36" w:rsidRDefault="00000000">
            <w:r>
              <w:rPr>
                <w:sz w:val="12"/>
              </w:rPr>
              <w:t>0.32240437</w:t>
            </w:r>
          </w:p>
        </w:tc>
        <w:tc>
          <w:tcPr>
            <w:tcW w:w="564" w:type="dxa"/>
            <w:tcMar>
              <w:top w:w="20" w:type="dxa"/>
              <w:left w:w="50" w:type="dxa"/>
              <w:bottom w:w="20" w:type="dxa"/>
              <w:right w:w="50" w:type="dxa"/>
            </w:tcMar>
          </w:tcPr>
          <w:p w14:paraId="43C2D0A4" w14:textId="77777777" w:rsidR="00292F36" w:rsidRDefault="00000000">
            <w:r>
              <w:rPr>
                <w:sz w:val="12"/>
              </w:rPr>
              <w:t>0.04918033</w:t>
            </w:r>
          </w:p>
        </w:tc>
        <w:tc>
          <w:tcPr>
            <w:tcW w:w="564" w:type="dxa"/>
            <w:tcMar>
              <w:top w:w="20" w:type="dxa"/>
              <w:left w:w="50" w:type="dxa"/>
              <w:bottom w:w="20" w:type="dxa"/>
              <w:right w:w="50" w:type="dxa"/>
            </w:tcMar>
          </w:tcPr>
          <w:p w14:paraId="23CB0237" w14:textId="77777777" w:rsidR="00292F36" w:rsidRDefault="00000000">
            <w:r>
              <w:rPr>
                <w:sz w:val="12"/>
              </w:rPr>
              <w:t>0.00273224</w:t>
            </w:r>
          </w:p>
        </w:tc>
        <w:tc>
          <w:tcPr>
            <w:tcW w:w="564" w:type="dxa"/>
            <w:tcMar>
              <w:top w:w="20" w:type="dxa"/>
              <w:left w:w="50" w:type="dxa"/>
              <w:bottom w:w="20" w:type="dxa"/>
              <w:right w:w="50" w:type="dxa"/>
            </w:tcMar>
          </w:tcPr>
          <w:p w14:paraId="3E20BB44" w14:textId="77777777" w:rsidR="00292F36" w:rsidRDefault="00000000">
            <w:r>
              <w:rPr>
                <w:sz w:val="12"/>
              </w:rPr>
              <w:t>0</w:t>
            </w:r>
          </w:p>
        </w:tc>
        <w:tc>
          <w:tcPr>
            <w:tcW w:w="564" w:type="dxa"/>
            <w:tcMar>
              <w:top w:w="20" w:type="dxa"/>
              <w:left w:w="50" w:type="dxa"/>
              <w:bottom w:w="20" w:type="dxa"/>
              <w:right w:w="50" w:type="dxa"/>
            </w:tcMar>
          </w:tcPr>
          <w:p w14:paraId="08BCFDE4" w14:textId="77777777" w:rsidR="00292F36" w:rsidRDefault="00000000">
            <w:r>
              <w:rPr>
                <w:sz w:val="12"/>
              </w:rPr>
              <w:t>0</w:t>
            </w:r>
          </w:p>
        </w:tc>
        <w:tc>
          <w:tcPr>
            <w:tcW w:w="564" w:type="dxa"/>
            <w:tcMar>
              <w:top w:w="20" w:type="dxa"/>
              <w:left w:w="50" w:type="dxa"/>
              <w:bottom w:w="20" w:type="dxa"/>
              <w:right w:w="50" w:type="dxa"/>
            </w:tcMar>
          </w:tcPr>
          <w:p w14:paraId="5564D3AB" w14:textId="77777777" w:rsidR="00292F36" w:rsidRDefault="00000000">
            <w:r>
              <w:rPr>
                <w:sz w:val="12"/>
              </w:rPr>
              <w:t>0</w:t>
            </w:r>
          </w:p>
        </w:tc>
        <w:tc>
          <w:tcPr>
            <w:tcW w:w="564" w:type="dxa"/>
            <w:tcMar>
              <w:top w:w="20" w:type="dxa"/>
              <w:left w:w="50" w:type="dxa"/>
              <w:bottom w:w="20" w:type="dxa"/>
              <w:right w:w="50" w:type="dxa"/>
            </w:tcMar>
          </w:tcPr>
          <w:p w14:paraId="181917AC" w14:textId="77777777" w:rsidR="00292F36" w:rsidRDefault="00000000">
            <w:r>
              <w:rPr>
                <w:sz w:val="12"/>
              </w:rPr>
              <w:t>0</w:t>
            </w:r>
          </w:p>
        </w:tc>
        <w:tc>
          <w:tcPr>
            <w:tcW w:w="564" w:type="dxa"/>
            <w:tcMar>
              <w:top w:w="20" w:type="dxa"/>
              <w:left w:w="50" w:type="dxa"/>
              <w:bottom w:w="20" w:type="dxa"/>
              <w:right w:w="50" w:type="dxa"/>
            </w:tcMar>
          </w:tcPr>
          <w:p w14:paraId="15ADDF14" w14:textId="77777777" w:rsidR="00292F36" w:rsidRDefault="00000000">
            <w:r>
              <w:rPr>
                <w:sz w:val="12"/>
              </w:rPr>
              <w:t>0</w:t>
            </w:r>
          </w:p>
        </w:tc>
        <w:tc>
          <w:tcPr>
            <w:tcW w:w="564" w:type="dxa"/>
            <w:tcMar>
              <w:top w:w="20" w:type="dxa"/>
              <w:left w:w="50" w:type="dxa"/>
              <w:bottom w:w="20" w:type="dxa"/>
              <w:right w:w="50" w:type="dxa"/>
            </w:tcMar>
          </w:tcPr>
          <w:p w14:paraId="4A53C194" w14:textId="77777777" w:rsidR="00292F36" w:rsidRDefault="00000000">
            <w:r>
              <w:rPr>
                <w:sz w:val="12"/>
              </w:rPr>
              <w:t>0.57333333</w:t>
            </w:r>
          </w:p>
        </w:tc>
        <w:tc>
          <w:tcPr>
            <w:tcW w:w="564" w:type="dxa"/>
            <w:tcMar>
              <w:top w:w="20" w:type="dxa"/>
              <w:left w:w="50" w:type="dxa"/>
              <w:bottom w:w="20" w:type="dxa"/>
              <w:right w:w="50" w:type="dxa"/>
            </w:tcMar>
          </w:tcPr>
          <w:p w14:paraId="0A363744" w14:textId="77777777" w:rsidR="00292F36" w:rsidRDefault="00000000">
            <w:r>
              <w:rPr>
                <w:sz w:val="12"/>
              </w:rPr>
              <w:t>0.02666667</w:t>
            </w:r>
          </w:p>
        </w:tc>
        <w:tc>
          <w:tcPr>
            <w:tcW w:w="564" w:type="dxa"/>
            <w:tcMar>
              <w:top w:w="20" w:type="dxa"/>
              <w:left w:w="50" w:type="dxa"/>
              <w:bottom w:w="20" w:type="dxa"/>
              <w:right w:w="50" w:type="dxa"/>
            </w:tcMar>
          </w:tcPr>
          <w:p w14:paraId="5CF2DFC7" w14:textId="77777777" w:rsidR="00292F36" w:rsidRDefault="00000000">
            <w:r>
              <w:rPr>
                <w:sz w:val="12"/>
              </w:rPr>
              <w:t>0</w:t>
            </w:r>
          </w:p>
        </w:tc>
        <w:tc>
          <w:tcPr>
            <w:tcW w:w="564" w:type="dxa"/>
            <w:tcMar>
              <w:top w:w="20" w:type="dxa"/>
              <w:left w:w="50" w:type="dxa"/>
              <w:bottom w:w="20" w:type="dxa"/>
              <w:right w:w="50" w:type="dxa"/>
            </w:tcMar>
          </w:tcPr>
          <w:p w14:paraId="6C7FB859" w14:textId="77777777" w:rsidR="00292F36" w:rsidRDefault="00000000">
            <w:r>
              <w:rPr>
                <w:sz w:val="12"/>
              </w:rPr>
              <w:t>0.4</w:t>
            </w:r>
          </w:p>
        </w:tc>
        <w:tc>
          <w:tcPr>
            <w:tcW w:w="564" w:type="dxa"/>
            <w:tcMar>
              <w:top w:w="20" w:type="dxa"/>
              <w:left w:w="50" w:type="dxa"/>
              <w:bottom w:w="20" w:type="dxa"/>
              <w:right w:w="50" w:type="dxa"/>
            </w:tcMar>
          </w:tcPr>
          <w:p w14:paraId="7AD00D1D" w14:textId="77777777" w:rsidR="00292F36" w:rsidRDefault="00000000">
            <w:r>
              <w:rPr>
                <w:sz w:val="12"/>
              </w:rPr>
              <w:t>0</w:t>
            </w:r>
          </w:p>
        </w:tc>
      </w:tr>
      <w:tr w:rsidR="00292F36" w14:paraId="3F551080" w14:textId="77777777">
        <w:tc>
          <w:tcPr>
            <w:tcW w:w="564" w:type="dxa"/>
            <w:tcMar>
              <w:top w:w="20" w:type="dxa"/>
              <w:left w:w="50" w:type="dxa"/>
              <w:bottom w:w="20" w:type="dxa"/>
              <w:right w:w="50" w:type="dxa"/>
            </w:tcMar>
          </w:tcPr>
          <w:p w14:paraId="3C31A027" w14:textId="77777777" w:rsidR="00292F36" w:rsidRDefault="00000000">
            <w:r>
              <w:rPr>
                <w:sz w:val="12"/>
              </w:rPr>
              <w:t>2024_piedra_blanca_piedra_blanca_deep_2</w:t>
            </w:r>
          </w:p>
        </w:tc>
        <w:tc>
          <w:tcPr>
            <w:tcW w:w="564" w:type="dxa"/>
            <w:tcMar>
              <w:top w:w="20" w:type="dxa"/>
              <w:left w:w="50" w:type="dxa"/>
              <w:bottom w:w="20" w:type="dxa"/>
              <w:right w:w="50" w:type="dxa"/>
            </w:tcMar>
          </w:tcPr>
          <w:p w14:paraId="56D9BB9A" w14:textId="77777777" w:rsidR="00292F36" w:rsidRDefault="00000000">
            <w:r>
              <w:rPr>
                <w:sz w:val="12"/>
              </w:rPr>
              <w:t>-0.8429524</w:t>
            </w:r>
          </w:p>
        </w:tc>
        <w:tc>
          <w:tcPr>
            <w:tcW w:w="564" w:type="dxa"/>
            <w:tcMar>
              <w:top w:w="20" w:type="dxa"/>
              <w:left w:w="50" w:type="dxa"/>
              <w:bottom w:w="20" w:type="dxa"/>
              <w:right w:w="50" w:type="dxa"/>
            </w:tcMar>
          </w:tcPr>
          <w:p w14:paraId="79FEEF10" w14:textId="77777777" w:rsidR="00292F36" w:rsidRDefault="00000000">
            <w:r>
              <w:rPr>
                <w:sz w:val="12"/>
              </w:rPr>
              <w:t>0.05792849</w:t>
            </w:r>
          </w:p>
        </w:tc>
        <w:tc>
          <w:tcPr>
            <w:tcW w:w="564" w:type="dxa"/>
            <w:tcMar>
              <w:top w:w="20" w:type="dxa"/>
              <w:left w:w="50" w:type="dxa"/>
              <w:bottom w:w="20" w:type="dxa"/>
              <w:right w:w="50" w:type="dxa"/>
            </w:tcMar>
          </w:tcPr>
          <w:p w14:paraId="44263D23" w14:textId="77777777" w:rsidR="00292F36" w:rsidRDefault="00000000">
            <w:r>
              <w:rPr>
                <w:sz w:val="12"/>
              </w:rPr>
              <w:t>2024</w:t>
            </w:r>
          </w:p>
        </w:tc>
        <w:tc>
          <w:tcPr>
            <w:tcW w:w="564" w:type="dxa"/>
            <w:tcMar>
              <w:top w:w="20" w:type="dxa"/>
              <w:left w:w="50" w:type="dxa"/>
              <w:bottom w:w="20" w:type="dxa"/>
              <w:right w:w="50" w:type="dxa"/>
            </w:tcMar>
          </w:tcPr>
          <w:p w14:paraId="0A043904" w14:textId="77777777" w:rsidR="00292F36" w:rsidRDefault="00000000">
            <w:r>
              <w:rPr>
                <w:sz w:val="12"/>
              </w:rPr>
              <w:t>punta_eugenia</w:t>
            </w:r>
          </w:p>
        </w:tc>
        <w:tc>
          <w:tcPr>
            <w:tcW w:w="564" w:type="dxa"/>
            <w:tcMar>
              <w:top w:w="20" w:type="dxa"/>
              <w:left w:w="50" w:type="dxa"/>
              <w:bottom w:w="20" w:type="dxa"/>
              <w:right w:w="50" w:type="dxa"/>
            </w:tcMar>
          </w:tcPr>
          <w:p w14:paraId="5F0C0500" w14:textId="77777777" w:rsidR="00292F36" w:rsidRDefault="00000000">
            <w:r>
              <w:rPr>
                <w:sz w:val="12"/>
              </w:rPr>
              <w:t>South</w:t>
            </w:r>
          </w:p>
        </w:tc>
        <w:tc>
          <w:tcPr>
            <w:tcW w:w="564" w:type="dxa"/>
            <w:tcMar>
              <w:top w:w="20" w:type="dxa"/>
              <w:left w:w="50" w:type="dxa"/>
              <w:bottom w:w="20" w:type="dxa"/>
              <w:right w:w="50" w:type="dxa"/>
            </w:tcMar>
          </w:tcPr>
          <w:p w14:paraId="6B28B3D4" w14:textId="77777777" w:rsidR="00292F36" w:rsidRDefault="00000000">
            <w:r>
              <w:rPr>
                <w:sz w:val="12"/>
              </w:rPr>
              <w:t>piedra_blanca</w:t>
            </w:r>
          </w:p>
        </w:tc>
        <w:tc>
          <w:tcPr>
            <w:tcW w:w="564" w:type="dxa"/>
            <w:tcMar>
              <w:top w:w="20" w:type="dxa"/>
              <w:left w:w="50" w:type="dxa"/>
              <w:bottom w:w="20" w:type="dxa"/>
              <w:right w:w="50" w:type="dxa"/>
            </w:tcMar>
          </w:tcPr>
          <w:p w14:paraId="1387BC43" w14:textId="77777777" w:rsidR="00292F36" w:rsidRDefault="00000000">
            <w:r>
              <w:rPr>
                <w:sz w:val="12"/>
              </w:rPr>
              <w:t>piedra_blanca_deep</w:t>
            </w:r>
          </w:p>
        </w:tc>
        <w:tc>
          <w:tcPr>
            <w:tcW w:w="564" w:type="dxa"/>
            <w:tcMar>
              <w:top w:w="20" w:type="dxa"/>
              <w:left w:w="50" w:type="dxa"/>
              <w:bottom w:w="20" w:type="dxa"/>
              <w:right w:w="50" w:type="dxa"/>
            </w:tcMar>
          </w:tcPr>
          <w:p w14:paraId="594E0D90" w14:textId="77777777" w:rsidR="00292F36" w:rsidRDefault="00000000">
            <w:r>
              <w:rPr>
                <w:sz w:val="12"/>
              </w:rPr>
              <w:t>11.5</w:t>
            </w:r>
          </w:p>
        </w:tc>
        <w:tc>
          <w:tcPr>
            <w:tcW w:w="564" w:type="dxa"/>
            <w:tcMar>
              <w:top w:w="20" w:type="dxa"/>
              <w:left w:w="50" w:type="dxa"/>
              <w:bottom w:w="20" w:type="dxa"/>
              <w:right w:w="50" w:type="dxa"/>
            </w:tcMar>
          </w:tcPr>
          <w:p w14:paraId="226B2222" w14:textId="77777777" w:rsidR="00292F36" w:rsidRDefault="00000000">
            <w:r>
              <w:rPr>
                <w:sz w:val="12"/>
              </w:rPr>
              <w:t>21.5799999</w:t>
            </w:r>
          </w:p>
        </w:tc>
        <w:tc>
          <w:tcPr>
            <w:tcW w:w="564" w:type="dxa"/>
            <w:tcMar>
              <w:top w:w="20" w:type="dxa"/>
              <w:left w:w="50" w:type="dxa"/>
              <w:bottom w:w="20" w:type="dxa"/>
              <w:right w:w="50" w:type="dxa"/>
            </w:tcMar>
          </w:tcPr>
          <w:p w14:paraId="03093D82" w14:textId="77777777" w:rsidR="00292F36" w:rsidRDefault="00000000">
            <w:r>
              <w:rPr>
                <w:sz w:val="12"/>
              </w:rPr>
              <w:t>8.63256681</w:t>
            </w:r>
          </w:p>
        </w:tc>
        <w:tc>
          <w:tcPr>
            <w:tcW w:w="564" w:type="dxa"/>
            <w:tcMar>
              <w:top w:w="20" w:type="dxa"/>
              <w:left w:w="50" w:type="dxa"/>
              <w:bottom w:w="20" w:type="dxa"/>
              <w:right w:w="50" w:type="dxa"/>
            </w:tcMar>
          </w:tcPr>
          <w:p w14:paraId="14895ED3" w14:textId="77777777" w:rsidR="00292F36" w:rsidRDefault="00000000">
            <w:r>
              <w:rPr>
                <w:sz w:val="12"/>
              </w:rPr>
              <w:t>0.62068966</w:t>
            </w:r>
          </w:p>
        </w:tc>
        <w:tc>
          <w:tcPr>
            <w:tcW w:w="564" w:type="dxa"/>
            <w:tcMar>
              <w:top w:w="20" w:type="dxa"/>
              <w:left w:w="50" w:type="dxa"/>
              <w:bottom w:w="20" w:type="dxa"/>
              <w:right w:w="50" w:type="dxa"/>
            </w:tcMar>
          </w:tcPr>
          <w:p w14:paraId="750779C7" w14:textId="77777777" w:rsidR="00292F36" w:rsidRDefault="00000000">
            <w:r>
              <w:rPr>
                <w:sz w:val="12"/>
              </w:rPr>
              <w:t>0.24137931</w:t>
            </w:r>
          </w:p>
        </w:tc>
        <w:tc>
          <w:tcPr>
            <w:tcW w:w="564" w:type="dxa"/>
            <w:tcMar>
              <w:top w:w="20" w:type="dxa"/>
              <w:left w:w="50" w:type="dxa"/>
              <w:bottom w:w="20" w:type="dxa"/>
              <w:right w:w="50" w:type="dxa"/>
            </w:tcMar>
          </w:tcPr>
          <w:p w14:paraId="3AD7AFD2" w14:textId="77777777" w:rsidR="00292F36" w:rsidRDefault="00000000">
            <w:r>
              <w:rPr>
                <w:sz w:val="12"/>
              </w:rPr>
              <w:t>0.13793103</w:t>
            </w:r>
          </w:p>
        </w:tc>
        <w:tc>
          <w:tcPr>
            <w:tcW w:w="564" w:type="dxa"/>
            <w:tcMar>
              <w:top w:w="20" w:type="dxa"/>
              <w:left w:w="50" w:type="dxa"/>
              <w:bottom w:w="20" w:type="dxa"/>
              <w:right w:w="50" w:type="dxa"/>
            </w:tcMar>
          </w:tcPr>
          <w:p w14:paraId="7F80CDBF" w14:textId="77777777" w:rsidR="00292F36" w:rsidRDefault="00000000">
            <w:r>
              <w:rPr>
                <w:sz w:val="12"/>
              </w:rPr>
              <w:t>0</w:t>
            </w:r>
          </w:p>
        </w:tc>
        <w:tc>
          <w:tcPr>
            <w:tcW w:w="564" w:type="dxa"/>
            <w:tcMar>
              <w:top w:w="20" w:type="dxa"/>
              <w:left w:w="50" w:type="dxa"/>
              <w:bottom w:w="20" w:type="dxa"/>
              <w:right w:w="50" w:type="dxa"/>
            </w:tcMar>
          </w:tcPr>
          <w:p w14:paraId="0B621D03" w14:textId="77777777" w:rsidR="00292F36" w:rsidRDefault="00000000">
            <w:r>
              <w:rPr>
                <w:sz w:val="12"/>
              </w:rPr>
              <w:t>0</w:t>
            </w:r>
          </w:p>
        </w:tc>
        <w:tc>
          <w:tcPr>
            <w:tcW w:w="564" w:type="dxa"/>
            <w:tcMar>
              <w:top w:w="20" w:type="dxa"/>
              <w:left w:w="50" w:type="dxa"/>
              <w:bottom w:w="20" w:type="dxa"/>
              <w:right w:w="50" w:type="dxa"/>
            </w:tcMar>
          </w:tcPr>
          <w:p w14:paraId="4DFFC2E6" w14:textId="77777777" w:rsidR="00292F36" w:rsidRDefault="00000000">
            <w:r>
              <w:rPr>
                <w:sz w:val="12"/>
              </w:rPr>
              <w:t>0</w:t>
            </w:r>
          </w:p>
        </w:tc>
        <w:tc>
          <w:tcPr>
            <w:tcW w:w="564" w:type="dxa"/>
            <w:tcMar>
              <w:top w:w="20" w:type="dxa"/>
              <w:left w:w="50" w:type="dxa"/>
              <w:bottom w:w="20" w:type="dxa"/>
              <w:right w:w="50" w:type="dxa"/>
            </w:tcMar>
          </w:tcPr>
          <w:p w14:paraId="67E4BDFB" w14:textId="77777777" w:rsidR="00292F36" w:rsidRDefault="00000000">
            <w:r>
              <w:rPr>
                <w:sz w:val="12"/>
              </w:rPr>
              <w:t>0</w:t>
            </w:r>
          </w:p>
        </w:tc>
        <w:tc>
          <w:tcPr>
            <w:tcW w:w="564" w:type="dxa"/>
            <w:tcMar>
              <w:top w:w="20" w:type="dxa"/>
              <w:left w:w="50" w:type="dxa"/>
              <w:bottom w:w="20" w:type="dxa"/>
              <w:right w:w="50" w:type="dxa"/>
            </w:tcMar>
          </w:tcPr>
          <w:p w14:paraId="4D592A83" w14:textId="77777777" w:rsidR="00292F36" w:rsidRDefault="00000000">
            <w:r>
              <w:rPr>
                <w:sz w:val="12"/>
              </w:rPr>
              <w:t>0</w:t>
            </w:r>
          </w:p>
        </w:tc>
        <w:tc>
          <w:tcPr>
            <w:tcW w:w="564" w:type="dxa"/>
            <w:tcMar>
              <w:top w:w="20" w:type="dxa"/>
              <w:left w:w="50" w:type="dxa"/>
              <w:bottom w:w="20" w:type="dxa"/>
              <w:right w:w="50" w:type="dxa"/>
            </w:tcMar>
          </w:tcPr>
          <w:p w14:paraId="70C0C5BE" w14:textId="77777777" w:rsidR="00292F36" w:rsidRDefault="00000000">
            <w:r>
              <w:rPr>
                <w:sz w:val="12"/>
              </w:rPr>
              <w:t>0</w:t>
            </w:r>
          </w:p>
        </w:tc>
        <w:tc>
          <w:tcPr>
            <w:tcW w:w="564" w:type="dxa"/>
            <w:tcMar>
              <w:top w:w="20" w:type="dxa"/>
              <w:left w:w="50" w:type="dxa"/>
              <w:bottom w:w="20" w:type="dxa"/>
              <w:right w:w="50" w:type="dxa"/>
            </w:tcMar>
          </w:tcPr>
          <w:p w14:paraId="2E6F0847" w14:textId="77777777" w:rsidR="00292F36" w:rsidRDefault="00000000">
            <w:r>
              <w:rPr>
                <w:sz w:val="12"/>
              </w:rPr>
              <w:t>0.16666667</w:t>
            </w:r>
          </w:p>
        </w:tc>
        <w:tc>
          <w:tcPr>
            <w:tcW w:w="564" w:type="dxa"/>
            <w:tcMar>
              <w:top w:w="20" w:type="dxa"/>
              <w:left w:w="50" w:type="dxa"/>
              <w:bottom w:w="20" w:type="dxa"/>
              <w:right w:w="50" w:type="dxa"/>
            </w:tcMar>
          </w:tcPr>
          <w:p w14:paraId="749D682D" w14:textId="77777777" w:rsidR="00292F36" w:rsidRDefault="00000000">
            <w:r>
              <w:rPr>
                <w:sz w:val="12"/>
              </w:rPr>
              <w:t>0.83333333</w:t>
            </w:r>
          </w:p>
        </w:tc>
        <w:tc>
          <w:tcPr>
            <w:tcW w:w="564" w:type="dxa"/>
            <w:tcMar>
              <w:top w:w="20" w:type="dxa"/>
              <w:left w:w="50" w:type="dxa"/>
              <w:bottom w:w="20" w:type="dxa"/>
              <w:right w:w="50" w:type="dxa"/>
            </w:tcMar>
          </w:tcPr>
          <w:p w14:paraId="55B28520" w14:textId="77777777" w:rsidR="00292F36" w:rsidRDefault="00000000">
            <w:r>
              <w:rPr>
                <w:sz w:val="12"/>
              </w:rPr>
              <w:t>0</w:t>
            </w:r>
          </w:p>
        </w:tc>
        <w:tc>
          <w:tcPr>
            <w:tcW w:w="564" w:type="dxa"/>
            <w:tcMar>
              <w:top w:w="20" w:type="dxa"/>
              <w:left w:w="50" w:type="dxa"/>
              <w:bottom w:w="20" w:type="dxa"/>
              <w:right w:w="50" w:type="dxa"/>
            </w:tcMar>
          </w:tcPr>
          <w:p w14:paraId="3CAA035A" w14:textId="77777777" w:rsidR="00292F36" w:rsidRDefault="00000000">
            <w:r>
              <w:rPr>
                <w:sz w:val="12"/>
              </w:rPr>
              <w:t>0</w:t>
            </w:r>
          </w:p>
        </w:tc>
        <w:tc>
          <w:tcPr>
            <w:tcW w:w="564" w:type="dxa"/>
            <w:tcMar>
              <w:top w:w="20" w:type="dxa"/>
              <w:left w:w="50" w:type="dxa"/>
              <w:bottom w:w="20" w:type="dxa"/>
              <w:right w:w="50" w:type="dxa"/>
            </w:tcMar>
          </w:tcPr>
          <w:p w14:paraId="614F6EA8" w14:textId="77777777" w:rsidR="00292F36" w:rsidRDefault="00000000">
            <w:r>
              <w:rPr>
                <w:sz w:val="12"/>
              </w:rPr>
              <w:t>0</w:t>
            </w:r>
          </w:p>
        </w:tc>
      </w:tr>
    </w:tbl>
    <w:p w14:paraId="3D66E6CD" w14:textId="77777777" w:rsidR="00292F36" w:rsidRDefault="00292F36">
      <w:pPr>
        <w:sectPr w:rsidR="00292F36">
          <w:pgSz w:w="15840" w:h="12240" w:orient="landscape"/>
          <w:pgMar w:top="1152" w:right="864" w:bottom="1152" w:left="864" w:header="720" w:footer="720" w:gutter="0"/>
          <w:cols w:space="720"/>
          <w:docGrid w:linePitch="360"/>
        </w:sectPr>
      </w:pPr>
    </w:p>
    <w:p w14:paraId="2FB11A52" w14:textId="77777777" w:rsidR="00292F36" w:rsidRDefault="00000000">
      <w:pPr>
        <w:spacing w:after="40"/>
      </w:pPr>
      <w:r>
        <w:rPr>
          <w:b/>
          <w:sz w:val="22"/>
        </w:rPr>
        <w:lastRenderedPageBreak/>
        <w:t>Table S16 | Environmental and benthic drivers of nutrient concentrations per 100g derived from generalized linear mixed models (GLMMs).</w:t>
      </w:r>
    </w:p>
    <w:p w14:paraId="384B7915" w14:textId="77777777" w:rsidR="00292F36" w:rsidRDefault="00000000">
      <w:pPr>
        <w:spacing w:after="160"/>
      </w:pPr>
      <w:r>
        <w:rPr>
          <w:sz w:val="18"/>
        </w:rPr>
        <w:t>Standardized effect sizes (estimate ± 95% confidence interval) of environmental and benthic predictors on reef fish micronutrient concentrations per 100g (nutrient density). Predictor estimates were derived from generalized linear mixed models and included depth, sea surface temperature (SST), chlorophyll-a concentration, and the first two principal component axes (PC1 and PC2) summarizing benthic community structure from the combined algae and invertebrate assemblage matrix. Reported values include standardized effect estimates, standard errors (SE), 95% confidence intervals, p-values, and significance levels. Positive coefficients indicate positive associations between predictors and response variables, whereas negative coefficients indicate inverse relationships.</w:t>
      </w:r>
    </w:p>
    <w:tbl>
      <w:tblPr>
        <w:tblStyle w:val="TableGrid"/>
        <w:tblW w:w="0" w:type="auto"/>
        <w:tblLayout w:type="fixed"/>
        <w:tblLook w:val="04A0" w:firstRow="1" w:lastRow="0" w:firstColumn="1" w:lastColumn="0" w:noHBand="0" w:noVBand="1"/>
      </w:tblPr>
      <w:tblGrid>
        <w:gridCol w:w="1170"/>
        <w:gridCol w:w="1170"/>
        <w:gridCol w:w="1170"/>
        <w:gridCol w:w="1170"/>
        <w:gridCol w:w="1170"/>
        <w:gridCol w:w="1170"/>
        <w:gridCol w:w="1170"/>
        <w:gridCol w:w="1170"/>
      </w:tblGrid>
      <w:tr w:rsidR="00292F36" w14:paraId="7C70C56E" w14:textId="77777777">
        <w:trPr>
          <w:tblHeader/>
        </w:trPr>
        <w:tc>
          <w:tcPr>
            <w:tcW w:w="1170" w:type="dxa"/>
            <w:shd w:val="clear" w:color="auto" w:fill="D9E2F3"/>
            <w:tcMar>
              <w:top w:w="20" w:type="dxa"/>
              <w:left w:w="50" w:type="dxa"/>
              <w:bottom w:w="20" w:type="dxa"/>
              <w:right w:w="50" w:type="dxa"/>
            </w:tcMar>
          </w:tcPr>
          <w:p w14:paraId="4270E46F" w14:textId="77777777" w:rsidR="00292F36" w:rsidRDefault="00000000">
            <w:r>
              <w:rPr>
                <w:b/>
                <w:sz w:val="16"/>
              </w:rPr>
              <w:t>Response</w:t>
            </w:r>
          </w:p>
        </w:tc>
        <w:tc>
          <w:tcPr>
            <w:tcW w:w="1170" w:type="dxa"/>
            <w:shd w:val="clear" w:color="auto" w:fill="D9E2F3"/>
            <w:tcMar>
              <w:top w:w="20" w:type="dxa"/>
              <w:left w:w="50" w:type="dxa"/>
              <w:bottom w:w="20" w:type="dxa"/>
              <w:right w:w="50" w:type="dxa"/>
            </w:tcMar>
          </w:tcPr>
          <w:p w14:paraId="7FF84CF0" w14:textId="77777777" w:rsidR="00292F36" w:rsidRDefault="00000000">
            <w:r>
              <w:rPr>
                <w:b/>
                <w:sz w:val="16"/>
              </w:rPr>
              <w:t>Predictor</w:t>
            </w:r>
          </w:p>
        </w:tc>
        <w:tc>
          <w:tcPr>
            <w:tcW w:w="1170" w:type="dxa"/>
            <w:shd w:val="clear" w:color="auto" w:fill="D9E2F3"/>
            <w:tcMar>
              <w:top w:w="20" w:type="dxa"/>
              <w:left w:w="50" w:type="dxa"/>
              <w:bottom w:w="20" w:type="dxa"/>
              <w:right w:w="50" w:type="dxa"/>
            </w:tcMar>
          </w:tcPr>
          <w:p w14:paraId="73AC927D" w14:textId="77777777" w:rsidR="00292F36" w:rsidRDefault="00000000">
            <w:r>
              <w:rPr>
                <w:b/>
                <w:sz w:val="16"/>
              </w:rPr>
              <w:t>estimate</w:t>
            </w:r>
          </w:p>
        </w:tc>
        <w:tc>
          <w:tcPr>
            <w:tcW w:w="1170" w:type="dxa"/>
            <w:shd w:val="clear" w:color="auto" w:fill="D9E2F3"/>
            <w:tcMar>
              <w:top w:w="20" w:type="dxa"/>
              <w:left w:w="50" w:type="dxa"/>
              <w:bottom w:w="20" w:type="dxa"/>
              <w:right w:w="50" w:type="dxa"/>
            </w:tcMar>
          </w:tcPr>
          <w:p w14:paraId="3E7CB6A1" w14:textId="77777777" w:rsidR="00292F36" w:rsidRDefault="00000000">
            <w:r>
              <w:rPr>
                <w:b/>
                <w:sz w:val="16"/>
              </w:rPr>
              <w:t>se</w:t>
            </w:r>
          </w:p>
        </w:tc>
        <w:tc>
          <w:tcPr>
            <w:tcW w:w="1170" w:type="dxa"/>
            <w:shd w:val="clear" w:color="auto" w:fill="D9E2F3"/>
            <w:tcMar>
              <w:top w:w="20" w:type="dxa"/>
              <w:left w:w="50" w:type="dxa"/>
              <w:bottom w:w="20" w:type="dxa"/>
              <w:right w:w="50" w:type="dxa"/>
            </w:tcMar>
          </w:tcPr>
          <w:p w14:paraId="517703A5" w14:textId="77777777" w:rsidR="00292F36" w:rsidRDefault="00000000">
            <w:r>
              <w:rPr>
                <w:b/>
                <w:sz w:val="16"/>
              </w:rPr>
              <w:t>p</w:t>
            </w:r>
          </w:p>
        </w:tc>
        <w:tc>
          <w:tcPr>
            <w:tcW w:w="1170" w:type="dxa"/>
            <w:shd w:val="clear" w:color="auto" w:fill="D9E2F3"/>
            <w:tcMar>
              <w:top w:w="20" w:type="dxa"/>
              <w:left w:w="50" w:type="dxa"/>
              <w:bottom w:w="20" w:type="dxa"/>
              <w:right w:w="50" w:type="dxa"/>
            </w:tcMar>
          </w:tcPr>
          <w:p w14:paraId="5DD3C3E1" w14:textId="77777777" w:rsidR="00292F36" w:rsidRDefault="00000000">
            <w:r>
              <w:rPr>
                <w:b/>
                <w:sz w:val="16"/>
              </w:rPr>
              <w:t>CI_low</w:t>
            </w:r>
          </w:p>
        </w:tc>
        <w:tc>
          <w:tcPr>
            <w:tcW w:w="1170" w:type="dxa"/>
            <w:shd w:val="clear" w:color="auto" w:fill="D9E2F3"/>
            <w:tcMar>
              <w:top w:w="20" w:type="dxa"/>
              <w:left w:w="50" w:type="dxa"/>
              <w:bottom w:w="20" w:type="dxa"/>
              <w:right w:w="50" w:type="dxa"/>
            </w:tcMar>
          </w:tcPr>
          <w:p w14:paraId="200E8102" w14:textId="77777777" w:rsidR="00292F36" w:rsidRDefault="00000000">
            <w:r>
              <w:rPr>
                <w:b/>
                <w:sz w:val="16"/>
              </w:rPr>
              <w:t>CI_high</w:t>
            </w:r>
          </w:p>
        </w:tc>
        <w:tc>
          <w:tcPr>
            <w:tcW w:w="1170" w:type="dxa"/>
            <w:shd w:val="clear" w:color="auto" w:fill="D9E2F3"/>
            <w:tcMar>
              <w:top w:w="20" w:type="dxa"/>
              <w:left w:w="50" w:type="dxa"/>
              <w:bottom w:w="20" w:type="dxa"/>
              <w:right w:w="50" w:type="dxa"/>
            </w:tcMar>
          </w:tcPr>
          <w:p w14:paraId="6777DD46" w14:textId="77777777" w:rsidR="00292F36" w:rsidRDefault="00000000">
            <w:r>
              <w:rPr>
                <w:b/>
                <w:sz w:val="16"/>
              </w:rPr>
              <w:t>sig</w:t>
            </w:r>
          </w:p>
        </w:tc>
      </w:tr>
      <w:tr w:rsidR="00292F36" w14:paraId="4632CDBA" w14:textId="77777777">
        <w:tc>
          <w:tcPr>
            <w:tcW w:w="1170" w:type="dxa"/>
            <w:tcMar>
              <w:top w:w="20" w:type="dxa"/>
              <w:left w:w="50" w:type="dxa"/>
              <w:bottom w:w="20" w:type="dxa"/>
              <w:right w:w="50" w:type="dxa"/>
            </w:tcMar>
          </w:tcPr>
          <w:p w14:paraId="0D530899" w14:textId="77777777" w:rsidR="00292F36" w:rsidRDefault="00000000">
            <w:r>
              <w:rPr>
                <w:sz w:val="16"/>
              </w:rPr>
              <w:t>Calcium</w:t>
            </w:r>
          </w:p>
        </w:tc>
        <w:tc>
          <w:tcPr>
            <w:tcW w:w="1170" w:type="dxa"/>
            <w:tcMar>
              <w:top w:w="20" w:type="dxa"/>
              <w:left w:w="50" w:type="dxa"/>
              <w:bottom w:w="20" w:type="dxa"/>
              <w:right w:w="50" w:type="dxa"/>
            </w:tcMar>
          </w:tcPr>
          <w:p w14:paraId="457D7DD2" w14:textId="77777777" w:rsidR="00292F36" w:rsidRDefault="00000000">
            <w:r>
              <w:rPr>
                <w:sz w:val="16"/>
              </w:rPr>
              <w:t>Depth</w:t>
            </w:r>
          </w:p>
        </w:tc>
        <w:tc>
          <w:tcPr>
            <w:tcW w:w="1170" w:type="dxa"/>
            <w:tcMar>
              <w:top w:w="20" w:type="dxa"/>
              <w:left w:w="50" w:type="dxa"/>
              <w:bottom w:w="20" w:type="dxa"/>
              <w:right w:w="50" w:type="dxa"/>
            </w:tcMar>
          </w:tcPr>
          <w:p w14:paraId="7A50A984" w14:textId="77777777" w:rsidR="00292F36" w:rsidRDefault="00000000">
            <w:r>
              <w:rPr>
                <w:sz w:val="16"/>
              </w:rPr>
              <w:t>-0.0315</w:t>
            </w:r>
          </w:p>
        </w:tc>
        <w:tc>
          <w:tcPr>
            <w:tcW w:w="1170" w:type="dxa"/>
            <w:tcMar>
              <w:top w:w="20" w:type="dxa"/>
              <w:left w:w="50" w:type="dxa"/>
              <w:bottom w:w="20" w:type="dxa"/>
              <w:right w:w="50" w:type="dxa"/>
            </w:tcMar>
          </w:tcPr>
          <w:p w14:paraId="0384310E" w14:textId="77777777" w:rsidR="00292F36" w:rsidRDefault="00000000">
            <w:r>
              <w:rPr>
                <w:sz w:val="16"/>
              </w:rPr>
              <w:t>0.0184</w:t>
            </w:r>
          </w:p>
        </w:tc>
        <w:tc>
          <w:tcPr>
            <w:tcW w:w="1170" w:type="dxa"/>
            <w:tcMar>
              <w:top w:w="20" w:type="dxa"/>
              <w:left w:w="50" w:type="dxa"/>
              <w:bottom w:w="20" w:type="dxa"/>
              <w:right w:w="50" w:type="dxa"/>
            </w:tcMar>
          </w:tcPr>
          <w:p w14:paraId="015AA28F" w14:textId="77777777" w:rsidR="00292F36" w:rsidRDefault="00000000">
            <w:r>
              <w:rPr>
                <w:sz w:val="16"/>
              </w:rPr>
              <w:t>0.087</w:t>
            </w:r>
          </w:p>
        </w:tc>
        <w:tc>
          <w:tcPr>
            <w:tcW w:w="1170" w:type="dxa"/>
            <w:tcMar>
              <w:top w:w="20" w:type="dxa"/>
              <w:left w:w="50" w:type="dxa"/>
              <w:bottom w:w="20" w:type="dxa"/>
              <w:right w:w="50" w:type="dxa"/>
            </w:tcMar>
          </w:tcPr>
          <w:p w14:paraId="0D1AEB78" w14:textId="77777777" w:rsidR="00292F36" w:rsidRDefault="00000000">
            <w:r>
              <w:rPr>
                <w:sz w:val="16"/>
              </w:rPr>
              <w:t>-0.0675</w:t>
            </w:r>
          </w:p>
        </w:tc>
        <w:tc>
          <w:tcPr>
            <w:tcW w:w="1170" w:type="dxa"/>
            <w:tcMar>
              <w:top w:w="20" w:type="dxa"/>
              <w:left w:w="50" w:type="dxa"/>
              <w:bottom w:w="20" w:type="dxa"/>
              <w:right w:w="50" w:type="dxa"/>
            </w:tcMar>
          </w:tcPr>
          <w:p w14:paraId="5CC811D1" w14:textId="77777777" w:rsidR="00292F36" w:rsidRDefault="00000000">
            <w:r>
              <w:rPr>
                <w:sz w:val="16"/>
              </w:rPr>
              <w:t>0.0046</w:t>
            </w:r>
          </w:p>
        </w:tc>
        <w:tc>
          <w:tcPr>
            <w:tcW w:w="1170" w:type="dxa"/>
            <w:tcMar>
              <w:top w:w="20" w:type="dxa"/>
              <w:left w:w="50" w:type="dxa"/>
              <w:bottom w:w="20" w:type="dxa"/>
              <w:right w:w="50" w:type="dxa"/>
            </w:tcMar>
          </w:tcPr>
          <w:p w14:paraId="02605F40" w14:textId="77777777" w:rsidR="00292F36" w:rsidRDefault="00000000">
            <w:r>
              <w:rPr>
                <w:sz w:val="16"/>
              </w:rPr>
              <w:t>.</w:t>
            </w:r>
          </w:p>
        </w:tc>
      </w:tr>
      <w:tr w:rsidR="00292F36" w14:paraId="2F5D97E4" w14:textId="77777777">
        <w:tc>
          <w:tcPr>
            <w:tcW w:w="1170" w:type="dxa"/>
            <w:tcMar>
              <w:top w:w="20" w:type="dxa"/>
              <w:left w:w="50" w:type="dxa"/>
              <w:bottom w:w="20" w:type="dxa"/>
              <w:right w:w="50" w:type="dxa"/>
            </w:tcMar>
          </w:tcPr>
          <w:p w14:paraId="260B2A3F" w14:textId="77777777" w:rsidR="00292F36" w:rsidRDefault="00000000">
            <w:r>
              <w:rPr>
                <w:sz w:val="16"/>
              </w:rPr>
              <w:t>Calcium</w:t>
            </w:r>
          </w:p>
        </w:tc>
        <w:tc>
          <w:tcPr>
            <w:tcW w:w="1170" w:type="dxa"/>
            <w:tcMar>
              <w:top w:w="20" w:type="dxa"/>
              <w:left w:w="50" w:type="dxa"/>
              <w:bottom w:w="20" w:type="dxa"/>
              <w:right w:w="50" w:type="dxa"/>
            </w:tcMar>
          </w:tcPr>
          <w:p w14:paraId="15607CEB" w14:textId="77777777" w:rsidR="00292F36" w:rsidRDefault="00000000">
            <w:r>
              <w:rPr>
                <w:sz w:val="16"/>
              </w:rPr>
              <w:t>PC1</w:t>
            </w:r>
          </w:p>
        </w:tc>
        <w:tc>
          <w:tcPr>
            <w:tcW w:w="1170" w:type="dxa"/>
            <w:tcMar>
              <w:top w:w="20" w:type="dxa"/>
              <w:left w:w="50" w:type="dxa"/>
              <w:bottom w:w="20" w:type="dxa"/>
              <w:right w:w="50" w:type="dxa"/>
            </w:tcMar>
          </w:tcPr>
          <w:p w14:paraId="31A50888" w14:textId="77777777" w:rsidR="00292F36" w:rsidRDefault="00000000">
            <w:r>
              <w:rPr>
                <w:sz w:val="16"/>
              </w:rPr>
              <w:t>0.0257</w:t>
            </w:r>
          </w:p>
        </w:tc>
        <w:tc>
          <w:tcPr>
            <w:tcW w:w="1170" w:type="dxa"/>
            <w:tcMar>
              <w:top w:w="20" w:type="dxa"/>
              <w:left w:w="50" w:type="dxa"/>
              <w:bottom w:w="20" w:type="dxa"/>
              <w:right w:w="50" w:type="dxa"/>
            </w:tcMar>
          </w:tcPr>
          <w:p w14:paraId="234515FC" w14:textId="77777777" w:rsidR="00292F36" w:rsidRDefault="00000000">
            <w:r>
              <w:rPr>
                <w:sz w:val="16"/>
              </w:rPr>
              <w:t>0.0182</w:t>
            </w:r>
          </w:p>
        </w:tc>
        <w:tc>
          <w:tcPr>
            <w:tcW w:w="1170" w:type="dxa"/>
            <w:tcMar>
              <w:top w:w="20" w:type="dxa"/>
              <w:left w:w="50" w:type="dxa"/>
              <w:bottom w:w="20" w:type="dxa"/>
              <w:right w:w="50" w:type="dxa"/>
            </w:tcMar>
          </w:tcPr>
          <w:p w14:paraId="2C693073" w14:textId="77777777" w:rsidR="00292F36" w:rsidRDefault="00000000">
            <w:r>
              <w:rPr>
                <w:sz w:val="16"/>
              </w:rPr>
              <w:t>0.157</w:t>
            </w:r>
          </w:p>
        </w:tc>
        <w:tc>
          <w:tcPr>
            <w:tcW w:w="1170" w:type="dxa"/>
            <w:tcMar>
              <w:top w:w="20" w:type="dxa"/>
              <w:left w:w="50" w:type="dxa"/>
              <w:bottom w:w="20" w:type="dxa"/>
              <w:right w:w="50" w:type="dxa"/>
            </w:tcMar>
          </w:tcPr>
          <w:p w14:paraId="5A7485B1" w14:textId="77777777" w:rsidR="00292F36" w:rsidRDefault="00000000">
            <w:r>
              <w:rPr>
                <w:sz w:val="16"/>
              </w:rPr>
              <w:t>-0.0099</w:t>
            </w:r>
          </w:p>
        </w:tc>
        <w:tc>
          <w:tcPr>
            <w:tcW w:w="1170" w:type="dxa"/>
            <w:tcMar>
              <w:top w:w="20" w:type="dxa"/>
              <w:left w:w="50" w:type="dxa"/>
              <w:bottom w:w="20" w:type="dxa"/>
              <w:right w:w="50" w:type="dxa"/>
            </w:tcMar>
          </w:tcPr>
          <w:p w14:paraId="4339AFF1" w14:textId="77777777" w:rsidR="00292F36" w:rsidRDefault="00000000">
            <w:r>
              <w:rPr>
                <w:sz w:val="16"/>
              </w:rPr>
              <w:t>0.0614</w:t>
            </w:r>
          </w:p>
        </w:tc>
        <w:tc>
          <w:tcPr>
            <w:tcW w:w="1170" w:type="dxa"/>
            <w:tcMar>
              <w:top w:w="20" w:type="dxa"/>
              <w:left w:w="50" w:type="dxa"/>
              <w:bottom w:w="20" w:type="dxa"/>
              <w:right w:w="50" w:type="dxa"/>
            </w:tcMar>
          </w:tcPr>
          <w:p w14:paraId="171F85D2" w14:textId="77777777" w:rsidR="00292F36" w:rsidRDefault="00292F36"/>
        </w:tc>
      </w:tr>
      <w:tr w:rsidR="00292F36" w14:paraId="1FB49BD9" w14:textId="77777777">
        <w:tc>
          <w:tcPr>
            <w:tcW w:w="1170" w:type="dxa"/>
            <w:tcMar>
              <w:top w:w="20" w:type="dxa"/>
              <w:left w:w="50" w:type="dxa"/>
              <w:bottom w:w="20" w:type="dxa"/>
              <w:right w:w="50" w:type="dxa"/>
            </w:tcMar>
          </w:tcPr>
          <w:p w14:paraId="3498CE0F" w14:textId="77777777" w:rsidR="00292F36" w:rsidRDefault="00000000">
            <w:r>
              <w:rPr>
                <w:sz w:val="16"/>
              </w:rPr>
              <w:t>Calcium</w:t>
            </w:r>
          </w:p>
        </w:tc>
        <w:tc>
          <w:tcPr>
            <w:tcW w:w="1170" w:type="dxa"/>
            <w:tcMar>
              <w:top w:w="20" w:type="dxa"/>
              <w:left w:w="50" w:type="dxa"/>
              <w:bottom w:w="20" w:type="dxa"/>
              <w:right w:w="50" w:type="dxa"/>
            </w:tcMar>
          </w:tcPr>
          <w:p w14:paraId="6525F32F" w14:textId="77777777" w:rsidR="00292F36" w:rsidRDefault="00000000">
            <w:r>
              <w:rPr>
                <w:sz w:val="16"/>
              </w:rPr>
              <w:t>PC2</w:t>
            </w:r>
          </w:p>
        </w:tc>
        <w:tc>
          <w:tcPr>
            <w:tcW w:w="1170" w:type="dxa"/>
            <w:tcMar>
              <w:top w:w="20" w:type="dxa"/>
              <w:left w:w="50" w:type="dxa"/>
              <w:bottom w:w="20" w:type="dxa"/>
              <w:right w:w="50" w:type="dxa"/>
            </w:tcMar>
          </w:tcPr>
          <w:p w14:paraId="7BEF34D4" w14:textId="77777777" w:rsidR="00292F36" w:rsidRDefault="00000000">
            <w:r>
              <w:rPr>
                <w:sz w:val="16"/>
              </w:rPr>
              <w:t>0.0262</w:t>
            </w:r>
          </w:p>
        </w:tc>
        <w:tc>
          <w:tcPr>
            <w:tcW w:w="1170" w:type="dxa"/>
            <w:tcMar>
              <w:top w:w="20" w:type="dxa"/>
              <w:left w:w="50" w:type="dxa"/>
              <w:bottom w:w="20" w:type="dxa"/>
              <w:right w:w="50" w:type="dxa"/>
            </w:tcMar>
          </w:tcPr>
          <w:p w14:paraId="22CA924B" w14:textId="77777777" w:rsidR="00292F36" w:rsidRDefault="00000000">
            <w:r>
              <w:rPr>
                <w:sz w:val="16"/>
              </w:rPr>
              <w:t>0.0171</w:t>
            </w:r>
          </w:p>
        </w:tc>
        <w:tc>
          <w:tcPr>
            <w:tcW w:w="1170" w:type="dxa"/>
            <w:tcMar>
              <w:top w:w="20" w:type="dxa"/>
              <w:left w:w="50" w:type="dxa"/>
              <w:bottom w:w="20" w:type="dxa"/>
              <w:right w:w="50" w:type="dxa"/>
            </w:tcMar>
          </w:tcPr>
          <w:p w14:paraId="505B02AA" w14:textId="77777777" w:rsidR="00292F36" w:rsidRDefault="00000000">
            <w:r>
              <w:rPr>
                <w:sz w:val="16"/>
              </w:rPr>
              <w:t>0.126</w:t>
            </w:r>
          </w:p>
        </w:tc>
        <w:tc>
          <w:tcPr>
            <w:tcW w:w="1170" w:type="dxa"/>
            <w:tcMar>
              <w:top w:w="20" w:type="dxa"/>
              <w:left w:w="50" w:type="dxa"/>
              <w:bottom w:w="20" w:type="dxa"/>
              <w:right w:w="50" w:type="dxa"/>
            </w:tcMar>
          </w:tcPr>
          <w:p w14:paraId="4E820F2B" w14:textId="77777777" w:rsidR="00292F36" w:rsidRDefault="00000000">
            <w:r>
              <w:rPr>
                <w:sz w:val="16"/>
              </w:rPr>
              <w:t>-0.0073</w:t>
            </w:r>
          </w:p>
        </w:tc>
        <w:tc>
          <w:tcPr>
            <w:tcW w:w="1170" w:type="dxa"/>
            <w:tcMar>
              <w:top w:w="20" w:type="dxa"/>
              <w:left w:w="50" w:type="dxa"/>
              <w:bottom w:w="20" w:type="dxa"/>
              <w:right w:w="50" w:type="dxa"/>
            </w:tcMar>
          </w:tcPr>
          <w:p w14:paraId="6E8CD589" w14:textId="77777777" w:rsidR="00292F36" w:rsidRDefault="00000000">
            <w:r>
              <w:rPr>
                <w:sz w:val="16"/>
              </w:rPr>
              <w:t>0.0597</w:t>
            </w:r>
          </w:p>
        </w:tc>
        <w:tc>
          <w:tcPr>
            <w:tcW w:w="1170" w:type="dxa"/>
            <w:tcMar>
              <w:top w:w="20" w:type="dxa"/>
              <w:left w:w="50" w:type="dxa"/>
              <w:bottom w:w="20" w:type="dxa"/>
              <w:right w:w="50" w:type="dxa"/>
            </w:tcMar>
          </w:tcPr>
          <w:p w14:paraId="2BE8DEB5" w14:textId="77777777" w:rsidR="00292F36" w:rsidRDefault="00292F36"/>
        </w:tc>
      </w:tr>
      <w:tr w:rsidR="00292F36" w14:paraId="47C15247" w14:textId="77777777">
        <w:tc>
          <w:tcPr>
            <w:tcW w:w="1170" w:type="dxa"/>
            <w:tcMar>
              <w:top w:w="20" w:type="dxa"/>
              <w:left w:w="50" w:type="dxa"/>
              <w:bottom w:w="20" w:type="dxa"/>
              <w:right w:w="50" w:type="dxa"/>
            </w:tcMar>
          </w:tcPr>
          <w:p w14:paraId="6ECBA25B" w14:textId="77777777" w:rsidR="00292F36" w:rsidRDefault="00000000">
            <w:r>
              <w:rPr>
                <w:sz w:val="16"/>
              </w:rPr>
              <w:t>Calcium</w:t>
            </w:r>
          </w:p>
        </w:tc>
        <w:tc>
          <w:tcPr>
            <w:tcW w:w="1170" w:type="dxa"/>
            <w:tcMar>
              <w:top w:w="20" w:type="dxa"/>
              <w:left w:w="50" w:type="dxa"/>
              <w:bottom w:w="20" w:type="dxa"/>
              <w:right w:w="50" w:type="dxa"/>
            </w:tcMar>
          </w:tcPr>
          <w:p w14:paraId="152064B0" w14:textId="77777777" w:rsidR="00292F36" w:rsidRDefault="00000000">
            <w:r>
              <w:rPr>
                <w:sz w:val="16"/>
              </w:rPr>
              <w:t>SST</w:t>
            </w:r>
          </w:p>
        </w:tc>
        <w:tc>
          <w:tcPr>
            <w:tcW w:w="1170" w:type="dxa"/>
            <w:tcMar>
              <w:top w:w="20" w:type="dxa"/>
              <w:left w:w="50" w:type="dxa"/>
              <w:bottom w:w="20" w:type="dxa"/>
              <w:right w:w="50" w:type="dxa"/>
            </w:tcMar>
          </w:tcPr>
          <w:p w14:paraId="16C36F82" w14:textId="77777777" w:rsidR="00292F36" w:rsidRDefault="00000000">
            <w:r>
              <w:rPr>
                <w:sz w:val="16"/>
              </w:rPr>
              <w:t>-0.0186</w:t>
            </w:r>
          </w:p>
        </w:tc>
        <w:tc>
          <w:tcPr>
            <w:tcW w:w="1170" w:type="dxa"/>
            <w:tcMar>
              <w:top w:w="20" w:type="dxa"/>
              <w:left w:w="50" w:type="dxa"/>
              <w:bottom w:w="20" w:type="dxa"/>
              <w:right w:w="50" w:type="dxa"/>
            </w:tcMar>
          </w:tcPr>
          <w:p w14:paraId="62999136" w14:textId="77777777" w:rsidR="00292F36" w:rsidRDefault="00000000">
            <w:r>
              <w:rPr>
                <w:sz w:val="16"/>
              </w:rPr>
              <w:t>0.0154</w:t>
            </w:r>
          </w:p>
        </w:tc>
        <w:tc>
          <w:tcPr>
            <w:tcW w:w="1170" w:type="dxa"/>
            <w:tcMar>
              <w:top w:w="20" w:type="dxa"/>
              <w:left w:w="50" w:type="dxa"/>
              <w:bottom w:w="20" w:type="dxa"/>
              <w:right w:w="50" w:type="dxa"/>
            </w:tcMar>
          </w:tcPr>
          <w:p w14:paraId="3864AD4B" w14:textId="77777777" w:rsidR="00292F36" w:rsidRDefault="00000000">
            <w:r>
              <w:rPr>
                <w:sz w:val="16"/>
              </w:rPr>
              <w:t>0.228</w:t>
            </w:r>
          </w:p>
        </w:tc>
        <w:tc>
          <w:tcPr>
            <w:tcW w:w="1170" w:type="dxa"/>
            <w:tcMar>
              <w:top w:w="20" w:type="dxa"/>
              <w:left w:w="50" w:type="dxa"/>
              <w:bottom w:w="20" w:type="dxa"/>
              <w:right w:w="50" w:type="dxa"/>
            </w:tcMar>
          </w:tcPr>
          <w:p w14:paraId="0958E693" w14:textId="77777777" w:rsidR="00292F36" w:rsidRDefault="00000000">
            <w:r>
              <w:rPr>
                <w:sz w:val="16"/>
              </w:rPr>
              <w:t>-0.0487</w:t>
            </w:r>
          </w:p>
        </w:tc>
        <w:tc>
          <w:tcPr>
            <w:tcW w:w="1170" w:type="dxa"/>
            <w:tcMar>
              <w:top w:w="20" w:type="dxa"/>
              <w:left w:w="50" w:type="dxa"/>
              <w:bottom w:w="20" w:type="dxa"/>
              <w:right w:w="50" w:type="dxa"/>
            </w:tcMar>
          </w:tcPr>
          <w:p w14:paraId="32923E17" w14:textId="77777777" w:rsidR="00292F36" w:rsidRDefault="00000000">
            <w:r>
              <w:rPr>
                <w:sz w:val="16"/>
              </w:rPr>
              <w:t>0.0116</w:t>
            </w:r>
          </w:p>
        </w:tc>
        <w:tc>
          <w:tcPr>
            <w:tcW w:w="1170" w:type="dxa"/>
            <w:tcMar>
              <w:top w:w="20" w:type="dxa"/>
              <w:left w:w="50" w:type="dxa"/>
              <w:bottom w:w="20" w:type="dxa"/>
              <w:right w:w="50" w:type="dxa"/>
            </w:tcMar>
          </w:tcPr>
          <w:p w14:paraId="2F64C409" w14:textId="77777777" w:rsidR="00292F36" w:rsidRDefault="00292F36"/>
        </w:tc>
      </w:tr>
      <w:tr w:rsidR="00292F36" w14:paraId="1B4A4143" w14:textId="77777777">
        <w:tc>
          <w:tcPr>
            <w:tcW w:w="1170" w:type="dxa"/>
            <w:tcMar>
              <w:top w:w="20" w:type="dxa"/>
              <w:left w:w="50" w:type="dxa"/>
              <w:bottom w:w="20" w:type="dxa"/>
              <w:right w:w="50" w:type="dxa"/>
            </w:tcMar>
          </w:tcPr>
          <w:p w14:paraId="5E7E52CB" w14:textId="77777777" w:rsidR="00292F36" w:rsidRDefault="00000000">
            <w:r>
              <w:rPr>
                <w:sz w:val="16"/>
              </w:rPr>
              <w:t>Calcium</w:t>
            </w:r>
          </w:p>
        </w:tc>
        <w:tc>
          <w:tcPr>
            <w:tcW w:w="1170" w:type="dxa"/>
            <w:tcMar>
              <w:top w:w="20" w:type="dxa"/>
              <w:left w:w="50" w:type="dxa"/>
              <w:bottom w:w="20" w:type="dxa"/>
              <w:right w:w="50" w:type="dxa"/>
            </w:tcMar>
          </w:tcPr>
          <w:p w14:paraId="2F3B3041" w14:textId="77777777" w:rsidR="00292F36" w:rsidRDefault="00000000">
            <w:r>
              <w:rPr>
                <w:sz w:val="16"/>
              </w:rPr>
              <w:t>chl</w:t>
            </w:r>
          </w:p>
        </w:tc>
        <w:tc>
          <w:tcPr>
            <w:tcW w:w="1170" w:type="dxa"/>
            <w:tcMar>
              <w:top w:w="20" w:type="dxa"/>
              <w:left w:w="50" w:type="dxa"/>
              <w:bottom w:w="20" w:type="dxa"/>
              <w:right w:w="50" w:type="dxa"/>
            </w:tcMar>
          </w:tcPr>
          <w:p w14:paraId="0CB706C8" w14:textId="77777777" w:rsidR="00292F36" w:rsidRDefault="00000000">
            <w:r>
              <w:rPr>
                <w:sz w:val="16"/>
              </w:rPr>
              <w:t>0.0152</w:t>
            </w:r>
          </w:p>
        </w:tc>
        <w:tc>
          <w:tcPr>
            <w:tcW w:w="1170" w:type="dxa"/>
            <w:tcMar>
              <w:top w:w="20" w:type="dxa"/>
              <w:left w:w="50" w:type="dxa"/>
              <w:bottom w:w="20" w:type="dxa"/>
              <w:right w:w="50" w:type="dxa"/>
            </w:tcMar>
          </w:tcPr>
          <w:p w14:paraId="648BDFF9" w14:textId="77777777" w:rsidR="00292F36" w:rsidRDefault="00000000">
            <w:r>
              <w:rPr>
                <w:sz w:val="16"/>
              </w:rPr>
              <w:t>0.0231</w:t>
            </w:r>
          </w:p>
        </w:tc>
        <w:tc>
          <w:tcPr>
            <w:tcW w:w="1170" w:type="dxa"/>
            <w:tcMar>
              <w:top w:w="20" w:type="dxa"/>
              <w:left w:w="50" w:type="dxa"/>
              <w:bottom w:w="20" w:type="dxa"/>
              <w:right w:w="50" w:type="dxa"/>
            </w:tcMar>
          </w:tcPr>
          <w:p w14:paraId="651C51EF" w14:textId="77777777" w:rsidR="00292F36" w:rsidRDefault="00000000">
            <w:r>
              <w:rPr>
                <w:sz w:val="16"/>
              </w:rPr>
              <w:t>0.51</w:t>
            </w:r>
          </w:p>
        </w:tc>
        <w:tc>
          <w:tcPr>
            <w:tcW w:w="1170" w:type="dxa"/>
            <w:tcMar>
              <w:top w:w="20" w:type="dxa"/>
              <w:left w:w="50" w:type="dxa"/>
              <w:bottom w:w="20" w:type="dxa"/>
              <w:right w:w="50" w:type="dxa"/>
            </w:tcMar>
          </w:tcPr>
          <w:p w14:paraId="0A802F0B" w14:textId="77777777" w:rsidR="00292F36" w:rsidRDefault="00000000">
            <w:r>
              <w:rPr>
                <w:sz w:val="16"/>
              </w:rPr>
              <w:t>-0.0301</w:t>
            </w:r>
          </w:p>
        </w:tc>
        <w:tc>
          <w:tcPr>
            <w:tcW w:w="1170" w:type="dxa"/>
            <w:tcMar>
              <w:top w:w="20" w:type="dxa"/>
              <w:left w:w="50" w:type="dxa"/>
              <w:bottom w:w="20" w:type="dxa"/>
              <w:right w:w="50" w:type="dxa"/>
            </w:tcMar>
          </w:tcPr>
          <w:p w14:paraId="72997E14" w14:textId="77777777" w:rsidR="00292F36" w:rsidRDefault="00000000">
            <w:r>
              <w:rPr>
                <w:sz w:val="16"/>
              </w:rPr>
              <w:t>0.0606</w:t>
            </w:r>
          </w:p>
        </w:tc>
        <w:tc>
          <w:tcPr>
            <w:tcW w:w="1170" w:type="dxa"/>
            <w:tcMar>
              <w:top w:w="20" w:type="dxa"/>
              <w:left w:w="50" w:type="dxa"/>
              <w:bottom w:w="20" w:type="dxa"/>
              <w:right w:w="50" w:type="dxa"/>
            </w:tcMar>
          </w:tcPr>
          <w:p w14:paraId="0586B13E" w14:textId="77777777" w:rsidR="00292F36" w:rsidRDefault="00292F36"/>
        </w:tc>
      </w:tr>
      <w:tr w:rsidR="00292F36" w14:paraId="614F1DDF" w14:textId="77777777">
        <w:tc>
          <w:tcPr>
            <w:tcW w:w="1170" w:type="dxa"/>
            <w:tcMar>
              <w:top w:w="20" w:type="dxa"/>
              <w:left w:w="50" w:type="dxa"/>
              <w:bottom w:w="20" w:type="dxa"/>
              <w:right w:w="50" w:type="dxa"/>
            </w:tcMar>
          </w:tcPr>
          <w:p w14:paraId="0AB6617D" w14:textId="77777777" w:rsidR="00292F36" w:rsidRDefault="00000000">
            <w:r>
              <w:rPr>
                <w:sz w:val="16"/>
              </w:rPr>
              <w:t>Iron</w:t>
            </w:r>
          </w:p>
        </w:tc>
        <w:tc>
          <w:tcPr>
            <w:tcW w:w="1170" w:type="dxa"/>
            <w:tcMar>
              <w:top w:w="20" w:type="dxa"/>
              <w:left w:w="50" w:type="dxa"/>
              <w:bottom w:w="20" w:type="dxa"/>
              <w:right w:w="50" w:type="dxa"/>
            </w:tcMar>
          </w:tcPr>
          <w:p w14:paraId="11C6AA17" w14:textId="77777777" w:rsidR="00292F36" w:rsidRDefault="00000000">
            <w:r>
              <w:rPr>
                <w:sz w:val="16"/>
              </w:rPr>
              <w:t>Depth</w:t>
            </w:r>
          </w:p>
        </w:tc>
        <w:tc>
          <w:tcPr>
            <w:tcW w:w="1170" w:type="dxa"/>
            <w:tcMar>
              <w:top w:w="20" w:type="dxa"/>
              <w:left w:w="50" w:type="dxa"/>
              <w:bottom w:w="20" w:type="dxa"/>
              <w:right w:w="50" w:type="dxa"/>
            </w:tcMar>
          </w:tcPr>
          <w:p w14:paraId="0D77F83E" w14:textId="77777777" w:rsidR="00292F36" w:rsidRDefault="00000000">
            <w:r>
              <w:rPr>
                <w:sz w:val="16"/>
              </w:rPr>
              <w:t>-0.019</w:t>
            </w:r>
          </w:p>
        </w:tc>
        <w:tc>
          <w:tcPr>
            <w:tcW w:w="1170" w:type="dxa"/>
            <w:tcMar>
              <w:top w:w="20" w:type="dxa"/>
              <w:left w:w="50" w:type="dxa"/>
              <w:bottom w:w="20" w:type="dxa"/>
              <w:right w:w="50" w:type="dxa"/>
            </w:tcMar>
          </w:tcPr>
          <w:p w14:paraId="4E7B2BBA" w14:textId="77777777" w:rsidR="00292F36" w:rsidRDefault="00000000">
            <w:r>
              <w:rPr>
                <w:sz w:val="16"/>
              </w:rPr>
              <w:t>0.0115</w:t>
            </w:r>
          </w:p>
        </w:tc>
        <w:tc>
          <w:tcPr>
            <w:tcW w:w="1170" w:type="dxa"/>
            <w:tcMar>
              <w:top w:w="20" w:type="dxa"/>
              <w:left w:w="50" w:type="dxa"/>
              <w:bottom w:w="20" w:type="dxa"/>
              <w:right w:w="50" w:type="dxa"/>
            </w:tcMar>
          </w:tcPr>
          <w:p w14:paraId="66496A2A" w14:textId="77777777" w:rsidR="00292F36" w:rsidRDefault="00000000">
            <w:r>
              <w:rPr>
                <w:sz w:val="16"/>
              </w:rPr>
              <w:t>0.0981</w:t>
            </w:r>
          </w:p>
        </w:tc>
        <w:tc>
          <w:tcPr>
            <w:tcW w:w="1170" w:type="dxa"/>
            <w:tcMar>
              <w:top w:w="20" w:type="dxa"/>
              <w:left w:w="50" w:type="dxa"/>
              <w:bottom w:w="20" w:type="dxa"/>
              <w:right w:w="50" w:type="dxa"/>
            </w:tcMar>
          </w:tcPr>
          <w:p w14:paraId="297AC72B" w14:textId="77777777" w:rsidR="00292F36" w:rsidRDefault="00000000">
            <w:r>
              <w:rPr>
                <w:sz w:val="16"/>
              </w:rPr>
              <w:t>-0.0415</w:t>
            </w:r>
          </w:p>
        </w:tc>
        <w:tc>
          <w:tcPr>
            <w:tcW w:w="1170" w:type="dxa"/>
            <w:tcMar>
              <w:top w:w="20" w:type="dxa"/>
              <w:left w:w="50" w:type="dxa"/>
              <w:bottom w:w="20" w:type="dxa"/>
              <w:right w:w="50" w:type="dxa"/>
            </w:tcMar>
          </w:tcPr>
          <w:p w14:paraId="66378467" w14:textId="77777777" w:rsidR="00292F36" w:rsidRDefault="00000000">
            <w:r>
              <w:rPr>
                <w:sz w:val="16"/>
              </w:rPr>
              <w:t>0.0035</w:t>
            </w:r>
          </w:p>
        </w:tc>
        <w:tc>
          <w:tcPr>
            <w:tcW w:w="1170" w:type="dxa"/>
            <w:tcMar>
              <w:top w:w="20" w:type="dxa"/>
              <w:left w:w="50" w:type="dxa"/>
              <w:bottom w:w="20" w:type="dxa"/>
              <w:right w:w="50" w:type="dxa"/>
            </w:tcMar>
          </w:tcPr>
          <w:p w14:paraId="7ADF3DB4" w14:textId="77777777" w:rsidR="00292F36" w:rsidRDefault="00000000">
            <w:r>
              <w:rPr>
                <w:sz w:val="16"/>
              </w:rPr>
              <w:t>.</w:t>
            </w:r>
          </w:p>
        </w:tc>
      </w:tr>
      <w:tr w:rsidR="00292F36" w14:paraId="21BD26F2" w14:textId="77777777">
        <w:tc>
          <w:tcPr>
            <w:tcW w:w="1170" w:type="dxa"/>
            <w:tcMar>
              <w:top w:w="20" w:type="dxa"/>
              <w:left w:w="50" w:type="dxa"/>
              <w:bottom w:w="20" w:type="dxa"/>
              <w:right w:w="50" w:type="dxa"/>
            </w:tcMar>
          </w:tcPr>
          <w:p w14:paraId="3339DB0A" w14:textId="77777777" w:rsidR="00292F36" w:rsidRDefault="00000000">
            <w:r>
              <w:rPr>
                <w:sz w:val="16"/>
              </w:rPr>
              <w:t>Iron</w:t>
            </w:r>
          </w:p>
        </w:tc>
        <w:tc>
          <w:tcPr>
            <w:tcW w:w="1170" w:type="dxa"/>
            <w:tcMar>
              <w:top w:w="20" w:type="dxa"/>
              <w:left w:w="50" w:type="dxa"/>
              <w:bottom w:w="20" w:type="dxa"/>
              <w:right w:w="50" w:type="dxa"/>
            </w:tcMar>
          </w:tcPr>
          <w:p w14:paraId="4D94DF1B" w14:textId="77777777" w:rsidR="00292F36" w:rsidRDefault="00000000">
            <w:r>
              <w:rPr>
                <w:sz w:val="16"/>
              </w:rPr>
              <w:t>PC1</w:t>
            </w:r>
          </w:p>
        </w:tc>
        <w:tc>
          <w:tcPr>
            <w:tcW w:w="1170" w:type="dxa"/>
            <w:tcMar>
              <w:top w:w="20" w:type="dxa"/>
              <w:left w:w="50" w:type="dxa"/>
              <w:bottom w:w="20" w:type="dxa"/>
              <w:right w:w="50" w:type="dxa"/>
            </w:tcMar>
          </w:tcPr>
          <w:p w14:paraId="633FEBCB" w14:textId="77777777" w:rsidR="00292F36" w:rsidRDefault="00000000">
            <w:r>
              <w:rPr>
                <w:sz w:val="16"/>
              </w:rPr>
              <w:t>0.0124</w:t>
            </w:r>
          </w:p>
        </w:tc>
        <w:tc>
          <w:tcPr>
            <w:tcW w:w="1170" w:type="dxa"/>
            <w:tcMar>
              <w:top w:w="20" w:type="dxa"/>
              <w:left w:w="50" w:type="dxa"/>
              <w:bottom w:w="20" w:type="dxa"/>
              <w:right w:w="50" w:type="dxa"/>
            </w:tcMar>
          </w:tcPr>
          <w:p w14:paraId="2645B48C" w14:textId="77777777" w:rsidR="00292F36" w:rsidRDefault="00000000">
            <w:r>
              <w:rPr>
                <w:sz w:val="16"/>
              </w:rPr>
              <w:t>0.0121</w:t>
            </w:r>
          </w:p>
        </w:tc>
        <w:tc>
          <w:tcPr>
            <w:tcW w:w="1170" w:type="dxa"/>
            <w:tcMar>
              <w:top w:w="20" w:type="dxa"/>
              <w:left w:w="50" w:type="dxa"/>
              <w:bottom w:w="20" w:type="dxa"/>
              <w:right w:w="50" w:type="dxa"/>
            </w:tcMar>
          </w:tcPr>
          <w:p w14:paraId="5B2C249E" w14:textId="77777777" w:rsidR="00292F36" w:rsidRDefault="00000000">
            <w:r>
              <w:rPr>
                <w:sz w:val="16"/>
              </w:rPr>
              <w:t>0.306</w:t>
            </w:r>
          </w:p>
        </w:tc>
        <w:tc>
          <w:tcPr>
            <w:tcW w:w="1170" w:type="dxa"/>
            <w:tcMar>
              <w:top w:w="20" w:type="dxa"/>
              <w:left w:w="50" w:type="dxa"/>
              <w:bottom w:w="20" w:type="dxa"/>
              <w:right w:w="50" w:type="dxa"/>
            </w:tcMar>
          </w:tcPr>
          <w:p w14:paraId="47859F5C" w14:textId="77777777" w:rsidR="00292F36" w:rsidRDefault="00000000">
            <w:r>
              <w:rPr>
                <w:sz w:val="16"/>
              </w:rPr>
              <w:t>-0.0113</w:t>
            </w:r>
          </w:p>
        </w:tc>
        <w:tc>
          <w:tcPr>
            <w:tcW w:w="1170" w:type="dxa"/>
            <w:tcMar>
              <w:top w:w="20" w:type="dxa"/>
              <w:left w:w="50" w:type="dxa"/>
              <w:bottom w:w="20" w:type="dxa"/>
              <w:right w:w="50" w:type="dxa"/>
            </w:tcMar>
          </w:tcPr>
          <w:p w14:paraId="6C3F5DB7" w14:textId="77777777" w:rsidR="00292F36" w:rsidRDefault="00000000">
            <w:r>
              <w:rPr>
                <w:sz w:val="16"/>
              </w:rPr>
              <w:t>0.0361</w:t>
            </w:r>
          </w:p>
        </w:tc>
        <w:tc>
          <w:tcPr>
            <w:tcW w:w="1170" w:type="dxa"/>
            <w:tcMar>
              <w:top w:w="20" w:type="dxa"/>
              <w:left w:w="50" w:type="dxa"/>
              <w:bottom w:w="20" w:type="dxa"/>
              <w:right w:w="50" w:type="dxa"/>
            </w:tcMar>
          </w:tcPr>
          <w:p w14:paraId="55FB38C1" w14:textId="77777777" w:rsidR="00292F36" w:rsidRDefault="00292F36"/>
        </w:tc>
      </w:tr>
      <w:tr w:rsidR="00292F36" w14:paraId="5323BE39" w14:textId="77777777">
        <w:tc>
          <w:tcPr>
            <w:tcW w:w="1170" w:type="dxa"/>
            <w:tcMar>
              <w:top w:w="20" w:type="dxa"/>
              <w:left w:w="50" w:type="dxa"/>
              <w:bottom w:w="20" w:type="dxa"/>
              <w:right w:w="50" w:type="dxa"/>
            </w:tcMar>
          </w:tcPr>
          <w:p w14:paraId="708BDBCA" w14:textId="77777777" w:rsidR="00292F36" w:rsidRDefault="00000000">
            <w:r>
              <w:rPr>
                <w:sz w:val="16"/>
              </w:rPr>
              <w:t>Iron</w:t>
            </w:r>
          </w:p>
        </w:tc>
        <w:tc>
          <w:tcPr>
            <w:tcW w:w="1170" w:type="dxa"/>
            <w:tcMar>
              <w:top w:w="20" w:type="dxa"/>
              <w:left w:w="50" w:type="dxa"/>
              <w:bottom w:w="20" w:type="dxa"/>
              <w:right w:w="50" w:type="dxa"/>
            </w:tcMar>
          </w:tcPr>
          <w:p w14:paraId="407BD855" w14:textId="77777777" w:rsidR="00292F36" w:rsidRDefault="00000000">
            <w:r>
              <w:rPr>
                <w:sz w:val="16"/>
              </w:rPr>
              <w:t>PC2</w:t>
            </w:r>
          </w:p>
        </w:tc>
        <w:tc>
          <w:tcPr>
            <w:tcW w:w="1170" w:type="dxa"/>
            <w:tcMar>
              <w:top w:w="20" w:type="dxa"/>
              <w:left w:w="50" w:type="dxa"/>
              <w:bottom w:w="20" w:type="dxa"/>
              <w:right w:w="50" w:type="dxa"/>
            </w:tcMar>
          </w:tcPr>
          <w:p w14:paraId="6A2709C5" w14:textId="77777777" w:rsidR="00292F36" w:rsidRDefault="00000000">
            <w:r>
              <w:rPr>
                <w:sz w:val="16"/>
              </w:rPr>
              <w:t>0.0037</w:t>
            </w:r>
          </w:p>
        </w:tc>
        <w:tc>
          <w:tcPr>
            <w:tcW w:w="1170" w:type="dxa"/>
            <w:tcMar>
              <w:top w:w="20" w:type="dxa"/>
              <w:left w:w="50" w:type="dxa"/>
              <w:bottom w:w="20" w:type="dxa"/>
              <w:right w:w="50" w:type="dxa"/>
            </w:tcMar>
          </w:tcPr>
          <w:p w14:paraId="76AEC30C" w14:textId="77777777" w:rsidR="00292F36" w:rsidRDefault="00000000">
            <w:r>
              <w:rPr>
                <w:sz w:val="16"/>
              </w:rPr>
              <w:t>0.011</w:t>
            </w:r>
          </w:p>
        </w:tc>
        <w:tc>
          <w:tcPr>
            <w:tcW w:w="1170" w:type="dxa"/>
            <w:tcMar>
              <w:top w:w="20" w:type="dxa"/>
              <w:left w:w="50" w:type="dxa"/>
              <w:bottom w:w="20" w:type="dxa"/>
              <w:right w:w="50" w:type="dxa"/>
            </w:tcMar>
          </w:tcPr>
          <w:p w14:paraId="297DA68F" w14:textId="77777777" w:rsidR="00292F36" w:rsidRDefault="00000000">
            <w:r>
              <w:rPr>
                <w:sz w:val="16"/>
              </w:rPr>
              <w:t>0.734</w:t>
            </w:r>
          </w:p>
        </w:tc>
        <w:tc>
          <w:tcPr>
            <w:tcW w:w="1170" w:type="dxa"/>
            <w:tcMar>
              <w:top w:w="20" w:type="dxa"/>
              <w:left w:w="50" w:type="dxa"/>
              <w:bottom w:w="20" w:type="dxa"/>
              <w:right w:w="50" w:type="dxa"/>
            </w:tcMar>
          </w:tcPr>
          <w:p w14:paraId="546B97E3" w14:textId="77777777" w:rsidR="00292F36" w:rsidRDefault="00000000">
            <w:r>
              <w:rPr>
                <w:sz w:val="16"/>
              </w:rPr>
              <w:t>-0.0179</w:t>
            </w:r>
          </w:p>
        </w:tc>
        <w:tc>
          <w:tcPr>
            <w:tcW w:w="1170" w:type="dxa"/>
            <w:tcMar>
              <w:top w:w="20" w:type="dxa"/>
              <w:left w:w="50" w:type="dxa"/>
              <w:bottom w:w="20" w:type="dxa"/>
              <w:right w:w="50" w:type="dxa"/>
            </w:tcMar>
          </w:tcPr>
          <w:p w14:paraId="3EAEB46F" w14:textId="77777777" w:rsidR="00292F36" w:rsidRDefault="00000000">
            <w:r>
              <w:rPr>
                <w:sz w:val="16"/>
              </w:rPr>
              <w:t>0.0254</w:t>
            </w:r>
          </w:p>
        </w:tc>
        <w:tc>
          <w:tcPr>
            <w:tcW w:w="1170" w:type="dxa"/>
            <w:tcMar>
              <w:top w:w="20" w:type="dxa"/>
              <w:left w:w="50" w:type="dxa"/>
              <w:bottom w:w="20" w:type="dxa"/>
              <w:right w:w="50" w:type="dxa"/>
            </w:tcMar>
          </w:tcPr>
          <w:p w14:paraId="4F4CDF6A" w14:textId="77777777" w:rsidR="00292F36" w:rsidRDefault="00292F36"/>
        </w:tc>
      </w:tr>
      <w:tr w:rsidR="00292F36" w14:paraId="647739F7" w14:textId="77777777">
        <w:tc>
          <w:tcPr>
            <w:tcW w:w="1170" w:type="dxa"/>
            <w:tcMar>
              <w:top w:w="20" w:type="dxa"/>
              <w:left w:w="50" w:type="dxa"/>
              <w:bottom w:w="20" w:type="dxa"/>
              <w:right w:w="50" w:type="dxa"/>
            </w:tcMar>
          </w:tcPr>
          <w:p w14:paraId="1D456CF2" w14:textId="77777777" w:rsidR="00292F36" w:rsidRDefault="00000000">
            <w:r>
              <w:rPr>
                <w:sz w:val="16"/>
              </w:rPr>
              <w:t>Iron</w:t>
            </w:r>
          </w:p>
        </w:tc>
        <w:tc>
          <w:tcPr>
            <w:tcW w:w="1170" w:type="dxa"/>
            <w:tcMar>
              <w:top w:w="20" w:type="dxa"/>
              <w:left w:w="50" w:type="dxa"/>
              <w:bottom w:w="20" w:type="dxa"/>
              <w:right w:w="50" w:type="dxa"/>
            </w:tcMar>
          </w:tcPr>
          <w:p w14:paraId="0B714A65" w14:textId="77777777" w:rsidR="00292F36" w:rsidRDefault="00000000">
            <w:r>
              <w:rPr>
                <w:sz w:val="16"/>
              </w:rPr>
              <w:t>SST</w:t>
            </w:r>
          </w:p>
        </w:tc>
        <w:tc>
          <w:tcPr>
            <w:tcW w:w="1170" w:type="dxa"/>
            <w:tcMar>
              <w:top w:w="20" w:type="dxa"/>
              <w:left w:w="50" w:type="dxa"/>
              <w:bottom w:w="20" w:type="dxa"/>
              <w:right w:w="50" w:type="dxa"/>
            </w:tcMar>
          </w:tcPr>
          <w:p w14:paraId="143FCD4D" w14:textId="77777777" w:rsidR="00292F36" w:rsidRDefault="00000000">
            <w:r>
              <w:rPr>
                <w:sz w:val="16"/>
              </w:rPr>
              <w:t>-0.0089</w:t>
            </w:r>
          </w:p>
        </w:tc>
        <w:tc>
          <w:tcPr>
            <w:tcW w:w="1170" w:type="dxa"/>
            <w:tcMar>
              <w:top w:w="20" w:type="dxa"/>
              <w:left w:w="50" w:type="dxa"/>
              <w:bottom w:w="20" w:type="dxa"/>
              <w:right w:w="50" w:type="dxa"/>
            </w:tcMar>
          </w:tcPr>
          <w:p w14:paraId="6EB3B6D2" w14:textId="77777777" w:rsidR="00292F36" w:rsidRDefault="00000000">
            <w:r>
              <w:rPr>
                <w:sz w:val="16"/>
              </w:rPr>
              <w:t>0.0098</w:t>
            </w:r>
          </w:p>
        </w:tc>
        <w:tc>
          <w:tcPr>
            <w:tcW w:w="1170" w:type="dxa"/>
            <w:tcMar>
              <w:top w:w="20" w:type="dxa"/>
              <w:left w:w="50" w:type="dxa"/>
              <w:bottom w:w="20" w:type="dxa"/>
              <w:right w:w="50" w:type="dxa"/>
            </w:tcMar>
          </w:tcPr>
          <w:p w14:paraId="7F798ACD" w14:textId="77777777" w:rsidR="00292F36" w:rsidRDefault="00000000">
            <w:r>
              <w:rPr>
                <w:sz w:val="16"/>
              </w:rPr>
              <w:t>0.359</w:t>
            </w:r>
          </w:p>
        </w:tc>
        <w:tc>
          <w:tcPr>
            <w:tcW w:w="1170" w:type="dxa"/>
            <w:tcMar>
              <w:top w:w="20" w:type="dxa"/>
              <w:left w:w="50" w:type="dxa"/>
              <w:bottom w:w="20" w:type="dxa"/>
              <w:right w:w="50" w:type="dxa"/>
            </w:tcMar>
          </w:tcPr>
          <w:p w14:paraId="74CEC5B1" w14:textId="77777777" w:rsidR="00292F36" w:rsidRDefault="00000000">
            <w:r>
              <w:rPr>
                <w:sz w:val="16"/>
              </w:rPr>
              <w:t>-0.0281</w:t>
            </w:r>
          </w:p>
        </w:tc>
        <w:tc>
          <w:tcPr>
            <w:tcW w:w="1170" w:type="dxa"/>
            <w:tcMar>
              <w:top w:w="20" w:type="dxa"/>
              <w:left w:w="50" w:type="dxa"/>
              <w:bottom w:w="20" w:type="dxa"/>
              <w:right w:w="50" w:type="dxa"/>
            </w:tcMar>
          </w:tcPr>
          <w:p w14:paraId="3B8314CE" w14:textId="77777777" w:rsidR="00292F36" w:rsidRDefault="00000000">
            <w:r>
              <w:rPr>
                <w:sz w:val="16"/>
              </w:rPr>
              <w:t>0.0102</w:t>
            </w:r>
          </w:p>
        </w:tc>
        <w:tc>
          <w:tcPr>
            <w:tcW w:w="1170" w:type="dxa"/>
            <w:tcMar>
              <w:top w:w="20" w:type="dxa"/>
              <w:left w:w="50" w:type="dxa"/>
              <w:bottom w:w="20" w:type="dxa"/>
              <w:right w:w="50" w:type="dxa"/>
            </w:tcMar>
          </w:tcPr>
          <w:p w14:paraId="2EC20644" w14:textId="77777777" w:rsidR="00292F36" w:rsidRDefault="00292F36"/>
        </w:tc>
      </w:tr>
      <w:tr w:rsidR="00292F36" w14:paraId="7BBCF5DB" w14:textId="77777777">
        <w:tc>
          <w:tcPr>
            <w:tcW w:w="1170" w:type="dxa"/>
            <w:tcMar>
              <w:top w:w="20" w:type="dxa"/>
              <w:left w:w="50" w:type="dxa"/>
              <w:bottom w:w="20" w:type="dxa"/>
              <w:right w:w="50" w:type="dxa"/>
            </w:tcMar>
          </w:tcPr>
          <w:p w14:paraId="4CF79BB6" w14:textId="77777777" w:rsidR="00292F36" w:rsidRDefault="00000000">
            <w:r>
              <w:rPr>
                <w:sz w:val="16"/>
              </w:rPr>
              <w:t>Iron</w:t>
            </w:r>
          </w:p>
        </w:tc>
        <w:tc>
          <w:tcPr>
            <w:tcW w:w="1170" w:type="dxa"/>
            <w:tcMar>
              <w:top w:w="20" w:type="dxa"/>
              <w:left w:w="50" w:type="dxa"/>
              <w:bottom w:w="20" w:type="dxa"/>
              <w:right w:w="50" w:type="dxa"/>
            </w:tcMar>
          </w:tcPr>
          <w:p w14:paraId="521D6CEF" w14:textId="77777777" w:rsidR="00292F36" w:rsidRDefault="00000000">
            <w:r>
              <w:rPr>
                <w:sz w:val="16"/>
              </w:rPr>
              <w:t>chl</w:t>
            </w:r>
          </w:p>
        </w:tc>
        <w:tc>
          <w:tcPr>
            <w:tcW w:w="1170" w:type="dxa"/>
            <w:tcMar>
              <w:top w:w="20" w:type="dxa"/>
              <w:left w:w="50" w:type="dxa"/>
              <w:bottom w:w="20" w:type="dxa"/>
              <w:right w:w="50" w:type="dxa"/>
            </w:tcMar>
          </w:tcPr>
          <w:p w14:paraId="4DE8E22B" w14:textId="77777777" w:rsidR="00292F36" w:rsidRDefault="00000000">
            <w:r>
              <w:rPr>
                <w:sz w:val="16"/>
              </w:rPr>
              <w:t>0.01</w:t>
            </w:r>
          </w:p>
        </w:tc>
        <w:tc>
          <w:tcPr>
            <w:tcW w:w="1170" w:type="dxa"/>
            <w:tcMar>
              <w:top w:w="20" w:type="dxa"/>
              <w:left w:w="50" w:type="dxa"/>
              <w:bottom w:w="20" w:type="dxa"/>
              <w:right w:w="50" w:type="dxa"/>
            </w:tcMar>
          </w:tcPr>
          <w:p w14:paraId="7A396130" w14:textId="77777777" w:rsidR="00292F36" w:rsidRDefault="00000000">
            <w:r>
              <w:rPr>
                <w:sz w:val="16"/>
              </w:rPr>
              <w:t>0.0149</w:t>
            </w:r>
          </w:p>
        </w:tc>
        <w:tc>
          <w:tcPr>
            <w:tcW w:w="1170" w:type="dxa"/>
            <w:tcMar>
              <w:top w:w="20" w:type="dxa"/>
              <w:left w:w="50" w:type="dxa"/>
              <w:bottom w:w="20" w:type="dxa"/>
              <w:right w:w="50" w:type="dxa"/>
            </w:tcMar>
          </w:tcPr>
          <w:p w14:paraId="065258EA" w14:textId="77777777" w:rsidR="00292F36" w:rsidRDefault="00000000">
            <w:r>
              <w:rPr>
                <w:sz w:val="16"/>
              </w:rPr>
              <w:t>0.503</w:t>
            </w:r>
          </w:p>
        </w:tc>
        <w:tc>
          <w:tcPr>
            <w:tcW w:w="1170" w:type="dxa"/>
            <w:tcMar>
              <w:top w:w="20" w:type="dxa"/>
              <w:left w:w="50" w:type="dxa"/>
              <w:bottom w:w="20" w:type="dxa"/>
              <w:right w:w="50" w:type="dxa"/>
            </w:tcMar>
          </w:tcPr>
          <w:p w14:paraId="2029C0D5" w14:textId="77777777" w:rsidR="00292F36" w:rsidRDefault="00000000">
            <w:r>
              <w:rPr>
                <w:sz w:val="16"/>
              </w:rPr>
              <w:t>-0.0192</w:t>
            </w:r>
          </w:p>
        </w:tc>
        <w:tc>
          <w:tcPr>
            <w:tcW w:w="1170" w:type="dxa"/>
            <w:tcMar>
              <w:top w:w="20" w:type="dxa"/>
              <w:left w:w="50" w:type="dxa"/>
              <w:bottom w:w="20" w:type="dxa"/>
              <w:right w:w="50" w:type="dxa"/>
            </w:tcMar>
          </w:tcPr>
          <w:p w14:paraId="7CD76B37" w14:textId="77777777" w:rsidR="00292F36" w:rsidRDefault="00000000">
            <w:r>
              <w:rPr>
                <w:sz w:val="16"/>
              </w:rPr>
              <w:t>0.0392</w:t>
            </w:r>
          </w:p>
        </w:tc>
        <w:tc>
          <w:tcPr>
            <w:tcW w:w="1170" w:type="dxa"/>
            <w:tcMar>
              <w:top w:w="20" w:type="dxa"/>
              <w:left w:w="50" w:type="dxa"/>
              <w:bottom w:w="20" w:type="dxa"/>
              <w:right w:w="50" w:type="dxa"/>
            </w:tcMar>
          </w:tcPr>
          <w:p w14:paraId="6F3913E4" w14:textId="77777777" w:rsidR="00292F36" w:rsidRDefault="00292F36"/>
        </w:tc>
      </w:tr>
      <w:tr w:rsidR="00292F36" w14:paraId="2915228D" w14:textId="77777777">
        <w:tc>
          <w:tcPr>
            <w:tcW w:w="1170" w:type="dxa"/>
            <w:tcMar>
              <w:top w:w="20" w:type="dxa"/>
              <w:left w:w="50" w:type="dxa"/>
              <w:bottom w:w="20" w:type="dxa"/>
              <w:right w:w="50" w:type="dxa"/>
            </w:tcMar>
          </w:tcPr>
          <w:p w14:paraId="1B30BF48" w14:textId="77777777" w:rsidR="00292F36" w:rsidRDefault="00000000">
            <w:r>
              <w:rPr>
                <w:sz w:val="16"/>
              </w:rPr>
              <w:t>Omega3</w:t>
            </w:r>
          </w:p>
        </w:tc>
        <w:tc>
          <w:tcPr>
            <w:tcW w:w="1170" w:type="dxa"/>
            <w:tcMar>
              <w:top w:w="20" w:type="dxa"/>
              <w:left w:w="50" w:type="dxa"/>
              <w:bottom w:w="20" w:type="dxa"/>
              <w:right w:w="50" w:type="dxa"/>
            </w:tcMar>
          </w:tcPr>
          <w:p w14:paraId="3826F636" w14:textId="77777777" w:rsidR="00292F36" w:rsidRDefault="00000000">
            <w:r>
              <w:rPr>
                <w:sz w:val="16"/>
              </w:rPr>
              <w:t>Depth</w:t>
            </w:r>
          </w:p>
        </w:tc>
        <w:tc>
          <w:tcPr>
            <w:tcW w:w="1170" w:type="dxa"/>
            <w:tcMar>
              <w:top w:w="20" w:type="dxa"/>
              <w:left w:w="50" w:type="dxa"/>
              <w:bottom w:w="20" w:type="dxa"/>
              <w:right w:w="50" w:type="dxa"/>
            </w:tcMar>
          </w:tcPr>
          <w:p w14:paraId="49C05347" w14:textId="77777777" w:rsidR="00292F36" w:rsidRDefault="00000000">
            <w:r>
              <w:rPr>
                <w:sz w:val="16"/>
              </w:rPr>
              <w:t>-0.0063</w:t>
            </w:r>
          </w:p>
        </w:tc>
        <w:tc>
          <w:tcPr>
            <w:tcW w:w="1170" w:type="dxa"/>
            <w:tcMar>
              <w:top w:w="20" w:type="dxa"/>
              <w:left w:w="50" w:type="dxa"/>
              <w:bottom w:w="20" w:type="dxa"/>
              <w:right w:w="50" w:type="dxa"/>
            </w:tcMar>
          </w:tcPr>
          <w:p w14:paraId="7247A694" w14:textId="77777777" w:rsidR="00292F36" w:rsidRDefault="00000000">
            <w:r>
              <w:rPr>
                <w:sz w:val="16"/>
              </w:rPr>
              <w:t>0.0093</w:t>
            </w:r>
          </w:p>
        </w:tc>
        <w:tc>
          <w:tcPr>
            <w:tcW w:w="1170" w:type="dxa"/>
            <w:tcMar>
              <w:top w:w="20" w:type="dxa"/>
              <w:left w:w="50" w:type="dxa"/>
              <w:bottom w:w="20" w:type="dxa"/>
              <w:right w:w="50" w:type="dxa"/>
            </w:tcMar>
          </w:tcPr>
          <w:p w14:paraId="41CE6929" w14:textId="77777777" w:rsidR="00292F36" w:rsidRDefault="00000000">
            <w:r>
              <w:rPr>
                <w:sz w:val="16"/>
              </w:rPr>
              <w:t>0.501</w:t>
            </w:r>
          </w:p>
        </w:tc>
        <w:tc>
          <w:tcPr>
            <w:tcW w:w="1170" w:type="dxa"/>
            <w:tcMar>
              <w:top w:w="20" w:type="dxa"/>
              <w:left w:w="50" w:type="dxa"/>
              <w:bottom w:w="20" w:type="dxa"/>
              <w:right w:w="50" w:type="dxa"/>
            </w:tcMar>
          </w:tcPr>
          <w:p w14:paraId="26A52B3A" w14:textId="77777777" w:rsidR="00292F36" w:rsidRDefault="00000000">
            <w:r>
              <w:rPr>
                <w:sz w:val="16"/>
              </w:rPr>
              <w:t>-0.0244</w:t>
            </w:r>
          </w:p>
        </w:tc>
        <w:tc>
          <w:tcPr>
            <w:tcW w:w="1170" w:type="dxa"/>
            <w:tcMar>
              <w:top w:w="20" w:type="dxa"/>
              <w:left w:w="50" w:type="dxa"/>
              <w:bottom w:w="20" w:type="dxa"/>
              <w:right w:w="50" w:type="dxa"/>
            </w:tcMar>
          </w:tcPr>
          <w:p w14:paraId="2978280A" w14:textId="77777777" w:rsidR="00292F36" w:rsidRDefault="00000000">
            <w:r>
              <w:rPr>
                <w:sz w:val="16"/>
              </w:rPr>
              <w:t>0.0119</w:t>
            </w:r>
          </w:p>
        </w:tc>
        <w:tc>
          <w:tcPr>
            <w:tcW w:w="1170" w:type="dxa"/>
            <w:tcMar>
              <w:top w:w="20" w:type="dxa"/>
              <w:left w:w="50" w:type="dxa"/>
              <w:bottom w:w="20" w:type="dxa"/>
              <w:right w:w="50" w:type="dxa"/>
            </w:tcMar>
          </w:tcPr>
          <w:p w14:paraId="01A4C48E" w14:textId="77777777" w:rsidR="00292F36" w:rsidRDefault="00292F36"/>
        </w:tc>
      </w:tr>
      <w:tr w:rsidR="00292F36" w14:paraId="36868975" w14:textId="77777777">
        <w:tc>
          <w:tcPr>
            <w:tcW w:w="1170" w:type="dxa"/>
            <w:tcMar>
              <w:top w:w="20" w:type="dxa"/>
              <w:left w:w="50" w:type="dxa"/>
              <w:bottom w:w="20" w:type="dxa"/>
              <w:right w:w="50" w:type="dxa"/>
            </w:tcMar>
          </w:tcPr>
          <w:p w14:paraId="2ADB4016" w14:textId="77777777" w:rsidR="00292F36" w:rsidRDefault="00000000">
            <w:r>
              <w:rPr>
                <w:sz w:val="16"/>
              </w:rPr>
              <w:t>Omega3</w:t>
            </w:r>
          </w:p>
        </w:tc>
        <w:tc>
          <w:tcPr>
            <w:tcW w:w="1170" w:type="dxa"/>
            <w:tcMar>
              <w:top w:w="20" w:type="dxa"/>
              <w:left w:w="50" w:type="dxa"/>
              <w:bottom w:w="20" w:type="dxa"/>
              <w:right w:w="50" w:type="dxa"/>
            </w:tcMar>
          </w:tcPr>
          <w:p w14:paraId="38364833" w14:textId="77777777" w:rsidR="00292F36" w:rsidRDefault="00000000">
            <w:r>
              <w:rPr>
                <w:sz w:val="16"/>
              </w:rPr>
              <w:t>PC1</w:t>
            </w:r>
          </w:p>
        </w:tc>
        <w:tc>
          <w:tcPr>
            <w:tcW w:w="1170" w:type="dxa"/>
            <w:tcMar>
              <w:top w:w="20" w:type="dxa"/>
              <w:left w:w="50" w:type="dxa"/>
              <w:bottom w:w="20" w:type="dxa"/>
              <w:right w:w="50" w:type="dxa"/>
            </w:tcMar>
          </w:tcPr>
          <w:p w14:paraId="157C9134" w14:textId="77777777" w:rsidR="00292F36" w:rsidRDefault="00000000">
            <w:r>
              <w:rPr>
                <w:sz w:val="16"/>
              </w:rPr>
              <w:t>0.0281</w:t>
            </w:r>
          </w:p>
        </w:tc>
        <w:tc>
          <w:tcPr>
            <w:tcW w:w="1170" w:type="dxa"/>
            <w:tcMar>
              <w:top w:w="20" w:type="dxa"/>
              <w:left w:w="50" w:type="dxa"/>
              <w:bottom w:w="20" w:type="dxa"/>
              <w:right w:w="50" w:type="dxa"/>
            </w:tcMar>
          </w:tcPr>
          <w:p w14:paraId="66DB2A64" w14:textId="77777777" w:rsidR="00292F36" w:rsidRDefault="00000000">
            <w:r>
              <w:rPr>
                <w:sz w:val="16"/>
              </w:rPr>
              <w:t>0.0108</w:t>
            </w:r>
          </w:p>
        </w:tc>
        <w:tc>
          <w:tcPr>
            <w:tcW w:w="1170" w:type="dxa"/>
            <w:tcMar>
              <w:top w:w="20" w:type="dxa"/>
              <w:left w:w="50" w:type="dxa"/>
              <w:bottom w:w="20" w:type="dxa"/>
              <w:right w:w="50" w:type="dxa"/>
            </w:tcMar>
          </w:tcPr>
          <w:p w14:paraId="00F62881" w14:textId="77777777" w:rsidR="00292F36" w:rsidRDefault="00000000">
            <w:r>
              <w:rPr>
                <w:sz w:val="16"/>
              </w:rPr>
              <w:t>0.00971</w:t>
            </w:r>
          </w:p>
        </w:tc>
        <w:tc>
          <w:tcPr>
            <w:tcW w:w="1170" w:type="dxa"/>
            <w:tcMar>
              <w:top w:w="20" w:type="dxa"/>
              <w:left w:w="50" w:type="dxa"/>
              <w:bottom w:w="20" w:type="dxa"/>
              <w:right w:w="50" w:type="dxa"/>
            </w:tcMar>
          </w:tcPr>
          <w:p w14:paraId="7E7C9F19" w14:textId="77777777" w:rsidR="00292F36" w:rsidRDefault="00000000">
            <w:r>
              <w:rPr>
                <w:sz w:val="16"/>
              </w:rPr>
              <w:t>0.0068</w:t>
            </w:r>
          </w:p>
        </w:tc>
        <w:tc>
          <w:tcPr>
            <w:tcW w:w="1170" w:type="dxa"/>
            <w:tcMar>
              <w:top w:w="20" w:type="dxa"/>
              <w:left w:w="50" w:type="dxa"/>
              <w:bottom w:w="20" w:type="dxa"/>
              <w:right w:w="50" w:type="dxa"/>
            </w:tcMar>
          </w:tcPr>
          <w:p w14:paraId="0DF071CE" w14:textId="77777777" w:rsidR="00292F36" w:rsidRDefault="00000000">
            <w:r>
              <w:rPr>
                <w:sz w:val="16"/>
              </w:rPr>
              <w:t>0.0493</w:t>
            </w:r>
          </w:p>
        </w:tc>
        <w:tc>
          <w:tcPr>
            <w:tcW w:w="1170" w:type="dxa"/>
            <w:tcMar>
              <w:top w:w="20" w:type="dxa"/>
              <w:left w:w="50" w:type="dxa"/>
              <w:bottom w:w="20" w:type="dxa"/>
              <w:right w:w="50" w:type="dxa"/>
            </w:tcMar>
          </w:tcPr>
          <w:p w14:paraId="5C4AA41B" w14:textId="77777777" w:rsidR="00292F36" w:rsidRDefault="00000000">
            <w:r>
              <w:rPr>
                <w:sz w:val="16"/>
              </w:rPr>
              <w:t>**</w:t>
            </w:r>
          </w:p>
        </w:tc>
      </w:tr>
      <w:tr w:rsidR="00292F36" w14:paraId="20CDD30B" w14:textId="77777777">
        <w:tc>
          <w:tcPr>
            <w:tcW w:w="1170" w:type="dxa"/>
            <w:tcMar>
              <w:top w:w="20" w:type="dxa"/>
              <w:left w:w="50" w:type="dxa"/>
              <w:bottom w:w="20" w:type="dxa"/>
              <w:right w:w="50" w:type="dxa"/>
            </w:tcMar>
          </w:tcPr>
          <w:p w14:paraId="62542BB0" w14:textId="77777777" w:rsidR="00292F36" w:rsidRDefault="00000000">
            <w:r>
              <w:rPr>
                <w:sz w:val="16"/>
              </w:rPr>
              <w:t>Omega3</w:t>
            </w:r>
          </w:p>
        </w:tc>
        <w:tc>
          <w:tcPr>
            <w:tcW w:w="1170" w:type="dxa"/>
            <w:tcMar>
              <w:top w:w="20" w:type="dxa"/>
              <w:left w:w="50" w:type="dxa"/>
              <w:bottom w:w="20" w:type="dxa"/>
              <w:right w:w="50" w:type="dxa"/>
            </w:tcMar>
          </w:tcPr>
          <w:p w14:paraId="521CE524" w14:textId="77777777" w:rsidR="00292F36" w:rsidRDefault="00000000">
            <w:r>
              <w:rPr>
                <w:sz w:val="16"/>
              </w:rPr>
              <w:t>PC2</w:t>
            </w:r>
          </w:p>
        </w:tc>
        <w:tc>
          <w:tcPr>
            <w:tcW w:w="1170" w:type="dxa"/>
            <w:tcMar>
              <w:top w:w="20" w:type="dxa"/>
              <w:left w:w="50" w:type="dxa"/>
              <w:bottom w:w="20" w:type="dxa"/>
              <w:right w:w="50" w:type="dxa"/>
            </w:tcMar>
          </w:tcPr>
          <w:p w14:paraId="398F66A0" w14:textId="77777777" w:rsidR="00292F36" w:rsidRDefault="00000000">
            <w:r>
              <w:rPr>
                <w:sz w:val="16"/>
              </w:rPr>
              <w:t>0.0316</w:t>
            </w:r>
          </w:p>
        </w:tc>
        <w:tc>
          <w:tcPr>
            <w:tcW w:w="1170" w:type="dxa"/>
            <w:tcMar>
              <w:top w:w="20" w:type="dxa"/>
              <w:left w:w="50" w:type="dxa"/>
              <w:bottom w:w="20" w:type="dxa"/>
              <w:right w:w="50" w:type="dxa"/>
            </w:tcMar>
          </w:tcPr>
          <w:p w14:paraId="4D60EC14" w14:textId="77777777" w:rsidR="00292F36" w:rsidRDefault="00000000">
            <w:r>
              <w:rPr>
                <w:sz w:val="16"/>
              </w:rPr>
              <w:t>0.0101</w:t>
            </w:r>
          </w:p>
        </w:tc>
        <w:tc>
          <w:tcPr>
            <w:tcW w:w="1170" w:type="dxa"/>
            <w:tcMar>
              <w:top w:w="20" w:type="dxa"/>
              <w:left w:w="50" w:type="dxa"/>
              <w:bottom w:w="20" w:type="dxa"/>
              <w:right w:w="50" w:type="dxa"/>
            </w:tcMar>
          </w:tcPr>
          <w:p w14:paraId="1A4DA0F2" w14:textId="77777777" w:rsidR="00292F36" w:rsidRDefault="00000000">
            <w:r>
              <w:rPr>
                <w:sz w:val="16"/>
              </w:rPr>
              <w:t>0.00182</w:t>
            </w:r>
          </w:p>
        </w:tc>
        <w:tc>
          <w:tcPr>
            <w:tcW w:w="1170" w:type="dxa"/>
            <w:tcMar>
              <w:top w:w="20" w:type="dxa"/>
              <w:left w:w="50" w:type="dxa"/>
              <w:bottom w:w="20" w:type="dxa"/>
              <w:right w:w="50" w:type="dxa"/>
            </w:tcMar>
          </w:tcPr>
          <w:p w14:paraId="2F242A0C" w14:textId="77777777" w:rsidR="00292F36" w:rsidRDefault="00000000">
            <w:r>
              <w:rPr>
                <w:sz w:val="16"/>
              </w:rPr>
              <w:t>0.0117</w:t>
            </w:r>
          </w:p>
        </w:tc>
        <w:tc>
          <w:tcPr>
            <w:tcW w:w="1170" w:type="dxa"/>
            <w:tcMar>
              <w:top w:w="20" w:type="dxa"/>
              <w:left w:w="50" w:type="dxa"/>
              <w:bottom w:w="20" w:type="dxa"/>
              <w:right w:w="50" w:type="dxa"/>
            </w:tcMar>
          </w:tcPr>
          <w:p w14:paraId="196DE8CD" w14:textId="77777777" w:rsidR="00292F36" w:rsidRDefault="00000000">
            <w:r>
              <w:rPr>
                <w:sz w:val="16"/>
              </w:rPr>
              <w:t>0.0514</w:t>
            </w:r>
          </w:p>
        </w:tc>
        <w:tc>
          <w:tcPr>
            <w:tcW w:w="1170" w:type="dxa"/>
            <w:tcMar>
              <w:top w:w="20" w:type="dxa"/>
              <w:left w:w="50" w:type="dxa"/>
              <w:bottom w:w="20" w:type="dxa"/>
              <w:right w:w="50" w:type="dxa"/>
            </w:tcMar>
          </w:tcPr>
          <w:p w14:paraId="2888BD2B" w14:textId="77777777" w:rsidR="00292F36" w:rsidRDefault="00000000">
            <w:r>
              <w:rPr>
                <w:sz w:val="16"/>
              </w:rPr>
              <w:t>**</w:t>
            </w:r>
          </w:p>
        </w:tc>
      </w:tr>
      <w:tr w:rsidR="00292F36" w14:paraId="10BEF027" w14:textId="77777777">
        <w:tc>
          <w:tcPr>
            <w:tcW w:w="1170" w:type="dxa"/>
            <w:tcMar>
              <w:top w:w="20" w:type="dxa"/>
              <w:left w:w="50" w:type="dxa"/>
              <w:bottom w:w="20" w:type="dxa"/>
              <w:right w:w="50" w:type="dxa"/>
            </w:tcMar>
          </w:tcPr>
          <w:p w14:paraId="13261E39" w14:textId="77777777" w:rsidR="00292F36" w:rsidRDefault="00000000">
            <w:r>
              <w:rPr>
                <w:sz w:val="16"/>
              </w:rPr>
              <w:t>Omega3</w:t>
            </w:r>
          </w:p>
        </w:tc>
        <w:tc>
          <w:tcPr>
            <w:tcW w:w="1170" w:type="dxa"/>
            <w:tcMar>
              <w:top w:w="20" w:type="dxa"/>
              <w:left w:w="50" w:type="dxa"/>
              <w:bottom w:w="20" w:type="dxa"/>
              <w:right w:w="50" w:type="dxa"/>
            </w:tcMar>
          </w:tcPr>
          <w:p w14:paraId="3862204A" w14:textId="77777777" w:rsidR="00292F36" w:rsidRDefault="00000000">
            <w:r>
              <w:rPr>
                <w:sz w:val="16"/>
              </w:rPr>
              <w:t>SST</w:t>
            </w:r>
          </w:p>
        </w:tc>
        <w:tc>
          <w:tcPr>
            <w:tcW w:w="1170" w:type="dxa"/>
            <w:tcMar>
              <w:top w:w="20" w:type="dxa"/>
              <w:left w:w="50" w:type="dxa"/>
              <w:bottom w:w="20" w:type="dxa"/>
              <w:right w:w="50" w:type="dxa"/>
            </w:tcMar>
          </w:tcPr>
          <w:p w14:paraId="277D7779" w14:textId="77777777" w:rsidR="00292F36" w:rsidRDefault="00000000">
            <w:r>
              <w:rPr>
                <w:sz w:val="16"/>
              </w:rPr>
              <w:t>-0.0123</w:t>
            </w:r>
          </w:p>
        </w:tc>
        <w:tc>
          <w:tcPr>
            <w:tcW w:w="1170" w:type="dxa"/>
            <w:tcMar>
              <w:top w:w="20" w:type="dxa"/>
              <w:left w:w="50" w:type="dxa"/>
              <w:bottom w:w="20" w:type="dxa"/>
              <w:right w:w="50" w:type="dxa"/>
            </w:tcMar>
          </w:tcPr>
          <w:p w14:paraId="135D2677" w14:textId="77777777" w:rsidR="00292F36" w:rsidRDefault="00000000">
            <w:r>
              <w:rPr>
                <w:sz w:val="16"/>
              </w:rPr>
              <w:t>0.0108</w:t>
            </w:r>
          </w:p>
        </w:tc>
        <w:tc>
          <w:tcPr>
            <w:tcW w:w="1170" w:type="dxa"/>
            <w:tcMar>
              <w:top w:w="20" w:type="dxa"/>
              <w:left w:w="50" w:type="dxa"/>
              <w:bottom w:w="20" w:type="dxa"/>
              <w:right w:w="50" w:type="dxa"/>
            </w:tcMar>
          </w:tcPr>
          <w:p w14:paraId="77995DF9" w14:textId="77777777" w:rsidR="00292F36" w:rsidRDefault="00000000">
            <w:r>
              <w:rPr>
                <w:sz w:val="16"/>
              </w:rPr>
              <w:t>0.254</w:t>
            </w:r>
          </w:p>
        </w:tc>
        <w:tc>
          <w:tcPr>
            <w:tcW w:w="1170" w:type="dxa"/>
            <w:tcMar>
              <w:top w:w="20" w:type="dxa"/>
              <w:left w:w="50" w:type="dxa"/>
              <w:bottom w:w="20" w:type="dxa"/>
              <w:right w:w="50" w:type="dxa"/>
            </w:tcMar>
          </w:tcPr>
          <w:p w14:paraId="51B702E1" w14:textId="77777777" w:rsidR="00292F36" w:rsidRDefault="00000000">
            <w:r>
              <w:rPr>
                <w:sz w:val="16"/>
              </w:rPr>
              <w:t>-0.0335</w:t>
            </w:r>
          </w:p>
        </w:tc>
        <w:tc>
          <w:tcPr>
            <w:tcW w:w="1170" w:type="dxa"/>
            <w:tcMar>
              <w:top w:w="20" w:type="dxa"/>
              <w:left w:w="50" w:type="dxa"/>
              <w:bottom w:w="20" w:type="dxa"/>
              <w:right w:w="50" w:type="dxa"/>
            </w:tcMar>
          </w:tcPr>
          <w:p w14:paraId="74F66174" w14:textId="77777777" w:rsidR="00292F36" w:rsidRDefault="00000000">
            <w:r>
              <w:rPr>
                <w:sz w:val="16"/>
              </w:rPr>
              <w:t>0.0089</w:t>
            </w:r>
          </w:p>
        </w:tc>
        <w:tc>
          <w:tcPr>
            <w:tcW w:w="1170" w:type="dxa"/>
            <w:tcMar>
              <w:top w:w="20" w:type="dxa"/>
              <w:left w:w="50" w:type="dxa"/>
              <w:bottom w:w="20" w:type="dxa"/>
              <w:right w:w="50" w:type="dxa"/>
            </w:tcMar>
          </w:tcPr>
          <w:p w14:paraId="2B0598AD" w14:textId="77777777" w:rsidR="00292F36" w:rsidRDefault="00292F36"/>
        </w:tc>
      </w:tr>
      <w:tr w:rsidR="00292F36" w14:paraId="3B983C62" w14:textId="77777777">
        <w:tc>
          <w:tcPr>
            <w:tcW w:w="1170" w:type="dxa"/>
            <w:tcMar>
              <w:top w:w="20" w:type="dxa"/>
              <w:left w:w="50" w:type="dxa"/>
              <w:bottom w:w="20" w:type="dxa"/>
              <w:right w:w="50" w:type="dxa"/>
            </w:tcMar>
          </w:tcPr>
          <w:p w14:paraId="080FD0B4" w14:textId="77777777" w:rsidR="00292F36" w:rsidRDefault="00000000">
            <w:r>
              <w:rPr>
                <w:sz w:val="16"/>
              </w:rPr>
              <w:t>Omega3</w:t>
            </w:r>
          </w:p>
        </w:tc>
        <w:tc>
          <w:tcPr>
            <w:tcW w:w="1170" w:type="dxa"/>
            <w:tcMar>
              <w:top w:w="20" w:type="dxa"/>
              <w:left w:w="50" w:type="dxa"/>
              <w:bottom w:w="20" w:type="dxa"/>
              <w:right w:w="50" w:type="dxa"/>
            </w:tcMar>
          </w:tcPr>
          <w:p w14:paraId="61C63645" w14:textId="77777777" w:rsidR="00292F36" w:rsidRDefault="00000000">
            <w:r>
              <w:rPr>
                <w:sz w:val="16"/>
              </w:rPr>
              <w:t>chl</w:t>
            </w:r>
          </w:p>
        </w:tc>
        <w:tc>
          <w:tcPr>
            <w:tcW w:w="1170" w:type="dxa"/>
            <w:tcMar>
              <w:top w:w="20" w:type="dxa"/>
              <w:left w:w="50" w:type="dxa"/>
              <w:bottom w:w="20" w:type="dxa"/>
              <w:right w:w="50" w:type="dxa"/>
            </w:tcMar>
          </w:tcPr>
          <w:p w14:paraId="0C1CEDB4" w14:textId="77777777" w:rsidR="00292F36" w:rsidRDefault="00000000">
            <w:r>
              <w:rPr>
                <w:sz w:val="16"/>
              </w:rPr>
              <w:t>0.006</w:t>
            </w:r>
          </w:p>
        </w:tc>
        <w:tc>
          <w:tcPr>
            <w:tcW w:w="1170" w:type="dxa"/>
            <w:tcMar>
              <w:top w:w="20" w:type="dxa"/>
              <w:left w:w="50" w:type="dxa"/>
              <w:bottom w:w="20" w:type="dxa"/>
              <w:right w:w="50" w:type="dxa"/>
            </w:tcMar>
          </w:tcPr>
          <w:p w14:paraId="4CD7D6CD" w14:textId="77777777" w:rsidR="00292F36" w:rsidRDefault="00000000">
            <w:r>
              <w:rPr>
                <w:sz w:val="16"/>
              </w:rPr>
              <w:t>0.016</w:t>
            </w:r>
          </w:p>
        </w:tc>
        <w:tc>
          <w:tcPr>
            <w:tcW w:w="1170" w:type="dxa"/>
            <w:tcMar>
              <w:top w:w="20" w:type="dxa"/>
              <w:left w:w="50" w:type="dxa"/>
              <w:bottom w:w="20" w:type="dxa"/>
              <w:right w:w="50" w:type="dxa"/>
            </w:tcMar>
          </w:tcPr>
          <w:p w14:paraId="0F584A19" w14:textId="77777777" w:rsidR="00292F36" w:rsidRDefault="00000000">
            <w:r>
              <w:rPr>
                <w:sz w:val="16"/>
              </w:rPr>
              <w:t>0.709</w:t>
            </w:r>
          </w:p>
        </w:tc>
        <w:tc>
          <w:tcPr>
            <w:tcW w:w="1170" w:type="dxa"/>
            <w:tcMar>
              <w:top w:w="20" w:type="dxa"/>
              <w:left w:w="50" w:type="dxa"/>
              <w:bottom w:w="20" w:type="dxa"/>
              <w:right w:w="50" w:type="dxa"/>
            </w:tcMar>
          </w:tcPr>
          <w:p w14:paraId="491F4978" w14:textId="77777777" w:rsidR="00292F36" w:rsidRDefault="00000000">
            <w:r>
              <w:rPr>
                <w:sz w:val="16"/>
              </w:rPr>
              <w:t>-0.0254</w:t>
            </w:r>
          </w:p>
        </w:tc>
        <w:tc>
          <w:tcPr>
            <w:tcW w:w="1170" w:type="dxa"/>
            <w:tcMar>
              <w:top w:w="20" w:type="dxa"/>
              <w:left w:w="50" w:type="dxa"/>
              <w:bottom w:w="20" w:type="dxa"/>
              <w:right w:w="50" w:type="dxa"/>
            </w:tcMar>
          </w:tcPr>
          <w:p w14:paraId="505256C3" w14:textId="77777777" w:rsidR="00292F36" w:rsidRDefault="00000000">
            <w:r>
              <w:rPr>
                <w:sz w:val="16"/>
              </w:rPr>
              <w:t>0.0373</w:t>
            </w:r>
          </w:p>
        </w:tc>
        <w:tc>
          <w:tcPr>
            <w:tcW w:w="1170" w:type="dxa"/>
            <w:tcMar>
              <w:top w:w="20" w:type="dxa"/>
              <w:left w:w="50" w:type="dxa"/>
              <w:bottom w:w="20" w:type="dxa"/>
              <w:right w:w="50" w:type="dxa"/>
            </w:tcMar>
          </w:tcPr>
          <w:p w14:paraId="01D74C56" w14:textId="77777777" w:rsidR="00292F36" w:rsidRDefault="00292F36"/>
        </w:tc>
      </w:tr>
      <w:tr w:rsidR="00292F36" w14:paraId="65C2FDC1" w14:textId="77777777">
        <w:tc>
          <w:tcPr>
            <w:tcW w:w="1170" w:type="dxa"/>
            <w:tcMar>
              <w:top w:w="20" w:type="dxa"/>
              <w:left w:w="50" w:type="dxa"/>
              <w:bottom w:w="20" w:type="dxa"/>
              <w:right w:w="50" w:type="dxa"/>
            </w:tcMar>
          </w:tcPr>
          <w:p w14:paraId="5A515DD5" w14:textId="77777777" w:rsidR="00292F36" w:rsidRDefault="00000000">
            <w:r>
              <w:rPr>
                <w:sz w:val="16"/>
              </w:rPr>
              <w:t>Selenium</w:t>
            </w:r>
          </w:p>
        </w:tc>
        <w:tc>
          <w:tcPr>
            <w:tcW w:w="1170" w:type="dxa"/>
            <w:tcMar>
              <w:top w:w="20" w:type="dxa"/>
              <w:left w:w="50" w:type="dxa"/>
              <w:bottom w:w="20" w:type="dxa"/>
              <w:right w:w="50" w:type="dxa"/>
            </w:tcMar>
          </w:tcPr>
          <w:p w14:paraId="7E89AA3D" w14:textId="77777777" w:rsidR="00292F36" w:rsidRDefault="00000000">
            <w:r>
              <w:rPr>
                <w:sz w:val="16"/>
              </w:rPr>
              <w:t>Depth</w:t>
            </w:r>
          </w:p>
        </w:tc>
        <w:tc>
          <w:tcPr>
            <w:tcW w:w="1170" w:type="dxa"/>
            <w:tcMar>
              <w:top w:w="20" w:type="dxa"/>
              <w:left w:w="50" w:type="dxa"/>
              <w:bottom w:w="20" w:type="dxa"/>
              <w:right w:w="50" w:type="dxa"/>
            </w:tcMar>
          </w:tcPr>
          <w:p w14:paraId="0254DBA7" w14:textId="77777777" w:rsidR="00292F36" w:rsidRDefault="00000000">
            <w:r>
              <w:rPr>
                <w:sz w:val="16"/>
              </w:rPr>
              <w:t>-0.0446</w:t>
            </w:r>
          </w:p>
        </w:tc>
        <w:tc>
          <w:tcPr>
            <w:tcW w:w="1170" w:type="dxa"/>
            <w:tcMar>
              <w:top w:w="20" w:type="dxa"/>
              <w:left w:w="50" w:type="dxa"/>
              <w:bottom w:w="20" w:type="dxa"/>
              <w:right w:w="50" w:type="dxa"/>
            </w:tcMar>
          </w:tcPr>
          <w:p w14:paraId="0C7B41F4" w14:textId="77777777" w:rsidR="00292F36" w:rsidRDefault="00000000">
            <w:r>
              <w:rPr>
                <w:sz w:val="16"/>
              </w:rPr>
              <w:t>0.0134</w:t>
            </w:r>
          </w:p>
        </w:tc>
        <w:tc>
          <w:tcPr>
            <w:tcW w:w="1170" w:type="dxa"/>
            <w:tcMar>
              <w:top w:w="20" w:type="dxa"/>
              <w:left w:w="50" w:type="dxa"/>
              <w:bottom w:w="20" w:type="dxa"/>
              <w:right w:w="50" w:type="dxa"/>
            </w:tcMar>
          </w:tcPr>
          <w:p w14:paraId="6F9DEE87" w14:textId="77777777" w:rsidR="00292F36" w:rsidRDefault="00000000">
            <w:r>
              <w:rPr>
                <w:sz w:val="16"/>
              </w:rPr>
              <w:t>0.000835</w:t>
            </w:r>
          </w:p>
        </w:tc>
        <w:tc>
          <w:tcPr>
            <w:tcW w:w="1170" w:type="dxa"/>
            <w:tcMar>
              <w:top w:w="20" w:type="dxa"/>
              <w:left w:w="50" w:type="dxa"/>
              <w:bottom w:w="20" w:type="dxa"/>
              <w:right w:w="50" w:type="dxa"/>
            </w:tcMar>
          </w:tcPr>
          <w:p w14:paraId="18D4AD6B" w14:textId="77777777" w:rsidR="00292F36" w:rsidRDefault="00000000">
            <w:r>
              <w:rPr>
                <w:sz w:val="16"/>
              </w:rPr>
              <w:t>-0.0708</w:t>
            </w:r>
          </w:p>
        </w:tc>
        <w:tc>
          <w:tcPr>
            <w:tcW w:w="1170" w:type="dxa"/>
            <w:tcMar>
              <w:top w:w="20" w:type="dxa"/>
              <w:left w:w="50" w:type="dxa"/>
              <w:bottom w:w="20" w:type="dxa"/>
              <w:right w:w="50" w:type="dxa"/>
            </w:tcMar>
          </w:tcPr>
          <w:p w14:paraId="320D9A25" w14:textId="77777777" w:rsidR="00292F36" w:rsidRDefault="00000000">
            <w:r>
              <w:rPr>
                <w:sz w:val="16"/>
              </w:rPr>
              <w:t>-0.0184</w:t>
            </w:r>
          </w:p>
        </w:tc>
        <w:tc>
          <w:tcPr>
            <w:tcW w:w="1170" w:type="dxa"/>
            <w:tcMar>
              <w:top w:w="20" w:type="dxa"/>
              <w:left w:w="50" w:type="dxa"/>
              <w:bottom w:w="20" w:type="dxa"/>
              <w:right w:w="50" w:type="dxa"/>
            </w:tcMar>
          </w:tcPr>
          <w:p w14:paraId="4EDF40BA" w14:textId="77777777" w:rsidR="00292F36" w:rsidRDefault="00000000">
            <w:r>
              <w:rPr>
                <w:sz w:val="16"/>
              </w:rPr>
              <w:t>***</w:t>
            </w:r>
          </w:p>
        </w:tc>
      </w:tr>
      <w:tr w:rsidR="00292F36" w14:paraId="6977C884" w14:textId="77777777">
        <w:tc>
          <w:tcPr>
            <w:tcW w:w="1170" w:type="dxa"/>
            <w:tcMar>
              <w:top w:w="20" w:type="dxa"/>
              <w:left w:w="50" w:type="dxa"/>
              <w:bottom w:w="20" w:type="dxa"/>
              <w:right w:w="50" w:type="dxa"/>
            </w:tcMar>
          </w:tcPr>
          <w:p w14:paraId="048DBB52" w14:textId="77777777" w:rsidR="00292F36" w:rsidRDefault="00000000">
            <w:r>
              <w:rPr>
                <w:sz w:val="16"/>
              </w:rPr>
              <w:t>Selenium</w:t>
            </w:r>
          </w:p>
        </w:tc>
        <w:tc>
          <w:tcPr>
            <w:tcW w:w="1170" w:type="dxa"/>
            <w:tcMar>
              <w:top w:w="20" w:type="dxa"/>
              <w:left w:w="50" w:type="dxa"/>
              <w:bottom w:w="20" w:type="dxa"/>
              <w:right w:w="50" w:type="dxa"/>
            </w:tcMar>
          </w:tcPr>
          <w:p w14:paraId="4C57E2F9" w14:textId="77777777" w:rsidR="00292F36" w:rsidRDefault="00000000">
            <w:r>
              <w:rPr>
                <w:sz w:val="16"/>
              </w:rPr>
              <w:t>PC1</w:t>
            </w:r>
          </w:p>
        </w:tc>
        <w:tc>
          <w:tcPr>
            <w:tcW w:w="1170" w:type="dxa"/>
            <w:tcMar>
              <w:top w:w="20" w:type="dxa"/>
              <w:left w:w="50" w:type="dxa"/>
              <w:bottom w:w="20" w:type="dxa"/>
              <w:right w:w="50" w:type="dxa"/>
            </w:tcMar>
          </w:tcPr>
          <w:p w14:paraId="62AB4E69" w14:textId="77777777" w:rsidR="00292F36" w:rsidRDefault="00000000">
            <w:r>
              <w:rPr>
                <w:sz w:val="16"/>
              </w:rPr>
              <w:t>0.0212</w:t>
            </w:r>
          </w:p>
        </w:tc>
        <w:tc>
          <w:tcPr>
            <w:tcW w:w="1170" w:type="dxa"/>
            <w:tcMar>
              <w:top w:w="20" w:type="dxa"/>
              <w:left w:w="50" w:type="dxa"/>
              <w:bottom w:w="20" w:type="dxa"/>
              <w:right w:w="50" w:type="dxa"/>
            </w:tcMar>
          </w:tcPr>
          <w:p w14:paraId="60EBF7D2" w14:textId="77777777" w:rsidR="00292F36" w:rsidRDefault="00000000">
            <w:r>
              <w:rPr>
                <w:sz w:val="16"/>
              </w:rPr>
              <w:t>0.0144</w:t>
            </w:r>
          </w:p>
        </w:tc>
        <w:tc>
          <w:tcPr>
            <w:tcW w:w="1170" w:type="dxa"/>
            <w:tcMar>
              <w:top w:w="20" w:type="dxa"/>
              <w:left w:w="50" w:type="dxa"/>
              <w:bottom w:w="20" w:type="dxa"/>
              <w:right w:w="50" w:type="dxa"/>
            </w:tcMar>
          </w:tcPr>
          <w:p w14:paraId="578F1FC9" w14:textId="77777777" w:rsidR="00292F36" w:rsidRDefault="00000000">
            <w:r>
              <w:rPr>
                <w:sz w:val="16"/>
              </w:rPr>
              <w:t>0.142</w:t>
            </w:r>
          </w:p>
        </w:tc>
        <w:tc>
          <w:tcPr>
            <w:tcW w:w="1170" w:type="dxa"/>
            <w:tcMar>
              <w:top w:w="20" w:type="dxa"/>
              <w:left w:w="50" w:type="dxa"/>
              <w:bottom w:w="20" w:type="dxa"/>
              <w:right w:w="50" w:type="dxa"/>
            </w:tcMar>
          </w:tcPr>
          <w:p w14:paraId="28C33C76" w14:textId="77777777" w:rsidR="00292F36" w:rsidRDefault="00000000">
            <w:r>
              <w:rPr>
                <w:sz w:val="16"/>
              </w:rPr>
              <w:t>-0.0071</w:t>
            </w:r>
          </w:p>
        </w:tc>
        <w:tc>
          <w:tcPr>
            <w:tcW w:w="1170" w:type="dxa"/>
            <w:tcMar>
              <w:top w:w="20" w:type="dxa"/>
              <w:left w:w="50" w:type="dxa"/>
              <w:bottom w:w="20" w:type="dxa"/>
              <w:right w:w="50" w:type="dxa"/>
            </w:tcMar>
          </w:tcPr>
          <w:p w14:paraId="64F3378F" w14:textId="77777777" w:rsidR="00292F36" w:rsidRDefault="00000000">
            <w:r>
              <w:rPr>
                <w:sz w:val="16"/>
              </w:rPr>
              <w:t>0.0494</w:t>
            </w:r>
          </w:p>
        </w:tc>
        <w:tc>
          <w:tcPr>
            <w:tcW w:w="1170" w:type="dxa"/>
            <w:tcMar>
              <w:top w:w="20" w:type="dxa"/>
              <w:left w:w="50" w:type="dxa"/>
              <w:bottom w:w="20" w:type="dxa"/>
              <w:right w:w="50" w:type="dxa"/>
            </w:tcMar>
          </w:tcPr>
          <w:p w14:paraId="61A747BB" w14:textId="77777777" w:rsidR="00292F36" w:rsidRDefault="00292F36"/>
        </w:tc>
      </w:tr>
      <w:tr w:rsidR="00292F36" w14:paraId="5E8F2897" w14:textId="77777777">
        <w:tc>
          <w:tcPr>
            <w:tcW w:w="1170" w:type="dxa"/>
            <w:tcMar>
              <w:top w:w="20" w:type="dxa"/>
              <w:left w:w="50" w:type="dxa"/>
              <w:bottom w:w="20" w:type="dxa"/>
              <w:right w:w="50" w:type="dxa"/>
            </w:tcMar>
          </w:tcPr>
          <w:p w14:paraId="33546C43" w14:textId="77777777" w:rsidR="00292F36" w:rsidRDefault="00000000">
            <w:r>
              <w:rPr>
                <w:sz w:val="16"/>
              </w:rPr>
              <w:t>Selenium</w:t>
            </w:r>
          </w:p>
        </w:tc>
        <w:tc>
          <w:tcPr>
            <w:tcW w:w="1170" w:type="dxa"/>
            <w:tcMar>
              <w:top w:w="20" w:type="dxa"/>
              <w:left w:w="50" w:type="dxa"/>
              <w:bottom w:w="20" w:type="dxa"/>
              <w:right w:w="50" w:type="dxa"/>
            </w:tcMar>
          </w:tcPr>
          <w:p w14:paraId="48CA06EE" w14:textId="77777777" w:rsidR="00292F36" w:rsidRDefault="00000000">
            <w:r>
              <w:rPr>
                <w:sz w:val="16"/>
              </w:rPr>
              <w:t>PC2</w:t>
            </w:r>
          </w:p>
        </w:tc>
        <w:tc>
          <w:tcPr>
            <w:tcW w:w="1170" w:type="dxa"/>
            <w:tcMar>
              <w:top w:w="20" w:type="dxa"/>
              <w:left w:w="50" w:type="dxa"/>
              <w:bottom w:w="20" w:type="dxa"/>
              <w:right w:w="50" w:type="dxa"/>
            </w:tcMar>
          </w:tcPr>
          <w:p w14:paraId="0978A1F8" w14:textId="77777777" w:rsidR="00292F36" w:rsidRDefault="00000000">
            <w:r>
              <w:rPr>
                <w:sz w:val="16"/>
              </w:rPr>
              <w:t>0.007</w:t>
            </w:r>
          </w:p>
        </w:tc>
        <w:tc>
          <w:tcPr>
            <w:tcW w:w="1170" w:type="dxa"/>
            <w:tcMar>
              <w:top w:w="20" w:type="dxa"/>
              <w:left w:w="50" w:type="dxa"/>
              <w:bottom w:w="20" w:type="dxa"/>
              <w:right w:w="50" w:type="dxa"/>
            </w:tcMar>
          </w:tcPr>
          <w:p w14:paraId="73EA61D6" w14:textId="77777777" w:rsidR="00292F36" w:rsidRDefault="00000000">
            <w:r>
              <w:rPr>
                <w:sz w:val="16"/>
              </w:rPr>
              <w:t>0.0126</w:t>
            </w:r>
          </w:p>
        </w:tc>
        <w:tc>
          <w:tcPr>
            <w:tcW w:w="1170" w:type="dxa"/>
            <w:tcMar>
              <w:top w:w="20" w:type="dxa"/>
              <w:left w:w="50" w:type="dxa"/>
              <w:bottom w:w="20" w:type="dxa"/>
              <w:right w:w="50" w:type="dxa"/>
            </w:tcMar>
          </w:tcPr>
          <w:p w14:paraId="01B8382C" w14:textId="77777777" w:rsidR="00292F36" w:rsidRDefault="00000000">
            <w:r>
              <w:rPr>
                <w:sz w:val="16"/>
              </w:rPr>
              <w:t>0.579</w:t>
            </w:r>
          </w:p>
        </w:tc>
        <w:tc>
          <w:tcPr>
            <w:tcW w:w="1170" w:type="dxa"/>
            <w:tcMar>
              <w:top w:w="20" w:type="dxa"/>
              <w:left w:w="50" w:type="dxa"/>
              <w:bottom w:w="20" w:type="dxa"/>
              <w:right w:w="50" w:type="dxa"/>
            </w:tcMar>
          </w:tcPr>
          <w:p w14:paraId="134F92FB" w14:textId="77777777" w:rsidR="00292F36" w:rsidRDefault="00000000">
            <w:r>
              <w:rPr>
                <w:sz w:val="16"/>
              </w:rPr>
              <w:t>-0.0177</w:t>
            </w:r>
          </w:p>
        </w:tc>
        <w:tc>
          <w:tcPr>
            <w:tcW w:w="1170" w:type="dxa"/>
            <w:tcMar>
              <w:top w:w="20" w:type="dxa"/>
              <w:left w:w="50" w:type="dxa"/>
              <w:bottom w:w="20" w:type="dxa"/>
              <w:right w:w="50" w:type="dxa"/>
            </w:tcMar>
          </w:tcPr>
          <w:p w14:paraId="6EC653FE" w14:textId="77777777" w:rsidR="00292F36" w:rsidRDefault="00000000">
            <w:r>
              <w:rPr>
                <w:sz w:val="16"/>
              </w:rPr>
              <w:t>0.0317</w:t>
            </w:r>
          </w:p>
        </w:tc>
        <w:tc>
          <w:tcPr>
            <w:tcW w:w="1170" w:type="dxa"/>
            <w:tcMar>
              <w:top w:w="20" w:type="dxa"/>
              <w:left w:w="50" w:type="dxa"/>
              <w:bottom w:w="20" w:type="dxa"/>
              <w:right w:w="50" w:type="dxa"/>
            </w:tcMar>
          </w:tcPr>
          <w:p w14:paraId="49911994" w14:textId="77777777" w:rsidR="00292F36" w:rsidRDefault="00292F36"/>
        </w:tc>
      </w:tr>
      <w:tr w:rsidR="00292F36" w14:paraId="6E44206C" w14:textId="77777777">
        <w:tc>
          <w:tcPr>
            <w:tcW w:w="1170" w:type="dxa"/>
            <w:tcMar>
              <w:top w:w="20" w:type="dxa"/>
              <w:left w:w="50" w:type="dxa"/>
              <w:bottom w:w="20" w:type="dxa"/>
              <w:right w:w="50" w:type="dxa"/>
            </w:tcMar>
          </w:tcPr>
          <w:p w14:paraId="3515234A" w14:textId="77777777" w:rsidR="00292F36" w:rsidRDefault="00000000">
            <w:r>
              <w:rPr>
                <w:sz w:val="16"/>
              </w:rPr>
              <w:t>Selenium</w:t>
            </w:r>
          </w:p>
        </w:tc>
        <w:tc>
          <w:tcPr>
            <w:tcW w:w="1170" w:type="dxa"/>
            <w:tcMar>
              <w:top w:w="20" w:type="dxa"/>
              <w:left w:w="50" w:type="dxa"/>
              <w:bottom w:w="20" w:type="dxa"/>
              <w:right w:w="50" w:type="dxa"/>
            </w:tcMar>
          </w:tcPr>
          <w:p w14:paraId="06F7A015" w14:textId="77777777" w:rsidR="00292F36" w:rsidRDefault="00000000">
            <w:r>
              <w:rPr>
                <w:sz w:val="16"/>
              </w:rPr>
              <w:t>SST</w:t>
            </w:r>
          </w:p>
        </w:tc>
        <w:tc>
          <w:tcPr>
            <w:tcW w:w="1170" w:type="dxa"/>
            <w:tcMar>
              <w:top w:w="20" w:type="dxa"/>
              <w:left w:w="50" w:type="dxa"/>
              <w:bottom w:w="20" w:type="dxa"/>
              <w:right w:w="50" w:type="dxa"/>
            </w:tcMar>
          </w:tcPr>
          <w:p w14:paraId="64C50311" w14:textId="77777777" w:rsidR="00292F36" w:rsidRDefault="00000000">
            <w:r>
              <w:rPr>
                <w:sz w:val="16"/>
              </w:rPr>
              <w:t>0.0058</w:t>
            </w:r>
          </w:p>
        </w:tc>
        <w:tc>
          <w:tcPr>
            <w:tcW w:w="1170" w:type="dxa"/>
            <w:tcMar>
              <w:top w:w="20" w:type="dxa"/>
              <w:left w:w="50" w:type="dxa"/>
              <w:bottom w:w="20" w:type="dxa"/>
              <w:right w:w="50" w:type="dxa"/>
            </w:tcMar>
          </w:tcPr>
          <w:p w14:paraId="7513A147" w14:textId="77777777" w:rsidR="00292F36" w:rsidRDefault="00000000">
            <w:r>
              <w:rPr>
                <w:sz w:val="16"/>
              </w:rPr>
              <w:t>0.0112</w:t>
            </w:r>
          </w:p>
        </w:tc>
        <w:tc>
          <w:tcPr>
            <w:tcW w:w="1170" w:type="dxa"/>
            <w:tcMar>
              <w:top w:w="20" w:type="dxa"/>
              <w:left w:w="50" w:type="dxa"/>
              <w:bottom w:w="20" w:type="dxa"/>
              <w:right w:w="50" w:type="dxa"/>
            </w:tcMar>
          </w:tcPr>
          <w:p w14:paraId="0D1F1589" w14:textId="77777777" w:rsidR="00292F36" w:rsidRDefault="00000000">
            <w:r>
              <w:rPr>
                <w:sz w:val="16"/>
              </w:rPr>
              <w:t>0.606</w:t>
            </w:r>
          </w:p>
        </w:tc>
        <w:tc>
          <w:tcPr>
            <w:tcW w:w="1170" w:type="dxa"/>
            <w:tcMar>
              <w:top w:w="20" w:type="dxa"/>
              <w:left w:w="50" w:type="dxa"/>
              <w:bottom w:w="20" w:type="dxa"/>
              <w:right w:w="50" w:type="dxa"/>
            </w:tcMar>
          </w:tcPr>
          <w:p w14:paraId="7C89DC18" w14:textId="77777777" w:rsidR="00292F36" w:rsidRDefault="00000000">
            <w:r>
              <w:rPr>
                <w:sz w:val="16"/>
              </w:rPr>
              <w:t>-0.0162</w:t>
            </w:r>
          </w:p>
        </w:tc>
        <w:tc>
          <w:tcPr>
            <w:tcW w:w="1170" w:type="dxa"/>
            <w:tcMar>
              <w:top w:w="20" w:type="dxa"/>
              <w:left w:w="50" w:type="dxa"/>
              <w:bottom w:w="20" w:type="dxa"/>
              <w:right w:w="50" w:type="dxa"/>
            </w:tcMar>
          </w:tcPr>
          <w:p w14:paraId="4FCD6ED1" w14:textId="77777777" w:rsidR="00292F36" w:rsidRDefault="00000000">
            <w:r>
              <w:rPr>
                <w:sz w:val="16"/>
              </w:rPr>
              <w:t>0.0278</w:t>
            </w:r>
          </w:p>
        </w:tc>
        <w:tc>
          <w:tcPr>
            <w:tcW w:w="1170" w:type="dxa"/>
            <w:tcMar>
              <w:top w:w="20" w:type="dxa"/>
              <w:left w:w="50" w:type="dxa"/>
              <w:bottom w:w="20" w:type="dxa"/>
              <w:right w:w="50" w:type="dxa"/>
            </w:tcMar>
          </w:tcPr>
          <w:p w14:paraId="1721298F" w14:textId="77777777" w:rsidR="00292F36" w:rsidRDefault="00292F36"/>
        </w:tc>
      </w:tr>
      <w:tr w:rsidR="00292F36" w14:paraId="2117340A" w14:textId="77777777">
        <w:tc>
          <w:tcPr>
            <w:tcW w:w="1170" w:type="dxa"/>
            <w:tcMar>
              <w:top w:w="20" w:type="dxa"/>
              <w:left w:w="50" w:type="dxa"/>
              <w:bottom w:w="20" w:type="dxa"/>
              <w:right w:w="50" w:type="dxa"/>
            </w:tcMar>
          </w:tcPr>
          <w:p w14:paraId="469CC865" w14:textId="77777777" w:rsidR="00292F36" w:rsidRDefault="00000000">
            <w:r>
              <w:rPr>
                <w:sz w:val="16"/>
              </w:rPr>
              <w:t>Selenium</w:t>
            </w:r>
          </w:p>
        </w:tc>
        <w:tc>
          <w:tcPr>
            <w:tcW w:w="1170" w:type="dxa"/>
            <w:tcMar>
              <w:top w:w="20" w:type="dxa"/>
              <w:left w:w="50" w:type="dxa"/>
              <w:bottom w:w="20" w:type="dxa"/>
              <w:right w:w="50" w:type="dxa"/>
            </w:tcMar>
          </w:tcPr>
          <w:p w14:paraId="07C09998" w14:textId="77777777" w:rsidR="00292F36" w:rsidRDefault="00000000">
            <w:r>
              <w:rPr>
                <w:sz w:val="16"/>
              </w:rPr>
              <w:t>chl</w:t>
            </w:r>
          </w:p>
        </w:tc>
        <w:tc>
          <w:tcPr>
            <w:tcW w:w="1170" w:type="dxa"/>
            <w:tcMar>
              <w:top w:w="20" w:type="dxa"/>
              <w:left w:w="50" w:type="dxa"/>
              <w:bottom w:w="20" w:type="dxa"/>
              <w:right w:w="50" w:type="dxa"/>
            </w:tcMar>
          </w:tcPr>
          <w:p w14:paraId="02D119F7" w14:textId="77777777" w:rsidR="00292F36" w:rsidRDefault="00000000">
            <w:r>
              <w:rPr>
                <w:sz w:val="16"/>
              </w:rPr>
              <w:t>-0.0032</w:t>
            </w:r>
          </w:p>
        </w:tc>
        <w:tc>
          <w:tcPr>
            <w:tcW w:w="1170" w:type="dxa"/>
            <w:tcMar>
              <w:top w:w="20" w:type="dxa"/>
              <w:left w:w="50" w:type="dxa"/>
              <w:bottom w:w="20" w:type="dxa"/>
              <w:right w:w="50" w:type="dxa"/>
            </w:tcMar>
          </w:tcPr>
          <w:p w14:paraId="2ADDBF9F" w14:textId="77777777" w:rsidR="00292F36" w:rsidRDefault="00000000">
            <w:r>
              <w:rPr>
                <w:sz w:val="16"/>
              </w:rPr>
              <w:t>0.0172</w:t>
            </w:r>
          </w:p>
        </w:tc>
        <w:tc>
          <w:tcPr>
            <w:tcW w:w="1170" w:type="dxa"/>
            <w:tcMar>
              <w:top w:w="20" w:type="dxa"/>
              <w:left w:w="50" w:type="dxa"/>
              <w:bottom w:w="20" w:type="dxa"/>
              <w:right w:w="50" w:type="dxa"/>
            </w:tcMar>
          </w:tcPr>
          <w:p w14:paraId="180CF4A8" w14:textId="77777777" w:rsidR="00292F36" w:rsidRDefault="00000000">
            <w:r>
              <w:rPr>
                <w:sz w:val="16"/>
              </w:rPr>
              <w:t>0.854</w:t>
            </w:r>
          </w:p>
        </w:tc>
        <w:tc>
          <w:tcPr>
            <w:tcW w:w="1170" w:type="dxa"/>
            <w:tcMar>
              <w:top w:w="20" w:type="dxa"/>
              <w:left w:w="50" w:type="dxa"/>
              <w:bottom w:w="20" w:type="dxa"/>
              <w:right w:w="50" w:type="dxa"/>
            </w:tcMar>
          </w:tcPr>
          <w:p w14:paraId="44129CDC" w14:textId="77777777" w:rsidR="00292F36" w:rsidRDefault="00000000">
            <w:r>
              <w:rPr>
                <w:sz w:val="16"/>
              </w:rPr>
              <w:t>-0.0369</w:t>
            </w:r>
          </w:p>
        </w:tc>
        <w:tc>
          <w:tcPr>
            <w:tcW w:w="1170" w:type="dxa"/>
            <w:tcMar>
              <w:top w:w="20" w:type="dxa"/>
              <w:left w:w="50" w:type="dxa"/>
              <w:bottom w:w="20" w:type="dxa"/>
              <w:right w:w="50" w:type="dxa"/>
            </w:tcMar>
          </w:tcPr>
          <w:p w14:paraId="191876DF" w14:textId="77777777" w:rsidR="00292F36" w:rsidRDefault="00000000">
            <w:r>
              <w:rPr>
                <w:sz w:val="16"/>
              </w:rPr>
              <w:t>0.0306</w:t>
            </w:r>
          </w:p>
        </w:tc>
        <w:tc>
          <w:tcPr>
            <w:tcW w:w="1170" w:type="dxa"/>
            <w:tcMar>
              <w:top w:w="20" w:type="dxa"/>
              <w:left w:w="50" w:type="dxa"/>
              <w:bottom w:w="20" w:type="dxa"/>
              <w:right w:w="50" w:type="dxa"/>
            </w:tcMar>
          </w:tcPr>
          <w:p w14:paraId="5A94FF69" w14:textId="77777777" w:rsidR="00292F36" w:rsidRDefault="00292F36"/>
        </w:tc>
      </w:tr>
      <w:tr w:rsidR="00292F36" w14:paraId="2D741059" w14:textId="77777777">
        <w:tc>
          <w:tcPr>
            <w:tcW w:w="1170" w:type="dxa"/>
            <w:tcMar>
              <w:top w:w="20" w:type="dxa"/>
              <w:left w:w="50" w:type="dxa"/>
              <w:bottom w:w="20" w:type="dxa"/>
              <w:right w:w="50" w:type="dxa"/>
            </w:tcMar>
          </w:tcPr>
          <w:p w14:paraId="123435C2" w14:textId="77777777" w:rsidR="00292F36" w:rsidRDefault="00000000">
            <w:r>
              <w:rPr>
                <w:sz w:val="16"/>
              </w:rPr>
              <w:t>VitaminA</w:t>
            </w:r>
          </w:p>
        </w:tc>
        <w:tc>
          <w:tcPr>
            <w:tcW w:w="1170" w:type="dxa"/>
            <w:tcMar>
              <w:top w:w="20" w:type="dxa"/>
              <w:left w:w="50" w:type="dxa"/>
              <w:bottom w:w="20" w:type="dxa"/>
              <w:right w:w="50" w:type="dxa"/>
            </w:tcMar>
          </w:tcPr>
          <w:p w14:paraId="77FF09F2" w14:textId="77777777" w:rsidR="00292F36" w:rsidRDefault="00000000">
            <w:r>
              <w:rPr>
                <w:sz w:val="16"/>
              </w:rPr>
              <w:t>Depth</w:t>
            </w:r>
          </w:p>
        </w:tc>
        <w:tc>
          <w:tcPr>
            <w:tcW w:w="1170" w:type="dxa"/>
            <w:tcMar>
              <w:top w:w="20" w:type="dxa"/>
              <w:left w:w="50" w:type="dxa"/>
              <w:bottom w:w="20" w:type="dxa"/>
              <w:right w:w="50" w:type="dxa"/>
            </w:tcMar>
          </w:tcPr>
          <w:p w14:paraId="0E2D8B25" w14:textId="77777777" w:rsidR="00292F36" w:rsidRDefault="00000000">
            <w:r>
              <w:rPr>
                <w:sz w:val="16"/>
              </w:rPr>
              <w:t>0.0308</w:t>
            </w:r>
          </w:p>
        </w:tc>
        <w:tc>
          <w:tcPr>
            <w:tcW w:w="1170" w:type="dxa"/>
            <w:tcMar>
              <w:top w:w="20" w:type="dxa"/>
              <w:left w:w="50" w:type="dxa"/>
              <w:bottom w:w="20" w:type="dxa"/>
              <w:right w:w="50" w:type="dxa"/>
            </w:tcMar>
          </w:tcPr>
          <w:p w14:paraId="043FB215" w14:textId="77777777" w:rsidR="00292F36" w:rsidRDefault="00000000">
            <w:r>
              <w:rPr>
                <w:sz w:val="16"/>
              </w:rPr>
              <w:t>0.0167</w:t>
            </w:r>
          </w:p>
        </w:tc>
        <w:tc>
          <w:tcPr>
            <w:tcW w:w="1170" w:type="dxa"/>
            <w:tcMar>
              <w:top w:w="20" w:type="dxa"/>
              <w:left w:w="50" w:type="dxa"/>
              <w:bottom w:w="20" w:type="dxa"/>
              <w:right w:w="50" w:type="dxa"/>
            </w:tcMar>
          </w:tcPr>
          <w:p w14:paraId="1A9F867B" w14:textId="77777777" w:rsidR="00292F36" w:rsidRDefault="00000000">
            <w:r>
              <w:rPr>
                <w:sz w:val="16"/>
              </w:rPr>
              <w:t>0.0649</w:t>
            </w:r>
          </w:p>
        </w:tc>
        <w:tc>
          <w:tcPr>
            <w:tcW w:w="1170" w:type="dxa"/>
            <w:tcMar>
              <w:top w:w="20" w:type="dxa"/>
              <w:left w:w="50" w:type="dxa"/>
              <w:bottom w:w="20" w:type="dxa"/>
              <w:right w:w="50" w:type="dxa"/>
            </w:tcMar>
          </w:tcPr>
          <w:p w14:paraId="74F6CEA8" w14:textId="77777777" w:rsidR="00292F36" w:rsidRDefault="00000000">
            <w:r>
              <w:rPr>
                <w:sz w:val="16"/>
              </w:rPr>
              <w:t>-0.0019</w:t>
            </w:r>
          </w:p>
        </w:tc>
        <w:tc>
          <w:tcPr>
            <w:tcW w:w="1170" w:type="dxa"/>
            <w:tcMar>
              <w:top w:w="20" w:type="dxa"/>
              <w:left w:w="50" w:type="dxa"/>
              <w:bottom w:w="20" w:type="dxa"/>
              <w:right w:w="50" w:type="dxa"/>
            </w:tcMar>
          </w:tcPr>
          <w:p w14:paraId="3B630927" w14:textId="77777777" w:rsidR="00292F36" w:rsidRDefault="00000000">
            <w:r>
              <w:rPr>
                <w:sz w:val="16"/>
              </w:rPr>
              <w:t>0.0635</w:t>
            </w:r>
          </w:p>
        </w:tc>
        <w:tc>
          <w:tcPr>
            <w:tcW w:w="1170" w:type="dxa"/>
            <w:tcMar>
              <w:top w:w="20" w:type="dxa"/>
              <w:left w:w="50" w:type="dxa"/>
              <w:bottom w:w="20" w:type="dxa"/>
              <w:right w:w="50" w:type="dxa"/>
            </w:tcMar>
          </w:tcPr>
          <w:p w14:paraId="6162FC40" w14:textId="77777777" w:rsidR="00292F36" w:rsidRDefault="00000000">
            <w:r>
              <w:rPr>
                <w:sz w:val="16"/>
              </w:rPr>
              <w:t>.</w:t>
            </w:r>
          </w:p>
        </w:tc>
      </w:tr>
      <w:tr w:rsidR="00292F36" w14:paraId="0DEBD717" w14:textId="77777777">
        <w:tc>
          <w:tcPr>
            <w:tcW w:w="1170" w:type="dxa"/>
            <w:tcMar>
              <w:top w:w="20" w:type="dxa"/>
              <w:left w:w="50" w:type="dxa"/>
              <w:bottom w:w="20" w:type="dxa"/>
              <w:right w:w="50" w:type="dxa"/>
            </w:tcMar>
          </w:tcPr>
          <w:p w14:paraId="58A3EBCA" w14:textId="77777777" w:rsidR="00292F36" w:rsidRDefault="00000000">
            <w:r>
              <w:rPr>
                <w:sz w:val="16"/>
              </w:rPr>
              <w:t>VitaminA</w:t>
            </w:r>
          </w:p>
        </w:tc>
        <w:tc>
          <w:tcPr>
            <w:tcW w:w="1170" w:type="dxa"/>
            <w:tcMar>
              <w:top w:w="20" w:type="dxa"/>
              <w:left w:w="50" w:type="dxa"/>
              <w:bottom w:w="20" w:type="dxa"/>
              <w:right w:w="50" w:type="dxa"/>
            </w:tcMar>
          </w:tcPr>
          <w:p w14:paraId="23998CD6" w14:textId="77777777" w:rsidR="00292F36" w:rsidRDefault="00000000">
            <w:r>
              <w:rPr>
                <w:sz w:val="16"/>
              </w:rPr>
              <w:t>PC1</w:t>
            </w:r>
          </w:p>
        </w:tc>
        <w:tc>
          <w:tcPr>
            <w:tcW w:w="1170" w:type="dxa"/>
            <w:tcMar>
              <w:top w:w="20" w:type="dxa"/>
              <w:left w:w="50" w:type="dxa"/>
              <w:bottom w:w="20" w:type="dxa"/>
              <w:right w:w="50" w:type="dxa"/>
            </w:tcMar>
          </w:tcPr>
          <w:p w14:paraId="54BCA929" w14:textId="77777777" w:rsidR="00292F36" w:rsidRDefault="00000000">
            <w:r>
              <w:rPr>
                <w:sz w:val="16"/>
              </w:rPr>
              <w:t>-0.0025</w:t>
            </w:r>
          </w:p>
        </w:tc>
        <w:tc>
          <w:tcPr>
            <w:tcW w:w="1170" w:type="dxa"/>
            <w:tcMar>
              <w:top w:w="20" w:type="dxa"/>
              <w:left w:w="50" w:type="dxa"/>
              <w:bottom w:w="20" w:type="dxa"/>
              <w:right w:w="50" w:type="dxa"/>
            </w:tcMar>
          </w:tcPr>
          <w:p w14:paraId="64B2654E" w14:textId="77777777" w:rsidR="00292F36" w:rsidRDefault="00000000">
            <w:r>
              <w:rPr>
                <w:sz w:val="16"/>
              </w:rPr>
              <w:t>0.017</w:t>
            </w:r>
          </w:p>
        </w:tc>
        <w:tc>
          <w:tcPr>
            <w:tcW w:w="1170" w:type="dxa"/>
            <w:tcMar>
              <w:top w:w="20" w:type="dxa"/>
              <w:left w:w="50" w:type="dxa"/>
              <w:bottom w:w="20" w:type="dxa"/>
              <w:right w:w="50" w:type="dxa"/>
            </w:tcMar>
          </w:tcPr>
          <w:p w14:paraId="2AE55241" w14:textId="77777777" w:rsidR="00292F36" w:rsidRDefault="00000000">
            <w:r>
              <w:rPr>
                <w:sz w:val="16"/>
              </w:rPr>
              <w:t>0.881</w:t>
            </w:r>
          </w:p>
        </w:tc>
        <w:tc>
          <w:tcPr>
            <w:tcW w:w="1170" w:type="dxa"/>
            <w:tcMar>
              <w:top w:w="20" w:type="dxa"/>
              <w:left w:w="50" w:type="dxa"/>
              <w:bottom w:w="20" w:type="dxa"/>
              <w:right w:w="50" w:type="dxa"/>
            </w:tcMar>
          </w:tcPr>
          <w:p w14:paraId="3A915730" w14:textId="77777777" w:rsidR="00292F36" w:rsidRDefault="00000000">
            <w:r>
              <w:rPr>
                <w:sz w:val="16"/>
              </w:rPr>
              <w:t>-0.0358</w:t>
            </w:r>
          </w:p>
        </w:tc>
        <w:tc>
          <w:tcPr>
            <w:tcW w:w="1170" w:type="dxa"/>
            <w:tcMar>
              <w:top w:w="20" w:type="dxa"/>
              <w:left w:w="50" w:type="dxa"/>
              <w:bottom w:w="20" w:type="dxa"/>
              <w:right w:w="50" w:type="dxa"/>
            </w:tcMar>
          </w:tcPr>
          <w:p w14:paraId="74CAA287" w14:textId="77777777" w:rsidR="00292F36" w:rsidRDefault="00000000">
            <w:r>
              <w:rPr>
                <w:sz w:val="16"/>
              </w:rPr>
              <w:t>0.0308</w:t>
            </w:r>
          </w:p>
        </w:tc>
        <w:tc>
          <w:tcPr>
            <w:tcW w:w="1170" w:type="dxa"/>
            <w:tcMar>
              <w:top w:w="20" w:type="dxa"/>
              <w:left w:w="50" w:type="dxa"/>
              <w:bottom w:w="20" w:type="dxa"/>
              <w:right w:w="50" w:type="dxa"/>
            </w:tcMar>
          </w:tcPr>
          <w:p w14:paraId="1CCA09EF" w14:textId="77777777" w:rsidR="00292F36" w:rsidRDefault="00292F36"/>
        </w:tc>
      </w:tr>
      <w:tr w:rsidR="00292F36" w14:paraId="04CF65C2" w14:textId="77777777">
        <w:tc>
          <w:tcPr>
            <w:tcW w:w="1170" w:type="dxa"/>
            <w:tcMar>
              <w:top w:w="20" w:type="dxa"/>
              <w:left w:w="50" w:type="dxa"/>
              <w:bottom w:w="20" w:type="dxa"/>
              <w:right w:w="50" w:type="dxa"/>
            </w:tcMar>
          </w:tcPr>
          <w:p w14:paraId="2BA748DA" w14:textId="77777777" w:rsidR="00292F36" w:rsidRDefault="00000000">
            <w:r>
              <w:rPr>
                <w:sz w:val="16"/>
              </w:rPr>
              <w:t>VitaminA</w:t>
            </w:r>
          </w:p>
        </w:tc>
        <w:tc>
          <w:tcPr>
            <w:tcW w:w="1170" w:type="dxa"/>
            <w:tcMar>
              <w:top w:w="20" w:type="dxa"/>
              <w:left w:w="50" w:type="dxa"/>
              <w:bottom w:w="20" w:type="dxa"/>
              <w:right w:w="50" w:type="dxa"/>
            </w:tcMar>
          </w:tcPr>
          <w:p w14:paraId="4BA28F36" w14:textId="77777777" w:rsidR="00292F36" w:rsidRDefault="00000000">
            <w:r>
              <w:rPr>
                <w:sz w:val="16"/>
              </w:rPr>
              <w:t>PC2</w:t>
            </w:r>
          </w:p>
        </w:tc>
        <w:tc>
          <w:tcPr>
            <w:tcW w:w="1170" w:type="dxa"/>
            <w:tcMar>
              <w:top w:w="20" w:type="dxa"/>
              <w:left w:w="50" w:type="dxa"/>
              <w:bottom w:w="20" w:type="dxa"/>
              <w:right w:w="50" w:type="dxa"/>
            </w:tcMar>
          </w:tcPr>
          <w:p w14:paraId="365CF76A" w14:textId="77777777" w:rsidR="00292F36" w:rsidRDefault="00000000">
            <w:r>
              <w:rPr>
                <w:sz w:val="16"/>
              </w:rPr>
              <w:t>-0.0026</w:t>
            </w:r>
          </w:p>
        </w:tc>
        <w:tc>
          <w:tcPr>
            <w:tcW w:w="1170" w:type="dxa"/>
            <w:tcMar>
              <w:top w:w="20" w:type="dxa"/>
              <w:left w:w="50" w:type="dxa"/>
              <w:bottom w:w="20" w:type="dxa"/>
              <w:right w:w="50" w:type="dxa"/>
            </w:tcMar>
          </w:tcPr>
          <w:p w14:paraId="278C6D75" w14:textId="77777777" w:rsidR="00292F36" w:rsidRDefault="00000000">
            <w:r>
              <w:rPr>
                <w:sz w:val="16"/>
              </w:rPr>
              <w:t>0.0163</w:t>
            </w:r>
          </w:p>
        </w:tc>
        <w:tc>
          <w:tcPr>
            <w:tcW w:w="1170" w:type="dxa"/>
            <w:tcMar>
              <w:top w:w="20" w:type="dxa"/>
              <w:left w:w="50" w:type="dxa"/>
              <w:bottom w:w="20" w:type="dxa"/>
              <w:right w:w="50" w:type="dxa"/>
            </w:tcMar>
          </w:tcPr>
          <w:p w14:paraId="514FF413" w14:textId="77777777" w:rsidR="00292F36" w:rsidRDefault="00000000">
            <w:r>
              <w:rPr>
                <w:sz w:val="16"/>
              </w:rPr>
              <w:t>0.875</w:t>
            </w:r>
          </w:p>
        </w:tc>
        <w:tc>
          <w:tcPr>
            <w:tcW w:w="1170" w:type="dxa"/>
            <w:tcMar>
              <w:top w:w="20" w:type="dxa"/>
              <w:left w:w="50" w:type="dxa"/>
              <w:bottom w:w="20" w:type="dxa"/>
              <w:right w:w="50" w:type="dxa"/>
            </w:tcMar>
          </w:tcPr>
          <w:p w14:paraId="03535D30" w14:textId="77777777" w:rsidR="00292F36" w:rsidRDefault="00000000">
            <w:r>
              <w:rPr>
                <w:sz w:val="16"/>
              </w:rPr>
              <w:t>-0.0345</w:t>
            </w:r>
          </w:p>
        </w:tc>
        <w:tc>
          <w:tcPr>
            <w:tcW w:w="1170" w:type="dxa"/>
            <w:tcMar>
              <w:top w:w="20" w:type="dxa"/>
              <w:left w:w="50" w:type="dxa"/>
              <w:bottom w:w="20" w:type="dxa"/>
              <w:right w:w="50" w:type="dxa"/>
            </w:tcMar>
          </w:tcPr>
          <w:p w14:paraId="302ABD93" w14:textId="77777777" w:rsidR="00292F36" w:rsidRDefault="00000000">
            <w:r>
              <w:rPr>
                <w:sz w:val="16"/>
              </w:rPr>
              <w:t>0.0293</w:t>
            </w:r>
          </w:p>
        </w:tc>
        <w:tc>
          <w:tcPr>
            <w:tcW w:w="1170" w:type="dxa"/>
            <w:tcMar>
              <w:top w:w="20" w:type="dxa"/>
              <w:left w:w="50" w:type="dxa"/>
              <w:bottom w:w="20" w:type="dxa"/>
              <w:right w:w="50" w:type="dxa"/>
            </w:tcMar>
          </w:tcPr>
          <w:p w14:paraId="72B780A6" w14:textId="77777777" w:rsidR="00292F36" w:rsidRDefault="00292F36"/>
        </w:tc>
      </w:tr>
      <w:tr w:rsidR="00292F36" w14:paraId="083A733C" w14:textId="77777777">
        <w:tc>
          <w:tcPr>
            <w:tcW w:w="1170" w:type="dxa"/>
            <w:tcMar>
              <w:top w:w="20" w:type="dxa"/>
              <w:left w:w="50" w:type="dxa"/>
              <w:bottom w:w="20" w:type="dxa"/>
              <w:right w:w="50" w:type="dxa"/>
            </w:tcMar>
          </w:tcPr>
          <w:p w14:paraId="237F63EC" w14:textId="77777777" w:rsidR="00292F36" w:rsidRDefault="00000000">
            <w:r>
              <w:rPr>
                <w:sz w:val="16"/>
              </w:rPr>
              <w:t>VitaminA</w:t>
            </w:r>
          </w:p>
        </w:tc>
        <w:tc>
          <w:tcPr>
            <w:tcW w:w="1170" w:type="dxa"/>
            <w:tcMar>
              <w:top w:w="20" w:type="dxa"/>
              <w:left w:w="50" w:type="dxa"/>
              <w:bottom w:w="20" w:type="dxa"/>
              <w:right w:w="50" w:type="dxa"/>
            </w:tcMar>
          </w:tcPr>
          <w:p w14:paraId="69292129" w14:textId="77777777" w:rsidR="00292F36" w:rsidRDefault="00000000">
            <w:r>
              <w:rPr>
                <w:sz w:val="16"/>
              </w:rPr>
              <w:t>SST</w:t>
            </w:r>
          </w:p>
        </w:tc>
        <w:tc>
          <w:tcPr>
            <w:tcW w:w="1170" w:type="dxa"/>
            <w:tcMar>
              <w:top w:w="20" w:type="dxa"/>
              <w:left w:w="50" w:type="dxa"/>
              <w:bottom w:w="20" w:type="dxa"/>
              <w:right w:w="50" w:type="dxa"/>
            </w:tcMar>
          </w:tcPr>
          <w:p w14:paraId="69EA0639" w14:textId="77777777" w:rsidR="00292F36" w:rsidRDefault="00000000">
            <w:r>
              <w:rPr>
                <w:sz w:val="16"/>
              </w:rPr>
              <w:t>-0.0028</w:t>
            </w:r>
          </w:p>
        </w:tc>
        <w:tc>
          <w:tcPr>
            <w:tcW w:w="1170" w:type="dxa"/>
            <w:tcMar>
              <w:top w:w="20" w:type="dxa"/>
              <w:left w:w="50" w:type="dxa"/>
              <w:bottom w:w="20" w:type="dxa"/>
              <w:right w:w="50" w:type="dxa"/>
            </w:tcMar>
          </w:tcPr>
          <w:p w14:paraId="51FD9ADD" w14:textId="77777777" w:rsidR="00292F36" w:rsidRDefault="00000000">
            <w:r>
              <w:rPr>
                <w:sz w:val="16"/>
              </w:rPr>
              <w:t>0.0152</w:t>
            </w:r>
          </w:p>
        </w:tc>
        <w:tc>
          <w:tcPr>
            <w:tcW w:w="1170" w:type="dxa"/>
            <w:tcMar>
              <w:top w:w="20" w:type="dxa"/>
              <w:left w:w="50" w:type="dxa"/>
              <w:bottom w:w="20" w:type="dxa"/>
              <w:right w:w="50" w:type="dxa"/>
            </w:tcMar>
          </w:tcPr>
          <w:p w14:paraId="092AE82E" w14:textId="77777777" w:rsidR="00292F36" w:rsidRDefault="00000000">
            <w:r>
              <w:rPr>
                <w:sz w:val="16"/>
              </w:rPr>
              <w:t>0.855</w:t>
            </w:r>
          </w:p>
        </w:tc>
        <w:tc>
          <w:tcPr>
            <w:tcW w:w="1170" w:type="dxa"/>
            <w:tcMar>
              <w:top w:w="20" w:type="dxa"/>
              <w:left w:w="50" w:type="dxa"/>
              <w:bottom w:w="20" w:type="dxa"/>
              <w:right w:w="50" w:type="dxa"/>
            </w:tcMar>
          </w:tcPr>
          <w:p w14:paraId="4E19E2A9" w14:textId="77777777" w:rsidR="00292F36" w:rsidRDefault="00000000">
            <w:r>
              <w:rPr>
                <w:sz w:val="16"/>
              </w:rPr>
              <w:t>-0.0325</w:t>
            </w:r>
          </w:p>
        </w:tc>
        <w:tc>
          <w:tcPr>
            <w:tcW w:w="1170" w:type="dxa"/>
            <w:tcMar>
              <w:top w:w="20" w:type="dxa"/>
              <w:left w:w="50" w:type="dxa"/>
              <w:bottom w:w="20" w:type="dxa"/>
              <w:right w:w="50" w:type="dxa"/>
            </w:tcMar>
          </w:tcPr>
          <w:p w14:paraId="52193ED7" w14:textId="77777777" w:rsidR="00292F36" w:rsidRDefault="00000000">
            <w:r>
              <w:rPr>
                <w:sz w:val="16"/>
              </w:rPr>
              <w:t>0.027</w:t>
            </w:r>
          </w:p>
        </w:tc>
        <w:tc>
          <w:tcPr>
            <w:tcW w:w="1170" w:type="dxa"/>
            <w:tcMar>
              <w:top w:w="20" w:type="dxa"/>
              <w:left w:w="50" w:type="dxa"/>
              <w:bottom w:w="20" w:type="dxa"/>
              <w:right w:w="50" w:type="dxa"/>
            </w:tcMar>
          </w:tcPr>
          <w:p w14:paraId="2D8CA8F4" w14:textId="77777777" w:rsidR="00292F36" w:rsidRDefault="00292F36"/>
        </w:tc>
      </w:tr>
      <w:tr w:rsidR="00292F36" w14:paraId="77C03F8F" w14:textId="77777777">
        <w:tc>
          <w:tcPr>
            <w:tcW w:w="1170" w:type="dxa"/>
            <w:tcMar>
              <w:top w:w="20" w:type="dxa"/>
              <w:left w:w="50" w:type="dxa"/>
              <w:bottom w:w="20" w:type="dxa"/>
              <w:right w:w="50" w:type="dxa"/>
            </w:tcMar>
          </w:tcPr>
          <w:p w14:paraId="45636910" w14:textId="77777777" w:rsidR="00292F36" w:rsidRDefault="00000000">
            <w:r>
              <w:rPr>
                <w:sz w:val="16"/>
              </w:rPr>
              <w:t>VitaminA</w:t>
            </w:r>
          </w:p>
        </w:tc>
        <w:tc>
          <w:tcPr>
            <w:tcW w:w="1170" w:type="dxa"/>
            <w:tcMar>
              <w:top w:w="20" w:type="dxa"/>
              <w:left w:w="50" w:type="dxa"/>
              <w:bottom w:w="20" w:type="dxa"/>
              <w:right w:w="50" w:type="dxa"/>
            </w:tcMar>
          </w:tcPr>
          <w:p w14:paraId="11C2615C" w14:textId="77777777" w:rsidR="00292F36" w:rsidRDefault="00000000">
            <w:r>
              <w:rPr>
                <w:sz w:val="16"/>
              </w:rPr>
              <w:t>chl</w:t>
            </w:r>
          </w:p>
        </w:tc>
        <w:tc>
          <w:tcPr>
            <w:tcW w:w="1170" w:type="dxa"/>
            <w:tcMar>
              <w:top w:w="20" w:type="dxa"/>
              <w:left w:w="50" w:type="dxa"/>
              <w:bottom w:w="20" w:type="dxa"/>
              <w:right w:w="50" w:type="dxa"/>
            </w:tcMar>
          </w:tcPr>
          <w:p w14:paraId="691DB207" w14:textId="77777777" w:rsidR="00292F36" w:rsidRDefault="00000000">
            <w:r>
              <w:rPr>
                <w:sz w:val="16"/>
              </w:rPr>
              <w:t>-0.0237</w:t>
            </w:r>
          </w:p>
        </w:tc>
        <w:tc>
          <w:tcPr>
            <w:tcW w:w="1170" w:type="dxa"/>
            <w:tcMar>
              <w:top w:w="20" w:type="dxa"/>
              <w:left w:w="50" w:type="dxa"/>
              <w:bottom w:w="20" w:type="dxa"/>
              <w:right w:w="50" w:type="dxa"/>
            </w:tcMar>
          </w:tcPr>
          <w:p w14:paraId="3343ABCF" w14:textId="77777777" w:rsidR="00292F36" w:rsidRDefault="00000000">
            <w:r>
              <w:rPr>
                <w:sz w:val="16"/>
              </w:rPr>
              <w:t>0.0226</w:t>
            </w:r>
          </w:p>
        </w:tc>
        <w:tc>
          <w:tcPr>
            <w:tcW w:w="1170" w:type="dxa"/>
            <w:tcMar>
              <w:top w:w="20" w:type="dxa"/>
              <w:left w:w="50" w:type="dxa"/>
              <w:bottom w:w="20" w:type="dxa"/>
              <w:right w:w="50" w:type="dxa"/>
            </w:tcMar>
          </w:tcPr>
          <w:p w14:paraId="4622E1F1" w14:textId="77777777" w:rsidR="00292F36" w:rsidRDefault="00000000">
            <w:r>
              <w:rPr>
                <w:sz w:val="16"/>
              </w:rPr>
              <w:t>0.296</w:t>
            </w:r>
          </w:p>
        </w:tc>
        <w:tc>
          <w:tcPr>
            <w:tcW w:w="1170" w:type="dxa"/>
            <w:tcMar>
              <w:top w:w="20" w:type="dxa"/>
              <w:left w:w="50" w:type="dxa"/>
              <w:bottom w:w="20" w:type="dxa"/>
              <w:right w:w="50" w:type="dxa"/>
            </w:tcMar>
          </w:tcPr>
          <w:p w14:paraId="4342A7CD" w14:textId="77777777" w:rsidR="00292F36" w:rsidRDefault="00000000">
            <w:r>
              <w:rPr>
                <w:sz w:val="16"/>
              </w:rPr>
              <w:t>-0.0681</w:t>
            </w:r>
          </w:p>
        </w:tc>
        <w:tc>
          <w:tcPr>
            <w:tcW w:w="1170" w:type="dxa"/>
            <w:tcMar>
              <w:top w:w="20" w:type="dxa"/>
              <w:left w:w="50" w:type="dxa"/>
              <w:bottom w:w="20" w:type="dxa"/>
              <w:right w:w="50" w:type="dxa"/>
            </w:tcMar>
          </w:tcPr>
          <w:p w14:paraId="6F2C47B9" w14:textId="77777777" w:rsidR="00292F36" w:rsidRDefault="00000000">
            <w:r>
              <w:rPr>
                <w:sz w:val="16"/>
              </w:rPr>
              <w:t>0.0207</w:t>
            </w:r>
          </w:p>
        </w:tc>
        <w:tc>
          <w:tcPr>
            <w:tcW w:w="1170" w:type="dxa"/>
            <w:tcMar>
              <w:top w:w="20" w:type="dxa"/>
              <w:left w:w="50" w:type="dxa"/>
              <w:bottom w:w="20" w:type="dxa"/>
              <w:right w:w="50" w:type="dxa"/>
            </w:tcMar>
          </w:tcPr>
          <w:p w14:paraId="10C885C3" w14:textId="77777777" w:rsidR="00292F36" w:rsidRDefault="00292F36"/>
        </w:tc>
      </w:tr>
      <w:tr w:rsidR="00292F36" w14:paraId="27615391" w14:textId="77777777">
        <w:tc>
          <w:tcPr>
            <w:tcW w:w="1170" w:type="dxa"/>
            <w:tcMar>
              <w:top w:w="20" w:type="dxa"/>
              <w:left w:w="50" w:type="dxa"/>
              <w:bottom w:w="20" w:type="dxa"/>
              <w:right w:w="50" w:type="dxa"/>
            </w:tcMar>
          </w:tcPr>
          <w:p w14:paraId="25535A38" w14:textId="77777777" w:rsidR="00292F36" w:rsidRDefault="00000000">
            <w:r>
              <w:rPr>
                <w:sz w:val="16"/>
              </w:rPr>
              <w:t>Zinc</w:t>
            </w:r>
          </w:p>
        </w:tc>
        <w:tc>
          <w:tcPr>
            <w:tcW w:w="1170" w:type="dxa"/>
            <w:tcMar>
              <w:top w:w="20" w:type="dxa"/>
              <w:left w:w="50" w:type="dxa"/>
              <w:bottom w:w="20" w:type="dxa"/>
              <w:right w:w="50" w:type="dxa"/>
            </w:tcMar>
          </w:tcPr>
          <w:p w14:paraId="09B8E732" w14:textId="77777777" w:rsidR="00292F36" w:rsidRDefault="00000000">
            <w:r>
              <w:rPr>
                <w:sz w:val="16"/>
              </w:rPr>
              <w:t>Depth</w:t>
            </w:r>
          </w:p>
        </w:tc>
        <w:tc>
          <w:tcPr>
            <w:tcW w:w="1170" w:type="dxa"/>
            <w:tcMar>
              <w:top w:w="20" w:type="dxa"/>
              <w:left w:w="50" w:type="dxa"/>
              <w:bottom w:w="20" w:type="dxa"/>
              <w:right w:w="50" w:type="dxa"/>
            </w:tcMar>
          </w:tcPr>
          <w:p w14:paraId="158A1C45" w14:textId="77777777" w:rsidR="00292F36" w:rsidRDefault="00000000">
            <w:r>
              <w:rPr>
                <w:sz w:val="16"/>
              </w:rPr>
              <w:t>0.0096</w:t>
            </w:r>
          </w:p>
        </w:tc>
        <w:tc>
          <w:tcPr>
            <w:tcW w:w="1170" w:type="dxa"/>
            <w:tcMar>
              <w:top w:w="20" w:type="dxa"/>
              <w:left w:w="50" w:type="dxa"/>
              <w:bottom w:w="20" w:type="dxa"/>
              <w:right w:w="50" w:type="dxa"/>
            </w:tcMar>
          </w:tcPr>
          <w:p w14:paraId="6E6B31E5" w14:textId="77777777" w:rsidR="00292F36" w:rsidRDefault="00000000">
            <w:r>
              <w:rPr>
                <w:sz w:val="16"/>
              </w:rPr>
              <w:t>0.0046</w:t>
            </w:r>
          </w:p>
        </w:tc>
        <w:tc>
          <w:tcPr>
            <w:tcW w:w="1170" w:type="dxa"/>
            <w:tcMar>
              <w:top w:w="20" w:type="dxa"/>
              <w:left w:w="50" w:type="dxa"/>
              <w:bottom w:w="20" w:type="dxa"/>
              <w:right w:w="50" w:type="dxa"/>
            </w:tcMar>
          </w:tcPr>
          <w:p w14:paraId="21660C30" w14:textId="77777777" w:rsidR="00292F36" w:rsidRDefault="00000000">
            <w:r>
              <w:rPr>
                <w:sz w:val="16"/>
              </w:rPr>
              <w:t>0.0349</w:t>
            </w:r>
          </w:p>
        </w:tc>
        <w:tc>
          <w:tcPr>
            <w:tcW w:w="1170" w:type="dxa"/>
            <w:tcMar>
              <w:top w:w="20" w:type="dxa"/>
              <w:left w:w="50" w:type="dxa"/>
              <w:bottom w:w="20" w:type="dxa"/>
              <w:right w:w="50" w:type="dxa"/>
            </w:tcMar>
          </w:tcPr>
          <w:p w14:paraId="62EE59CA" w14:textId="77777777" w:rsidR="00292F36" w:rsidRDefault="00000000">
            <w:r>
              <w:rPr>
                <w:sz w:val="16"/>
              </w:rPr>
              <w:t>0.0007</w:t>
            </w:r>
          </w:p>
        </w:tc>
        <w:tc>
          <w:tcPr>
            <w:tcW w:w="1170" w:type="dxa"/>
            <w:tcMar>
              <w:top w:w="20" w:type="dxa"/>
              <w:left w:w="50" w:type="dxa"/>
              <w:bottom w:w="20" w:type="dxa"/>
              <w:right w:w="50" w:type="dxa"/>
            </w:tcMar>
          </w:tcPr>
          <w:p w14:paraId="6CF777BE" w14:textId="77777777" w:rsidR="00292F36" w:rsidRDefault="00000000">
            <w:r>
              <w:rPr>
                <w:sz w:val="16"/>
              </w:rPr>
              <w:t>0.0185</w:t>
            </w:r>
          </w:p>
        </w:tc>
        <w:tc>
          <w:tcPr>
            <w:tcW w:w="1170" w:type="dxa"/>
            <w:tcMar>
              <w:top w:w="20" w:type="dxa"/>
              <w:left w:w="50" w:type="dxa"/>
              <w:bottom w:w="20" w:type="dxa"/>
              <w:right w:w="50" w:type="dxa"/>
            </w:tcMar>
          </w:tcPr>
          <w:p w14:paraId="6CB99A4C" w14:textId="77777777" w:rsidR="00292F36" w:rsidRDefault="00000000">
            <w:r>
              <w:rPr>
                <w:sz w:val="16"/>
              </w:rPr>
              <w:t>*</w:t>
            </w:r>
          </w:p>
        </w:tc>
      </w:tr>
      <w:tr w:rsidR="00292F36" w14:paraId="7423AAC5" w14:textId="77777777">
        <w:tc>
          <w:tcPr>
            <w:tcW w:w="1170" w:type="dxa"/>
            <w:tcMar>
              <w:top w:w="20" w:type="dxa"/>
              <w:left w:w="50" w:type="dxa"/>
              <w:bottom w:w="20" w:type="dxa"/>
              <w:right w:w="50" w:type="dxa"/>
            </w:tcMar>
          </w:tcPr>
          <w:p w14:paraId="5BCFA230" w14:textId="77777777" w:rsidR="00292F36" w:rsidRDefault="00000000">
            <w:r>
              <w:rPr>
                <w:sz w:val="16"/>
              </w:rPr>
              <w:t>Zinc</w:t>
            </w:r>
          </w:p>
        </w:tc>
        <w:tc>
          <w:tcPr>
            <w:tcW w:w="1170" w:type="dxa"/>
            <w:tcMar>
              <w:top w:w="20" w:type="dxa"/>
              <w:left w:w="50" w:type="dxa"/>
              <w:bottom w:w="20" w:type="dxa"/>
              <w:right w:w="50" w:type="dxa"/>
            </w:tcMar>
          </w:tcPr>
          <w:p w14:paraId="478DF456" w14:textId="77777777" w:rsidR="00292F36" w:rsidRDefault="00000000">
            <w:r>
              <w:rPr>
                <w:sz w:val="16"/>
              </w:rPr>
              <w:t>PC1</w:t>
            </w:r>
          </w:p>
        </w:tc>
        <w:tc>
          <w:tcPr>
            <w:tcW w:w="1170" w:type="dxa"/>
            <w:tcMar>
              <w:top w:w="20" w:type="dxa"/>
              <w:left w:w="50" w:type="dxa"/>
              <w:bottom w:w="20" w:type="dxa"/>
              <w:right w:w="50" w:type="dxa"/>
            </w:tcMar>
          </w:tcPr>
          <w:p w14:paraId="2BE36C79" w14:textId="77777777" w:rsidR="00292F36" w:rsidRDefault="00000000">
            <w:r>
              <w:rPr>
                <w:sz w:val="16"/>
              </w:rPr>
              <w:t>-0.0012</w:t>
            </w:r>
          </w:p>
        </w:tc>
        <w:tc>
          <w:tcPr>
            <w:tcW w:w="1170" w:type="dxa"/>
            <w:tcMar>
              <w:top w:w="20" w:type="dxa"/>
              <w:left w:w="50" w:type="dxa"/>
              <w:bottom w:w="20" w:type="dxa"/>
              <w:right w:w="50" w:type="dxa"/>
            </w:tcMar>
          </w:tcPr>
          <w:p w14:paraId="4EC520A5" w14:textId="77777777" w:rsidR="00292F36" w:rsidRDefault="00000000">
            <w:r>
              <w:rPr>
                <w:sz w:val="16"/>
              </w:rPr>
              <w:t>0.0049</w:t>
            </w:r>
          </w:p>
        </w:tc>
        <w:tc>
          <w:tcPr>
            <w:tcW w:w="1170" w:type="dxa"/>
            <w:tcMar>
              <w:top w:w="20" w:type="dxa"/>
              <w:left w:w="50" w:type="dxa"/>
              <w:bottom w:w="20" w:type="dxa"/>
              <w:right w:w="50" w:type="dxa"/>
            </w:tcMar>
          </w:tcPr>
          <w:p w14:paraId="7B8226BD" w14:textId="77777777" w:rsidR="00292F36" w:rsidRDefault="00000000">
            <w:r>
              <w:rPr>
                <w:sz w:val="16"/>
              </w:rPr>
              <w:t>0.803</w:t>
            </w:r>
          </w:p>
        </w:tc>
        <w:tc>
          <w:tcPr>
            <w:tcW w:w="1170" w:type="dxa"/>
            <w:tcMar>
              <w:top w:w="20" w:type="dxa"/>
              <w:left w:w="50" w:type="dxa"/>
              <w:bottom w:w="20" w:type="dxa"/>
              <w:right w:w="50" w:type="dxa"/>
            </w:tcMar>
          </w:tcPr>
          <w:p w14:paraId="4B1527D5" w14:textId="77777777" w:rsidR="00292F36" w:rsidRDefault="00000000">
            <w:r>
              <w:rPr>
                <w:sz w:val="16"/>
              </w:rPr>
              <w:t>-0.0108</w:t>
            </w:r>
          </w:p>
        </w:tc>
        <w:tc>
          <w:tcPr>
            <w:tcW w:w="1170" w:type="dxa"/>
            <w:tcMar>
              <w:top w:w="20" w:type="dxa"/>
              <w:left w:w="50" w:type="dxa"/>
              <w:bottom w:w="20" w:type="dxa"/>
              <w:right w:w="50" w:type="dxa"/>
            </w:tcMar>
          </w:tcPr>
          <w:p w14:paraId="05A5E3EF" w14:textId="77777777" w:rsidR="00292F36" w:rsidRDefault="00000000">
            <w:r>
              <w:rPr>
                <w:sz w:val="16"/>
              </w:rPr>
              <w:t>0.0083</w:t>
            </w:r>
          </w:p>
        </w:tc>
        <w:tc>
          <w:tcPr>
            <w:tcW w:w="1170" w:type="dxa"/>
            <w:tcMar>
              <w:top w:w="20" w:type="dxa"/>
              <w:left w:w="50" w:type="dxa"/>
              <w:bottom w:w="20" w:type="dxa"/>
              <w:right w:w="50" w:type="dxa"/>
            </w:tcMar>
          </w:tcPr>
          <w:p w14:paraId="4825FB3A" w14:textId="77777777" w:rsidR="00292F36" w:rsidRDefault="00292F36"/>
        </w:tc>
      </w:tr>
      <w:tr w:rsidR="00292F36" w14:paraId="1B461B7D" w14:textId="77777777">
        <w:tc>
          <w:tcPr>
            <w:tcW w:w="1170" w:type="dxa"/>
            <w:tcMar>
              <w:top w:w="20" w:type="dxa"/>
              <w:left w:w="50" w:type="dxa"/>
              <w:bottom w:w="20" w:type="dxa"/>
              <w:right w:w="50" w:type="dxa"/>
            </w:tcMar>
          </w:tcPr>
          <w:p w14:paraId="175B4B71" w14:textId="77777777" w:rsidR="00292F36" w:rsidRDefault="00000000">
            <w:r>
              <w:rPr>
                <w:sz w:val="16"/>
              </w:rPr>
              <w:t>Zinc</w:t>
            </w:r>
          </w:p>
        </w:tc>
        <w:tc>
          <w:tcPr>
            <w:tcW w:w="1170" w:type="dxa"/>
            <w:tcMar>
              <w:top w:w="20" w:type="dxa"/>
              <w:left w:w="50" w:type="dxa"/>
              <w:bottom w:w="20" w:type="dxa"/>
              <w:right w:w="50" w:type="dxa"/>
            </w:tcMar>
          </w:tcPr>
          <w:p w14:paraId="2469FBE7" w14:textId="77777777" w:rsidR="00292F36" w:rsidRDefault="00000000">
            <w:r>
              <w:rPr>
                <w:sz w:val="16"/>
              </w:rPr>
              <w:t>PC2</w:t>
            </w:r>
          </w:p>
        </w:tc>
        <w:tc>
          <w:tcPr>
            <w:tcW w:w="1170" w:type="dxa"/>
            <w:tcMar>
              <w:top w:w="20" w:type="dxa"/>
              <w:left w:w="50" w:type="dxa"/>
              <w:bottom w:w="20" w:type="dxa"/>
              <w:right w:w="50" w:type="dxa"/>
            </w:tcMar>
          </w:tcPr>
          <w:p w14:paraId="10F19C32" w14:textId="77777777" w:rsidR="00292F36" w:rsidRDefault="00000000">
            <w:r>
              <w:rPr>
                <w:sz w:val="16"/>
              </w:rPr>
              <w:t>0.0068</w:t>
            </w:r>
          </w:p>
        </w:tc>
        <w:tc>
          <w:tcPr>
            <w:tcW w:w="1170" w:type="dxa"/>
            <w:tcMar>
              <w:top w:w="20" w:type="dxa"/>
              <w:left w:w="50" w:type="dxa"/>
              <w:bottom w:w="20" w:type="dxa"/>
              <w:right w:w="50" w:type="dxa"/>
            </w:tcMar>
          </w:tcPr>
          <w:p w14:paraId="2001E463" w14:textId="77777777" w:rsidR="00292F36" w:rsidRDefault="00000000">
            <w:r>
              <w:rPr>
                <w:sz w:val="16"/>
              </w:rPr>
              <w:t>0.0049</w:t>
            </w:r>
          </w:p>
        </w:tc>
        <w:tc>
          <w:tcPr>
            <w:tcW w:w="1170" w:type="dxa"/>
            <w:tcMar>
              <w:top w:w="20" w:type="dxa"/>
              <w:left w:w="50" w:type="dxa"/>
              <w:bottom w:w="20" w:type="dxa"/>
              <w:right w:w="50" w:type="dxa"/>
            </w:tcMar>
          </w:tcPr>
          <w:p w14:paraId="03A3629D" w14:textId="77777777" w:rsidR="00292F36" w:rsidRDefault="00000000">
            <w:r>
              <w:rPr>
                <w:sz w:val="16"/>
              </w:rPr>
              <w:t>0.167</w:t>
            </w:r>
          </w:p>
        </w:tc>
        <w:tc>
          <w:tcPr>
            <w:tcW w:w="1170" w:type="dxa"/>
            <w:tcMar>
              <w:top w:w="20" w:type="dxa"/>
              <w:left w:w="50" w:type="dxa"/>
              <w:bottom w:w="20" w:type="dxa"/>
              <w:right w:w="50" w:type="dxa"/>
            </w:tcMar>
          </w:tcPr>
          <w:p w14:paraId="2E0AE0CD" w14:textId="77777777" w:rsidR="00292F36" w:rsidRDefault="00000000">
            <w:r>
              <w:rPr>
                <w:sz w:val="16"/>
              </w:rPr>
              <w:t>-0.0028</w:t>
            </w:r>
          </w:p>
        </w:tc>
        <w:tc>
          <w:tcPr>
            <w:tcW w:w="1170" w:type="dxa"/>
            <w:tcMar>
              <w:top w:w="20" w:type="dxa"/>
              <w:left w:w="50" w:type="dxa"/>
              <w:bottom w:w="20" w:type="dxa"/>
              <w:right w:w="50" w:type="dxa"/>
            </w:tcMar>
          </w:tcPr>
          <w:p w14:paraId="725EE20D" w14:textId="77777777" w:rsidR="00292F36" w:rsidRDefault="00000000">
            <w:r>
              <w:rPr>
                <w:sz w:val="16"/>
              </w:rPr>
              <w:t>0.0163</w:t>
            </w:r>
          </w:p>
        </w:tc>
        <w:tc>
          <w:tcPr>
            <w:tcW w:w="1170" w:type="dxa"/>
            <w:tcMar>
              <w:top w:w="20" w:type="dxa"/>
              <w:left w:w="50" w:type="dxa"/>
              <w:bottom w:w="20" w:type="dxa"/>
              <w:right w:w="50" w:type="dxa"/>
            </w:tcMar>
          </w:tcPr>
          <w:p w14:paraId="3D12F4CC" w14:textId="77777777" w:rsidR="00292F36" w:rsidRDefault="00292F36"/>
        </w:tc>
      </w:tr>
      <w:tr w:rsidR="00292F36" w14:paraId="2F316A9B" w14:textId="77777777">
        <w:tc>
          <w:tcPr>
            <w:tcW w:w="1170" w:type="dxa"/>
            <w:tcMar>
              <w:top w:w="20" w:type="dxa"/>
              <w:left w:w="50" w:type="dxa"/>
              <w:bottom w:w="20" w:type="dxa"/>
              <w:right w:w="50" w:type="dxa"/>
            </w:tcMar>
          </w:tcPr>
          <w:p w14:paraId="6B995B08" w14:textId="77777777" w:rsidR="00292F36" w:rsidRDefault="00000000">
            <w:r>
              <w:rPr>
                <w:sz w:val="16"/>
              </w:rPr>
              <w:t>Zinc</w:t>
            </w:r>
          </w:p>
        </w:tc>
        <w:tc>
          <w:tcPr>
            <w:tcW w:w="1170" w:type="dxa"/>
            <w:tcMar>
              <w:top w:w="20" w:type="dxa"/>
              <w:left w:w="50" w:type="dxa"/>
              <w:bottom w:w="20" w:type="dxa"/>
              <w:right w:w="50" w:type="dxa"/>
            </w:tcMar>
          </w:tcPr>
          <w:p w14:paraId="75462CD3" w14:textId="77777777" w:rsidR="00292F36" w:rsidRDefault="00000000">
            <w:r>
              <w:rPr>
                <w:sz w:val="16"/>
              </w:rPr>
              <w:t>SST</w:t>
            </w:r>
          </w:p>
        </w:tc>
        <w:tc>
          <w:tcPr>
            <w:tcW w:w="1170" w:type="dxa"/>
            <w:tcMar>
              <w:top w:w="20" w:type="dxa"/>
              <w:left w:w="50" w:type="dxa"/>
              <w:bottom w:w="20" w:type="dxa"/>
              <w:right w:w="50" w:type="dxa"/>
            </w:tcMar>
          </w:tcPr>
          <w:p w14:paraId="2032A2A6" w14:textId="77777777" w:rsidR="00292F36" w:rsidRDefault="00000000">
            <w:r>
              <w:rPr>
                <w:sz w:val="16"/>
              </w:rPr>
              <w:t>-0.0057</w:t>
            </w:r>
          </w:p>
        </w:tc>
        <w:tc>
          <w:tcPr>
            <w:tcW w:w="1170" w:type="dxa"/>
            <w:tcMar>
              <w:top w:w="20" w:type="dxa"/>
              <w:left w:w="50" w:type="dxa"/>
              <w:bottom w:w="20" w:type="dxa"/>
              <w:right w:w="50" w:type="dxa"/>
            </w:tcMar>
          </w:tcPr>
          <w:p w14:paraId="519687DB" w14:textId="77777777" w:rsidR="00292F36" w:rsidRDefault="00000000">
            <w:r>
              <w:rPr>
                <w:sz w:val="16"/>
              </w:rPr>
              <w:t>0.0047</w:t>
            </w:r>
          </w:p>
        </w:tc>
        <w:tc>
          <w:tcPr>
            <w:tcW w:w="1170" w:type="dxa"/>
            <w:tcMar>
              <w:top w:w="20" w:type="dxa"/>
              <w:left w:w="50" w:type="dxa"/>
              <w:bottom w:w="20" w:type="dxa"/>
              <w:right w:w="50" w:type="dxa"/>
            </w:tcMar>
          </w:tcPr>
          <w:p w14:paraId="16E6B653" w14:textId="77777777" w:rsidR="00292F36" w:rsidRDefault="00000000">
            <w:r>
              <w:rPr>
                <w:sz w:val="16"/>
              </w:rPr>
              <w:t>0.232</w:t>
            </w:r>
          </w:p>
        </w:tc>
        <w:tc>
          <w:tcPr>
            <w:tcW w:w="1170" w:type="dxa"/>
            <w:tcMar>
              <w:top w:w="20" w:type="dxa"/>
              <w:left w:w="50" w:type="dxa"/>
              <w:bottom w:w="20" w:type="dxa"/>
              <w:right w:w="50" w:type="dxa"/>
            </w:tcMar>
          </w:tcPr>
          <w:p w14:paraId="2BED58DB" w14:textId="77777777" w:rsidR="00292F36" w:rsidRDefault="00000000">
            <w:r>
              <w:rPr>
                <w:sz w:val="16"/>
              </w:rPr>
              <w:t>-0.015</w:t>
            </w:r>
          </w:p>
        </w:tc>
        <w:tc>
          <w:tcPr>
            <w:tcW w:w="1170" w:type="dxa"/>
            <w:tcMar>
              <w:top w:w="20" w:type="dxa"/>
              <w:left w:w="50" w:type="dxa"/>
              <w:bottom w:w="20" w:type="dxa"/>
              <w:right w:w="50" w:type="dxa"/>
            </w:tcMar>
          </w:tcPr>
          <w:p w14:paraId="4B76A712" w14:textId="77777777" w:rsidR="00292F36" w:rsidRDefault="00000000">
            <w:r>
              <w:rPr>
                <w:sz w:val="16"/>
              </w:rPr>
              <w:t>0.0036</w:t>
            </w:r>
          </w:p>
        </w:tc>
        <w:tc>
          <w:tcPr>
            <w:tcW w:w="1170" w:type="dxa"/>
            <w:tcMar>
              <w:top w:w="20" w:type="dxa"/>
              <w:left w:w="50" w:type="dxa"/>
              <w:bottom w:w="20" w:type="dxa"/>
              <w:right w:w="50" w:type="dxa"/>
            </w:tcMar>
          </w:tcPr>
          <w:p w14:paraId="21F42B64" w14:textId="77777777" w:rsidR="00292F36" w:rsidRDefault="00292F36"/>
        </w:tc>
      </w:tr>
      <w:tr w:rsidR="00292F36" w14:paraId="1B45B68C" w14:textId="77777777">
        <w:tc>
          <w:tcPr>
            <w:tcW w:w="1170" w:type="dxa"/>
            <w:tcMar>
              <w:top w:w="20" w:type="dxa"/>
              <w:left w:w="50" w:type="dxa"/>
              <w:bottom w:w="20" w:type="dxa"/>
              <w:right w:w="50" w:type="dxa"/>
            </w:tcMar>
          </w:tcPr>
          <w:p w14:paraId="15D37688" w14:textId="77777777" w:rsidR="00292F36" w:rsidRDefault="00000000">
            <w:r>
              <w:rPr>
                <w:sz w:val="16"/>
              </w:rPr>
              <w:t>Zinc</w:t>
            </w:r>
          </w:p>
        </w:tc>
        <w:tc>
          <w:tcPr>
            <w:tcW w:w="1170" w:type="dxa"/>
            <w:tcMar>
              <w:top w:w="20" w:type="dxa"/>
              <w:left w:w="50" w:type="dxa"/>
              <w:bottom w:w="20" w:type="dxa"/>
              <w:right w:w="50" w:type="dxa"/>
            </w:tcMar>
          </w:tcPr>
          <w:p w14:paraId="6C76F80D" w14:textId="77777777" w:rsidR="00292F36" w:rsidRDefault="00000000">
            <w:r>
              <w:rPr>
                <w:sz w:val="16"/>
              </w:rPr>
              <w:t>chl</w:t>
            </w:r>
          </w:p>
        </w:tc>
        <w:tc>
          <w:tcPr>
            <w:tcW w:w="1170" w:type="dxa"/>
            <w:tcMar>
              <w:top w:w="20" w:type="dxa"/>
              <w:left w:w="50" w:type="dxa"/>
              <w:bottom w:w="20" w:type="dxa"/>
              <w:right w:w="50" w:type="dxa"/>
            </w:tcMar>
          </w:tcPr>
          <w:p w14:paraId="2B16F0DA" w14:textId="77777777" w:rsidR="00292F36" w:rsidRDefault="00000000">
            <w:r>
              <w:rPr>
                <w:sz w:val="16"/>
              </w:rPr>
              <w:t>-0.0105</w:t>
            </w:r>
          </w:p>
        </w:tc>
        <w:tc>
          <w:tcPr>
            <w:tcW w:w="1170" w:type="dxa"/>
            <w:tcMar>
              <w:top w:w="20" w:type="dxa"/>
              <w:left w:w="50" w:type="dxa"/>
              <w:bottom w:w="20" w:type="dxa"/>
              <w:right w:w="50" w:type="dxa"/>
            </w:tcMar>
          </w:tcPr>
          <w:p w14:paraId="2A22A4DA" w14:textId="77777777" w:rsidR="00292F36" w:rsidRDefault="00000000">
            <w:r>
              <w:rPr>
                <w:sz w:val="16"/>
              </w:rPr>
              <w:t>0.0067</w:t>
            </w:r>
          </w:p>
        </w:tc>
        <w:tc>
          <w:tcPr>
            <w:tcW w:w="1170" w:type="dxa"/>
            <w:tcMar>
              <w:top w:w="20" w:type="dxa"/>
              <w:left w:w="50" w:type="dxa"/>
              <w:bottom w:w="20" w:type="dxa"/>
              <w:right w:w="50" w:type="dxa"/>
            </w:tcMar>
          </w:tcPr>
          <w:p w14:paraId="0E1B07E1" w14:textId="77777777" w:rsidR="00292F36" w:rsidRDefault="00000000">
            <w:r>
              <w:rPr>
                <w:sz w:val="16"/>
              </w:rPr>
              <w:t>0.119</w:t>
            </w:r>
          </w:p>
        </w:tc>
        <w:tc>
          <w:tcPr>
            <w:tcW w:w="1170" w:type="dxa"/>
            <w:tcMar>
              <w:top w:w="20" w:type="dxa"/>
              <w:left w:w="50" w:type="dxa"/>
              <w:bottom w:w="20" w:type="dxa"/>
              <w:right w:w="50" w:type="dxa"/>
            </w:tcMar>
          </w:tcPr>
          <w:p w14:paraId="3E09FD8F" w14:textId="77777777" w:rsidR="00292F36" w:rsidRDefault="00000000">
            <w:r>
              <w:rPr>
                <w:sz w:val="16"/>
              </w:rPr>
              <w:t>-0.0237</w:t>
            </w:r>
          </w:p>
        </w:tc>
        <w:tc>
          <w:tcPr>
            <w:tcW w:w="1170" w:type="dxa"/>
            <w:tcMar>
              <w:top w:w="20" w:type="dxa"/>
              <w:left w:w="50" w:type="dxa"/>
              <w:bottom w:w="20" w:type="dxa"/>
              <w:right w:w="50" w:type="dxa"/>
            </w:tcMar>
          </w:tcPr>
          <w:p w14:paraId="205120FB" w14:textId="77777777" w:rsidR="00292F36" w:rsidRDefault="00000000">
            <w:r>
              <w:rPr>
                <w:sz w:val="16"/>
              </w:rPr>
              <w:t>0.0027</w:t>
            </w:r>
          </w:p>
        </w:tc>
        <w:tc>
          <w:tcPr>
            <w:tcW w:w="1170" w:type="dxa"/>
            <w:tcMar>
              <w:top w:w="20" w:type="dxa"/>
              <w:left w:w="50" w:type="dxa"/>
              <w:bottom w:w="20" w:type="dxa"/>
              <w:right w:w="50" w:type="dxa"/>
            </w:tcMar>
          </w:tcPr>
          <w:p w14:paraId="636B0257" w14:textId="77777777" w:rsidR="00292F36" w:rsidRDefault="00292F36"/>
        </w:tc>
      </w:tr>
    </w:tbl>
    <w:p w14:paraId="5C78E4C3" w14:textId="77777777" w:rsidR="00292F36" w:rsidRDefault="00292F36">
      <w:pPr>
        <w:sectPr w:rsidR="00292F36">
          <w:pgSz w:w="12240" w:h="15840"/>
          <w:pgMar w:top="1152" w:right="1440" w:bottom="1152" w:left="1440" w:header="720" w:footer="720" w:gutter="0"/>
          <w:cols w:space="720"/>
          <w:docGrid w:linePitch="360"/>
        </w:sectPr>
      </w:pPr>
    </w:p>
    <w:p w14:paraId="24ECE6C1" w14:textId="77777777" w:rsidR="00292F36" w:rsidRDefault="00000000">
      <w:pPr>
        <w:spacing w:after="40"/>
      </w:pPr>
      <w:r>
        <w:rPr>
          <w:b/>
          <w:sz w:val="22"/>
        </w:rPr>
        <w:lastRenderedPageBreak/>
        <w:t>Table S17 | Species-level micronutrient quality and environmental associations for reef fishes with ≥ 30 observations.</w:t>
      </w:r>
    </w:p>
    <w:p w14:paraId="2F5D52C1" w14:textId="77777777" w:rsidR="00292F36" w:rsidRDefault="00000000">
      <w:pPr>
        <w:spacing w:after="160"/>
      </w:pPr>
      <w:r>
        <w:rPr>
          <w:sz w:val="18"/>
        </w:rPr>
        <w:t>Per-100 g micronutrient concentrations for calcium (Ca), iron (Fe), omega-3 fatty acids, selenium (Se), vitamin A (Vit A), and zinc (Zn) are shown for all 18 species meeting the observation threshold. The table additionally reports biomass-weighted environmental preferences (_pref) for depth, benthic PC1, benthic PC2, and sea surface temperature (SST).</w:t>
      </w:r>
    </w:p>
    <w:tbl>
      <w:tblPr>
        <w:tblStyle w:val="TableGrid"/>
        <w:tblW w:w="0" w:type="auto"/>
        <w:tblLayout w:type="fixed"/>
        <w:tblLook w:val="04A0" w:firstRow="1" w:lastRow="0" w:firstColumn="1" w:lastColumn="0" w:noHBand="0" w:noVBand="1"/>
      </w:tblPr>
      <w:tblGrid>
        <w:gridCol w:w="1008"/>
        <w:gridCol w:w="1008"/>
        <w:gridCol w:w="1008"/>
        <w:gridCol w:w="1008"/>
        <w:gridCol w:w="1008"/>
        <w:gridCol w:w="1008"/>
        <w:gridCol w:w="1008"/>
        <w:gridCol w:w="1008"/>
        <w:gridCol w:w="1008"/>
        <w:gridCol w:w="1008"/>
        <w:gridCol w:w="1008"/>
        <w:gridCol w:w="1008"/>
        <w:gridCol w:w="1008"/>
        <w:gridCol w:w="1008"/>
      </w:tblGrid>
      <w:tr w:rsidR="00292F36" w14:paraId="68E0C09B" w14:textId="77777777">
        <w:trPr>
          <w:tblHeader/>
        </w:trPr>
        <w:tc>
          <w:tcPr>
            <w:tcW w:w="1008" w:type="dxa"/>
            <w:shd w:val="clear" w:color="auto" w:fill="D9E2F3"/>
            <w:tcMar>
              <w:top w:w="20" w:type="dxa"/>
              <w:left w:w="50" w:type="dxa"/>
              <w:bottom w:w="20" w:type="dxa"/>
              <w:right w:w="50" w:type="dxa"/>
            </w:tcMar>
          </w:tcPr>
          <w:p w14:paraId="2A3C8B62" w14:textId="77777777" w:rsidR="00292F36" w:rsidRDefault="00000000">
            <w:r>
              <w:rPr>
                <w:b/>
                <w:sz w:val="14"/>
              </w:rPr>
              <w:t>Genusspecies</w:t>
            </w:r>
          </w:p>
        </w:tc>
        <w:tc>
          <w:tcPr>
            <w:tcW w:w="1008" w:type="dxa"/>
            <w:shd w:val="clear" w:color="auto" w:fill="D9E2F3"/>
            <w:tcMar>
              <w:top w:w="20" w:type="dxa"/>
              <w:left w:w="50" w:type="dxa"/>
              <w:bottom w:w="20" w:type="dxa"/>
              <w:right w:w="50" w:type="dxa"/>
            </w:tcMar>
          </w:tcPr>
          <w:p w14:paraId="6FBBFD33" w14:textId="77777777" w:rsidR="00292F36" w:rsidRDefault="00000000">
            <w:r>
              <w:rPr>
                <w:b/>
                <w:sz w:val="14"/>
              </w:rPr>
              <w:t>My_class</w:t>
            </w:r>
          </w:p>
        </w:tc>
        <w:tc>
          <w:tcPr>
            <w:tcW w:w="1008" w:type="dxa"/>
            <w:shd w:val="clear" w:color="auto" w:fill="D9E2F3"/>
            <w:tcMar>
              <w:top w:w="20" w:type="dxa"/>
              <w:left w:w="50" w:type="dxa"/>
              <w:bottom w:w="20" w:type="dxa"/>
              <w:right w:w="50" w:type="dxa"/>
            </w:tcMar>
          </w:tcPr>
          <w:p w14:paraId="19ED7C20" w14:textId="77777777" w:rsidR="00292F36" w:rsidRDefault="00000000">
            <w:r>
              <w:rPr>
                <w:b/>
                <w:sz w:val="14"/>
              </w:rPr>
              <w:t>n_obs</w:t>
            </w:r>
          </w:p>
        </w:tc>
        <w:tc>
          <w:tcPr>
            <w:tcW w:w="1008" w:type="dxa"/>
            <w:shd w:val="clear" w:color="auto" w:fill="D9E2F3"/>
            <w:tcMar>
              <w:top w:w="20" w:type="dxa"/>
              <w:left w:w="50" w:type="dxa"/>
              <w:bottom w:w="20" w:type="dxa"/>
              <w:right w:w="50" w:type="dxa"/>
            </w:tcMar>
          </w:tcPr>
          <w:p w14:paraId="46BF8EFF" w14:textId="77777777" w:rsidR="00292F36" w:rsidRDefault="00000000">
            <w:r>
              <w:rPr>
                <w:b/>
                <w:sz w:val="14"/>
              </w:rPr>
              <w:t>sum_biomass_g</w:t>
            </w:r>
          </w:p>
        </w:tc>
        <w:tc>
          <w:tcPr>
            <w:tcW w:w="1008" w:type="dxa"/>
            <w:shd w:val="clear" w:color="auto" w:fill="D9E2F3"/>
            <w:tcMar>
              <w:top w:w="20" w:type="dxa"/>
              <w:left w:w="50" w:type="dxa"/>
              <w:bottom w:w="20" w:type="dxa"/>
              <w:right w:w="50" w:type="dxa"/>
            </w:tcMar>
          </w:tcPr>
          <w:p w14:paraId="3DDDAF65" w14:textId="77777777" w:rsidR="00292F36" w:rsidRDefault="00000000">
            <w:r>
              <w:rPr>
                <w:b/>
                <w:sz w:val="14"/>
              </w:rPr>
              <w:t>Ca_per100_mg</w:t>
            </w:r>
          </w:p>
        </w:tc>
        <w:tc>
          <w:tcPr>
            <w:tcW w:w="1008" w:type="dxa"/>
            <w:shd w:val="clear" w:color="auto" w:fill="D9E2F3"/>
            <w:tcMar>
              <w:top w:w="20" w:type="dxa"/>
              <w:left w:w="50" w:type="dxa"/>
              <w:bottom w:w="20" w:type="dxa"/>
              <w:right w:w="50" w:type="dxa"/>
            </w:tcMar>
          </w:tcPr>
          <w:p w14:paraId="7C9E7899" w14:textId="77777777" w:rsidR="00292F36" w:rsidRDefault="00000000">
            <w:r>
              <w:rPr>
                <w:b/>
                <w:sz w:val="14"/>
              </w:rPr>
              <w:t>Fe_per100_mg</w:t>
            </w:r>
          </w:p>
        </w:tc>
        <w:tc>
          <w:tcPr>
            <w:tcW w:w="1008" w:type="dxa"/>
            <w:shd w:val="clear" w:color="auto" w:fill="D9E2F3"/>
            <w:tcMar>
              <w:top w:w="20" w:type="dxa"/>
              <w:left w:w="50" w:type="dxa"/>
              <w:bottom w:w="20" w:type="dxa"/>
              <w:right w:w="50" w:type="dxa"/>
            </w:tcMar>
          </w:tcPr>
          <w:p w14:paraId="66858DA6" w14:textId="77777777" w:rsidR="00292F36" w:rsidRDefault="00000000">
            <w:r>
              <w:rPr>
                <w:b/>
                <w:sz w:val="14"/>
              </w:rPr>
              <w:t>Omega3_per100_g</w:t>
            </w:r>
          </w:p>
        </w:tc>
        <w:tc>
          <w:tcPr>
            <w:tcW w:w="1008" w:type="dxa"/>
            <w:shd w:val="clear" w:color="auto" w:fill="D9E2F3"/>
            <w:tcMar>
              <w:top w:w="20" w:type="dxa"/>
              <w:left w:w="50" w:type="dxa"/>
              <w:bottom w:w="20" w:type="dxa"/>
              <w:right w:w="50" w:type="dxa"/>
            </w:tcMar>
          </w:tcPr>
          <w:p w14:paraId="2C98141D" w14:textId="77777777" w:rsidR="00292F36" w:rsidRDefault="00000000">
            <w:r>
              <w:rPr>
                <w:b/>
                <w:sz w:val="14"/>
              </w:rPr>
              <w:t>Se_per100_ug</w:t>
            </w:r>
          </w:p>
        </w:tc>
        <w:tc>
          <w:tcPr>
            <w:tcW w:w="1008" w:type="dxa"/>
            <w:shd w:val="clear" w:color="auto" w:fill="D9E2F3"/>
            <w:tcMar>
              <w:top w:w="20" w:type="dxa"/>
              <w:left w:w="50" w:type="dxa"/>
              <w:bottom w:w="20" w:type="dxa"/>
              <w:right w:w="50" w:type="dxa"/>
            </w:tcMar>
          </w:tcPr>
          <w:p w14:paraId="61486B35" w14:textId="77777777" w:rsidR="00292F36" w:rsidRDefault="00000000">
            <w:r>
              <w:rPr>
                <w:b/>
                <w:sz w:val="14"/>
              </w:rPr>
              <w:t>VitA_per100_ug</w:t>
            </w:r>
          </w:p>
        </w:tc>
        <w:tc>
          <w:tcPr>
            <w:tcW w:w="1008" w:type="dxa"/>
            <w:shd w:val="clear" w:color="auto" w:fill="D9E2F3"/>
            <w:tcMar>
              <w:top w:w="20" w:type="dxa"/>
              <w:left w:w="50" w:type="dxa"/>
              <w:bottom w:w="20" w:type="dxa"/>
              <w:right w:w="50" w:type="dxa"/>
            </w:tcMar>
          </w:tcPr>
          <w:p w14:paraId="3245C5D1" w14:textId="77777777" w:rsidR="00292F36" w:rsidRDefault="00000000">
            <w:r>
              <w:rPr>
                <w:b/>
                <w:sz w:val="14"/>
              </w:rPr>
              <w:t>Zn_per100_mg</w:t>
            </w:r>
          </w:p>
        </w:tc>
        <w:tc>
          <w:tcPr>
            <w:tcW w:w="1008" w:type="dxa"/>
            <w:shd w:val="clear" w:color="auto" w:fill="D9E2F3"/>
            <w:tcMar>
              <w:top w:w="20" w:type="dxa"/>
              <w:left w:w="50" w:type="dxa"/>
              <w:bottom w:w="20" w:type="dxa"/>
              <w:right w:w="50" w:type="dxa"/>
            </w:tcMar>
          </w:tcPr>
          <w:p w14:paraId="39C2BC8A" w14:textId="77777777" w:rsidR="00292F36" w:rsidRDefault="00000000">
            <w:r>
              <w:rPr>
                <w:b/>
                <w:sz w:val="14"/>
              </w:rPr>
              <w:t>depth_pref_m</w:t>
            </w:r>
          </w:p>
        </w:tc>
        <w:tc>
          <w:tcPr>
            <w:tcW w:w="1008" w:type="dxa"/>
            <w:shd w:val="clear" w:color="auto" w:fill="D9E2F3"/>
            <w:tcMar>
              <w:top w:w="20" w:type="dxa"/>
              <w:left w:w="50" w:type="dxa"/>
              <w:bottom w:w="20" w:type="dxa"/>
              <w:right w:w="50" w:type="dxa"/>
            </w:tcMar>
          </w:tcPr>
          <w:p w14:paraId="7EC7DD42" w14:textId="77777777" w:rsidR="00292F36" w:rsidRDefault="00000000">
            <w:r>
              <w:rPr>
                <w:b/>
                <w:sz w:val="14"/>
              </w:rPr>
              <w:t>pc1_pref</w:t>
            </w:r>
          </w:p>
        </w:tc>
        <w:tc>
          <w:tcPr>
            <w:tcW w:w="1008" w:type="dxa"/>
            <w:shd w:val="clear" w:color="auto" w:fill="D9E2F3"/>
            <w:tcMar>
              <w:top w:w="20" w:type="dxa"/>
              <w:left w:w="50" w:type="dxa"/>
              <w:bottom w:w="20" w:type="dxa"/>
              <w:right w:w="50" w:type="dxa"/>
            </w:tcMar>
          </w:tcPr>
          <w:p w14:paraId="54803917" w14:textId="77777777" w:rsidR="00292F36" w:rsidRDefault="00000000">
            <w:r>
              <w:rPr>
                <w:b/>
                <w:sz w:val="14"/>
              </w:rPr>
              <w:t>pc2_pref</w:t>
            </w:r>
          </w:p>
        </w:tc>
        <w:tc>
          <w:tcPr>
            <w:tcW w:w="1008" w:type="dxa"/>
            <w:shd w:val="clear" w:color="auto" w:fill="D9E2F3"/>
            <w:tcMar>
              <w:top w:w="20" w:type="dxa"/>
              <w:left w:w="50" w:type="dxa"/>
              <w:bottom w:w="20" w:type="dxa"/>
              <w:right w:w="50" w:type="dxa"/>
            </w:tcMar>
          </w:tcPr>
          <w:p w14:paraId="561B1AD2" w14:textId="77777777" w:rsidR="00292F36" w:rsidRDefault="00000000">
            <w:r>
              <w:rPr>
                <w:b/>
                <w:sz w:val="14"/>
              </w:rPr>
              <w:t>sst_pref_C</w:t>
            </w:r>
          </w:p>
        </w:tc>
      </w:tr>
      <w:tr w:rsidR="00292F36" w14:paraId="619CBD94" w14:textId="77777777">
        <w:tc>
          <w:tcPr>
            <w:tcW w:w="1008" w:type="dxa"/>
            <w:tcMar>
              <w:top w:w="20" w:type="dxa"/>
              <w:left w:w="50" w:type="dxa"/>
              <w:bottom w:w="20" w:type="dxa"/>
              <w:right w:w="50" w:type="dxa"/>
            </w:tcMar>
          </w:tcPr>
          <w:p w14:paraId="1149DDBE" w14:textId="77777777" w:rsidR="00292F36" w:rsidRPr="00E31FAA" w:rsidRDefault="00000000">
            <w:pPr>
              <w:rPr>
                <w:i/>
                <w:iCs/>
              </w:rPr>
            </w:pPr>
            <w:r w:rsidRPr="00E31FAA">
              <w:rPr>
                <w:i/>
                <w:iCs/>
                <w:sz w:val="14"/>
              </w:rPr>
              <w:t>Semicossyphus_pulcher</w:t>
            </w:r>
          </w:p>
        </w:tc>
        <w:tc>
          <w:tcPr>
            <w:tcW w:w="1008" w:type="dxa"/>
            <w:tcMar>
              <w:top w:w="20" w:type="dxa"/>
              <w:left w:w="50" w:type="dxa"/>
              <w:bottom w:w="20" w:type="dxa"/>
              <w:right w:w="50" w:type="dxa"/>
            </w:tcMar>
          </w:tcPr>
          <w:p w14:paraId="59CC76EC" w14:textId="77777777" w:rsidR="00292F36" w:rsidRDefault="00000000">
            <w:r>
              <w:rPr>
                <w:sz w:val="14"/>
              </w:rPr>
              <w:t>Macroinvertivore</w:t>
            </w:r>
          </w:p>
        </w:tc>
        <w:tc>
          <w:tcPr>
            <w:tcW w:w="1008" w:type="dxa"/>
            <w:tcMar>
              <w:top w:w="20" w:type="dxa"/>
              <w:left w:w="50" w:type="dxa"/>
              <w:bottom w:w="20" w:type="dxa"/>
              <w:right w:w="50" w:type="dxa"/>
            </w:tcMar>
          </w:tcPr>
          <w:p w14:paraId="13FB1EB8" w14:textId="77777777" w:rsidR="00292F36" w:rsidRDefault="00000000">
            <w:r>
              <w:rPr>
                <w:sz w:val="14"/>
              </w:rPr>
              <w:t>1346</w:t>
            </w:r>
          </w:p>
        </w:tc>
        <w:tc>
          <w:tcPr>
            <w:tcW w:w="1008" w:type="dxa"/>
            <w:tcMar>
              <w:top w:w="20" w:type="dxa"/>
              <w:left w:w="50" w:type="dxa"/>
              <w:bottom w:w="20" w:type="dxa"/>
              <w:right w:w="50" w:type="dxa"/>
            </w:tcMar>
          </w:tcPr>
          <w:p w14:paraId="23D62A4C" w14:textId="77777777" w:rsidR="00292F36" w:rsidRDefault="00000000">
            <w:r>
              <w:rPr>
                <w:sz w:val="14"/>
              </w:rPr>
              <w:t>1281793.94</w:t>
            </w:r>
          </w:p>
        </w:tc>
        <w:tc>
          <w:tcPr>
            <w:tcW w:w="1008" w:type="dxa"/>
            <w:tcMar>
              <w:top w:w="20" w:type="dxa"/>
              <w:left w:w="50" w:type="dxa"/>
              <w:bottom w:w="20" w:type="dxa"/>
              <w:right w:w="50" w:type="dxa"/>
            </w:tcMar>
          </w:tcPr>
          <w:p w14:paraId="6A217AF3" w14:textId="77777777" w:rsidR="00292F36" w:rsidRDefault="00000000">
            <w:r>
              <w:rPr>
                <w:sz w:val="14"/>
              </w:rPr>
              <w:t>17.8</w:t>
            </w:r>
          </w:p>
        </w:tc>
        <w:tc>
          <w:tcPr>
            <w:tcW w:w="1008" w:type="dxa"/>
            <w:tcMar>
              <w:top w:w="20" w:type="dxa"/>
              <w:left w:w="50" w:type="dxa"/>
              <w:bottom w:w="20" w:type="dxa"/>
              <w:right w:w="50" w:type="dxa"/>
            </w:tcMar>
          </w:tcPr>
          <w:p w14:paraId="2176B836" w14:textId="77777777" w:rsidR="00292F36" w:rsidRDefault="00000000">
            <w:r>
              <w:rPr>
                <w:sz w:val="14"/>
              </w:rPr>
              <w:t>0.485</w:t>
            </w:r>
          </w:p>
        </w:tc>
        <w:tc>
          <w:tcPr>
            <w:tcW w:w="1008" w:type="dxa"/>
            <w:tcMar>
              <w:top w:w="20" w:type="dxa"/>
              <w:left w:w="50" w:type="dxa"/>
              <w:bottom w:w="20" w:type="dxa"/>
              <w:right w:w="50" w:type="dxa"/>
            </w:tcMar>
          </w:tcPr>
          <w:p w14:paraId="6285B3BA" w14:textId="77777777" w:rsidR="00292F36" w:rsidRDefault="00000000">
            <w:r>
              <w:rPr>
                <w:sz w:val="14"/>
              </w:rPr>
              <w:t>0.187</w:t>
            </w:r>
          </w:p>
        </w:tc>
        <w:tc>
          <w:tcPr>
            <w:tcW w:w="1008" w:type="dxa"/>
            <w:tcMar>
              <w:top w:w="20" w:type="dxa"/>
              <w:left w:w="50" w:type="dxa"/>
              <w:bottom w:w="20" w:type="dxa"/>
              <w:right w:w="50" w:type="dxa"/>
            </w:tcMar>
          </w:tcPr>
          <w:p w14:paraId="3E4CC4AE" w14:textId="77777777" w:rsidR="00292F36" w:rsidRDefault="00000000">
            <w:r>
              <w:rPr>
                <w:sz w:val="14"/>
              </w:rPr>
              <w:t>19.1</w:t>
            </w:r>
          </w:p>
        </w:tc>
        <w:tc>
          <w:tcPr>
            <w:tcW w:w="1008" w:type="dxa"/>
            <w:tcMar>
              <w:top w:w="20" w:type="dxa"/>
              <w:left w:w="50" w:type="dxa"/>
              <w:bottom w:w="20" w:type="dxa"/>
              <w:right w:w="50" w:type="dxa"/>
            </w:tcMar>
          </w:tcPr>
          <w:p w14:paraId="22222672" w14:textId="77777777" w:rsidR="00292F36" w:rsidRDefault="00000000">
            <w:r>
              <w:rPr>
                <w:sz w:val="14"/>
              </w:rPr>
              <w:t>36.7</w:t>
            </w:r>
          </w:p>
        </w:tc>
        <w:tc>
          <w:tcPr>
            <w:tcW w:w="1008" w:type="dxa"/>
            <w:tcMar>
              <w:top w:w="20" w:type="dxa"/>
              <w:left w:w="50" w:type="dxa"/>
              <w:bottom w:w="20" w:type="dxa"/>
              <w:right w:w="50" w:type="dxa"/>
            </w:tcMar>
          </w:tcPr>
          <w:p w14:paraId="1329B816" w14:textId="77777777" w:rsidR="00292F36" w:rsidRDefault="00000000">
            <w:r>
              <w:rPr>
                <w:sz w:val="14"/>
              </w:rPr>
              <w:t>0.684</w:t>
            </w:r>
          </w:p>
        </w:tc>
        <w:tc>
          <w:tcPr>
            <w:tcW w:w="1008" w:type="dxa"/>
            <w:tcMar>
              <w:top w:w="20" w:type="dxa"/>
              <w:left w:w="50" w:type="dxa"/>
              <w:bottom w:w="20" w:type="dxa"/>
              <w:right w:w="50" w:type="dxa"/>
            </w:tcMar>
          </w:tcPr>
          <w:p w14:paraId="4287E135" w14:textId="77777777" w:rsidR="00292F36" w:rsidRDefault="00000000">
            <w:r>
              <w:rPr>
                <w:sz w:val="14"/>
              </w:rPr>
              <w:t>10.949</w:t>
            </w:r>
          </w:p>
        </w:tc>
        <w:tc>
          <w:tcPr>
            <w:tcW w:w="1008" w:type="dxa"/>
            <w:tcMar>
              <w:top w:w="20" w:type="dxa"/>
              <w:left w:w="50" w:type="dxa"/>
              <w:bottom w:w="20" w:type="dxa"/>
              <w:right w:w="50" w:type="dxa"/>
            </w:tcMar>
          </w:tcPr>
          <w:p w14:paraId="71D79773" w14:textId="77777777" w:rsidR="00292F36" w:rsidRDefault="00000000">
            <w:r>
              <w:rPr>
                <w:sz w:val="14"/>
              </w:rPr>
              <w:t>0.059</w:t>
            </w:r>
          </w:p>
        </w:tc>
        <w:tc>
          <w:tcPr>
            <w:tcW w:w="1008" w:type="dxa"/>
            <w:tcMar>
              <w:top w:w="20" w:type="dxa"/>
              <w:left w:w="50" w:type="dxa"/>
              <w:bottom w:w="20" w:type="dxa"/>
              <w:right w:w="50" w:type="dxa"/>
            </w:tcMar>
          </w:tcPr>
          <w:p w14:paraId="76DA17E0" w14:textId="77777777" w:rsidR="00292F36" w:rsidRDefault="00000000">
            <w:r>
              <w:rPr>
                <w:sz w:val="14"/>
              </w:rPr>
              <w:t>-0.058</w:t>
            </w:r>
          </w:p>
        </w:tc>
        <w:tc>
          <w:tcPr>
            <w:tcW w:w="1008" w:type="dxa"/>
            <w:tcMar>
              <w:top w:w="20" w:type="dxa"/>
              <w:left w:w="50" w:type="dxa"/>
              <w:bottom w:w="20" w:type="dxa"/>
              <w:right w:w="50" w:type="dxa"/>
            </w:tcMar>
          </w:tcPr>
          <w:p w14:paraId="27D2EB61" w14:textId="77777777" w:rsidR="00292F36" w:rsidRDefault="00000000">
            <w:r>
              <w:rPr>
                <w:sz w:val="14"/>
              </w:rPr>
              <w:t>20.097</w:t>
            </w:r>
          </w:p>
        </w:tc>
      </w:tr>
      <w:tr w:rsidR="00292F36" w14:paraId="1E0CA044" w14:textId="77777777">
        <w:tc>
          <w:tcPr>
            <w:tcW w:w="1008" w:type="dxa"/>
            <w:tcMar>
              <w:top w:w="20" w:type="dxa"/>
              <w:left w:w="50" w:type="dxa"/>
              <w:bottom w:w="20" w:type="dxa"/>
              <w:right w:w="50" w:type="dxa"/>
            </w:tcMar>
          </w:tcPr>
          <w:p w14:paraId="5521D2B2" w14:textId="77777777" w:rsidR="00292F36" w:rsidRPr="00E31FAA" w:rsidRDefault="00000000">
            <w:pPr>
              <w:rPr>
                <w:i/>
                <w:iCs/>
              </w:rPr>
            </w:pPr>
            <w:r w:rsidRPr="00E31FAA">
              <w:rPr>
                <w:i/>
                <w:iCs/>
                <w:sz w:val="14"/>
              </w:rPr>
              <w:t>Paralabrax_clathratus</w:t>
            </w:r>
          </w:p>
        </w:tc>
        <w:tc>
          <w:tcPr>
            <w:tcW w:w="1008" w:type="dxa"/>
            <w:tcMar>
              <w:top w:w="20" w:type="dxa"/>
              <w:left w:w="50" w:type="dxa"/>
              <w:bottom w:w="20" w:type="dxa"/>
              <w:right w:w="50" w:type="dxa"/>
            </w:tcMar>
          </w:tcPr>
          <w:p w14:paraId="0D9CE124" w14:textId="77777777" w:rsidR="00292F36" w:rsidRDefault="00000000">
            <w:r>
              <w:rPr>
                <w:sz w:val="14"/>
              </w:rPr>
              <w:t>Piscivore</w:t>
            </w:r>
          </w:p>
        </w:tc>
        <w:tc>
          <w:tcPr>
            <w:tcW w:w="1008" w:type="dxa"/>
            <w:tcMar>
              <w:top w:w="20" w:type="dxa"/>
              <w:left w:w="50" w:type="dxa"/>
              <w:bottom w:w="20" w:type="dxa"/>
              <w:right w:w="50" w:type="dxa"/>
            </w:tcMar>
          </w:tcPr>
          <w:p w14:paraId="5675D9D3" w14:textId="77777777" w:rsidR="00292F36" w:rsidRDefault="00000000">
            <w:r>
              <w:rPr>
                <w:sz w:val="14"/>
              </w:rPr>
              <w:t>1277</w:t>
            </w:r>
          </w:p>
        </w:tc>
        <w:tc>
          <w:tcPr>
            <w:tcW w:w="1008" w:type="dxa"/>
            <w:tcMar>
              <w:top w:w="20" w:type="dxa"/>
              <w:left w:w="50" w:type="dxa"/>
              <w:bottom w:w="20" w:type="dxa"/>
              <w:right w:w="50" w:type="dxa"/>
            </w:tcMar>
          </w:tcPr>
          <w:p w14:paraId="023252E4" w14:textId="77777777" w:rsidR="00292F36" w:rsidRDefault="00000000">
            <w:r>
              <w:rPr>
                <w:sz w:val="14"/>
              </w:rPr>
              <w:t>855240.29</w:t>
            </w:r>
          </w:p>
        </w:tc>
        <w:tc>
          <w:tcPr>
            <w:tcW w:w="1008" w:type="dxa"/>
            <w:tcMar>
              <w:top w:w="20" w:type="dxa"/>
              <w:left w:w="50" w:type="dxa"/>
              <w:bottom w:w="20" w:type="dxa"/>
              <w:right w:w="50" w:type="dxa"/>
            </w:tcMar>
          </w:tcPr>
          <w:p w14:paraId="5FA2A322" w14:textId="77777777" w:rsidR="00292F36" w:rsidRDefault="00000000">
            <w:r>
              <w:rPr>
                <w:sz w:val="14"/>
              </w:rPr>
              <w:t>36.5</w:t>
            </w:r>
          </w:p>
        </w:tc>
        <w:tc>
          <w:tcPr>
            <w:tcW w:w="1008" w:type="dxa"/>
            <w:tcMar>
              <w:top w:w="20" w:type="dxa"/>
              <w:left w:w="50" w:type="dxa"/>
              <w:bottom w:w="20" w:type="dxa"/>
              <w:right w:w="50" w:type="dxa"/>
            </w:tcMar>
          </w:tcPr>
          <w:p w14:paraId="7D5932EE" w14:textId="77777777" w:rsidR="00292F36" w:rsidRDefault="00000000">
            <w:r>
              <w:rPr>
                <w:sz w:val="14"/>
              </w:rPr>
              <w:t>0.698</w:t>
            </w:r>
          </w:p>
        </w:tc>
        <w:tc>
          <w:tcPr>
            <w:tcW w:w="1008" w:type="dxa"/>
            <w:tcMar>
              <w:top w:w="20" w:type="dxa"/>
              <w:left w:w="50" w:type="dxa"/>
              <w:bottom w:w="20" w:type="dxa"/>
              <w:right w:w="50" w:type="dxa"/>
            </w:tcMar>
          </w:tcPr>
          <w:p w14:paraId="6203D4A9" w14:textId="77777777" w:rsidR="00292F36" w:rsidRDefault="00000000">
            <w:r>
              <w:rPr>
                <w:sz w:val="14"/>
              </w:rPr>
              <w:t>0.305</w:t>
            </w:r>
          </w:p>
        </w:tc>
        <w:tc>
          <w:tcPr>
            <w:tcW w:w="1008" w:type="dxa"/>
            <w:tcMar>
              <w:top w:w="20" w:type="dxa"/>
              <w:left w:w="50" w:type="dxa"/>
              <w:bottom w:w="20" w:type="dxa"/>
              <w:right w:w="50" w:type="dxa"/>
            </w:tcMar>
          </w:tcPr>
          <w:p w14:paraId="48024F81" w14:textId="77777777" w:rsidR="00292F36" w:rsidRDefault="00000000">
            <w:r>
              <w:rPr>
                <w:sz w:val="14"/>
              </w:rPr>
              <w:t>28.9</w:t>
            </w:r>
          </w:p>
        </w:tc>
        <w:tc>
          <w:tcPr>
            <w:tcW w:w="1008" w:type="dxa"/>
            <w:tcMar>
              <w:top w:w="20" w:type="dxa"/>
              <w:left w:w="50" w:type="dxa"/>
              <w:bottom w:w="20" w:type="dxa"/>
              <w:right w:w="50" w:type="dxa"/>
            </w:tcMar>
          </w:tcPr>
          <w:p w14:paraId="1BB0E839" w14:textId="77777777" w:rsidR="00292F36" w:rsidRDefault="00000000">
            <w:r>
              <w:rPr>
                <w:sz w:val="14"/>
              </w:rPr>
              <w:t>34.4</w:t>
            </w:r>
          </w:p>
        </w:tc>
        <w:tc>
          <w:tcPr>
            <w:tcW w:w="1008" w:type="dxa"/>
            <w:tcMar>
              <w:top w:w="20" w:type="dxa"/>
              <w:left w:w="50" w:type="dxa"/>
              <w:bottom w:w="20" w:type="dxa"/>
              <w:right w:w="50" w:type="dxa"/>
            </w:tcMar>
          </w:tcPr>
          <w:p w14:paraId="6CC99CCF" w14:textId="77777777" w:rsidR="00292F36" w:rsidRDefault="00000000">
            <w:r>
              <w:rPr>
                <w:sz w:val="14"/>
              </w:rPr>
              <w:t>0.695</w:t>
            </w:r>
          </w:p>
        </w:tc>
        <w:tc>
          <w:tcPr>
            <w:tcW w:w="1008" w:type="dxa"/>
            <w:tcMar>
              <w:top w:w="20" w:type="dxa"/>
              <w:left w:w="50" w:type="dxa"/>
              <w:bottom w:w="20" w:type="dxa"/>
              <w:right w:w="50" w:type="dxa"/>
            </w:tcMar>
          </w:tcPr>
          <w:p w14:paraId="0D91A3B1" w14:textId="77777777" w:rsidR="00292F36" w:rsidRDefault="00000000">
            <w:r>
              <w:rPr>
                <w:sz w:val="14"/>
              </w:rPr>
              <w:t>10.935</w:t>
            </w:r>
          </w:p>
        </w:tc>
        <w:tc>
          <w:tcPr>
            <w:tcW w:w="1008" w:type="dxa"/>
            <w:tcMar>
              <w:top w:w="20" w:type="dxa"/>
              <w:left w:w="50" w:type="dxa"/>
              <w:bottom w:w="20" w:type="dxa"/>
              <w:right w:w="50" w:type="dxa"/>
            </w:tcMar>
          </w:tcPr>
          <w:p w14:paraId="274185C2" w14:textId="77777777" w:rsidR="00292F36" w:rsidRDefault="00000000">
            <w:r>
              <w:rPr>
                <w:sz w:val="14"/>
              </w:rPr>
              <w:t>0.025</w:t>
            </w:r>
          </w:p>
        </w:tc>
        <w:tc>
          <w:tcPr>
            <w:tcW w:w="1008" w:type="dxa"/>
            <w:tcMar>
              <w:top w:w="20" w:type="dxa"/>
              <w:left w:w="50" w:type="dxa"/>
              <w:bottom w:w="20" w:type="dxa"/>
              <w:right w:w="50" w:type="dxa"/>
            </w:tcMar>
          </w:tcPr>
          <w:p w14:paraId="17B52FC2" w14:textId="77777777" w:rsidR="00292F36" w:rsidRDefault="00000000">
            <w:r>
              <w:rPr>
                <w:sz w:val="14"/>
              </w:rPr>
              <w:t>-0.038</w:t>
            </w:r>
          </w:p>
        </w:tc>
        <w:tc>
          <w:tcPr>
            <w:tcW w:w="1008" w:type="dxa"/>
            <w:tcMar>
              <w:top w:w="20" w:type="dxa"/>
              <w:left w:w="50" w:type="dxa"/>
              <w:bottom w:w="20" w:type="dxa"/>
              <w:right w:w="50" w:type="dxa"/>
            </w:tcMar>
          </w:tcPr>
          <w:p w14:paraId="1CF5D582" w14:textId="77777777" w:rsidR="00292F36" w:rsidRDefault="00000000">
            <w:r>
              <w:rPr>
                <w:sz w:val="14"/>
              </w:rPr>
              <w:t>20.495</w:t>
            </w:r>
          </w:p>
        </w:tc>
      </w:tr>
      <w:tr w:rsidR="00292F36" w14:paraId="3E7E8666" w14:textId="77777777">
        <w:tc>
          <w:tcPr>
            <w:tcW w:w="1008" w:type="dxa"/>
            <w:tcMar>
              <w:top w:w="20" w:type="dxa"/>
              <w:left w:w="50" w:type="dxa"/>
              <w:bottom w:w="20" w:type="dxa"/>
              <w:right w:w="50" w:type="dxa"/>
            </w:tcMar>
          </w:tcPr>
          <w:p w14:paraId="656D017B" w14:textId="77777777" w:rsidR="00292F36" w:rsidRPr="00E31FAA" w:rsidRDefault="00000000">
            <w:pPr>
              <w:rPr>
                <w:i/>
                <w:iCs/>
              </w:rPr>
            </w:pPr>
            <w:r w:rsidRPr="00E31FAA">
              <w:rPr>
                <w:i/>
                <w:iCs/>
                <w:sz w:val="14"/>
              </w:rPr>
              <w:t>Hypsypops_rubicundus</w:t>
            </w:r>
          </w:p>
        </w:tc>
        <w:tc>
          <w:tcPr>
            <w:tcW w:w="1008" w:type="dxa"/>
            <w:tcMar>
              <w:top w:w="20" w:type="dxa"/>
              <w:left w:w="50" w:type="dxa"/>
              <w:bottom w:w="20" w:type="dxa"/>
              <w:right w:w="50" w:type="dxa"/>
            </w:tcMar>
          </w:tcPr>
          <w:p w14:paraId="21DEAF0A" w14:textId="77777777" w:rsidR="00292F36" w:rsidRDefault="00000000">
            <w:r>
              <w:rPr>
                <w:sz w:val="14"/>
              </w:rPr>
              <w:t>Macroinvertivore</w:t>
            </w:r>
          </w:p>
        </w:tc>
        <w:tc>
          <w:tcPr>
            <w:tcW w:w="1008" w:type="dxa"/>
            <w:tcMar>
              <w:top w:w="20" w:type="dxa"/>
              <w:left w:w="50" w:type="dxa"/>
              <w:bottom w:w="20" w:type="dxa"/>
              <w:right w:w="50" w:type="dxa"/>
            </w:tcMar>
          </w:tcPr>
          <w:p w14:paraId="76EDE6ED" w14:textId="77777777" w:rsidR="00292F36" w:rsidRDefault="00000000">
            <w:r>
              <w:rPr>
                <w:sz w:val="14"/>
              </w:rPr>
              <w:t>965</w:t>
            </w:r>
          </w:p>
        </w:tc>
        <w:tc>
          <w:tcPr>
            <w:tcW w:w="1008" w:type="dxa"/>
            <w:tcMar>
              <w:top w:w="20" w:type="dxa"/>
              <w:left w:w="50" w:type="dxa"/>
              <w:bottom w:w="20" w:type="dxa"/>
              <w:right w:w="50" w:type="dxa"/>
            </w:tcMar>
          </w:tcPr>
          <w:p w14:paraId="1FC0F934" w14:textId="77777777" w:rsidR="00292F36" w:rsidRDefault="00000000">
            <w:r>
              <w:rPr>
                <w:sz w:val="14"/>
              </w:rPr>
              <w:t>427122.988</w:t>
            </w:r>
          </w:p>
        </w:tc>
        <w:tc>
          <w:tcPr>
            <w:tcW w:w="1008" w:type="dxa"/>
            <w:tcMar>
              <w:top w:w="20" w:type="dxa"/>
              <w:left w:w="50" w:type="dxa"/>
              <w:bottom w:w="20" w:type="dxa"/>
              <w:right w:w="50" w:type="dxa"/>
            </w:tcMar>
          </w:tcPr>
          <w:p w14:paraId="4924F0F8" w14:textId="77777777" w:rsidR="00292F36" w:rsidRDefault="00000000">
            <w:r>
              <w:rPr>
                <w:sz w:val="14"/>
              </w:rPr>
              <w:t>31.5</w:t>
            </w:r>
          </w:p>
        </w:tc>
        <w:tc>
          <w:tcPr>
            <w:tcW w:w="1008" w:type="dxa"/>
            <w:tcMar>
              <w:top w:w="20" w:type="dxa"/>
              <w:left w:w="50" w:type="dxa"/>
              <w:bottom w:w="20" w:type="dxa"/>
              <w:right w:w="50" w:type="dxa"/>
            </w:tcMar>
          </w:tcPr>
          <w:p w14:paraId="293D32F6" w14:textId="77777777" w:rsidR="00292F36" w:rsidRDefault="00000000">
            <w:r>
              <w:rPr>
                <w:sz w:val="14"/>
              </w:rPr>
              <w:t>0.521</w:t>
            </w:r>
          </w:p>
        </w:tc>
        <w:tc>
          <w:tcPr>
            <w:tcW w:w="1008" w:type="dxa"/>
            <w:tcMar>
              <w:top w:w="20" w:type="dxa"/>
              <w:left w:w="50" w:type="dxa"/>
              <w:bottom w:w="20" w:type="dxa"/>
              <w:right w:w="50" w:type="dxa"/>
            </w:tcMar>
          </w:tcPr>
          <w:p w14:paraId="2BD8CB2E" w14:textId="77777777" w:rsidR="00292F36" w:rsidRDefault="00000000">
            <w:r>
              <w:rPr>
                <w:sz w:val="14"/>
              </w:rPr>
              <w:t>0.148</w:t>
            </w:r>
          </w:p>
        </w:tc>
        <w:tc>
          <w:tcPr>
            <w:tcW w:w="1008" w:type="dxa"/>
            <w:tcMar>
              <w:top w:w="20" w:type="dxa"/>
              <w:left w:w="50" w:type="dxa"/>
              <w:bottom w:w="20" w:type="dxa"/>
              <w:right w:w="50" w:type="dxa"/>
            </w:tcMar>
          </w:tcPr>
          <w:p w14:paraId="36F765F3" w14:textId="77777777" w:rsidR="00292F36" w:rsidRDefault="00000000">
            <w:r>
              <w:rPr>
                <w:sz w:val="14"/>
              </w:rPr>
              <w:t>12.9</w:t>
            </w:r>
          </w:p>
        </w:tc>
        <w:tc>
          <w:tcPr>
            <w:tcW w:w="1008" w:type="dxa"/>
            <w:tcMar>
              <w:top w:w="20" w:type="dxa"/>
              <w:left w:w="50" w:type="dxa"/>
              <w:bottom w:w="20" w:type="dxa"/>
              <w:right w:w="50" w:type="dxa"/>
            </w:tcMar>
          </w:tcPr>
          <w:p w14:paraId="4C0EE4A2" w14:textId="77777777" w:rsidR="00292F36" w:rsidRDefault="00000000">
            <w:r>
              <w:rPr>
                <w:sz w:val="14"/>
              </w:rPr>
              <w:t>48.5</w:t>
            </w:r>
          </w:p>
        </w:tc>
        <w:tc>
          <w:tcPr>
            <w:tcW w:w="1008" w:type="dxa"/>
            <w:tcMar>
              <w:top w:w="20" w:type="dxa"/>
              <w:left w:w="50" w:type="dxa"/>
              <w:bottom w:w="20" w:type="dxa"/>
              <w:right w:w="50" w:type="dxa"/>
            </w:tcMar>
          </w:tcPr>
          <w:p w14:paraId="7265EE05" w14:textId="77777777" w:rsidR="00292F36" w:rsidRDefault="00000000">
            <w:r>
              <w:rPr>
                <w:sz w:val="14"/>
              </w:rPr>
              <w:t>0.866</w:t>
            </w:r>
          </w:p>
        </w:tc>
        <w:tc>
          <w:tcPr>
            <w:tcW w:w="1008" w:type="dxa"/>
            <w:tcMar>
              <w:top w:w="20" w:type="dxa"/>
              <w:left w:w="50" w:type="dxa"/>
              <w:bottom w:w="20" w:type="dxa"/>
              <w:right w:w="50" w:type="dxa"/>
            </w:tcMar>
          </w:tcPr>
          <w:p w14:paraId="4B69277B" w14:textId="77777777" w:rsidR="00292F36" w:rsidRDefault="00000000">
            <w:r>
              <w:rPr>
                <w:sz w:val="14"/>
              </w:rPr>
              <w:t>10.433</w:t>
            </w:r>
          </w:p>
        </w:tc>
        <w:tc>
          <w:tcPr>
            <w:tcW w:w="1008" w:type="dxa"/>
            <w:tcMar>
              <w:top w:w="20" w:type="dxa"/>
              <w:left w:w="50" w:type="dxa"/>
              <w:bottom w:w="20" w:type="dxa"/>
              <w:right w:w="50" w:type="dxa"/>
            </w:tcMar>
          </w:tcPr>
          <w:p w14:paraId="1C1C88A8" w14:textId="77777777" w:rsidR="00292F36" w:rsidRDefault="00000000">
            <w:r>
              <w:rPr>
                <w:sz w:val="14"/>
              </w:rPr>
              <w:t>0.002</w:t>
            </w:r>
          </w:p>
        </w:tc>
        <w:tc>
          <w:tcPr>
            <w:tcW w:w="1008" w:type="dxa"/>
            <w:tcMar>
              <w:top w:w="20" w:type="dxa"/>
              <w:left w:w="50" w:type="dxa"/>
              <w:bottom w:w="20" w:type="dxa"/>
              <w:right w:w="50" w:type="dxa"/>
            </w:tcMar>
          </w:tcPr>
          <w:p w14:paraId="0DB348E3" w14:textId="77777777" w:rsidR="00292F36" w:rsidRDefault="00000000">
            <w:r>
              <w:rPr>
                <w:sz w:val="14"/>
              </w:rPr>
              <w:t>0.024</w:t>
            </w:r>
          </w:p>
        </w:tc>
        <w:tc>
          <w:tcPr>
            <w:tcW w:w="1008" w:type="dxa"/>
            <w:tcMar>
              <w:top w:w="20" w:type="dxa"/>
              <w:left w:w="50" w:type="dxa"/>
              <w:bottom w:w="20" w:type="dxa"/>
              <w:right w:w="50" w:type="dxa"/>
            </w:tcMar>
          </w:tcPr>
          <w:p w14:paraId="31FFD441" w14:textId="77777777" w:rsidR="00292F36" w:rsidRDefault="00000000">
            <w:r>
              <w:rPr>
                <w:sz w:val="14"/>
              </w:rPr>
              <w:t>19.597</w:t>
            </w:r>
          </w:p>
        </w:tc>
      </w:tr>
      <w:tr w:rsidR="00292F36" w14:paraId="5589DA1B" w14:textId="77777777">
        <w:tc>
          <w:tcPr>
            <w:tcW w:w="1008" w:type="dxa"/>
            <w:tcMar>
              <w:top w:w="20" w:type="dxa"/>
              <w:left w:w="50" w:type="dxa"/>
              <w:bottom w:w="20" w:type="dxa"/>
              <w:right w:w="50" w:type="dxa"/>
            </w:tcMar>
          </w:tcPr>
          <w:p w14:paraId="16F6C728" w14:textId="77777777" w:rsidR="00292F36" w:rsidRPr="00E31FAA" w:rsidRDefault="00000000">
            <w:pPr>
              <w:rPr>
                <w:i/>
                <w:iCs/>
              </w:rPr>
            </w:pPr>
            <w:r w:rsidRPr="00E31FAA">
              <w:rPr>
                <w:i/>
                <w:iCs/>
                <w:sz w:val="14"/>
              </w:rPr>
              <w:t>Chromis_punctipinnis</w:t>
            </w:r>
          </w:p>
        </w:tc>
        <w:tc>
          <w:tcPr>
            <w:tcW w:w="1008" w:type="dxa"/>
            <w:tcMar>
              <w:top w:w="20" w:type="dxa"/>
              <w:left w:w="50" w:type="dxa"/>
              <w:bottom w:w="20" w:type="dxa"/>
              <w:right w:w="50" w:type="dxa"/>
            </w:tcMar>
          </w:tcPr>
          <w:p w14:paraId="144303AE" w14:textId="77777777" w:rsidR="00292F36" w:rsidRDefault="00000000">
            <w:r>
              <w:rPr>
                <w:sz w:val="14"/>
              </w:rPr>
              <w:t>Planktivore</w:t>
            </w:r>
          </w:p>
        </w:tc>
        <w:tc>
          <w:tcPr>
            <w:tcW w:w="1008" w:type="dxa"/>
            <w:tcMar>
              <w:top w:w="20" w:type="dxa"/>
              <w:left w:w="50" w:type="dxa"/>
              <w:bottom w:w="20" w:type="dxa"/>
              <w:right w:w="50" w:type="dxa"/>
            </w:tcMar>
          </w:tcPr>
          <w:p w14:paraId="69F0DBE3" w14:textId="77777777" w:rsidR="00292F36" w:rsidRDefault="00000000">
            <w:r>
              <w:rPr>
                <w:sz w:val="14"/>
              </w:rPr>
              <w:t>532</w:t>
            </w:r>
          </w:p>
        </w:tc>
        <w:tc>
          <w:tcPr>
            <w:tcW w:w="1008" w:type="dxa"/>
            <w:tcMar>
              <w:top w:w="20" w:type="dxa"/>
              <w:left w:w="50" w:type="dxa"/>
              <w:bottom w:w="20" w:type="dxa"/>
              <w:right w:w="50" w:type="dxa"/>
            </w:tcMar>
          </w:tcPr>
          <w:p w14:paraId="58307DB6" w14:textId="77777777" w:rsidR="00292F36" w:rsidRDefault="00000000">
            <w:r>
              <w:rPr>
                <w:sz w:val="14"/>
              </w:rPr>
              <w:t>294644.019</w:t>
            </w:r>
          </w:p>
        </w:tc>
        <w:tc>
          <w:tcPr>
            <w:tcW w:w="1008" w:type="dxa"/>
            <w:tcMar>
              <w:top w:w="20" w:type="dxa"/>
              <w:left w:w="50" w:type="dxa"/>
              <w:bottom w:w="20" w:type="dxa"/>
              <w:right w:w="50" w:type="dxa"/>
            </w:tcMar>
          </w:tcPr>
          <w:p w14:paraId="57539EAF" w14:textId="77777777" w:rsidR="00292F36" w:rsidRDefault="00000000">
            <w:r>
              <w:rPr>
                <w:sz w:val="14"/>
              </w:rPr>
              <w:t>43.4</w:t>
            </w:r>
          </w:p>
        </w:tc>
        <w:tc>
          <w:tcPr>
            <w:tcW w:w="1008" w:type="dxa"/>
            <w:tcMar>
              <w:top w:w="20" w:type="dxa"/>
              <w:left w:w="50" w:type="dxa"/>
              <w:bottom w:w="20" w:type="dxa"/>
              <w:right w:w="50" w:type="dxa"/>
            </w:tcMar>
          </w:tcPr>
          <w:p w14:paraId="3DFB8B2C" w14:textId="77777777" w:rsidR="00292F36" w:rsidRDefault="00000000">
            <w:r>
              <w:rPr>
                <w:sz w:val="14"/>
              </w:rPr>
              <w:t>0.663</w:t>
            </w:r>
          </w:p>
        </w:tc>
        <w:tc>
          <w:tcPr>
            <w:tcW w:w="1008" w:type="dxa"/>
            <w:tcMar>
              <w:top w:w="20" w:type="dxa"/>
              <w:left w:w="50" w:type="dxa"/>
              <w:bottom w:w="20" w:type="dxa"/>
              <w:right w:w="50" w:type="dxa"/>
            </w:tcMar>
          </w:tcPr>
          <w:p w14:paraId="7616EA87" w14:textId="77777777" w:rsidR="00292F36" w:rsidRDefault="00000000">
            <w:r>
              <w:rPr>
                <w:sz w:val="14"/>
              </w:rPr>
              <w:t>0.207</w:t>
            </w:r>
          </w:p>
        </w:tc>
        <w:tc>
          <w:tcPr>
            <w:tcW w:w="1008" w:type="dxa"/>
            <w:tcMar>
              <w:top w:w="20" w:type="dxa"/>
              <w:left w:w="50" w:type="dxa"/>
              <w:bottom w:w="20" w:type="dxa"/>
              <w:right w:w="50" w:type="dxa"/>
            </w:tcMar>
          </w:tcPr>
          <w:p w14:paraId="68302B2F" w14:textId="77777777" w:rsidR="00292F36" w:rsidRDefault="00000000">
            <w:r>
              <w:rPr>
                <w:sz w:val="14"/>
              </w:rPr>
              <w:t>13.6</w:t>
            </w:r>
          </w:p>
        </w:tc>
        <w:tc>
          <w:tcPr>
            <w:tcW w:w="1008" w:type="dxa"/>
            <w:tcMar>
              <w:top w:w="20" w:type="dxa"/>
              <w:left w:w="50" w:type="dxa"/>
              <w:bottom w:w="20" w:type="dxa"/>
              <w:right w:w="50" w:type="dxa"/>
            </w:tcMar>
          </w:tcPr>
          <w:p w14:paraId="1AF5AABB" w14:textId="77777777" w:rsidR="00292F36" w:rsidRDefault="00000000">
            <w:r>
              <w:rPr>
                <w:sz w:val="14"/>
              </w:rPr>
              <w:t>54.2</w:t>
            </w:r>
          </w:p>
        </w:tc>
        <w:tc>
          <w:tcPr>
            <w:tcW w:w="1008" w:type="dxa"/>
            <w:tcMar>
              <w:top w:w="20" w:type="dxa"/>
              <w:left w:w="50" w:type="dxa"/>
              <w:bottom w:w="20" w:type="dxa"/>
              <w:right w:w="50" w:type="dxa"/>
            </w:tcMar>
          </w:tcPr>
          <w:p w14:paraId="5DA376B0" w14:textId="77777777" w:rsidR="00292F36" w:rsidRDefault="00000000">
            <w:r>
              <w:rPr>
                <w:sz w:val="14"/>
              </w:rPr>
              <w:t>1.08</w:t>
            </w:r>
          </w:p>
        </w:tc>
        <w:tc>
          <w:tcPr>
            <w:tcW w:w="1008" w:type="dxa"/>
            <w:tcMar>
              <w:top w:w="20" w:type="dxa"/>
              <w:left w:w="50" w:type="dxa"/>
              <w:bottom w:w="20" w:type="dxa"/>
              <w:right w:w="50" w:type="dxa"/>
            </w:tcMar>
          </w:tcPr>
          <w:p w14:paraId="630D24F6" w14:textId="77777777" w:rsidR="00292F36" w:rsidRDefault="00000000">
            <w:r>
              <w:rPr>
                <w:sz w:val="14"/>
              </w:rPr>
              <w:t>10.455</w:t>
            </w:r>
          </w:p>
        </w:tc>
        <w:tc>
          <w:tcPr>
            <w:tcW w:w="1008" w:type="dxa"/>
            <w:tcMar>
              <w:top w:w="20" w:type="dxa"/>
              <w:left w:w="50" w:type="dxa"/>
              <w:bottom w:w="20" w:type="dxa"/>
              <w:right w:w="50" w:type="dxa"/>
            </w:tcMar>
          </w:tcPr>
          <w:p w14:paraId="0A4FE835" w14:textId="77777777" w:rsidR="00292F36" w:rsidRDefault="00000000">
            <w:r>
              <w:rPr>
                <w:sz w:val="14"/>
              </w:rPr>
              <w:t>0.04</w:t>
            </w:r>
          </w:p>
        </w:tc>
        <w:tc>
          <w:tcPr>
            <w:tcW w:w="1008" w:type="dxa"/>
            <w:tcMar>
              <w:top w:w="20" w:type="dxa"/>
              <w:left w:w="50" w:type="dxa"/>
              <w:bottom w:w="20" w:type="dxa"/>
              <w:right w:w="50" w:type="dxa"/>
            </w:tcMar>
          </w:tcPr>
          <w:p w14:paraId="368BEFE1" w14:textId="77777777" w:rsidR="00292F36" w:rsidRDefault="00000000">
            <w:r>
              <w:rPr>
                <w:sz w:val="14"/>
              </w:rPr>
              <w:t>0.04</w:t>
            </w:r>
          </w:p>
        </w:tc>
        <w:tc>
          <w:tcPr>
            <w:tcW w:w="1008" w:type="dxa"/>
            <w:tcMar>
              <w:top w:w="20" w:type="dxa"/>
              <w:left w:w="50" w:type="dxa"/>
              <w:bottom w:w="20" w:type="dxa"/>
              <w:right w:w="50" w:type="dxa"/>
            </w:tcMar>
          </w:tcPr>
          <w:p w14:paraId="317E4E2D" w14:textId="77777777" w:rsidR="00292F36" w:rsidRDefault="00000000">
            <w:r>
              <w:rPr>
                <w:sz w:val="14"/>
              </w:rPr>
              <w:t>19.153</w:t>
            </w:r>
          </w:p>
        </w:tc>
      </w:tr>
      <w:tr w:rsidR="00292F36" w14:paraId="276FC276" w14:textId="77777777">
        <w:tc>
          <w:tcPr>
            <w:tcW w:w="1008" w:type="dxa"/>
            <w:tcMar>
              <w:top w:w="20" w:type="dxa"/>
              <w:left w:w="50" w:type="dxa"/>
              <w:bottom w:w="20" w:type="dxa"/>
              <w:right w:w="50" w:type="dxa"/>
            </w:tcMar>
          </w:tcPr>
          <w:p w14:paraId="24811BC5" w14:textId="77777777" w:rsidR="00292F36" w:rsidRPr="00E31FAA" w:rsidRDefault="00000000">
            <w:pPr>
              <w:rPr>
                <w:i/>
                <w:iCs/>
              </w:rPr>
            </w:pPr>
            <w:r w:rsidRPr="00E31FAA">
              <w:rPr>
                <w:i/>
                <w:iCs/>
                <w:sz w:val="14"/>
              </w:rPr>
              <w:t>Girella_nigricans</w:t>
            </w:r>
          </w:p>
        </w:tc>
        <w:tc>
          <w:tcPr>
            <w:tcW w:w="1008" w:type="dxa"/>
            <w:tcMar>
              <w:top w:w="20" w:type="dxa"/>
              <w:left w:w="50" w:type="dxa"/>
              <w:bottom w:w="20" w:type="dxa"/>
              <w:right w:w="50" w:type="dxa"/>
            </w:tcMar>
          </w:tcPr>
          <w:p w14:paraId="081325DE" w14:textId="77777777" w:rsidR="00292F36" w:rsidRDefault="00000000">
            <w:r>
              <w:rPr>
                <w:sz w:val="14"/>
              </w:rPr>
              <w:t>Herbivore</w:t>
            </w:r>
          </w:p>
        </w:tc>
        <w:tc>
          <w:tcPr>
            <w:tcW w:w="1008" w:type="dxa"/>
            <w:tcMar>
              <w:top w:w="20" w:type="dxa"/>
              <w:left w:w="50" w:type="dxa"/>
              <w:bottom w:w="20" w:type="dxa"/>
              <w:right w:w="50" w:type="dxa"/>
            </w:tcMar>
          </w:tcPr>
          <w:p w14:paraId="61A06C32" w14:textId="77777777" w:rsidR="00292F36" w:rsidRDefault="00000000">
            <w:r>
              <w:rPr>
                <w:sz w:val="14"/>
              </w:rPr>
              <w:t>185</w:t>
            </w:r>
          </w:p>
        </w:tc>
        <w:tc>
          <w:tcPr>
            <w:tcW w:w="1008" w:type="dxa"/>
            <w:tcMar>
              <w:top w:w="20" w:type="dxa"/>
              <w:left w:w="50" w:type="dxa"/>
              <w:bottom w:w="20" w:type="dxa"/>
              <w:right w:w="50" w:type="dxa"/>
            </w:tcMar>
          </w:tcPr>
          <w:p w14:paraId="62639CFE" w14:textId="77777777" w:rsidR="00292F36" w:rsidRDefault="00000000">
            <w:r>
              <w:rPr>
                <w:sz w:val="14"/>
              </w:rPr>
              <w:t>264651.268</w:t>
            </w:r>
          </w:p>
        </w:tc>
        <w:tc>
          <w:tcPr>
            <w:tcW w:w="1008" w:type="dxa"/>
            <w:tcMar>
              <w:top w:w="20" w:type="dxa"/>
              <w:left w:w="50" w:type="dxa"/>
              <w:bottom w:w="20" w:type="dxa"/>
              <w:right w:w="50" w:type="dxa"/>
            </w:tcMar>
          </w:tcPr>
          <w:p w14:paraId="228AAC85" w14:textId="77777777" w:rsidR="00292F36" w:rsidRDefault="00000000">
            <w:r>
              <w:rPr>
                <w:sz w:val="14"/>
              </w:rPr>
              <w:t>54.1</w:t>
            </w:r>
          </w:p>
        </w:tc>
        <w:tc>
          <w:tcPr>
            <w:tcW w:w="1008" w:type="dxa"/>
            <w:tcMar>
              <w:top w:w="20" w:type="dxa"/>
              <w:left w:w="50" w:type="dxa"/>
              <w:bottom w:w="20" w:type="dxa"/>
              <w:right w:w="50" w:type="dxa"/>
            </w:tcMar>
          </w:tcPr>
          <w:p w14:paraId="3D09218A" w14:textId="77777777" w:rsidR="00292F36" w:rsidRDefault="00000000">
            <w:r>
              <w:rPr>
                <w:sz w:val="14"/>
              </w:rPr>
              <w:t>0.834</w:t>
            </w:r>
          </w:p>
        </w:tc>
        <w:tc>
          <w:tcPr>
            <w:tcW w:w="1008" w:type="dxa"/>
            <w:tcMar>
              <w:top w:w="20" w:type="dxa"/>
              <w:left w:w="50" w:type="dxa"/>
              <w:bottom w:w="20" w:type="dxa"/>
              <w:right w:w="50" w:type="dxa"/>
            </w:tcMar>
          </w:tcPr>
          <w:p w14:paraId="22587FF4" w14:textId="77777777" w:rsidR="00292F36" w:rsidRDefault="00000000">
            <w:r>
              <w:rPr>
                <w:sz w:val="14"/>
              </w:rPr>
              <w:t>0.185</w:t>
            </w:r>
          </w:p>
        </w:tc>
        <w:tc>
          <w:tcPr>
            <w:tcW w:w="1008" w:type="dxa"/>
            <w:tcMar>
              <w:top w:w="20" w:type="dxa"/>
              <w:left w:w="50" w:type="dxa"/>
              <w:bottom w:w="20" w:type="dxa"/>
              <w:right w:w="50" w:type="dxa"/>
            </w:tcMar>
          </w:tcPr>
          <w:p w14:paraId="38317ECB" w14:textId="77777777" w:rsidR="00292F36" w:rsidRDefault="00000000">
            <w:r>
              <w:rPr>
                <w:sz w:val="14"/>
              </w:rPr>
              <w:t>31.2</w:t>
            </w:r>
          </w:p>
        </w:tc>
        <w:tc>
          <w:tcPr>
            <w:tcW w:w="1008" w:type="dxa"/>
            <w:tcMar>
              <w:top w:w="20" w:type="dxa"/>
              <w:left w:w="50" w:type="dxa"/>
              <w:bottom w:w="20" w:type="dxa"/>
              <w:right w:w="50" w:type="dxa"/>
            </w:tcMar>
          </w:tcPr>
          <w:p w14:paraId="5DDA12B4" w14:textId="77777777" w:rsidR="00292F36" w:rsidRDefault="00000000">
            <w:r>
              <w:rPr>
                <w:sz w:val="14"/>
              </w:rPr>
              <w:t>7.26</w:t>
            </w:r>
          </w:p>
        </w:tc>
        <w:tc>
          <w:tcPr>
            <w:tcW w:w="1008" w:type="dxa"/>
            <w:tcMar>
              <w:top w:w="20" w:type="dxa"/>
              <w:left w:w="50" w:type="dxa"/>
              <w:bottom w:w="20" w:type="dxa"/>
              <w:right w:w="50" w:type="dxa"/>
            </w:tcMar>
          </w:tcPr>
          <w:p w14:paraId="120C5EE2" w14:textId="77777777" w:rsidR="00292F36" w:rsidRDefault="00000000">
            <w:r>
              <w:rPr>
                <w:sz w:val="14"/>
              </w:rPr>
              <w:t>0.881</w:t>
            </w:r>
          </w:p>
        </w:tc>
        <w:tc>
          <w:tcPr>
            <w:tcW w:w="1008" w:type="dxa"/>
            <w:tcMar>
              <w:top w:w="20" w:type="dxa"/>
              <w:left w:w="50" w:type="dxa"/>
              <w:bottom w:w="20" w:type="dxa"/>
              <w:right w:w="50" w:type="dxa"/>
            </w:tcMar>
          </w:tcPr>
          <w:p w14:paraId="7FA0AF42" w14:textId="77777777" w:rsidR="00292F36" w:rsidRDefault="00000000">
            <w:r>
              <w:rPr>
                <w:sz w:val="14"/>
              </w:rPr>
              <w:t>9.784</w:t>
            </w:r>
          </w:p>
        </w:tc>
        <w:tc>
          <w:tcPr>
            <w:tcW w:w="1008" w:type="dxa"/>
            <w:tcMar>
              <w:top w:w="20" w:type="dxa"/>
              <w:left w:w="50" w:type="dxa"/>
              <w:bottom w:w="20" w:type="dxa"/>
              <w:right w:w="50" w:type="dxa"/>
            </w:tcMar>
          </w:tcPr>
          <w:p w14:paraId="527068CB" w14:textId="77777777" w:rsidR="00292F36" w:rsidRDefault="00000000">
            <w:r>
              <w:rPr>
                <w:sz w:val="14"/>
              </w:rPr>
              <w:t>-0.009</w:t>
            </w:r>
          </w:p>
        </w:tc>
        <w:tc>
          <w:tcPr>
            <w:tcW w:w="1008" w:type="dxa"/>
            <w:tcMar>
              <w:top w:w="20" w:type="dxa"/>
              <w:left w:w="50" w:type="dxa"/>
              <w:bottom w:w="20" w:type="dxa"/>
              <w:right w:w="50" w:type="dxa"/>
            </w:tcMar>
          </w:tcPr>
          <w:p w14:paraId="3D710A4A" w14:textId="77777777" w:rsidR="00292F36" w:rsidRDefault="00000000">
            <w:r>
              <w:rPr>
                <w:sz w:val="14"/>
              </w:rPr>
              <w:t>-0.04</w:t>
            </w:r>
          </w:p>
        </w:tc>
        <w:tc>
          <w:tcPr>
            <w:tcW w:w="1008" w:type="dxa"/>
            <w:tcMar>
              <w:top w:w="20" w:type="dxa"/>
              <w:left w:w="50" w:type="dxa"/>
              <w:bottom w:w="20" w:type="dxa"/>
              <w:right w:w="50" w:type="dxa"/>
            </w:tcMar>
          </w:tcPr>
          <w:p w14:paraId="34A48ADB" w14:textId="77777777" w:rsidR="00292F36" w:rsidRDefault="00000000">
            <w:r>
              <w:rPr>
                <w:sz w:val="14"/>
              </w:rPr>
              <w:t>20.054</w:t>
            </w:r>
          </w:p>
        </w:tc>
      </w:tr>
      <w:tr w:rsidR="00292F36" w14:paraId="6F5E6964" w14:textId="77777777">
        <w:tc>
          <w:tcPr>
            <w:tcW w:w="1008" w:type="dxa"/>
            <w:tcMar>
              <w:top w:w="20" w:type="dxa"/>
              <w:left w:w="50" w:type="dxa"/>
              <w:bottom w:w="20" w:type="dxa"/>
              <w:right w:w="50" w:type="dxa"/>
            </w:tcMar>
          </w:tcPr>
          <w:p w14:paraId="0583E69D" w14:textId="77777777" w:rsidR="00292F36" w:rsidRPr="00E31FAA" w:rsidRDefault="00000000">
            <w:pPr>
              <w:rPr>
                <w:i/>
                <w:iCs/>
              </w:rPr>
            </w:pPr>
            <w:r w:rsidRPr="00E31FAA">
              <w:rPr>
                <w:i/>
                <w:iCs/>
                <w:sz w:val="14"/>
              </w:rPr>
              <w:t>Halichoeres_semicinctus</w:t>
            </w:r>
          </w:p>
        </w:tc>
        <w:tc>
          <w:tcPr>
            <w:tcW w:w="1008" w:type="dxa"/>
            <w:tcMar>
              <w:top w:w="20" w:type="dxa"/>
              <w:left w:w="50" w:type="dxa"/>
              <w:bottom w:w="20" w:type="dxa"/>
              <w:right w:w="50" w:type="dxa"/>
            </w:tcMar>
          </w:tcPr>
          <w:p w14:paraId="3032BBED" w14:textId="77777777" w:rsidR="00292F36" w:rsidRDefault="00000000">
            <w:r>
              <w:rPr>
                <w:sz w:val="14"/>
              </w:rPr>
              <w:t>Microinvertivore</w:t>
            </w:r>
          </w:p>
        </w:tc>
        <w:tc>
          <w:tcPr>
            <w:tcW w:w="1008" w:type="dxa"/>
            <w:tcMar>
              <w:top w:w="20" w:type="dxa"/>
              <w:left w:w="50" w:type="dxa"/>
              <w:bottom w:w="20" w:type="dxa"/>
              <w:right w:w="50" w:type="dxa"/>
            </w:tcMar>
          </w:tcPr>
          <w:p w14:paraId="256030FE" w14:textId="77777777" w:rsidR="00292F36" w:rsidRDefault="00000000">
            <w:r>
              <w:rPr>
                <w:sz w:val="14"/>
              </w:rPr>
              <w:t>801</w:t>
            </w:r>
          </w:p>
        </w:tc>
        <w:tc>
          <w:tcPr>
            <w:tcW w:w="1008" w:type="dxa"/>
            <w:tcMar>
              <w:top w:w="20" w:type="dxa"/>
              <w:left w:w="50" w:type="dxa"/>
              <w:bottom w:w="20" w:type="dxa"/>
              <w:right w:w="50" w:type="dxa"/>
            </w:tcMar>
          </w:tcPr>
          <w:p w14:paraId="76443518" w14:textId="77777777" w:rsidR="00292F36" w:rsidRDefault="00000000">
            <w:r>
              <w:rPr>
                <w:sz w:val="14"/>
              </w:rPr>
              <w:t>213098.325</w:t>
            </w:r>
          </w:p>
        </w:tc>
        <w:tc>
          <w:tcPr>
            <w:tcW w:w="1008" w:type="dxa"/>
            <w:tcMar>
              <w:top w:w="20" w:type="dxa"/>
              <w:left w:w="50" w:type="dxa"/>
              <w:bottom w:w="20" w:type="dxa"/>
              <w:right w:w="50" w:type="dxa"/>
            </w:tcMar>
          </w:tcPr>
          <w:p w14:paraId="31B5DC18" w14:textId="77777777" w:rsidR="00292F36" w:rsidRDefault="00000000">
            <w:r>
              <w:rPr>
                <w:sz w:val="14"/>
              </w:rPr>
              <w:t>32.3</w:t>
            </w:r>
          </w:p>
        </w:tc>
        <w:tc>
          <w:tcPr>
            <w:tcW w:w="1008" w:type="dxa"/>
            <w:tcMar>
              <w:top w:w="20" w:type="dxa"/>
              <w:left w:w="50" w:type="dxa"/>
              <w:bottom w:w="20" w:type="dxa"/>
              <w:right w:w="50" w:type="dxa"/>
            </w:tcMar>
          </w:tcPr>
          <w:p w14:paraId="28C960A8" w14:textId="77777777" w:rsidR="00292F36" w:rsidRDefault="00000000">
            <w:r>
              <w:rPr>
                <w:sz w:val="14"/>
              </w:rPr>
              <w:t>0.591</w:t>
            </w:r>
          </w:p>
        </w:tc>
        <w:tc>
          <w:tcPr>
            <w:tcW w:w="1008" w:type="dxa"/>
            <w:tcMar>
              <w:top w:w="20" w:type="dxa"/>
              <w:left w:w="50" w:type="dxa"/>
              <w:bottom w:w="20" w:type="dxa"/>
              <w:right w:w="50" w:type="dxa"/>
            </w:tcMar>
          </w:tcPr>
          <w:p w14:paraId="508DE200" w14:textId="77777777" w:rsidR="00292F36" w:rsidRDefault="00000000">
            <w:r>
              <w:rPr>
                <w:sz w:val="14"/>
              </w:rPr>
              <w:t>0.195</w:t>
            </w:r>
          </w:p>
        </w:tc>
        <w:tc>
          <w:tcPr>
            <w:tcW w:w="1008" w:type="dxa"/>
            <w:tcMar>
              <w:top w:w="20" w:type="dxa"/>
              <w:left w:w="50" w:type="dxa"/>
              <w:bottom w:w="20" w:type="dxa"/>
              <w:right w:w="50" w:type="dxa"/>
            </w:tcMar>
          </w:tcPr>
          <w:p w14:paraId="6E23F316" w14:textId="77777777" w:rsidR="00292F36" w:rsidRDefault="00000000">
            <w:r>
              <w:rPr>
                <w:sz w:val="14"/>
              </w:rPr>
              <w:t>12.9</w:t>
            </w:r>
          </w:p>
        </w:tc>
        <w:tc>
          <w:tcPr>
            <w:tcW w:w="1008" w:type="dxa"/>
            <w:tcMar>
              <w:top w:w="20" w:type="dxa"/>
              <w:left w:w="50" w:type="dxa"/>
              <w:bottom w:w="20" w:type="dxa"/>
              <w:right w:w="50" w:type="dxa"/>
            </w:tcMar>
          </w:tcPr>
          <w:p w14:paraId="74319211" w14:textId="77777777" w:rsidR="00292F36" w:rsidRDefault="00000000">
            <w:r>
              <w:rPr>
                <w:sz w:val="14"/>
              </w:rPr>
              <w:t>56</w:t>
            </w:r>
          </w:p>
        </w:tc>
        <w:tc>
          <w:tcPr>
            <w:tcW w:w="1008" w:type="dxa"/>
            <w:tcMar>
              <w:top w:w="20" w:type="dxa"/>
              <w:left w:w="50" w:type="dxa"/>
              <w:bottom w:w="20" w:type="dxa"/>
              <w:right w:w="50" w:type="dxa"/>
            </w:tcMar>
          </w:tcPr>
          <w:p w14:paraId="2CBD98C7" w14:textId="77777777" w:rsidR="00292F36" w:rsidRDefault="00000000">
            <w:r>
              <w:rPr>
                <w:sz w:val="14"/>
              </w:rPr>
              <w:t>0.922</w:t>
            </w:r>
          </w:p>
        </w:tc>
        <w:tc>
          <w:tcPr>
            <w:tcW w:w="1008" w:type="dxa"/>
            <w:tcMar>
              <w:top w:w="20" w:type="dxa"/>
              <w:left w:w="50" w:type="dxa"/>
              <w:bottom w:w="20" w:type="dxa"/>
              <w:right w:w="50" w:type="dxa"/>
            </w:tcMar>
          </w:tcPr>
          <w:p w14:paraId="009AD4DA" w14:textId="77777777" w:rsidR="00292F36" w:rsidRDefault="00000000">
            <w:r>
              <w:rPr>
                <w:sz w:val="14"/>
              </w:rPr>
              <w:t>9.913</w:t>
            </w:r>
          </w:p>
        </w:tc>
        <w:tc>
          <w:tcPr>
            <w:tcW w:w="1008" w:type="dxa"/>
            <w:tcMar>
              <w:top w:w="20" w:type="dxa"/>
              <w:left w:w="50" w:type="dxa"/>
              <w:bottom w:w="20" w:type="dxa"/>
              <w:right w:w="50" w:type="dxa"/>
            </w:tcMar>
          </w:tcPr>
          <w:p w14:paraId="4EE45868" w14:textId="77777777" w:rsidR="00292F36" w:rsidRDefault="00000000">
            <w:r>
              <w:rPr>
                <w:sz w:val="14"/>
              </w:rPr>
              <w:t>0.006</w:t>
            </w:r>
          </w:p>
        </w:tc>
        <w:tc>
          <w:tcPr>
            <w:tcW w:w="1008" w:type="dxa"/>
            <w:tcMar>
              <w:top w:w="20" w:type="dxa"/>
              <w:left w:w="50" w:type="dxa"/>
              <w:bottom w:w="20" w:type="dxa"/>
              <w:right w:w="50" w:type="dxa"/>
            </w:tcMar>
          </w:tcPr>
          <w:p w14:paraId="292063E0" w14:textId="77777777" w:rsidR="00292F36" w:rsidRDefault="00000000">
            <w:r>
              <w:rPr>
                <w:sz w:val="14"/>
              </w:rPr>
              <w:t>0.008</w:t>
            </w:r>
          </w:p>
        </w:tc>
        <w:tc>
          <w:tcPr>
            <w:tcW w:w="1008" w:type="dxa"/>
            <w:tcMar>
              <w:top w:w="20" w:type="dxa"/>
              <w:left w:w="50" w:type="dxa"/>
              <w:bottom w:w="20" w:type="dxa"/>
              <w:right w:w="50" w:type="dxa"/>
            </w:tcMar>
          </w:tcPr>
          <w:p w14:paraId="5AA4625D" w14:textId="77777777" w:rsidR="00292F36" w:rsidRDefault="00000000">
            <w:r>
              <w:rPr>
                <w:sz w:val="14"/>
              </w:rPr>
              <w:t>20.109</w:t>
            </w:r>
          </w:p>
        </w:tc>
      </w:tr>
      <w:tr w:rsidR="00292F36" w14:paraId="62C32722" w14:textId="77777777">
        <w:tc>
          <w:tcPr>
            <w:tcW w:w="1008" w:type="dxa"/>
            <w:tcMar>
              <w:top w:w="20" w:type="dxa"/>
              <w:left w:w="50" w:type="dxa"/>
              <w:bottom w:w="20" w:type="dxa"/>
              <w:right w:w="50" w:type="dxa"/>
            </w:tcMar>
          </w:tcPr>
          <w:p w14:paraId="13FE18D7" w14:textId="77777777" w:rsidR="00292F36" w:rsidRPr="00E31FAA" w:rsidRDefault="00000000">
            <w:pPr>
              <w:rPr>
                <w:i/>
                <w:iCs/>
              </w:rPr>
            </w:pPr>
            <w:r w:rsidRPr="00E31FAA">
              <w:rPr>
                <w:i/>
                <w:iCs/>
                <w:sz w:val="14"/>
              </w:rPr>
              <w:t>Embiotoca_jacksoni</w:t>
            </w:r>
          </w:p>
        </w:tc>
        <w:tc>
          <w:tcPr>
            <w:tcW w:w="1008" w:type="dxa"/>
            <w:tcMar>
              <w:top w:w="20" w:type="dxa"/>
              <w:left w:w="50" w:type="dxa"/>
              <w:bottom w:w="20" w:type="dxa"/>
              <w:right w:w="50" w:type="dxa"/>
            </w:tcMar>
          </w:tcPr>
          <w:p w14:paraId="160BBF28" w14:textId="77777777" w:rsidR="00292F36" w:rsidRDefault="00000000">
            <w:r>
              <w:rPr>
                <w:sz w:val="14"/>
              </w:rPr>
              <w:t>Microinvertivore</w:t>
            </w:r>
          </w:p>
        </w:tc>
        <w:tc>
          <w:tcPr>
            <w:tcW w:w="1008" w:type="dxa"/>
            <w:tcMar>
              <w:top w:w="20" w:type="dxa"/>
              <w:left w:w="50" w:type="dxa"/>
              <w:bottom w:w="20" w:type="dxa"/>
              <w:right w:w="50" w:type="dxa"/>
            </w:tcMar>
          </w:tcPr>
          <w:p w14:paraId="5BB12D35" w14:textId="77777777" w:rsidR="00292F36" w:rsidRDefault="00000000">
            <w:r>
              <w:rPr>
                <w:sz w:val="14"/>
              </w:rPr>
              <w:t>250</w:t>
            </w:r>
          </w:p>
        </w:tc>
        <w:tc>
          <w:tcPr>
            <w:tcW w:w="1008" w:type="dxa"/>
            <w:tcMar>
              <w:top w:w="20" w:type="dxa"/>
              <w:left w:w="50" w:type="dxa"/>
              <w:bottom w:w="20" w:type="dxa"/>
              <w:right w:w="50" w:type="dxa"/>
            </w:tcMar>
          </w:tcPr>
          <w:p w14:paraId="372035A1" w14:textId="77777777" w:rsidR="00292F36" w:rsidRDefault="00000000">
            <w:r>
              <w:rPr>
                <w:sz w:val="14"/>
              </w:rPr>
              <w:t>141965.566</w:t>
            </w:r>
          </w:p>
        </w:tc>
        <w:tc>
          <w:tcPr>
            <w:tcW w:w="1008" w:type="dxa"/>
            <w:tcMar>
              <w:top w:w="20" w:type="dxa"/>
              <w:left w:w="50" w:type="dxa"/>
              <w:bottom w:w="20" w:type="dxa"/>
              <w:right w:w="50" w:type="dxa"/>
            </w:tcMar>
          </w:tcPr>
          <w:p w14:paraId="69B62020" w14:textId="77777777" w:rsidR="00292F36" w:rsidRDefault="00000000">
            <w:r>
              <w:rPr>
                <w:sz w:val="14"/>
              </w:rPr>
              <w:t>95.6</w:t>
            </w:r>
          </w:p>
        </w:tc>
        <w:tc>
          <w:tcPr>
            <w:tcW w:w="1008" w:type="dxa"/>
            <w:tcMar>
              <w:top w:w="20" w:type="dxa"/>
              <w:left w:w="50" w:type="dxa"/>
              <w:bottom w:w="20" w:type="dxa"/>
              <w:right w:w="50" w:type="dxa"/>
            </w:tcMar>
          </w:tcPr>
          <w:p w14:paraId="0AFB6623" w14:textId="77777777" w:rsidR="00292F36" w:rsidRDefault="00000000">
            <w:r>
              <w:rPr>
                <w:sz w:val="14"/>
              </w:rPr>
              <w:t>1.15</w:t>
            </w:r>
          </w:p>
        </w:tc>
        <w:tc>
          <w:tcPr>
            <w:tcW w:w="1008" w:type="dxa"/>
            <w:tcMar>
              <w:top w:w="20" w:type="dxa"/>
              <w:left w:w="50" w:type="dxa"/>
              <w:bottom w:w="20" w:type="dxa"/>
              <w:right w:w="50" w:type="dxa"/>
            </w:tcMar>
          </w:tcPr>
          <w:p w14:paraId="6989FF84" w14:textId="77777777" w:rsidR="00292F36" w:rsidRDefault="00000000">
            <w:r>
              <w:rPr>
                <w:sz w:val="14"/>
              </w:rPr>
              <w:t>0.264</w:t>
            </w:r>
          </w:p>
        </w:tc>
        <w:tc>
          <w:tcPr>
            <w:tcW w:w="1008" w:type="dxa"/>
            <w:tcMar>
              <w:top w:w="20" w:type="dxa"/>
              <w:left w:w="50" w:type="dxa"/>
              <w:bottom w:w="20" w:type="dxa"/>
              <w:right w:w="50" w:type="dxa"/>
            </w:tcMar>
          </w:tcPr>
          <w:p w14:paraId="6E1C4AA2" w14:textId="77777777" w:rsidR="00292F36" w:rsidRDefault="00000000">
            <w:r>
              <w:rPr>
                <w:sz w:val="14"/>
              </w:rPr>
              <w:t>25.8</w:t>
            </w:r>
          </w:p>
        </w:tc>
        <w:tc>
          <w:tcPr>
            <w:tcW w:w="1008" w:type="dxa"/>
            <w:tcMar>
              <w:top w:w="20" w:type="dxa"/>
              <w:left w:w="50" w:type="dxa"/>
              <w:bottom w:w="20" w:type="dxa"/>
              <w:right w:w="50" w:type="dxa"/>
            </w:tcMar>
          </w:tcPr>
          <w:p w14:paraId="4E682754" w14:textId="77777777" w:rsidR="00292F36" w:rsidRDefault="00000000">
            <w:r>
              <w:rPr>
                <w:sz w:val="14"/>
              </w:rPr>
              <w:t>6.99</w:t>
            </w:r>
          </w:p>
        </w:tc>
        <w:tc>
          <w:tcPr>
            <w:tcW w:w="1008" w:type="dxa"/>
            <w:tcMar>
              <w:top w:w="20" w:type="dxa"/>
              <w:left w:w="50" w:type="dxa"/>
              <w:bottom w:w="20" w:type="dxa"/>
              <w:right w:w="50" w:type="dxa"/>
            </w:tcMar>
          </w:tcPr>
          <w:p w14:paraId="0CB9B2BC" w14:textId="77777777" w:rsidR="00292F36" w:rsidRDefault="00000000">
            <w:r>
              <w:rPr>
                <w:sz w:val="14"/>
              </w:rPr>
              <w:t>0.694</w:t>
            </w:r>
          </w:p>
        </w:tc>
        <w:tc>
          <w:tcPr>
            <w:tcW w:w="1008" w:type="dxa"/>
            <w:tcMar>
              <w:top w:w="20" w:type="dxa"/>
              <w:left w:w="50" w:type="dxa"/>
              <w:bottom w:w="20" w:type="dxa"/>
              <w:right w:w="50" w:type="dxa"/>
            </w:tcMar>
          </w:tcPr>
          <w:p w14:paraId="4B0A9B61" w14:textId="77777777" w:rsidR="00292F36" w:rsidRDefault="00000000">
            <w:r>
              <w:rPr>
                <w:sz w:val="14"/>
              </w:rPr>
              <w:t>8.309</w:t>
            </w:r>
          </w:p>
        </w:tc>
        <w:tc>
          <w:tcPr>
            <w:tcW w:w="1008" w:type="dxa"/>
            <w:tcMar>
              <w:top w:w="20" w:type="dxa"/>
              <w:left w:w="50" w:type="dxa"/>
              <w:bottom w:w="20" w:type="dxa"/>
              <w:right w:w="50" w:type="dxa"/>
            </w:tcMar>
          </w:tcPr>
          <w:p w14:paraId="70F7C435" w14:textId="77777777" w:rsidR="00292F36" w:rsidRDefault="00000000">
            <w:r>
              <w:rPr>
                <w:sz w:val="14"/>
              </w:rPr>
              <w:t>-0.047</w:t>
            </w:r>
          </w:p>
        </w:tc>
        <w:tc>
          <w:tcPr>
            <w:tcW w:w="1008" w:type="dxa"/>
            <w:tcMar>
              <w:top w:w="20" w:type="dxa"/>
              <w:left w:w="50" w:type="dxa"/>
              <w:bottom w:w="20" w:type="dxa"/>
              <w:right w:w="50" w:type="dxa"/>
            </w:tcMar>
          </w:tcPr>
          <w:p w14:paraId="6C2F1BA3" w14:textId="77777777" w:rsidR="00292F36" w:rsidRDefault="00000000">
            <w:r>
              <w:rPr>
                <w:sz w:val="14"/>
              </w:rPr>
              <w:t>0.009</w:t>
            </w:r>
          </w:p>
        </w:tc>
        <w:tc>
          <w:tcPr>
            <w:tcW w:w="1008" w:type="dxa"/>
            <w:tcMar>
              <w:top w:w="20" w:type="dxa"/>
              <w:left w:w="50" w:type="dxa"/>
              <w:bottom w:w="20" w:type="dxa"/>
              <w:right w:w="50" w:type="dxa"/>
            </w:tcMar>
          </w:tcPr>
          <w:p w14:paraId="66443C1E" w14:textId="77777777" w:rsidR="00292F36" w:rsidRDefault="00000000">
            <w:r>
              <w:rPr>
                <w:sz w:val="14"/>
              </w:rPr>
              <w:t>19.676</w:t>
            </w:r>
          </w:p>
        </w:tc>
      </w:tr>
      <w:tr w:rsidR="00292F36" w14:paraId="0EC69D67" w14:textId="77777777">
        <w:tc>
          <w:tcPr>
            <w:tcW w:w="1008" w:type="dxa"/>
            <w:tcMar>
              <w:top w:w="20" w:type="dxa"/>
              <w:left w:w="50" w:type="dxa"/>
              <w:bottom w:w="20" w:type="dxa"/>
              <w:right w:w="50" w:type="dxa"/>
            </w:tcMar>
          </w:tcPr>
          <w:p w14:paraId="73C13431" w14:textId="77777777" w:rsidR="00292F36" w:rsidRPr="00E31FAA" w:rsidRDefault="00000000">
            <w:pPr>
              <w:rPr>
                <w:i/>
                <w:iCs/>
              </w:rPr>
            </w:pPr>
            <w:r w:rsidRPr="00E31FAA">
              <w:rPr>
                <w:i/>
                <w:iCs/>
                <w:sz w:val="14"/>
              </w:rPr>
              <w:t>Anisotremus_davidsonii</w:t>
            </w:r>
          </w:p>
        </w:tc>
        <w:tc>
          <w:tcPr>
            <w:tcW w:w="1008" w:type="dxa"/>
            <w:tcMar>
              <w:top w:w="20" w:type="dxa"/>
              <w:left w:w="50" w:type="dxa"/>
              <w:bottom w:w="20" w:type="dxa"/>
              <w:right w:w="50" w:type="dxa"/>
            </w:tcMar>
          </w:tcPr>
          <w:p w14:paraId="55FC2AC5" w14:textId="77777777" w:rsidR="00292F36" w:rsidRDefault="00000000">
            <w:r>
              <w:rPr>
                <w:sz w:val="14"/>
              </w:rPr>
              <w:t>Macroinvertivore</w:t>
            </w:r>
          </w:p>
        </w:tc>
        <w:tc>
          <w:tcPr>
            <w:tcW w:w="1008" w:type="dxa"/>
            <w:tcMar>
              <w:top w:w="20" w:type="dxa"/>
              <w:left w:w="50" w:type="dxa"/>
              <w:bottom w:w="20" w:type="dxa"/>
              <w:right w:w="50" w:type="dxa"/>
            </w:tcMar>
          </w:tcPr>
          <w:p w14:paraId="4601A1DB" w14:textId="77777777" w:rsidR="00292F36" w:rsidRDefault="00000000">
            <w:r>
              <w:rPr>
                <w:sz w:val="14"/>
              </w:rPr>
              <w:t>66</w:t>
            </w:r>
          </w:p>
        </w:tc>
        <w:tc>
          <w:tcPr>
            <w:tcW w:w="1008" w:type="dxa"/>
            <w:tcMar>
              <w:top w:w="20" w:type="dxa"/>
              <w:left w:w="50" w:type="dxa"/>
              <w:bottom w:w="20" w:type="dxa"/>
              <w:right w:w="50" w:type="dxa"/>
            </w:tcMar>
          </w:tcPr>
          <w:p w14:paraId="47AB23AD" w14:textId="77777777" w:rsidR="00292F36" w:rsidRDefault="00000000">
            <w:r>
              <w:rPr>
                <w:sz w:val="14"/>
              </w:rPr>
              <w:t>121681.651</w:t>
            </w:r>
          </w:p>
        </w:tc>
        <w:tc>
          <w:tcPr>
            <w:tcW w:w="1008" w:type="dxa"/>
            <w:tcMar>
              <w:top w:w="20" w:type="dxa"/>
              <w:left w:w="50" w:type="dxa"/>
              <w:bottom w:w="20" w:type="dxa"/>
              <w:right w:w="50" w:type="dxa"/>
            </w:tcMar>
          </w:tcPr>
          <w:p w14:paraId="0B848AE1" w14:textId="77777777" w:rsidR="00292F36" w:rsidRDefault="00000000">
            <w:r>
              <w:rPr>
                <w:sz w:val="14"/>
              </w:rPr>
              <w:t>66.6</w:t>
            </w:r>
          </w:p>
        </w:tc>
        <w:tc>
          <w:tcPr>
            <w:tcW w:w="1008" w:type="dxa"/>
            <w:tcMar>
              <w:top w:w="20" w:type="dxa"/>
              <w:left w:w="50" w:type="dxa"/>
              <w:bottom w:w="20" w:type="dxa"/>
              <w:right w:w="50" w:type="dxa"/>
            </w:tcMar>
          </w:tcPr>
          <w:p w14:paraId="76D083D8" w14:textId="77777777" w:rsidR="00292F36" w:rsidRDefault="00000000">
            <w:r>
              <w:rPr>
                <w:sz w:val="14"/>
              </w:rPr>
              <w:t>0.994</w:t>
            </w:r>
          </w:p>
        </w:tc>
        <w:tc>
          <w:tcPr>
            <w:tcW w:w="1008" w:type="dxa"/>
            <w:tcMar>
              <w:top w:w="20" w:type="dxa"/>
              <w:left w:w="50" w:type="dxa"/>
              <w:bottom w:w="20" w:type="dxa"/>
              <w:right w:w="50" w:type="dxa"/>
            </w:tcMar>
          </w:tcPr>
          <w:p w14:paraId="385EF8D2" w14:textId="77777777" w:rsidR="00292F36" w:rsidRDefault="00000000">
            <w:r>
              <w:rPr>
                <w:sz w:val="14"/>
              </w:rPr>
              <w:t>0.238</w:t>
            </w:r>
          </w:p>
        </w:tc>
        <w:tc>
          <w:tcPr>
            <w:tcW w:w="1008" w:type="dxa"/>
            <w:tcMar>
              <w:top w:w="20" w:type="dxa"/>
              <w:left w:w="50" w:type="dxa"/>
              <w:bottom w:w="20" w:type="dxa"/>
              <w:right w:w="50" w:type="dxa"/>
            </w:tcMar>
          </w:tcPr>
          <w:p w14:paraId="2E7C53CD" w14:textId="77777777" w:rsidR="00292F36" w:rsidRDefault="00000000">
            <w:r>
              <w:rPr>
                <w:sz w:val="14"/>
              </w:rPr>
              <w:t>26.6</w:t>
            </w:r>
          </w:p>
        </w:tc>
        <w:tc>
          <w:tcPr>
            <w:tcW w:w="1008" w:type="dxa"/>
            <w:tcMar>
              <w:top w:w="20" w:type="dxa"/>
              <w:left w:w="50" w:type="dxa"/>
              <w:bottom w:w="20" w:type="dxa"/>
              <w:right w:w="50" w:type="dxa"/>
            </w:tcMar>
          </w:tcPr>
          <w:p w14:paraId="72A7AC32" w14:textId="77777777" w:rsidR="00292F36" w:rsidRDefault="00000000">
            <w:r>
              <w:rPr>
                <w:sz w:val="14"/>
              </w:rPr>
              <w:t>6.35</w:t>
            </w:r>
          </w:p>
        </w:tc>
        <w:tc>
          <w:tcPr>
            <w:tcW w:w="1008" w:type="dxa"/>
            <w:tcMar>
              <w:top w:w="20" w:type="dxa"/>
              <w:left w:w="50" w:type="dxa"/>
              <w:bottom w:w="20" w:type="dxa"/>
              <w:right w:w="50" w:type="dxa"/>
            </w:tcMar>
          </w:tcPr>
          <w:p w14:paraId="2585FA5E" w14:textId="77777777" w:rsidR="00292F36" w:rsidRDefault="00000000">
            <w:r>
              <w:rPr>
                <w:sz w:val="14"/>
              </w:rPr>
              <w:t>0.595</w:t>
            </w:r>
          </w:p>
        </w:tc>
        <w:tc>
          <w:tcPr>
            <w:tcW w:w="1008" w:type="dxa"/>
            <w:tcMar>
              <w:top w:w="20" w:type="dxa"/>
              <w:left w:w="50" w:type="dxa"/>
              <w:bottom w:w="20" w:type="dxa"/>
              <w:right w:w="50" w:type="dxa"/>
            </w:tcMar>
          </w:tcPr>
          <w:p w14:paraId="1FE2B9E6" w14:textId="77777777" w:rsidR="00292F36" w:rsidRDefault="00000000">
            <w:r>
              <w:rPr>
                <w:sz w:val="14"/>
              </w:rPr>
              <w:t>10.745</w:t>
            </w:r>
          </w:p>
        </w:tc>
        <w:tc>
          <w:tcPr>
            <w:tcW w:w="1008" w:type="dxa"/>
            <w:tcMar>
              <w:top w:w="20" w:type="dxa"/>
              <w:left w:w="50" w:type="dxa"/>
              <w:bottom w:w="20" w:type="dxa"/>
              <w:right w:w="50" w:type="dxa"/>
            </w:tcMar>
          </w:tcPr>
          <w:p w14:paraId="5802668C" w14:textId="77777777" w:rsidR="00292F36" w:rsidRDefault="00000000">
            <w:r>
              <w:rPr>
                <w:sz w:val="14"/>
              </w:rPr>
              <w:t>0.12</w:t>
            </w:r>
          </w:p>
        </w:tc>
        <w:tc>
          <w:tcPr>
            <w:tcW w:w="1008" w:type="dxa"/>
            <w:tcMar>
              <w:top w:w="20" w:type="dxa"/>
              <w:left w:w="50" w:type="dxa"/>
              <w:bottom w:w="20" w:type="dxa"/>
              <w:right w:w="50" w:type="dxa"/>
            </w:tcMar>
          </w:tcPr>
          <w:p w14:paraId="6F24F953" w14:textId="77777777" w:rsidR="00292F36" w:rsidRDefault="00000000">
            <w:r>
              <w:rPr>
                <w:sz w:val="14"/>
              </w:rPr>
              <w:t>-0.143</w:t>
            </w:r>
          </w:p>
        </w:tc>
        <w:tc>
          <w:tcPr>
            <w:tcW w:w="1008" w:type="dxa"/>
            <w:tcMar>
              <w:top w:w="20" w:type="dxa"/>
              <w:left w:w="50" w:type="dxa"/>
              <w:bottom w:w="20" w:type="dxa"/>
              <w:right w:w="50" w:type="dxa"/>
            </w:tcMar>
          </w:tcPr>
          <w:p w14:paraId="787DD7A4" w14:textId="77777777" w:rsidR="00292F36" w:rsidRDefault="00000000">
            <w:r>
              <w:rPr>
                <w:sz w:val="14"/>
              </w:rPr>
              <w:t>20.363</w:t>
            </w:r>
          </w:p>
        </w:tc>
      </w:tr>
      <w:tr w:rsidR="00292F36" w14:paraId="292E10E0" w14:textId="77777777">
        <w:tc>
          <w:tcPr>
            <w:tcW w:w="1008" w:type="dxa"/>
            <w:tcMar>
              <w:top w:w="20" w:type="dxa"/>
              <w:left w:w="50" w:type="dxa"/>
              <w:bottom w:w="20" w:type="dxa"/>
              <w:right w:w="50" w:type="dxa"/>
            </w:tcMar>
          </w:tcPr>
          <w:p w14:paraId="74911E67" w14:textId="77777777" w:rsidR="00292F36" w:rsidRPr="00E31FAA" w:rsidRDefault="00000000">
            <w:pPr>
              <w:rPr>
                <w:i/>
                <w:iCs/>
              </w:rPr>
            </w:pPr>
            <w:r w:rsidRPr="00E31FAA">
              <w:rPr>
                <w:i/>
                <w:iCs/>
                <w:sz w:val="14"/>
              </w:rPr>
              <w:t>Paralabrax_nebulifer</w:t>
            </w:r>
          </w:p>
        </w:tc>
        <w:tc>
          <w:tcPr>
            <w:tcW w:w="1008" w:type="dxa"/>
            <w:tcMar>
              <w:top w:w="20" w:type="dxa"/>
              <w:left w:w="50" w:type="dxa"/>
              <w:bottom w:w="20" w:type="dxa"/>
              <w:right w:w="50" w:type="dxa"/>
            </w:tcMar>
          </w:tcPr>
          <w:p w14:paraId="7E485923" w14:textId="77777777" w:rsidR="00292F36" w:rsidRDefault="00000000">
            <w:r>
              <w:rPr>
                <w:sz w:val="14"/>
              </w:rPr>
              <w:t>Macroinvertivore</w:t>
            </w:r>
          </w:p>
        </w:tc>
        <w:tc>
          <w:tcPr>
            <w:tcW w:w="1008" w:type="dxa"/>
            <w:tcMar>
              <w:top w:w="20" w:type="dxa"/>
              <w:left w:w="50" w:type="dxa"/>
              <w:bottom w:w="20" w:type="dxa"/>
              <w:right w:w="50" w:type="dxa"/>
            </w:tcMar>
          </w:tcPr>
          <w:p w14:paraId="3890A05B" w14:textId="77777777" w:rsidR="00292F36" w:rsidRDefault="00000000">
            <w:r>
              <w:rPr>
                <w:sz w:val="14"/>
              </w:rPr>
              <w:t>126</w:t>
            </w:r>
          </w:p>
        </w:tc>
        <w:tc>
          <w:tcPr>
            <w:tcW w:w="1008" w:type="dxa"/>
            <w:tcMar>
              <w:top w:w="20" w:type="dxa"/>
              <w:left w:w="50" w:type="dxa"/>
              <w:bottom w:w="20" w:type="dxa"/>
              <w:right w:w="50" w:type="dxa"/>
            </w:tcMar>
          </w:tcPr>
          <w:p w14:paraId="1F649AA7" w14:textId="77777777" w:rsidR="00292F36" w:rsidRDefault="00000000">
            <w:r>
              <w:rPr>
                <w:sz w:val="14"/>
              </w:rPr>
              <w:t>95579.318</w:t>
            </w:r>
          </w:p>
        </w:tc>
        <w:tc>
          <w:tcPr>
            <w:tcW w:w="1008" w:type="dxa"/>
            <w:tcMar>
              <w:top w:w="20" w:type="dxa"/>
              <w:left w:w="50" w:type="dxa"/>
              <w:bottom w:w="20" w:type="dxa"/>
              <w:right w:w="50" w:type="dxa"/>
            </w:tcMar>
          </w:tcPr>
          <w:p w14:paraId="718DB91B" w14:textId="77777777" w:rsidR="00292F36" w:rsidRDefault="00000000">
            <w:r>
              <w:rPr>
                <w:sz w:val="14"/>
              </w:rPr>
              <w:t>16.9</w:t>
            </w:r>
          </w:p>
        </w:tc>
        <w:tc>
          <w:tcPr>
            <w:tcW w:w="1008" w:type="dxa"/>
            <w:tcMar>
              <w:top w:w="20" w:type="dxa"/>
              <w:left w:w="50" w:type="dxa"/>
              <w:bottom w:w="20" w:type="dxa"/>
              <w:right w:w="50" w:type="dxa"/>
            </w:tcMar>
          </w:tcPr>
          <w:p w14:paraId="650322BD" w14:textId="77777777" w:rsidR="00292F36" w:rsidRDefault="00000000">
            <w:r>
              <w:rPr>
                <w:sz w:val="14"/>
              </w:rPr>
              <w:t>0.475</w:t>
            </w:r>
          </w:p>
        </w:tc>
        <w:tc>
          <w:tcPr>
            <w:tcW w:w="1008" w:type="dxa"/>
            <w:tcMar>
              <w:top w:w="20" w:type="dxa"/>
              <w:left w:w="50" w:type="dxa"/>
              <w:bottom w:w="20" w:type="dxa"/>
              <w:right w:w="50" w:type="dxa"/>
            </w:tcMar>
          </w:tcPr>
          <w:p w14:paraId="44589616" w14:textId="77777777" w:rsidR="00292F36" w:rsidRDefault="00000000">
            <w:r>
              <w:rPr>
                <w:sz w:val="14"/>
              </w:rPr>
              <w:t>0.226</w:t>
            </w:r>
          </w:p>
        </w:tc>
        <w:tc>
          <w:tcPr>
            <w:tcW w:w="1008" w:type="dxa"/>
            <w:tcMar>
              <w:top w:w="20" w:type="dxa"/>
              <w:left w:w="50" w:type="dxa"/>
              <w:bottom w:w="20" w:type="dxa"/>
              <w:right w:w="50" w:type="dxa"/>
            </w:tcMar>
          </w:tcPr>
          <w:p w14:paraId="15829346" w14:textId="77777777" w:rsidR="00292F36" w:rsidRDefault="00000000">
            <w:r>
              <w:rPr>
                <w:sz w:val="14"/>
              </w:rPr>
              <w:t>22.5</w:t>
            </w:r>
          </w:p>
        </w:tc>
        <w:tc>
          <w:tcPr>
            <w:tcW w:w="1008" w:type="dxa"/>
            <w:tcMar>
              <w:top w:w="20" w:type="dxa"/>
              <w:left w:w="50" w:type="dxa"/>
              <w:bottom w:w="20" w:type="dxa"/>
              <w:right w:w="50" w:type="dxa"/>
            </w:tcMar>
          </w:tcPr>
          <w:p w14:paraId="4D58B0A2" w14:textId="77777777" w:rsidR="00292F36" w:rsidRDefault="00000000">
            <w:r>
              <w:rPr>
                <w:sz w:val="14"/>
              </w:rPr>
              <w:t>43</w:t>
            </w:r>
          </w:p>
        </w:tc>
        <w:tc>
          <w:tcPr>
            <w:tcW w:w="1008" w:type="dxa"/>
            <w:tcMar>
              <w:top w:w="20" w:type="dxa"/>
              <w:left w:w="50" w:type="dxa"/>
              <w:bottom w:w="20" w:type="dxa"/>
              <w:right w:w="50" w:type="dxa"/>
            </w:tcMar>
          </w:tcPr>
          <w:p w14:paraId="5E7D0646" w14:textId="77777777" w:rsidR="00292F36" w:rsidRDefault="00000000">
            <w:r>
              <w:rPr>
                <w:sz w:val="14"/>
              </w:rPr>
              <w:t>0.675</w:t>
            </w:r>
          </w:p>
        </w:tc>
        <w:tc>
          <w:tcPr>
            <w:tcW w:w="1008" w:type="dxa"/>
            <w:tcMar>
              <w:top w:w="20" w:type="dxa"/>
              <w:left w:w="50" w:type="dxa"/>
              <w:bottom w:w="20" w:type="dxa"/>
              <w:right w:w="50" w:type="dxa"/>
            </w:tcMar>
          </w:tcPr>
          <w:p w14:paraId="7D6699F2" w14:textId="77777777" w:rsidR="00292F36" w:rsidRDefault="00000000">
            <w:r>
              <w:rPr>
                <w:sz w:val="14"/>
              </w:rPr>
              <w:t>10.577</w:t>
            </w:r>
          </w:p>
        </w:tc>
        <w:tc>
          <w:tcPr>
            <w:tcW w:w="1008" w:type="dxa"/>
            <w:tcMar>
              <w:top w:w="20" w:type="dxa"/>
              <w:left w:w="50" w:type="dxa"/>
              <w:bottom w:w="20" w:type="dxa"/>
              <w:right w:w="50" w:type="dxa"/>
            </w:tcMar>
          </w:tcPr>
          <w:p w14:paraId="642CD60B" w14:textId="77777777" w:rsidR="00292F36" w:rsidRDefault="00000000">
            <w:r>
              <w:rPr>
                <w:sz w:val="14"/>
              </w:rPr>
              <w:t>0.067</w:t>
            </w:r>
          </w:p>
        </w:tc>
        <w:tc>
          <w:tcPr>
            <w:tcW w:w="1008" w:type="dxa"/>
            <w:tcMar>
              <w:top w:w="20" w:type="dxa"/>
              <w:left w:w="50" w:type="dxa"/>
              <w:bottom w:w="20" w:type="dxa"/>
              <w:right w:w="50" w:type="dxa"/>
            </w:tcMar>
          </w:tcPr>
          <w:p w14:paraId="271C4AE0" w14:textId="77777777" w:rsidR="00292F36" w:rsidRDefault="00000000">
            <w:r>
              <w:rPr>
                <w:sz w:val="14"/>
              </w:rPr>
              <w:t>-0.124</w:t>
            </w:r>
          </w:p>
        </w:tc>
        <w:tc>
          <w:tcPr>
            <w:tcW w:w="1008" w:type="dxa"/>
            <w:tcMar>
              <w:top w:w="20" w:type="dxa"/>
              <w:left w:w="50" w:type="dxa"/>
              <w:bottom w:w="20" w:type="dxa"/>
              <w:right w:w="50" w:type="dxa"/>
            </w:tcMar>
          </w:tcPr>
          <w:p w14:paraId="037135EA" w14:textId="77777777" w:rsidR="00292F36" w:rsidRDefault="00000000">
            <w:r>
              <w:rPr>
                <w:sz w:val="14"/>
              </w:rPr>
              <w:t>17.598</w:t>
            </w:r>
          </w:p>
        </w:tc>
      </w:tr>
      <w:tr w:rsidR="00292F36" w14:paraId="439DB689" w14:textId="77777777">
        <w:tc>
          <w:tcPr>
            <w:tcW w:w="1008" w:type="dxa"/>
            <w:tcMar>
              <w:top w:w="20" w:type="dxa"/>
              <w:left w:w="50" w:type="dxa"/>
              <w:bottom w:w="20" w:type="dxa"/>
              <w:right w:w="50" w:type="dxa"/>
            </w:tcMar>
          </w:tcPr>
          <w:p w14:paraId="674A240F" w14:textId="77777777" w:rsidR="00292F36" w:rsidRPr="00E31FAA" w:rsidRDefault="00000000">
            <w:pPr>
              <w:rPr>
                <w:i/>
                <w:iCs/>
              </w:rPr>
            </w:pPr>
            <w:r w:rsidRPr="00E31FAA">
              <w:rPr>
                <w:i/>
                <w:iCs/>
                <w:sz w:val="14"/>
              </w:rPr>
              <w:t>Rhacochilus_vacca</w:t>
            </w:r>
          </w:p>
        </w:tc>
        <w:tc>
          <w:tcPr>
            <w:tcW w:w="1008" w:type="dxa"/>
            <w:tcMar>
              <w:top w:w="20" w:type="dxa"/>
              <w:left w:w="50" w:type="dxa"/>
              <w:bottom w:w="20" w:type="dxa"/>
              <w:right w:w="50" w:type="dxa"/>
            </w:tcMar>
          </w:tcPr>
          <w:p w14:paraId="2256469E" w14:textId="77777777" w:rsidR="00292F36" w:rsidRDefault="00000000">
            <w:r>
              <w:rPr>
                <w:sz w:val="14"/>
              </w:rPr>
              <w:t>Macroinvertivore</w:t>
            </w:r>
          </w:p>
        </w:tc>
        <w:tc>
          <w:tcPr>
            <w:tcW w:w="1008" w:type="dxa"/>
            <w:tcMar>
              <w:top w:w="20" w:type="dxa"/>
              <w:left w:w="50" w:type="dxa"/>
              <w:bottom w:w="20" w:type="dxa"/>
              <w:right w:w="50" w:type="dxa"/>
            </w:tcMar>
          </w:tcPr>
          <w:p w14:paraId="62DFD5D7" w14:textId="77777777" w:rsidR="00292F36" w:rsidRDefault="00000000">
            <w:r>
              <w:rPr>
                <w:sz w:val="14"/>
              </w:rPr>
              <w:t>49</w:t>
            </w:r>
          </w:p>
        </w:tc>
        <w:tc>
          <w:tcPr>
            <w:tcW w:w="1008" w:type="dxa"/>
            <w:tcMar>
              <w:top w:w="20" w:type="dxa"/>
              <w:left w:w="50" w:type="dxa"/>
              <w:bottom w:w="20" w:type="dxa"/>
              <w:right w:w="50" w:type="dxa"/>
            </w:tcMar>
          </w:tcPr>
          <w:p w14:paraId="401B8D05" w14:textId="77777777" w:rsidR="00292F36" w:rsidRDefault="00000000">
            <w:r>
              <w:rPr>
                <w:sz w:val="14"/>
              </w:rPr>
              <w:t>74559.947</w:t>
            </w:r>
          </w:p>
        </w:tc>
        <w:tc>
          <w:tcPr>
            <w:tcW w:w="1008" w:type="dxa"/>
            <w:tcMar>
              <w:top w:w="20" w:type="dxa"/>
              <w:left w:w="50" w:type="dxa"/>
              <w:bottom w:w="20" w:type="dxa"/>
              <w:right w:w="50" w:type="dxa"/>
            </w:tcMar>
          </w:tcPr>
          <w:p w14:paraId="7BFDD294" w14:textId="77777777" w:rsidR="00292F36" w:rsidRDefault="00000000">
            <w:r>
              <w:rPr>
                <w:sz w:val="14"/>
              </w:rPr>
              <w:t>79.1</w:t>
            </w:r>
          </w:p>
        </w:tc>
        <w:tc>
          <w:tcPr>
            <w:tcW w:w="1008" w:type="dxa"/>
            <w:tcMar>
              <w:top w:w="20" w:type="dxa"/>
              <w:left w:w="50" w:type="dxa"/>
              <w:bottom w:w="20" w:type="dxa"/>
              <w:right w:w="50" w:type="dxa"/>
            </w:tcMar>
          </w:tcPr>
          <w:p w14:paraId="538468D5" w14:textId="77777777" w:rsidR="00292F36" w:rsidRDefault="00000000">
            <w:r>
              <w:rPr>
                <w:sz w:val="14"/>
              </w:rPr>
              <w:t>1.02</w:t>
            </w:r>
          </w:p>
        </w:tc>
        <w:tc>
          <w:tcPr>
            <w:tcW w:w="1008" w:type="dxa"/>
            <w:tcMar>
              <w:top w:w="20" w:type="dxa"/>
              <w:left w:w="50" w:type="dxa"/>
              <w:bottom w:w="20" w:type="dxa"/>
              <w:right w:w="50" w:type="dxa"/>
            </w:tcMar>
          </w:tcPr>
          <w:p w14:paraId="19B690F8" w14:textId="77777777" w:rsidR="00292F36" w:rsidRDefault="00000000">
            <w:r>
              <w:rPr>
                <w:sz w:val="14"/>
              </w:rPr>
              <w:t>0.254</w:t>
            </w:r>
          </w:p>
        </w:tc>
        <w:tc>
          <w:tcPr>
            <w:tcW w:w="1008" w:type="dxa"/>
            <w:tcMar>
              <w:top w:w="20" w:type="dxa"/>
              <w:left w:w="50" w:type="dxa"/>
              <w:bottom w:w="20" w:type="dxa"/>
              <w:right w:w="50" w:type="dxa"/>
            </w:tcMar>
          </w:tcPr>
          <w:p w14:paraId="0BE4288E" w14:textId="77777777" w:rsidR="00292F36" w:rsidRDefault="00000000">
            <w:r>
              <w:rPr>
                <w:sz w:val="14"/>
              </w:rPr>
              <w:t>25</w:t>
            </w:r>
          </w:p>
        </w:tc>
        <w:tc>
          <w:tcPr>
            <w:tcW w:w="1008" w:type="dxa"/>
            <w:tcMar>
              <w:top w:w="20" w:type="dxa"/>
              <w:left w:w="50" w:type="dxa"/>
              <w:bottom w:w="20" w:type="dxa"/>
              <w:right w:w="50" w:type="dxa"/>
            </w:tcMar>
          </w:tcPr>
          <w:p w14:paraId="4AF47460" w14:textId="77777777" w:rsidR="00292F36" w:rsidRDefault="00000000">
            <w:r>
              <w:rPr>
                <w:sz w:val="14"/>
              </w:rPr>
              <w:t>8.16</w:t>
            </w:r>
          </w:p>
        </w:tc>
        <w:tc>
          <w:tcPr>
            <w:tcW w:w="1008" w:type="dxa"/>
            <w:tcMar>
              <w:top w:w="20" w:type="dxa"/>
              <w:left w:w="50" w:type="dxa"/>
              <w:bottom w:w="20" w:type="dxa"/>
              <w:right w:w="50" w:type="dxa"/>
            </w:tcMar>
          </w:tcPr>
          <w:p w14:paraId="1F2167D6" w14:textId="77777777" w:rsidR="00292F36" w:rsidRDefault="00000000">
            <w:r>
              <w:rPr>
                <w:sz w:val="14"/>
              </w:rPr>
              <w:t>0.674</w:t>
            </w:r>
          </w:p>
        </w:tc>
        <w:tc>
          <w:tcPr>
            <w:tcW w:w="1008" w:type="dxa"/>
            <w:tcMar>
              <w:top w:w="20" w:type="dxa"/>
              <w:left w:w="50" w:type="dxa"/>
              <w:bottom w:w="20" w:type="dxa"/>
              <w:right w:w="50" w:type="dxa"/>
            </w:tcMar>
          </w:tcPr>
          <w:p w14:paraId="5F9931DD" w14:textId="77777777" w:rsidR="00292F36" w:rsidRDefault="00000000">
            <w:r>
              <w:rPr>
                <w:sz w:val="14"/>
              </w:rPr>
              <w:t>8.478</w:t>
            </w:r>
          </w:p>
        </w:tc>
        <w:tc>
          <w:tcPr>
            <w:tcW w:w="1008" w:type="dxa"/>
            <w:tcMar>
              <w:top w:w="20" w:type="dxa"/>
              <w:left w:w="50" w:type="dxa"/>
              <w:bottom w:w="20" w:type="dxa"/>
              <w:right w:w="50" w:type="dxa"/>
            </w:tcMar>
          </w:tcPr>
          <w:p w14:paraId="131AE32C" w14:textId="77777777" w:rsidR="00292F36" w:rsidRDefault="00000000">
            <w:r>
              <w:rPr>
                <w:sz w:val="14"/>
              </w:rPr>
              <w:t>0.001</w:t>
            </w:r>
          </w:p>
        </w:tc>
        <w:tc>
          <w:tcPr>
            <w:tcW w:w="1008" w:type="dxa"/>
            <w:tcMar>
              <w:top w:w="20" w:type="dxa"/>
              <w:left w:w="50" w:type="dxa"/>
              <w:bottom w:w="20" w:type="dxa"/>
              <w:right w:w="50" w:type="dxa"/>
            </w:tcMar>
          </w:tcPr>
          <w:p w14:paraId="0989DA71" w14:textId="77777777" w:rsidR="00292F36" w:rsidRDefault="00000000">
            <w:r>
              <w:rPr>
                <w:sz w:val="14"/>
              </w:rPr>
              <w:t>0.107</w:t>
            </w:r>
          </w:p>
        </w:tc>
        <w:tc>
          <w:tcPr>
            <w:tcW w:w="1008" w:type="dxa"/>
            <w:tcMar>
              <w:top w:w="20" w:type="dxa"/>
              <w:left w:w="50" w:type="dxa"/>
              <w:bottom w:w="20" w:type="dxa"/>
              <w:right w:w="50" w:type="dxa"/>
            </w:tcMar>
          </w:tcPr>
          <w:p w14:paraId="088DD129" w14:textId="77777777" w:rsidR="00292F36" w:rsidRDefault="00000000">
            <w:r>
              <w:rPr>
                <w:sz w:val="14"/>
              </w:rPr>
              <w:t>17.414</w:t>
            </w:r>
          </w:p>
        </w:tc>
      </w:tr>
      <w:tr w:rsidR="00292F36" w14:paraId="0A741F4F" w14:textId="77777777">
        <w:tc>
          <w:tcPr>
            <w:tcW w:w="1008" w:type="dxa"/>
            <w:tcMar>
              <w:top w:w="20" w:type="dxa"/>
              <w:left w:w="50" w:type="dxa"/>
              <w:bottom w:w="20" w:type="dxa"/>
              <w:right w:w="50" w:type="dxa"/>
            </w:tcMar>
          </w:tcPr>
          <w:p w14:paraId="147078CB" w14:textId="77777777" w:rsidR="00292F36" w:rsidRPr="00E31FAA" w:rsidRDefault="00000000">
            <w:pPr>
              <w:rPr>
                <w:i/>
                <w:iCs/>
              </w:rPr>
            </w:pPr>
            <w:r w:rsidRPr="00E31FAA">
              <w:rPr>
                <w:i/>
                <w:iCs/>
                <w:sz w:val="14"/>
              </w:rPr>
              <w:t>Oxyjulis_californica</w:t>
            </w:r>
          </w:p>
        </w:tc>
        <w:tc>
          <w:tcPr>
            <w:tcW w:w="1008" w:type="dxa"/>
            <w:tcMar>
              <w:top w:w="20" w:type="dxa"/>
              <w:left w:w="50" w:type="dxa"/>
              <w:bottom w:w="20" w:type="dxa"/>
              <w:right w:w="50" w:type="dxa"/>
            </w:tcMar>
          </w:tcPr>
          <w:p w14:paraId="39D6C11D" w14:textId="77777777" w:rsidR="00292F36" w:rsidRDefault="00000000">
            <w:r>
              <w:rPr>
                <w:sz w:val="14"/>
              </w:rPr>
              <w:t>Planktivore</w:t>
            </w:r>
          </w:p>
        </w:tc>
        <w:tc>
          <w:tcPr>
            <w:tcW w:w="1008" w:type="dxa"/>
            <w:tcMar>
              <w:top w:w="20" w:type="dxa"/>
              <w:left w:w="50" w:type="dxa"/>
              <w:bottom w:w="20" w:type="dxa"/>
              <w:right w:w="50" w:type="dxa"/>
            </w:tcMar>
          </w:tcPr>
          <w:p w14:paraId="7EBB464E" w14:textId="77777777" w:rsidR="00292F36" w:rsidRDefault="00000000">
            <w:r>
              <w:rPr>
                <w:sz w:val="14"/>
              </w:rPr>
              <w:t>566</w:t>
            </w:r>
          </w:p>
        </w:tc>
        <w:tc>
          <w:tcPr>
            <w:tcW w:w="1008" w:type="dxa"/>
            <w:tcMar>
              <w:top w:w="20" w:type="dxa"/>
              <w:left w:w="50" w:type="dxa"/>
              <w:bottom w:w="20" w:type="dxa"/>
              <w:right w:w="50" w:type="dxa"/>
            </w:tcMar>
          </w:tcPr>
          <w:p w14:paraId="71851731" w14:textId="77777777" w:rsidR="00292F36" w:rsidRDefault="00000000">
            <w:r>
              <w:rPr>
                <w:sz w:val="14"/>
              </w:rPr>
              <w:t>74129.245</w:t>
            </w:r>
          </w:p>
        </w:tc>
        <w:tc>
          <w:tcPr>
            <w:tcW w:w="1008" w:type="dxa"/>
            <w:tcMar>
              <w:top w:w="20" w:type="dxa"/>
              <w:left w:w="50" w:type="dxa"/>
              <w:bottom w:w="20" w:type="dxa"/>
              <w:right w:w="50" w:type="dxa"/>
            </w:tcMar>
          </w:tcPr>
          <w:p w14:paraId="19D7B28E" w14:textId="77777777" w:rsidR="00292F36" w:rsidRDefault="00000000">
            <w:r>
              <w:rPr>
                <w:sz w:val="14"/>
              </w:rPr>
              <w:t>154</w:t>
            </w:r>
          </w:p>
        </w:tc>
        <w:tc>
          <w:tcPr>
            <w:tcW w:w="1008" w:type="dxa"/>
            <w:tcMar>
              <w:top w:w="20" w:type="dxa"/>
              <w:left w:w="50" w:type="dxa"/>
              <w:bottom w:w="20" w:type="dxa"/>
              <w:right w:w="50" w:type="dxa"/>
            </w:tcMar>
          </w:tcPr>
          <w:p w14:paraId="02E9BFE4" w14:textId="77777777" w:rsidR="00292F36" w:rsidRDefault="00000000">
            <w:r>
              <w:rPr>
                <w:sz w:val="14"/>
              </w:rPr>
              <w:t>1.6</w:t>
            </w:r>
          </w:p>
        </w:tc>
        <w:tc>
          <w:tcPr>
            <w:tcW w:w="1008" w:type="dxa"/>
            <w:tcMar>
              <w:top w:w="20" w:type="dxa"/>
              <w:left w:w="50" w:type="dxa"/>
              <w:bottom w:w="20" w:type="dxa"/>
              <w:right w:w="50" w:type="dxa"/>
            </w:tcMar>
          </w:tcPr>
          <w:p w14:paraId="5C733A2F" w14:textId="77777777" w:rsidR="00292F36" w:rsidRDefault="00000000">
            <w:r>
              <w:rPr>
                <w:sz w:val="14"/>
              </w:rPr>
              <w:t>0.24</w:t>
            </w:r>
          </w:p>
        </w:tc>
        <w:tc>
          <w:tcPr>
            <w:tcW w:w="1008" w:type="dxa"/>
            <w:tcMar>
              <w:top w:w="20" w:type="dxa"/>
              <w:left w:w="50" w:type="dxa"/>
              <w:bottom w:w="20" w:type="dxa"/>
              <w:right w:w="50" w:type="dxa"/>
            </w:tcMar>
          </w:tcPr>
          <w:p w14:paraId="4B8C0B4C" w14:textId="77777777" w:rsidR="00292F36" w:rsidRDefault="00000000">
            <w:r>
              <w:rPr>
                <w:sz w:val="14"/>
              </w:rPr>
              <w:t>30.7</w:t>
            </w:r>
          </w:p>
        </w:tc>
        <w:tc>
          <w:tcPr>
            <w:tcW w:w="1008" w:type="dxa"/>
            <w:tcMar>
              <w:top w:w="20" w:type="dxa"/>
              <w:left w:w="50" w:type="dxa"/>
              <w:bottom w:w="20" w:type="dxa"/>
              <w:right w:w="50" w:type="dxa"/>
            </w:tcMar>
          </w:tcPr>
          <w:p w14:paraId="569A3481" w14:textId="77777777" w:rsidR="00292F36" w:rsidRDefault="00000000">
            <w:r>
              <w:rPr>
                <w:sz w:val="14"/>
              </w:rPr>
              <w:t>17.6</w:t>
            </w:r>
          </w:p>
        </w:tc>
        <w:tc>
          <w:tcPr>
            <w:tcW w:w="1008" w:type="dxa"/>
            <w:tcMar>
              <w:top w:w="20" w:type="dxa"/>
              <w:left w:w="50" w:type="dxa"/>
              <w:bottom w:w="20" w:type="dxa"/>
              <w:right w:w="50" w:type="dxa"/>
            </w:tcMar>
          </w:tcPr>
          <w:p w14:paraId="74DD2728" w14:textId="77777777" w:rsidR="00292F36" w:rsidRDefault="00000000">
            <w:r>
              <w:rPr>
                <w:sz w:val="14"/>
              </w:rPr>
              <w:t>1.01</w:t>
            </w:r>
          </w:p>
        </w:tc>
        <w:tc>
          <w:tcPr>
            <w:tcW w:w="1008" w:type="dxa"/>
            <w:tcMar>
              <w:top w:w="20" w:type="dxa"/>
              <w:left w:w="50" w:type="dxa"/>
              <w:bottom w:w="20" w:type="dxa"/>
              <w:right w:w="50" w:type="dxa"/>
            </w:tcMar>
          </w:tcPr>
          <w:p w14:paraId="633411C1" w14:textId="77777777" w:rsidR="00292F36" w:rsidRDefault="00000000">
            <w:r>
              <w:rPr>
                <w:sz w:val="14"/>
              </w:rPr>
              <w:t>9.838</w:t>
            </w:r>
          </w:p>
        </w:tc>
        <w:tc>
          <w:tcPr>
            <w:tcW w:w="1008" w:type="dxa"/>
            <w:tcMar>
              <w:top w:w="20" w:type="dxa"/>
              <w:left w:w="50" w:type="dxa"/>
              <w:bottom w:w="20" w:type="dxa"/>
              <w:right w:w="50" w:type="dxa"/>
            </w:tcMar>
          </w:tcPr>
          <w:p w14:paraId="5F9A0C6D" w14:textId="77777777" w:rsidR="00292F36" w:rsidRDefault="00000000">
            <w:r>
              <w:rPr>
                <w:sz w:val="14"/>
              </w:rPr>
              <w:t>0.016</w:t>
            </w:r>
          </w:p>
        </w:tc>
        <w:tc>
          <w:tcPr>
            <w:tcW w:w="1008" w:type="dxa"/>
            <w:tcMar>
              <w:top w:w="20" w:type="dxa"/>
              <w:left w:w="50" w:type="dxa"/>
              <w:bottom w:w="20" w:type="dxa"/>
              <w:right w:w="50" w:type="dxa"/>
            </w:tcMar>
          </w:tcPr>
          <w:p w14:paraId="33DBA058" w14:textId="77777777" w:rsidR="00292F36" w:rsidRDefault="00000000">
            <w:r>
              <w:rPr>
                <w:sz w:val="14"/>
              </w:rPr>
              <w:t>0.058</w:t>
            </w:r>
          </w:p>
        </w:tc>
        <w:tc>
          <w:tcPr>
            <w:tcW w:w="1008" w:type="dxa"/>
            <w:tcMar>
              <w:top w:w="20" w:type="dxa"/>
              <w:left w:w="50" w:type="dxa"/>
              <w:bottom w:w="20" w:type="dxa"/>
              <w:right w:w="50" w:type="dxa"/>
            </w:tcMar>
          </w:tcPr>
          <w:p w14:paraId="0BA31548" w14:textId="77777777" w:rsidR="00292F36" w:rsidRDefault="00000000">
            <w:r>
              <w:rPr>
                <w:sz w:val="14"/>
              </w:rPr>
              <w:t>18.255</w:t>
            </w:r>
          </w:p>
        </w:tc>
      </w:tr>
      <w:tr w:rsidR="00292F36" w14:paraId="6819D54C" w14:textId="77777777">
        <w:tc>
          <w:tcPr>
            <w:tcW w:w="1008" w:type="dxa"/>
            <w:tcMar>
              <w:top w:w="20" w:type="dxa"/>
              <w:left w:w="50" w:type="dxa"/>
              <w:bottom w:w="20" w:type="dxa"/>
              <w:right w:w="50" w:type="dxa"/>
            </w:tcMar>
          </w:tcPr>
          <w:p w14:paraId="23E1DD5D" w14:textId="77777777" w:rsidR="00292F36" w:rsidRPr="00E31FAA" w:rsidRDefault="00000000">
            <w:pPr>
              <w:rPr>
                <w:i/>
                <w:iCs/>
              </w:rPr>
            </w:pPr>
            <w:r w:rsidRPr="00E31FAA">
              <w:rPr>
                <w:i/>
                <w:iCs/>
                <w:sz w:val="14"/>
              </w:rPr>
              <w:t>Caulolatilus_princeps</w:t>
            </w:r>
          </w:p>
        </w:tc>
        <w:tc>
          <w:tcPr>
            <w:tcW w:w="1008" w:type="dxa"/>
            <w:tcMar>
              <w:top w:w="20" w:type="dxa"/>
              <w:left w:w="50" w:type="dxa"/>
              <w:bottom w:w="20" w:type="dxa"/>
              <w:right w:w="50" w:type="dxa"/>
            </w:tcMar>
          </w:tcPr>
          <w:p w14:paraId="2AF5ED16" w14:textId="77777777" w:rsidR="00292F36" w:rsidRDefault="00000000">
            <w:r>
              <w:rPr>
                <w:sz w:val="14"/>
              </w:rPr>
              <w:t>Macroinvertivore</w:t>
            </w:r>
          </w:p>
        </w:tc>
        <w:tc>
          <w:tcPr>
            <w:tcW w:w="1008" w:type="dxa"/>
            <w:tcMar>
              <w:top w:w="20" w:type="dxa"/>
              <w:left w:w="50" w:type="dxa"/>
              <w:bottom w:w="20" w:type="dxa"/>
              <w:right w:w="50" w:type="dxa"/>
            </w:tcMar>
          </w:tcPr>
          <w:p w14:paraId="37953697" w14:textId="77777777" w:rsidR="00292F36" w:rsidRDefault="00000000">
            <w:r>
              <w:rPr>
                <w:sz w:val="14"/>
              </w:rPr>
              <w:t>51</w:t>
            </w:r>
          </w:p>
        </w:tc>
        <w:tc>
          <w:tcPr>
            <w:tcW w:w="1008" w:type="dxa"/>
            <w:tcMar>
              <w:top w:w="20" w:type="dxa"/>
              <w:left w:w="50" w:type="dxa"/>
              <w:bottom w:w="20" w:type="dxa"/>
              <w:right w:w="50" w:type="dxa"/>
            </w:tcMar>
          </w:tcPr>
          <w:p w14:paraId="725C1146" w14:textId="77777777" w:rsidR="00292F36" w:rsidRDefault="00000000">
            <w:r>
              <w:rPr>
                <w:sz w:val="14"/>
              </w:rPr>
              <w:t>37749.036</w:t>
            </w:r>
          </w:p>
        </w:tc>
        <w:tc>
          <w:tcPr>
            <w:tcW w:w="1008" w:type="dxa"/>
            <w:tcMar>
              <w:top w:w="20" w:type="dxa"/>
              <w:left w:w="50" w:type="dxa"/>
              <w:bottom w:w="20" w:type="dxa"/>
              <w:right w:w="50" w:type="dxa"/>
            </w:tcMar>
          </w:tcPr>
          <w:p w14:paraId="510FA323" w14:textId="77777777" w:rsidR="00292F36" w:rsidRDefault="00000000">
            <w:r>
              <w:rPr>
                <w:sz w:val="14"/>
              </w:rPr>
              <w:t>17.1</w:t>
            </w:r>
          </w:p>
        </w:tc>
        <w:tc>
          <w:tcPr>
            <w:tcW w:w="1008" w:type="dxa"/>
            <w:tcMar>
              <w:top w:w="20" w:type="dxa"/>
              <w:left w:w="50" w:type="dxa"/>
              <w:bottom w:w="20" w:type="dxa"/>
              <w:right w:w="50" w:type="dxa"/>
            </w:tcMar>
          </w:tcPr>
          <w:p w14:paraId="5FF26787" w14:textId="77777777" w:rsidR="00292F36" w:rsidRDefault="00000000">
            <w:r>
              <w:rPr>
                <w:sz w:val="14"/>
              </w:rPr>
              <w:t>0.401</w:t>
            </w:r>
          </w:p>
        </w:tc>
        <w:tc>
          <w:tcPr>
            <w:tcW w:w="1008" w:type="dxa"/>
            <w:tcMar>
              <w:top w:w="20" w:type="dxa"/>
              <w:left w:w="50" w:type="dxa"/>
              <w:bottom w:w="20" w:type="dxa"/>
              <w:right w:w="50" w:type="dxa"/>
            </w:tcMar>
          </w:tcPr>
          <w:p w14:paraId="717AA2DF" w14:textId="77777777" w:rsidR="00292F36" w:rsidRDefault="00000000">
            <w:r>
              <w:rPr>
                <w:sz w:val="14"/>
              </w:rPr>
              <w:t>0.121</w:t>
            </w:r>
          </w:p>
        </w:tc>
        <w:tc>
          <w:tcPr>
            <w:tcW w:w="1008" w:type="dxa"/>
            <w:tcMar>
              <w:top w:w="20" w:type="dxa"/>
              <w:left w:w="50" w:type="dxa"/>
              <w:bottom w:w="20" w:type="dxa"/>
              <w:right w:w="50" w:type="dxa"/>
            </w:tcMar>
          </w:tcPr>
          <w:p w14:paraId="08C73662" w14:textId="77777777" w:rsidR="00292F36" w:rsidRDefault="00000000">
            <w:r>
              <w:rPr>
                <w:sz w:val="14"/>
              </w:rPr>
              <w:t>23.3</w:t>
            </w:r>
          </w:p>
        </w:tc>
        <w:tc>
          <w:tcPr>
            <w:tcW w:w="1008" w:type="dxa"/>
            <w:tcMar>
              <w:top w:w="20" w:type="dxa"/>
              <w:left w:w="50" w:type="dxa"/>
              <w:bottom w:w="20" w:type="dxa"/>
              <w:right w:w="50" w:type="dxa"/>
            </w:tcMar>
          </w:tcPr>
          <w:p w14:paraId="5D7DFA55" w14:textId="77777777" w:rsidR="00292F36" w:rsidRDefault="00000000">
            <w:r>
              <w:rPr>
                <w:sz w:val="14"/>
              </w:rPr>
              <w:t>34.2</w:t>
            </w:r>
          </w:p>
        </w:tc>
        <w:tc>
          <w:tcPr>
            <w:tcW w:w="1008" w:type="dxa"/>
            <w:tcMar>
              <w:top w:w="20" w:type="dxa"/>
              <w:left w:w="50" w:type="dxa"/>
              <w:bottom w:w="20" w:type="dxa"/>
              <w:right w:w="50" w:type="dxa"/>
            </w:tcMar>
          </w:tcPr>
          <w:p w14:paraId="44F97994" w14:textId="77777777" w:rsidR="00292F36" w:rsidRDefault="00000000">
            <w:r>
              <w:rPr>
                <w:sz w:val="14"/>
              </w:rPr>
              <w:t>0.635</w:t>
            </w:r>
          </w:p>
        </w:tc>
        <w:tc>
          <w:tcPr>
            <w:tcW w:w="1008" w:type="dxa"/>
            <w:tcMar>
              <w:top w:w="20" w:type="dxa"/>
              <w:left w:w="50" w:type="dxa"/>
              <w:bottom w:w="20" w:type="dxa"/>
              <w:right w:w="50" w:type="dxa"/>
            </w:tcMar>
          </w:tcPr>
          <w:p w14:paraId="31B9EF6B" w14:textId="77777777" w:rsidR="00292F36" w:rsidRDefault="00000000">
            <w:r>
              <w:rPr>
                <w:sz w:val="14"/>
              </w:rPr>
              <w:t>11.737</w:t>
            </w:r>
          </w:p>
        </w:tc>
        <w:tc>
          <w:tcPr>
            <w:tcW w:w="1008" w:type="dxa"/>
            <w:tcMar>
              <w:top w:w="20" w:type="dxa"/>
              <w:left w:w="50" w:type="dxa"/>
              <w:bottom w:w="20" w:type="dxa"/>
              <w:right w:w="50" w:type="dxa"/>
            </w:tcMar>
          </w:tcPr>
          <w:p w14:paraId="4522AEBE" w14:textId="77777777" w:rsidR="00292F36" w:rsidRDefault="00000000">
            <w:r>
              <w:rPr>
                <w:sz w:val="14"/>
              </w:rPr>
              <w:t>0.059</w:t>
            </w:r>
          </w:p>
        </w:tc>
        <w:tc>
          <w:tcPr>
            <w:tcW w:w="1008" w:type="dxa"/>
            <w:tcMar>
              <w:top w:w="20" w:type="dxa"/>
              <w:left w:w="50" w:type="dxa"/>
              <w:bottom w:w="20" w:type="dxa"/>
              <w:right w:w="50" w:type="dxa"/>
            </w:tcMar>
          </w:tcPr>
          <w:p w14:paraId="5E9684D1" w14:textId="77777777" w:rsidR="00292F36" w:rsidRDefault="00000000">
            <w:r>
              <w:rPr>
                <w:sz w:val="14"/>
              </w:rPr>
              <w:t>0.027</w:t>
            </w:r>
          </w:p>
        </w:tc>
        <w:tc>
          <w:tcPr>
            <w:tcW w:w="1008" w:type="dxa"/>
            <w:tcMar>
              <w:top w:w="20" w:type="dxa"/>
              <w:left w:w="50" w:type="dxa"/>
              <w:bottom w:w="20" w:type="dxa"/>
              <w:right w:w="50" w:type="dxa"/>
            </w:tcMar>
          </w:tcPr>
          <w:p w14:paraId="4F721EF1" w14:textId="77777777" w:rsidR="00292F36" w:rsidRDefault="00000000">
            <w:r>
              <w:rPr>
                <w:sz w:val="14"/>
              </w:rPr>
              <w:t>19.483</w:t>
            </w:r>
          </w:p>
        </w:tc>
      </w:tr>
      <w:tr w:rsidR="00292F36" w14:paraId="7EE3D18F" w14:textId="77777777">
        <w:tc>
          <w:tcPr>
            <w:tcW w:w="1008" w:type="dxa"/>
            <w:tcMar>
              <w:top w:w="20" w:type="dxa"/>
              <w:left w:w="50" w:type="dxa"/>
              <w:bottom w:w="20" w:type="dxa"/>
              <w:right w:w="50" w:type="dxa"/>
            </w:tcMar>
          </w:tcPr>
          <w:p w14:paraId="4218A4F8" w14:textId="77777777" w:rsidR="00292F36" w:rsidRPr="00E31FAA" w:rsidRDefault="00000000">
            <w:pPr>
              <w:rPr>
                <w:i/>
                <w:iCs/>
              </w:rPr>
            </w:pPr>
            <w:r w:rsidRPr="00E31FAA">
              <w:rPr>
                <w:i/>
                <w:iCs/>
                <w:sz w:val="14"/>
              </w:rPr>
              <w:t>Medialuna_californiensis</w:t>
            </w:r>
          </w:p>
        </w:tc>
        <w:tc>
          <w:tcPr>
            <w:tcW w:w="1008" w:type="dxa"/>
            <w:tcMar>
              <w:top w:w="20" w:type="dxa"/>
              <w:left w:w="50" w:type="dxa"/>
              <w:bottom w:w="20" w:type="dxa"/>
              <w:right w:w="50" w:type="dxa"/>
            </w:tcMar>
          </w:tcPr>
          <w:p w14:paraId="467D8833" w14:textId="77777777" w:rsidR="00292F36" w:rsidRDefault="00000000">
            <w:r>
              <w:rPr>
                <w:sz w:val="14"/>
              </w:rPr>
              <w:t>Herbivore</w:t>
            </w:r>
          </w:p>
        </w:tc>
        <w:tc>
          <w:tcPr>
            <w:tcW w:w="1008" w:type="dxa"/>
            <w:tcMar>
              <w:top w:w="20" w:type="dxa"/>
              <w:left w:w="50" w:type="dxa"/>
              <w:bottom w:w="20" w:type="dxa"/>
              <w:right w:w="50" w:type="dxa"/>
            </w:tcMar>
          </w:tcPr>
          <w:p w14:paraId="58DED8A7" w14:textId="77777777" w:rsidR="00292F36" w:rsidRDefault="00000000">
            <w:r>
              <w:rPr>
                <w:sz w:val="14"/>
              </w:rPr>
              <w:t>84</w:t>
            </w:r>
          </w:p>
        </w:tc>
        <w:tc>
          <w:tcPr>
            <w:tcW w:w="1008" w:type="dxa"/>
            <w:tcMar>
              <w:top w:w="20" w:type="dxa"/>
              <w:left w:w="50" w:type="dxa"/>
              <w:bottom w:w="20" w:type="dxa"/>
              <w:right w:w="50" w:type="dxa"/>
            </w:tcMar>
          </w:tcPr>
          <w:p w14:paraId="782A6D7C" w14:textId="77777777" w:rsidR="00292F36" w:rsidRDefault="00000000">
            <w:r>
              <w:rPr>
                <w:sz w:val="14"/>
              </w:rPr>
              <w:t>33815.729</w:t>
            </w:r>
          </w:p>
        </w:tc>
        <w:tc>
          <w:tcPr>
            <w:tcW w:w="1008" w:type="dxa"/>
            <w:tcMar>
              <w:top w:w="20" w:type="dxa"/>
              <w:left w:w="50" w:type="dxa"/>
              <w:bottom w:w="20" w:type="dxa"/>
              <w:right w:w="50" w:type="dxa"/>
            </w:tcMar>
          </w:tcPr>
          <w:p w14:paraId="0EB720B1" w14:textId="77777777" w:rsidR="00292F36" w:rsidRDefault="00000000">
            <w:r>
              <w:rPr>
                <w:sz w:val="14"/>
              </w:rPr>
              <w:t>43.9</w:t>
            </w:r>
          </w:p>
        </w:tc>
        <w:tc>
          <w:tcPr>
            <w:tcW w:w="1008" w:type="dxa"/>
            <w:tcMar>
              <w:top w:w="20" w:type="dxa"/>
              <w:left w:w="50" w:type="dxa"/>
              <w:bottom w:w="20" w:type="dxa"/>
              <w:right w:w="50" w:type="dxa"/>
            </w:tcMar>
          </w:tcPr>
          <w:p w14:paraId="226DD655" w14:textId="77777777" w:rsidR="00292F36" w:rsidRDefault="00000000">
            <w:r>
              <w:rPr>
                <w:sz w:val="14"/>
              </w:rPr>
              <w:t>0.404</w:t>
            </w:r>
          </w:p>
        </w:tc>
        <w:tc>
          <w:tcPr>
            <w:tcW w:w="1008" w:type="dxa"/>
            <w:tcMar>
              <w:top w:w="20" w:type="dxa"/>
              <w:left w:w="50" w:type="dxa"/>
              <w:bottom w:w="20" w:type="dxa"/>
              <w:right w:w="50" w:type="dxa"/>
            </w:tcMar>
          </w:tcPr>
          <w:p w14:paraId="6AC43EE9" w14:textId="77777777" w:rsidR="00292F36" w:rsidRDefault="00000000">
            <w:r>
              <w:rPr>
                <w:sz w:val="14"/>
              </w:rPr>
              <w:t>0.511</w:t>
            </w:r>
          </w:p>
        </w:tc>
        <w:tc>
          <w:tcPr>
            <w:tcW w:w="1008" w:type="dxa"/>
            <w:tcMar>
              <w:top w:w="20" w:type="dxa"/>
              <w:left w:w="50" w:type="dxa"/>
              <w:bottom w:w="20" w:type="dxa"/>
              <w:right w:w="50" w:type="dxa"/>
            </w:tcMar>
          </w:tcPr>
          <w:p w14:paraId="05AE6E27" w14:textId="77777777" w:rsidR="00292F36" w:rsidRDefault="00000000">
            <w:r>
              <w:rPr>
                <w:sz w:val="14"/>
              </w:rPr>
              <w:t>12.1</w:t>
            </w:r>
          </w:p>
        </w:tc>
        <w:tc>
          <w:tcPr>
            <w:tcW w:w="1008" w:type="dxa"/>
            <w:tcMar>
              <w:top w:w="20" w:type="dxa"/>
              <w:left w:w="50" w:type="dxa"/>
              <w:bottom w:w="20" w:type="dxa"/>
              <w:right w:w="50" w:type="dxa"/>
            </w:tcMar>
          </w:tcPr>
          <w:p w14:paraId="0FC48B3D" w14:textId="77777777" w:rsidR="00292F36" w:rsidRDefault="00000000">
            <w:r>
              <w:rPr>
                <w:sz w:val="14"/>
              </w:rPr>
              <w:t>10.3</w:t>
            </w:r>
          </w:p>
        </w:tc>
        <w:tc>
          <w:tcPr>
            <w:tcW w:w="1008" w:type="dxa"/>
            <w:tcMar>
              <w:top w:w="20" w:type="dxa"/>
              <w:left w:w="50" w:type="dxa"/>
              <w:bottom w:w="20" w:type="dxa"/>
              <w:right w:w="50" w:type="dxa"/>
            </w:tcMar>
          </w:tcPr>
          <w:p w14:paraId="021E5810" w14:textId="77777777" w:rsidR="00292F36" w:rsidRDefault="00000000">
            <w:r>
              <w:rPr>
                <w:sz w:val="14"/>
              </w:rPr>
              <w:t>0.653</w:t>
            </w:r>
          </w:p>
        </w:tc>
        <w:tc>
          <w:tcPr>
            <w:tcW w:w="1008" w:type="dxa"/>
            <w:tcMar>
              <w:top w:w="20" w:type="dxa"/>
              <w:left w:w="50" w:type="dxa"/>
              <w:bottom w:w="20" w:type="dxa"/>
              <w:right w:w="50" w:type="dxa"/>
            </w:tcMar>
          </w:tcPr>
          <w:p w14:paraId="61251A6E" w14:textId="77777777" w:rsidR="00292F36" w:rsidRDefault="00000000">
            <w:r>
              <w:rPr>
                <w:sz w:val="14"/>
              </w:rPr>
              <w:t>10.889</w:t>
            </w:r>
          </w:p>
        </w:tc>
        <w:tc>
          <w:tcPr>
            <w:tcW w:w="1008" w:type="dxa"/>
            <w:tcMar>
              <w:top w:w="20" w:type="dxa"/>
              <w:left w:w="50" w:type="dxa"/>
              <w:bottom w:w="20" w:type="dxa"/>
              <w:right w:w="50" w:type="dxa"/>
            </w:tcMar>
          </w:tcPr>
          <w:p w14:paraId="6773C5C7" w14:textId="77777777" w:rsidR="00292F36" w:rsidRDefault="00000000">
            <w:r>
              <w:rPr>
                <w:sz w:val="14"/>
              </w:rPr>
              <w:t>0.092</w:t>
            </w:r>
          </w:p>
        </w:tc>
        <w:tc>
          <w:tcPr>
            <w:tcW w:w="1008" w:type="dxa"/>
            <w:tcMar>
              <w:top w:w="20" w:type="dxa"/>
              <w:left w:w="50" w:type="dxa"/>
              <w:bottom w:w="20" w:type="dxa"/>
              <w:right w:w="50" w:type="dxa"/>
            </w:tcMar>
          </w:tcPr>
          <w:p w14:paraId="5F774FA3" w14:textId="77777777" w:rsidR="00292F36" w:rsidRDefault="00000000">
            <w:r>
              <w:rPr>
                <w:sz w:val="14"/>
              </w:rPr>
              <w:t>0.072</w:t>
            </w:r>
          </w:p>
        </w:tc>
        <w:tc>
          <w:tcPr>
            <w:tcW w:w="1008" w:type="dxa"/>
            <w:tcMar>
              <w:top w:w="20" w:type="dxa"/>
              <w:left w:w="50" w:type="dxa"/>
              <w:bottom w:w="20" w:type="dxa"/>
              <w:right w:w="50" w:type="dxa"/>
            </w:tcMar>
          </w:tcPr>
          <w:p w14:paraId="7F371314" w14:textId="77777777" w:rsidR="00292F36" w:rsidRDefault="00000000">
            <w:r>
              <w:rPr>
                <w:sz w:val="14"/>
              </w:rPr>
              <w:t>18.812</w:t>
            </w:r>
          </w:p>
        </w:tc>
      </w:tr>
      <w:tr w:rsidR="00292F36" w14:paraId="1E15BDCD" w14:textId="77777777">
        <w:tc>
          <w:tcPr>
            <w:tcW w:w="1008" w:type="dxa"/>
            <w:tcMar>
              <w:top w:w="20" w:type="dxa"/>
              <w:left w:w="50" w:type="dxa"/>
              <w:bottom w:w="20" w:type="dxa"/>
              <w:right w:w="50" w:type="dxa"/>
            </w:tcMar>
          </w:tcPr>
          <w:p w14:paraId="04EB5F5A" w14:textId="77777777" w:rsidR="00292F36" w:rsidRPr="00E31FAA" w:rsidRDefault="00000000">
            <w:pPr>
              <w:rPr>
                <w:i/>
                <w:iCs/>
              </w:rPr>
            </w:pPr>
            <w:r w:rsidRPr="00E31FAA">
              <w:rPr>
                <w:i/>
                <w:iCs/>
                <w:sz w:val="14"/>
              </w:rPr>
              <w:t>Sebastes_serriceps</w:t>
            </w:r>
          </w:p>
        </w:tc>
        <w:tc>
          <w:tcPr>
            <w:tcW w:w="1008" w:type="dxa"/>
            <w:tcMar>
              <w:top w:w="20" w:type="dxa"/>
              <w:left w:w="50" w:type="dxa"/>
              <w:bottom w:w="20" w:type="dxa"/>
              <w:right w:w="50" w:type="dxa"/>
            </w:tcMar>
          </w:tcPr>
          <w:p w14:paraId="54B5B1AC" w14:textId="77777777" w:rsidR="00292F36" w:rsidRDefault="00000000">
            <w:r>
              <w:rPr>
                <w:sz w:val="14"/>
              </w:rPr>
              <w:t>Macroinvertivore</w:t>
            </w:r>
          </w:p>
        </w:tc>
        <w:tc>
          <w:tcPr>
            <w:tcW w:w="1008" w:type="dxa"/>
            <w:tcMar>
              <w:top w:w="20" w:type="dxa"/>
              <w:left w:w="50" w:type="dxa"/>
              <w:bottom w:w="20" w:type="dxa"/>
              <w:right w:w="50" w:type="dxa"/>
            </w:tcMar>
          </w:tcPr>
          <w:p w14:paraId="596DF33E" w14:textId="77777777" w:rsidR="00292F36" w:rsidRDefault="00000000">
            <w:r>
              <w:rPr>
                <w:sz w:val="14"/>
              </w:rPr>
              <w:t>35</w:t>
            </w:r>
          </w:p>
        </w:tc>
        <w:tc>
          <w:tcPr>
            <w:tcW w:w="1008" w:type="dxa"/>
            <w:tcMar>
              <w:top w:w="20" w:type="dxa"/>
              <w:left w:w="50" w:type="dxa"/>
              <w:bottom w:w="20" w:type="dxa"/>
              <w:right w:w="50" w:type="dxa"/>
            </w:tcMar>
          </w:tcPr>
          <w:p w14:paraId="6A19709B" w14:textId="77777777" w:rsidR="00292F36" w:rsidRDefault="00000000">
            <w:r>
              <w:rPr>
                <w:sz w:val="14"/>
              </w:rPr>
              <w:t>26601.047</w:t>
            </w:r>
          </w:p>
        </w:tc>
        <w:tc>
          <w:tcPr>
            <w:tcW w:w="1008" w:type="dxa"/>
            <w:tcMar>
              <w:top w:w="20" w:type="dxa"/>
              <w:left w:w="50" w:type="dxa"/>
              <w:bottom w:w="20" w:type="dxa"/>
              <w:right w:w="50" w:type="dxa"/>
            </w:tcMar>
          </w:tcPr>
          <w:p w14:paraId="6D01D767" w14:textId="77777777" w:rsidR="00292F36" w:rsidRDefault="00000000">
            <w:r>
              <w:rPr>
                <w:sz w:val="14"/>
              </w:rPr>
              <w:t>60.8</w:t>
            </w:r>
          </w:p>
        </w:tc>
        <w:tc>
          <w:tcPr>
            <w:tcW w:w="1008" w:type="dxa"/>
            <w:tcMar>
              <w:top w:w="20" w:type="dxa"/>
              <w:left w:w="50" w:type="dxa"/>
              <w:bottom w:w="20" w:type="dxa"/>
              <w:right w:w="50" w:type="dxa"/>
            </w:tcMar>
          </w:tcPr>
          <w:p w14:paraId="7AB1763D" w14:textId="77777777" w:rsidR="00292F36" w:rsidRDefault="00000000">
            <w:r>
              <w:rPr>
                <w:sz w:val="14"/>
              </w:rPr>
              <w:t>0.722</w:t>
            </w:r>
          </w:p>
        </w:tc>
        <w:tc>
          <w:tcPr>
            <w:tcW w:w="1008" w:type="dxa"/>
            <w:tcMar>
              <w:top w:w="20" w:type="dxa"/>
              <w:left w:w="50" w:type="dxa"/>
              <w:bottom w:w="20" w:type="dxa"/>
              <w:right w:w="50" w:type="dxa"/>
            </w:tcMar>
          </w:tcPr>
          <w:p w14:paraId="0511EAB0" w14:textId="77777777" w:rsidR="00292F36" w:rsidRDefault="00000000">
            <w:r>
              <w:rPr>
                <w:sz w:val="14"/>
              </w:rPr>
              <w:t>0.644</w:t>
            </w:r>
          </w:p>
        </w:tc>
        <w:tc>
          <w:tcPr>
            <w:tcW w:w="1008" w:type="dxa"/>
            <w:tcMar>
              <w:top w:w="20" w:type="dxa"/>
              <w:left w:w="50" w:type="dxa"/>
              <w:bottom w:w="20" w:type="dxa"/>
              <w:right w:w="50" w:type="dxa"/>
            </w:tcMar>
          </w:tcPr>
          <w:p w14:paraId="1B652467" w14:textId="77777777" w:rsidR="00292F36" w:rsidRDefault="00000000">
            <w:r>
              <w:rPr>
                <w:sz w:val="14"/>
              </w:rPr>
              <w:t>56.5</w:t>
            </w:r>
          </w:p>
        </w:tc>
        <w:tc>
          <w:tcPr>
            <w:tcW w:w="1008" w:type="dxa"/>
            <w:tcMar>
              <w:top w:w="20" w:type="dxa"/>
              <w:left w:w="50" w:type="dxa"/>
              <w:bottom w:w="20" w:type="dxa"/>
              <w:right w:w="50" w:type="dxa"/>
            </w:tcMar>
          </w:tcPr>
          <w:p w14:paraId="12323B51" w14:textId="77777777" w:rsidR="00292F36" w:rsidRDefault="00000000">
            <w:r>
              <w:rPr>
                <w:sz w:val="14"/>
              </w:rPr>
              <w:t>26.7</w:t>
            </w:r>
          </w:p>
        </w:tc>
        <w:tc>
          <w:tcPr>
            <w:tcW w:w="1008" w:type="dxa"/>
            <w:tcMar>
              <w:top w:w="20" w:type="dxa"/>
              <w:left w:w="50" w:type="dxa"/>
              <w:bottom w:w="20" w:type="dxa"/>
              <w:right w:w="50" w:type="dxa"/>
            </w:tcMar>
          </w:tcPr>
          <w:p w14:paraId="2C1A593C" w14:textId="77777777" w:rsidR="00292F36" w:rsidRDefault="00000000">
            <w:r>
              <w:rPr>
                <w:sz w:val="14"/>
              </w:rPr>
              <w:t>0.562</w:t>
            </w:r>
          </w:p>
        </w:tc>
        <w:tc>
          <w:tcPr>
            <w:tcW w:w="1008" w:type="dxa"/>
            <w:tcMar>
              <w:top w:w="20" w:type="dxa"/>
              <w:left w:w="50" w:type="dxa"/>
              <w:bottom w:w="20" w:type="dxa"/>
              <w:right w:w="50" w:type="dxa"/>
            </w:tcMar>
          </w:tcPr>
          <w:p w14:paraId="09DE1F3A" w14:textId="77777777" w:rsidR="00292F36" w:rsidRDefault="00000000">
            <w:r>
              <w:rPr>
                <w:sz w:val="14"/>
              </w:rPr>
              <w:t>8.259</w:t>
            </w:r>
          </w:p>
        </w:tc>
        <w:tc>
          <w:tcPr>
            <w:tcW w:w="1008" w:type="dxa"/>
            <w:tcMar>
              <w:top w:w="20" w:type="dxa"/>
              <w:left w:w="50" w:type="dxa"/>
              <w:bottom w:w="20" w:type="dxa"/>
              <w:right w:w="50" w:type="dxa"/>
            </w:tcMar>
          </w:tcPr>
          <w:p w14:paraId="2960B20A" w14:textId="77777777" w:rsidR="00292F36" w:rsidRDefault="00000000">
            <w:r>
              <w:rPr>
                <w:sz w:val="14"/>
              </w:rPr>
              <w:t>0.085</w:t>
            </w:r>
          </w:p>
        </w:tc>
        <w:tc>
          <w:tcPr>
            <w:tcW w:w="1008" w:type="dxa"/>
            <w:tcMar>
              <w:top w:w="20" w:type="dxa"/>
              <w:left w:w="50" w:type="dxa"/>
              <w:bottom w:w="20" w:type="dxa"/>
              <w:right w:w="50" w:type="dxa"/>
            </w:tcMar>
          </w:tcPr>
          <w:p w14:paraId="7D9AE56C" w14:textId="77777777" w:rsidR="00292F36" w:rsidRDefault="00000000">
            <w:r>
              <w:rPr>
                <w:sz w:val="14"/>
              </w:rPr>
              <w:t>0.073</w:t>
            </w:r>
          </w:p>
        </w:tc>
        <w:tc>
          <w:tcPr>
            <w:tcW w:w="1008" w:type="dxa"/>
            <w:tcMar>
              <w:top w:w="20" w:type="dxa"/>
              <w:left w:w="50" w:type="dxa"/>
              <w:bottom w:w="20" w:type="dxa"/>
              <w:right w:w="50" w:type="dxa"/>
            </w:tcMar>
          </w:tcPr>
          <w:p w14:paraId="3A605E7D" w14:textId="77777777" w:rsidR="00292F36" w:rsidRDefault="00000000">
            <w:r>
              <w:rPr>
                <w:sz w:val="14"/>
              </w:rPr>
              <w:t>16.727</w:t>
            </w:r>
          </w:p>
        </w:tc>
      </w:tr>
      <w:tr w:rsidR="00292F36" w14:paraId="59D0076A" w14:textId="77777777">
        <w:tc>
          <w:tcPr>
            <w:tcW w:w="1008" w:type="dxa"/>
            <w:tcMar>
              <w:top w:w="20" w:type="dxa"/>
              <w:left w:w="50" w:type="dxa"/>
              <w:bottom w:w="20" w:type="dxa"/>
              <w:right w:w="50" w:type="dxa"/>
            </w:tcMar>
          </w:tcPr>
          <w:p w14:paraId="431F1386" w14:textId="77777777" w:rsidR="00292F36" w:rsidRPr="00E31FAA" w:rsidRDefault="00000000">
            <w:pPr>
              <w:rPr>
                <w:i/>
                <w:iCs/>
              </w:rPr>
            </w:pPr>
            <w:r w:rsidRPr="00E31FAA">
              <w:rPr>
                <w:i/>
                <w:iCs/>
                <w:sz w:val="14"/>
              </w:rPr>
              <w:t>Embiotoca_lateralis</w:t>
            </w:r>
          </w:p>
        </w:tc>
        <w:tc>
          <w:tcPr>
            <w:tcW w:w="1008" w:type="dxa"/>
            <w:tcMar>
              <w:top w:w="20" w:type="dxa"/>
              <w:left w:w="50" w:type="dxa"/>
              <w:bottom w:w="20" w:type="dxa"/>
              <w:right w:w="50" w:type="dxa"/>
            </w:tcMar>
          </w:tcPr>
          <w:p w14:paraId="1A3CE269" w14:textId="77777777" w:rsidR="00292F36" w:rsidRDefault="00000000">
            <w:r>
              <w:rPr>
                <w:sz w:val="14"/>
              </w:rPr>
              <w:t>Microinvertivore</w:t>
            </w:r>
          </w:p>
        </w:tc>
        <w:tc>
          <w:tcPr>
            <w:tcW w:w="1008" w:type="dxa"/>
            <w:tcMar>
              <w:top w:w="20" w:type="dxa"/>
              <w:left w:w="50" w:type="dxa"/>
              <w:bottom w:w="20" w:type="dxa"/>
              <w:right w:w="50" w:type="dxa"/>
            </w:tcMar>
          </w:tcPr>
          <w:p w14:paraId="2CC68ABF" w14:textId="77777777" w:rsidR="00292F36" w:rsidRDefault="00000000">
            <w:r>
              <w:rPr>
                <w:sz w:val="14"/>
              </w:rPr>
              <w:t>73</w:t>
            </w:r>
          </w:p>
        </w:tc>
        <w:tc>
          <w:tcPr>
            <w:tcW w:w="1008" w:type="dxa"/>
            <w:tcMar>
              <w:top w:w="20" w:type="dxa"/>
              <w:left w:w="50" w:type="dxa"/>
              <w:bottom w:w="20" w:type="dxa"/>
              <w:right w:w="50" w:type="dxa"/>
            </w:tcMar>
          </w:tcPr>
          <w:p w14:paraId="57C5887E" w14:textId="77777777" w:rsidR="00292F36" w:rsidRDefault="00000000">
            <w:r>
              <w:rPr>
                <w:sz w:val="14"/>
              </w:rPr>
              <w:t>11989.398</w:t>
            </w:r>
          </w:p>
        </w:tc>
        <w:tc>
          <w:tcPr>
            <w:tcW w:w="1008" w:type="dxa"/>
            <w:tcMar>
              <w:top w:w="20" w:type="dxa"/>
              <w:left w:w="50" w:type="dxa"/>
              <w:bottom w:w="20" w:type="dxa"/>
              <w:right w:w="50" w:type="dxa"/>
            </w:tcMar>
          </w:tcPr>
          <w:p w14:paraId="50123213" w14:textId="77777777" w:rsidR="00292F36" w:rsidRDefault="00000000">
            <w:r>
              <w:rPr>
                <w:sz w:val="14"/>
              </w:rPr>
              <w:t>87.1</w:t>
            </w:r>
          </w:p>
        </w:tc>
        <w:tc>
          <w:tcPr>
            <w:tcW w:w="1008" w:type="dxa"/>
            <w:tcMar>
              <w:top w:w="20" w:type="dxa"/>
              <w:left w:w="50" w:type="dxa"/>
              <w:bottom w:w="20" w:type="dxa"/>
              <w:right w:w="50" w:type="dxa"/>
            </w:tcMar>
          </w:tcPr>
          <w:p w14:paraId="6517D6BF" w14:textId="77777777" w:rsidR="00292F36" w:rsidRDefault="00000000">
            <w:r>
              <w:rPr>
                <w:sz w:val="14"/>
              </w:rPr>
              <w:t>1.03</w:t>
            </w:r>
          </w:p>
        </w:tc>
        <w:tc>
          <w:tcPr>
            <w:tcW w:w="1008" w:type="dxa"/>
            <w:tcMar>
              <w:top w:w="20" w:type="dxa"/>
              <w:left w:w="50" w:type="dxa"/>
              <w:bottom w:w="20" w:type="dxa"/>
              <w:right w:w="50" w:type="dxa"/>
            </w:tcMar>
          </w:tcPr>
          <w:p w14:paraId="5E96410A" w14:textId="77777777" w:rsidR="00292F36" w:rsidRDefault="00000000">
            <w:r>
              <w:rPr>
                <w:sz w:val="14"/>
              </w:rPr>
              <w:t>0.234</w:t>
            </w:r>
          </w:p>
        </w:tc>
        <w:tc>
          <w:tcPr>
            <w:tcW w:w="1008" w:type="dxa"/>
            <w:tcMar>
              <w:top w:w="20" w:type="dxa"/>
              <w:left w:w="50" w:type="dxa"/>
              <w:bottom w:w="20" w:type="dxa"/>
              <w:right w:w="50" w:type="dxa"/>
            </w:tcMar>
          </w:tcPr>
          <w:p w14:paraId="454A0CCD" w14:textId="77777777" w:rsidR="00292F36" w:rsidRDefault="00000000">
            <w:r>
              <w:rPr>
                <w:sz w:val="14"/>
              </w:rPr>
              <w:t>20.3</w:t>
            </w:r>
          </w:p>
        </w:tc>
        <w:tc>
          <w:tcPr>
            <w:tcW w:w="1008" w:type="dxa"/>
            <w:tcMar>
              <w:top w:w="20" w:type="dxa"/>
              <w:left w:w="50" w:type="dxa"/>
              <w:bottom w:w="20" w:type="dxa"/>
              <w:right w:w="50" w:type="dxa"/>
            </w:tcMar>
          </w:tcPr>
          <w:p w14:paraId="44D9EB17" w14:textId="77777777" w:rsidR="00292F36" w:rsidRDefault="00000000">
            <w:r>
              <w:rPr>
                <w:sz w:val="14"/>
              </w:rPr>
              <w:t>9.67</w:t>
            </w:r>
          </w:p>
        </w:tc>
        <w:tc>
          <w:tcPr>
            <w:tcW w:w="1008" w:type="dxa"/>
            <w:tcMar>
              <w:top w:w="20" w:type="dxa"/>
              <w:left w:w="50" w:type="dxa"/>
              <w:bottom w:w="20" w:type="dxa"/>
              <w:right w:w="50" w:type="dxa"/>
            </w:tcMar>
          </w:tcPr>
          <w:p w14:paraId="771CAA4B" w14:textId="77777777" w:rsidR="00292F36" w:rsidRDefault="00000000">
            <w:r>
              <w:rPr>
                <w:sz w:val="14"/>
              </w:rPr>
              <w:t>0.75</w:t>
            </w:r>
          </w:p>
        </w:tc>
        <w:tc>
          <w:tcPr>
            <w:tcW w:w="1008" w:type="dxa"/>
            <w:tcMar>
              <w:top w:w="20" w:type="dxa"/>
              <w:left w:w="50" w:type="dxa"/>
              <w:bottom w:w="20" w:type="dxa"/>
              <w:right w:w="50" w:type="dxa"/>
            </w:tcMar>
          </w:tcPr>
          <w:p w14:paraId="21BDF064" w14:textId="77777777" w:rsidR="00292F36" w:rsidRDefault="00000000">
            <w:r>
              <w:rPr>
                <w:sz w:val="14"/>
              </w:rPr>
              <w:t>10.168</w:t>
            </w:r>
          </w:p>
        </w:tc>
        <w:tc>
          <w:tcPr>
            <w:tcW w:w="1008" w:type="dxa"/>
            <w:tcMar>
              <w:top w:w="20" w:type="dxa"/>
              <w:left w:w="50" w:type="dxa"/>
              <w:bottom w:w="20" w:type="dxa"/>
              <w:right w:w="50" w:type="dxa"/>
            </w:tcMar>
          </w:tcPr>
          <w:p w14:paraId="0EBBEA72" w14:textId="77777777" w:rsidR="00292F36" w:rsidRDefault="00000000">
            <w:r>
              <w:rPr>
                <w:sz w:val="14"/>
              </w:rPr>
              <w:t>-0.114</w:t>
            </w:r>
          </w:p>
        </w:tc>
        <w:tc>
          <w:tcPr>
            <w:tcW w:w="1008" w:type="dxa"/>
            <w:tcMar>
              <w:top w:w="20" w:type="dxa"/>
              <w:left w:w="50" w:type="dxa"/>
              <w:bottom w:w="20" w:type="dxa"/>
              <w:right w:w="50" w:type="dxa"/>
            </w:tcMar>
          </w:tcPr>
          <w:p w14:paraId="5A1DE124" w14:textId="77777777" w:rsidR="00292F36" w:rsidRDefault="00000000">
            <w:r>
              <w:rPr>
                <w:sz w:val="14"/>
              </w:rPr>
              <w:t>0.041</w:t>
            </w:r>
          </w:p>
        </w:tc>
        <w:tc>
          <w:tcPr>
            <w:tcW w:w="1008" w:type="dxa"/>
            <w:tcMar>
              <w:top w:w="20" w:type="dxa"/>
              <w:left w:w="50" w:type="dxa"/>
              <w:bottom w:w="20" w:type="dxa"/>
              <w:right w:w="50" w:type="dxa"/>
            </w:tcMar>
          </w:tcPr>
          <w:p w14:paraId="47531817" w14:textId="77777777" w:rsidR="00292F36" w:rsidRDefault="00000000">
            <w:r>
              <w:rPr>
                <w:sz w:val="14"/>
              </w:rPr>
              <w:t>19.166</w:t>
            </w:r>
          </w:p>
        </w:tc>
      </w:tr>
      <w:tr w:rsidR="00292F36" w14:paraId="0EAAC319" w14:textId="77777777">
        <w:tc>
          <w:tcPr>
            <w:tcW w:w="1008" w:type="dxa"/>
            <w:tcMar>
              <w:top w:w="20" w:type="dxa"/>
              <w:left w:w="50" w:type="dxa"/>
              <w:bottom w:w="20" w:type="dxa"/>
              <w:right w:w="50" w:type="dxa"/>
            </w:tcMar>
          </w:tcPr>
          <w:p w14:paraId="1CB95E47" w14:textId="77777777" w:rsidR="00292F36" w:rsidRPr="00E31FAA" w:rsidRDefault="00000000">
            <w:pPr>
              <w:rPr>
                <w:i/>
                <w:iCs/>
              </w:rPr>
            </w:pPr>
            <w:r w:rsidRPr="00E31FAA">
              <w:rPr>
                <w:i/>
                <w:iCs/>
                <w:sz w:val="14"/>
              </w:rPr>
              <w:t>Sebastes_atrovirens</w:t>
            </w:r>
          </w:p>
        </w:tc>
        <w:tc>
          <w:tcPr>
            <w:tcW w:w="1008" w:type="dxa"/>
            <w:tcMar>
              <w:top w:w="20" w:type="dxa"/>
              <w:left w:w="50" w:type="dxa"/>
              <w:bottom w:w="20" w:type="dxa"/>
              <w:right w:w="50" w:type="dxa"/>
            </w:tcMar>
          </w:tcPr>
          <w:p w14:paraId="0E628B6F" w14:textId="77777777" w:rsidR="00292F36" w:rsidRDefault="00000000">
            <w:r>
              <w:rPr>
                <w:sz w:val="14"/>
              </w:rPr>
              <w:t>Macroinvertivore</w:t>
            </w:r>
          </w:p>
        </w:tc>
        <w:tc>
          <w:tcPr>
            <w:tcW w:w="1008" w:type="dxa"/>
            <w:tcMar>
              <w:top w:w="20" w:type="dxa"/>
              <w:left w:w="50" w:type="dxa"/>
              <w:bottom w:w="20" w:type="dxa"/>
              <w:right w:w="50" w:type="dxa"/>
            </w:tcMar>
          </w:tcPr>
          <w:p w14:paraId="758BD94B" w14:textId="77777777" w:rsidR="00292F36" w:rsidRDefault="00000000">
            <w:r>
              <w:rPr>
                <w:sz w:val="14"/>
              </w:rPr>
              <w:t>55</w:t>
            </w:r>
          </w:p>
        </w:tc>
        <w:tc>
          <w:tcPr>
            <w:tcW w:w="1008" w:type="dxa"/>
            <w:tcMar>
              <w:top w:w="20" w:type="dxa"/>
              <w:left w:w="50" w:type="dxa"/>
              <w:bottom w:w="20" w:type="dxa"/>
              <w:right w:w="50" w:type="dxa"/>
            </w:tcMar>
          </w:tcPr>
          <w:p w14:paraId="111C0663" w14:textId="77777777" w:rsidR="00292F36" w:rsidRDefault="00000000">
            <w:r>
              <w:rPr>
                <w:sz w:val="14"/>
              </w:rPr>
              <w:t>11018.719</w:t>
            </w:r>
          </w:p>
        </w:tc>
        <w:tc>
          <w:tcPr>
            <w:tcW w:w="1008" w:type="dxa"/>
            <w:tcMar>
              <w:top w:w="20" w:type="dxa"/>
              <w:left w:w="50" w:type="dxa"/>
              <w:bottom w:w="20" w:type="dxa"/>
              <w:right w:w="50" w:type="dxa"/>
            </w:tcMar>
          </w:tcPr>
          <w:p w14:paraId="7B2DCC44" w14:textId="77777777" w:rsidR="00292F36" w:rsidRDefault="00000000">
            <w:r>
              <w:rPr>
                <w:sz w:val="14"/>
              </w:rPr>
              <w:t>63.6</w:t>
            </w:r>
          </w:p>
        </w:tc>
        <w:tc>
          <w:tcPr>
            <w:tcW w:w="1008" w:type="dxa"/>
            <w:tcMar>
              <w:top w:w="20" w:type="dxa"/>
              <w:left w:w="50" w:type="dxa"/>
              <w:bottom w:w="20" w:type="dxa"/>
              <w:right w:w="50" w:type="dxa"/>
            </w:tcMar>
          </w:tcPr>
          <w:p w14:paraId="270257C6" w14:textId="77777777" w:rsidR="00292F36" w:rsidRDefault="00000000">
            <w:r>
              <w:rPr>
                <w:sz w:val="14"/>
              </w:rPr>
              <w:t>0.683</w:t>
            </w:r>
          </w:p>
        </w:tc>
        <w:tc>
          <w:tcPr>
            <w:tcW w:w="1008" w:type="dxa"/>
            <w:tcMar>
              <w:top w:w="20" w:type="dxa"/>
              <w:left w:w="50" w:type="dxa"/>
              <w:bottom w:w="20" w:type="dxa"/>
              <w:right w:w="50" w:type="dxa"/>
            </w:tcMar>
          </w:tcPr>
          <w:p w14:paraId="1FEDFF34" w14:textId="77777777" w:rsidR="00292F36" w:rsidRDefault="00000000">
            <w:r>
              <w:rPr>
                <w:sz w:val="14"/>
              </w:rPr>
              <w:t>0.601</w:t>
            </w:r>
          </w:p>
        </w:tc>
        <w:tc>
          <w:tcPr>
            <w:tcW w:w="1008" w:type="dxa"/>
            <w:tcMar>
              <w:top w:w="20" w:type="dxa"/>
              <w:left w:w="50" w:type="dxa"/>
              <w:bottom w:w="20" w:type="dxa"/>
              <w:right w:w="50" w:type="dxa"/>
            </w:tcMar>
          </w:tcPr>
          <w:p w14:paraId="0864312E" w14:textId="77777777" w:rsidR="00292F36" w:rsidRDefault="00000000">
            <w:r>
              <w:rPr>
                <w:sz w:val="14"/>
              </w:rPr>
              <w:t>52.9</w:t>
            </w:r>
          </w:p>
        </w:tc>
        <w:tc>
          <w:tcPr>
            <w:tcW w:w="1008" w:type="dxa"/>
            <w:tcMar>
              <w:top w:w="20" w:type="dxa"/>
              <w:left w:w="50" w:type="dxa"/>
              <w:bottom w:w="20" w:type="dxa"/>
              <w:right w:w="50" w:type="dxa"/>
            </w:tcMar>
          </w:tcPr>
          <w:p w14:paraId="06BF6989" w14:textId="77777777" w:rsidR="00292F36" w:rsidRDefault="00000000">
            <w:r>
              <w:rPr>
                <w:sz w:val="14"/>
              </w:rPr>
              <w:t>15</w:t>
            </w:r>
          </w:p>
        </w:tc>
        <w:tc>
          <w:tcPr>
            <w:tcW w:w="1008" w:type="dxa"/>
            <w:tcMar>
              <w:top w:w="20" w:type="dxa"/>
              <w:left w:w="50" w:type="dxa"/>
              <w:bottom w:w="20" w:type="dxa"/>
              <w:right w:w="50" w:type="dxa"/>
            </w:tcMar>
          </w:tcPr>
          <w:p w14:paraId="78406C9B" w14:textId="77777777" w:rsidR="00292F36" w:rsidRDefault="00000000">
            <w:r>
              <w:rPr>
                <w:sz w:val="14"/>
              </w:rPr>
              <w:t>0.631</w:t>
            </w:r>
          </w:p>
        </w:tc>
        <w:tc>
          <w:tcPr>
            <w:tcW w:w="1008" w:type="dxa"/>
            <w:tcMar>
              <w:top w:w="20" w:type="dxa"/>
              <w:left w:w="50" w:type="dxa"/>
              <w:bottom w:w="20" w:type="dxa"/>
              <w:right w:w="50" w:type="dxa"/>
            </w:tcMar>
          </w:tcPr>
          <w:p w14:paraId="5A936D38" w14:textId="77777777" w:rsidR="00292F36" w:rsidRDefault="00000000">
            <w:r>
              <w:rPr>
                <w:sz w:val="14"/>
              </w:rPr>
              <w:t>11.222</w:t>
            </w:r>
          </w:p>
        </w:tc>
        <w:tc>
          <w:tcPr>
            <w:tcW w:w="1008" w:type="dxa"/>
            <w:tcMar>
              <w:top w:w="20" w:type="dxa"/>
              <w:left w:w="50" w:type="dxa"/>
              <w:bottom w:w="20" w:type="dxa"/>
              <w:right w:w="50" w:type="dxa"/>
            </w:tcMar>
          </w:tcPr>
          <w:p w14:paraId="64D1E15F" w14:textId="77777777" w:rsidR="00292F36" w:rsidRDefault="00000000">
            <w:r>
              <w:rPr>
                <w:sz w:val="14"/>
              </w:rPr>
              <w:t>-0.006</w:t>
            </w:r>
          </w:p>
        </w:tc>
        <w:tc>
          <w:tcPr>
            <w:tcW w:w="1008" w:type="dxa"/>
            <w:tcMar>
              <w:top w:w="20" w:type="dxa"/>
              <w:left w:w="50" w:type="dxa"/>
              <w:bottom w:w="20" w:type="dxa"/>
              <w:right w:w="50" w:type="dxa"/>
            </w:tcMar>
          </w:tcPr>
          <w:p w14:paraId="62BFE628" w14:textId="77777777" w:rsidR="00292F36" w:rsidRDefault="00000000">
            <w:r>
              <w:rPr>
                <w:sz w:val="14"/>
              </w:rPr>
              <w:t>0.151</w:t>
            </w:r>
          </w:p>
        </w:tc>
        <w:tc>
          <w:tcPr>
            <w:tcW w:w="1008" w:type="dxa"/>
            <w:tcMar>
              <w:top w:w="20" w:type="dxa"/>
              <w:left w:w="50" w:type="dxa"/>
              <w:bottom w:w="20" w:type="dxa"/>
              <w:right w:w="50" w:type="dxa"/>
            </w:tcMar>
          </w:tcPr>
          <w:p w14:paraId="76ED74E7" w14:textId="77777777" w:rsidR="00292F36" w:rsidRDefault="00000000">
            <w:r>
              <w:rPr>
                <w:sz w:val="14"/>
              </w:rPr>
              <w:t>18.451</w:t>
            </w:r>
          </w:p>
        </w:tc>
      </w:tr>
      <w:tr w:rsidR="00292F36" w14:paraId="5F3444EB" w14:textId="77777777">
        <w:tc>
          <w:tcPr>
            <w:tcW w:w="1008" w:type="dxa"/>
            <w:tcMar>
              <w:top w:w="20" w:type="dxa"/>
              <w:left w:w="50" w:type="dxa"/>
              <w:bottom w:w="20" w:type="dxa"/>
              <w:right w:w="50" w:type="dxa"/>
            </w:tcMar>
          </w:tcPr>
          <w:p w14:paraId="480B4F41" w14:textId="77777777" w:rsidR="00292F36" w:rsidRPr="00E31FAA" w:rsidRDefault="00000000">
            <w:pPr>
              <w:rPr>
                <w:i/>
                <w:iCs/>
              </w:rPr>
            </w:pPr>
            <w:r w:rsidRPr="00E31FAA">
              <w:rPr>
                <w:i/>
                <w:iCs/>
                <w:sz w:val="14"/>
              </w:rPr>
              <w:t>Hypsurus_caryi</w:t>
            </w:r>
          </w:p>
        </w:tc>
        <w:tc>
          <w:tcPr>
            <w:tcW w:w="1008" w:type="dxa"/>
            <w:tcMar>
              <w:top w:w="20" w:type="dxa"/>
              <w:left w:w="50" w:type="dxa"/>
              <w:bottom w:w="20" w:type="dxa"/>
              <w:right w:w="50" w:type="dxa"/>
            </w:tcMar>
          </w:tcPr>
          <w:p w14:paraId="74EC3ACA" w14:textId="77777777" w:rsidR="00292F36" w:rsidRDefault="00000000">
            <w:r>
              <w:rPr>
                <w:sz w:val="14"/>
              </w:rPr>
              <w:t>Microinvertivore</w:t>
            </w:r>
          </w:p>
        </w:tc>
        <w:tc>
          <w:tcPr>
            <w:tcW w:w="1008" w:type="dxa"/>
            <w:tcMar>
              <w:top w:w="20" w:type="dxa"/>
              <w:left w:w="50" w:type="dxa"/>
              <w:bottom w:w="20" w:type="dxa"/>
              <w:right w:w="50" w:type="dxa"/>
            </w:tcMar>
          </w:tcPr>
          <w:p w14:paraId="259850D8" w14:textId="77777777" w:rsidR="00292F36" w:rsidRDefault="00000000">
            <w:r>
              <w:rPr>
                <w:sz w:val="14"/>
              </w:rPr>
              <w:t>36</w:t>
            </w:r>
          </w:p>
        </w:tc>
        <w:tc>
          <w:tcPr>
            <w:tcW w:w="1008" w:type="dxa"/>
            <w:tcMar>
              <w:top w:w="20" w:type="dxa"/>
              <w:left w:w="50" w:type="dxa"/>
              <w:bottom w:w="20" w:type="dxa"/>
              <w:right w:w="50" w:type="dxa"/>
            </w:tcMar>
          </w:tcPr>
          <w:p w14:paraId="5F6232E0" w14:textId="77777777" w:rsidR="00292F36" w:rsidRDefault="00000000">
            <w:r>
              <w:rPr>
                <w:sz w:val="14"/>
              </w:rPr>
              <w:t>6830.956</w:t>
            </w:r>
          </w:p>
        </w:tc>
        <w:tc>
          <w:tcPr>
            <w:tcW w:w="1008" w:type="dxa"/>
            <w:tcMar>
              <w:top w:w="20" w:type="dxa"/>
              <w:left w:w="50" w:type="dxa"/>
              <w:bottom w:w="20" w:type="dxa"/>
              <w:right w:w="50" w:type="dxa"/>
            </w:tcMar>
          </w:tcPr>
          <w:p w14:paraId="5546B55B" w14:textId="77777777" w:rsidR="00292F36" w:rsidRDefault="00000000">
            <w:r>
              <w:rPr>
                <w:sz w:val="14"/>
              </w:rPr>
              <w:t>93.3</w:t>
            </w:r>
          </w:p>
        </w:tc>
        <w:tc>
          <w:tcPr>
            <w:tcW w:w="1008" w:type="dxa"/>
            <w:tcMar>
              <w:top w:w="20" w:type="dxa"/>
              <w:left w:w="50" w:type="dxa"/>
              <w:bottom w:w="20" w:type="dxa"/>
              <w:right w:w="50" w:type="dxa"/>
            </w:tcMar>
          </w:tcPr>
          <w:p w14:paraId="14A8592D" w14:textId="77777777" w:rsidR="00292F36" w:rsidRDefault="00000000">
            <w:r>
              <w:rPr>
                <w:sz w:val="14"/>
              </w:rPr>
              <w:t>1.06</w:t>
            </w:r>
          </w:p>
        </w:tc>
        <w:tc>
          <w:tcPr>
            <w:tcW w:w="1008" w:type="dxa"/>
            <w:tcMar>
              <w:top w:w="20" w:type="dxa"/>
              <w:left w:w="50" w:type="dxa"/>
              <w:bottom w:w="20" w:type="dxa"/>
              <w:right w:w="50" w:type="dxa"/>
            </w:tcMar>
          </w:tcPr>
          <w:p w14:paraId="1971C328" w14:textId="77777777" w:rsidR="00292F36" w:rsidRDefault="00000000">
            <w:r>
              <w:rPr>
                <w:sz w:val="14"/>
              </w:rPr>
              <w:t>0.265</w:t>
            </w:r>
          </w:p>
        </w:tc>
        <w:tc>
          <w:tcPr>
            <w:tcW w:w="1008" w:type="dxa"/>
            <w:tcMar>
              <w:top w:w="20" w:type="dxa"/>
              <w:left w:w="50" w:type="dxa"/>
              <w:bottom w:w="20" w:type="dxa"/>
              <w:right w:w="50" w:type="dxa"/>
            </w:tcMar>
          </w:tcPr>
          <w:p w14:paraId="3C5884A9" w14:textId="77777777" w:rsidR="00292F36" w:rsidRDefault="00000000">
            <w:r>
              <w:rPr>
                <w:sz w:val="14"/>
              </w:rPr>
              <w:t>22.5</w:t>
            </w:r>
          </w:p>
        </w:tc>
        <w:tc>
          <w:tcPr>
            <w:tcW w:w="1008" w:type="dxa"/>
            <w:tcMar>
              <w:top w:w="20" w:type="dxa"/>
              <w:left w:w="50" w:type="dxa"/>
              <w:bottom w:w="20" w:type="dxa"/>
              <w:right w:w="50" w:type="dxa"/>
            </w:tcMar>
          </w:tcPr>
          <w:p w14:paraId="2AE62AE7" w14:textId="77777777" w:rsidR="00292F36" w:rsidRDefault="00000000">
            <w:r>
              <w:rPr>
                <w:sz w:val="14"/>
              </w:rPr>
              <w:t>11.2</w:t>
            </w:r>
          </w:p>
        </w:tc>
        <w:tc>
          <w:tcPr>
            <w:tcW w:w="1008" w:type="dxa"/>
            <w:tcMar>
              <w:top w:w="20" w:type="dxa"/>
              <w:left w:w="50" w:type="dxa"/>
              <w:bottom w:w="20" w:type="dxa"/>
              <w:right w:w="50" w:type="dxa"/>
            </w:tcMar>
          </w:tcPr>
          <w:p w14:paraId="5B089BC9" w14:textId="77777777" w:rsidR="00292F36" w:rsidRDefault="00000000">
            <w:r>
              <w:rPr>
                <w:sz w:val="14"/>
              </w:rPr>
              <w:t>0.778</w:t>
            </w:r>
          </w:p>
        </w:tc>
        <w:tc>
          <w:tcPr>
            <w:tcW w:w="1008" w:type="dxa"/>
            <w:tcMar>
              <w:top w:w="20" w:type="dxa"/>
              <w:left w:w="50" w:type="dxa"/>
              <w:bottom w:w="20" w:type="dxa"/>
              <w:right w:w="50" w:type="dxa"/>
            </w:tcMar>
          </w:tcPr>
          <w:p w14:paraId="744D4CE0" w14:textId="77777777" w:rsidR="00292F36" w:rsidRDefault="00000000">
            <w:r>
              <w:rPr>
                <w:sz w:val="14"/>
              </w:rPr>
              <w:t>9.869</w:t>
            </w:r>
          </w:p>
        </w:tc>
        <w:tc>
          <w:tcPr>
            <w:tcW w:w="1008" w:type="dxa"/>
            <w:tcMar>
              <w:top w:w="20" w:type="dxa"/>
              <w:left w:w="50" w:type="dxa"/>
              <w:bottom w:w="20" w:type="dxa"/>
              <w:right w:w="50" w:type="dxa"/>
            </w:tcMar>
          </w:tcPr>
          <w:p w14:paraId="548B2BEE" w14:textId="77777777" w:rsidR="00292F36" w:rsidRDefault="00000000">
            <w:r>
              <w:rPr>
                <w:sz w:val="14"/>
              </w:rPr>
              <w:t>-0.023</w:t>
            </w:r>
          </w:p>
        </w:tc>
        <w:tc>
          <w:tcPr>
            <w:tcW w:w="1008" w:type="dxa"/>
            <w:tcMar>
              <w:top w:w="20" w:type="dxa"/>
              <w:left w:w="50" w:type="dxa"/>
              <w:bottom w:w="20" w:type="dxa"/>
              <w:right w:w="50" w:type="dxa"/>
            </w:tcMar>
          </w:tcPr>
          <w:p w14:paraId="7A211B5B" w14:textId="77777777" w:rsidR="00292F36" w:rsidRDefault="00000000">
            <w:r>
              <w:rPr>
                <w:sz w:val="14"/>
              </w:rPr>
              <w:t>0.176</w:t>
            </w:r>
          </w:p>
        </w:tc>
        <w:tc>
          <w:tcPr>
            <w:tcW w:w="1008" w:type="dxa"/>
            <w:tcMar>
              <w:top w:w="20" w:type="dxa"/>
              <w:left w:w="50" w:type="dxa"/>
              <w:bottom w:w="20" w:type="dxa"/>
              <w:right w:w="50" w:type="dxa"/>
            </w:tcMar>
          </w:tcPr>
          <w:p w14:paraId="6323605A" w14:textId="77777777" w:rsidR="00292F36" w:rsidRDefault="00000000">
            <w:r>
              <w:rPr>
                <w:sz w:val="14"/>
              </w:rPr>
              <w:t>19.01</w:t>
            </w:r>
          </w:p>
        </w:tc>
      </w:tr>
      <w:tr w:rsidR="00292F36" w14:paraId="563A21E3" w14:textId="77777777">
        <w:tc>
          <w:tcPr>
            <w:tcW w:w="1008" w:type="dxa"/>
            <w:tcMar>
              <w:top w:w="20" w:type="dxa"/>
              <w:left w:w="50" w:type="dxa"/>
              <w:bottom w:w="20" w:type="dxa"/>
              <w:right w:w="50" w:type="dxa"/>
            </w:tcMar>
          </w:tcPr>
          <w:p w14:paraId="7344DE9C" w14:textId="77777777" w:rsidR="00292F36" w:rsidRPr="00E31FAA" w:rsidRDefault="00000000">
            <w:pPr>
              <w:rPr>
                <w:i/>
                <w:iCs/>
              </w:rPr>
            </w:pPr>
            <w:r w:rsidRPr="00E31FAA">
              <w:rPr>
                <w:i/>
                <w:iCs/>
                <w:sz w:val="14"/>
              </w:rPr>
              <w:t>Oxylebius_pictus</w:t>
            </w:r>
          </w:p>
        </w:tc>
        <w:tc>
          <w:tcPr>
            <w:tcW w:w="1008" w:type="dxa"/>
            <w:tcMar>
              <w:top w:w="20" w:type="dxa"/>
              <w:left w:w="50" w:type="dxa"/>
              <w:bottom w:w="20" w:type="dxa"/>
              <w:right w:w="50" w:type="dxa"/>
            </w:tcMar>
          </w:tcPr>
          <w:p w14:paraId="341CEE73" w14:textId="77777777" w:rsidR="00292F36" w:rsidRDefault="00000000">
            <w:r>
              <w:rPr>
                <w:sz w:val="14"/>
              </w:rPr>
              <w:t>Microinvertivore</w:t>
            </w:r>
          </w:p>
        </w:tc>
        <w:tc>
          <w:tcPr>
            <w:tcW w:w="1008" w:type="dxa"/>
            <w:tcMar>
              <w:top w:w="20" w:type="dxa"/>
              <w:left w:w="50" w:type="dxa"/>
              <w:bottom w:w="20" w:type="dxa"/>
              <w:right w:w="50" w:type="dxa"/>
            </w:tcMar>
          </w:tcPr>
          <w:p w14:paraId="54F47B48" w14:textId="77777777" w:rsidR="00292F36" w:rsidRDefault="00000000">
            <w:r>
              <w:rPr>
                <w:sz w:val="14"/>
              </w:rPr>
              <w:t>50</w:t>
            </w:r>
          </w:p>
        </w:tc>
        <w:tc>
          <w:tcPr>
            <w:tcW w:w="1008" w:type="dxa"/>
            <w:tcMar>
              <w:top w:w="20" w:type="dxa"/>
              <w:left w:w="50" w:type="dxa"/>
              <w:bottom w:w="20" w:type="dxa"/>
              <w:right w:w="50" w:type="dxa"/>
            </w:tcMar>
          </w:tcPr>
          <w:p w14:paraId="422A5A43" w14:textId="77777777" w:rsidR="00292F36" w:rsidRDefault="00000000">
            <w:r>
              <w:rPr>
                <w:sz w:val="14"/>
              </w:rPr>
              <w:t>4400.818</w:t>
            </w:r>
          </w:p>
        </w:tc>
        <w:tc>
          <w:tcPr>
            <w:tcW w:w="1008" w:type="dxa"/>
            <w:tcMar>
              <w:top w:w="20" w:type="dxa"/>
              <w:left w:w="50" w:type="dxa"/>
              <w:bottom w:w="20" w:type="dxa"/>
              <w:right w:w="50" w:type="dxa"/>
            </w:tcMar>
          </w:tcPr>
          <w:p w14:paraId="6DD5A5C3" w14:textId="77777777" w:rsidR="00292F36" w:rsidRDefault="00000000">
            <w:r>
              <w:rPr>
                <w:sz w:val="14"/>
              </w:rPr>
              <w:t>139</w:t>
            </w:r>
          </w:p>
        </w:tc>
        <w:tc>
          <w:tcPr>
            <w:tcW w:w="1008" w:type="dxa"/>
            <w:tcMar>
              <w:top w:w="20" w:type="dxa"/>
              <w:left w:w="50" w:type="dxa"/>
              <w:bottom w:w="20" w:type="dxa"/>
              <w:right w:w="50" w:type="dxa"/>
            </w:tcMar>
          </w:tcPr>
          <w:p w14:paraId="3845197C" w14:textId="77777777" w:rsidR="00292F36" w:rsidRDefault="00000000">
            <w:r>
              <w:rPr>
                <w:sz w:val="14"/>
              </w:rPr>
              <w:t>1.29</w:t>
            </w:r>
          </w:p>
        </w:tc>
        <w:tc>
          <w:tcPr>
            <w:tcW w:w="1008" w:type="dxa"/>
            <w:tcMar>
              <w:top w:w="20" w:type="dxa"/>
              <w:left w:w="50" w:type="dxa"/>
              <w:bottom w:w="20" w:type="dxa"/>
              <w:right w:w="50" w:type="dxa"/>
            </w:tcMar>
          </w:tcPr>
          <w:p w14:paraId="4DEF7640" w14:textId="77777777" w:rsidR="00292F36" w:rsidRDefault="00000000">
            <w:r>
              <w:rPr>
                <w:sz w:val="14"/>
              </w:rPr>
              <w:t>0.513</w:t>
            </w:r>
          </w:p>
        </w:tc>
        <w:tc>
          <w:tcPr>
            <w:tcW w:w="1008" w:type="dxa"/>
            <w:tcMar>
              <w:top w:w="20" w:type="dxa"/>
              <w:left w:w="50" w:type="dxa"/>
              <w:bottom w:w="20" w:type="dxa"/>
              <w:right w:w="50" w:type="dxa"/>
            </w:tcMar>
          </w:tcPr>
          <w:p w14:paraId="769844AC" w14:textId="77777777" w:rsidR="00292F36" w:rsidRDefault="00000000">
            <w:r>
              <w:rPr>
                <w:sz w:val="14"/>
              </w:rPr>
              <w:t>21.1</w:t>
            </w:r>
          </w:p>
        </w:tc>
        <w:tc>
          <w:tcPr>
            <w:tcW w:w="1008" w:type="dxa"/>
            <w:tcMar>
              <w:top w:w="20" w:type="dxa"/>
              <w:left w:w="50" w:type="dxa"/>
              <w:bottom w:w="20" w:type="dxa"/>
              <w:right w:w="50" w:type="dxa"/>
            </w:tcMar>
          </w:tcPr>
          <w:p w14:paraId="4A8F6901" w14:textId="77777777" w:rsidR="00292F36" w:rsidRDefault="00000000">
            <w:r>
              <w:rPr>
                <w:sz w:val="14"/>
              </w:rPr>
              <w:t>18.4</w:t>
            </w:r>
          </w:p>
        </w:tc>
        <w:tc>
          <w:tcPr>
            <w:tcW w:w="1008" w:type="dxa"/>
            <w:tcMar>
              <w:top w:w="20" w:type="dxa"/>
              <w:left w:w="50" w:type="dxa"/>
              <w:bottom w:w="20" w:type="dxa"/>
              <w:right w:w="50" w:type="dxa"/>
            </w:tcMar>
          </w:tcPr>
          <w:p w14:paraId="7ABC2234" w14:textId="77777777" w:rsidR="00292F36" w:rsidRDefault="00000000">
            <w:r>
              <w:rPr>
                <w:sz w:val="14"/>
              </w:rPr>
              <w:t>0.95</w:t>
            </w:r>
          </w:p>
        </w:tc>
        <w:tc>
          <w:tcPr>
            <w:tcW w:w="1008" w:type="dxa"/>
            <w:tcMar>
              <w:top w:w="20" w:type="dxa"/>
              <w:left w:w="50" w:type="dxa"/>
              <w:bottom w:w="20" w:type="dxa"/>
              <w:right w:w="50" w:type="dxa"/>
            </w:tcMar>
          </w:tcPr>
          <w:p w14:paraId="1E7912BD" w14:textId="77777777" w:rsidR="00292F36" w:rsidRDefault="00000000">
            <w:r>
              <w:rPr>
                <w:sz w:val="14"/>
              </w:rPr>
              <w:t>11.917</w:t>
            </w:r>
          </w:p>
        </w:tc>
        <w:tc>
          <w:tcPr>
            <w:tcW w:w="1008" w:type="dxa"/>
            <w:tcMar>
              <w:top w:w="20" w:type="dxa"/>
              <w:left w:w="50" w:type="dxa"/>
              <w:bottom w:w="20" w:type="dxa"/>
              <w:right w:w="50" w:type="dxa"/>
            </w:tcMar>
          </w:tcPr>
          <w:p w14:paraId="25D09B14" w14:textId="77777777" w:rsidR="00292F36" w:rsidRDefault="00000000">
            <w:r>
              <w:rPr>
                <w:sz w:val="14"/>
              </w:rPr>
              <w:t>0.025</w:t>
            </w:r>
          </w:p>
        </w:tc>
        <w:tc>
          <w:tcPr>
            <w:tcW w:w="1008" w:type="dxa"/>
            <w:tcMar>
              <w:top w:w="20" w:type="dxa"/>
              <w:left w:w="50" w:type="dxa"/>
              <w:bottom w:w="20" w:type="dxa"/>
              <w:right w:w="50" w:type="dxa"/>
            </w:tcMar>
          </w:tcPr>
          <w:p w14:paraId="4EDA0D81" w14:textId="77777777" w:rsidR="00292F36" w:rsidRDefault="00000000">
            <w:r>
              <w:rPr>
                <w:sz w:val="14"/>
              </w:rPr>
              <w:t>-0.027</w:t>
            </w:r>
          </w:p>
        </w:tc>
        <w:tc>
          <w:tcPr>
            <w:tcW w:w="1008" w:type="dxa"/>
            <w:tcMar>
              <w:top w:w="20" w:type="dxa"/>
              <w:left w:w="50" w:type="dxa"/>
              <w:bottom w:w="20" w:type="dxa"/>
              <w:right w:w="50" w:type="dxa"/>
            </w:tcMar>
          </w:tcPr>
          <w:p w14:paraId="1E44F365" w14:textId="77777777" w:rsidR="00292F36" w:rsidRDefault="00000000">
            <w:r>
              <w:rPr>
                <w:sz w:val="14"/>
              </w:rPr>
              <w:t>19.991</w:t>
            </w:r>
          </w:p>
        </w:tc>
      </w:tr>
    </w:tbl>
    <w:p w14:paraId="0F32E426" w14:textId="77777777" w:rsidR="00292F36" w:rsidRDefault="00292F36">
      <w:pPr>
        <w:sectPr w:rsidR="00292F36">
          <w:pgSz w:w="15840" w:h="12240" w:orient="landscape"/>
          <w:pgMar w:top="1152" w:right="864" w:bottom="1152" w:left="864" w:header="720" w:footer="720" w:gutter="0"/>
          <w:cols w:space="720"/>
          <w:docGrid w:linePitch="360"/>
        </w:sectPr>
      </w:pPr>
    </w:p>
    <w:p w14:paraId="2E6741C0" w14:textId="77777777" w:rsidR="00292F36" w:rsidRDefault="00000000">
      <w:pPr>
        <w:spacing w:after="40"/>
      </w:pPr>
      <w:r>
        <w:rPr>
          <w:b/>
          <w:sz w:val="22"/>
        </w:rPr>
        <w:lastRenderedPageBreak/>
        <w:t>Table S18 | Correlations between Nature for Nature (NN) and Nature for People (NP) scores across regions.</w:t>
      </w:r>
    </w:p>
    <w:p w14:paraId="4A522237" w14:textId="77777777" w:rsidR="00292F36" w:rsidRDefault="00000000">
      <w:pPr>
        <w:spacing w:after="160"/>
      </w:pPr>
      <w:r>
        <w:rPr>
          <w:sz w:val="18"/>
        </w:rPr>
        <w:t>Pearson correlations and linear regression statistics describing the relationship between Nature for Nature (NN) and Nature for People (NP) scores across all site-by-year observations and separately for each region. Reported values include sample size (n), Pearson’s correlation coefficient (r), coefficient of determination (R²), regression slope and intercept, p-values, and 95% confidence intervals for slope estimates. Positive relationships indicate that higher levels of ecological functioning were associated with greater ecosystem service provisioning.</w:t>
      </w:r>
    </w:p>
    <w:tbl>
      <w:tblPr>
        <w:tblStyle w:val="TableGrid"/>
        <w:tblW w:w="0" w:type="auto"/>
        <w:tblLayout w:type="fixed"/>
        <w:tblLook w:val="04A0" w:firstRow="1" w:lastRow="0" w:firstColumn="1" w:lastColumn="0" w:noHBand="0" w:noVBand="1"/>
      </w:tblPr>
      <w:tblGrid>
        <w:gridCol w:w="1568"/>
        <w:gridCol w:w="1568"/>
        <w:gridCol w:w="1568"/>
        <w:gridCol w:w="1568"/>
        <w:gridCol w:w="1568"/>
        <w:gridCol w:w="1568"/>
        <w:gridCol w:w="1568"/>
        <w:gridCol w:w="1568"/>
        <w:gridCol w:w="1568"/>
      </w:tblGrid>
      <w:tr w:rsidR="00292F36" w14:paraId="6BEF179B" w14:textId="77777777">
        <w:trPr>
          <w:tblHeader/>
        </w:trPr>
        <w:tc>
          <w:tcPr>
            <w:tcW w:w="1568" w:type="dxa"/>
            <w:shd w:val="clear" w:color="auto" w:fill="D9E2F3"/>
            <w:tcMar>
              <w:top w:w="20" w:type="dxa"/>
              <w:left w:w="50" w:type="dxa"/>
              <w:bottom w:w="20" w:type="dxa"/>
              <w:right w:w="50" w:type="dxa"/>
            </w:tcMar>
          </w:tcPr>
          <w:p w14:paraId="4BF76C0D" w14:textId="77777777" w:rsidR="00292F36" w:rsidRDefault="00000000">
            <w:r>
              <w:rPr>
                <w:b/>
                <w:sz w:val="16"/>
              </w:rPr>
              <w:t>Section</w:t>
            </w:r>
          </w:p>
        </w:tc>
        <w:tc>
          <w:tcPr>
            <w:tcW w:w="1568" w:type="dxa"/>
            <w:shd w:val="clear" w:color="auto" w:fill="D9E2F3"/>
            <w:tcMar>
              <w:top w:w="20" w:type="dxa"/>
              <w:left w:w="50" w:type="dxa"/>
              <w:bottom w:w="20" w:type="dxa"/>
              <w:right w:w="50" w:type="dxa"/>
            </w:tcMar>
          </w:tcPr>
          <w:p w14:paraId="6DF900EB" w14:textId="77777777" w:rsidR="00292F36" w:rsidRDefault="00000000">
            <w:r>
              <w:rPr>
                <w:b/>
                <w:sz w:val="16"/>
              </w:rPr>
              <w:t>n</w:t>
            </w:r>
          </w:p>
        </w:tc>
        <w:tc>
          <w:tcPr>
            <w:tcW w:w="1568" w:type="dxa"/>
            <w:shd w:val="clear" w:color="auto" w:fill="D9E2F3"/>
            <w:tcMar>
              <w:top w:w="20" w:type="dxa"/>
              <w:left w:w="50" w:type="dxa"/>
              <w:bottom w:w="20" w:type="dxa"/>
              <w:right w:w="50" w:type="dxa"/>
            </w:tcMar>
          </w:tcPr>
          <w:p w14:paraId="04A51B2E" w14:textId="77777777" w:rsidR="00292F36" w:rsidRDefault="00000000">
            <w:r>
              <w:rPr>
                <w:b/>
                <w:sz w:val="16"/>
              </w:rPr>
              <w:t>r</w:t>
            </w:r>
          </w:p>
        </w:tc>
        <w:tc>
          <w:tcPr>
            <w:tcW w:w="1568" w:type="dxa"/>
            <w:shd w:val="clear" w:color="auto" w:fill="D9E2F3"/>
            <w:tcMar>
              <w:top w:w="20" w:type="dxa"/>
              <w:left w:w="50" w:type="dxa"/>
              <w:bottom w:w="20" w:type="dxa"/>
              <w:right w:w="50" w:type="dxa"/>
            </w:tcMar>
          </w:tcPr>
          <w:p w14:paraId="4D106517" w14:textId="77777777" w:rsidR="00292F36" w:rsidRDefault="00000000">
            <w:r>
              <w:rPr>
                <w:b/>
                <w:sz w:val="16"/>
              </w:rPr>
              <w:t>R2</w:t>
            </w:r>
          </w:p>
        </w:tc>
        <w:tc>
          <w:tcPr>
            <w:tcW w:w="1568" w:type="dxa"/>
            <w:shd w:val="clear" w:color="auto" w:fill="D9E2F3"/>
            <w:tcMar>
              <w:top w:w="20" w:type="dxa"/>
              <w:left w:w="50" w:type="dxa"/>
              <w:bottom w:w="20" w:type="dxa"/>
              <w:right w:w="50" w:type="dxa"/>
            </w:tcMar>
          </w:tcPr>
          <w:p w14:paraId="0902F1BC" w14:textId="77777777" w:rsidR="00292F36" w:rsidRDefault="00000000">
            <w:r>
              <w:rPr>
                <w:b/>
                <w:sz w:val="16"/>
              </w:rPr>
              <w:t>slope</w:t>
            </w:r>
          </w:p>
        </w:tc>
        <w:tc>
          <w:tcPr>
            <w:tcW w:w="1568" w:type="dxa"/>
            <w:shd w:val="clear" w:color="auto" w:fill="D9E2F3"/>
            <w:tcMar>
              <w:top w:w="20" w:type="dxa"/>
              <w:left w:w="50" w:type="dxa"/>
              <w:bottom w:w="20" w:type="dxa"/>
              <w:right w:w="50" w:type="dxa"/>
            </w:tcMar>
          </w:tcPr>
          <w:p w14:paraId="51006C9F" w14:textId="77777777" w:rsidR="00292F36" w:rsidRDefault="00000000">
            <w:r>
              <w:rPr>
                <w:b/>
                <w:sz w:val="16"/>
              </w:rPr>
              <w:t>intercept</w:t>
            </w:r>
          </w:p>
        </w:tc>
        <w:tc>
          <w:tcPr>
            <w:tcW w:w="1568" w:type="dxa"/>
            <w:shd w:val="clear" w:color="auto" w:fill="D9E2F3"/>
            <w:tcMar>
              <w:top w:w="20" w:type="dxa"/>
              <w:left w:w="50" w:type="dxa"/>
              <w:bottom w:w="20" w:type="dxa"/>
              <w:right w:w="50" w:type="dxa"/>
            </w:tcMar>
          </w:tcPr>
          <w:p w14:paraId="1853F9DD" w14:textId="77777777" w:rsidR="00292F36" w:rsidRDefault="00000000">
            <w:r>
              <w:rPr>
                <w:b/>
                <w:sz w:val="16"/>
              </w:rPr>
              <w:t>p_value</w:t>
            </w:r>
          </w:p>
        </w:tc>
        <w:tc>
          <w:tcPr>
            <w:tcW w:w="1568" w:type="dxa"/>
            <w:shd w:val="clear" w:color="auto" w:fill="D9E2F3"/>
            <w:tcMar>
              <w:top w:w="20" w:type="dxa"/>
              <w:left w:w="50" w:type="dxa"/>
              <w:bottom w:w="20" w:type="dxa"/>
              <w:right w:w="50" w:type="dxa"/>
            </w:tcMar>
          </w:tcPr>
          <w:p w14:paraId="68A54E8D" w14:textId="77777777" w:rsidR="00292F36" w:rsidRDefault="00000000">
            <w:r>
              <w:rPr>
                <w:b/>
                <w:sz w:val="16"/>
              </w:rPr>
              <w:t>CI_low</w:t>
            </w:r>
          </w:p>
        </w:tc>
        <w:tc>
          <w:tcPr>
            <w:tcW w:w="1568" w:type="dxa"/>
            <w:shd w:val="clear" w:color="auto" w:fill="D9E2F3"/>
            <w:tcMar>
              <w:top w:w="20" w:type="dxa"/>
              <w:left w:w="50" w:type="dxa"/>
              <w:bottom w:w="20" w:type="dxa"/>
              <w:right w:w="50" w:type="dxa"/>
            </w:tcMar>
          </w:tcPr>
          <w:p w14:paraId="28C36B10" w14:textId="77777777" w:rsidR="00292F36" w:rsidRDefault="00000000">
            <w:r>
              <w:rPr>
                <w:b/>
                <w:sz w:val="16"/>
              </w:rPr>
              <w:t>CI_high</w:t>
            </w:r>
          </w:p>
        </w:tc>
      </w:tr>
      <w:tr w:rsidR="00292F36" w14:paraId="4B1CCAC1" w14:textId="77777777">
        <w:tc>
          <w:tcPr>
            <w:tcW w:w="1568" w:type="dxa"/>
            <w:tcMar>
              <w:top w:w="20" w:type="dxa"/>
              <w:left w:w="50" w:type="dxa"/>
              <w:bottom w:w="20" w:type="dxa"/>
              <w:right w:w="50" w:type="dxa"/>
            </w:tcMar>
          </w:tcPr>
          <w:p w14:paraId="4E698A7F" w14:textId="77777777" w:rsidR="00292F36" w:rsidRDefault="00000000">
            <w:r>
              <w:rPr>
                <w:sz w:val="16"/>
              </w:rPr>
              <w:t>Overall</w:t>
            </w:r>
          </w:p>
        </w:tc>
        <w:tc>
          <w:tcPr>
            <w:tcW w:w="1568" w:type="dxa"/>
            <w:tcMar>
              <w:top w:w="20" w:type="dxa"/>
              <w:left w:w="50" w:type="dxa"/>
              <w:bottom w:w="20" w:type="dxa"/>
              <w:right w:w="50" w:type="dxa"/>
            </w:tcMar>
          </w:tcPr>
          <w:p w14:paraId="41F30746" w14:textId="77777777" w:rsidR="00292F36" w:rsidRDefault="00000000">
            <w:r>
              <w:rPr>
                <w:sz w:val="16"/>
              </w:rPr>
              <w:t>59</w:t>
            </w:r>
          </w:p>
        </w:tc>
        <w:tc>
          <w:tcPr>
            <w:tcW w:w="1568" w:type="dxa"/>
            <w:tcMar>
              <w:top w:w="20" w:type="dxa"/>
              <w:left w:w="50" w:type="dxa"/>
              <w:bottom w:w="20" w:type="dxa"/>
              <w:right w:w="50" w:type="dxa"/>
            </w:tcMar>
          </w:tcPr>
          <w:p w14:paraId="236AD9CE" w14:textId="77777777" w:rsidR="00292F36" w:rsidRDefault="00000000">
            <w:r>
              <w:rPr>
                <w:sz w:val="16"/>
              </w:rPr>
              <w:t>0.509390665982251</w:t>
            </w:r>
          </w:p>
        </w:tc>
        <w:tc>
          <w:tcPr>
            <w:tcW w:w="1568" w:type="dxa"/>
            <w:tcMar>
              <w:top w:w="20" w:type="dxa"/>
              <w:left w:w="50" w:type="dxa"/>
              <w:bottom w:w="20" w:type="dxa"/>
              <w:right w:w="50" w:type="dxa"/>
            </w:tcMar>
          </w:tcPr>
          <w:p w14:paraId="5532715A" w14:textId="77777777" w:rsidR="00292F36" w:rsidRDefault="00000000">
            <w:r>
              <w:rPr>
                <w:sz w:val="16"/>
              </w:rPr>
              <w:t>0.259478850589841</w:t>
            </w:r>
          </w:p>
        </w:tc>
        <w:tc>
          <w:tcPr>
            <w:tcW w:w="1568" w:type="dxa"/>
            <w:tcMar>
              <w:top w:w="20" w:type="dxa"/>
              <w:left w:w="50" w:type="dxa"/>
              <w:bottom w:w="20" w:type="dxa"/>
              <w:right w:w="50" w:type="dxa"/>
            </w:tcMar>
          </w:tcPr>
          <w:p w14:paraId="0B336869" w14:textId="77777777" w:rsidR="00292F36" w:rsidRDefault="00000000">
            <w:r>
              <w:rPr>
                <w:sz w:val="16"/>
              </w:rPr>
              <w:t>0.567384066233033</w:t>
            </w:r>
          </w:p>
        </w:tc>
        <w:tc>
          <w:tcPr>
            <w:tcW w:w="1568" w:type="dxa"/>
            <w:tcMar>
              <w:top w:w="20" w:type="dxa"/>
              <w:left w:w="50" w:type="dxa"/>
              <w:bottom w:w="20" w:type="dxa"/>
              <w:right w:w="50" w:type="dxa"/>
            </w:tcMar>
          </w:tcPr>
          <w:p w14:paraId="4E392809" w14:textId="77777777" w:rsidR="00292F36" w:rsidRDefault="00000000">
            <w:r>
              <w:rPr>
                <w:sz w:val="16"/>
              </w:rPr>
              <w:t>-3.25088685525814e-16</w:t>
            </w:r>
          </w:p>
        </w:tc>
        <w:tc>
          <w:tcPr>
            <w:tcW w:w="1568" w:type="dxa"/>
            <w:tcMar>
              <w:top w:w="20" w:type="dxa"/>
              <w:left w:w="50" w:type="dxa"/>
              <w:bottom w:w="20" w:type="dxa"/>
              <w:right w:w="50" w:type="dxa"/>
            </w:tcMar>
          </w:tcPr>
          <w:p w14:paraId="01C1BB56" w14:textId="77777777" w:rsidR="00292F36" w:rsidRDefault="00000000">
            <w:r>
              <w:rPr>
                <w:sz w:val="16"/>
              </w:rPr>
              <w:t>3.78337702834647e-05</w:t>
            </w:r>
          </w:p>
        </w:tc>
        <w:tc>
          <w:tcPr>
            <w:tcW w:w="1568" w:type="dxa"/>
            <w:tcMar>
              <w:top w:w="20" w:type="dxa"/>
              <w:left w:w="50" w:type="dxa"/>
              <w:bottom w:w="20" w:type="dxa"/>
              <w:right w:w="50" w:type="dxa"/>
            </w:tcMar>
          </w:tcPr>
          <w:p w14:paraId="003C9276" w14:textId="77777777" w:rsidR="00292F36" w:rsidRDefault="00000000">
            <w:r>
              <w:rPr>
                <w:sz w:val="16"/>
              </w:rPr>
              <w:t>0.291308379906112</w:t>
            </w:r>
          </w:p>
        </w:tc>
        <w:tc>
          <w:tcPr>
            <w:tcW w:w="1568" w:type="dxa"/>
            <w:tcMar>
              <w:top w:w="20" w:type="dxa"/>
              <w:left w:w="50" w:type="dxa"/>
              <w:bottom w:w="20" w:type="dxa"/>
              <w:right w:w="50" w:type="dxa"/>
            </w:tcMar>
          </w:tcPr>
          <w:p w14:paraId="2ECB5F89" w14:textId="77777777" w:rsidR="00292F36" w:rsidRDefault="00000000">
            <w:r>
              <w:rPr>
                <w:sz w:val="16"/>
              </w:rPr>
              <w:t>0.677142468913925</w:t>
            </w:r>
          </w:p>
        </w:tc>
      </w:tr>
      <w:tr w:rsidR="00292F36" w14:paraId="6800E920" w14:textId="77777777">
        <w:tc>
          <w:tcPr>
            <w:tcW w:w="1568" w:type="dxa"/>
            <w:tcMar>
              <w:top w:w="20" w:type="dxa"/>
              <w:left w:w="50" w:type="dxa"/>
              <w:bottom w:w="20" w:type="dxa"/>
              <w:right w:w="50" w:type="dxa"/>
            </w:tcMar>
          </w:tcPr>
          <w:p w14:paraId="2A9B1C57" w14:textId="77777777" w:rsidR="00292F36" w:rsidRDefault="00000000">
            <w:r>
              <w:rPr>
                <w:sz w:val="16"/>
              </w:rPr>
              <w:t>North</w:t>
            </w:r>
          </w:p>
        </w:tc>
        <w:tc>
          <w:tcPr>
            <w:tcW w:w="1568" w:type="dxa"/>
            <w:tcMar>
              <w:top w:w="20" w:type="dxa"/>
              <w:left w:w="50" w:type="dxa"/>
              <w:bottom w:w="20" w:type="dxa"/>
              <w:right w:w="50" w:type="dxa"/>
            </w:tcMar>
          </w:tcPr>
          <w:p w14:paraId="1B9B015C" w14:textId="77777777" w:rsidR="00292F36" w:rsidRDefault="00000000">
            <w:r>
              <w:rPr>
                <w:sz w:val="16"/>
              </w:rPr>
              <w:t>26</w:t>
            </w:r>
          </w:p>
        </w:tc>
        <w:tc>
          <w:tcPr>
            <w:tcW w:w="1568" w:type="dxa"/>
            <w:tcMar>
              <w:top w:w="20" w:type="dxa"/>
              <w:left w:w="50" w:type="dxa"/>
              <w:bottom w:w="20" w:type="dxa"/>
              <w:right w:w="50" w:type="dxa"/>
            </w:tcMar>
          </w:tcPr>
          <w:p w14:paraId="248FF267" w14:textId="77777777" w:rsidR="00292F36" w:rsidRDefault="00000000">
            <w:r>
              <w:rPr>
                <w:sz w:val="16"/>
              </w:rPr>
              <w:t>0.195052342092438</w:t>
            </w:r>
          </w:p>
        </w:tc>
        <w:tc>
          <w:tcPr>
            <w:tcW w:w="1568" w:type="dxa"/>
            <w:tcMar>
              <w:top w:w="20" w:type="dxa"/>
              <w:left w:w="50" w:type="dxa"/>
              <w:bottom w:w="20" w:type="dxa"/>
              <w:right w:w="50" w:type="dxa"/>
            </w:tcMar>
          </w:tcPr>
          <w:p w14:paraId="415313F0" w14:textId="77777777" w:rsidR="00292F36" w:rsidRDefault="00000000">
            <w:r>
              <w:rPr>
                <w:sz w:val="16"/>
              </w:rPr>
              <w:t>0.0380454161557453</w:t>
            </w:r>
          </w:p>
        </w:tc>
        <w:tc>
          <w:tcPr>
            <w:tcW w:w="1568" w:type="dxa"/>
            <w:tcMar>
              <w:top w:w="20" w:type="dxa"/>
              <w:left w:w="50" w:type="dxa"/>
              <w:bottom w:w="20" w:type="dxa"/>
              <w:right w:w="50" w:type="dxa"/>
            </w:tcMar>
          </w:tcPr>
          <w:p w14:paraId="2B30B2B5" w14:textId="77777777" w:rsidR="00292F36" w:rsidRDefault="00000000">
            <w:r>
              <w:rPr>
                <w:sz w:val="16"/>
              </w:rPr>
              <w:t>0.223993703242148</w:t>
            </w:r>
          </w:p>
        </w:tc>
        <w:tc>
          <w:tcPr>
            <w:tcW w:w="1568" w:type="dxa"/>
            <w:tcMar>
              <w:top w:w="20" w:type="dxa"/>
              <w:left w:w="50" w:type="dxa"/>
              <w:bottom w:w="20" w:type="dxa"/>
              <w:right w:w="50" w:type="dxa"/>
            </w:tcMar>
          </w:tcPr>
          <w:p w14:paraId="06449F67" w14:textId="77777777" w:rsidR="00292F36" w:rsidRDefault="00000000">
            <w:r>
              <w:rPr>
                <w:sz w:val="16"/>
              </w:rPr>
              <w:t>-0.157504748786842</w:t>
            </w:r>
          </w:p>
        </w:tc>
        <w:tc>
          <w:tcPr>
            <w:tcW w:w="1568" w:type="dxa"/>
            <w:tcMar>
              <w:top w:w="20" w:type="dxa"/>
              <w:left w:w="50" w:type="dxa"/>
              <w:bottom w:w="20" w:type="dxa"/>
              <w:right w:w="50" w:type="dxa"/>
            </w:tcMar>
          </w:tcPr>
          <w:p w14:paraId="11A3D723" w14:textId="77777777" w:rsidR="00292F36" w:rsidRDefault="00000000">
            <w:r>
              <w:rPr>
                <w:sz w:val="16"/>
              </w:rPr>
              <w:t>0.33964054134789</w:t>
            </w:r>
          </w:p>
        </w:tc>
        <w:tc>
          <w:tcPr>
            <w:tcW w:w="1568" w:type="dxa"/>
            <w:tcMar>
              <w:top w:w="20" w:type="dxa"/>
              <w:left w:w="50" w:type="dxa"/>
              <w:bottom w:w="20" w:type="dxa"/>
              <w:right w:w="50" w:type="dxa"/>
            </w:tcMar>
          </w:tcPr>
          <w:p w14:paraId="55810D57" w14:textId="77777777" w:rsidR="00292F36" w:rsidRDefault="00000000">
            <w:r>
              <w:rPr>
                <w:sz w:val="16"/>
              </w:rPr>
              <w:t>-0.208016018904913</w:t>
            </w:r>
          </w:p>
        </w:tc>
        <w:tc>
          <w:tcPr>
            <w:tcW w:w="1568" w:type="dxa"/>
            <w:tcMar>
              <w:top w:w="20" w:type="dxa"/>
              <w:left w:w="50" w:type="dxa"/>
              <w:bottom w:w="20" w:type="dxa"/>
              <w:right w:w="50" w:type="dxa"/>
            </w:tcMar>
          </w:tcPr>
          <w:p w14:paraId="52E9A237" w14:textId="77777777" w:rsidR="00292F36" w:rsidRDefault="00000000">
            <w:r>
              <w:rPr>
                <w:sz w:val="16"/>
              </w:rPr>
              <w:t>0.541492415607928</w:t>
            </w:r>
          </w:p>
        </w:tc>
      </w:tr>
      <w:tr w:rsidR="00292F36" w14:paraId="59FC7B41" w14:textId="77777777">
        <w:tc>
          <w:tcPr>
            <w:tcW w:w="1568" w:type="dxa"/>
            <w:tcMar>
              <w:top w:w="20" w:type="dxa"/>
              <w:left w:w="50" w:type="dxa"/>
              <w:bottom w:w="20" w:type="dxa"/>
              <w:right w:w="50" w:type="dxa"/>
            </w:tcMar>
          </w:tcPr>
          <w:p w14:paraId="05FC65F7" w14:textId="77777777" w:rsidR="00292F36" w:rsidRDefault="00000000">
            <w:r>
              <w:rPr>
                <w:sz w:val="16"/>
              </w:rPr>
              <w:t>Middle</w:t>
            </w:r>
          </w:p>
        </w:tc>
        <w:tc>
          <w:tcPr>
            <w:tcW w:w="1568" w:type="dxa"/>
            <w:tcMar>
              <w:top w:w="20" w:type="dxa"/>
              <w:left w:w="50" w:type="dxa"/>
              <w:bottom w:w="20" w:type="dxa"/>
              <w:right w:w="50" w:type="dxa"/>
            </w:tcMar>
          </w:tcPr>
          <w:p w14:paraId="3EE07971" w14:textId="77777777" w:rsidR="00292F36" w:rsidRDefault="00000000">
            <w:r>
              <w:rPr>
                <w:sz w:val="16"/>
              </w:rPr>
              <w:t>12</w:t>
            </w:r>
          </w:p>
        </w:tc>
        <w:tc>
          <w:tcPr>
            <w:tcW w:w="1568" w:type="dxa"/>
            <w:tcMar>
              <w:top w:w="20" w:type="dxa"/>
              <w:left w:w="50" w:type="dxa"/>
              <w:bottom w:w="20" w:type="dxa"/>
              <w:right w:w="50" w:type="dxa"/>
            </w:tcMar>
          </w:tcPr>
          <w:p w14:paraId="449FAD2E" w14:textId="77777777" w:rsidR="00292F36" w:rsidRDefault="00000000">
            <w:r>
              <w:rPr>
                <w:sz w:val="16"/>
              </w:rPr>
              <w:t>0.468188678778471</w:t>
            </w:r>
          </w:p>
        </w:tc>
        <w:tc>
          <w:tcPr>
            <w:tcW w:w="1568" w:type="dxa"/>
            <w:tcMar>
              <w:top w:w="20" w:type="dxa"/>
              <w:left w:w="50" w:type="dxa"/>
              <w:bottom w:w="20" w:type="dxa"/>
              <w:right w:w="50" w:type="dxa"/>
            </w:tcMar>
          </w:tcPr>
          <w:p w14:paraId="3CC3A257" w14:textId="77777777" w:rsidR="00292F36" w:rsidRDefault="00000000">
            <w:r>
              <w:rPr>
                <w:sz w:val="16"/>
              </w:rPr>
              <w:t>0.21920063893633</w:t>
            </w:r>
          </w:p>
        </w:tc>
        <w:tc>
          <w:tcPr>
            <w:tcW w:w="1568" w:type="dxa"/>
            <w:tcMar>
              <w:top w:w="20" w:type="dxa"/>
              <w:left w:w="50" w:type="dxa"/>
              <w:bottom w:w="20" w:type="dxa"/>
              <w:right w:w="50" w:type="dxa"/>
            </w:tcMar>
          </w:tcPr>
          <w:p w14:paraId="3837BB46" w14:textId="77777777" w:rsidR="00292F36" w:rsidRDefault="00000000">
            <w:r>
              <w:rPr>
                <w:sz w:val="16"/>
              </w:rPr>
              <w:t>0.736706471905986</w:t>
            </w:r>
          </w:p>
        </w:tc>
        <w:tc>
          <w:tcPr>
            <w:tcW w:w="1568" w:type="dxa"/>
            <w:tcMar>
              <w:top w:w="20" w:type="dxa"/>
              <w:left w:w="50" w:type="dxa"/>
              <w:bottom w:w="20" w:type="dxa"/>
              <w:right w:w="50" w:type="dxa"/>
            </w:tcMar>
          </w:tcPr>
          <w:p w14:paraId="4D1833D6" w14:textId="77777777" w:rsidR="00292F36" w:rsidRDefault="00000000">
            <w:r>
              <w:rPr>
                <w:sz w:val="16"/>
              </w:rPr>
              <w:t>-0.0664475603101324</w:t>
            </w:r>
          </w:p>
        </w:tc>
        <w:tc>
          <w:tcPr>
            <w:tcW w:w="1568" w:type="dxa"/>
            <w:tcMar>
              <w:top w:w="20" w:type="dxa"/>
              <w:left w:w="50" w:type="dxa"/>
              <w:bottom w:w="20" w:type="dxa"/>
              <w:right w:w="50" w:type="dxa"/>
            </w:tcMar>
          </w:tcPr>
          <w:p w14:paraId="3489768E" w14:textId="77777777" w:rsidR="00292F36" w:rsidRDefault="00000000">
            <w:r>
              <w:rPr>
                <w:sz w:val="16"/>
              </w:rPr>
              <w:t>0.124768068581068</w:t>
            </w:r>
          </w:p>
        </w:tc>
        <w:tc>
          <w:tcPr>
            <w:tcW w:w="1568" w:type="dxa"/>
            <w:tcMar>
              <w:top w:w="20" w:type="dxa"/>
              <w:left w:w="50" w:type="dxa"/>
              <w:bottom w:w="20" w:type="dxa"/>
              <w:right w:w="50" w:type="dxa"/>
            </w:tcMar>
          </w:tcPr>
          <w:p w14:paraId="1895E8F3" w14:textId="77777777" w:rsidR="00292F36" w:rsidRDefault="00000000">
            <w:r>
              <w:rPr>
                <w:sz w:val="16"/>
              </w:rPr>
              <w:t>-0.144553679170262</w:t>
            </w:r>
          </w:p>
        </w:tc>
        <w:tc>
          <w:tcPr>
            <w:tcW w:w="1568" w:type="dxa"/>
            <w:tcMar>
              <w:top w:w="20" w:type="dxa"/>
              <w:left w:w="50" w:type="dxa"/>
              <w:bottom w:w="20" w:type="dxa"/>
              <w:right w:w="50" w:type="dxa"/>
            </w:tcMar>
          </w:tcPr>
          <w:p w14:paraId="4A167111" w14:textId="77777777" w:rsidR="00292F36" w:rsidRDefault="00000000">
            <w:r>
              <w:rPr>
                <w:sz w:val="16"/>
              </w:rPr>
              <w:t>0.821388056384481</w:t>
            </w:r>
          </w:p>
        </w:tc>
      </w:tr>
      <w:tr w:rsidR="00292F36" w14:paraId="64CB8227" w14:textId="77777777">
        <w:tc>
          <w:tcPr>
            <w:tcW w:w="1568" w:type="dxa"/>
            <w:tcMar>
              <w:top w:w="20" w:type="dxa"/>
              <w:left w:w="50" w:type="dxa"/>
              <w:bottom w:w="20" w:type="dxa"/>
              <w:right w:w="50" w:type="dxa"/>
            </w:tcMar>
          </w:tcPr>
          <w:p w14:paraId="461163E6" w14:textId="77777777" w:rsidR="00292F36" w:rsidRDefault="00000000">
            <w:r>
              <w:rPr>
                <w:sz w:val="16"/>
              </w:rPr>
              <w:t>South</w:t>
            </w:r>
          </w:p>
        </w:tc>
        <w:tc>
          <w:tcPr>
            <w:tcW w:w="1568" w:type="dxa"/>
            <w:tcMar>
              <w:top w:w="20" w:type="dxa"/>
              <w:left w:w="50" w:type="dxa"/>
              <w:bottom w:w="20" w:type="dxa"/>
              <w:right w:w="50" w:type="dxa"/>
            </w:tcMar>
          </w:tcPr>
          <w:p w14:paraId="24324EFD" w14:textId="77777777" w:rsidR="00292F36" w:rsidRDefault="00000000">
            <w:r>
              <w:rPr>
                <w:sz w:val="16"/>
              </w:rPr>
              <w:t>21</w:t>
            </w:r>
          </w:p>
        </w:tc>
        <w:tc>
          <w:tcPr>
            <w:tcW w:w="1568" w:type="dxa"/>
            <w:tcMar>
              <w:top w:w="20" w:type="dxa"/>
              <w:left w:w="50" w:type="dxa"/>
              <w:bottom w:w="20" w:type="dxa"/>
              <w:right w:w="50" w:type="dxa"/>
            </w:tcMar>
          </w:tcPr>
          <w:p w14:paraId="390D10FC" w14:textId="77777777" w:rsidR="00292F36" w:rsidRDefault="00000000">
            <w:r>
              <w:rPr>
                <w:sz w:val="16"/>
              </w:rPr>
              <w:t>0.519859492313605</w:t>
            </w:r>
          </w:p>
        </w:tc>
        <w:tc>
          <w:tcPr>
            <w:tcW w:w="1568" w:type="dxa"/>
            <w:tcMar>
              <w:top w:w="20" w:type="dxa"/>
              <w:left w:w="50" w:type="dxa"/>
              <w:bottom w:w="20" w:type="dxa"/>
              <w:right w:w="50" w:type="dxa"/>
            </w:tcMar>
          </w:tcPr>
          <w:p w14:paraId="45515B8E" w14:textId="77777777" w:rsidR="00292F36" w:rsidRDefault="00000000">
            <w:r>
              <w:rPr>
                <w:sz w:val="16"/>
              </w:rPr>
              <w:t>0.270253891748559</w:t>
            </w:r>
          </w:p>
        </w:tc>
        <w:tc>
          <w:tcPr>
            <w:tcW w:w="1568" w:type="dxa"/>
            <w:tcMar>
              <w:top w:w="20" w:type="dxa"/>
              <w:left w:w="50" w:type="dxa"/>
              <w:bottom w:w="20" w:type="dxa"/>
              <w:right w:w="50" w:type="dxa"/>
            </w:tcMar>
          </w:tcPr>
          <w:p w14:paraId="5D321F6A" w14:textId="77777777" w:rsidR="00292F36" w:rsidRDefault="00000000">
            <w:r>
              <w:rPr>
                <w:sz w:val="16"/>
              </w:rPr>
              <w:t>0.519203155606202</w:t>
            </w:r>
          </w:p>
        </w:tc>
        <w:tc>
          <w:tcPr>
            <w:tcW w:w="1568" w:type="dxa"/>
            <w:tcMar>
              <w:top w:w="20" w:type="dxa"/>
              <w:left w:w="50" w:type="dxa"/>
              <w:bottom w:w="20" w:type="dxa"/>
              <w:right w:w="50" w:type="dxa"/>
            </w:tcMar>
          </w:tcPr>
          <w:p w14:paraId="66EC14A0" w14:textId="77777777" w:rsidR="00292F36" w:rsidRDefault="00000000">
            <w:r>
              <w:rPr>
                <w:sz w:val="16"/>
              </w:rPr>
              <w:t>0.126502958237209</w:t>
            </w:r>
          </w:p>
        </w:tc>
        <w:tc>
          <w:tcPr>
            <w:tcW w:w="1568" w:type="dxa"/>
            <w:tcMar>
              <w:top w:w="20" w:type="dxa"/>
              <w:left w:w="50" w:type="dxa"/>
              <w:bottom w:w="20" w:type="dxa"/>
              <w:right w:w="50" w:type="dxa"/>
            </w:tcMar>
          </w:tcPr>
          <w:p w14:paraId="09E02647" w14:textId="77777777" w:rsidR="00292F36" w:rsidRDefault="00000000">
            <w:r>
              <w:rPr>
                <w:sz w:val="16"/>
              </w:rPr>
              <w:t>0.0157119042134281</w:t>
            </w:r>
          </w:p>
        </w:tc>
        <w:tc>
          <w:tcPr>
            <w:tcW w:w="1568" w:type="dxa"/>
            <w:tcMar>
              <w:top w:w="20" w:type="dxa"/>
              <w:left w:w="50" w:type="dxa"/>
              <w:bottom w:w="20" w:type="dxa"/>
              <w:right w:w="50" w:type="dxa"/>
            </w:tcMar>
          </w:tcPr>
          <w:p w14:paraId="772937B3" w14:textId="77777777" w:rsidR="00292F36" w:rsidRDefault="00000000">
            <w:r>
              <w:rPr>
                <w:sz w:val="16"/>
              </w:rPr>
              <w:t>0.113685643667156</w:t>
            </w:r>
          </w:p>
        </w:tc>
        <w:tc>
          <w:tcPr>
            <w:tcW w:w="1568" w:type="dxa"/>
            <w:tcMar>
              <w:top w:w="20" w:type="dxa"/>
              <w:left w:w="50" w:type="dxa"/>
              <w:bottom w:w="20" w:type="dxa"/>
              <w:right w:w="50" w:type="dxa"/>
            </w:tcMar>
          </w:tcPr>
          <w:p w14:paraId="034AB9EE" w14:textId="77777777" w:rsidR="00292F36" w:rsidRDefault="00000000">
            <w:r>
              <w:rPr>
                <w:sz w:val="16"/>
              </w:rPr>
              <w:t>0.777142659462299</w:t>
            </w:r>
          </w:p>
        </w:tc>
      </w:tr>
    </w:tbl>
    <w:p w14:paraId="6E4CEFD4" w14:textId="77777777" w:rsidR="00292F36" w:rsidRDefault="00292F36">
      <w:pPr>
        <w:sectPr w:rsidR="00292F36">
          <w:pgSz w:w="15840" w:h="12240" w:orient="landscape"/>
          <w:pgMar w:top="1152" w:right="864" w:bottom="1152" w:left="864" w:header="720" w:footer="720" w:gutter="0"/>
          <w:cols w:space="720"/>
          <w:docGrid w:linePitch="360"/>
        </w:sectPr>
      </w:pPr>
    </w:p>
    <w:p w14:paraId="18998ACF" w14:textId="77777777" w:rsidR="00292F36" w:rsidRDefault="00000000">
      <w:pPr>
        <w:spacing w:after="40"/>
      </w:pPr>
      <w:r>
        <w:rPr>
          <w:b/>
          <w:sz w:val="22"/>
        </w:rPr>
        <w:lastRenderedPageBreak/>
        <w:t>Table S19 | Temporal trends in Nature for Nature (NN) and Nature for People (NP) scores across regions.</w:t>
      </w:r>
    </w:p>
    <w:p w14:paraId="556EE52A" w14:textId="77777777" w:rsidR="00292F36" w:rsidRDefault="00000000">
      <w:pPr>
        <w:spacing w:after="160"/>
      </w:pPr>
      <w:r>
        <w:rPr>
          <w:sz w:val="18"/>
        </w:rPr>
        <w:t>Region-specific temporal slopes for standardized Nature for Nature (NN) and Nature for People (NP) scores estimated from linear models. Reported values include slope estimates, standard errors (SE), 95% confidence intervals, and significance assessments at α = 0.05. Confidence intervals overlapping zero indicate no significant temporal trends in NN or NP scores within regions over the study period.</w:t>
      </w:r>
    </w:p>
    <w:tbl>
      <w:tblPr>
        <w:tblStyle w:val="TableGrid"/>
        <w:tblW w:w="0" w:type="auto"/>
        <w:tblLayout w:type="fixed"/>
        <w:tblLook w:val="04A0" w:firstRow="1" w:lastRow="0" w:firstColumn="1" w:lastColumn="0" w:noHBand="0" w:noVBand="1"/>
      </w:tblPr>
      <w:tblGrid>
        <w:gridCol w:w="1337"/>
        <w:gridCol w:w="1337"/>
        <w:gridCol w:w="1337"/>
        <w:gridCol w:w="1337"/>
        <w:gridCol w:w="1337"/>
        <w:gridCol w:w="1337"/>
        <w:gridCol w:w="1337"/>
      </w:tblGrid>
      <w:tr w:rsidR="00292F36" w14:paraId="7D36EEEB" w14:textId="77777777">
        <w:trPr>
          <w:tblHeader/>
        </w:trPr>
        <w:tc>
          <w:tcPr>
            <w:tcW w:w="1337" w:type="dxa"/>
            <w:shd w:val="clear" w:color="auto" w:fill="D9E2F3"/>
            <w:tcMar>
              <w:top w:w="20" w:type="dxa"/>
              <w:left w:w="50" w:type="dxa"/>
              <w:bottom w:w="20" w:type="dxa"/>
              <w:right w:w="50" w:type="dxa"/>
            </w:tcMar>
          </w:tcPr>
          <w:p w14:paraId="1A5A5E6B" w14:textId="77777777" w:rsidR="00292F36" w:rsidRDefault="00000000">
            <w:r>
              <w:rPr>
                <w:b/>
                <w:sz w:val="16"/>
              </w:rPr>
              <w:t>Index</w:t>
            </w:r>
          </w:p>
        </w:tc>
        <w:tc>
          <w:tcPr>
            <w:tcW w:w="1337" w:type="dxa"/>
            <w:shd w:val="clear" w:color="auto" w:fill="D9E2F3"/>
            <w:tcMar>
              <w:top w:w="20" w:type="dxa"/>
              <w:left w:w="50" w:type="dxa"/>
              <w:bottom w:w="20" w:type="dxa"/>
              <w:right w:w="50" w:type="dxa"/>
            </w:tcMar>
          </w:tcPr>
          <w:p w14:paraId="17E4E067" w14:textId="77777777" w:rsidR="00292F36" w:rsidRDefault="00000000">
            <w:r>
              <w:rPr>
                <w:b/>
                <w:sz w:val="16"/>
              </w:rPr>
              <w:t>Section</w:t>
            </w:r>
          </w:p>
        </w:tc>
        <w:tc>
          <w:tcPr>
            <w:tcW w:w="1337" w:type="dxa"/>
            <w:shd w:val="clear" w:color="auto" w:fill="D9E2F3"/>
            <w:tcMar>
              <w:top w:w="20" w:type="dxa"/>
              <w:left w:w="50" w:type="dxa"/>
              <w:bottom w:w="20" w:type="dxa"/>
              <w:right w:w="50" w:type="dxa"/>
            </w:tcMar>
          </w:tcPr>
          <w:p w14:paraId="4281855E" w14:textId="77777777" w:rsidR="00292F36" w:rsidRDefault="00000000">
            <w:r>
              <w:rPr>
                <w:b/>
                <w:sz w:val="16"/>
              </w:rPr>
              <w:t>slope</w:t>
            </w:r>
          </w:p>
        </w:tc>
        <w:tc>
          <w:tcPr>
            <w:tcW w:w="1337" w:type="dxa"/>
            <w:shd w:val="clear" w:color="auto" w:fill="D9E2F3"/>
            <w:tcMar>
              <w:top w:w="20" w:type="dxa"/>
              <w:left w:w="50" w:type="dxa"/>
              <w:bottom w:w="20" w:type="dxa"/>
              <w:right w:w="50" w:type="dxa"/>
            </w:tcMar>
          </w:tcPr>
          <w:p w14:paraId="7DE63898" w14:textId="77777777" w:rsidR="00292F36" w:rsidRDefault="00000000">
            <w:r>
              <w:rPr>
                <w:b/>
                <w:sz w:val="16"/>
              </w:rPr>
              <w:t>SE</w:t>
            </w:r>
          </w:p>
        </w:tc>
        <w:tc>
          <w:tcPr>
            <w:tcW w:w="1337" w:type="dxa"/>
            <w:shd w:val="clear" w:color="auto" w:fill="D9E2F3"/>
            <w:tcMar>
              <w:top w:w="20" w:type="dxa"/>
              <w:left w:w="50" w:type="dxa"/>
              <w:bottom w:w="20" w:type="dxa"/>
              <w:right w:w="50" w:type="dxa"/>
            </w:tcMar>
          </w:tcPr>
          <w:p w14:paraId="04160A12" w14:textId="77777777" w:rsidR="00292F36" w:rsidRDefault="00000000">
            <w:r>
              <w:rPr>
                <w:b/>
                <w:sz w:val="16"/>
              </w:rPr>
              <w:t>CI_lower</w:t>
            </w:r>
          </w:p>
        </w:tc>
        <w:tc>
          <w:tcPr>
            <w:tcW w:w="1337" w:type="dxa"/>
            <w:shd w:val="clear" w:color="auto" w:fill="D9E2F3"/>
            <w:tcMar>
              <w:top w:w="20" w:type="dxa"/>
              <w:left w:w="50" w:type="dxa"/>
              <w:bottom w:w="20" w:type="dxa"/>
              <w:right w:w="50" w:type="dxa"/>
            </w:tcMar>
          </w:tcPr>
          <w:p w14:paraId="5C8D08C3" w14:textId="77777777" w:rsidR="00292F36" w:rsidRDefault="00000000">
            <w:r>
              <w:rPr>
                <w:b/>
                <w:sz w:val="16"/>
              </w:rPr>
              <w:t>CI_upper</w:t>
            </w:r>
          </w:p>
        </w:tc>
        <w:tc>
          <w:tcPr>
            <w:tcW w:w="1337" w:type="dxa"/>
            <w:shd w:val="clear" w:color="auto" w:fill="D9E2F3"/>
            <w:tcMar>
              <w:top w:w="20" w:type="dxa"/>
              <w:left w:w="50" w:type="dxa"/>
              <w:bottom w:w="20" w:type="dxa"/>
              <w:right w:w="50" w:type="dxa"/>
            </w:tcMar>
          </w:tcPr>
          <w:p w14:paraId="299611D5" w14:textId="77777777" w:rsidR="00292F36" w:rsidRDefault="00000000">
            <w:r>
              <w:rPr>
                <w:b/>
                <w:sz w:val="16"/>
              </w:rPr>
              <w:t>Significant_at_05</w:t>
            </w:r>
          </w:p>
        </w:tc>
      </w:tr>
      <w:tr w:rsidR="00292F36" w14:paraId="5778DA8A" w14:textId="77777777">
        <w:tc>
          <w:tcPr>
            <w:tcW w:w="1337" w:type="dxa"/>
            <w:tcMar>
              <w:top w:w="20" w:type="dxa"/>
              <w:left w:w="50" w:type="dxa"/>
              <w:bottom w:w="20" w:type="dxa"/>
              <w:right w:w="50" w:type="dxa"/>
            </w:tcMar>
          </w:tcPr>
          <w:p w14:paraId="3F78A5B5" w14:textId="77777777" w:rsidR="00292F36" w:rsidRDefault="00000000">
            <w:r>
              <w:rPr>
                <w:sz w:val="16"/>
              </w:rPr>
              <w:t>NN</w:t>
            </w:r>
          </w:p>
        </w:tc>
        <w:tc>
          <w:tcPr>
            <w:tcW w:w="1337" w:type="dxa"/>
            <w:tcMar>
              <w:top w:w="20" w:type="dxa"/>
              <w:left w:w="50" w:type="dxa"/>
              <w:bottom w:w="20" w:type="dxa"/>
              <w:right w:w="50" w:type="dxa"/>
            </w:tcMar>
          </w:tcPr>
          <w:p w14:paraId="1279DFA8" w14:textId="77777777" w:rsidR="00292F36" w:rsidRDefault="00000000">
            <w:r>
              <w:rPr>
                <w:sz w:val="16"/>
              </w:rPr>
              <w:t>North</w:t>
            </w:r>
          </w:p>
        </w:tc>
        <w:tc>
          <w:tcPr>
            <w:tcW w:w="1337" w:type="dxa"/>
            <w:tcMar>
              <w:top w:w="20" w:type="dxa"/>
              <w:left w:w="50" w:type="dxa"/>
              <w:bottom w:w="20" w:type="dxa"/>
              <w:right w:w="50" w:type="dxa"/>
            </w:tcMar>
          </w:tcPr>
          <w:p w14:paraId="6885EDC5" w14:textId="77777777" w:rsidR="00292F36" w:rsidRDefault="00000000">
            <w:r>
              <w:rPr>
                <w:sz w:val="16"/>
              </w:rPr>
              <w:t>-0.0408221315791301</w:t>
            </w:r>
          </w:p>
        </w:tc>
        <w:tc>
          <w:tcPr>
            <w:tcW w:w="1337" w:type="dxa"/>
            <w:tcMar>
              <w:top w:w="20" w:type="dxa"/>
              <w:left w:w="50" w:type="dxa"/>
              <w:bottom w:w="20" w:type="dxa"/>
              <w:right w:w="50" w:type="dxa"/>
            </w:tcMar>
          </w:tcPr>
          <w:p w14:paraId="74FF922E" w14:textId="77777777" w:rsidR="00292F36" w:rsidRDefault="00000000">
            <w:r>
              <w:rPr>
                <w:sz w:val="16"/>
              </w:rPr>
              <w:t>0.0346386183561228</w:t>
            </w:r>
          </w:p>
        </w:tc>
        <w:tc>
          <w:tcPr>
            <w:tcW w:w="1337" w:type="dxa"/>
            <w:tcMar>
              <w:top w:w="20" w:type="dxa"/>
              <w:left w:w="50" w:type="dxa"/>
              <w:bottom w:w="20" w:type="dxa"/>
              <w:right w:w="50" w:type="dxa"/>
            </w:tcMar>
          </w:tcPr>
          <w:p w14:paraId="0B97D2F8" w14:textId="77777777" w:rsidR="00292F36" w:rsidRDefault="00000000">
            <w:r>
              <w:rPr>
                <w:sz w:val="16"/>
              </w:rPr>
              <w:t>-0.110362059617046</w:t>
            </w:r>
          </w:p>
        </w:tc>
        <w:tc>
          <w:tcPr>
            <w:tcW w:w="1337" w:type="dxa"/>
            <w:tcMar>
              <w:top w:w="20" w:type="dxa"/>
              <w:left w:w="50" w:type="dxa"/>
              <w:bottom w:w="20" w:type="dxa"/>
              <w:right w:w="50" w:type="dxa"/>
            </w:tcMar>
          </w:tcPr>
          <w:p w14:paraId="5A8528EB" w14:textId="77777777" w:rsidR="00292F36" w:rsidRDefault="00000000">
            <w:r>
              <w:rPr>
                <w:sz w:val="16"/>
              </w:rPr>
              <w:t>0.0287177964587862</w:t>
            </w:r>
          </w:p>
        </w:tc>
        <w:tc>
          <w:tcPr>
            <w:tcW w:w="1337" w:type="dxa"/>
            <w:tcMar>
              <w:top w:w="20" w:type="dxa"/>
              <w:left w:w="50" w:type="dxa"/>
              <w:bottom w:w="20" w:type="dxa"/>
              <w:right w:w="50" w:type="dxa"/>
            </w:tcMar>
          </w:tcPr>
          <w:p w14:paraId="417F9B62" w14:textId="77777777" w:rsidR="00292F36" w:rsidRDefault="00000000">
            <w:r>
              <w:rPr>
                <w:sz w:val="16"/>
              </w:rPr>
              <w:t>False</w:t>
            </w:r>
          </w:p>
        </w:tc>
      </w:tr>
      <w:tr w:rsidR="00292F36" w14:paraId="3E8D5A44" w14:textId="77777777">
        <w:tc>
          <w:tcPr>
            <w:tcW w:w="1337" w:type="dxa"/>
            <w:tcMar>
              <w:top w:w="20" w:type="dxa"/>
              <w:left w:w="50" w:type="dxa"/>
              <w:bottom w:w="20" w:type="dxa"/>
              <w:right w:w="50" w:type="dxa"/>
            </w:tcMar>
          </w:tcPr>
          <w:p w14:paraId="5264B51A" w14:textId="77777777" w:rsidR="00292F36" w:rsidRDefault="00000000">
            <w:r>
              <w:rPr>
                <w:sz w:val="16"/>
              </w:rPr>
              <w:t>NN</w:t>
            </w:r>
          </w:p>
        </w:tc>
        <w:tc>
          <w:tcPr>
            <w:tcW w:w="1337" w:type="dxa"/>
            <w:tcMar>
              <w:top w:w="20" w:type="dxa"/>
              <w:left w:w="50" w:type="dxa"/>
              <w:bottom w:w="20" w:type="dxa"/>
              <w:right w:w="50" w:type="dxa"/>
            </w:tcMar>
          </w:tcPr>
          <w:p w14:paraId="7C847F88" w14:textId="77777777" w:rsidR="00292F36" w:rsidRDefault="00000000">
            <w:r>
              <w:rPr>
                <w:sz w:val="16"/>
              </w:rPr>
              <w:t>Middle</w:t>
            </w:r>
          </w:p>
        </w:tc>
        <w:tc>
          <w:tcPr>
            <w:tcW w:w="1337" w:type="dxa"/>
            <w:tcMar>
              <w:top w:w="20" w:type="dxa"/>
              <w:left w:w="50" w:type="dxa"/>
              <w:bottom w:w="20" w:type="dxa"/>
              <w:right w:w="50" w:type="dxa"/>
            </w:tcMar>
          </w:tcPr>
          <w:p w14:paraId="021D837D" w14:textId="77777777" w:rsidR="00292F36" w:rsidRDefault="00000000">
            <w:r>
              <w:rPr>
                <w:sz w:val="16"/>
              </w:rPr>
              <w:t>0.0254374631223586</w:t>
            </w:r>
          </w:p>
        </w:tc>
        <w:tc>
          <w:tcPr>
            <w:tcW w:w="1337" w:type="dxa"/>
            <w:tcMar>
              <w:top w:w="20" w:type="dxa"/>
              <w:left w:w="50" w:type="dxa"/>
              <w:bottom w:w="20" w:type="dxa"/>
              <w:right w:w="50" w:type="dxa"/>
            </w:tcMar>
          </w:tcPr>
          <w:p w14:paraId="414A0849" w14:textId="77777777" w:rsidR="00292F36" w:rsidRDefault="00000000">
            <w:r>
              <w:rPr>
                <w:sz w:val="16"/>
              </w:rPr>
              <w:t>0.0433814029798842</w:t>
            </w:r>
          </w:p>
        </w:tc>
        <w:tc>
          <w:tcPr>
            <w:tcW w:w="1337" w:type="dxa"/>
            <w:tcMar>
              <w:top w:w="20" w:type="dxa"/>
              <w:left w:w="50" w:type="dxa"/>
              <w:bottom w:w="20" w:type="dxa"/>
              <w:right w:w="50" w:type="dxa"/>
            </w:tcMar>
          </w:tcPr>
          <w:p w14:paraId="502CA300" w14:textId="77777777" w:rsidR="00292F36" w:rsidRDefault="00000000">
            <w:r>
              <w:rPr>
                <w:sz w:val="16"/>
              </w:rPr>
              <w:t>-0.061654337433588</w:t>
            </w:r>
          </w:p>
        </w:tc>
        <w:tc>
          <w:tcPr>
            <w:tcW w:w="1337" w:type="dxa"/>
            <w:tcMar>
              <w:top w:w="20" w:type="dxa"/>
              <w:left w:w="50" w:type="dxa"/>
              <w:bottom w:w="20" w:type="dxa"/>
              <w:right w:w="50" w:type="dxa"/>
            </w:tcMar>
          </w:tcPr>
          <w:p w14:paraId="5B76169B" w14:textId="77777777" w:rsidR="00292F36" w:rsidRDefault="00000000">
            <w:r>
              <w:rPr>
                <w:sz w:val="16"/>
              </w:rPr>
              <w:t>0.112529263678305</w:t>
            </w:r>
          </w:p>
        </w:tc>
        <w:tc>
          <w:tcPr>
            <w:tcW w:w="1337" w:type="dxa"/>
            <w:tcMar>
              <w:top w:w="20" w:type="dxa"/>
              <w:left w:w="50" w:type="dxa"/>
              <w:bottom w:w="20" w:type="dxa"/>
              <w:right w:w="50" w:type="dxa"/>
            </w:tcMar>
          </w:tcPr>
          <w:p w14:paraId="5C4E2FD1" w14:textId="77777777" w:rsidR="00292F36" w:rsidRDefault="00000000">
            <w:r>
              <w:rPr>
                <w:sz w:val="16"/>
              </w:rPr>
              <w:t>False</w:t>
            </w:r>
          </w:p>
        </w:tc>
      </w:tr>
      <w:tr w:rsidR="00292F36" w14:paraId="73C6E4DC" w14:textId="77777777">
        <w:tc>
          <w:tcPr>
            <w:tcW w:w="1337" w:type="dxa"/>
            <w:tcMar>
              <w:top w:w="20" w:type="dxa"/>
              <w:left w:w="50" w:type="dxa"/>
              <w:bottom w:w="20" w:type="dxa"/>
              <w:right w:w="50" w:type="dxa"/>
            </w:tcMar>
          </w:tcPr>
          <w:p w14:paraId="4FCCA769" w14:textId="77777777" w:rsidR="00292F36" w:rsidRDefault="00000000">
            <w:r>
              <w:rPr>
                <w:sz w:val="16"/>
              </w:rPr>
              <w:t>NN</w:t>
            </w:r>
          </w:p>
        </w:tc>
        <w:tc>
          <w:tcPr>
            <w:tcW w:w="1337" w:type="dxa"/>
            <w:tcMar>
              <w:top w:w="20" w:type="dxa"/>
              <w:left w:w="50" w:type="dxa"/>
              <w:bottom w:w="20" w:type="dxa"/>
              <w:right w:w="50" w:type="dxa"/>
            </w:tcMar>
          </w:tcPr>
          <w:p w14:paraId="793F56A2" w14:textId="77777777" w:rsidR="00292F36" w:rsidRDefault="00000000">
            <w:r>
              <w:rPr>
                <w:sz w:val="16"/>
              </w:rPr>
              <w:t>South</w:t>
            </w:r>
          </w:p>
        </w:tc>
        <w:tc>
          <w:tcPr>
            <w:tcW w:w="1337" w:type="dxa"/>
            <w:tcMar>
              <w:top w:w="20" w:type="dxa"/>
              <w:left w:w="50" w:type="dxa"/>
              <w:bottom w:w="20" w:type="dxa"/>
              <w:right w:w="50" w:type="dxa"/>
            </w:tcMar>
          </w:tcPr>
          <w:p w14:paraId="0DEB8FD9" w14:textId="77777777" w:rsidR="00292F36" w:rsidRDefault="00000000">
            <w:r>
              <w:rPr>
                <w:sz w:val="16"/>
              </w:rPr>
              <w:t>-0.00583162785510598</w:t>
            </w:r>
          </w:p>
        </w:tc>
        <w:tc>
          <w:tcPr>
            <w:tcW w:w="1337" w:type="dxa"/>
            <w:tcMar>
              <w:top w:w="20" w:type="dxa"/>
              <w:left w:w="50" w:type="dxa"/>
              <w:bottom w:w="20" w:type="dxa"/>
              <w:right w:w="50" w:type="dxa"/>
            </w:tcMar>
          </w:tcPr>
          <w:p w14:paraId="20FA2936" w14:textId="77777777" w:rsidR="00292F36" w:rsidRDefault="00000000">
            <w:r>
              <w:rPr>
                <w:sz w:val="16"/>
              </w:rPr>
              <w:t>0.0363403781614914</w:t>
            </w:r>
          </w:p>
        </w:tc>
        <w:tc>
          <w:tcPr>
            <w:tcW w:w="1337" w:type="dxa"/>
            <w:tcMar>
              <w:top w:w="20" w:type="dxa"/>
              <w:left w:w="50" w:type="dxa"/>
              <w:bottom w:w="20" w:type="dxa"/>
              <w:right w:w="50" w:type="dxa"/>
            </w:tcMar>
          </w:tcPr>
          <w:p w14:paraId="380BCAFE" w14:textId="77777777" w:rsidR="00292F36" w:rsidRDefault="00000000">
            <w:r>
              <w:rPr>
                <w:sz w:val="16"/>
              </w:rPr>
              <w:t>-0.0787879812592561</w:t>
            </w:r>
          </w:p>
        </w:tc>
        <w:tc>
          <w:tcPr>
            <w:tcW w:w="1337" w:type="dxa"/>
            <w:tcMar>
              <w:top w:w="20" w:type="dxa"/>
              <w:left w:w="50" w:type="dxa"/>
              <w:bottom w:w="20" w:type="dxa"/>
              <w:right w:w="50" w:type="dxa"/>
            </w:tcMar>
          </w:tcPr>
          <w:p w14:paraId="37774BF7" w14:textId="77777777" w:rsidR="00292F36" w:rsidRDefault="00000000">
            <w:r>
              <w:rPr>
                <w:sz w:val="16"/>
              </w:rPr>
              <w:t>0.0671247255490441</w:t>
            </w:r>
          </w:p>
        </w:tc>
        <w:tc>
          <w:tcPr>
            <w:tcW w:w="1337" w:type="dxa"/>
            <w:tcMar>
              <w:top w:w="20" w:type="dxa"/>
              <w:left w:w="50" w:type="dxa"/>
              <w:bottom w:w="20" w:type="dxa"/>
              <w:right w:w="50" w:type="dxa"/>
            </w:tcMar>
          </w:tcPr>
          <w:p w14:paraId="76AA0676" w14:textId="77777777" w:rsidR="00292F36" w:rsidRDefault="00000000">
            <w:r>
              <w:rPr>
                <w:sz w:val="16"/>
              </w:rPr>
              <w:t>False</w:t>
            </w:r>
          </w:p>
        </w:tc>
      </w:tr>
      <w:tr w:rsidR="00292F36" w14:paraId="3DC6C4CC" w14:textId="77777777">
        <w:tc>
          <w:tcPr>
            <w:tcW w:w="1337" w:type="dxa"/>
            <w:tcMar>
              <w:top w:w="20" w:type="dxa"/>
              <w:left w:w="50" w:type="dxa"/>
              <w:bottom w:w="20" w:type="dxa"/>
              <w:right w:w="50" w:type="dxa"/>
            </w:tcMar>
          </w:tcPr>
          <w:p w14:paraId="3046BFD6" w14:textId="77777777" w:rsidR="00292F36" w:rsidRDefault="00000000">
            <w:r>
              <w:rPr>
                <w:sz w:val="16"/>
              </w:rPr>
              <w:t>NP</w:t>
            </w:r>
          </w:p>
        </w:tc>
        <w:tc>
          <w:tcPr>
            <w:tcW w:w="1337" w:type="dxa"/>
            <w:tcMar>
              <w:top w:w="20" w:type="dxa"/>
              <w:left w:w="50" w:type="dxa"/>
              <w:bottom w:w="20" w:type="dxa"/>
              <w:right w:w="50" w:type="dxa"/>
            </w:tcMar>
          </w:tcPr>
          <w:p w14:paraId="253A4E95" w14:textId="77777777" w:rsidR="00292F36" w:rsidRDefault="00000000">
            <w:r>
              <w:rPr>
                <w:sz w:val="16"/>
              </w:rPr>
              <w:t>North</w:t>
            </w:r>
          </w:p>
        </w:tc>
        <w:tc>
          <w:tcPr>
            <w:tcW w:w="1337" w:type="dxa"/>
            <w:tcMar>
              <w:top w:w="20" w:type="dxa"/>
              <w:left w:w="50" w:type="dxa"/>
              <w:bottom w:w="20" w:type="dxa"/>
              <w:right w:w="50" w:type="dxa"/>
            </w:tcMar>
          </w:tcPr>
          <w:p w14:paraId="48E57BCD" w14:textId="77777777" w:rsidR="00292F36" w:rsidRDefault="00000000">
            <w:r>
              <w:rPr>
                <w:sz w:val="16"/>
              </w:rPr>
              <w:t>0.00112094000744403</w:t>
            </w:r>
          </w:p>
        </w:tc>
        <w:tc>
          <w:tcPr>
            <w:tcW w:w="1337" w:type="dxa"/>
            <w:tcMar>
              <w:top w:w="20" w:type="dxa"/>
              <w:left w:w="50" w:type="dxa"/>
              <w:bottom w:w="20" w:type="dxa"/>
              <w:right w:w="50" w:type="dxa"/>
            </w:tcMar>
          </w:tcPr>
          <w:p w14:paraId="26CB40DD" w14:textId="77777777" w:rsidR="00292F36" w:rsidRDefault="00000000">
            <w:r>
              <w:rPr>
                <w:sz w:val="16"/>
              </w:rPr>
              <w:t>0.0419400050221871</w:t>
            </w:r>
          </w:p>
        </w:tc>
        <w:tc>
          <w:tcPr>
            <w:tcW w:w="1337" w:type="dxa"/>
            <w:tcMar>
              <w:top w:w="20" w:type="dxa"/>
              <w:left w:w="50" w:type="dxa"/>
              <w:bottom w:w="20" w:type="dxa"/>
              <w:right w:w="50" w:type="dxa"/>
            </w:tcMar>
          </w:tcPr>
          <w:p w14:paraId="5E842C82" w14:textId="77777777" w:rsidR="00292F36" w:rsidRDefault="00000000">
            <w:r>
              <w:rPr>
                <w:sz w:val="16"/>
              </w:rPr>
              <w:t>-0.0830771334020634</w:t>
            </w:r>
          </w:p>
        </w:tc>
        <w:tc>
          <w:tcPr>
            <w:tcW w:w="1337" w:type="dxa"/>
            <w:tcMar>
              <w:top w:w="20" w:type="dxa"/>
              <w:left w:w="50" w:type="dxa"/>
              <w:bottom w:w="20" w:type="dxa"/>
              <w:right w:w="50" w:type="dxa"/>
            </w:tcMar>
          </w:tcPr>
          <w:p w14:paraId="0FAC6958" w14:textId="77777777" w:rsidR="00292F36" w:rsidRDefault="00000000">
            <w:r>
              <w:rPr>
                <w:sz w:val="16"/>
              </w:rPr>
              <w:t>0.0853190134169515</w:t>
            </w:r>
          </w:p>
        </w:tc>
        <w:tc>
          <w:tcPr>
            <w:tcW w:w="1337" w:type="dxa"/>
            <w:tcMar>
              <w:top w:w="20" w:type="dxa"/>
              <w:left w:w="50" w:type="dxa"/>
              <w:bottom w:w="20" w:type="dxa"/>
              <w:right w:w="50" w:type="dxa"/>
            </w:tcMar>
          </w:tcPr>
          <w:p w14:paraId="645220F2" w14:textId="77777777" w:rsidR="00292F36" w:rsidRDefault="00000000">
            <w:r>
              <w:rPr>
                <w:sz w:val="16"/>
              </w:rPr>
              <w:t>False</w:t>
            </w:r>
          </w:p>
        </w:tc>
      </w:tr>
      <w:tr w:rsidR="00292F36" w14:paraId="44A4A400" w14:textId="77777777">
        <w:tc>
          <w:tcPr>
            <w:tcW w:w="1337" w:type="dxa"/>
            <w:tcMar>
              <w:top w:w="20" w:type="dxa"/>
              <w:left w:w="50" w:type="dxa"/>
              <w:bottom w:w="20" w:type="dxa"/>
              <w:right w:w="50" w:type="dxa"/>
            </w:tcMar>
          </w:tcPr>
          <w:p w14:paraId="0D789AA2" w14:textId="77777777" w:rsidR="00292F36" w:rsidRDefault="00000000">
            <w:r>
              <w:rPr>
                <w:sz w:val="16"/>
              </w:rPr>
              <w:t>NP</w:t>
            </w:r>
          </w:p>
        </w:tc>
        <w:tc>
          <w:tcPr>
            <w:tcW w:w="1337" w:type="dxa"/>
            <w:tcMar>
              <w:top w:w="20" w:type="dxa"/>
              <w:left w:w="50" w:type="dxa"/>
              <w:bottom w:w="20" w:type="dxa"/>
              <w:right w:w="50" w:type="dxa"/>
            </w:tcMar>
          </w:tcPr>
          <w:p w14:paraId="66D0E821" w14:textId="77777777" w:rsidR="00292F36" w:rsidRDefault="00000000">
            <w:r>
              <w:rPr>
                <w:sz w:val="16"/>
              </w:rPr>
              <w:t>Middle</w:t>
            </w:r>
          </w:p>
        </w:tc>
        <w:tc>
          <w:tcPr>
            <w:tcW w:w="1337" w:type="dxa"/>
            <w:tcMar>
              <w:top w:w="20" w:type="dxa"/>
              <w:left w:w="50" w:type="dxa"/>
              <w:bottom w:w="20" w:type="dxa"/>
              <w:right w:w="50" w:type="dxa"/>
            </w:tcMar>
          </w:tcPr>
          <w:p w14:paraId="77662B6D" w14:textId="77777777" w:rsidR="00292F36" w:rsidRDefault="00000000">
            <w:r>
              <w:rPr>
                <w:sz w:val="16"/>
              </w:rPr>
              <w:t>-0.00342188373904411</w:t>
            </w:r>
          </w:p>
        </w:tc>
        <w:tc>
          <w:tcPr>
            <w:tcW w:w="1337" w:type="dxa"/>
            <w:tcMar>
              <w:top w:w="20" w:type="dxa"/>
              <w:left w:w="50" w:type="dxa"/>
              <w:bottom w:w="20" w:type="dxa"/>
              <w:right w:w="50" w:type="dxa"/>
            </w:tcMar>
          </w:tcPr>
          <w:p w14:paraId="259CF4F4" w14:textId="77777777" w:rsidR="00292F36" w:rsidRDefault="00000000">
            <w:r>
              <w:rPr>
                <w:sz w:val="16"/>
              </w:rPr>
              <w:t>0.052525659080855</w:t>
            </w:r>
          </w:p>
        </w:tc>
        <w:tc>
          <w:tcPr>
            <w:tcW w:w="1337" w:type="dxa"/>
            <w:tcMar>
              <w:top w:w="20" w:type="dxa"/>
              <w:left w:w="50" w:type="dxa"/>
              <w:bottom w:w="20" w:type="dxa"/>
              <w:right w:w="50" w:type="dxa"/>
            </w:tcMar>
          </w:tcPr>
          <w:p w14:paraId="116DEDF7" w14:textId="77777777" w:rsidR="00292F36" w:rsidRDefault="00000000">
            <w:r>
              <w:rPr>
                <w:sz w:val="16"/>
              </w:rPr>
              <w:t>-0.108871544434911</w:t>
            </w:r>
          </w:p>
        </w:tc>
        <w:tc>
          <w:tcPr>
            <w:tcW w:w="1337" w:type="dxa"/>
            <w:tcMar>
              <w:top w:w="20" w:type="dxa"/>
              <w:left w:w="50" w:type="dxa"/>
              <w:bottom w:w="20" w:type="dxa"/>
              <w:right w:w="50" w:type="dxa"/>
            </w:tcMar>
          </w:tcPr>
          <w:p w14:paraId="414ECE7C" w14:textId="77777777" w:rsidR="00292F36" w:rsidRDefault="00000000">
            <w:r>
              <w:rPr>
                <w:sz w:val="16"/>
              </w:rPr>
              <w:t>0.102027776956823</w:t>
            </w:r>
          </w:p>
        </w:tc>
        <w:tc>
          <w:tcPr>
            <w:tcW w:w="1337" w:type="dxa"/>
            <w:tcMar>
              <w:top w:w="20" w:type="dxa"/>
              <w:left w:w="50" w:type="dxa"/>
              <w:bottom w:w="20" w:type="dxa"/>
              <w:right w:w="50" w:type="dxa"/>
            </w:tcMar>
          </w:tcPr>
          <w:p w14:paraId="075435E7" w14:textId="77777777" w:rsidR="00292F36" w:rsidRDefault="00000000">
            <w:r>
              <w:rPr>
                <w:sz w:val="16"/>
              </w:rPr>
              <w:t>False</w:t>
            </w:r>
          </w:p>
        </w:tc>
      </w:tr>
      <w:tr w:rsidR="00292F36" w14:paraId="60BA6A53" w14:textId="77777777">
        <w:tc>
          <w:tcPr>
            <w:tcW w:w="1337" w:type="dxa"/>
            <w:tcMar>
              <w:top w:w="20" w:type="dxa"/>
              <w:left w:w="50" w:type="dxa"/>
              <w:bottom w:w="20" w:type="dxa"/>
              <w:right w:w="50" w:type="dxa"/>
            </w:tcMar>
          </w:tcPr>
          <w:p w14:paraId="7B347FF8" w14:textId="77777777" w:rsidR="00292F36" w:rsidRDefault="00000000">
            <w:r>
              <w:rPr>
                <w:sz w:val="16"/>
              </w:rPr>
              <w:t>NP</w:t>
            </w:r>
          </w:p>
        </w:tc>
        <w:tc>
          <w:tcPr>
            <w:tcW w:w="1337" w:type="dxa"/>
            <w:tcMar>
              <w:top w:w="20" w:type="dxa"/>
              <w:left w:w="50" w:type="dxa"/>
              <w:bottom w:w="20" w:type="dxa"/>
              <w:right w:w="50" w:type="dxa"/>
            </w:tcMar>
          </w:tcPr>
          <w:p w14:paraId="281E437B" w14:textId="77777777" w:rsidR="00292F36" w:rsidRDefault="00000000">
            <w:r>
              <w:rPr>
                <w:sz w:val="16"/>
              </w:rPr>
              <w:t>South</w:t>
            </w:r>
          </w:p>
        </w:tc>
        <w:tc>
          <w:tcPr>
            <w:tcW w:w="1337" w:type="dxa"/>
            <w:tcMar>
              <w:top w:w="20" w:type="dxa"/>
              <w:left w:w="50" w:type="dxa"/>
              <w:bottom w:w="20" w:type="dxa"/>
              <w:right w:w="50" w:type="dxa"/>
            </w:tcMar>
          </w:tcPr>
          <w:p w14:paraId="2C0F9F39" w14:textId="77777777" w:rsidR="00292F36" w:rsidRDefault="00000000">
            <w:r>
              <w:rPr>
                <w:sz w:val="16"/>
              </w:rPr>
              <w:t>0.00130471405274558</w:t>
            </w:r>
          </w:p>
        </w:tc>
        <w:tc>
          <w:tcPr>
            <w:tcW w:w="1337" w:type="dxa"/>
            <w:tcMar>
              <w:top w:w="20" w:type="dxa"/>
              <w:left w:w="50" w:type="dxa"/>
              <w:bottom w:w="20" w:type="dxa"/>
              <w:right w:w="50" w:type="dxa"/>
            </w:tcMar>
          </w:tcPr>
          <w:p w14:paraId="6E5C29DE" w14:textId="77777777" w:rsidR="00292F36" w:rsidRDefault="00000000">
            <w:r>
              <w:rPr>
                <w:sz w:val="16"/>
              </w:rPr>
              <w:t>0.044000474469456</w:t>
            </w:r>
          </w:p>
        </w:tc>
        <w:tc>
          <w:tcPr>
            <w:tcW w:w="1337" w:type="dxa"/>
            <w:tcMar>
              <w:top w:w="20" w:type="dxa"/>
              <w:left w:w="50" w:type="dxa"/>
              <w:bottom w:w="20" w:type="dxa"/>
              <w:right w:w="50" w:type="dxa"/>
            </w:tcMar>
          </w:tcPr>
          <w:p w14:paraId="60BF1385" w14:textId="77777777" w:rsidR="00292F36" w:rsidRDefault="00000000">
            <w:r>
              <w:rPr>
                <w:sz w:val="16"/>
              </w:rPr>
              <w:t>-0.0870299243783306</w:t>
            </w:r>
          </w:p>
        </w:tc>
        <w:tc>
          <w:tcPr>
            <w:tcW w:w="1337" w:type="dxa"/>
            <w:tcMar>
              <w:top w:w="20" w:type="dxa"/>
              <w:left w:w="50" w:type="dxa"/>
              <w:bottom w:w="20" w:type="dxa"/>
              <w:right w:w="50" w:type="dxa"/>
            </w:tcMar>
          </w:tcPr>
          <w:p w14:paraId="1D5CC87C" w14:textId="77777777" w:rsidR="00292F36" w:rsidRDefault="00000000">
            <w:r>
              <w:rPr>
                <w:sz w:val="16"/>
              </w:rPr>
              <w:t>0.0896393524838217</w:t>
            </w:r>
          </w:p>
        </w:tc>
        <w:tc>
          <w:tcPr>
            <w:tcW w:w="1337" w:type="dxa"/>
            <w:tcMar>
              <w:top w:w="20" w:type="dxa"/>
              <w:left w:w="50" w:type="dxa"/>
              <w:bottom w:w="20" w:type="dxa"/>
              <w:right w:w="50" w:type="dxa"/>
            </w:tcMar>
          </w:tcPr>
          <w:p w14:paraId="0B83F77F" w14:textId="77777777" w:rsidR="00292F36" w:rsidRDefault="00000000">
            <w:r>
              <w:rPr>
                <w:sz w:val="16"/>
              </w:rPr>
              <w:t>False</w:t>
            </w:r>
          </w:p>
        </w:tc>
      </w:tr>
    </w:tbl>
    <w:p w14:paraId="6A8DCBEA" w14:textId="77777777" w:rsidR="00292F36" w:rsidRDefault="00292F36">
      <w:pPr>
        <w:sectPr w:rsidR="00292F36">
          <w:pgSz w:w="12240" w:h="15840"/>
          <w:pgMar w:top="1152" w:right="1440" w:bottom="1152" w:left="1440" w:header="720" w:footer="720" w:gutter="0"/>
          <w:cols w:space="720"/>
          <w:docGrid w:linePitch="360"/>
        </w:sectPr>
      </w:pPr>
    </w:p>
    <w:p w14:paraId="5CD4C113" w14:textId="77777777" w:rsidR="00292F36" w:rsidRDefault="00000000">
      <w:pPr>
        <w:spacing w:after="40"/>
      </w:pPr>
      <w:r>
        <w:rPr>
          <w:b/>
          <w:sz w:val="22"/>
        </w:rPr>
        <w:lastRenderedPageBreak/>
        <w:t>Figure S20 | Drivers of movement within Nature for Nature (NN) and Nature for People (NP) space.</w:t>
      </w:r>
    </w:p>
    <w:p w14:paraId="68FFD369" w14:textId="77777777" w:rsidR="00292F36" w:rsidRDefault="00000000">
      <w:pPr>
        <w:spacing w:after="160"/>
      </w:pPr>
      <w:r>
        <w:rPr>
          <w:sz w:val="18"/>
        </w:rPr>
        <w:t>Bootstrap decomposition of year-to-year shifts within sites showing the proportional contribution of five ecosystem function components to cumulative movement in NN–NP space across all regions combined. Components included functional structure, trophic structure, alpha diversity, micronutrient provisioning, and fisheries provisioning. Contributions were calculated for each site-level transition between consecutive years and normalized so that all components summed to one within each transition. Bars represent mean proportional contributions and error bars indicate 95% bootstrap confidence intervals derived from 5,000 iterations. Higher values indicate components contributing more strongly to reshuffling within coupled ecological functioning and ecosystem service space over time.</w:t>
      </w:r>
    </w:p>
    <w:tbl>
      <w:tblPr>
        <w:tblStyle w:val="TableGrid"/>
        <w:tblW w:w="0" w:type="auto"/>
        <w:tblLayout w:type="fixed"/>
        <w:tblLook w:val="04A0" w:firstRow="1" w:lastRow="0" w:firstColumn="1" w:lastColumn="0" w:noHBand="0" w:noVBand="1"/>
      </w:tblPr>
      <w:tblGrid>
        <w:gridCol w:w="1337"/>
        <w:gridCol w:w="1337"/>
        <w:gridCol w:w="1337"/>
        <w:gridCol w:w="1337"/>
        <w:gridCol w:w="1337"/>
        <w:gridCol w:w="1337"/>
        <w:gridCol w:w="1337"/>
      </w:tblGrid>
      <w:tr w:rsidR="00292F36" w14:paraId="58E57C88" w14:textId="77777777">
        <w:trPr>
          <w:tblHeader/>
        </w:trPr>
        <w:tc>
          <w:tcPr>
            <w:tcW w:w="1337" w:type="dxa"/>
            <w:shd w:val="clear" w:color="auto" w:fill="D9E2F3"/>
            <w:tcMar>
              <w:top w:w="20" w:type="dxa"/>
              <w:left w:w="50" w:type="dxa"/>
              <w:bottom w:w="20" w:type="dxa"/>
              <w:right w:w="50" w:type="dxa"/>
            </w:tcMar>
          </w:tcPr>
          <w:p w14:paraId="395E575C" w14:textId="77777777" w:rsidR="00292F36" w:rsidRDefault="00000000">
            <w:r>
              <w:rPr>
                <w:b/>
                <w:sz w:val="16"/>
              </w:rPr>
              <w:t>Section</w:t>
            </w:r>
          </w:p>
        </w:tc>
        <w:tc>
          <w:tcPr>
            <w:tcW w:w="1337" w:type="dxa"/>
            <w:shd w:val="clear" w:color="auto" w:fill="D9E2F3"/>
            <w:tcMar>
              <w:top w:w="20" w:type="dxa"/>
              <w:left w:w="50" w:type="dxa"/>
              <w:bottom w:w="20" w:type="dxa"/>
              <w:right w:w="50" w:type="dxa"/>
            </w:tcMar>
          </w:tcPr>
          <w:p w14:paraId="734A33B1" w14:textId="77777777" w:rsidR="00292F36" w:rsidRDefault="00000000">
            <w:r>
              <w:rPr>
                <w:b/>
                <w:sz w:val="16"/>
              </w:rPr>
              <w:t>Component</w:t>
            </w:r>
          </w:p>
        </w:tc>
        <w:tc>
          <w:tcPr>
            <w:tcW w:w="1337" w:type="dxa"/>
            <w:shd w:val="clear" w:color="auto" w:fill="D9E2F3"/>
            <w:tcMar>
              <w:top w:w="20" w:type="dxa"/>
              <w:left w:w="50" w:type="dxa"/>
              <w:bottom w:w="20" w:type="dxa"/>
              <w:right w:w="50" w:type="dxa"/>
            </w:tcMar>
          </w:tcPr>
          <w:p w14:paraId="00AE1440" w14:textId="77777777" w:rsidR="00292F36" w:rsidRDefault="00000000">
            <w:r>
              <w:rPr>
                <w:b/>
                <w:sz w:val="16"/>
              </w:rPr>
              <w:t>Mean</w:t>
            </w:r>
          </w:p>
        </w:tc>
        <w:tc>
          <w:tcPr>
            <w:tcW w:w="1337" w:type="dxa"/>
            <w:shd w:val="clear" w:color="auto" w:fill="D9E2F3"/>
            <w:tcMar>
              <w:top w:w="20" w:type="dxa"/>
              <w:left w:w="50" w:type="dxa"/>
              <w:bottom w:w="20" w:type="dxa"/>
              <w:right w:w="50" w:type="dxa"/>
            </w:tcMar>
          </w:tcPr>
          <w:p w14:paraId="314B93F9" w14:textId="77777777" w:rsidR="00292F36" w:rsidRDefault="00000000">
            <w:r>
              <w:rPr>
                <w:b/>
                <w:sz w:val="16"/>
              </w:rPr>
              <w:t>n_steps</w:t>
            </w:r>
          </w:p>
        </w:tc>
        <w:tc>
          <w:tcPr>
            <w:tcW w:w="1337" w:type="dxa"/>
            <w:shd w:val="clear" w:color="auto" w:fill="D9E2F3"/>
            <w:tcMar>
              <w:top w:w="20" w:type="dxa"/>
              <w:left w:w="50" w:type="dxa"/>
              <w:bottom w:w="20" w:type="dxa"/>
              <w:right w:w="50" w:type="dxa"/>
            </w:tcMar>
          </w:tcPr>
          <w:p w14:paraId="3B787E31" w14:textId="77777777" w:rsidR="00292F36" w:rsidRDefault="00000000">
            <w:r>
              <w:rPr>
                <w:b/>
                <w:sz w:val="16"/>
              </w:rPr>
              <w:t>Mean_boot</w:t>
            </w:r>
          </w:p>
        </w:tc>
        <w:tc>
          <w:tcPr>
            <w:tcW w:w="1337" w:type="dxa"/>
            <w:shd w:val="clear" w:color="auto" w:fill="D9E2F3"/>
            <w:tcMar>
              <w:top w:w="20" w:type="dxa"/>
              <w:left w:w="50" w:type="dxa"/>
              <w:bottom w:w="20" w:type="dxa"/>
              <w:right w:w="50" w:type="dxa"/>
            </w:tcMar>
          </w:tcPr>
          <w:p w14:paraId="188DEEC3" w14:textId="77777777" w:rsidR="00292F36" w:rsidRDefault="00000000">
            <w:r>
              <w:rPr>
                <w:b/>
                <w:sz w:val="16"/>
              </w:rPr>
              <w:t>CI_lower</w:t>
            </w:r>
          </w:p>
        </w:tc>
        <w:tc>
          <w:tcPr>
            <w:tcW w:w="1337" w:type="dxa"/>
            <w:shd w:val="clear" w:color="auto" w:fill="D9E2F3"/>
            <w:tcMar>
              <w:top w:w="20" w:type="dxa"/>
              <w:left w:w="50" w:type="dxa"/>
              <w:bottom w:w="20" w:type="dxa"/>
              <w:right w:w="50" w:type="dxa"/>
            </w:tcMar>
          </w:tcPr>
          <w:p w14:paraId="180D7F9E" w14:textId="77777777" w:rsidR="00292F36" w:rsidRDefault="00000000">
            <w:r>
              <w:rPr>
                <w:b/>
                <w:sz w:val="16"/>
              </w:rPr>
              <w:t>CI_upper</w:t>
            </w:r>
          </w:p>
        </w:tc>
      </w:tr>
      <w:tr w:rsidR="00292F36" w14:paraId="59A748C7" w14:textId="77777777">
        <w:tc>
          <w:tcPr>
            <w:tcW w:w="1337" w:type="dxa"/>
            <w:tcMar>
              <w:top w:w="20" w:type="dxa"/>
              <w:left w:w="50" w:type="dxa"/>
              <w:bottom w:w="20" w:type="dxa"/>
              <w:right w:w="50" w:type="dxa"/>
            </w:tcMar>
          </w:tcPr>
          <w:p w14:paraId="76E746B8" w14:textId="77777777" w:rsidR="00292F36" w:rsidRDefault="00000000">
            <w:r>
              <w:rPr>
                <w:sz w:val="16"/>
              </w:rPr>
              <w:t>All</w:t>
            </w:r>
          </w:p>
        </w:tc>
        <w:tc>
          <w:tcPr>
            <w:tcW w:w="1337" w:type="dxa"/>
            <w:tcMar>
              <w:top w:w="20" w:type="dxa"/>
              <w:left w:w="50" w:type="dxa"/>
              <w:bottom w:w="20" w:type="dxa"/>
              <w:right w:w="50" w:type="dxa"/>
            </w:tcMar>
          </w:tcPr>
          <w:p w14:paraId="2190EE77" w14:textId="77777777" w:rsidR="00292F36" w:rsidRDefault="00000000">
            <w:r>
              <w:rPr>
                <w:sz w:val="16"/>
              </w:rPr>
              <w:t>Function</w:t>
            </w:r>
          </w:p>
        </w:tc>
        <w:tc>
          <w:tcPr>
            <w:tcW w:w="1337" w:type="dxa"/>
            <w:tcMar>
              <w:top w:w="20" w:type="dxa"/>
              <w:left w:w="50" w:type="dxa"/>
              <w:bottom w:w="20" w:type="dxa"/>
              <w:right w:w="50" w:type="dxa"/>
            </w:tcMar>
          </w:tcPr>
          <w:p w14:paraId="50191B2E" w14:textId="77777777" w:rsidR="00292F36" w:rsidRDefault="00000000">
            <w:r>
              <w:rPr>
                <w:sz w:val="16"/>
              </w:rPr>
              <w:t>0.118637879772378</w:t>
            </w:r>
          </w:p>
        </w:tc>
        <w:tc>
          <w:tcPr>
            <w:tcW w:w="1337" w:type="dxa"/>
            <w:tcMar>
              <w:top w:w="20" w:type="dxa"/>
              <w:left w:w="50" w:type="dxa"/>
              <w:bottom w:w="20" w:type="dxa"/>
              <w:right w:w="50" w:type="dxa"/>
            </w:tcMar>
          </w:tcPr>
          <w:p w14:paraId="6E348648" w14:textId="77777777" w:rsidR="00292F36" w:rsidRDefault="00000000">
            <w:r>
              <w:rPr>
                <w:sz w:val="16"/>
              </w:rPr>
              <w:t>38</w:t>
            </w:r>
          </w:p>
        </w:tc>
        <w:tc>
          <w:tcPr>
            <w:tcW w:w="1337" w:type="dxa"/>
            <w:tcMar>
              <w:top w:w="20" w:type="dxa"/>
              <w:left w:w="50" w:type="dxa"/>
              <w:bottom w:w="20" w:type="dxa"/>
              <w:right w:w="50" w:type="dxa"/>
            </w:tcMar>
          </w:tcPr>
          <w:p w14:paraId="70105870" w14:textId="77777777" w:rsidR="00292F36" w:rsidRDefault="00000000">
            <w:r>
              <w:rPr>
                <w:sz w:val="16"/>
              </w:rPr>
              <w:t>0.118813794717928</w:t>
            </w:r>
          </w:p>
        </w:tc>
        <w:tc>
          <w:tcPr>
            <w:tcW w:w="1337" w:type="dxa"/>
            <w:tcMar>
              <w:top w:w="20" w:type="dxa"/>
              <w:left w:w="50" w:type="dxa"/>
              <w:bottom w:w="20" w:type="dxa"/>
              <w:right w:w="50" w:type="dxa"/>
            </w:tcMar>
          </w:tcPr>
          <w:p w14:paraId="3E1DAA43" w14:textId="77777777" w:rsidR="00292F36" w:rsidRDefault="00000000">
            <w:r>
              <w:rPr>
                <w:sz w:val="16"/>
              </w:rPr>
              <w:t>0.0905358378561294</w:t>
            </w:r>
          </w:p>
        </w:tc>
        <w:tc>
          <w:tcPr>
            <w:tcW w:w="1337" w:type="dxa"/>
            <w:tcMar>
              <w:top w:w="20" w:type="dxa"/>
              <w:left w:w="50" w:type="dxa"/>
              <w:bottom w:w="20" w:type="dxa"/>
              <w:right w:w="50" w:type="dxa"/>
            </w:tcMar>
          </w:tcPr>
          <w:p w14:paraId="1319A3A2" w14:textId="77777777" w:rsidR="00292F36" w:rsidRDefault="00000000">
            <w:r>
              <w:rPr>
                <w:sz w:val="16"/>
              </w:rPr>
              <w:t>0.14974688201712</w:t>
            </w:r>
          </w:p>
        </w:tc>
      </w:tr>
      <w:tr w:rsidR="00292F36" w14:paraId="73B9586D" w14:textId="77777777">
        <w:tc>
          <w:tcPr>
            <w:tcW w:w="1337" w:type="dxa"/>
            <w:tcMar>
              <w:top w:w="20" w:type="dxa"/>
              <w:left w:w="50" w:type="dxa"/>
              <w:bottom w:w="20" w:type="dxa"/>
              <w:right w:w="50" w:type="dxa"/>
            </w:tcMar>
          </w:tcPr>
          <w:p w14:paraId="019FECB6" w14:textId="77777777" w:rsidR="00292F36" w:rsidRDefault="00000000">
            <w:r>
              <w:rPr>
                <w:sz w:val="16"/>
              </w:rPr>
              <w:t>All</w:t>
            </w:r>
          </w:p>
        </w:tc>
        <w:tc>
          <w:tcPr>
            <w:tcW w:w="1337" w:type="dxa"/>
            <w:tcMar>
              <w:top w:w="20" w:type="dxa"/>
              <w:left w:w="50" w:type="dxa"/>
              <w:bottom w:w="20" w:type="dxa"/>
              <w:right w:w="50" w:type="dxa"/>
            </w:tcMar>
          </w:tcPr>
          <w:p w14:paraId="6F48C39A" w14:textId="77777777" w:rsidR="00292F36" w:rsidRDefault="00000000">
            <w:r>
              <w:rPr>
                <w:sz w:val="16"/>
              </w:rPr>
              <w:t>Trophic</w:t>
            </w:r>
          </w:p>
        </w:tc>
        <w:tc>
          <w:tcPr>
            <w:tcW w:w="1337" w:type="dxa"/>
            <w:tcMar>
              <w:top w:w="20" w:type="dxa"/>
              <w:left w:w="50" w:type="dxa"/>
              <w:bottom w:w="20" w:type="dxa"/>
              <w:right w:w="50" w:type="dxa"/>
            </w:tcMar>
          </w:tcPr>
          <w:p w14:paraId="5584E1B5" w14:textId="77777777" w:rsidR="00292F36" w:rsidRDefault="00000000">
            <w:r>
              <w:rPr>
                <w:sz w:val="16"/>
              </w:rPr>
              <w:t>0.220810159233548</w:t>
            </w:r>
          </w:p>
        </w:tc>
        <w:tc>
          <w:tcPr>
            <w:tcW w:w="1337" w:type="dxa"/>
            <w:tcMar>
              <w:top w:w="20" w:type="dxa"/>
              <w:left w:w="50" w:type="dxa"/>
              <w:bottom w:w="20" w:type="dxa"/>
              <w:right w:w="50" w:type="dxa"/>
            </w:tcMar>
          </w:tcPr>
          <w:p w14:paraId="65D3BE3C" w14:textId="77777777" w:rsidR="00292F36" w:rsidRDefault="00000000">
            <w:r>
              <w:rPr>
                <w:sz w:val="16"/>
              </w:rPr>
              <w:t>38</w:t>
            </w:r>
          </w:p>
        </w:tc>
        <w:tc>
          <w:tcPr>
            <w:tcW w:w="1337" w:type="dxa"/>
            <w:tcMar>
              <w:top w:w="20" w:type="dxa"/>
              <w:left w:w="50" w:type="dxa"/>
              <w:bottom w:w="20" w:type="dxa"/>
              <w:right w:w="50" w:type="dxa"/>
            </w:tcMar>
          </w:tcPr>
          <w:p w14:paraId="0735E9B4" w14:textId="77777777" w:rsidR="00292F36" w:rsidRDefault="00000000">
            <w:r>
              <w:rPr>
                <w:sz w:val="16"/>
              </w:rPr>
              <w:t>0.220786741024547</w:t>
            </w:r>
          </w:p>
        </w:tc>
        <w:tc>
          <w:tcPr>
            <w:tcW w:w="1337" w:type="dxa"/>
            <w:tcMar>
              <w:top w:w="20" w:type="dxa"/>
              <w:left w:w="50" w:type="dxa"/>
              <w:bottom w:w="20" w:type="dxa"/>
              <w:right w:w="50" w:type="dxa"/>
            </w:tcMar>
          </w:tcPr>
          <w:p w14:paraId="3A535311" w14:textId="77777777" w:rsidR="00292F36" w:rsidRDefault="00000000">
            <w:r>
              <w:rPr>
                <w:sz w:val="16"/>
              </w:rPr>
              <w:t>0.161919578154522</w:t>
            </w:r>
          </w:p>
        </w:tc>
        <w:tc>
          <w:tcPr>
            <w:tcW w:w="1337" w:type="dxa"/>
            <w:tcMar>
              <w:top w:w="20" w:type="dxa"/>
              <w:left w:w="50" w:type="dxa"/>
              <w:bottom w:w="20" w:type="dxa"/>
              <w:right w:w="50" w:type="dxa"/>
            </w:tcMar>
          </w:tcPr>
          <w:p w14:paraId="29A68141" w14:textId="77777777" w:rsidR="00292F36" w:rsidRDefault="00000000">
            <w:r>
              <w:rPr>
                <w:sz w:val="16"/>
              </w:rPr>
              <w:t>0.286967689499003</w:t>
            </w:r>
          </w:p>
        </w:tc>
      </w:tr>
      <w:tr w:rsidR="00292F36" w14:paraId="208B28FE" w14:textId="77777777">
        <w:tc>
          <w:tcPr>
            <w:tcW w:w="1337" w:type="dxa"/>
            <w:tcMar>
              <w:top w:w="20" w:type="dxa"/>
              <w:left w:w="50" w:type="dxa"/>
              <w:bottom w:w="20" w:type="dxa"/>
              <w:right w:w="50" w:type="dxa"/>
            </w:tcMar>
          </w:tcPr>
          <w:p w14:paraId="2882482F" w14:textId="77777777" w:rsidR="00292F36" w:rsidRDefault="00000000">
            <w:r>
              <w:rPr>
                <w:sz w:val="16"/>
              </w:rPr>
              <w:t>All</w:t>
            </w:r>
          </w:p>
        </w:tc>
        <w:tc>
          <w:tcPr>
            <w:tcW w:w="1337" w:type="dxa"/>
            <w:tcMar>
              <w:top w:w="20" w:type="dxa"/>
              <w:left w:w="50" w:type="dxa"/>
              <w:bottom w:w="20" w:type="dxa"/>
              <w:right w:w="50" w:type="dxa"/>
            </w:tcMar>
          </w:tcPr>
          <w:p w14:paraId="2917ECD8" w14:textId="77777777" w:rsidR="00292F36" w:rsidRDefault="00000000">
            <w:r>
              <w:rPr>
                <w:sz w:val="16"/>
              </w:rPr>
              <w:t>Alpha</w:t>
            </w:r>
          </w:p>
        </w:tc>
        <w:tc>
          <w:tcPr>
            <w:tcW w:w="1337" w:type="dxa"/>
            <w:tcMar>
              <w:top w:w="20" w:type="dxa"/>
              <w:left w:w="50" w:type="dxa"/>
              <w:bottom w:w="20" w:type="dxa"/>
              <w:right w:w="50" w:type="dxa"/>
            </w:tcMar>
          </w:tcPr>
          <w:p w14:paraId="15E5F609" w14:textId="77777777" w:rsidR="00292F36" w:rsidRDefault="00000000">
            <w:r>
              <w:rPr>
                <w:sz w:val="16"/>
              </w:rPr>
              <w:t>0.192080061525657</w:t>
            </w:r>
          </w:p>
        </w:tc>
        <w:tc>
          <w:tcPr>
            <w:tcW w:w="1337" w:type="dxa"/>
            <w:tcMar>
              <w:top w:w="20" w:type="dxa"/>
              <w:left w:w="50" w:type="dxa"/>
              <w:bottom w:w="20" w:type="dxa"/>
              <w:right w:w="50" w:type="dxa"/>
            </w:tcMar>
          </w:tcPr>
          <w:p w14:paraId="321C6966" w14:textId="77777777" w:rsidR="00292F36" w:rsidRDefault="00000000">
            <w:r>
              <w:rPr>
                <w:sz w:val="16"/>
              </w:rPr>
              <w:t>38</w:t>
            </w:r>
          </w:p>
        </w:tc>
        <w:tc>
          <w:tcPr>
            <w:tcW w:w="1337" w:type="dxa"/>
            <w:tcMar>
              <w:top w:w="20" w:type="dxa"/>
              <w:left w:w="50" w:type="dxa"/>
              <w:bottom w:w="20" w:type="dxa"/>
              <w:right w:w="50" w:type="dxa"/>
            </w:tcMar>
          </w:tcPr>
          <w:p w14:paraId="07043564" w14:textId="77777777" w:rsidR="00292F36" w:rsidRDefault="00000000">
            <w:r>
              <w:rPr>
                <w:sz w:val="16"/>
              </w:rPr>
              <w:t>0.192202438283259</w:t>
            </w:r>
          </w:p>
        </w:tc>
        <w:tc>
          <w:tcPr>
            <w:tcW w:w="1337" w:type="dxa"/>
            <w:tcMar>
              <w:top w:w="20" w:type="dxa"/>
              <w:left w:w="50" w:type="dxa"/>
              <w:bottom w:w="20" w:type="dxa"/>
              <w:right w:w="50" w:type="dxa"/>
            </w:tcMar>
          </w:tcPr>
          <w:p w14:paraId="4780EDCE" w14:textId="77777777" w:rsidR="00292F36" w:rsidRDefault="00000000">
            <w:r>
              <w:rPr>
                <w:sz w:val="16"/>
              </w:rPr>
              <w:t>0.138260325931084</w:t>
            </w:r>
          </w:p>
        </w:tc>
        <w:tc>
          <w:tcPr>
            <w:tcW w:w="1337" w:type="dxa"/>
            <w:tcMar>
              <w:top w:w="20" w:type="dxa"/>
              <w:left w:w="50" w:type="dxa"/>
              <w:bottom w:w="20" w:type="dxa"/>
              <w:right w:w="50" w:type="dxa"/>
            </w:tcMar>
          </w:tcPr>
          <w:p w14:paraId="382FE5AE" w14:textId="77777777" w:rsidR="00292F36" w:rsidRDefault="00000000">
            <w:r>
              <w:rPr>
                <w:sz w:val="16"/>
              </w:rPr>
              <w:t>0.254068674888936</w:t>
            </w:r>
          </w:p>
        </w:tc>
      </w:tr>
      <w:tr w:rsidR="00292F36" w14:paraId="3163B116" w14:textId="77777777">
        <w:tc>
          <w:tcPr>
            <w:tcW w:w="1337" w:type="dxa"/>
            <w:tcMar>
              <w:top w:w="20" w:type="dxa"/>
              <w:left w:w="50" w:type="dxa"/>
              <w:bottom w:w="20" w:type="dxa"/>
              <w:right w:w="50" w:type="dxa"/>
            </w:tcMar>
          </w:tcPr>
          <w:p w14:paraId="15B05784" w14:textId="77777777" w:rsidR="00292F36" w:rsidRDefault="00000000">
            <w:r>
              <w:rPr>
                <w:sz w:val="16"/>
              </w:rPr>
              <w:t>All</w:t>
            </w:r>
          </w:p>
        </w:tc>
        <w:tc>
          <w:tcPr>
            <w:tcW w:w="1337" w:type="dxa"/>
            <w:tcMar>
              <w:top w:w="20" w:type="dxa"/>
              <w:left w:w="50" w:type="dxa"/>
              <w:bottom w:w="20" w:type="dxa"/>
              <w:right w:w="50" w:type="dxa"/>
            </w:tcMar>
          </w:tcPr>
          <w:p w14:paraId="291A221F" w14:textId="77777777" w:rsidR="00292F36" w:rsidRDefault="00000000">
            <w:r>
              <w:rPr>
                <w:sz w:val="16"/>
              </w:rPr>
              <w:t>Nutrition</w:t>
            </w:r>
          </w:p>
        </w:tc>
        <w:tc>
          <w:tcPr>
            <w:tcW w:w="1337" w:type="dxa"/>
            <w:tcMar>
              <w:top w:w="20" w:type="dxa"/>
              <w:left w:w="50" w:type="dxa"/>
              <w:bottom w:w="20" w:type="dxa"/>
              <w:right w:w="50" w:type="dxa"/>
            </w:tcMar>
          </w:tcPr>
          <w:p w14:paraId="6A9BB775" w14:textId="77777777" w:rsidR="00292F36" w:rsidRDefault="00000000">
            <w:r>
              <w:rPr>
                <w:sz w:val="16"/>
              </w:rPr>
              <w:t>0.188084802993215</w:t>
            </w:r>
          </w:p>
        </w:tc>
        <w:tc>
          <w:tcPr>
            <w:tcW w:w="1337" w:type="dxa"/>
            <w:tcMar>
              <w:top w:w="20" w:type="dxa"/>
              <w:left w:w="50" w:type="dxa"/>
              <w:bottom w:w="20" w:type="dxa"/>
              <w:right w:w="50" w:type="dxa"/>
            </w:tcMar>
          </w:tcPr>
          <w:p w14:paraId="72D9E62F" w14:textId="77777777" w:rsidR="00292F36" w:rsidRDefault="00000000">
            <w:r>
              <w:rPr>
                <w:sz w:val="16"/>
              </w:rPr>
              <w:t>38</w:t>
            </w:r>
          </w:p>
        </w:tc>
        <w:tc>
          <w:tcPr>
            <w:tcW w:w="1337" w:type="dxa"/>
            <w:tcMar>
              <w:top w:w="20" w:type="dxa"/>
              <w:left w:w="50" w:type="dxa"/>
              <w:bottom w:w="20" w:type="dxa"/>
              <w:right w:w="50" w:type="dxa"/>
            </w:tcMar>
          </w:tcPr>
          <w:p w14:paraId="2C607B62" w14:textId="77777777" w:rsidR="00292F36" w:rsidRDefault="00000000">
            <w:r>
              <w:rPr>
                <w:sz w:val="16"/>
              </w:rPr>
              <w:t>0.188108429531746</w:t>
            </w:r>
          </w:p>
        </w:tc>
        <w:tc>
          <w:tcPr>
            <w:tcW w:w="1337" w:type="dxa"/>
            <w:tcMar>
              <w:top w:w="20" w:type="dxa"/>
              <w:left w:w="50" w:type="dxa"/>
              <w:bottom w:w="20" w:type="dxa"/>
              <w:right w:w="50" w:type="dxa"/>
            </w:tcMar>
          </w:tcPr>
          <w:p w14:paraId="0C6A1E12" w14:textId="77777777" w:rsidR="00292F36" w:rsidRDefault="00000000">
            <w:r>
              <w:rPr>
                <w:sz w:val="16"/>
              </w:rPr>
              <w:t>0.133267409212426</w:t>
            </w:r>
          </w:p>
        </w:tc>
        <w:tc>
          <w:tcPr>
            <w:tcW w:w="1337" w:type="dxa"/>
            <w:tcMar>
              <w:top w:w="20" w:type="dxa"/>
              <w:left w:w="50" w:type="dxa"/>
              <w:bottom w:w="20" w:type="dxa"/>
              <w:right w:w="50" w:type="dxa"/>
            </w:tcMar>
          </w:tcPr>
          <w:p w14:paraId="5E10463E" w14:textId="77777777" w:rsidR="00292F36" w:rsidRDefault="00000000">
            <w:r>
              <w:rPr>
                <w:sz w:val="16"/>
              </w:rPr>
              <w:t>0.250167255406066</w:t>
            </w:r>
          </w:p>
        </w:tc>
      </w:tr>
      <w:tr w:rsidR="00292F36" w14:paraId="2B455206" w14:textId="77777777">
        <w:tc>
          <w:tcPr>
            <w:tcW w:w="1337" w:type="dxa"/>
            <w:tcMar>
              <w:top w:w="20" w:type="dxa"/>
              <w:left w:w="50" w:type="dxa"/>
              <w:bottom w:w="20" w:type="dxa"/>
              <w:right w:w="50" w:type="dxa"/>
            </w:tcMar>
          </w:tcPr>
          <w:p w14:paraId="588D566F" w14:textId="77777777" w:rsidR="00292F36" w:rsidRDefault="00000000">
            <w:r>
              <w:rPr>
                <w:sz w:val="16"/>
              </w:rPr>
              <w:t>All</w:t>
            </w:r>
          </w:p>
        </w:tc>
        <w:tc>
          <w:tcPr>
            <w:tcW w:w="1337" w:type="dxa"/>
            <w:tcMar>
              <w:top w:w="20" w:type="dxa"/>
              <w:left w:w="50" w:type="dxa"/>
              <w:bottom w:w="20" w:type="dxa"/>
              <w:right w:w="50" w:type="dxa"/>
            </w:tcMar>
          </w:tcPr>
          <w:p w14:paraId="4139B811" w14:textId="77777777" w:rsidR="00292F36" w:rsidRDefault="00000000">
            <w:r>
              <w:rPr>
                <w:sz w:val="16"/>
              </w:rPr>
              <w:t>Fisheries</w:t>
            </w:r>
          </w:p>
        </w:tc>
        <w:tc>
          <w:tcPr>
            <w:tcW w:w="1337" w:type="dxa"/>
            <w:tcMar>
              <w:top w:w="20" w:type="dxa"/>
              <w:left w:w="50" w:type="dxa"/>
              <w:bottom w:w="20" w:type="dxa"/>
              <w:right w:w="50" w:type="dxa"/>
            </w:tcMar>
          </w:tcPr>
          <w:p w14:paraId="5E57328D" w14:textId="77777777" w:rsidR="00292F36" w:rsidRDefault="00000000">
            <w:r>
              <w:rPr>
                <w:sz w:val="16"/>
              </w:rPr>
              <w:t>0.280387096475201</w:t>
            </w:r>
          </w:p>
        </w:tc>
        <w:tc>
          <w:tcPr>
            <w:tcW w:w="1337" w:type="dxa"/>
            <w:tcMar>
              <w:top w:w="20" w:type="dxa"/>
              <w:left w:w="50" w:type="dxa"/>
              <w:bottom w:w="20" w:type="dxa"/>
              <w:right w:w="50" w:type="dxa"/>
            </w:tcMar>
          </w:tcPr>
          <w:p w14:paraId="523B24E9" w14:textId="77777777" w:rsidR="00292F36" w:rsidRDefault="00000000">
            <w:r>
              <w:rPr>
                <w:sz w:val="16"/>
              </w:rPr>
              <w:t>38</w:t>
            </w:r>
          </w:p>
        </w:tc>
        <w:tc>
          <w:tcPr>
            <w:tcW w:w="1337" w:type="dxa"/>
            <w:tcMar>
              <w:top w:w="20" w:type="dxa"/>
              <w:left w:w="50" w:type="dxa"/>
              <w:bottom w:w="20" w:type="dxa"/>
              <w:right w:w="50" w:type="dxa"/>
            </w:tcMar>
          </w:tcPr>
          <w:p w14:paraId="4203E8BE" w14:textId="77777777" w:rsidR="00292F36" w:rsidRDefault="00000000">
            <w:r>
              <w:rPr>
                <w:sz w:val="16"/>
              </w:rPr>
              <w:t>0.28008859644252</w:t>
            </w:r>
          </w:p>
        </w:tc>
        <w:tc>
          <w:tcPr>
            <w:tcW w:w="1337" w:type="dxa"/>
            <w:tcMar>
              <w:top w:w="20" w:type="dxa"/>
              <w:left w:w="50" w:type="dxa"/>
              <w:bottom w:w="20" w:type="dxa"/>
              <w:right w:w="50" w:type="dxa"/>
            </w:tcMar>
          </w:tcPr>
          <w:p w14:paraId="2B04A2A8" w14:textId="77777777" w:rsidR="00292F36" w:rsidRDefault="00000000">
            <w:r>
              <w:rPr>
                <w:sz w:val="16"/>
              </w:rPr>
              <w:t>0.216052923957171</w:t>
            </w:r>
          </w:p>
        </w:tc>
        <w:tc>
          <w:tcPr>
            <w:tcW w:w="1337" w:type="dxa"/>
            <w:tcMar>
              <w:top w:w="20" w:type="dxa"/>
              <w:left w:w="50" w:type="dxa"/>
              <w:bottom w:w="20" w:type="dxa"/>
              <w:right w:w="50" w:type="dxa"/>
            </w:tcMar>
          </w:tcPr>
          <w:p w14:paraId="6BE0D481" w14:textId="77777777" w:rsidR="00292F36" w:rsidRDefault="00000000">
            <w:r>
              <w:rPr>
                <w:sz w:val="16"/>
              </w:rPr>
              <w:t>0.345894593287096</w:t>
            </w:r>
          </w:p>
        </w:tc>
      </w:tr>
      <w:tr w:rsidR="00292F36" w14:paraId="06AA6C0C" w14:textId="77777777">
        <w:tc>
          <w:tcPr>
            <w:tcW w:w="1337" w:type="dxa"/>
            <w:tcMar>
              <w:top w:w="20" w:type="dxa"/>
              <w:left w:w="50" w:type="dxa"/>
              <w:bottom w:w="20" w:type="dxa"/>
              <w:right w:w="50" w:type="dxa"/>
            </w:tcMar>
          </w:tcPr>
          <w:p w14:paraId="1D687F15" w14:textId="77777777" w:rsidR="00292F36" w:rsidRDefault="00000000">
            <w:r>
              <w:rPr>
                <w:sz w:val="16"/>
              </w:rPr>
              <w:t>North</w:t>
            </w:r>
          </w:p>
        </w:tc>
        <w:tc>
          <w:tcPr>
            <w:tcW w:w="1337" w:type="dxa"/>
            <w:tcMar>
              <w:top w:w="20" w:type="dxa"/>
              <w:left w:w="50" w:type="dxa"/>
              <w:bottom w:w="20" w:type="dxa"/>
              <w:right w:w="50" w:type="dxa"/>
            </w:tcMar>
          </w:tcPr>
          <w:p w14:paraId="4CE0065F" w14:textId="77777777" w:rsidR="00292F36" w:rsidRDefault="00000000">
            <w:r>
              <w:rPr>
                <w:sz w:val="16"/>
              </w:rPr>
              <w:t>Function</w:t>
            </w:r>
          </w:p>
        </w:tc>
        <w:tc>
          <w:tcPr>
            <w:tcW w:w="1337" w:type="dxa"/>
            <w:tcMar>
              <w:top w:w="20" w:type="dxa"/>
              <w:left w:w="50" w:type="dxa"/>
              <w:bottom w:w="20" w:type="dxa"/>
              <w:right w:w="50" w:type="dxa"/>
            </w:tcMar>
          </w:tcPr>
          <w:p w14:paraId="496137C3" w14:textId="77777777" w:rsidR="00292F36" w:rsidRDefault="00000000">
            <w:r>
              <w:rPr>
                <w:sz w:val="16"/>
              </w:rPr>
              <w:t>0.0954110047644165</w:t>
            </w:r>
          </w:p>
        </w:tc>
        <w:tc>
          <w:tcPr>
            <w:tcW w:w="1337" w:type="dxa"/>
            <w:tcMar>
              <w:top w:w="20" w:type="dxa"/>
              <w:left w:w="50" w:type="dxa"/>
              <w:bottom w:w="20" w:type="dxa"/>
              <w:right w:w="50" w:type="dxa"/>
            </w:tcMar>
          </w:tcPr>
          <w:p w14:paraId="31A51818" w14:textId="77777777" w:rsidR="00292F36" w:rsidRDefault="00000000">
            <w:r>
              <w:rPr>
                <w:sz w:val="16"/>
              </w:rPr>
              <w:t>15</w:t>
            </w:r>
          </w:p>
        </w:tc>
        <w:tc>
          <w:tcPr>
            <w:tcW w:w="1337" w:type="dxa"/>
            <w:tcMar>
              <w:top w:w="20" w:type="dxa"/>
              <w:left w:w="50" w:type="dxa"/>
              <w:bottom w:w="20" w:type="dxa"/>
              <w:right w:w="50" w:type="dxa"/>
            </w:tcMar>
          </w:tcPr>
          <w:p w14:paraId="259A2BE9" w14:textId="77777777" w:rsidR="00292F36" w:rsidRDefault="00000000">
            <w:r>
              <w:rPr>
                <w:sz w:val="16"/>
              </w:rPr>
              <w:t>0.118813794717928</w:t>
            </w:r>
          </w:p>
        </w:tc>
        <w:tc>
          <w:tcPr>
            <w:tcW w:w="1337" w:type="dxa"/>
            <w:tcMar>
              <w:top w:w="20" w:type="dxa"/>
              <w:left w:w="50" w:type="dxa"/>
              <w:bottom w:w="20" w:type="dxa"/>
              <w:right w:w="50" w:type="dxa"/>
            </w:tcMar>
          </w:tcPr>
          <w:p w14:paraId="26933F4C" w14:textId="77777777" w:rsidR="00292F36" w:rsidRDefault="00000000">
            <w:r>
              <w:rPr>
                <w:sz w:val="16"/>
              </w:rPr>
              <w:t>0.0905358378561294</w:t>
            </w:r>
          </w:p>
        </w:tc>
        <w:tc>
          <w:tcPr>
            <w:tcW w:w="1337" w:type="dxa"/>
            <w:tcMar>
              <w:top w:w="20" w:type="dxa"/>
              <w:left w:w="50" w:type="dxa"/>
              <w:bottom w:w="20" w:type="dxa"/>
              <w:right w:w="50" w:type="dxa"/>
            </w:tcMar>
          </w:tcPr>
          <w:p w14:paraId="79EFFC2E" w14:textId="77777777" w:rsidR="00292F36" w:rsidRDefault="00000000">
            <w:r>
              <w:rPr>
                <w:sz w:val="16"/>
              </w:rPr>
              <w:t>0.14974688201712</w:t>
            </w:r>
          </w:p>
        </w:tc>
      </w:tr>
      <w:tr w:rsidR="00292F36" w14:paraId="448E287E" w14:textId="77777777">
        <w:tc>
          <w:tcPr>
            <w:tcW w:w="1337" w:type="dxa"/>
            <w:tcMar>
              <w:top w:w="20" w:type="dxa"/>
              <w:left w:w="50" w:type="dxa"/>
              <w:bottom w:w="20" w:type="dxa"/>
              <w:right w:w="50" w:type="dxa"/>
            </w:tcMar>
          </w:tcPr>
          <w:p w14:paraId="52FFBB16" w14:textId="77777777" w:rsidR="00292F36" w:rsidRDefault="00000000">
            <w:r>
              <w:rPr>
                <w:sz w:val="16"/>
              </w:rPr>
              <w:t>North</w:t>
            </w:r>
          </w:p>
        </w:tc>
        <w:tc>
          <w:tcPr>
            <w:tcW w:w="1337" w:type="dxa"/>
            <w:tcMar>
              <w:top w:w="20" w:type="dxa"/>
              <w:left w:w="50" w:type="dxa"/>
              <w:bottom w:w="20" w:type="dxa"/>
              <w:right w:w="50" w:type="dxa"/>
            </w:tcMar>
          </w:tcPr>
          <w:p w14:paraId="37B913B5" w14:textId="77777777" w:rsidR="00292F36" w:rsidRDefault="00000000">
            <w:r>
              <w:rPr>
                <w:sz w:val="16"/>
              </w:rPr>
              <w:t>Trophic</w:t>
            </w:r>
          </w:p>
        </w:tc>
        <w:tc>
          <w:tcPr>
            <w:tcW w:w="1337" w:type="dxa"/>
            <w:tcMar>
              <w:top w:w="20" w:type="dxa"/>
              <w:left w:w="50" w:type="dxa"/>
              <w:bottom w:w="20" w:type="dxa"/>
              <w:right w:w="50" w:type="dxa"/>
            </w:tcMar>
          </w:tcPr>
          <w:p w14:paraId="5235E2FD" w14:textId="77777777" w:rsidR="00292F36" w:rsidRDefault="00000000">
            <w:r>
              <w:rPr>
                <w:sz w:val="16"/>
              </w:rPr>
              <w:t>0.170294820252211</w:t>
            </w:r>
          </w:p>
        </w:tc>
        <w:tc>
          <w:tcPr>
            <w:tcW w:w="1337" w:type="dxa"/>
            <w:tcMar>
              <w:top w:w="20" w:type="dxa"/>
              <w:left w:w="50" w:type="dxa"/>
              <w:bottom w:w="20" w:type="dxa"/>
              <w:right w:w="50" w:type="dxa"/>
            </w:tcMar>
          </w:tcPr>
          <w:p w14:paraId="7851F4C0" w14:textId="77777777" w:rsidR="00292F36" w:rsidRDefault="00000000">
            <w:r>
              <w:rPr>
                <w:sz w:val="16"/>
              </w:rPr>
              <w:t>15</w:t>
            </w:r>
          </w:p>
        </w:tc>
        <w:tc>
          <w:tcPr>
            <w:tcW w:w="1337" w:type="dxa"/>
            <w:tcMar>
              <w:top w:w="20" w:type="dxa"/>
              <w:left w:w="50" w:type="dxa"/>
              <w:bottom w:w="20" w:type="dxa"/>
              <w:right w:w="50" w:type="dxa"/>
            </w:tcMar>
          </w:tcPr>
          <w:p w14:paraId="7B2758B7" w14:textId="77777777" w:rsidR="00292F36" w:rsidRDefault="00000000">
            <w:r>
              <w:rPr>
                <w:sz w:val="16"/>
              </w:rPr>
              <w:t>0.220786741024547</w:t>
            </w:r>
          </w:p>
        </w:tc>
        <w:tc>
          <w:tcPr>
            <w:tcW w:w="1337" w:type="dxa"/>
            <w:tcMar>
              <w:top w:w="20" w:type="dxa"/>
              <w:left w:w="50" w:type="dxa"/>
              <w:bottom w:w="20" w:type="dxa"/>
              <w:right w:w="50" w:type="dxa"/>
            </w:tcMar>
          </w:tcPr>
          <w:p w14:paraId="2F836522" w14:textId="77777777" w:rsidR="00292F36" w:rsidRDefault="00000000">
            <w:r>
              <w:rPr>
                <w:sz w:val="16"/>
              </w:rPr>
              <w:t>0.161919578154522</w:t>
            </w:r>
          </w:p>
        </w:tc>
        <w:tc>
          <w:tcPr>
            <w:tcW w:w="1337" w:type="dxa"/>
            <w:tcMar>
              <w:top w:w="20" w:type="dxa"/>
              <w:left w:w="50" w:type="dxa"/>
              <w:bottom w:w="20" w:type="dxa"/>
              <w:right w:w="50" w:type="dxa"/>
            </w:tcMar>
          </w:tcPr>
          <w:p w14:paraId="5ECB9E8B" w14:textId="77777777" w:rsidR="00292F36" w:rsidRDefault="00000000">
            <w:r>
              <w:rPr>
                <w:sz w:val="16"/>
              </w:rPr>
              <w:t>0.286967689499003</w:t>
            </w:r>
          </w:p>
        </w:tc>
      </w:tr>
      <w:tr w:rsidR="00292F36" w14:paraId="70580004" w14:textId="77777777">
        <w:tc>
          <w:tcPr>
            <w:tcW w:w="1337" w:type="dxa"/>
            <w:tcMar>
              <w:top w:w="20" w:type="dxa"/>
              <w:left w:w="50" w:type="dxa"/>
              <w:bottom w:w="20" w:type="dxa"/>
              <w:right w:w="50" w:type="dxa"/>
            </w:tcMar>
          </w:tcPr>
          <w:p w14:paraId="1CB43621" w14:textId="77777777" w:rsidR="00292F36" w:rsidRDefault="00000000">
            <w:r>
              <w:rPr>
                <w:sz w:val="16"/>
              </w:rPr>
              <w:t>North</w:t>
            </w:r>
          </w:p>
        </w:tc>
        <w:tc>
          <w:tcPr>
            <w:tcW w:w="1337" w:type="dxa"/>
            <w:tcMar>
              <w:top w:w="20" w:type="dxa"/>
              <w:left w:w="50" w:type="dxa"/>
              <w:bottom w:w="20" w:type="dxa"/>
              <w:right w:w="50" w:type="dxa"/>
            </w:tcMar>
          </w:tcPr>
          <w:p w14:paraId="488D46FC" w14:textId="77777777" w:rsidR="00292F36" w:rsidRDefault="00000000">
            <w:r>
              <w:rPr>
                <w:sz w:val="16"/>
              </w:rPr>
              <w:t>Alpha</w:t>
            </w:r>
          </w:p>
        </w:tc>
        <w:tc>
          <w:tcPr>
            <w:tcW w:w="1337" w:type="dxa"/>
            <w:tcMar>
              <w:top w:w="20" w:type="dxa"/>
              <w:left w:w="50" w:type="dxa"/>
              <w:bottom w:w="20" w:type="dxa"/>
              <w:right w:w="50" w:type="dxa"/>
            </w:tcMar>
          </w:tcPr>
          <w:p w14:paraId="6EE917D2" w14:textId="77777777" w:rsidR="00292F36" w:rsidRDefault="00000000">
            <w:r>
              <w:rPr>
                <w:sz w:val="16"/>
              </w:rPr>
              <w:t>0.297054616279587</w:t>
            </w:r>
          </w:p>
        </w:tc>
        <w:tc>
          <w:tcPr>
            <w:tcW w:w="1337" w:type="dxa"/>
            <w:tcMar>
              <w:top w:w="20" w:type="dxa"/>
              <w:left w:w="50" w:type="dxa"/>
              <w:bottom w:w="20" w:type="dxa"/>
              <w:right w:w="50" w:type="dxa"/>
            </w:tcMar>
          </w:tcPr>
          <w:p w14:paraId="7F43D12A" w14:textId="77777777" w:rsidR="00292F36" w:rsidRDefault="00000000">
            <w:r>
              <w:rPr>
                <w:sz w:val="16"/>
              </w:rPr>
              <w:t>15</w:t>
            </w:r>
          </w:p>
        </w:tc>
        <w:tc>
          <w:tcPr>
            <w:tcW w:w="1337" w:type="dxa"/>
            <w:tcMar>
              <w:top w:w="20" w:type="dxa"/>
              <w:left w:w="50" w:type="dxa"/>
              <w:bottom w:w="20" w:type="dxa"/>
              <w:right w:w="50" w:type="dxa"/>
            </w:tcMar>
          </w:tcPr>
          <w:p w14:paraId="67BC3E74" w14:textId="77777777" w:rsidR="00292F36" w:rsidRDefault="00000000">
            <w:r>
              <w:rPr>
                <w:sz w:val="16"/>
              </w:rPr>
              <w:t>0.192202438283259</w:t>
            </w:r>
          </w:p>
        </w:tc>
        <w:tc>
          <w:tcPr>
            <w:tcW w:w="1337" w:type="dxa"/>
            <w:tcMar>
              <w:top w:w="20" w:type="dxa"/>
              <w:left w:w="50" w:type="dxa"/>
              <w:bottom w:w="20" w:type="dxa"/>
              <w:right w:w="50" w:type="dxa"/>
            </w:tcMar>
          </w:tcPr>
          <w:p w14:paraId="3BB4CE45" w14:textId="77777777" w:rsidR="00292F36" w:rsidRDefault="00000000">
            <w:r>
              <w:rPr>
                <w:sz w:val="16"/>
              </w:rPr>
              <w:t>0.138260325931084</w:t>
            </w:r>
          </w:p>
        </w:tc>
        <w:tc>
          <w:tcPr>
            <w:tcW w:w="1337" w:type="dxa"/>
            <w:tcMar>
              <w:top w:w="20" w:type="dxa"/>
              <w:left w:w="50" w:type="dxa"/>
              <w:bottom w:w="20" w:type="dxa"/>
              <w:right w:w="50" w:type="dxa"/>
            </w:tcMar>
          </w:tcPr>
          <w:p w14:paraId="2259F6A6" w14:textId="77777777" w:rsidR="00292F36" w:rsidRDefault="00000000">
            <w:r>
              <w:rPr>
                <w:sz w:val="16"/>
              </w:rPr>
              <w:t>0.254068674888936</w:t>
            </w:r>
          </w:p>
        </w:tc>
      </w:tr>
      <w:tr w:rsidR="00292F36" w14:paraId="70ADDBFE" w14:textId="77777777">
        <w:tc>
          <w:tcPr>
            <w:tcW w:w="1337" w:type="dxa"/>
            <w:tcMar>
              <w:top w:w="20" w:type="dxa"/>
              <w:left w:w="50" w:type="dxa"/>
              <w:bottom w:w="20" w:type="dxa"/>
              <w:right w:w="50" w:type="dxa"/>
            </w:tcMar>
          </w:tcPr>
          <w:p w14:paraId="7B057EC1" w14:textId="77777777" w:rsidR="00292F36" w:rsidRDefault="00000000">
            <w:r>
              <w:rPr>
                <w:sz w:val="16"/>
              </w:rPr>
              <w:t>North</w:t>
            </w:r>
          </w:p>
        </w:tc>
        <w:tc>
          <w:tcPr>
            <w:tcW w:w="1337" w:type="dxa"/>
            <w:tcMar>
              <w:top w:w="20" w:type="dxa"/>
              <w:left w:w="50" w:type="dxa"/>
              <w:bottom w:w="20" w:type="dxa"/>
              <w:right w:w="50" w:type="dxa"/>
            </w:tcMar>
          </w:tcPr>
          <w:p w14:paraId="1CDCA222" w14:textId="77777777" w:rsidR="00292F36" w:rsidRDefault="00000000">
            <w:r>
              <w:rPr>
                <w:sz w:val="16"/>
              </w:rPr>
              <w:t>Nutrition</w:t>
            </w:r>
          </w:p>
        </w:tc>
        <w:tc>
          <w:tcPr>
            <w:tcW w:w="1337" w:type="dxa"/>
            <w:tcMar>
              <w:top w:w="20" w:type="dxa"/>
              <w:left w:w="50" w:type="dxa"/>
              <w:bottom w:w="20" w:type="dxa"/>
              <w:right w:w="50" w:type="dxa"/>
            </w:tcMar>
          </w:tcPr>
          <w:p w14:paraId="5744BB1B" w14:textId="77777777" w:rsidR="00292F36" w:rsidRDefault="00000000">
            <w:r>
              <w:rPr>
                <w:sz w:val="16"/>
              </w:rPr>
              <w:t>0.23661523059056</w:t>
            </w:r>
          </w:p>
        </w:tc>
        <w:tc>
          <w:tcPr>
            <w:tcW w:w="1337" w:type="dxa"/>
            <w:tcMar>
              <w:top w:w="20" w:type="dxa"/>
              <w:left w:w="50" w:type="dxa"/>
              <w:bottom w:w="20" w:type="dxa"/>
              <w:right w:w="50" w:type="dxa"/>
            </w:tcMar>
          </w:tcPr>
          <w:p w14:paraId="02CAE2F7" w14:textId="77777777" w:rsidR="00292F36" w:rsidRDefault="00000000">
            <w:r>
              <w:rPr>
                <w:sz w:val="16"/>
              </w:rPr>
              <w:t>15</w:t>
            </w:r>
          </w:p>
        </w:tc>
        <w:tc>
          <w:tcPr>
            <w:tcW w:w="1337" w:type="dxa"/>
            <w:tcMar>
              <w:top w:w="20" w:type="dxa"/>
              <w:left w:w="50" w:type="dxa"/>
              <w:bottom w:w="20" w:type="dxa"/>
              <w:right w:w="50" w:type="dxa"/>
            </w:tcMar>
          </w:tcPr>
          <w:p w14:paraId="3C71BD47" w14:textId="77777777" w:rsidR="00292F36" w:rsidRDefault="00000000">
            <w:r>
              <w:rPr>
                <w:sz w:val="16"/>
              </w:rPr>
              <w:t>0.188108429531746</w:t>
            </w:r>
          </w:p>
        </w:tc>
        <w:tc>
          <w:tcPr>
            <w:tcW w:w="1337" w:type="dxa"/>
            <w:tcMar>
              <w:top w:w="20" w:type="dxa"/>
              <w:left w:w="50" w:type="dxa"/>
              <w:bottom w:w="20" w:type="dxa"/>
              <w:right w:w="50" w:type="dxa"/>
            </w:tcMar>
          </w:tcPr>
          <w:p w14:paraId="72771253" w14:textId="77777777" w:rsidR="00292F36" w:rsidRDefault="00000000">
            <w:r>
              <w:rPr>
                <w:sz w:val="16"/>
              </w:rPr>
              <w:t>0.133267409212426</w:t>
            </w:r>
          </w:p>
        </w:tc>
        <w:tc>
          <w:tcPr>
            <w:tcW w:w="1337" w:type="dxa"/>
            <w:tcMar>
              <w:top w:w="20" w:type="dxa"/>
              <w:left w:w="50" w:type="dxa"/>
              <w:bottom w:w="20" w:type="dxa"/>
              <w:right w:w="50" w:type="dxa"/>
            </w:tcMar>
          </w:tcPr>
          <w:p w14:paraId="5D070092" w14:textId="77777777" w:rsidR="00292F36" w:rsidRDefault="00000000">
            <w:r>
              <w:rPr>
                <w:sz w:val="16"/>
              </w:rPr>
              <w:t>0.250167255406066</w:t>
            </w:r>
          </w:p>
        </w:tc>
      </w:tr>
      <w:tr w:rsidR="00292F36" w14:paraId="2898E692" w14:textId="77777777">
        <w:tc>
          <w:tcPr>
            <w:tcW w:w="1337" w:type="dxa"/>
            <w:tcMar>
              <w:top w:w="20" w:type="dxa"/>
              <w:left w:w="50" w:type="dxa"/>
              <w:bottom w:w="20" w:type="dxa"/>
              <w:right w:w="50" w:type="dxa"/>
            </w:tcMar>
          </w:tcPr>
          <w:p w14:paraId="58DDA23F" w14:textId="77777777" w:rsidR="00292F36" w:rsidRDefault="00000000">
            <w:r>
              <w:rPr>
                <w:sz w:val="16"/>
              </w:rPr>
              <w:t>North</w:t>
            </w:r>
          </w:p>
        </w:tc>
        <w:tc>
          <w:tcPr>
            <w:tcW w:w="1337" w:type="dxa"/>
            <w:tcMar>
              <w:top w:w="20" w:type="dxa"/>
              <w:left w:w="50" w:type="dxa"/>
              <w:bottom w:w="20" w:type="dxa"/>
              <w:right w:w="50" w:type="dxa"/>
            </w:tcMar>
          </w:tcPr>
          <w:p w14:paraId="49A63835" w14:textId="77777777" w:rsidR="00292F36" w:rsidRDefault="00000000">
            <w:r>
              <w:rPr>
                <w:sz w:val="16"/>
              </w:rPr>
              <w:t>Fisheries</w:t>
            </w:r>
          </w:p>
        </w:tc>
        <w:tc>
          <w:tcPr>
            <w:tcW w:w="1337" w:type="dxa"/>
            <w:tcMar>
              <w:top w:w="20" w:type="dxa"/>
              <w:left w:w="50" w:type="dxa"/>
              <w:bottom w:w="20" w:type="dxa"/>
              <w:right w:w="50" w:type="dxa"/>
            </w:tcMar>
          </w:tcPr>
          <w:p w14:paraId="08C7239F" w14:textId="77777777" w:rsidR="00292F36" w:rsidRDefault="00000000">
            <w:r>
              <w:rPr>
                <w:sz w:val="16"/>
              </w:rPr>
              <w:t>0.200624328113226</w:t>
            </w:r>
          </w:p>
        </w:tc>
        <w:tc>
          <w:tcPr>
            <w:tcW w:w="1337" w:type="dxa"/>
            <w:tcMar>
              <w:top w:w="20" w:type="dxa"/>
              <w:left w:w="50" w:type="dxa"/>
              <w:bottom w:w="20" w:type="dxa"/>
              <w:right w:w="50" w:type="dxa"/>
            </w:tcMar>
          </w:tcPr>
          <w:p w14:paraId="5AAE407C" w14:textId="77777777" w:rsidR="00292F36" w:rsidRDefault="00000000">
            <w:r>
              <w:rPr>
                <w:sz w:val="16"/>
              </w:rPr>
              <w:t>15</w:t>
            </w:r>
          </w:p>
        </w:tc>
        <w:tc>
          <w:tcPr>
            <w:tcW w:w="1337" w:type="dxa"/>
            <w:tcMar>
              <w:top w:w="20" w:type="dxa"/>
              <w:left w:w="50" w:type="dxa"/>
              <w:bottom w:w="20" w:type="dxa"/>
              <w:right w:w="50" w:type="dxa"/>
            </w:tcMar>
          </w:tcPr>
          <w:p w14:paraId="69ECB7F3" w14:textId="77777777" w:rsidR="00292F36" w:rsidRDefault="00000000">
            <w:r>
              <w:rPr>
                <w:sz w:val="16"/>
              </w:rPr>
              <w:t>0.28008859644252</w:t>
            </w:r>
          </w:p>
        </w:tc>
        <w:tc>
          <w:tcPr>
            <w:tcW w:w="1337" w:type="dxa"/>
            <w:tcMar>
              <w:top w:w="20" w:type="dxa"/>
              <w:left w:w="50" w:type="dxa"/>
              <w:bottom w:w="20" w:type="dxa"/>
              <w:right w:w="50" w:type="dxa"/>
            </w:tcMar>
          </w:tcPr>
          <w:p w14:paraId="3959DC7D" w14:textId="77777777" w:rsidR="00292F36" w:rsidRDefault="00000000">
            <w:r>
              <w:rPr>
                <w:sz w:val="16"/>
              </w:rPr>
              <w:t>0.216052923957171</w:t>
            </w:r>
          </w:p>
        </w:tc>
        <w:tc>
          <w:tcPr>
            <w:tcW w:w="1337" w:type="dxa"/>
            <w:tcMar>
              <w:top w:w="20" w:type="dxa"/>
              <w:left w:w="50" w:type="dxa"/>
              <w:bottom w:w="20" w:type="dxa"/>
              <w:right w:w="50" w:type="dxa"/>
            </w:tcMar>
          </w:tcPr>
          <w:p w14:paraId="476C80E0" w14:textId="77777777" w:rsidR="00292F36" w:rsidRDefault="00000000">
            <w:r>
              <w:rPr>
                <w:sz w:val="16"/>
              </w:rPr>
              <w:t>0.345894593287096</w:t>
            </w:r>
          </w:p>
        </w:tc>
      </w:tr>
      <w:tr w:rsidR="00292F36" w14:paraId="054C728D" w14:textId="77777777">
        <w:tc>
          <w:tcPr>
            <w:tcW w:w="1337" w:type="dxa"/>
            <w:tcMar>
              <w:top w:w="20" w:type="dxa"/>
              <w:left w:w="50" w:type="dxa"/>
              <w:bottom w:w="20" w:type="dxa"/>
              <w:right w:w="50" w:type="dxa"/>
            </w:tcMar>
          </w:tcPr>
          <w:p w14:paraId="0CD236AD" w14:textId="77777777" w:rsidR="00292F36" w:rsidRDefault="00000000">
            <w:r>
              <w:rPr>
                <w:sz w:val="16"/>
              </w:rPr>
              <w:t>Middle</w:t>
            </w:r>
          </w:p>
        </w:tc>
        <w:tc>
          <w:tcPr>
            <w:tcW w:w="1337" w:type="dxa"/>
            <w:tcMar>
              <w:top w:w="20" w:type="dxa"/>
              <w:left w:w="50" w:type="dxa"/>
              <w:bottom w:w="20" w:type="dxa"/>
              <w:right w:w="50" w:type="dxa"/>
            </w:tcMar>
          </w:tcPr>
          <w:p w14:paraId="778830D5" w14:textId="77777777" w:rsidR="00292F36" w:rsidRDefault="00000000">
            <w:r>
              <w:rPr>
                <w:sz w:val="16"/>
              </w:rPr>
              <w:t>Function</w:t>
            </w:r>
          </w:p>
        </w:tc>
        <w:tc>
          <w:tcPr>
            <w:tcW w:w="1337" w:type="dxa"/>
            <w:tcMar>
              <w:top w:w="20" w:type="dxa"/>
              <w:left w:w="50" w:type="dxa"/>
              <w:bottom w:w="20" w:type="dxa"/>
              <w:right w:w="50" w:type="dxa"/>
            </w:tcMar>
          </w:tcPr>
          <w:p w14:paraId="3EC65F1A" w14:textId="77777777" w:rsidR="00292F36" w:rsidRDefault="00000000">
            <w:r>
              <w:rPr>
                <w:sz w:val="16"/>
              </w:rPr>
              <w:t>0.141468495022067</w:t>
            </w:r>
          </w:p>
        </w:tc>
        <w:tc>
          <w:tcPr>
            <w:tcW w:w="1337" w:type="dxa"/>
            <w:tcMar>
              <w:top w:w="20" w:type="dxa"/>
              <w:left w:w="50" w:type="dxa"/>
              <w:bottom w:w="20" w:type="dxa"/>
              <w:right w:w="50" w:type="dxa"/>
            </w:tcMar>
          </w:tcPr>
          <w:p w14:paraId="5B3B4EB9" w14:textId="77777777" w:rsidR="00292F36" w:rsidRDefault="00000000">
            <w:r>
              <w:rPr>
                <w:sz w:val="16"/>
              </w:rPr>
              <w:t>9</w:t>
            </w:r>
          </w:p>
        </w:tc>
        <w:tc>
          <w:tcPr>
            <w:tcW w:w="1337" w:type="dxa"/>
            <w:tcMar>
              <w:top w:w="20" w:type="dxa"/>
              <w:left w:w="50" w:type="dxa"/>
              <w:bottom w:w="20" w:type="dxa"/>
              <w:right w:w="50" w:type="dxa"/>
            </w:tcMar>
          </w:tcPr>
          <w:p w14:paraId="0D47E6BA" w14:textId="77777777" w:rsidR="00292F36" w:rsidRDefault="00000000">
            <w:r>
              <w:rPr>
                <w:sz w:val="16"/>
              </w:rPr>
              <w:t>0.118813794717928</w:t>
            </w:r>
          </w:p>
        </w:tc>
        <w:tc>
          <w:tcPr>
            <w:tcW w:w="1337" w:type="dxa"/>
            <w:tcMar>
              <w:top w:w="20" w:type="dxa"/>
              <w:left w:w="50" w:type="dxa"/>
              <w:bottom w:w="20" w:type="dxa"/>
              <w:right w:w="50" w:type="dxa"/>
            </w:tcMar>
          </w:tcPr>
          <w:p w14:paraId="1A6B270B" w14:textId="77777777" w:rsidR="00292F36" w:rsidRDefault="00000000">
            <w:r>
              <w:rPr>
                <w:sz w:val="16"/>
              </w:rPr>
              <w:t>0.0905358378561294</w:t>
            </w:r>
          </w:p>
        </w:tc>
        <w:tc>
          <w:tcPr>
            <w:tcW w:w="1337" w:type="dxa"/>
            <w:tcMar>
              <w:top w:w="20" w:type="dxa"/>
              <w:left w:w="50" w:type="dxa"/>
              <w:bottom w:w="20" w:type="dxa"/>
              <w:right w:w="50" w:type="dxa"/>
            </w:tcMar>
          </w:tcPr>
          <w:p w14:paraId="1BC590B0" w14:textId="77777777" w:rsidR="00292F36" w:rsidRDefault="00000000">
            <w:r>
              <w:rPr>
                <w:sz w:val="16"/>
              </w:rPr>
              <w:t>0.14974688201712</w:t>
            </w:r>
          </w:p>
        </w:tc>
      </w:tr>
      <w:tr w:rsidR="00292F36" w14:paraId="5620ED32" w14:textId="77777777">
        <w:tc>
          <w:tcPr>
            <w:tcW w:w="1337" w:type="dxa"/>
            <w:tcMar>
              <w:top w:w="20" w:type="dxa"/>
              <w:left w:w="50" w:type="dxa"/>
              <w:bottom w:w="20" w:type="dxa"/>
              <w:right w:w="50" w:type="dxa"/>
            </w:tcMar>
          </w:tcPr>
          <w:p w14:paraId="60D3510E" w14:textId="77777777" w:rsidR="00292F36" w:rsidRDefault="00000000">
            <w:r>
              <w:rPr>
                <w:sz w:val="16"/>
              </w:rPr>
              <w:t>Middle</w:t>
            </w:r>
          </w:p>
        </w:tc>
        <w:tc>
          <w:tcPr>
            <w:tcW w:w="1337" w:type="dxa"/>
            <w:tcMar>
              <w:top w:w="20" w:type="dxa"/>
              <w:left w:w="50" w:type="dxa"/>
              <w:bottom w:w="20" w:type="dxa"/>
              <w:right w:w="50" w:type="dxa"/>
            </w:tcMar>
          </w:tcPr>
          <w:p w14:paraId="25D96B04" w14:textId="77777777" w:rsidR="00292F36" w:rsidRDefault="00000000">
            <w:r>
              <w:rPr>
                <w:sz w:val="16"/>
              </w:rPr>
              <w:t>Trophic</w:t>
            </w:r>
          </w:p>
        </w:tc>
        <w:tc>
          <w:tcPr>
            <w:tcW w:w="1337" w:type="dxa"/>
            <w:tcMar>
              <w:top w:w="20" w:type="dxa"/>
              <w:left w:w="50" w:type="dxa"/>
              <w:bottom w:w="20" w:type="dxa"/>
              <w:right w:w="50" w:type="dxa"/>
            </w:tcMar>
          </w:tcPr>
          <w:p w14:paraId="20EB45A2" w14:textId="77777777" w:rsidR="00292F36" w:rsidRDefault="00000000">
            <w:r>
              <w:rPr>
                <w:sz w:val="16"/>
              </w:rPr>
              <w:t>0.306476692230052</w:t>
            </w:r>
          </w:p>
        </w:tc>
        <w:tc>
          <w:tcPr>
            <w:tcW w:w="1337" w:type="dxa"/>
            <w:tcMar>
              <w:top w:w="20" w:type="dxa"/>
              <w:left w:w="50" w:type="dxa"/>
              <w:bottom w:w="20" w:type="dxa"/>
              <w:right w:w="50" w:type="dxa"/>
            </w:tcMar>
          </w:tcPr>
          <w:p w14:paraId="7CDB0EC5" w14:textId="77777777" w:rsidR="00292F36" w:rsidRDefault="00000000">
            <w:r>
              <w:rPr>
                <w:sz w:val="16"/>
              </w:rPr>
              <w:t>9</w:t>
            </w:r>
          </w:p>
        </w:tc>
        <w:tc>
          <w:tcPr>
            <w:tcW w:w="1337" w:type="dxa"/>
            <w:tcMar>
              <w:top w:w="20" w:type="dxa"/>
              <w:left w:w="50" w:type="dxa"/>
              <w:bottom w:w="20" w:type="dxa"/>
              <w:right w:w="50" w:type="dxa"/>
            </w:tcMar>
          </w:tcPr>
          <w:p w14:paraId="7AD2A13C" w14:textId="77777777" w:rsidR="00292F36" w:rsidRDefault="00000000">
            <w:r>
              <w:rPr>
                <w:sz w:val="16"/>
              </w:rPr>
              <w:t>0.220786741024547</w:t>
            </w:r>
          </w:p>
        </w:tc>
        <w:tc>
          <w:tcPr>
            <w:tcW w:w="1337" w:type="dxa"/>
            <w:tcMar>
              <w:top w:w="20" w:type="dxa"/>
              <w:left w:w="50" w:type="dxa"/>
              <w:bottom w:w="20" w:type="dxa"/>
              <w:right w:w="50" w:type="dxa"/>
            </w:tcMar>
          </w:tcPr>
          <w:p w14:paraId="7D807CCB" w14:textId="77777777" w:rsidR="00292F36" w:rsidRDefault="00000000">
            <w:r>
              <w:rPr>
                <w:sz w:val="16"/>
              </w:rPr>
              <w:t>0.161919578154522</w:t>
            </w:r>
          </w:p>
        </w:tc>
        <w:tc>
          <w:tcPr>
            <w:tcW w:w="1337" w:type="dxa"/>
            <w:tcMar>
              <w:top w:w="20" w:type="dxa"/>
              <w:left w:w="50" w:type="dxa"/>
              <w:bottom w:w="20" w:type="dxa"/>
              <w:right w:w="50" w:type="dxa"/>
            </w:tcMar>
          </w:tcPr>
          <w:p w14:paraId="45407DA5" w14:textId="77777777" w:rsidR="00292F36" w:rsidRDefault="00000000">
            <w:r>
              <w:rPr>
                <w:sz w:val="16"/>
              </w:rPr>
              <w:t>0.286967689499003</w:t>
            </w:r>
          </w:p>
        </w:tc>
      </w:tr>
      <w:tr w:rsidR="00292F36" w14:paraId="3C1FC842" w14:textId="77777777">
        <w:tc>
          <w:tcPr>
            <w:tcW w:w="1337" w:type="dxa"/>
            <w:tcMar>
              <w:top w:w="20" w:type="dxa"/>
              <w:left w:w="50" w:type="dxa"/>
              <w:bottom w:w="20" w:type="dxa"/>
              <w:right w:w="50" w:type="dxa"/>
            </w:tcMar>
          </w:tcPr>
          <w:p w14:paraId="4838713A" w14:textId="77777777" w:rsidR="00292F36" w:rsidRDefault="00000000">
            <w:r>
              <w:rPr>
                <w:sz w:val="16"/>
              </w:rPr>
              <w:t>Middle</w:t>
            </w:r>
          </w:p>
        </w:tc>
        <w:tc>
          <w:tcPr>
            <w:tcW w:w="1337" w:type="dxa"/>
            <w:tcMar>
              <w:top w:w="20" w:type="dxa"/>
              <w:left w:w="50" w:type="dxa"/>
              <w:bottom w:w="20" w:type="dxa"/>
              <w:right w:w="50" w:type="dxa"/>
            </w:tcMar>
          </w:tcPr>
          <w:p w14:paraId="385CA4A6" w14:textId="77777777" w:rsidR="00292F36" w:rsidRDefault="00000000">
            <w:r>
              <w:rPr>
                <w:sz w:val="16"/>
              </w:rPr>
              <w:t>Alpha</w:t>
            </w:r>
          </w:p>
        </w:tc>
        <w:tc>
          <w:tcPr>
            <w:tcW w:w="1337" w:type="dxa"/>
            <w:tcMar>
              <w:top w:w="20" w:type="dxa"/>
              <w:left w:w="50" w:type="dxa"/>
              <w:bottom w:w="20" w:type="dxa"/>
              <w:right w:w="50" w:type="dxa"/>
            </w:tcMar>
          </w:tcPr>
          <w:p w14:paraId="55254154" w14:textId="77777777" w:rsidR="00292F36" w:rsidRDefault="00000000">
            <w:r>
              <w:rPr>
                <w:sz w:val="16"/>
              </w:rPr>
              <w:t>0.0650545684539999</w:t>
            </w:r>
          </w:p>
        </w:tc>
        <w:tc>
          <w:tcPr>
            <w:tcW w:w="1337" w:type="dxa"/>
            <w:tcMar>
              <w:top w:w="20" w:type="dxa"/>
              <w:left w:w="50" w:type="dxa"/>
              <w:bottom w:w="20" w:type="dxa"/>
              <w:right w:w="50" w:type="dxa"/>
            </w:tcMar>
          </w:tcPr>
          <w:p w14:paraId="1148293B" w14:textId="77777777" w:rsidR="00292F36" w:rsidRDefault="00000000">
            <w:r>
              <w:rPr>
                <w:sz w:val="16"/>
              </w:rPr>
              <w:t>9</w:t>
            </w:r>
          </w:p>
        </w:tc>
        <w:tc>
          <w:tcPr>
            <w:tcW w:w="1337" w:type="dxa"/>
            <w:tcMar>
              <w:top w:w="20" w:type="dxa"/>
              <w:left w:w="50" w:type="dxa"/>
              <w:bottom w:w="20" w:type="dxa"/>
              <w:right w:w="50" w:type="dxa"/>
            </w:tcMar>
          </w:tcPr>
          <w:p w14:paraId="18627DA0" w14:textId="77777777" w:rsidR="00292F36" w:rsidRDefault="00000000">
            <w:r>
              <w:rPr>
                <w:sz w:val="16"/>
              </w:rPr>
              <w:t>0.192202438283259</w:t>
            </w:r>
          </w:p>
        </w:tc>
        <w:tc>
          <w:tcPr>
            <w:tcW w:w="1337" w:type="dxa"/>
            <w:tcMar>
              <w:top w:w="20" w:type="dxa"/>
              <w:left w:w="50" w:type="dxa"/>
              <w:bottom w:w="20" w:type="dxa"/>
              <w:right w:w="50" w:type="dxa"/>
            </w:tcMar>
          </w:tcPr>
          <w:p w14:paraId="157A17A7" w14:textId="77777777" w:rsidR="00292F36" w:rsidRDefault="00000000">
            <w:r>
              <w:rPr>
                <w:sz w:val="16"/>
              </w:rPr>
              <w:t>0.138260325931084</w:t>
            </w:r>
          </w:p>
        </w:tc>
        <w:tc>
          <w:tcPr>
            <w:tcW w:w="1337" w:type="dxa"/>
            <w:tcMar>
              <w:top w:w="20" w:type="dxa"/>
              <w:left w:w="50" w:type="dxa"/>
              <w:bottom w:w="20" w:type="dxa"/>
              <w:right w:w="50" w:type="dxa"/>
            </w:tcMar>
          </w:tcPr>
          <w:p w14:paraId="07EA21CF" w14:textId="77777777" w:rsidR="00292F36" w:rsidRDefault="00000000">
            <w:r>
              <w:rPr>
                <w:sz w:val="16"/>
              </w:rPr>
              <w:t>0.254068674888936</w:t>
            </w:r>
          </w:p>
        </w:tc>
      </w:tr>
      <w:tr w:rsidR="00292F36" w14:paraId="35699C16" w14:textId="77777777">
        <w:tc>
          <w:tcPr>
            <w:tcW w:w="1337" w:type="dxa"/>
            <w:tcMar>
              <w:top w:w="20" w:type="dxa"/>
              <w:left w:w="50" w:type="dxa"/>
              <w:bottom w:w="20" w:type="dxa"/>
              <w:right w:w="50" w:type="dxa"/>
            </w:tcMar>
          </w:tcPr>
          <w:p w14:paraId="2A525F73" w14:textId="77777777" w:rsidR="00292F36" w:rsidRDefault="00000000">
            <w:r>
              <w:rPr>
                <w:sz w:val="16"/>
              </w:rPr>
              <w:t>Middle</w:t>
            </w:r>
          </w:p>
        </w:tc>
        <w:tc>
          <w:tcPr>
            <w:tcW w:w="1337" w:type="dxa"/>
            <w:tcMar>
              <w:top w:w="20" w:type="dxa"/>
              <w:left w:w="50" w:type="dxa"/>
              <w:bottom w:w="20" w:type="dxa"/>
              <w:right w:w="50" w:type="dxa"/>
            </w:tcMar>
          </w:tcPr>
          <w:p w14:paraId="35247F97" w14:textId="77777777" w:rsidR="00292F36" w:rsidRDefault="00000000">
            <w:r>
              <w:rPr>
                <w:sz w:val="16"/>
              </w:rPr>
              <w:t>Nutrition</w:t>
            </w:r>
          </w:p>
        </w:tc>
        <w:tc>
          <w:tcPr>
            <w:tcW w:w="1337" w:type="dxa"/>
            <w:tcMar>
              <w:top w:w="20" w:type="dxa"/>
              <w:left w:w="50" w:type="dxa"/>
              <w:bottom w:w="20" w:type="dxa"/>
              <w:right w:w="50" w:type="dxa"/>
            </w:tcMar>
          </w:tcPr>
          <w:p w14:paraId="543FA244" w14:textId="77777777" w:rsidR="00292F36" w:rsidRDefault="00000000">
            <w:r>
              <w:rPr>
                <w:sz w:val="16"/>
              </w:rPr>
              <w:t>0.211529379338378</w:t>
            </w:r>
          </w:p>
        </w:tc>
        <w:tc>
          <w:tcPr>
            <w:tcW w:w="1337" w:type="dxa"/>
            <w:tcMar>
              <w:top w:w="20" w:type="dxa"/>
              <w:left w:w="50" w:type="dxa"/>
              <w:bottom w:w="20" w:type="dxa"/>
              <w:right w:w="50" w:type="dxa"/>
            </w:tcMar>
          </w:tcPr>
          <w:p w14:paraId="2840DF73" w14:textId="77777777" w:rsidR="00292F36" w:rsidRDefault="00000000">
            <w:r>
              <w:rPr>
                <w:sz w:val="16"/>
              </w:rPr>
              <w:t>9</w:t>
            </w:r>
          </w:p>
        </w:tc>
        <w:tc>
          <w:tcPr>
            <w:tcW w:w="1337" w:type="dxa"/>
            <w:tcMar>
              <w:top w:w="20" w:type="dxa"/>
              <w:left w:w="50" w:type="dxa"/>
              <w:bottom w:w="20" w:type="dxa"/>
              <w:right w:w="50" w:type="dxa"/>
            </w:tcMar>
          </w:tcPr>
          <w:p w14:paraId="5BC902F6" w14:textId="77777777" w:rsidR="00292F36" w:rsidRDefault="00000000">
            <w:r>
              <w:rPr>
                <w:sz w:val="16"/>
              </w:rPr>
              <w:t>0.188108429531746</w:t>
            </w:r>
          </w:p>
        </w:tc>
        <w:tc>
          <w:tcPr>
            <w:tcW w:w="1337" w:type="dxa"/>
            <w:tcMar>
              <w:top w:w="20" w:type="dxa"/>
              <w:left w:w="50" w:type="dxa"/>
              <w:bottom w:w="20" w:type="dxa"/>
              <w:right w:w="50" w:type="dxa"/>
            </w:tcMar>
          </w:tcPr>
          <w:p w14:paraId="49837C72" w14:textId="77777777" w:rsidR="00292F36" w:rsidRDefault="00000000">
            <w:r>
              <w:rPr>
                <w:sz w:val="16"/>
              </w:rPr>
              <w:t>0.133267409212426</w:t>
            </w:r>
          </w:p>
        </w:tc>
        <w:tc>
          <w:tcPr>
            <w:tcW w:w="1337" w:type="dxa"/>
            <w:tcMar>
              <w:top w:w="20" w:type="dxa"/>
              <w:left w:w="50" w:type="dxa"/>
              <w:bottom w:w="20" w:type="dxa"/>
              <w:right w:w="50" w:type="dxa"/>
            </w:tcMar>
          </w:tcPr>
          <w:p w14:paraId="5449FC87" w14:textId="77777777" w:rsidR="00292F36" w:rsidRDefault="00000000">
            <w:r>
              <w:rPr>
                <w:sz w:val="16"/>
              </w:rPr>
              <w:t>0.250167255406066</w:t>
            </w:r>
          </w:p>
        </w:tc>
      </w:tr>
      <w:tr w:rsidR="00292F36" w14:paraId="5A902F7F" w14:textId="77777777">
        <w:tc>
          <w:tcPr>
            <w:tcW w:w="1337" w:type="dxa"/>
            <w:tcMar>
              <w:top w:w="20" w:type="dxa"/>
              <w:left w:w="50" w:type="dxa"/>
              <w:bottom w:w="20" w:type="dxa"/>
              <w:right w:w="50" w:type="dxa"/>
            </w:tcMar>
          </w:tcPr>
          <w:p w14:paraId="2F95D80D" w14:textId="77777777" w:rsidR="00292F36" w:rsidRDefault="00000000">
            <w:r>
              <w:rPr>
                <w:sz w:val="16"/>
              </w:rPr>
              <w:t>Middle</w:t>
            </w:r>
          </w:p>
        </w:tc>
        <w:tc>
          <w:tcPr>
            <w:tcW w:w="1337" w:type="dxa"/>
            <w:tcMar>
              <w:top w:w="20" w:type="dxa"/>
              <w:left w:w="50" w:type="dxa"/>
              <w:bottom w:w="20" w:type="dxa"/>
              <w:right w:w="50" w:type="dxa"/>
            </w:tcMar>
          </w:tcPr>
          <w:p w14:paraId="228E3F52" w14:textId="77777777" w:rsidR="00292F36" w:rsidRDefault="00000000">
            <w:r>
              <w:rPr>
                <w:sz w:val="16"/>
              </w:rPr>
              <w:t>Fisheries</w:t>
            </w:r>
          </w:p>
        </w:tc>
        <w:tc>
          <w:tcPr>
            <w:tcW w:w="1337" w:type="dxa"/>
            <w:tcMar>
              <w:top w:w="20" w:type="dxa"/>
              <w:left w:w="50" w:type="dxa"/>
              <w:bottom w:w="20" w:type="dxa"/>
              <w:right w:w="50" w:type="dxa"/>
            </w:tcMar>
          </w:tcPr>
          <w:p w14:paraId="461FE309" w14:textId="77777777" w:rsidR="00292F36" w:rsidRDefault="00000000">
            <w:r>
              <w:rPr>
                <w:sz w:val="16"/>
              </w:rPr>
              <w:t>0.275470864955502</w:t>
            </w:r>
          </w:p>
        </w:tc>
        <w:tc>
          <w:tcPr>
            <w:tcW w:w="1337" w:type="dxa"/>
            <w:tcMar>
              <w:top w:w="20" w:type="dxa"/>
              <w:left w:w="50" w:type="dxa"/>
              <w:bottom w:w="20" w:type="dxa"/>
              <w:right w:w="50" w:type="dxa"/>
            </w:tcMar>
          </w:tcPr>
          <w:p w14:paraId="5055BD97" w14:textId="77777777" w:rsidR="00292F36" w:rsidRDefault="00000000">
            <w:r>
              <w:rPr>
                <w:sz w:val="16"/>
              </w:rPr>
              <w:t>9</w:t>
            </w:r>
          </w:p>
        </w:tc>
        <w:tc>
          <w:tcPr>
            <w:tcW w:w="1337" w:type="dxa"/>
            <w:tcMar>
              <w:top w:w="20" w:type="dxa"/>
              <w:left w:w="50" w:type="dxa"/>
              <w:bottom w:w="20" w:type="dxa"/>
              <w:right w:w="50" w:type="dxa"/>
            </w:tcMar>
          </w:tcPr>
          <w:p w14:paraId="04572439" w14:textId="77777777" w:rsidR="00292F36" w:rsidRDefault="00000000">
            <w:r>
              <w:rPr>
                <w:sz w:val="16"/>
              </w:rPr>
              <w:t>0.28008859644252</w:t>
            </w:r>
          </w:p>
        </w:tc>
        <w:tc>
          <w:tcPr>
            <w:tcW w:w="1337" w:type="dxa"/>
            <w:tcMar>
              <w:top w:w="20" w:type="dxa"/>
              <w:left w:w="50" w:type="dxa"/>
              <w:bottom w:w="20" w:type="dxa"/>
              <w:right w:w="50" w:type="dxa"/>
            </w:tcMar>
          </w:tcPr>
          <w:p w14:paraId="1E15546F" w14:textId="77777777" w:rsidR="00292F36" w:rsidRDefault="00000000">
            <w:r>
              <w:rPr>
                <w:sz w:val="16"/>
              </w:rPr>
              <w:t>0.216052923957171</w:t>
            </w:r>
          </w:p>
        </w:tc>
        <w:tc>
          <w:tcPr>
            <w:tcW w:w="1337" w:type="dxa"/>
            <w:tcMar>
              <w:top w:w="20" w:type="dxa"/>
              <w:left w:w="50" w:type="dxa"/>
              <w:bottom w:w="20" w:type="dxa"/>
              <w:right w:w="50" w:type="dxa"/>
            </w:tcMar>
          </w:tcPr>
          <w:p w14:paraId="3354E2DE" w14:textId="77777777" w:rsidR="00292F36" w:rsidRDefault="00000000">
            <w:r>
              <w:rPr>
                <w:sz w:val="16"/>
              </w:rPr>
              <w:t>0.345894593287096</w:t>
            </w:r>
          </w:p>
        </w:tc>
      </w:tr>
      <w:tr w:rsidR="00292F36" w14:paraId="6F08D795" w14:textId="77777777">
        <w:tc>
          <w:tcPr>
            <w:tcW w:w="1337" w:type="dxa"/>
            <w:tcMar>
              <w:top w:w="20" w:type="dxa"/>
              <w:left w:w="50" w:type="dxa"/>
              <w:bottom w:w="20" w:type="dxa"/>
              <w:right w:w="50" w:type="dxa"/>
            </w:tcMar>
          </w:tcPr>
          <w:p w14:paraId="687AF499" w14:textId="77777777" w:rsidR="00292F36" w:rsidRDefault="00000000">
            <w:r>
              <w:rPr>
                <w:sz w:val="16"/>
              </w:rPr>
              <w:t>South</w:t>
            </w:r>
          </w:p>
        </w:tc>
        <w:tc>
          <w:tcPr>
            <w:tcW w:w="1337" w:type="dxa"/>
            <w:tcMar>
              <w:top w:w="20" w:type="dxa"/>
              <w:left w:w="50" w:type="dxa"/>
              <w:bottom w:w="20" w:type="dxa"/>
              <w:right w:w="50" w:type="dxa"/>
            </w:tcMar>
          </w:tcPr>
          <w:p w14:paraId="50068D23" w14:textId="77777777" w:rsidR="00292F36" w:rsidRDefault="00000000">
            <w:r>
              <w:rPr>
                <w:sz w:val="16"/>
              </w:rPr>
              <w:t>Function</w:t>
            </w:r>
          </w:p>
        </w:tc>
        <w:tc>
          <w:tcPr>
            <w:tcW w:w="1337" w:type="dxa"/>
            <w:tcMar>
              <w:top w:w="20" w:type="dxa"/>
              <w:left w:w="50" w:type="dxa"/>
              <w:bottom w:w="20" w:type="dxa"/>
              <w:right w:w="50" w:type="dxa"/>
            </w:tcMar>
          </w:tcPr>
          <w:p w14:paraId="266165B6" w14:textId="77777777" w:rsidR="00292F36" w:rsidRDefault="00000000">
            <w:r>
              <w:rPr>
                <w:sz w:val="16"/>
              </w:rPr>
              <w:t>0.128846993191821</w:t>
            </w:r>
          </w:p>
        </w:tc>
        <w:tc>
          <w:tcPr>
            <w:tcW w:w="1337" w:type="dxa"/>
            <w:tcMar>
              <w:top w:w="20" w:type="dxa"/>
              <w:left w:w="50" w:type="dxa"/>
              <w:bottom w:w="20" w:type="dxa"/>
              <w:right w:w="50" w:type="dxa"/>
            </w:tcMar>
          </w:tcPr>
          <w:p w14:paraId="0187C379" w14:textId="77777777" w:rsidR="00292F36" w:rsidRDefault="00000000">
            <w:r>
              <w:rPr>
                <w:sz w:val="16"/>
              </w:rPr>
              <w:t>14</w:t>
            </w:r>
          </w:p>
        </w:tc>
        <w:tc>
          <w:tcPr>
            <w:tcW w:w="1337" w:type="dxa"/>
            <w:tcMar>
              <w:top w:w="20" w:type="dxa"/>
              <w:left w:w="50" w:type="dxa"/>
              <w:bottom w:w="20" w:type="dxa"/>
              <w:right w:w="50" w:type="dxa"/>
            </w:tcMar>
          </w:tcPr>
          <w:p w14:paraId="5062AFF4" w14:textId="77777777" w:rsidR="00292F36" w:rsidRDefault="00000000">
            <w:r>
              <w:rPr>
                <w:sz w:val="16"/>
              </w:rPr>
              <w:t>0.118813794717928</w:t>
            </w:r>
          </w:p>
        </w:tc>
        <w:tc>
          <w:tcPr>
            <w:tcW w:w="1337" w:type="dxa"/>
            <w:tcMar>
              <w:top w:w="20" w:type="dxa"/>
              <w:left w:w="50" w:type="dxa"/>
              <w:bottom w:w="20" w:type="dxa"/>
              <w:right w:w="50" w:type="dxa"/>
            </w:tcMar>
          </w:tcPr>
          <w:p w14:paraId="750509EA" w14:textId="77777777" w:rsidR="00292F36" w:rsidRDefault="00000000">
            <w:r>
              <w:rPr>
                <w:sz w:val="16"/>
              </w:rPr>
              <w:t>0.0905358378561294</w:t>
            </w:r>
          </w:p>
        </w:tc>
        <w:tc>
          <w:tcPr>
            <w:tcW w:w="1337" w:type="dxa"/>
            <w:tcMar>
              <w:top w:w="20" w:type="dxa"/>
              <w:left w:w="50" w:type="dxa"/>
              <w:bottom w:w="20" w:type="dxa"/>
              <w:right w:w="50" w:type="dxa"/>
            </w:tcMar>
          </w:tcPr>
          <w:p w14:paraId="5D5A5F5A" w14:textId="77777777" w:rsidR="00292F36" w:rsidRDefault="00000000">
            <w:r>
              <w:rPr>
                <w:sz w:val="16"/>
              </w:rPr>
              <w:t>0.14974688201712</w:t>
            </w:r>
          </w:p>
        </w:tc>
      </w:tr>
      <w:tr w:rsidR="00292F36" w14:paraId="785BB4B5" w14:textId="77777777">
        <w:tc>
          <w:tcPr>
            <w:tcW w:w="1337" w:type="dxa"/>
            <w:tcMar>
              <w:top w:w="20" w:type="dxa"/>
              <w:left w:w="50" w:type="dxa"/>
              <w:bottom w:w="20" w:type="dxa"/>
              <w:right w:w="50" w:type="dxa"/>
            </w:tcMar>
          </w:tcPr>
          <w:p w14:paraId="414371CE" w14:textId="77777777" w:rsidR="00292F36" w:rsidRDefault="00000000">
            <w:r>
              <w:rPr>
                <w:sz w:val="16"/>
              </w:rPr>
              <w:t>South</w:t>
            </w:r>
          </w:p>
        </w:tc>
        <w:tc>
          <w:tcPr>
            <w:tcW w:w="1337" w:type="dxa"/>
            <w:tcMar>
              <w:top w:w="20" w:type="dxa"/>
              <w:left w:w="50" w:type="dxa"/>
              <w:bottom w:w="20" w:type="dxa"/>
              <w:right w:w="50" w:type="dxa"/>
            </w:tcMar>
          </w:tcPr>
          <w:p w14:paraId="5371BD48" w14:textId="77777777" w:rsidR="00292F36" w:rsidRDefault="00000000">
            <w:r>
              <w:rPr>
                <w:sz w:val="16"/>
              </w:rPr>
              <w:t>Trophic</w:t>
            </w:r>
          </w:p>
        </w:tc>
        <w:tc>
          <w:tcPr>
            <w:tcW w:w="1337" w:type="dxa"/>
            <w:tcMar>
              <w:top w:w="20" w:type="dxa"/>
              <w:left w:w="50" w:type="dxa"/>
              <w:bottom w:w="20" w:type="dxa"/>
              <w:right w:w="50" w:type="dxa"/>
            </w:tcMar>
          </w:tcPr>
          <w:p w14:paraId="4D775E01" w14:textId="77777777" w:rsidR="00292F36" w:rsidRDefault="00000000">
            <w:r>
              <w:rPr>
                <w:sz w:val="16"/>
              </w:rPr>
              <w:t>0.219862394072943</w:t>
            </w:r>
          </w:p>
        </w:tc>
        <w:tc>
          <w:tcPr>
            <w:tcW w:w="1337" w:type="dxa"/>
            <w:tcMar>
              <w:top w:w="20" w:type="dxa"/>
              <w:left w:w="50" w:type="dxa"/>
              <w:bottom w:w="20" w:type="dxa"/>
              <w:right w:w="50" w:type="dxa"/>
            </w:tcMar>
          </w:tcPr>
          <w:p w14:paraId="775E26F3" w14:textId="77777777" w:rsidR="00292F36" w:rsidRDefault="00000000">
            <w:r>
              <w:rPr>
                <w:sz w:val="16"/>
              </w:rPr>
              <w:t>14</w:t>
            </w:r>
          </w:p>
        </w:tc>
        <w:tc>
          <w:tcPr>
            <w:tcW w:w="1337" w:type="dxa"/>
            <w:tcMar>
              <w:top w:w="20" w:type="dxa"/>
              <w:left w:w="50" w:type="dxa"/>
              <w:bottom w:w="20" w:type="dxa"/>
              <w:right w:w="50" w:type="dxa"/>
            </w:tcMar>
          </w:tcPr>
          <w:p w14:paraId="72092944" w14:textId="77777777" w:rsidR="00292F36" w:rsidRDefault="00000000">
            <w:r>
              <w:rPr>
                <w:sz w:val="16"/>
              </w:rPr>
              <w:t>0.220786741024547</w:t>
            </w:r>
          </w:p>
        </w:tc>
        <w:tc>
          <w:tcPr>
            <w:tcW w:w="1337" w:type="dxa"/>
            <w:tcMar>
              <w:top w:w="20" w:type="dxa"/>
              <w:left w:w="50" w:type="dxa"/>
              <w:bottom w:w="20" w:type="dxa"/>
              <w:right w:w="50" w:type="dxa"/>
            </w:tcMar>
          </w:tcPr>
          <w:p w14:paraId="6481129B" w14:textId="77777777" w:rsidR="00292F36" w:rsidRDefault="00000000">
            <w:r>
              <w:rPr>
                <w:sz w:val="16"/>
              </w:rPr>
              <w:t>0.161919578154522</w:t>
            </w:r>
          </w:p>
        </w:tc>
        <w:tc>
          <w:tcPr>
            <w:tcW w:w="1337" w:type="dxa"/>
            <w:tcMar>
              <w:top w:w="20" w:type="dxa"/>
              <w:left w:w="50" w:type="dxa"/>
              <w:bottom w:w="20" w:type="dxa"/>
              <w:right w:w="50" w:type="dxa"/>
            </w:tcMar>
          </w:tcPr>
          <w:p w14:paraId="46B3BCB8" w14:textId="77777777" w:rsidR="00292F36" w:rsidRDefault="00000000">
            <w:r>
              <w:rPr>
                <w:sz w:val="16"/>
              </w:rPr>
              <w:t>0.286967689499003</w:t>
            </w:r>
          </w:p>
        </w:tc>
      </w:tr>
      <w:tr w:rsidR="00292F36" w14:paraId="2844D9A1" w14:textId="77777777">
        <w:tc>
          <w:tcPr>
            <w:tcW w:w="1337" w:type="dxa"/>
            <w:tcMar>
              <w:top w:w="20" w:type="dxa"/>
              <w:left w:w="50" w:type="dxa"/>
              <w:bottom w:w="20" w:type="dxa"/>
              <w:right w:w="50" w:type="dxa"/>
            </w:tcMar>
          </w:tcPr>
          <w:p w14:paraId="71308A19" w14:textId="77777777" w:rsidR="00292F36" w:rsidRDefault="00000000">
            <w:r>
              <w:rPr>
                <w:sz w:val="16"/>
              </w:rPr>
              <w:t>South</w:t>
            </w:r>
          </w:p>
        </w:tc>
        <w:tc>
          <w:tcPr>
            <w:tcW w:w="1337" w:type="dxa"/>
            <w:tcMar>
              <w:top w:w="20" w:type="dxa"/>
              <w:left w:w="50" w:type="dxa"/>
              <w:bottom w:w="20" w:type="dxa"/>
              <w:right w:w="50" w:type="dxa"/>
            </w:tcMar>
          </w:tcPr>
          <w:p w14:paraId="6E2ED525" w14:textId="77777777" w:rsidR="00292F36" w:rsidRDefault="00000000">
            <w:r>
              <w:rPr>
                <w:sz w:val="16"/>
              </w:rPr>
              <w:t>Alpha</w:t>
            </w:r>
          </w:p>
        </w:tc>
        <w:tc>
          <w:tcPr>
            <w:tcW w:w="1337" w:type="dxa"/>
            <w:tcMar>
              <w:top w:w="20" w:type="dxa"/>
              <w:left w:w="50" w:type="dxa"/>
              <w:bottom w:w="20" w:type="dxa"/>
              <w:right w:w="50" w:type="dxa"/>
            </w:tcMar>
          </w:tcPr>
          <w:p w14:paraId="15B3D438" w14:textId="77777777" w:rsidR="00292F36" w:rsidRDefault="00000000">
            <w:r>
              <w:rPr>
                <w:sz w:val="16"/>
              </w:rPr>
              <w:t>0.16126656983537</w:t>
            </w:r>
          </w:p>
        </w:tc>
        <w:tc>
          <w:tcPr>
            <w:tcW w:w="1337" w:type="dxa"/>
            <w:tcMar>
              <w:top w:w="20" w:type="dxa"/>
              <w:left w:w="50" w:type="dxa"/>
              <w:bottom w:w="20" w:type="dxa"/>
              <w:right w:w="50" w:type="dxa"/>
            </w:tcMar>
          </w:tcPr>
          <w:p w14:paraId="2EE131DA" w14:textId="77777777" w:rsidR="00292F36" w:rsidRDefault="00000000">
            <w:r>
              <w:rPr>
                <w:sz w:val="16"/>
              </w:rPr>
              <w:t>14</w:t>
            </w:r>
          </w:p>
        </w:tc>
        <w:tc>
          <w:tcPr>
            <w:tcW w:w="1337" w:type="dxa"/>
            <w:tcMar>
              <w:top w:w="20" w:type="dxa"/>
              <w:left w:w="50" w:type="dxa"/>
              <w:bottom w:w="20" w:type="dxa"/>
              <w:right w:w="50" w:type="dxa"/>
            </w:tcMar>
          </w:tcPr>
          <w:p w14:paraId="104232F1" w14:textId="77777777" w:rsidR="00292F36" w:rsidRDefault="00000000">
            <w:r>
              <w:rPr>
                <w:sz w:val="16"/>
              </w:rPr>
              <w:t>0.192202438283259</w:t>
            </w:r>
          </w:p>
        </w:tc>
        <w:tc>
          <w:tcPr>
            <w:tcW w:w="1337" w:type="dxa"/>
            <w:tcMar>
              <w:top w:w="20" w:type="dxa"/>
              <w:left w:w="50" w:type="dxa"/>
              <w:bottom w:w="20" w:type="dxa"/>
              <w:right w:w="50" w:type="dxa"/>
            </w:tcMar>
          </w:tcPr>
          <w:p w14:paraId="56A90A9C" w14:textId="77777777" w:rsidR="00292F36" w:rsidRDefault="00000000">
            <w:r>
              <w:rPr>
                <w:sz w:val="16"/>
              </w:rPr>
              <w:t>0.138260325931084</w:t>
            </w:r>
          </w:p>
        </w:tc>
        <w:tc>
          <w:tcPr>
            <w:tcW w:w="1337" w:type="dxa"/>
            <w:tcMar>
              <w:top w:w="20" w:type="dxa"/>
              <w:left w:w="50" w:type="dxa"/>
              <w:bottom w:w="20" w:type="dxa"/>
              <w:right w:w="50" w:type="dxa"/>
            </w:tcMar>
          </w:tcPr>
          <w:p w14:paraId="2E08F251" w14:textId="77777777" w:rsidR="00292F36" w:rsidRDefault="00000000">
            <w:r>
              <w:rPr>
                <w:sz w:val="16"/>
              </w:rPr>
              <w:t>0.254068674888936</w:t>
            </w:r>
          </w:p>
        </w:tc>
      </w:tr>
      <w:tr w:rsidR="00292F36" w14:paraId="6BC6E3C8" w14:textId="77777777">
        <w:tc>
          <w:tcPr>
            <w:tcW w:w="1337" w:type="dxa"/>
            <w:tcMar>
              <w:top w:w="20" w:type="dxa"/>
              <w:left w:w="50" w:type="dxa"/>
              <w:bottom w:w="20" w:type="dxa"/>
              <w:right w:w="50" w:type="dxa"/>
            </w:tcMar>
          </w:tcPr>
          <w:p w14:paraId="745DC4E9" w14:textId="77777777" w:rsidR="00292F36" w:rsidRDefault="00000000">
            <w:r>
              <w:rPr>
                <w:sz w:val="16"/>
              </w:rPr>
              <w:t>South</w:t>
            </w:r>
          </w:p>
        </w:tc>
        <w:tc>
          <w:tcPr>
            <w:tcW w:w="1337" w:type="dxa"/>
            <w:tcMar>
              <w:top w:w="20" w:type="dxa"/>
              <w:left w:w="50" w:type="dxa"/>
              <w:bottom w:w="20" w:type="dxa"/>
              <w:right w:w="50" w:type="dxa"/>
            </w:tcMar>
          </w:tcPr>
          <w:p w14:paraId="4C580D2A" w14:textId="77777777" w:rsidR="00292F36" w:rsidRDefault="00000000">
            <w:r>
              <w:rPr>
                <w:sz w:val="16"/>
              </w:rPr>
              <w:t>Nutrition</w:t>
            </w:r>
          </w:p>
        </w:tc>
        <w:tc>
          <w:tcPr>
            <w:tcW w:w="1337" w:type="dxa"/>
            <w:tcMar>
              <w:top w:w="20" w:type="dxa"/>
              <w:left w:w="50" w:type="dxa"/>
              <w:bottom w:w="20" w:type="dxa"/>
              <w:right w:w="50" w:type="dxa"/>
            </w:tcMar>
          </w:tcPr>
          <w:p w14:paraId="68FDDB19" w14:textId="77777777" w:rsidR="00292F36" w:rsidRDefault="00000000">
            <w:r>
              <w:rPr>
                <w:sz w:val="16"/>
              </w:rPr>
              <w:t>0.121016402917026</w:t>
            </w:r>
          </w:p>
        </w:tc>
        <w:tc>
          <w:tcPr>
            <w:tcW w:w="1337" w:type="dxa"/>
            <w:tcMar>
              <w:top w:w="20" w:type="dxa"/>
              <w:left w:w="50" w:type="dxa"/>
              <w:bottom w:w="20" w:type="dxa"/>
              <w:right w:w="50" w:type="dxa"/>
            </w:tcMar>
          </w:tcPr>
          <w:p w14:paraId="6DCB3BED" w14:textId="77777777" w:rsidR="00292F36" w:rsidRDefault="00000000">
            <w:r>
              <w:rPr>
                <w:sz w:val="16"/>
              </w:rPr>
              <w:t>14</w:t>
            </w:r>
          </w:p>
        </w:tc>
        <w:tc>
          <w:tcPr>
            <w:tcW w:w="1337" w:type="dxa"/>
            <w:tcMar>
              <w:top w:w="20" w:type="dxa"/>
              <w:left w:w="50" w:type="dxa"/>
              <w:bottom w:w="20" w:type="dxa"/>
              <w:right w:w="50" w:type="dxa"/>
            </w:tcMar>
          </w:tcPr>
          <w:p w14:paraId="28C6D7E1" w14:textId="77777777" w:rsidR="00292F36" w:rsidRDefault="00000000">
            <w:r>
              <w:rPr>
                <w:sz w:val="16"/>
              </w:rPr>
              <w:t>0.188108429531746</w:t>
            </w:r>
          </w:p>
        </w:tc>
        <w:tc>
          <w:tcPr>
            <w:tcW w:w="1337" w:type="dxa"/>
            <w:tcMar>
              <w:top w:w="20" w:type="dxa"/>
              <w:left w:w="50" w:type="dxa"/>
              <w:bottom w:w="20" w:type="dxa"/>
              <w:right w:w="50" w:type="dxa"/>
            </w:tcMar>
          </w:tcPr>
          <w:p w14:paraId="6F54920D" w14:textId="77777777" w:rsidR="00292F36" w:rsidRDefault="00000000">
            <w:r>
              <w:rPr>
                <w:sz w:val="16"/>
              </w:rPr>
              <w:t>0.133267409212426</w:t>
            </w:r>
          </w:p>
        </w:tc>
        <w:tc>
          <w:tcPr>
            <w:tcW w:w="1337" w:type="dxa"/>
            <w:tcMar>
              <w:top w:w="20" w:type="dxa"/>
              <w:left w:w="50" w:type="dxa"/>
              <w:bottom w:w="20" w:type="dxa"/>
              <w:right w:w="50" w:type="dxa"/>
            </w:tcMar>
          </w:tcPr>
          <w:p w14:paraId="1A73E939" w14:textId="77777777" w:rsidR="00292F36" w:rsidRDefault="00000000">
            <w:r>
              <w:rPr>
                <w:sz w:val="16"/>
              </w:rPr>
              <w:t>0.250167255406066</w:t>
            </w:r>
          </w:p>
        </w:tc>
      </w:tr>
      <w:tr w:rsidR="00292F36" w14:paraId="750D7B5D" w14:textId="77777777">
        <w:tc>
          <w:tcPr>
            <w:tcW w:w="1337" w:type="dxa"/>
            <w:tcMar>
              <w:top w:w="20" w:type="dxa"/>
              <w:left w:w="50" w:type="dxa"/>
              <w:bottom w:w="20" w:type="dxa"/>
              <w:right w:w="50" w:type="dxa"/>
            </w:tcMar>
          </w:tcPr>
          <w:p w14:paraId="481D52B6" w14:textId="77777777" w:rsidR="00292F36" w:rsidRDefault="00000000">
            <w:r>
              <w:rPr>
                <w:sz w:val="16"/>
              </w:rPr>
              <w:t>South</w:t>
            </w:r>
          </w:p>
        </w:tc>
        <w:tc>
          <w:tcPr>
            <w:tcW w:w="1337" w:type="dxa"/>
            <w:tcMar>
              <w:top w:w="20" w:type="dxa"/>
              <w:left w:w="50" w:type="dxa"/>
              <w:bottom w:w="20" w:type="dxa"/>
              <w:right w:w="50" w:type="dxa"/>
            </w:tcMar>
          </w:tcPr>
          <w:p w14:paraId="27FAEEE7" w14:textId="77777777" w:rsidR="00292F36" w:rsidRDefault="00000000">
            <w:r>
              <w:rPr>
                <w:sz w:val="16"/>
              </w:rPr>
              <w:t>Fisheries</w:t>
            </w:r>
          </w:p>
        </w:tc>
        <w:tc>
          <w:tcPr>
            <w:tcW w:w="1337" w:type="dxa"/>
            <w:tcMar>
              <w:top w:w="20" w:type="dxa"/>
              <w:left w:w="50" w:type="dxa"/>
              <w:bottom w:w="20" w:type="dxa"/>
              <w:right w:w="50" w:type="dxa"/>
            </w:tcMar>
          </w:tcPr>
          <w:p w14:paraId="60ABE523" w14:textId="77777777" w:rsidR="00292F36" w:rsidRDefault="00000000">
            <w:r>
              <w:rPr>
                <w:sz w:val="16"/>
              </w:rPr>
              <w:t>0.369007639982839</w:t>
            </w:r>
          </w:p>
        </w:tc>
        <w:tc>
          <w:tcPr>
            <w:tcW w:w="1337" w:type="dxa"/>
            <w:tcMar>
              <w:top w:w="20" w:type="dxa"/>
              <w:left w:w="50" w:type="dxa"/>
              <w:bottom w:w="20" w:type="dxa"/>
              <w:right w:w="50" w:type="dxa"/>
            </w:tcMar>
          </w:tcPr>
          <w:p w14:paraId="3D826C05" w14:textId="77777777" w:rsidR="00292F36" w:rsidRDefault="00000000">
            <w:r>
              <w:rPr>
                <w:sz w:val="16"/>
              </w:rPr>
              <w:t>14</w:t>
            </w:r>
          </w:p>
        </w:tc>
        <w:tc>
          <w:tcPr>
            <w:tcW w:w="1337" w:type="dxa"/>
            <w:tcMar>
              <w:top w:w="20" w:type="dxa"/>
              <w:left w:w="50" w:type="dxa"/>
              <w:bottom w:w="20" w:type="dxa"/>
              <w:right w:w="50" w:type="dxa"/>
            </w:tcMar>
          </w:tcPr>
          <w:p w14:paraId="4F76E2C4" w14:textId="77777777" w:rsidR="00292F36" w:rsidRDefault="00000000">
            <w:r>
              <w:rPr>
                <w:sz w:val="16"/>
              </w:rPr>
              <w:t>0.28008859644252</w:t>
            </w:r>
          </w:p>
        </w:tc>
        <w:tc>
          <w:tcPr>
            <w:tcW w:w="1337" w:type="dxa"/>
            <w:tcMar>
              <w:top w:w="20" w:type="dxa"/>
              <w:left w:w="50" w:type="dxa"/>
              <w:bottom w:w="20" w:type="dxa"/>
              <w:right w:w="50" w:type="dxa"/>
            </w:tcMar>
          </w:tcPr>
          <w:p w14:paraId="1EE66913" w14:textId="77777777" w:rsidR="00292F36" w:rsidRDefault="00000000">
            <w:r>
              <w:rPr>
                <w:sz w:val="16"/>
              </w:rPr>
              <w:t>0.216052923957171</w:t>
            </w:r>
          </w:p>
        </w:tc>
        <w:tc>
          <w:tcPr>
            <w:tcW w:w="1337" w:type="dxa"/>
            <w:tcMar>
              <w:top w:w="20" w:type="dxa"/>
              <w:left w:w="50" w:type="dxa"/>
              <w:bottom w:w="20" w:type="dxa"/>
              <w:right w:w="50" w:type="dxa"/>
            </w:tcMar>
          </w:tcPr>
          <w:p w14:paraId="0859B8A6" w14:textId="77777777" w:rsidR="00292F36" w:rsidRDefault="00000000">
            <w:r>
              <w:rPr>
                <w:sz w:val="16"/>
              </w:rPr>
              <w:t>0.345894593287096</w:t>
            </w:r>
          </w:p>
        </w:tc>
      </w:tr>
    </w:tbl>
    <w:p w14:paraId="21428E6E" w14:textId="77777777" w:rsidR="00672540" w:rsidRDefault="00672540"/>
    <w:sectPr w:rsidR="00672540" w:rsidSect="00034616">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1413360">
    <w:abstractNumId w:val="8"/>
  </w:num>
  <w:num w:numId="2" w16cid:durableId="428545831">
    <w:abstractNumId w:val="6"/>
  </w:num>
  <w:num w:numId="3" w16cid:durableId="1632635856">
    <w:abstractNumId w:val="5"/>
  </w:num>
  <w:num w:numId="4" w16cid:durableId="1227230730">
    <w:abstractNumId w:val="4"/>
  </w:num>
  <w:num w:numId="5" w16cid:durableId="359353691">
    <w:abstractNumId w:val="7"/>
  </w:num>
  <w:num w:numId="6" w16cid:durableId="1309819475">
    <w:abstractNumId w:val="3"/>
  </w:num>
  <w:num w:numId="7" w16cid:durableId="1241525952">
    <w:abstractNumId w:val="2"/>
  </w:num>
  <w:num w:numId="8" w16cid:durableId="1090739627">
    <w:abstractNumId w:val="1"/>
  </w:num>
  <w:num w:numId="9" w16cid:durableId="1971133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5BE1"/>
    <w:rsid w:val="00292F36"/>
    <w:rsid w:val="0029639D"/>
    <w:rsid w:val="00326F90"/>
    <w:rsid w:val="00672540"/>
    <w:rsid w:val="007E16E9"/>
    <w:rsid w:val="00AA1D8D"/>
    <w:rsid w:val="00B47730"/>
    <w:rsid w:val="00CB0664"/>
    <w:rsid w:val="00E31FA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F5F9C6"/>
  <w14:defaultImageDpi w14:val="300"/>
  <w15:docId w15:val="{291372B2-05DD-8745-A33E-97CD0768F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12014</Words>
  <Characters>91879</Characters>
  <Application>Microsoft Office Word</Application>
  <DocSecurity>0</DocSecurity>
  <Lines>15666</Lines>
  <Paragraphs>9910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93961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Paulina Filz</cp:lastModifiedBy>
  <cp:revision>2</cp:revision>
  <dcterms:created xsi:type="dcterms:W3CDTF">2026-06-02T18:22:00Z</dcterms:created>
  <dcterms:modified xsi:type="dcterms:W3CDTF">2026-06-02T18:22:00Z</dcterms:modified>
  <cp:category/>
</cp:coreProperties>
</file>