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3561" w14:textId="0DAD2165" w:rsidR="00F81AEE" w:rsidRPr="00D6435D" w:rsidRDefault="00000000">
      <w:pPr>
        <w:spacing w:after="40"/>
        <w:jc w:val="center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  <w:color w:val="0B2545"/>
          <w:sz w:val="40"/>
        </w:rPr>
        <w:t xml:space="preserve">PRIME Study </w:t>
      </w:r>
      <w:r w:rsidR="00401D84" w:rsidRPr="00D6435D">
        <w:rPr>
          <w:rFonts w:ascii="Times New Roman" w:hAnsi="Times New Roman" w:cs="Times New Roman"/>
          <w:b/>
          <w:color w:val="0B2545"/>
          <w:sz w:val="40"/>
        </w:rPr>
        <w:t>EMA</w:t>
      </w:r>
      <w:r w:rsidRPr="00D6435D">
        <w:rPr>
          <w:rFonts w:ascii="Times New Roman" w:hAnsi="Times New Roman" w:cs="Times New Roman"/>
          <w:b/>
          <w:color w:val="0B2545"/>
          <w:sz w:val="40"/>
        </w:rPr>
        <w:t xml:space="preserve"> Data Collection Survey</w:t>
      </w:r>
    </w:p>
    <w:p w14:paraId="7AD84728" w14:textId="77777777" w:rsidR="00F81AEE" w:rsidRPr="00D6435D" w:rsidRDefault="00000000">
      <w:pPr>
        <w:pStyle w:val="Heading1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>Current Pain</w:t>
      </w:r>
    </w:p>
    <w:p w14:paraId="562EC41D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1. How would you rate your OVERALL pain right now?</w:t>
      </w:r>
    </w:p>
    <w:p w14:paraId="5B266CAB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1095DCAE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3B7A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A8D1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28C9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80DF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B99E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BC64C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3C83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3D0B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FB29A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7949A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0B53A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0BF4ECE5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FC7F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736E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31420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E32A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8ED2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9FDB5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FA74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1FC0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D93B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7EBA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762C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4E30D20D" w14:textId="369B4BCF" w:rsidR="00F81AEE" w:rsidRPr="00D6435D" w:rsidRDefault="00000000" w:rsidP="00D6435D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pain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D6435D">
        <w:rPr>
          <w:rFonts w:ascii="Times New Roman" w:hAnsi="Times New Roman" w:cs="Times New Roman"/>
        </w:rPr>
        <w:t>10 = worst imaginable pain</w:t>
      </w:r>
    </w:p>
    <w:p w14:paraId="41F713CA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2. Please indicate all of the body sites where you are CURRENTLY experiencing pain to any degree.</w:t>
      </w:r>
    </w:p>
    <w:p w14:paraId="3EBF08C5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Select all that apply. Complete the related follow-up items only for selected sites.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F81AEE" w:rsidRPr="00D6435D" w14:paraId="09E2899C" w14:textId="77777777">
        <w:tc>
          <w:tcPr>
            <w:tcW w:w="49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C045FB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Shoulder</w:t>
            </w:r>
          </w:p>
        </w:tc>
        <w:tc>
          <w:tcPr>
            <w:tcW w:w="49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4994EA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Hip</w:t>
            </w:r>
          </w:p>
        </w:tc>
      </w:tr>
      <w:tr w:rsidR="00F81AEE" w:rsidRPr="00D6435D" w14:paraId="01E77911" w14:textId="77777777">
        <w:tc>
          <w:tcPr>
            <w:tcW w:w="49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C5ECC7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Elbow</w:t>
            </w:r>
          </w:p>
        </w:tc>
        <w:tc>
          <w:tcPr>
            <w:tcW w:w="49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197699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Knee</w:t>
            </w:r>
          </w:p>
        </w:tc>
      </w:tr>
      <w:tr w:rsidR="00F81AEE" w:rsidRPr="00D6435D" w14:paraId="207A75AD" w14:textId="77777777">
        <w:tc>
          <w:tcPr>
            <w:tcW w:w="49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1C3E78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Wrist, hand, fingers</w:t>
            </w:r>
          </w:p>
        </w:tc>
        <w:tc>
          <w:tcPr>
            <w:tcW w:w="49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954B66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Ankle, foot, toes</w:t>
            </w:r>
          </w:p>
        </w:tc>
      </w:tr>
      <w:tr w:rsidR="00F81AEE" w:rsidRPr="00D6435D" w14:paraId="677DC29A" w14:textId="77777777">
        <w:tc>
          <w:tcPr>
            <w:tcW w:w="49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013DB9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Back</w:t>
            </w:r>
          </w:p>
        </w:tc>
        <w:tc>
          <w:tcPr>
            <w:tcW w:w="49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A9ADCF" w14:textId="77777777" w:rsidR="00F81AEE" w:rsidRPr="00D6435D" w:rsidRDefault="00F81A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5E9F7711" w14:textId="77777777" w:rsidR="00F81AEE" w:rsidRPr="00D6435D" w:rsidRDefault="00000000">
      <w:pPr>
        <w:pStyle w:val="Heading2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>Shoulder</w:t>
      </w:r>
    </w:p>
    <w:p w14:paraId="26A7C150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3. You indicated you are experiencing SHOULDER pain. How would you rate your shoulder pain right now?</w:t>
      </w:r>
    </w:p>
    <w:p w14:paraId="0CAFD064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2708F7CE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A33E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5881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1F70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D9A6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88FA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C8CC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2941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7838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EB29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85C96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D6FD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2F3DF8FA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176C1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9B329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051B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D017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F61B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5927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17E6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C24A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689F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768C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2C5EC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77855720" w14:textId="5239964F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pain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D6435D">
        <w:rPr>
          <w:rFonts w:ascii="Times New Roman" w:hAnsi="Times New Roman" w:cs="Times New Roman"/>
        </w:rPr>
        <w:t xml:space="preserve"> </w:t>
      </w:r>
      <w:r w:rsidRPr="00D6435D">
        <w:rPr>
          <w:rFonts w:ascii="Times New Roman" w:hAnsi="Times New Roman" w:cs="Times New Roman"/>
        </w:rPr>
        <w:t>10 = worst imaginable pain</w:t>
      </w:r>
    </w:p>
    <w:p w14:paraId="516C4B54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4. On what side of your body is this shoulder pain?</w:t>
      </w:r>
    </w:p>
    <w:p w14:paraId="4292B426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F81AEE" w:rsidRPr="00D6435D" w14:paraId="47B8EC9B" w14:textId="77777777"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15FF75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Left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F5E354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Right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1ECD5A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Both</w:t>
            </w:r>
          </w:p>
        </w:tc>
      </w:tr>
    </w:tbl>
    <w:p w14:paraId="1C59DA44" w14:textId="77777777" w:rsidR="00F81AEE" w:rsidRPr="00D6435D" w:rsidRDefault="00000000">
      <w:pPr>
        <w:pStyle w:val="Heading2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>Elbow</w:t>
      </w:r>
    </w:p>
    <w:p w14:paraId="3E172205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5. You indicated you are experiencing ELBOW pain. How would you rate your elbow pain right now?</w:t>
      </w:r>
    </w:p>
    <w:p w14:paraId="1880DFF4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352EFF3A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1C47B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F81A8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ED88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690C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E2B2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9EB0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A5B6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1AC4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9FCA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CF422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8B83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694E4255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021C3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1C23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4E6C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6A44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A24C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16AB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F7BD7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2C049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94C4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032D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A021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7A539B64" w14:textId="04DD229A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pain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6435D" w:rsidRPr="00D6435D">
        <w:rPr>
          <w:rFonts w:ascii="Times New Roman" w:hAnsi="Times New Roman" w:cs="Times New Roman"/>
        </w:rPr>
        <w:t xml:space="preserve">   </w:t>
      </w:r>
      <w:r w:rsidRPr="00D6435D">
        <w:rPr>
          <w:rFonts w:ascii="Times New Roman" w:hAnsi="Times New Roman" w:cs="Times New Roman"/>
        </w:rPr>
        <w:t>10 = worst imaginable pain</w:t>
      </w:r>
    </w:p>
    <w:p w14:paraId="747D3B1E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6. On what side of your body is this elbow pain?</w:t>
      </w:r>
    </w:p>
    <w:p w14:paraId="0351EE68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F81AEE" w:rsidRPr="00D6435D" w14:paraId="2E836E08" w14:textId="77777777"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33ACAC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Left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7438B9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Right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B0F3BD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Both</w:t>
            </w:r>
          </w:p>
        </w:tc>
      </w:tr>
    </w:tbl>
    <w:p w14:paraId="0320F09E" w14:textId="77777777" w:rsidR="00F81AEE" w:rsidRPr="00D6435D" w:rsidRDefault="00000000">
      <w:pPr>
        <w:pStyle w:val="Heading2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lastRenderedPageBreak/>
        <w:t>Wrist, hand, and/or finger</w:t>
      </w:r>
    </w:p>
    <w:p w14:paraId="21BB8A5C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7. You indicated you are experiencing WRIST, HAND, AND/OR FINGER pain. How would you rate your wrist, hand, and/or finger pain right now?</w:t>
      </w:r>
    </w:p>
    <w:p w14:paraId="32B79E4D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356821B4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0C74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946A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780E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905C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F26F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6A7C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E384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2F41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0AAB1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53371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4AEF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533BF583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1BB2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67D7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975EF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43BA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110F1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BEF1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139F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9EAC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60048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944D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F1E71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3E468259" w14:textId="0A30C4BA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pain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6435D" w:rsidRPr="00D6435D">
        <w:rPr>
          <w:rFonts w:ascii="Times New Roman" w:hAnsi="Times New Roman" w:cs="Times New Roman"/>
        </w:rPr>
        <w:t xml:space="preserve">   </w:t>
      </w:r>
      <w:r w:rsidRPr="00D6435D">
        <w:rPr>
          <w:rFonts w:ascii="Times New Roman" w:hAnsi="Times New Roman" w:cs="Times New Roman"/>
        </w:rPr>
        <w:t>10 = worst imaginable pain</w:t>
      </w:r>
    </w:p>
    <w:p w14:paraId="32036F6B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8. On what side of your body is this wrist, hand, and/or finger pain?</w:t>
      </w:r>
    </w:p>
    <w:p w14:paraId="48D6229A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F81AEE" w:rsidRPr="00D6435D" w14:paraId="4E5BDB44" w14:textId="77777777"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FA59C4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Left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529CA6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Right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509474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Both</w:t>
            </w:r>
          </w:p>
        </w:tc>
      </w:tr>
    </w:tbl>
    <w:p w14:paraId="34F7913A" w14:textId="77777777" w:rsidR="00F81AEE" w:rsidRPr="00D6435D" w:rsidRDefault="00000000">
      <w:pPr>
        <w:pStyle w:val="Heading2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>Back</w:t>
      </w:r>
    </w:p>
    <w:p w14:paraId="188B2987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9. You indicated you are experiencing BACK pain. How would you rate your back pain right now?</w:t>
      </w:r>
    </w:p>
    <w:p w14:paraId="2DC4D026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03A75C62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20CC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2343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A2C1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9A5A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5B05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AF94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A2CC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49E2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4A33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6A61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EF694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1E7C8F4D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8FD1E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53F0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F9F6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3CEB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6D620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5748F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97071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7011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2FC5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6AB8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E6C4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2B92420F" w14:textId="1D492F32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pain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D6435D" w:rsidRPr="00D6435D">
        <w:rPr>
          <w:rFonts w:ascii="Times New Roman" w:hAnsi="Times New Roman" w:cs="Times New Roman"/>
        </w:rPr>
        <w:t xml:space="preserve"> </w:t>
      </w:r>
      <w:r w:rsidRPr="00D6435D">
        <w:rPr>
          <w:rFonts w:ascii="Times New Roman" w:hAnsi="Times New Roman" w:cs="Times New Roman"/>
        </w:rPr>
        <w:t>10 = worst imaginable pain</w:t>
      </w:r>
    </w:p>
    <w:p w14:paraId="24FCFF0F" w14:textId="77777777" w:rsidR="00F81AEE" w:rsidRPr="00D6435D" w:rsidRDefault="00000000">
      <w:pPr>
        <w:pStyle w:val="Heading2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>Hip</w:t>
      </w:r>
    </w:p>
    <w:p w14:paraId="18D1B27A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10. You indicated you are experiencing HIP pain. How would you rate your hip pain right now?</w:t>
      </w:r>
    </w:p>
    <w:p w14:paraId="3FB8A57F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2B3456AA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B1D54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0AE7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4297C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560C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1E373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A06E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836A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61B0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7E4B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EF08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EBBB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7359276E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D82E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4059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7C06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3E33D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7D74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AE21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EF51C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15AE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9CD7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C8E9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65B4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3E4AA956" w14:textId="388E45B1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pain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D6435D" w:rsidRPr="00D6435D">
        <w:rPr>
          <w:rFonts w:ascii="Times New Roman" w:hAnsi="Times New Roman" w:cs="Times New Roman"/>
        </w:rPr>
        <w:t xml:space="preserve"> </w:t>
      </w:r>
      <w:r w:rsidRPr="00D6435D">
        <w:rPr>
          <w:rFonts w:ascii="Times New Roman" w:hAnsi="Times New Roman" w:cs="Times New Roman"/>
        </w:rPr>
        <w:t>10 = worst imaginable pain</w:t>
      </w:r>
    </w:p>
    <w:p w14:paraId="514F242E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11. On what side of your body is this hip pain?</w:t>
      </w:r>
    </w:p>
    <w:p w14:paraId="642BCDAE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F81AEE" w:rsidRPr="00D6435D" w14:paraId="2B1B3FD4" w14:textId="77777777"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7E654C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Left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0113B0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Right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5D232C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Both</w:t>
            </w:r>
          </w:p>
        </w:tc>
      </w:tr>
    </w:tbl>
    <w:p w14:paraId="4F6C709F" w14:textId="77777777" w:rsidR="00F81AEE" w:rsidRPr="00D6435D" w:rsidRDefault="00000000">
      <w:pPr>
        <w:pStyle w:val="Heading2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>Knee</w:t>
      </w:r>
    </w:p>
    <w:p w14:paraId="0E295DFB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12. You indicated you are experiencing KNEE pain. How would you rate your knee pain right now?</w:t>
      </w:r>
    </w:p>
    <w:p w14:paraId="64070DF8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3F70EC04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FCE3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87F09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6E45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2E2F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9A76F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211E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6C68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FA240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5AA7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9635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588E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3B4C6D99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1B2BD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DE7D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506C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256B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664F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DBCBB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240F77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2211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C7FE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3366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BE35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7E1551E2" w14:textId="6B36AF31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pain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D6435D">
        <w:rPr>
          <w:rFonts w:ascii="Times New Roman" w:hAnsi="Times New Roman" w:cs="Times New Roman"/>
        </w:rPr>
        <w:t xml:space="preserve">      </w:t>
      </w:r>
      <w:r w:rsidR="00D6435D" w:rsidRPr="00D6435D">
        <w:rPr>
          <w:rFonts w:ascii="Times New Roman" w:hAnsi="Times New Roman" w:cs="Times New Roman"/>
        </w:rPr>
        <w:t xml:space="preserve">  </w:t>
      </w:r>
      <w:r w:rsidRPr="00D6435D">
        <w:rPr>
          <w:rFonts w:ascii="Times New Roman" w:hAnsi="Times New Roman" w:cs="Times New Roman"/>
        </w:rPr>
        <w:t>10 = worst imaginable pain</w:t>
      </w:r>
    </w:p>
    <w:p w14:paraId="12F33A00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13. On what side of your body is this knee pain?</w:t>
      </w:r>
    </w:p>
    <w:p w14:paraId="1804BEE3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F81AEE" w:rsidRPr="00D6435D" w14:paraId="3CA394D4" w14:textId="77777777"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1BB660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Left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30454A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Right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DED523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Both</w:t>
            </w:r>
          </w:p>
        </w:tc>
      </w:tr>
    </w:tbl>
    <w:p w14:paraId="6A915F2E" w14:textId="77777777" w:rsidR="00F81AEE" w:rsidRPr="00D6435D" w:rsidRDefault="00000000">
      <w:pPr>
        <w:pStyle w:val="Heading2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lastRenderedPageBreak/>
        <w:t>Ankle, foot, and/or toes</w:t>
      </w:r>
    </w:p>
    <w:p w14:paraId="65FD6391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14. You indicated you are experiencing ANKLE, FOOT, AND/OR TOES pain. How would you rate your ankle, foot, and/or toes pain right now?</w:t>
      </w:r>
    </w:p>
    <w:p w14:paraId="44E1952E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63675D43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4E7F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2E76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47F5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25D81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EC52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DBC0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47E5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EAE5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3DD7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D3A9C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4C35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380770F4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1C01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E1EEC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2B87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BA809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E4343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B4ED0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578A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2CCCE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7B36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A7BF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819A4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1085031B" w14:textId="1AB26A9D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pain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D6435D" w:rsidRPr="00D6435D">
        <w:rPr>
          <w:rFonts w:ascii="Times New Roman" w:hAnsi="Times New Roman" w:cs="Times New Roman"/>
        </w:rPr>
        <w:t xml:space="preserve"> </w:t>
      </w:r>
      <w:r w:rsidRPr="00D6435D">
        <w:rPr>
          <w:rFonts w:ascii="Times New Roman" w:hAnsi="Times New Roman" w:cs="Times New Roman"/>
        </w:rPr>
        <w:t>10 = worst imaginable pain</w:t>
      </w:r>
    </w:p>
    <w:p w14:paraId="59D4DAB4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15. On what side of your body is this ankle, foot, and/or toes pain?</w:t>
      </w:r>
    </w:p>
    <w:p w14:paraId="55D7188F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Select 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F81AEE" w:rsidRPr="00D6435D" w14:paraId="32F35E11" w14:textId="77777777"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D618BD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Left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7FEEFE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Right</w:t>
            </w:r>
          </w:p>
        </w:tc>
        <w:tc>
          <w:tcPr>
            <w:tcW w:w="33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004210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</w:rPr>
              <w:t>[ ] Both</w:t>
            </w:r>
          </w:p>
        </w:tc>
      </w:tr>
    </w:tbl>
    <w:p w14:paraId="3EB81B4D" w14:textId="77777777" w:rsidR="00F81AEE" w:rsidRPr="00D6435D" w:rsidRDefault="00F81AEE">
      <w:pPr>
        <w:rPr>
          <w:rFonts w:ascii="Times New Roman" w:hAnsi="Times New Roman" w:cs="Times New Roman"/>
        </w:rPr>
        <w:sectPr w:rsidR="00F81AEE" w:rsidRPr="00D6435D">
          <w:footerReference w:type="default" r:id="rId8"/>
          <w:pgSz w:w="12240" w:h="15840"/>
          <w:pgMar w:top="1080" w:right="1152" w:bottom="1080" w:left="1152" w:header="720" w:footer="720" w:gutter="0"/>
          <w:cols w:space="720"/>
          <w:docGrid w:linePitch="360"/>
        </w:sectPr>
      </w:pPr>
    </w:p>
    <w:p w14:paraId="37FC3343" w14:textId="77777777" w:rsidR="00F81AEE" w:rsidRPr="00D6435D" w:rsidRDefault="00000000">
      <w:pPr>
        <w:pStyle w:val="Heading1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lastRenderedPageBreak/>
        <w:t>Current Mood and Fatigue</w:t>
      </w:r>
    </w:p>
    <w:p w14:paraId="61476675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16. How would you rate your MOOD right now?</w:t>
      </w:r>
    </w:p>
    <w:p w14:paraId="0B327D89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2"/>
        <w:gridCol w:w="922"/>
        <w:gridCol w:w="922"/>
        <w:gridCol w:w="922"/>
        <w:gridCol w:w="922"/>
        <w:gridCol w:w="922"/>
        <w:gridCol w:w="922"/>
        <w:gridCol w:w="922"/>
        <w:gridCol w:w="922"/>
        <w:gridCol w:w="922"/>
      </w:tblGrid>
      <w:tr w:rsidR="00F81AEE" w:rsidRPr="00D6435D" w14:paraId="35AECB9A" w14:textId="77777777">
        <w:trPr>
          <w:tblHeader/>
          <w:jc w:val="center"/>
        </w:trPr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69AE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086B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D510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97F7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AC961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067BE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BD8F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4FF86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8DAA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EA5AE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3523170F" w14:textId="77777777">
        <w:trPr>
          <w:jc w:val="center"/>
        </w:trPr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5B1C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430406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FE525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AA11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39B8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A209D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F824C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6829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D952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92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0DED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1E3872A4" w14:textId="7FED691E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1 = very poor mood     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D6435D">
        <w:rPr>
          <w:rFonts w:ascii="Times New Roman" w:hAnsi="Times New Roman" w:cs="Times New Roman"/>
        </w:rPr>
        <w:t xml:space="preserve"> </w:t>
      </w:r>
      <w:r w:rsidR="00D6435D" w:rsidRPr="00D6435D">
        <w:rPr>
          <w:rFonts w:ascii="Times New Roman" w:hAnsi="Times New Roman" w:cs="Times New Roman"/>
        </w:rPr>
        <w:t xml:space="preserve">   </w:t>
      </w:r>
      <w:r w:rsidRPr="00D6435D">
        <w:rPr>
          <w:rFonts w:ascii="Times New Roman" w:hAnsi="Times New Roman" w:cs="Times New Roman"/>
        </w:rPr>
        <w:t>10 = very good mood</w:t>
      </w:r>
    </w:p>
    <w:p w14:paraId="7692CF66" w14:textId="77777777" w:rsidR="00F81AEE" w:rsidRPr="00D6435D" w:rsidRDefault="00000000">
      <w:pPr>
        <w:spacing w:before="80" w:after="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b/>
        </w:rPr>
        <w:t>17. How would you rate your level of FATIGUE right now?</w:t>
      </w:r>
    </w:p>
    <w:p w14:paraId="792B6361" w14:textId="77777777" w:rsidR="00F81AEE" w:rsidRPr="00D6435D" w:rsidRDefault="00000000">
      <w:pPr>
        <w:spacing w:after="80"/>
        <w:ind w:left="3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  <w:i/>
          <w:color w:val="555555"/>
        </w:rPr>
        <w:t>Numeric rating scale.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81AEE" w:rsidRPr="00D6435D" w14:paraId="4D2633EE" w14:textId="77777777">
        <w:trPr>
          <w:tblHeader/>
          <w:jc w:val="center"/>
        </w:trPr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906CAA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562F1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17F55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EBA2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08D8B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6FB1B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07D6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D8022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695C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D2C2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33F0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81AEE" w:rsidRPr="00D6435D" w14:paraId="5299E565" w14:textId="77777777">
        <w:trPr>
          <w:jc w:val="center"/>
        </w:trPr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30E5F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B355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A3AD9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E0746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DF01B0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0AE74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1792D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26F72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A0F73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FA0F8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  <w:tc>
          <w:tcPr>
            <w:tcW w:w="8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F1D0B" w14:textId="77777777" w:rsidR="00F81AEE" w:rsidRPr="00D6435D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[ ]</w:t>
            </w:r>
          </w:p>
        </w:tc>
      </w:tr>
    </w:tbl>
    <w:p w14:paraId="75022895" w14:textId="15A046A4" w:rsidR="00F81AEE" w:rsidRPr="00D6435D" w:rsidRDefault="00000000">
      <w:pPr>
        <w:spacing w:after="160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 xml:space="preserve">0 = no fatigue               </w:t>
      </w:r>
      <w:r w:rsidR="00D6435D" w:rsidRPr="00D6435D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D6435D">
        <w:rPr>
          <w:rFonts w:ascii="Times New Roman" w:hAnsi="Times New Roman" w:cs="Times New Roman"/>
        </w:rPr>
        <w:t xml:space="preserve"> </w:t>
      </w:r>
      <w:r w:rsidR="00D6435D" w:rsidRPr="00D6435D">
        <w:rPr>
          <w:rFonts w:ascii="Times New Roman" w:hAnsi="Times New Roman" w:cs="Times New Roman"/>
        </w:rPr>
        <w:t xml:space="preserve">  </w:t>
      </w:r>
      <w:r w:rsidRPr="00D6435D">
        <w:rPr>
          <w:rFonts w:ascii="Times New Roman" w:hAnsi="Times New Roman" w:cs="Times New Roman"/>
        </w:rPr>
        <w:t xml:space="preserve">     10 = extreme fatigue</w:t>
      </w:r>
    </w:p>
    <w:p w14:paraId="78D27263" w14:textId="77777777" w:rsidR="00D6435D" w:rsidRDefault="00D6435D">
      <w:pPr>
        <w:pStyle w:val="Heading1"/>
        <w:rPr>
          <w:rFonts w:ascii="Times New Roman" w:hAnsi="Times New Roman" w:cs="Times New Roman"/>
        </w:rPr>
      </w:pPr>
    </w:p>
    <w:p w14:paraId="6EDBD49C" w14:textId="7EB820E2" w:rsidR="00F81AEE" w:rsidRPr="00D6435D" w:rsidRDefault="00000000">
      <w:pPr>
        <w:pStyle w:val="Heading1"/>
        <w:rPr>
          <w:rFonts w:ascii="Times New Roman" w:hAnsi="Times New Roman" w:cs="Times New Roman"/>
        </w:rPr>
      </w:pPr>
      <w:r w:rsidRPr="00D6435D">
        <w:rPr>
          <w:rFonts w:ascii="Times New Roman" w:hAnsi="Times New Roman" w:cs="Times New Roman"/>
        </w:rPr>
        <w:t>Skip Logic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4371"/>
        <w:gridCol w:w="2691"/>
      </w:tblGrid>
      <w:tr w:rsidR="00F81AEE" w:rsidRPr="00D6435D" w14:paraId="08293CFC" w14:textId="77777777">
        <w:trPr>
          <w:tblHeader/>
          <w:jc w:val="center"/>
        </w:trPr>
        <w:tc>
          <w:tcPr>
            <w:tcW w:w="31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867E0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Condition</w:t>
            </w:r>
          </w:p>
        </w:tc>
        <w:tc>
          <w:tcPr>
            <w:tcW w:w="4464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5B1F2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Follow-up</w:t>
            </w:r>
          </w:p>
        </w:tc>
        <w:tc>
          <w:tcPr>
            <w:tcW w:w="27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F88C41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b/>
                <w:sz w:val="20"/>
              </w:rPr>
              <w:t>Response options</w:t>
            </w:r>
          </w:p>
        </w:tc>
      </w:tr>
      <w:tr w:rsidR="00F81AEE" w:rsidRPr="00D6435D" w14:paraId="2D5B9F24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538D5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Shoulder selected in current pain sites</w:t>
            </w:r>
          </w:p>
        </w:tc>
        <w:tc>
          <w:tcPr>
            <w:tcW w:w="44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22071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Rate shoulder pain right now; answer side-of-body item</w:t>
            </w:r>
          </w:p>
        </w:tc>
        <w:tc>
          <w:tcPr>
            <w:tcW w:w="27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35975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Pain rating 0-10; Left / Right / Both</w:t>
            </w:r>
          </w:p>
        </w:tc>
      </w:tr>
      <w:tr w:rsidR="00F81AEE" w:rsidRPr="00D6435D" w14:paraId="0909A95C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F5066A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Elbow selected in current pain sites</w:t>
            </w:r>
          </w:p>
        </w:tc>
        <w:tc>
          <w:tcPr>
            <w:tcW w:w="44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3DE49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Rate elbow pain right now; answer side-of-body item</w:t>
            </w:r>
          </w:p>
        </w:tc>
        <w:tc>
          <w:tcPr>
            <w:tcW w:w="27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35ED3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Pain rating 0-10; Left / Right / Both</w:t>
            </w:r>
          </w:p>
        </w:tc>
      </w:tr>
      <w:tr w:rsidR="00F81AEE" w:rsidRPr="00D6435D" w14:paraId="7FCD6211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B2E6B1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Wrist, hand, and/or finger selected in current pain sites</w:t>
            </w:r>
          </w:p>
        </w:tc>
        <w:tc>
          <w:tcPr>
            <w:tcW w:w="44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48FDF3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Rate wrist, hand, and/or finger pain right now; answer side-of-body item</w:t>
            </w:r>
          </w:p>
        </w:tc>
        <w:tc>
          <w:tcPr>
            <w:tcW w:w="27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33176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Pain rating 0-10; Left / Right / Both</w:t>
            </w:r>
          </w:p>
        </w:tc>
      </w:tr>
      <w:tr w:rsidR="00F81AEE" w:rsidRPr="00D6435D" w14:paraId="5184543E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381D17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Back selected in current pain sites</w:t>
            </w:r>
          </w:p>
        </w:tc>
        <w:tc>
          <w:tcPr>
            <w:tcW w:w="44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0B905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Rate back pain right now</w:t>
            </w:r>
          </w:p>
        </w:tc>
        <w:tc>
          <w:tcPr>
            <w:tcW w:w="27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6E177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Pain rating 0-10</w:t>
            </w:r>
          </w:p>
        </w:tc>
      </w:tr>
      <w:tr w:rsidR="00F81AEE" w:rsidRPr="00D6435D" w14:paraId="5C758953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0A956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Hip selected in current pain sites</w:t>
            </w:r>
          </w:p>
        </w:tc>
        <w:tc>
          <w:tcPr>
            <w:tcW w:w="44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D333E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Rate hip pain right now; answer side-of-body item</w:t>
            </w:r>
          </w:p>
        </w:tc>
        <w:tc>
          <w:tcPr>
            <w:tcW w:w="27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393B0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Pain rating 0-10; Left / Right / Both</w:t>
            </w:r>
          </w:p>
        </w:tc>
      </w:tr>
      <w:tr w:rsidR="00F81AEE" w:rsidRPr="00D6435D" w14:paraId="79C54FAA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20C72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Knee selected in current pain sites</w:t>
            </w:r>
          </w:p>
        </w:tc>
        <w:tc>
          <w:tcPr>
            <w:tcW w:w="44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43C58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Rate knee pain right now; answer side-of-body item</w:t>
            </w:r>
          </w:p>
        </w:tc>
        <w:tc>
          <w:tcPr>
            <w:tcW w:w="27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BC805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Pain rating 0-10; Left / Right / Both</w:t>
            </w:r>
          </w:p>
        </w:tc>
      </w:tr>
      <w:tr w:rsidR="00F81AEE" w:rsidRPr="00D6435D" w14:paraId="768D3CBE" w14:textId="77777777">
        <w:trPr>
          <w:jc w:val="center"/>
        </w:trPr>
        <w:tc>
          <w:tcPr>
            <w:tcW w:w="31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8E2385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Ankle, foot, and/or toes selected in current pain sites</w:t>
            </w:r>
          </w:p>
        </w:tc>
        <w:tc>
          <w:tcPr>
            <w:tcW w:w="44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F57B68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Rate ankle, foot, and/or toes pain right now; answer side-of-body item</w:t>
            </w:r>
          </w:p>
        </w:tc>
        <w:tc>
          <w:tcPr>
            <w:tcW w:w="27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8C39AC" w14:textId="77777777" w:rsidR="00F81AEE" w:rsidRPr="00D6435D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D6435D">
              <w:rPr>
                <w:rFonts w:ascii="Times New Roman" w:hAnsi="Times New Roman" w:cs="Times New Roman"/>
                <w:sz w:val="20"/>
              </w:rPr>
              <w:t>Pain rating 0-10; Left / Right / Both</w:t>
            </w:r>
          </w:p>
        </w:tc>
      </w:tr>
    </w:tbl>
    <w:p w14:paraId="69342390" w14:textId="77777777" w:rsidR="0053702D" w:rsidRPr="00D6435D" w:rsidRDefault="0053702D">
      <w:pPr>
        <w:rPr>
          <w:rFonts w:ascii="Times New Roman" w:hAnsi="Times New Roman" w:cs="Times New Roman"/>
        </w:rPr>
      </w:pPr>
    </w:p>
    <w:sectPr w:rsidR="0053702D" w:rsidRPr="00D6435D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D54E" w14:textId="77777777" w:rsidR="0053702D" w:rsidRDefault="0053702D">
      <w:pPr>
        <w:spacing w:after="0" w:line="240" w:lineRule="auto"/>
      </w:pPr>
      <w:r>
        <w:separator/>
      </w:r>
    </w:p>
  </w:endnote>
  <w:endnote w:type="continuationSeparator" w:id="0">
    <w:p w14:paraId="52BB72B2" w14:textId="77777777" w:rsidR="0053702D" w:rsidRDefault="0053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BF49" w14:textId="5850E49D" w:rsidR="00F81AEE" w:rsidRDefault="00000000">
    <w:pPr>
      <w:pStyle w:val="Footer"/>
      <w:jc w:val="center"/>
    </w:pPr>
    <w:r>
      <w:rPr>
        <w:sz w:val="18"/>
      </w:rPr>
      <w:t>PRIME Study data collection survey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04BD9" w14:textId="77777777" w:rsidR="0053702D" w:rsidRDefault="0053702D">
      <w:pPr>
        <w:spacing w:after="0" w:line="240" w:lineRule="auto"/>
      </w:pPr>
      <w:r>
        <w:separator/>
      </w:r>
    </w:p>
  </w:footnote>
  <w:footnote w:type="continuationSeparator" w:id="0">
    <w:p w14:paraId="6BCA5DCB" w14:textId="77777777" w:rsidR="0053702D" w:rsidRDefault="00537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5140214">
    <w:abstractNumId w:val="8"/>
  </w:num>
  <w:num w:numId="2" w16cid:durableId="13307901">
    <w:abstractNumId w:val="6"/>
  </w:num>
  <w:num w:numId="3" w16cid:durableId="75367987">
    <w:abstractNumId w:val="5"/>
  </w:num>
  <w:num w:numId="4" w16cid:durableId="837308361">
    <w:abstractNumId w:val="4"/>
  </w:num>
  <w:num w:numId="5" w16cid:durableId="603226064">
    <w:abstractNumId w:val="7"/>
  </w:num>
  <w:num w:numId="6" w16cid:durableId="1571770199">
    <w:abstractNumId w:val="3"/>
  </w:num>
  <w:num w:numId="7" w16cid:durableId="352459096">
    <w:abstractNumId w:val="2"/>
  </w:num>
  <w:num w:numId="8" w16cid:durableId="2008899650">
    <w:abstractNumId w:val="1"/>
  </w:num>
  <w:num w:numId="9" w16cid:durableId="213340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1D84"/>
    <w:rsid w:val="0053702D"/>
    <w:rsid w:val="00582800"/>
    <w:rsid w:val="00AA1D8D"/>
    <w:rsid w:val="00B47730"/>
    <w:rsid w:val="00CB0664"/>
    <w:rsid w:val="00D6435D"/>
    <w:rsid w:val="00F81A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189331E-597F-694E-9C31-EED3F2CF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749</Words>
  <Characters>4631</Characters>
  <Application>Microsoft Office Word</Application>
  <DocSecurity>0</DocSecurity>
  <Lines>69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Cai, Yurun</cp:lastModifiedBy>
  <cp:revision>3</cp:revision>
  <dcterms:created xsi:type="dcterms:W3CDTF">2013-12-23T23:15:00Z</dcterms:created>
  <dcterms:modified xsi:type="dcterms:W3CDTF">2026-06-01T19:09:00Z</dcterms:modified>
  <cp:category/>
</cp:coreProperties>
</file>