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88" w:type="dxa"/>
        <w:jc w:val="center"/>
        <w:tblBorders>
          <w:top w:val="single" w:sz="5" w:space="0" w:color="B7C9DB"/>
          <w:left w:val="single" w:sz="5" w:space="0" w:color="B7C9DB"/>
          <w:bottom w:val="single" w:sz="5" w:space="0" w:color="B7C9DB"/>
          <w:right w:val="single" w:sz="5" w:space="0" w:color="B7C9DB"/>
          <w:insideH w:val="single" w:sz="5" w:space="0" w:color="B7C9DB"/>
          <w:insideV w:val="single" w:sz="5" w:space="0" w:color="B7C9DB"/>
        </w:tblBorders>
        <w:tblLayout w:type="fixed"/>
        <w:tblLook w:val="04A0" w:firstRow="1" w:lastRow="0" w:firstColumn="1" w:lastColumn="0" w:noHBand="0" w:noVBand="1"/>
      </w:tblPr>
      <w:tblGrid>
        <w:gridCol w:w="2160"/>
        <w:gridCol w:w="1296"/>
        <w:gridCol w:w="835"/>
        <w:gridCol w:w="835"/>
        <w:gridCol w:w="1612"/>
        <w:gridCol w:w="1036"/>
        <w:gridCol w:w="691"/>
        <w:gridCol w:w="691"/>
        <w:gridCol w:w="691"/>
        <w:gridCol w:w="691"/>
        <w:gridCol w:w="691"/>
        <w:gridCol w:w="691"/>
        <w:gridCol w:w="691"/>
        <w:gridCol w:w="691"/>
        <w:gridCol w:w="782"/>
        <w:gridCol w:w="604"/>
      </w:tblGrid>
      <w:tr w:rsidR="00B773FD" w14:paraId="23F29808" w14:textId="77777777" w:rsidTr="001A1A49">
        <w:trPr>
          <w:jc w:val="center"/>
        </w:trPr>
        <w:tc>
          <w:tcPr>
            <w:tcW w:w="14688" w:type="dxa"/>
            <w:gridSpan w:val="16"/>
            <w:tcMar>
              <w:top w:w="26" w:type="dxa"/>
              <w:left w:w="26" w:type="dxa"/>
              <w:bottom w:w="20" w:type="dxa"/>
              <w:right w:w="26" w:type="dxa"/>
            </w:tcMar>
          </w:tcPr>
          <w:p w14:paraId="0594439D" w14:textId="77777777" w:rsidR="00B773FD" w:rsidRDefault="005C7C28">
            <w:pPr>
              <w:spacing w:after="0" w:line="240" w:lineRule="auto"/>
            </w:pPr>
            <w:r>
              <w:rPr>
                <w:rFonts w:ascii="Arial" w:hAnsi="Arial"/>
                <w:b/>
                <w:sz w:val="20"/>
              </w:rPr>
              <w:t>Table S1. Study site information.</w:t>
            </w:r>
          </w:p>
        </w:tc>
      </w:tr>
      <w:tr w:rsidR="001A1A49" w14:paraId="208B6883" w14:textId="77777777" w:rsidTr="001A1A49">
        <w:trPr>
          <w:gridAfter w:val="1"/>
          <w:wAfter w:w="604" w:type="dxa"/>
          <w:tblHeader/>
          <w:jc w:val="center"/>
        </w:trPr>
        <w:tc>
          <w:tcPr>
            <w:tcW w:w="2160" w:type="dxa"/>
            <w:shd w:val="clear" w:color="auto" w:fill="D9EAF7"/>
            <w:tcMar>
              <w:top w:w="24" w:type="dxa"/>
              <w:left w:w="24" w:type="dxa"/>
              <w:bottom w:w="24" w:type="dxa"/>
              <w:right w:w="24" w:type="dxa"/>
            </w:tcMar>
            <w:vAlign w:val="center"/>
          </w:tcPr>
          <w:p w14:paraId="2CBF3503" w14:textId="77777777" w:rsidR="001A1A49" w:rsidRDefault="001A1A49" w:rsidP="001A1A49">
            <w:pPr>
              <w:spacing w:after="0" w:line="240" w:lineRule="auto"/>
              <w:jc w:val="center"/>
            </w:pPr>
            <w:r>
              <w:rPr>
                <w:rFonts w:ascii="Arial" w:hAnsi="Arial"/>
                <w:b/>
                <w:sz w:val="9"/>
              </w:rPr>
              <w:t>Wetland</w:t>
            </w:r>
          </w:p>
        </w:tc>
        <w:tc>
          <w:tcPr>
            <w:tcW w:w="1296" w:type="dxa"/>
            <w:shd w:val="clear" w:color="auto" w:fill="D9EAF7"/>
            <w:tcMar>
              <w:top w:w="24" w:type="dxa"/>
              <w:left w:w="24" w:type="dxa"/>
              <w:bottom w:w="24" w:type="dxa"/>
              <w:right w:w="24" w:type="dxa"/>
            </w:tcMar>
            <w:vAlign w:val="center"/>
          </w:tcPr>
          <w:p w14:paraId="3E618038" w14:textId="77777777" w:rsidR="001A1A49" w:rsidRDefault="001A1A49" w:rsidP="001A1A49">
            <w:pPr>
              <w:spacing w:after="0" w:line="240" w:lineRule="auto"/>
              <w:jc w:val="center"/>
            </w:pPr>
            <w:r>
              <w:rPr>
                <w:rFonts w:ascii="Arial" w:hAnsi="Arial"/>
                <w:b/>
                <w:sz w:val="9"/>
              </w:rPr>
              <w:t>Country</w:t>
            </w:r>
          </w:p>
        </w:tc>
        <w:tc>
          <w:tcPr>
            <w:tcW w:w="835" w:type="dxa"/>
            <w:shd w:val="clear" w:color="auto" w:fill="D9EAF7"/>
            <w:tcMar>
              <w:top w:w="24" w:type="dxa"/>
              <w:left w:w="24" w:type="dxa"/>
              <w:bottom w:w="24" w:type="dxa"/>
              <w:right w:w="24" w:type="dxa"/>
            </w:tcMar>
            <w:vAlign w:val="center"/>
          </w:tcPr>
          <w:p w14:paraId="3D80ACCD" w14:textId="77777777" w:rsidR="001A1A49" w:rsidRDefault="001A1A49" w:rsidP="001A1A49">
            <w:pPr>
              <w:spacing w:after="0" w:line="240" w:lineRule="auto"/>
              <w:jc w:val="center"/>
            </w:pPr>
            <w:r>
              <w:rPr>
                <w:rFonts w:ascii="Arial" w:hAnsi="Arial"/>
                <w:b/>
                <w:sz w:val="9"/>
              </w:rPr>
              <w:t>Size ha</w:t>
            </w:r>
          </w:p>
        </w:tc>
        <w:tc>
          <w:tcPr>
            <w:tcW w:w="835" w:type="dxa"/>
            <w:shd w:val="clear" w:color="auto" w:fill="D9EAF7"/>
            <w:tcMar>
              <w:top w:w="24" w:type="dxa"/>
              <w:left w:w="24" w:type="dxa"/>
              <w:bottom w:w="24" w:type="dxa"/>
              <w:right w:w="24" w:type="dxa"/>
            </w:tcMar>
            <w:vAlign w:val="center"/>
          </w:tcPr>
          <w:p w14:paraId="0C7200C1" w14:textId="77777777" w:rsidR="001A1A49" w:rsidRDefault="001A1A49" w:rsidP="001A1A49">
            <w:pPr>
              <w:spacing w:after="0" w:line="240" w:lineRule="auto"/>
              <w:jc w:val="center"/>
            </w:pPr>
            <w:r>
              <w:rPr>
                <w:rFonts w:ascii="Arial" w:hAnsi="Arial"/>
                <w:b/>
                <w:sz w:val="9"/>
              </w:rPr>
              <w:t>Size km2</w:t>
            </w:r>
          </w:p>
        </w:tc>
        <w:tc>
          <w:tcPr>
            <w:tcW w:w="1612" w:type="dxa"/>
            <w:shd w:val="clear" w:color="auto" w:fill="D9EAF7"/>
            <w:tcMar>
              <w:top w:w="24" w:type="dxa"/>
              <w:left w:w="24" w:type="dxa"/>
              <w:bottom w:w="24" w:type="dxa"/>
              <w:right w:w="24" w:type="dxa"/>
            </w:tcMar>
            <w:vAlign w:val="center"/>
          </w:tcPr>
          <w:p w14:paraId="0C939C25" w14:textId="77777777" w:rsidR="001A1A49" w:rsidRDefault="001A1A49" w:rsidP="001A1A49">
            <w:pPr>
              <w:spacing w:after="0" w:line="240" w:lineRule="auto"/>
              <w:jc w:val="center"/>
            </w:pPr>
            <w:r>
              <w:rPr>
                <w:rFonts w:ascii="Arial" w:hAnsi="Arial"/>
                <w:b/>
                <w:sz w:val="9"/>
              </w:rPr>
              <w:t>Coordinates</w:t>
            </w:r>
          </w:p>
        </w:tc>
        <w:tc>
          <w:tcPr>
            <w:tcW w:w="1036" w:type="dxa"/>
            <w:shd w:val="clear" w:color="auto" w:fill="D9EAF7"/>
            <w:tcMar>
              <w:top w:w="24" w:type="dxa"/>
              <w:left w:w="24" w:type="dxa"/>
              <w:bottom w:w="24" w:type="dxa"/>
              <w:right w:w="24" w:type="dxa"/>
            </w:tcMar>
            <w:vAlign w:val="center"/>
          </w:tcPr>
          <w:p w14:paraId="66914E76" w14:textId="77777777" w:rsidR="001A1A49" w:rsidRDefault="001A1A49" w:rsidP="001A1A49">
            <w:pPr>
              <w:spacing w:after="0" w:line="240" w:lineRule="auto"/>
              <w:jc w:val="center"/>
            </w:pPr>
            <w:r>
              <w:rPr>
                <w:rFonts w:ascii="Arial" w:hAnsi="Arial"/>
                <w:b/>
                <w:sz w:val="9"/>
              </w:rPr>
              <w:t>Climate</w:t>
            </w:r>
          </w:p>
        </w:tc>
        <w:tc>
          <w:tcPr>
            <w:tcW w:w="691" w:type="dxa"/>
            <w:shd w:val="clear" w:color="auto" w:fill="D9EAF7"/>
            <w:tcMar>
              <w:top w:w="24" w:type="dxa"/>
              <w:left w:w="24" w:type="dxa"/>
              <w:bottom w:w="24" w:type="dxa"/>
              <w:right w:w="24" w:type="dxa"/>
            </w:tcMar>
            <w:vAlign w:val="center"/>
          </w:tcPr>
          <w:p w14:paraId="6F7BE838" w14:textId="77777777" w:rsidR="001A1A49" w:rsidRDefault="001A1A49" w:rsidP="001A1A49">
            <w:pPr>
              <w:spacing w:after="0" w:line="240" w:lineRule="auto"/>
              <w:jc w:val="center"/>
            </w:pPr>
            <w:r>
              <w:rPr>
                <w:rFonts w:ascii="Arial" w:hAnsi="Arial"/>
                <w:b/>
                <w:sz w:val="9"/>
              </w:rPr>
              <w:t>ALOS-1</w:t>
            </w:r>
            <w:r>
              <w:rPr>
                <w:rFonts w:ascii="Arial" w:hAnsi="Arial"/>
                <w:b/>
                <w:sz w:val="9"/>
              </w:rPr>
              <w:br/>
              <w:t>Avail.</w:t>
            </w:r>
          </w:p>
        </w:tc>
        <w:tc>
          <w:tcPr>
            <w:tcW w:w="691" w:type="dxa"/>
            <w:shd w:val="clear" w:color="auto" w:fill="D9EAF7"/>
            <w:tcMar>
              <w:top w:w="24" w:type="dxa"/>
              <w:left w:w="24" w:type="dxa"/>
              <w:bottom w:w="24" w:type="dxa"/>
              <w:right w:w="24" w:type="dxa"/>
            </w:tcMar>
            <w:vAlign w:val="center"/>
          </w:tcPr>
          <w:p w14:paraId="7F88A6FF" w14:textId="77777777" w:rsidR="001A1A49" w:rsidRDefault="001A1A49" w:rsidP="001A1A49">
            <w:pPr>
              <w:spacing w:after="0" w:line="240" w:lineRule="auto"/>
              <w:jc w:val="center"/>
            </w:pPr>
            <w:r>
              <w:rPr>
                <w:rFonts w:ascii="Arial" w:hAnsi="Arial"/>
                <w:b/>
                <w:sz w:val="9"/>
              </w:rPr>
              <w:t>ALOS-1</w:t>
            </w:r>
            <w:r>
              <w:rPr>
                <w:rFonts w:ascii="Arial" w:hAnsi="Arial"/>
                <w:b/>
                <w:sz w:val="9"/>
              </w:rPr>
              <w:br/>
              <w:t>Barrier</w:t>
            </w:r>
          </w:p>
        </w:tc>
        <w:tc>
          <w:tcPr>
            <w:tcW w:w="691" w:type="dxa"/>
            <w:shd w:val="clear" w:color="auto" w:fill="D9EAF7"/>
            <w:tcMar>
              <w:top w:w="24" w:type="dxa"/>
              <w:left w:w="24" w:type="dxa"/>
              <w:bottom w:w="24" w:type="dxa"/>
              <w:right w:w="24" w:type="dxa"/>
            </w:tcMar>
            <w:vAlign w:val="center"/>
          </w:tcPr>
          <w:p w14:paraId="387B922D" w14:textId="77777777" w:rsidR="001A1A49" w:rsidRDefault="001A1A49" w:rsidP="001A1A49">
            <w:pPr>
              <w:spacing w:after="0" w:line="240" w:lineRule="auto"/>
              <w:jc w:val="center"/>
            </w:pPr>
            <w:r>
              <w:rPr>
                <w:rFonts w:ascii="Arial" w:hAnsi="Arial"/>
                <w:b/>
                <w:sz w:val="9"/>
              </w:rPr>
              <w:t>S-1</w:t>
            </w:r>
            <w:r>
              <w:rPr>
                <w:rFonts w:ascii="Arial" w:hAnsi="Arial"/>
                <w:b/>
                <w:sz w:val="9"/>
              </w:rPr>
              <w:br/>
              <w:t>Avail.</w:t>
            </w:r>
          </w:p>
        </w:tc>
        <w:tc>
          <w:tcPr>
            <w:tcW w:w="691" w:type="dxa"/>
            <w:shd w:val="clear" w:color="auto" w:fill="D9EAF7"/>
            <w:tcMar>
              <w:top w:w="24" w:type="dxa"/>
              <w:left w:w="24" w:type="dxa"/>
              <w:bottom w:w="24" w:type="dxa"/>
              <w:right w:w="24" w:type="dxa"/>
            </w:tcMar>
            <w:vAlign w:val="center"/>
          </w:tcPr>
          <w:p w14:paraId="77A3A6D4" w14:textId="77777777" w:rsidR="001A1A49" w:rsidRDefault="001A1A49" w:rsidP="001A1A49">
            <w:pPr>
              <w:spacing w:after="0" w:line="240" w:lineRule="auto"/>
              <w:jc w:val="center"/>
            </w:pPr>
            <w:r>
              <w:rPr>
                <w:rFonts w:ascii="Arial" w:hAnsi="Arial"/>
                <w:b/>
                <w:sz w:val="9"/>
              </w:rPr>
              <w:t>S-1</w:t>
            </w:r>
            <w:r>
              <w:rPr>
                <w:rFonts w:ascii="Arial" w:hAnsi="Arial"/>
                <w:b/>
                <w:sz w:val="9"/>
              </w:rPr>
              <w:br/>
              <w:t>Barrier</w:t>
            </w:r>
          </w:p>
        </w:tc>
        <w:tc>
          <w:tcPr>
            <w:tcW w:w="691" w:type="dxa"/>
            <w:shd w:val="clear" w:color="auto" w:fill="D9EAF7"/>
            <w:tcMar>
              <w:top w:w="24" w:type="dxa"/>
              <w:left w:w="24" w:type="dxa"/>
              <w:bottom w:w="24" w:type="dxa"/>
              <w:right w:w="24" w:type="dxa"/>
            </w:tcMar>
            <w:vAlign w:val="center"/>
          </w:tcPr>
          <w:p w14:paraId="5C441517" w14:textId="77777777" w:rsidR="001A1A49" w:rsidRDefault="001A1A49" w:rsidP="001A1A49">
            <w:pPr>
              <w:spacing w:after="0" w:line="240" w:lineRule="auto"/>
              <w:jc w:val="center"/>
            </w:pPr>
            <w:r>
              <w:rPr>
                <w:rFonts w:ascii="Arial" w:hAnsi="Arial"/>
                <w:b/>
                <w:sz w:val="9"/>
              </w:rPr>
              <w:t>ALOS-2</w:t>
            </w:r>
            <w:r>
              <w:rPr>
                <w:rFonts w:ascii="Arial" w:hAnsi="Arial"/>
                <w:b/>
                <w:sz w:val="9"/>
              </w:rPr>
              <w:br/>
              <w:t>Avail.</w:t>
            </w:r>
          </w:p>
        </w:tc>
        <w:tc>
          <w:tcPr>
            <w:tcW w:w="691" w:type="dxa"/>
            <w:shd w:val="clear" w:color="auto" w:fill="D9EAF7"/>
            <w:tcMar>
              <w:top w:w="24" w:type="dxa"/>
              <w:left w:w="24" w:type="dxa"/>
              <w:bottom w:w="24" w:type="dxa"/>
              <w:right w:w="24" w:type="dxa"/>
            </w:tcMar>
            <w:vAlign w:val="bottom"/>
          </w:tcPr>
          <w:p w14:paraId="3AE9F9C8" w14:textId="188146AA" w:rsidR="001A1A49" w:rsidRDefault="001A1A49" w:rsidP="001A1A49">
            <w:pPr>
              <w:spacing w:after="0" w:line="240" w:lineRule="auto"/>
              <w:jc w:val="center"/>
            </w:pPr>
            <w:r w:rsidRPr="001A1A49">
              <w:rPr>
                <w:rFonts w:ascii="Arial" w:hAnsi="Arial"/>
                <w:b/>
                <w:sz w:val="9"/>
              </w:rPr>
              <w:t>ALOS-2 Barrier</w:t>
            </w:r>
          </w:p>
        </w:tc>
        <w:tc>
          <w:tcPr>
            <w:tcW w:w="691" w:type="dxa"/>
            <w:shd w:val="clear" w:color="auto" w:fill="D9EAF7"/>
            <w:tcMar>
              <w:top w:w="24" w:type="dxa"/>
              <w:left w:w="24" w:type="dxa"/>
              <w:bottom w:w="24" w:type="dxa"/>
              <w:right w:w="24" w:type="dxa"/>
            </w:tcMar>
            <w:vAlign w:val="center"/>
          </w:tcPr>
          <w:p w14:paraId="3D20531C" w14:textId="77777777" w:rsidR="001A1A49" w:rsidRDefault="001A1A49" w:rsidP="001A1A49">
            <w:pPr>
              <w:spacing w:after="0" w:line="240" w:lineRule="auto"/>
              <w:jc w:val="center"/>
            </w:pPr>
            <w:r>
              <w:rPr>
                <w:rFonts w:ascii="Arial" w:hAnsi="Arial"/>
                <w:b/>
                <w:sz w:val="9"/>
              </w:rPr>
              <w:t>NISAR</w:t>
            </w:r>
            <w:r>
              <w:rPr>
                <w:rFonts w:ascii="Arial" w:hAnsi="Arial"/>
                <w:b/>
                <w:sz w:val="9"/>
              </w:rPr>
              <w:br/>
              <w:t>Avail.</w:t>
            </w:r>
          </w:p>
        </w:tc>
        <w:tc>
          <w:tcPr>
            <w:tcW w:w="691" w:type="dxa"/>
            <w:shd w:val="clear" w:color="auto" w:fill="D9EAF7"/>
            <w:tcMar>
              <w:top w:w="24" w:type="dxa"/>
              <w:left w:w="24" w:type="dxa"/>
              <w:bottom w:w="24" w:type="dxa"/>
              <w:right w:w="24" w:type="dxa"/>
            </w:tcMar>
            <w:vAlign w:val="center"/>
          </w:tcPr>
          <w:p w14:paraId="1C2130C4" w14:textId="77777777" w:rsidR="001A1A49" w:rsidRDefault="001A1A49" w:rsidP="001A1A49">
            <w:pPr>
              <w:spacing w:after="0" w:line="240" w:lineRule="auto"/>
              <w:jc w:val="center"/>
            </w:pPr>
            <w:r>
              <w:rPr>
                <w:rFonts w:ascii="Arial" w:hAnsi="Arial"/>
                <w:b/>
                <w:sz w:val="9"/>
              </w:rPr>
              <w:t>NISAR</w:t>
            </w:r>
            <w:r>
              <w:rPr>
                <w:rFonts w:ascii="Arial" w:hAnsi="Arial"/>
                <w:b/>
                <w:sz w:val="9"/>
              </w:rPr>
              <w:br/>
              <w:t>Barrier</w:t>
            </w:r>
          </w:p>
        </w:tc>
        <w:tc>
          <w:tcPr>
            <w:tcW w:w="782" w:type="dxa"/>
            <w:shd w:val="clear" w:color="auto" w:fill="D9EAF7"/>
            <w:tcMar>
              <w:top w:w="24" w:type="dxa"/>
              <w:left w:w="24" w:type="dxa"/>
              <w:bottom w:w="24" w:type="dxa"/>
              <w:right w:w="24" w:type="dxa"/>
            </w:tcMar>
            <w:vAlign w:val="center"/>
          </w:tcPr>
          <w:p w14:paraId="40588FA4" w14:textId="77777777" w:rsidR="001A1A49" w:rsidRDefault="001A1A49" w:rsidP="001A1A49">
            <w:pPr>
              <w:spacing w:after="0" w:line="240" w:lineRule="auto"/>
              <w:jc w:val="center"/>
            </w:pPr>
            <w:r>
              <w:rPr>
                <w:rFonts w:ascii="Arial" w:hAnsi="Arial"/>
                <w:b/>
                <w:sz w:val="9"/>
              </w:rPr>
              <w:t>Barrier</w:t>
            </w:r>
          </w:p>
        </w:tc>
      </w:tr>
      <w:tr w:rsidR="001A1A49" w:rsidRPr="001A1A49" w14:paraId="39BB53D0" w14:textId="77777777" w:rsidTr="001A1A49">
        <w:trPr>
          <w:gridAfter w:val="1"/>
          <w:wAfter w:w="604" w:type="dxa"/>
          <w:jc w:val="center"/>
        </w:trPr>
        <w:tc>
          <w:tcPr>
            <w:tcW w:w="2160" w:type="dxa"/>
            <w:tcMar>
              <w:top w:w="20" w:type="dxa"/>
              <w:left w:w="20" w:type="dxa"/>
              <w:bottom w:w="20" w:type="dxa"/>
              <w:right w:w="20" w:type="dxa"/>
            </w:tcMar>
            <w:vAlign w:val="center"/>
          </w:tcPr>
          <w:p w14:paraId="1F352C94" w14:textId="77777777" w:rsidR="001A1A49" w:rsidRPr="001A1A49" w:rsidRDefault="001A1A49" w:rsidP="001A1A49">
            <w:pPr>
              <w:spacing w:after="0" w:line="240" w:lineRule="auto"/>
              <w:rPr>
                <w:rFonts w:ascii="Arial" w:hAnsi="Arial"/>
                <w:sz w:val="9"/>
              </w:rPr>
            </w:pPr>
            <w:r>
              <w:rPr>
                <w:rFonts w:ascii="Arial" w:hAnsi="Arial"/>
                <w:sz w:val="9"/>
              </w:rPr>
              <w:t>Laguna de Llancanelo</w:t>
            </w:r>
          </w:p>
        </w:tc>
        <w:tc>
          <w:tcPr>
            <w:tcW w:w="1296" w:type="dxa"/>
            <w:tcMar>
              <w:top w:w="20" w:type="dxa"/>
              <w:left w:w="20" w:type="dxa"/>
              <w:bottom w:w="20" w:type="dxa"/>
              <w:right w:w="20" w:type="dxa"/>
            </w:tcMar>
            <w:vAlign w:val="center"/>
          </w:tcPr>
          <w:p w14:paraId="55FBEC13" w14:textId="77777777" w:rsidR="001A1A49" w:rsidRPr="001A1A49" w:rsidRDefault="001A1A49" w:rsidP="001A1A49">
            <w:pPr>
              <w:spacing w:after="0" w:line="240" w:lineRule="auto"/>
              <w:rPr>
                <w:rFonts w:ascii="Arial" w:hAnsi="Arial"/>
                <w:sz w:val="9"/>
              </w:rPr>
            </w:pPr>
            <w:r>
              <w:rPr>
                <w:rFonts w:ascii="Arial" w:hAnsi="Arial"/>
                <w:sz w:val="9"/>
              </w:rPr>
              <w:t>Argentina</w:t>
            </w:r>
          </w:p>
        </w:tc>
        <w:tc>
          <w:tcPr>
            <w:tcW w:w="835" w:type="dxa"/>
            <w:tcMar>
              <w:top w:w="20" w:type="dxa"/>
              <w:left w:w="20" w:type="dxa"/>
              <w:bottom w:w="20" w:type="dxa"/>
              <w:right w:w="20" w:type="dxa"/>
            </w:tcMar>
            <w:vAlign w:val="center"/>
          </w:tcPr>
          <w:p w14:paraId="3C9C8B97" w14:textId="77777777" w:rsidR="001A1A49" w:rsidRPr="001A1A49" w:rsidRDefault="001A1A49" w:rsidP="001A1A49">
            <w:pPr>
              <w:spacing w:after="0" w:line="240" w:lineRule="auto"/>
              <w:rPr>
                <w:rFonts w:ascii="Arial" w:hAnsi="Arial"/>
                <w:sz w:val="9"/>
              </w:rPr>
            </w:pPr>
            <w:r>
              <w:rPr>
                <w:rFonts w:ascii="Arial" w:hAnsi="Arial"/>
                <w:sz w:val="9"/>
              </w:rPr>
              <w:t>91365.3</w:t>
            </w:r>
          </w:p>
        </w:tc>
        <w:tc>
          <w:tcPr>
            <w:tcW w:w="835" w:type="dxa"/>
            <w:tcMar>
              <w:top w:w="20" w:type="dxa"/>
              <w:left w:w="20" w:type="dxa"/>
              <w:bottom w:w="20" w:type="dxa"/>
              <w:right w:w="20" w:type="dxa"/>
            </w:tcMar>
            <w:vAlign w:val="center"/>
          </w:tcPr>
          <w:p w14:paraId="5CA3EEE7" w14:textId="77777777" w:rsidR="001A1A49" w:rsidRPr="001A1A49" w:rsidRDefault="001A1A49" w:rsidP="001A1A49">
            <w:pPr>
              <w:spacing w:after="0" w:line="240" w:lineRule="auto"/>
              <w:rPr>
                <w:rFonts w:ascii="Arial" w:hAnsi="Arial"/>
                <w:sz w:val="9"/>
              </w:rPr>
            </w:pPr>
            <w:r>
              <w:rPr>
                <w:rFonts w:ascii="Arial" w:hAnsi="Arial"/>
                <w:sz w:val="9"/>
              </w:rPr>
              <w:t>913.653</w:t>
            </w:r>
          </w:p>
        </w:tc>
        <w:tc>
          <w:tcPr>
            <w:tcW w:w="1612" w:type="dxa"/>
            <w:tcMar>
              <w:top w:w="20" w:type="dxa"/>
              <w:left w:w="20" w:type="dxa"/>
              <w:bottom w:w="20" w:type="dxa"/>
              <w:right w:w="20" w:type="dxa"/>
            </w:tcMar>
            <w:vAlign w:val="center"/>
          </w:tcPr>
          <w:p w14:paraId="181105F6" w14:textId="77777777" w:rsidR="001A1A49" w:rsidRPr="001A1A49" w:rsidRDefault="001A1A49" w:rsidP="001A1A49">
            <w:pPr>
              <w:spacing w:after="0" w:line="240" w:lineRule="auto"/>
              <w:rPr>
                <w:rFonts w:ascii="Arial" w:hAnsi="Arial"/>
                <w:sz w:val="9"/>
              </w:rPr>
            </w:pPr>
            <w:r>
              <w:rPr>
                <w:rFonts w:ascii="Arial" w:hAnsi="Arial"/>
                <w:sz w:val="9"/>
              </w:rPr>
              <w:t>35°37'05"S 69°09'06"W</w:t>
            </w:r>
          </w:p>
        </w:tc>
        <w:tc>
          <w:tcPr>
            <w:tcW w:w="1036" w:type="dxa"/>
            <w:tcMar>
              <w:top w:w="20" w:type="dxa"/>
              <w:left w:w="20" w:type="dxa"/>
              <w:bottom w:w="20" w:type="dxa"/>
              <w:right w:w="20" w:type="dxa"/>
            </w:tcMar>
            <w:vAlign w:val="center"/>
          </w:tcPr>
          <w:p w14:paraId="0B3D0EE2"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4070A1E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3BFF344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4884F46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FA0521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3479BA7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3CF3EC22" w14:textId="0A65C34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74B699F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C3D426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7528CFD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49BA6EAC"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628B1639" w14:textId="77777777" w:rsidR="001A1A49" w:rsidRPr="001A1A49" w:rsidRDefault="001A1A49" w:rsidP="001A1A49">
            <w:pPr>
              <w:spacing w:after="0" w:line="240" w:lineRule="auto"/>
              <w:rPr>
                <w:rFonts w:ascii="Arial" w:hAnsi="Arial"/>
                <w:sz w:val="9"/>
              </w:rPr>
            </w:pPr>
            <w:r>
              <w:rPr>
                <w:rFonts w:ascii="Arial" w:hAnsi="Arial"/>
                <w:sz w:val="9"/>
              </w:rPr>
              <w:t>Donau-March-Thaya-Auen</w:t>
            </w:r>
          </w:p>
        </w:tc>
        <w:tc>
          <w:tcPr>
            <w:tcW w:w="1296" w:type="dxa"/>
            <w:shd w:val="clear" w:color="auto" w:fill="F7FBFF"/>
            <w:tcMar>
              <w:top w:w="20" w:type="dxa"/>
              <w:left w:w="20" w:type="dxa"/>
              <w:bottom w:w="20" w:type="dxa"/>
              <w:right w:w="20" w:type="dxa"/>
            </w:tcMar>
            <w:vAlign w:val="center"/>
          </w:tcPr>
          <w:p w14:paraId="0CE06360" w14:textId="77777777" w:rsidR="001A1A49" w:rsidRPr="001A1A49" w:rsidRDefault="001A1A49" w:rsidP="001A1A49">
            <w:pPr>
              <w:spacing w:after="0" w:line="240" w:lineRule="auto"/>
              <w:rPr>
                <w:rFonts w:ascii="Arial" w:hAnsi="Arial"/>
                <w:sz w:val="9"/>
              </w:rPr>
            </w:pPr>
            <w:r>
              <w:rPr>
                <w:rFonts w:ascii="Arial" w:hAnsi="Arial"/>
                <w:sz w:val="9"/>
              </w:rPr>
              <w:t>Austria</w:t>
            </w:r>
          </w:p>
        </w:tc>
        <w:tc>
          <w:tcPr>
            <w:tcW w:w="835" w:type="dxa"/>
            <w:shd w:val="clear" w:color="auto" w:fill="F7FBFF"/>
            <w:tcMar>
              <w:top w:w="20" w:type="dxa"/>
              <w:left w:w="20" w:type="dxa"/>
              <w:bottom w:w="20" w:type="dxa"/>
              <w:right w:w="20" w:type="dxa"/>
            </w:tcMar>
            <w:vAlign w:val="center"/>
          </w:tcPr>
          <w:p w14:paraId="1751051D" w14:textId="77777777" w:rsidR="001A1A49" w:rsidRPr="001A1A49" w:rsidRDefault="001A1A49" w:rsidP="001A1A49">
            <w:pPr>
              <w:spacing w:after="0" w:line="240" w:lineRule="auto"/>
              <w:rPr>
                <w:rFonts w:ascii="Arial" w:hAnsi="Arial"/>
                <w:sz w:val="9"/>
              </w:rPr>
            </w:pPr>
            <w:r>
              <w:rPr>
                <w:rFonts w:ascii="Arial" w:hAnsi="Arial"/>
                <w:sz w:val="9"/>
              </w:rPr>
              <w:t>36090.0</w:t>
            </w:r>
          </w:p>
        </w:tc>
        <w:tc>
          <w:tcPr>
            <w:tcW w:w="835" w:type="dxa"/>
            <w:shd w:val="clear" w:color="auto" w:fill="F7FBFF"/>
            <w:tcMar>
              <w:top w:w="20" w:type="dxa"/>
              <w:left w:w="20" w:type="dxa"/>
              <w:bottom w:w="20" w:type="dxa"/>
              <w:right w:w="20" w:type="dxa"/>
            </w:tcMar>
            <w:vAlign w:val="center"/>
          </w:tcPr>
          <w:p w14:paraId="1A3DD598" w14:textId="77777777" w:rsidR="001A1A49" w:rsidRPr="001A1A49" w:rsidRDefault="001A1A49" w:rsidP="001A1A49">
            <w:pPr>
              <w:spacing w:after="0" w:line="240" w:lineRule="auto"/>
              <w:rPr>
                <w:rFonts w:ascii="Arial" w:hAnsi="Arial"/>
                <w:sz w:val="9"/>
              </w:rPr>
            </w:pPr>
            <w:r>
              <w:rPr>
                <w:rFonts w:ascii="Arial" w:hAnsi="Arial"/>
                <w:sz w:val="9"/>
              </w:rPr>
              <w:t>360.900</w:t>
            </w:r>
          </w:p>
        </w:tc>
        <w:tc>
          <w:tcPr>
            <w:tcW w:w="1612" w:type="dxa"/>
            <w:shd w:val="clear" w:color="auto" w:fill="F7FBFF"/>
            <w:tcMar>
              <w:top w:w="20" w:type="dxa"/>
              <w:left w:w="20" w:type="dxa"/>
              <w:bottom w:w="20" w:type="dxa"/>
              <w:right w:w="20" w:type="dxa"/>
            </w:tcMar>
            <w:vAlign w:val="center"/>
          </w:tcPr>
          <w:p w14:paraId="5137FA90" w14:textId="77777777" w:rsidR="001A1A49" w:rsidRPr="001A1A49" w:rsidRDefault="001A1A49" w:rsidP="001A1A49">
            <w:pPr>
              <w:spacing w:after="0" w:line="240" w:lineRule="auto"/>
              <w:rPr>
                <w:rFonts w:ascii="Arial" w:hAnsi="Arial"/>
                <w:sz w:val="9"/>
              </w:rPr>
            </w:pPr>
            <w:r>
              <w:rPr>
                <w:rFonts w:ascii="Arial" w:hAnsi="Arial"/>
                <w:sz w:val="9"/>
              </w:rPr>
              <w:t>48°15'50"N 16°49'29"E</w:t>
            </w:r>
          </w:p>
        </w:tc>
        <w:tc>
          <w:tcPr>
            <w:tcW w:w="1036" w:type="dxa"/>
            <w:shd w:val="clear" w:color="auto" w:fill="F7FBFF"/>
            <w:tcMar>
              <w:top w:w="20" w:type="dxa"/>
              <w:left w:w="20" w:type="dxa"/>
              <w:bottom w:w="20" w:type="dxa"/>
              <w:right w:w="20" w:type="dxa"/>
            </w:tcMar>
            <w:vAlign w:val="center"/>
          </w:tcPr>
          <w:p w14:paraId="3502E096"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4A6EA9B1"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1270C4E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B3F282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0F3AC7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F2C44B1"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105436FC" w14:textId="14638C46"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shd w:val="clear" w:color="auto" w:fill="F7FBFF"/>
            <w:tcMar>
              <w:top w:w="20" w:type="dxa"/>
              <w:left w:w="20" w:type="dxa"/>
              <w:bottom w:w="20" w:type="dxa"/>
              <w:right w:w="20" w:type="dxa"/>
            </w:tcMar>
            <w:vAlign w:val="center"/>
          </w:tcPr>
          <w:p w14:paraId="09CE1E9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379484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1ED76E98"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38ADF4BB" w14:textId="77777777" w:rsidTr="001A1A49">
        <w:trPr>
          <w:gridAfter w:val="1"/>
          <w:wAfter w:w="604" w:type="dxa"/>
          <w:jc w:val="center"/>
        </w:trPr>
        <w:tc>
          <w:tcPr>
            <w:tcW w:w="2160" w:type="dxa"/>
            <w:tcMar>
              <w:top w:w="20" w:type="dxa"/>
              <w:left w:w="20" w:type="dxa"/>
              <w:bottom w:w="20" w:type="dxa"/>
              <w:right w:w="20" w:type="dxa"/>
            </w:tcMar>
            <w:vAlign w:val="center"/>
          </w:tcPr>
          <w:p w14:paraId="103491D5" w14:textId="77777777" w:rsidR="001A1A49" w:rsidRPr="001A1A49" w:rsidRDefault="001A1A49" w:rsidP="001A1A49">
            <w:pPr>
              <w:spacing w:after="0" w:line="240" w:lineRule="auto"/>
              <w:rPr>
                <w:rFonts w:ascii="Arial" w:hAnsi="Arial"/>
                <w:sz w:val="9"/>
              </w:rPr>
            </w:pPr>
            <w:r>
              <w:rPr>
                <w:rFonts w:ascii="Arial" w:hAnsi="Arial"/>
                <w:sz w:val="9"/>
              </w:rPr>
              <w:t>De Ijzerbroeken te Diksmuide en Lo-Renige</w:t>
            </w:r>
          </w:p>
        </w:tc>
        <w:tc>
          <w:tcPr>
            <w:tcW w:w="1296" w:type="dxa"/>
            <w:tcMar>
              <w:top w:w="20" w:type="dxa"/>
              <w:left w:w="20" w:type="dxa"/>
              <w:bottom w:w="20" w:type="dxa"/>
              <w:right w:w="20" w:type="dxa"/>
            </w:tcMar>
            <w:vAlign w:val="center"/>
          </w:tcPr>
          <w:p w14:paraId="4BCB4795" w14:textId="77777777" w:rsidR="001A1A49" w:rsidRPr="001A1A49" w:rsidRDefault="001A1A49" w:rsidP="001A1A49">
            <w:pPr>
              <w:spacing w:after="0" w:line="240" w:lineRule="auto"/>
              <w:rPr>
                <w:rFonts w:ascii="Arial" w:hAnsi="Arial"/>
                <w:sz w:val="9"/>
              </w:rPr>
            </w:pPr>
            <w:r>
              <w:rPr>
                <w:rFonts w:ascii="Arial" w:hAnsi="Arial"/>
                <w:sz w:val="9"/>
              </w:rPr>
              <w:t>Belgium</w:t>
            </w:r>
          </w:p>
        </w:tc>
        <w:tc>
          <w:tcPr>
            <w:tcW w:w="835" w:type="dxa"/>
            <w:tcMar>
              <w:top w:w="20" w:type="dxa"/>
              <w:left w:w="20" w:type="dxa"/>
              <w:bottom w:w="20" w:type="dxa"/>
              <w:right w:w="20" w:type="dxa"/>
            </w:tcMar>
            <w:vAlign w:val="center"/>
          </w:tcPr>
          <w:p w14:paraId="5086099A" w14:textId="77777777" w:rsidR="001A1A49" w:rsidRPr="001A1A49" w:rsidRDefault="001A1A49" w:rsidP="001A1A49">
            <w:pPr>
              <w:spacing w:after="0" w:line="240" w:lineRule="auto"/>
              <w:rPr>
                <w:rFonts w:ascii="Arial" w:hAnsi="Arial"/>
                <w:sz w:val="9"/>
              </w:rPr>
            </w:pPr>
            <w:r>
              <w:rPr>
                <w:rFonts w:ascii="Arial" w:hAnsi="Arial"/>
                <w:sz w:val="9"/>
              </w:rPr>
              <w:t>2360.0</w:t>
            </w:r>
          </w:p>
        </w:tc>
        <w:tc>
          <w:tcPr>
            <w:tcW w:w="835" w:type="dxa"/>
            <w:tcMar>
              <w:top w:w="20" w:type="dxa"/>
              <w:left w:w="20" w:type="dxa"/>
              <w:bottom w:w="20" w:type="dxa"/>
              <w:right w:w="20" w:type="dxa"/>
            </w:tcMar>
            <w:vAlign w:val="center"/>
          </w:tcPr>
          <w:p w14:paraId="412B370E" w14:textId="77777777" w:rsidR="001A1A49" w:rsidRPr="001A1A49" w:rsidRDefault="001A1A49" w:rsidP="001A1A49">
            <w:pPr>
              <w:spacing w:after="0" w:line="240" w:lineRule="auto"/>
              <w:rPr>
                <w:rFonts w:ascii="Arial" w:hAnsi="Arial"/>
                <w:sz w:val="9"/>
              </w:rPr>
            </w:pPr>
            <w:r>
              <w:rPr>
                <w:rFonts w:ascii="Arial" w:hAnsi="Arial"/>
                <w:sz w:val="9"/>
              </w:rPr>
              <w:t>23.600</w:t>
            </w:r>
          </w:p>
        </w:tc>
        <w:tc>
          <w:tcPr>
            <w:tcW w:w="1612" w:type="dxa"/>
            <w:tcMar>
              <w:top w:w="20" w:type="dxa"/>
              <w:left w:w="20" w:type="dxa"/>
              <w:bottom w:w="20" w:type="dxa"/>
              <w:right w:w="20" w:type="dxa"/>
            </w:tcMar>
            <w:vAlign w:val="center"/>
          </w:tcPr>
          <w:p w14:paraId="31EBF352" w14:textId="77777777" w:rsidR="001A1A49" w:rsidRPr="001A1A49" w:rsidRDefault="001A1A49" w:rsidP="001A1A49">
            <w:pPr>
              <w:spacing w:after="0" w:line="240" w:lineRule="auto"/>
              <w:rPr>
                <w:rFonts w:ascii="Arial" w:hAnsi="Arial"/>
                <w:sz w:val="9"/>
              </w:rPr>
            </w:pPr>
            <w:r>
              <w:rPr>
                <w:rFonts w:ascii="Arial" w:hAnsi="Arial"/>
                <w:sz w:val="9"/>
              </w:rPr>
              <w:t>50°58'59"N 02°51'E</w:t>
            </w:r>
          </w:p>
        </w:tc>
        <w:tc>
          <w:tcPr>
            <w:tcW w:w="1036" w:type="dxa"/>
            <w:tcMar>
              <w:top w:w="20" w:type="dxa"/>
              <w:left w:w="20" w:type="dxa"/>
              <w:bottom w:w="20" w:type="dxa"/>
              <w:right w:w="20" w:type="dxa"/>
            </w:tcMar>
            <w:vAlign w:val="center"/>
          </w:tcPr>
          <w:p w14:paraId="5F5B1D15"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457797D4"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18087AC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85A16A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324DF8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489F774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28B0FFEC" w14:textId="586EEFE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2956BBA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F68E07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7578DC72"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54F069CD"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04927265" w14:textId="77777777" w:rsidR="001A1A49" w:rsidRPr="001A1A49" w:rsidRDefault="001A1A49" w:rsidP="001A1A49">
            <w:pPr>
              <w:spacing w:after="0" w:line="240" w:lineRule="auto"/>
              <w:rPr>
                <w:rFonts w:ascii="Arial" w:hAnsi="Arial"/>
                <w:sz w:val="9"/>
              </w:rPr>
            </w:pPr>
            <w:r>
              <w:rPr>
                <w:rFonts w:ascii="Arial" w:hAnsi="Arial"/>
                <w:sz w:val="9"/>
              </w:rPr>
              <w:t>Schorren van de Beneden Schelde</w:t>
            </w:r>
          </w:p>
        </w:tc>
        <w:tc>
          <w:tcPr>
            <w:tcW w:w="1296" w:type="dxa"/>
            <w:shd w:val="clear" w:color="auto" w:fill="F7FBFF"/>
            <w:tcMar>
              <w:top w:w="20" w:type="dxa"/>
              <w:left w:w="20" w:type="dxa"/>
              <w:bottom w:w="20" w:type="dxa"/>
              <w:right w:w="20" w:type="dxa"/>
            </w:tcMar>
            <w:vAlign w:val="center"/>
          </w:tcPr>
          <w:p w14:paraId="013B329C" w14:textId="77777777" w:rsidR="001A1A49" w:rsidRPr="001A1A49" w:rsidRDefault="001A1A49" w:rsidP="001A1A49">
            <w:pPr>
              <w:spacing w:after="0" w:line="240" w:lineRule="auto"/>
              <w:rPr>
                <w:rFonts w:ascii="Arial" w:hAnsi="Arial"/>
                <w:sz w:val="9"/>
              </w:rPr>
            </w:pPr>
            <w:r>
              <w:rPr>
                <w:rFonts w:ascii="Arial" w:hAnsi="Arial"/>
                <w:sz w:val="9"/>
              </w:rPr>
              <w:t>Belgium</w:t>
            </w:r>
          </w:p>
        </w:tc>
        <w:tc>
          <w:tcPr>
            <w:tcW w:w="835" w:type="dxa"/>
            <w:shd w:val="clear" w:color="auto" w:fill="F7FBFF"/>
            <w:tcMar>
              <w:top w:w="20" w:type="dxa"/>
              <w:left w:w="20" w:type="dxa"/>
              <w:bottom w:w="20" w:type="dxa"/>
              <w:right w:w="20" w:type="dxa"/>
            </w:tcMar>
            <w:vAlign w:val="center"/>
          </w:tcPr>
          <w:p w14:paraId="57113AB3" w14:textId="77777777" w:rsidR="001A1A49" w:rsidRPr="001A1A49" w:rsidRDefault="001A1A49" w:rsidP="001A1A49">
            <w:pPr>
              <w:spacing w:after="0" w:line="240" w:lineRule="auto"/>
              <w:rPr>
                <w:rFonts w:ascii="Arial" w:hAnsi="Arial"/>
                <w:sz w:val="9"/>
              </w:rPr>
            </w:pPr>
            <w:r>
              <w:rPr>
                <w:rFonts w:ascii="Arial" w:hAnsi="Arial"/>
                <w:sz w:val="9"/>
              </w:rPr>
              <w:t>420.0</w:t>
            </w:r>
          </w:p>
        </w:tc>
        <w:tc>
          <w:tcPr>
            <w:tcW w:w="835" w:type="dxa"/>
            <w:shd w:val="clear" w:color="auto" w:fill="F7FBFF"/>
            <w:tcMar>
              <w:top w:w="20" w:type="dxa"/>
              <w:left w:w="20" w:type="dxa"/>
              <w:bottom w:w="20" w:type="dxa"/>
              <w:right w:w="20" w:type="dxa"/>
            </w:tcMar>
            <w:vAlign w:val="center"/>
          </w:tcPr>
          <w:p w14:paraId="4B05CF6D" w14:textId="77777777" w:rsidR="001A1A49" w:rsidRPr="001A1A49" w:rsidRDefault="001A1A49" w:rsidP="001A1A49">
            <w:pPr>
              <w:spacing w:after="0" w:line="240" w:lineRule="auto"/>
              <w:rPr>
                <w:rFonts w:ascii="Arial" w:hAnsi="Arial"/>
                <w:sz w:val="9"/>
              </w:rPr>
            </w:pPr>
            <w:r>
              <w:rPr>
                <w:rFonts w:ascii="Arial" w:hAnsi="Arial"/>
                <w:sz w:val="9"/>
              </w:rPr>
              <w:t>4.200</w:t>
            </w:r>
          </w:p>
        </w:tc>
        <w:tc>
          <w:tcPr>
            <w:tcW w:w="1612" w:type="dxa"/>
            <w:shd w:val="clear" w:color="auto" w:fill="F7FBFF"/>
            <w:tcMar>
              <w:top w:w="20" w:type="dxa"/>
              <w:left w:w="20" w:type="dxa"/>
              <w:bottom w:w="20" w:type="dxa"/>
              <w:right w:w="20" w:type="dxa"/>
            </w:tcMar>
            <w:vAlign w:val="center"/>
          </w:tcPr>
          <w:p w14:paraId="38F36B34" w14:textId="77777777" w:rsidR="001A1A49" w:rsidRPr="001A1A49" w:rsidRDefault="001A1A49" w:rsidP="001A1A49">
            <w:pPr>
              <w:spacing w:after="0" w:line="240" w:lineRule="auto"/>
              <w:rPr>
                <w:rFonts w:ascii="Arial" w:hAnsi="Arial"/>
                <w:sz w:val="9"/>
              </w:rPr>
            </w:pPr>
            <w:r>
              <w:rPr>
                <w:rFonts w:ascii="Arial" w:hAnsi="Arial"/>
                <w:sz w:val="9"/>
              </w:rPr>
              <w:t>51°20'N 04°15'E</w:t>
            </w:r>
          </w:p>
        </w:tc>
        <w:tc>
          <w:tcPr>
            <w:tcW w:w="1036" w:type="dxa"/>
            <w:shd w:val="clear" w:color="auto" w:fill="F7FBFF"/>
            <w:tcMar>
              <w:top w:w="20" w:type="dxa"/>
              <w:left w:w="20" w:type="dxa"/>
              <w:bottom w:w="20" w:type="dxa"/>
              <w:right w:w="20" w:type="dxa"/>
            </w:tcMar>
            <w:vAlign w:val="center"/>
          </w:tcPr>
          <w:p w14:paraId="4457EC05"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7C064FA8"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192AEA0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1E61BEA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26DCD76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1405B1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1CF4596E" w14:textId="126CBF61"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6517880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52CA93A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408F4FA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04858D57" w14:textId="77777777" w:rsidTr="001A1A49">
        <w:trPr>
          <w:gridAfter w:val="1"/>
          <w:wAfter w:w="604" w:type="dxa"/>
          <w:jc w:val="center"/>
        </w:trPr>
        <w:tc>
          <w:tcPr>
            <w:tcW w:w="2160" w:type="dxa"/>
            <w:tcMar>
              <w:top w:w="20" w:type="dxa"/>
              <w:left w:w="20" w:type="dxa"/>
              <w:bottom w:w="20" w:type="dxa"/>
              <w:right w:w="20" w:type="dxa"/>
            </w:tcMar>
            <w:vAlign w:val="center"/>
          </w:tcPr>
          <w:p w14:paraId="2617C207" w14:textId="77777777" w:rsidR="001A1A49" w:rsidRPr="001A1A49" w:rsidRDefault="001A1A49" w:rsidP="001A1A49">
            <w:pPr>
              <w:spacing w:after="0" w:line="240" w:lineRule="auto"/>
              <w:rPr>
                <w:rFonts w:ascii="Arial" w:hAnsi="Arial"/>
                <w:sz w:val="9"/>
              </w:rPr>
            </w:pPr>
            <w:r>
              <w:rPr>
                <w:rFonts w:ascii="Arial" w:hAnsi="Arial"/>
                <w:sz w:val="9"/>
              </w:rPr>
              <w:t>Durankulak Lake</w:t>
            </w:r>
          </w:p>
        </w:tc>
        <w:tc>
          <w:tcPr>
            <w:tcW w:w="1296" w:type="dxa"/>
            <w:tcMar>
              <w:top w:w="20" w:type="dxa"/>
              <w:left w:w="20" w:type="dxa"/>
              <w:bottom w:w="20" w:type="dxa"/>
              <w:right w:w="20" w:type="dxa"/>
            </w:tcMar>
            <w:vAlign w:val="center"/>
          </w:tcPr>
          <w:p w14:paraId="787B573D" w14:textId="77777777" w:rsidR="001A1A49" w:rsidRPr="001A1A49" w:rsidRDefault="001A1A49" w:rsidP="001A1A49">
            <w:pPr>
              <w:spacing w:after="0" w:line="240" w:lineRule="auto"/>
              <w:rPr>
                <w:rFonts w:ascii="Arial" w:hAnsi="Arial"/>
                <w:sz w:val="9"/>
              </w:rPr>
            </w:pPr>
            <w:r>
              <w:rPr>
                <w:rFonts w:ascii="Arial" w:hAnsi="Arial"/>
                <w:sz w:val="9"/>
              </w:rPr>
              <w:t>Bulgaria</w:t>
            </w:r>
          </w:p>
        </w:tc>
        <w:tc>
          <w:tcPr>
            <w:tcW w:w="835" w:type="dxa"/>
            <w:tcMar>
              <w:top w:w="20" w:type="dxa"/>
              <w:left w:w="20" w:type="dxa"/>
              <w:bottom w:w="20" w:type="dxa"/>
              <w:right w:w="20" w:type="dxa"/>
            </w:tcMar>
            <w:vAlign w:val="center"/>
          </w:tcPr>
          <w:p w14:paraId="2ECEB10D" w14:textId="77777777" w:rsidR="001A1A49" w:rsidRPr="001A1A49" w:rsidRDefault="001A1A49" w:rsidP="001A1A49">
            <w:pPr>
              <w:spacing w:after="0" w:line="240" w:lineRule="auto"/>
              <w:rPr>
                <w:rFonts w:ascii="Arial" w:hAnsi="Arial"/>
                <w:sz w:val="9"/>
              </w:rPr>
            </w:pPr>
            <w:r>
              <w:rPr>
                <w:rFonts w:ascii="Arial" w:hAnsi="Arial"/>
                <w:sz w:val="9"/>
              </w:rPr>
              <w:t>1370.0</w:t>
            </w:r>
          </w:p>
        </w:tc>
        <w:tc>
          <w:tcPr>
            <w:tcW w:w="835" w:type="dxa"/>
            <w:tcMar>
              <w:top w:w="20" w:type="dxa"/>
              <w:left w:w="20" w:type="dxa"/>
              <w:bottom w:w="20" w:type="dxa"/>
              <w:right w:w="20" w:type="dxa"/>
            </w:tcMar>
            <w:vAlign w:val="center"/>
          </w:tcPr>
          <w:p w14:paraId="4A6B1D28" w14:textId="77777777" w:rsidR="001A1A49" w:rsidRPr="001A1A49" w:rsidRDefault="001A1A49" w:rsidP="001A1A49">
            <w:pPr>
              <w:spacing w:after="0" w:line="240" w:lineRule="auto"/>
              <w:rPr>
                <w:rFonts w:ascii="Arial" w:hAnsi="Arial"/>
                <w:sz w:val="9"/>
              </w:rPr>
            </w:pPr>
            <w:r>
              <w:rPr>
                <w:rFonts w:ascii="Arial" w:hAnsi="Arial"/>
                <w:sz w:val="9"/>
              </w:rPr>
              <w:t>13.700</w:t>
            </w:r>
          </w:p>
        </w:tc>
        <w:tc>
          <w:tcPr>
            <w:tcW w:w="1612" w:type="dxa"/>
            <w:tcMar>
              <w:top w:w="20" w:type="dxa"/>
              <w:left w:w="20" w:type="dxa"/>
              <w:bottom w:w="20" w:type="dxa"/>
              <w:right w:w="20" w:type="dxa"/>
            </w:tcMar>
            <w:vAlign w:val="center"/>
          </w:tcPr>
          <w:p w14:paraId="0A4A74C8" w14:textId="77777777" w:rsidR="001A1A49" w:rsidRPr="001A1A49" w:rsidRDefault="001A1A49" w:rsidP="001A1A49">
            <w:pPr>
              <w:spacing w:after="0" w:line="240" w:lineRule="auto"/>
              <w:rPr>
                <w:rFonts w:ascii="Arial" w:hAnsi="Arial"/>
                <w:sz w:val="9"/>
              </w:rPr>
            </w:pPr>
            <w:r>
              <w:rPr>
                <w:rFonts w:ascii="Arial" w:hAnsi="Arial"/>
                <w:sz w:val="9"/>
              </w:rPr>
              <w:t>43°40'24"N 28°32'26"E</w:t>
            </w:r>
          </w:p>
        </w:tc>
        <w:tc>
          <w:tcPr>
            <w:tcW w:w="1036" w:type="dxa"/>
            <w:tcMar>
              <w:top w:w="20" w:type="dxa"/>
              <w:left w:w="20" w:type="dxa"/>
              <w:bottom w:w="20" w:type="dxa"/>
              <w:right w:w="20" w:type="dxa"/>
            </w:tcMar>
            <w:vAlign w:val="center"/>
          </w:tcPr>
          <w:p w14:paraId="663C4525"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31357EF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C54EAD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0C18EB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C8D229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D754E2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184410B4" w14:textId="414B764A"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0641777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8912BA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1443B50E"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4E403741"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128BFF60" w14:textId="77777777" w:rsidR="001A1A49" w:rsidRPr="001A1A49" w:rsidRDefault="001A1A49" w:rsidP="001A1A49">
            <w:pPr>
              <w:spacing w:after="0" w:line="240" w:lineRule="auto"/>
              <w:rPr>
                <w:rFonts w:ascii="Arial" w:hAnsi="Arial"/>
                <w:sz w:val="9"/>
              </w:rPr>
            </w:pPr>
            <w:r>
              <w:rPr>
                <w:rFonts w:ascii="Arial" w:hAnsi="Arial"/>
                <w:sz w:val="9"/>
              </w:rPr>
              <w:t>Srébarna</w:t>
            </w:r>
          </w:p>
        </w:tc>
        <w:tc>
          <w:tcPr>
            <w:tcW w:w="1296" w:type="dxa"/>
            <w:shd w:val="clear" w:color="auto" w:fill="F7FBFF"/>
            <w:tcMar>
              <w:top w:w="20" w:type="dxa"/>
              <w:left w:w="20" w:type="dxa"/>
              <w:bottom w:w="20" w:type="dxa"/>
              <w:right w:w="20" w:type="dxa"/>
            </w:tcMar>
            <w:vAlign w:val="center"/>
          </w:tcPr>
          <w:p w14:paraId="1FD0C544" w14:textId="77777777" w:rsidR="001A1A49" w:rsidRPr="001A1A49" w:rsidRDefault="001A1A49" w:rsidP="001A1A49">
            <w:pPr>
              <w:spacing w:after="0" w:line="240" w:lineRule="auto"/>
              <w:rPr>
                <w:rFonts w:ascii="Arial" w:hAnsi="Arial"/>
                <w:sz w:val="9"/>
              </w:rPr>
            </w:pPr>
            <w:r>
              <w:rPr>
                <w:rFonts w:ascii="Arial" w:hAnsi="Arial"/>
                <w:sz w:val="9"/>
              </w:rPr>
              <w:t>Bulgaria</w:t>
            </w:r>
          </w:p>
        </w:tc>
        <w:tc>
          <w:tcPr>
            <w:tcW w:w="835" w:type="dxa"/>
            <w:shd w:val="clear" w:color="auto" w:fill="F7FBFF"/>
            <w:tcMar>
              <w:top w:w="20" w:type="dxa"/>
              <w:left w:w="20" w:type="dxa"/>
              <w:bottom w:w="20" w:type="dxa"/>
              <w:right w:w="20" w:type="dxa"/>
            </w:tcMar>
            <w:vAlign w:val="center"/>
          </w:tcPr>
          <w:p w14:paraId="272C8ECE" w14:textId="77777777" w:rsidR="001A1A49" w:rsidRPr="001A1A49" w:rsidRDefault="001A1A49" w:rsidP="001A1A49">
            <w:pPr>
              <w:spacing w:after="0" w:line="240" w:lineRule="auto"/>
              <w:rPr>
                <w:rFonts w:ascii="Arial" w:hAnsi="Arial"/>
                <w:sz w:val="9"/>
              </w:rPr>
            </w:pPr>
            <w:r>
              <w:rPr>
                <w:rFonts w:ascii="Arial" w:hAnsi="Arial"/>
                <w:sz w:val="9"/>
              </w:rPr>
              <w:t>1464.0</w:t>
            </w:r>
          </w:p>
        </w:tc>
        <w:tc>
          <w:tcPr>
            <w:tcW w:w="835" w:type="dxa"/>
            <w:shd w:val="clear" w:color="auto" w:fill="F7FBFF"/>
            <w:tcMar>
              <w:top w:w="20" w:type="dxa"/>
              <w:left w:w="20" w:type="dxa"/>
              <w:bottom w:w="20" w:type="dxa"/>
              <w:right w:w="20" w:type="dxa"/>
            </w:tcMar>
            <w:vAlign w:val="center"/>
          </w:tcPr>
          <w:p w14:paraId="736F4B27" w14:textId="77777777" w:rsidR="001A1A49" w:rsidRPr="001A1A49" w:rsidRDefault="001A1A49" w:rsidP="001A1A49">
            <w:pPr>
              <w:spacing w:after="0" w:line="240" w:lineRule="auto"/>
              <w:rPr>
                <w:rFonts w:ascii="Arial" w:hAnsi="Arial"/>
                <w:sz w:val="9"/>
              </w:rPr>
            </w:pPr>
            <w:r>
              <w:rPr>
                <w:rFonts w:ascii="Arial" w:hAnsi="Arial"/>
                <w:sz w:val="9"/>
              </w:rPr>
              <w:t>14.640</w:t>
            </w:r>
          </w:p>
        </w:tc>
        <w:tc>
          <w:tcPr>
            <w:tcW w:w="1612" w:type="dxa"/>
            <w:shd w:val="clear" w:color="auto" w:fill="F7FBFF"/>
            <w:tcMar>
              <w:top w:w="20" w:type="dxa"/>
              <w:left w:w="20" w:type="dxa"/>
              <w:bottom w:w="20" w:type="dxa"/>
              <w:right w:w="20" w:type="dxa"/>
            </w:tcMar>
            <w:vAlign w:val="center"/>
          </w:tcPr>
          <w:p w14:paraId="0FA2FA9A" w14:textId="77777777" w:rsidR="001A1A49" w:rsidRPr="001A1A49" w:rsidRDefault="001A1A49" w:rsidP="001A1A49">
            <w:pPr>
              <w:spacing w:after="0" w:line="240" w:lineRule="auto"/>
              <w:rPr>
                <w:rFonts w:ascii="Arial" w:hAnsi="Arial"/>
                <w:sz w:val="9"/>
              </w:rPr>
            </w:pPr>
            <w:r>
              <w:rPr>
                <w:rFonts w:ascii="Arial" w:hAnsi="Arial"/>
                <w:sz w:val="9"/>
              </w:rPr>
              <w:t>44°06'45"N 27°04'40"E</w:t>
            </w:r>
          </w:p>
        </w:tc>
        <w:tc>
          <w:tcPr>
            <w:tcW w:w="1036" w:type="dxa"/>
            <w:shd w:val="clear" w:color="auto" w:fill="F7FBFF"/>
            <w:tcMar>
              <w:top w:w="20" w:type="dxa"/>
              <w:left w:w="20" w:type="dxa"/>
              <w:bottom w:w="20" w:type="dxa"/>
              <w:right w:w="20" w:type="dxa"/>
            </w:tcMar>
            <w:vAlign w:val="center"/>
          </w:tcPr>
          <w:p w14:paraId="66681351"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41BA04A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8509E8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7DDAB0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DF7288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4DDA759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50DF1F8A" w14:textId="04AA62F4"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1AC9D59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C14B1C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50F47BDA"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5221C343" w14:textId="77777777" w:rsidTr="001A1A49">
        <w:trPr>
          <w:gridAfter w:val="1"/>
          <w:wAfter w:w="604" w:type="dxa"/>
          <w:jc w:val="center"/>
        </w:trPr>
        <w:tc>
          <w:tcPr>
            <w:tcW w:w="2160" w:type="dxa"/>
            <w:tcMar>
              <w:top w:w="20" w:type="dxa"/>
              <w:left w:w="20" w:type="dxa"/>
              <w:bottom w:w="20" w:type="dxa"/>
              <w:right w:w="20" w:type="dxa"/>
            </w:tcMar>
            <w:vAlign w:val="center"/>
          </w:tcPr>
          <w:p w14:paraId="1094A962" w14:textId="77777777" w:rsidR="001A1A49" w:rsidRPr="001A1A49" w:rsidRDefault="001A1A49" w:rsidP="001A1A49">
            <w:pPr>
              <w:spacing w:after="0" w:line="240" w:lineRule="auto"/>
              <w:rPr>
                <w:rFonts w:ascii="Arial" w:hAnsi="Arial"/>
                <w:sz w:val="9"/>
              </w:rPr>
            </w:pPr>
            <w:r>
              <w:rPr>
                <w:rFonts w:ascii="Arial" w:hAnsi="Arial"/>
                <w:sz w:val="9"/>
              </w:rPr>
              <w:t>Carlos Anwandter Sanctuary</w:t>
            </w:r>
          </w:p>
        </w:tc>
        <w:tc>
          <w:tcPr>
            <w:tcW w:w="1296" w:type="dxa"/>
            <w:tcMar>
              <w:top w:w="20" w:type="dxa"/>
              <w:left w:w="20" w:type="dxa"/>
              <w:bottom w:w="20" w:type="dxa"/>
              <w:right w:w="20" w:type="dxa"/>
            </w:tcMar>
            <w:vAlign w:val="center"/>
          </w:tcPr>
          <w:p w14:paraId="3232D63D" w14:textId="77777777" w:rsidR="001A1A49" w:rsidRPr="001A1A49" w:rsidRDefault="001A1A49" w:rsidP="001A1A49">
            <w:pPr>
              <w:spacing w:after="0" w:line="240" w:lineRule="auto"/>
              <w:rPr>
                <w:rFonts w:ascii="Arial" w:hAnsi="Arial"/>
                <w:sz w:val="9"/>
              </w:rPr>
            </w:pPr>
            <w:r>
              <w:rPr>
                <w:rFonts w:ascii="Arial" w:hAnsi="Arial"/>
                <w:sz w:val="9"/>
              </w:rPr>
              <w:t>Chile</w:t>
            </w:r>
          </w:p>
        </w:tc>
        <w:tc>
          <w:tcPr>
            <w:tcW w:w="835" w:type="dxa"/>
            <w:tcMar>
              <w:top w:w="20" w:type="dxa"/>
              <w:left w:w="20" w:type="dxa"/>
              <w:bottom w:w="20" w:type="dxa"/>
              <w:right w:w="20" w:type="dxa"/>
            </w:tcMar>
            <w:vAlign w:val="center"/>
          </w:tcPr>
          <w:p w14:paraId="6351C07E" w14:textId="77777777" w:rsidR="001A1A49" w:rsidRPr="001A1A49" w:rsidRDefault="001A1A49" w:rsidP="001A1A49">
            <w:pPr>
              <w:spacing w:after="0" w:line="240" w:lineRule="auto"/>
              <w:rPr>
                <w:rFonts w:ascii="Arial" w:hAnsi="Arial"/>
                <w:sz w:val="9"/>
              </w:rPr>
            </w:pPr>
            <w:r>
              <w:rPr>
                <w:rFonts w:ascii="Arial" w:hAnsi="Arial"/>
                <w:sz w:val="9"/>
              </w:rPr>
              <w:t>4877.0</w:t>
            </w:r>
          </w:p>
        </w:tc>
        <w:tc>
          <w:tcPr>
            <w:tcW w:w="835" w:type="dxa"/>
            <w:tcMar>
              <w:top w:w="20" w:type="dxa"/>
              <w:left w:w="20" w:type="dxa"/>
              <w:bottom w:w="20" w:type="dxa"/>
              <w:right w:w="20" w:type="dxa"/>
            </w:tcMar>
            <w:vAlign w:val="center"/>
          </w:tcPr>
          <w:p w14:paraId="525295E9" w14:textId="77777777" w:rsidR="001A1A49" w:rsidRPr="001A1A49" w:rsidRDefault="001A1A49" w:rsidP="001A1A49">
            <w:pPr>
              <w:spacing w:after="0" w:line="240" w:lineRule="auto"/>
              <w:rPr>
                <w:rFonts w:ascii="Arial" w:hAnsi="Arial"/>
                <w:sz w:val="9"/>
              </w:rPr>
            </w:pPr>
            <w:r>
              <w:rPr>
                <w:rFonts w:ascii="Arial" w:hAnsi="Arial"/>
                <w:sz w:val="9"/>
              </w:rPr>
              <w:t>48.770</w:t>
            </w:r>
          </w:p>
        </w:tc>
        <w:tc>
          <w:tcPr>
            <w:tcW w:w="1612" w:type="dxa"/>
            <w:tcMar>
              <w:top w:w="20" w:type="dxa"/>
              <w:left w:w="20" w:type="dxa"/>
              <w:bottom w:w="20" w:type="dxa"/>
              <w:right w:w="20" w:type="dxa"/>
            </w:tcMar>
            <w:vAlign w:val="center"/>
          </w:tcPr>
          <w:p w14:paraId="454DFA50" w14:textId="77777777" w:rsidR="001A1A49" w:rsidRPr="001A1A49" w:rsidRDefault="001A1A49" w:rsidP="001A1A49">
            <w:pPr>
              <w:spacing w:after="0" w:line="240" w:lineRule="auto"/>
              <w:rPr>
                <w:rFonts w:ascii="Arial" w:hAnsi="Arial"/>
                <w:sz w:val="9"/>
              </w:rPr>
            </w:pPr>
            <w:r>
              <w:rPr>
                <w:rFonts w:ascii="Arial" w:hAnsi="Arial"/>
                <w:sz w:val="9"/>
              </w:rPr>
              <w:t>39°40'59"S 73°11'W</w:t>
            </w:r>
          </w:p>
        </w:tc>
        <w:tc>
          <w:tcPr>
            <w:tcW w:w="1036" w:type="dxa"/>
            <w:tcMar>
              <w:top w:w="20" w:type="dxa"/>
              <w:left w:w="20" w:type="dxa"/>
              <w:bottom w:w="20" w:type="dxa"/>
              <w:right w:w="20" w:type="dxa"/>
            </w:tcMar>
            <w:vAlign w:val="center"/>
          </w:tcPr>
          <w:p w14:paraId="266544D7"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160EAF6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C6B6D8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505520C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CD7DC4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302B0D3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7EA6435A" w14:textId="5C80C9F8"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tcMar>
              <w:top w:w="20" w:type="dxa"/>
              <w:left w:w="20" w:type="dxa"/>
              <w:bottom w:w="20" w:type="dxa"/>
              <w:right w:w="20" w:type="dxa"/>
            </w:tcMar>
            <w:vAlign w:val="center"/>
          </w:tcPr>
          <w:p w14:paraId="4B72CE2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E5A9A5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44DFA09F" w14:textId="3BAB531F"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0D0A690B"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744CB076" w14:textId="77777777" w:rsidR="001A1A49" w:rsidRPr="001A1A49" w:rsidRDefault="001A1A49" w:rsidP="001A1A49">
            <w:pPr>
              <w:spacing w:after="0" w:line="240" w:lineRule="auto"/>
              <w:rPr>
                <w:rFonts w:ascii="Arial" w:hAnsi="Arial"/>
                <w:sz w:val="9"/>
              </w:rPr>
            </w:pPr>
            <w:r w:rsidRPr="001A1A49">
              <w:rPr>
                <w:rFonts w:ascii="Arial" w:hAnsi="Arial"/>
                <w:sz w:val="9"/>
              </w:rPr>
              <w:t>Sistema Delta Estuarino del Río Magdalena, Ciénaga Grande de Santa Marta</w:t>
            </w:r>
          </w:p>
        </w:tc>
        <w:tc>
          <w:tcPr>
            <w:tcW w:w="1296" w:type="dxa"/>
            <w:shd w:val="clear" w:color="auto" w:fill="F7FBFF"/>
            <w:tcMar>
              <w:top w:w="20" w:type="dxa"/>
              <w:left w:w="20" w:type="dxa"/>
              <w:bottom w:w="20" w:type="dxa"/>
              <w:right w:w="20" w:type="dxa"/>
            </w:tcMar>
            <w:vAlign w:val="center"/>
          </w:tcPr>
          <w:p w14:paraId="3D1A97E0" w14:textId="77777777" w:rsidR="001A1A49" w:rsidRPr="001A1A49" w:rsidRDefault="001A1A49" w:rsidP="001A1A49">
            <w:pPr>
              <w:spacing w:after="0" w:line="240" w:lineRule="auto"/>
              <w:rPr>
                <w:rFonts w:ascii="Arial" w:hAnsi="Arial"/>
                <w:sz w:val="9"/>
              </w:rPr>
            </w:pPr>
            <w:r>
              <w:rPr>
                <w:rFonts w:ascii="Arial" w:hAnsi="Arial"/>
                <w:sz w:val="9"/>
              </w:rPr>
              <w:t>Colombia</w:t>
            </w:r>
          </w:p>
        </w:tc>
        <w:tc>
          <w:tcPr>
            <w:tcW w:w="835" w:type="dxa"/>
            <w:shd w:val="clear" w:color="auto" w:fill="F7FBFF"/>
            <w:tcMar>
              <w:top w:w="20" w:type="dxa"/>
              <w:left w:w="20" w:type="dxa"/>
              <w:bottom w:w="20" w:type="dxa"/>
              <w:right w:w="20" w:type="dxa"/>
            </w:tcMar>
            <w:vAlign w:val="center"/>
          </w:tcPr>
          <w:p w14:paraId="404153B4" w14:textId="77777777" w:rsidR="001A1A49" w:rsidRPr="001A1A49" w:rsidRDefault="001A1A49" w:rsidP="001A1A49">
            <w:pPr>
              <w:spacing w:after="0" w:line="240" w:lineRule="auto"/>
              <w:rPr>
                <w:rFonts w:ascii="Arial" w:hAnsi="Arial"/>
                <w:sz w:val="9"/>
              </w:rPr>
            </w:pPr>
            <w:r>
              <w:rPr>
                <w:rFonts w:ascii="Arial" w:hAnsi="Arial"/>
                <w:sz w:val="9"/>
              </w:rPr>
              <w:t>400000.0</w:t>
            </w:r>
          </w:p>
        </w:tc>
        <w:tc>
          <w:tcPr>
            <w:tcW w:w="835" w:type="dxa"/>
            <w:shd w:val="clear" w:color="auto" w:fill="F7FBFF"/>
            <w:tcMar>
              <w:top w:w="20" w:type="dxa"/>
              <w:left w:w="20" w:type="dxa"/>
              <w:bottom w:w="20" w:type="dxa"/>
              <w:right w:w="20" w:type="dxa"/>
            </w:tcMar>
            <w:vAlign w:val="center"/>
          </w:tcPr>
          <w:p w14:paraId="2534E660" w14:textId="77777777" w:rsidR="001A1A49" w:rsidRPr="001A1A49" w:rsidRDefault="001A1A49" w:rsidP="001A1A49">
            <w:pPr>
              <w:spacing w:after="0" w:line="240" w:lineRule="auto"/>
              <w:rPr>
                <w:rFonts w:ascii="Arial" w:hAnsi="Arial"/>
                <w:sz w:val="9"/>
              </w:rPr>
            </w:pPr>
            <w:r>
              <w:rPr>
                <w:rFonts w:ascii="Arial" w:hAnsi="Arial"/>
                <w:sz w:val="9"/>
              </w:rPr>
              <w:t>4000.000</w:t>
            </w:r>
          </w:p>
        </w:tc>
        <w:tc>
          <w:tcPr>
            <w:tcW w:w="1612" w:type="dxa"/>
            <w:shd w:val="clear" w:color="auto" w:fill="F7FBFF"/>
            <w:tcMar>
              <w:top w:w="20" w:type="dxa"/>
              <w:left w:w="20" w:type="dxa"/>
              <w:bottom w:w="20" w:type="dxa"/>
              <w:right w:w="20" w:type="dxa"/>
            </w:tcMar>
            <w:vAlign w:val="center"/>
          </w:tcPr>
          <w:p w14:paraId="7976BD60" w14:textId="77777777" w:rsidR="001A1A49" w:rsidRPr="001A1A49" w:rsidRDefault="001A1A49" w:rsidP="001A1A49">
            <w:pPr>
              <w:spacing w:after="0" w:line="240" w:lineRule="auto"/>
              <w:rPr>
                <w:rFonts w:ascii="Arial" w:hAnsi="Arial"/>
                <w:sz w:val="9"/>
              </w:rPr>
            </w:pPr>
            <w:r>
              <w:rPr>
                <w:rFonts w:ascii="Arial" w:hAnsi="Arial"/>
                <w:sz w:val="9"/>
              </w:rPr>
              <w:t>10°45'N 74°28'59"W</w:t>
            </w:r>
          </w:p>
        </w:tc>
        <w:tc>
          <w:tcPr>
            <w:tcW w:w="1036" w:type="dxa"/>
            <w:shd w:val="clear" w:color="auto" w:fill="F7FBFF"/>
            <w:tcMar>
              <w:top w:w="20" w:type="dxa"/>
              <w:left w:w="20" w:type="dxa"/>
              <w:bottom w:w="20" w:type="dxa"/>
              <w:right w:w="20" w:type="dxa"/>
            </w:tcMar>
            <w:vAlign w:val="center"/>
          </w:tcPr>
          <w:p w14:paraId="0C563106"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shd w:val="clear" w:color="auto" w:fill="F7FBFF"/>
            <w:tcMar>
              <w:top w:w="20" w:type="dxa"/>
              <w:left w:w="20" w:type="dxa"/>
              <w:bottom w:w="20" w:type="dxa"/>
              <w:right w:w="20" w:type="dxa"/>
            </w:tcMar>
            <w:vAlign w:val="center"/>
          </w:tcPr>
          <w:p w14:paraId="61A3651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469AF6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57B7F1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DC6E8A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2D70B2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3ED4C15F" w14:textId="15E603C6" w:rsidR="001A1A49" w:rsidRPr="001A1A49" w:rsidRDefault="001A1A49" w:rsidP="001A1A49">
            <w:pPr>
              <w:spacing w:after="0" w:line="240" w:lineRule="auto"/>
              <w:rPr>
                <w:rFonts w:ascii="Arial" w:hAnsi="Arial"/>
                <w:sz w:val="9"/>
              </w:rPr>
            </w:pPr>
            <w:r w:rsidRPr="001A1A49">
              <w:rPr>
                <w:rFonts w:ascii="Arial" w:hAnsi="Arial"/>
                <w:sz w:val="9"/>
              </w:rPr>
              <w:t>YES</w:t>
            </w:r>
          </w:p>
        </w:tc>
        <w:tc>
          <w:tcPr>
            <w:tcW w:w="691" w:type="dxa"/>
            <w:shd w:val="clear" w:color="auto" w:fill="F7FBFF"/>
            <w:tcMar>
              <w:top w:w="20" w:type="dxa"/>
              <w:left w:w="20" w:type="dxa"/>
              <w:bottom w:w="20" w:type="dxa"/>
              <w:right w:w="20" w:type="dxa"/>
            </w:tcMar>
            <w:vAlign w:val="center"/>
          </w:tcPr>
          <w:p w14:paraId="030B357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00E51B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782" w:type="dxa"/>
            <w:shd w:val="clear" w:color="auto" w:fill="F7FBFF"/>
            <w:tcMar>
              <w:top w:w="20" w:type="dxa"/>
              <w:left w:w="20" w:type="dxa"/>
              <w:bottom w:w="20" w:type="dxa"/>
              <w:right w:w="20" w:type="dxa"/>
            </w:tcMar>
            <w:vAlign w:val="center"/>
          </w:tcPr>
          <w:p w14:paraId="2062E57B"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7DC31BEF" w14:textId="77777777" w:rsidTr="001A1A49">
        <w:trPr>
          <w:gridAfter w:val="1"/>
          <w:wAfter w:w="604" w:type="dxa"/>
          <w:jc w:val="center"/>
        </w:trPr>
        <w:tc>
          <w:tcPr>
            <w:tcW w:w="2160" w:type="dxa"/>
            <w:tcMar>
              <w:top w:w="20" w:type="dxa"/>
              <w:left w:w="20" w:type="dxa"/>
              <w:bottom w:w="20" w:type="dxa"/>
              <w:right w:w="20" w:type="dxa"/>
            </w:tcMar>
            <w:vAlign w:val="center"/>
          </w:tcPr>
          <w:p w14:paraId="636C77CD" w14:textId="77777777" w:rsidR="001A1A49" w:rsidRPr="001A1A49" w:rsidRDefault="001A1A49" w:rsidP="001A1A49">
            <w:pPr>
              <w:spacing w:after="0" w:line="240" w:lineRule="auto"/>
              <w:rPr>
                <w:rFonts w:ascii="Arial" w:hAnsi="Arial"/>
                <w:sz w:val="9"/>
              </w:rPr>
            </w:pPr>
            <w:r>
              <w:rPr>
                <w:rFonts w:ascii="Arial" w:hAnsi="Arial"/>
                <w:sz w:val="9"/>
              </w:rPr>
              <w:t>Palo Verde</w:t>
            </w:r>
          </w:p>
        </w:tc>
        <w:tc>
          <w:tcPr>
            <w:tcW w:w="1296" w:type="dxa"/>
            <w:tcMar>
              <w:top w:w="20" w:type="dxa"/>
              <w:left w:w="20" w:type="dxa"/>
              <w:bottom w:w="20" w:type="dxa"/>
              <w:right w:w="20" w:type="dxa"/>
            </w:tcMar>
            <w:vAlign w:val="center"/>
          </w:tcPr>
          <w:p w14:paraId="533CE523" w14:textId="77777777" w:rsidR="001A1A49" w:rsidRPr="001A1A49" w:rsidRDefault="001A1A49" w:rsidP="001A1A49">
            <w:pPr>
              <w:spacing w:after="0" w:line="240" w:lineRule="auto"/>
              <w:rPr>
                <w:rFonts w:ascii="Arial" w:hAnsi="Arial"/>
                <w:sz w:val="9"/>
              </w:rPr>
            </w:pPr>
            <w:r>
              <w:rPr>
                <w:rFonts w:ascii="Arial" w:hAnsi="Arial"/>
                <w:sz w:val="9"/>
              </w:rPr>
              <w:t>Costa Rica</w:t>
            </w:r>
          </w:p>
        </w:tc>
        <w:tc>
          <w:tcPr>
            <w:tcW w:w="835" w:type="dxa"/>
            <w:tcMar>
              <w:top w:w="20" w:type="dxa"/>
              <w:left w:w="20" w:type="dxa"/>
              <w:bottom w:w="20" w:type="dxa"/>
              <w:right w:w="20" w:type="dxa"/>
            </w:tcMar>
            <w:vAlign w:val="center"/>
          </w:tcPr>
          <w:p w14:paraId="622F5E9B" w14:textId="77777777" w:rsidR="001A1A49" w:rsidRPr="001A1A49" w:rsidRDefault="001A1A49" w:rsidP="001A1A49">
            <w:pPr>
              <w:spacing w:after="0" w:line="240" w:lineRule="auto"/>
              <w:rPr>
                <w:rFonts w:ascii="Arial" w:hAnsi="Arial"/>
                <w:sz w:val="9"/>
              </w:rPr>
            </w:pPr>
            <w:r>
              <w:rPr>
                <w:rFonts w:ascii="Arial" w:hAnsi="Arial"/>
                <w:sz w:val="9"/>
              </w:rPr>
              <w:t>24519.0</w:t>
            </w:r>
          </w:p>
        </w:tc>
        <w:tc>
          <w:tcPr>
            <w:tcW w:w="835" w:type="dxa"/>
            <w:tcMar>
              <w:top w:w="20" w:type="dxa"/>
              <w:left w:w="20" w:type="dxa"/>
              <w:bottom w:w="20" w:type="dxa"/>
              <w:right w:w="20" w:type="dxa"/>
            </w:tcMar>
            <w:vAlign w:val="center"/>
          </w:tcPr>
          <w:p w14:paraId="4E4D59EB" w14:textId="77777777" w:rsidR="001A1A49" w:rsidRPr="001A1A49" w:rsidRDefault="001A1A49" w:rsidP="001A1A49">
            <w:pPr>
              <w:spacing w:after="0" w:line="240" w:lineRule="auto"/>
              <w:rPr>
                <w:rFonts w:ascii="Arial" w:hAnsi="Arial"/>
                <w:sz w:val="9"/>
              </w:rPr>
            </w:pPr>
            <w:r>
              <w:rPr>
                <w:rFonts w:ascii="Arial" w:hAnsi="Arial"/>
                <w:sz w:val="9"/>
              </w:rPr>
              <w:t>245.190</w:t>
            </w:r>
          </w:p>
        </w:tc>
        <w:tc>
          <w:tcPr>
            <w:tcW w:w="1612" w:type="dxa"/>
            <w:tcMar>
              <w:top w:w="20" w:type="dxa"/>
              <w:left w:w="20" w:type="dxa"/>
              <w:bottom w:w="20" w:type="dxa"/>
              <w:right w:w="20" w:type="dxa"/>
            </w:tcMar>
            <w:vAlign w:val="center"/>
          </w:tcPr>
          <w:p w14:paraId="087F5EA5" w14:textId="77777777" w:rsidR="001A1A49" w:rsidRPr="001A1A49" w:rsidRDefault="001A1A49" w:rsidP="001A1A49">
            <w:pPr>
              <w:spacing w:after="0" w:line="240" w:lineRule="auto"/>
              <w:rPr>
                <w:rFonts w:ascii="Arial" w:hAnsi="Arial"/>
                <w:sz w:val="9"/>
              </w:rPr>
            </w:pPr>
            <w:r>
              <w:rPr>
                <w:rFonts w:ascii="Arial" w:hAnsi="Arial"/>
                <w:sz w:val="9"/>
              </w:rPr>
              <w:t>10°20'N 85°19'59"W</w:t>
            </w:r>
          </w:p>
        </w:tc>
        <w:tc>
          <w:tcPr>
            <w:tcW w:w="1036" w:type="dxa"/>
            <w:tcMar>
              <w:top w:w="20" w:type="dxa"/>
              <w:left w:w="20" w:type="dxa"/>
              <w:bottom w:w="20" w:type="dxa"/>
              <w:right w:w="20" w:type="dxa"/>
            </w:tcMar>
            <w:vAlign w:val="center"/>
          </w:tcPr>
          <w:p w14:paraId="5ED3E450"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tcMar>
              <w:top w:w="20" w:type="dxa"/>
              <w:left w:w="20" w:type="dxa"/>
              <w:bottom w:w="20" w:type="dxa"/>
              <w:right w:w="20" w:type="dxa"/>
            </w:tcMar>
            <w:vAlign w:val="center"/>
          </w:tcPr>
          <w:p w14:paraId="01EAC62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6C1828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8B8D77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62E2AE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43178E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78F7EF3C" w14:textId="04BA6AD1" w:rsidR="001A1A49" w:rsidRPr="001A1A49" w:rsidRDefault="001A1A49" w:rsidP="001A1A49">
            <w:pPr>
              <w:spacing w:after="0" w:line="240" w:lineRule="auto"/>
              <w:rPr>
                <w:rFonts w:ascii="Arial" w:hAnsi="Arial"/>
                <w:sz w:val="9"/>
              </w:rPr>
            </w:pPr>
            <w:r w:rsidRPr="001A1A49">
              <w:rPr>
                <w:rFonts w:ascii="Arial" w:hAnsi="Arial"/>
                <w:sz w:val="9"/>
              </w:rPr>
              <w:t> </w:t>
            </w:r>
          </w:p>
        </w:tc>
        <w:tc>
          <w:tcPr>
            <w:tcW w:w="691" w:type="dxa"/>
            <w:tcMar>
              <w:top w:w="20" w:type="dxa"/>
              <w:left w:w="20" w:type="dxa"/>
              <w:bottom w:w="20" w:type="dxa"/>
              <w:right w:w="20" w:type="dxa"/>
            </w:tcMar>
            <w:vAlign w:val="center"/>
          </w:tcPr>
          <w:p w14:paraId="5AA1CF4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C99A1A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7CDB2263"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40F3CBA0"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41139649" w14:textId="77777777" w:rsidR="001A1A49" w:rsidRPr="001A1A49" w:rsidRDefault="001A1A49" w:rsidP="001A1A49">
            <w:pPr>
              <w:spacing w:after="0" w:line="240" w:lineRule="auto"/>
              <w:rPr>
                <w:rFonts w:ascii="Arial" w:hAnsi="Arial"/>
                <w:sz w:val="9"/>
              </w:rPr>
            </w:pPr>
            <w:r>
              <w:rPr>
                <w:rFonts w:ascii="Arial" w:hAnsi="Arial"/>
                <w:sz w:val="9"/>
              </w:rPr>
              <w:t>Litovelské Pomoraví</w:t>
            </w:r>
          </w:p>
        </w:tc>
        <w:tc>
          <w:tcPr>
            <w:tcW w:w="1296" w:type="dxa"/>
            <w:shd w:val="clear" w:color="auto" w:fill="F7FBFF"/>
            <w:tcMar>
              <w:top w:w="20" w:type="dxa"/>
              <w:left w:w="20" w:type="dxa"/>
              <w:bottom w:w="20" w:type="dxa"/>
              <w:right w:w="20" w:type="dxa"/>
            </w:tcMar>
            <w:vAlign w:val="center"/>
          </w:tcPr>
          <w:p w14:paraId="27794F1B" w14:textId="77777777" w:rsidR="001A1A49" w:rsidRPr="001A1A49" w:rsidRDefault="001A1A49" w:rsidP="001A1A49">
            <w:pPr>
              <w:spacing w:after="0" w:line="240" w:lineRule="auto"/>
              <w:rPr>
                <w:rFonts w:ascii="Arial" w:hAnsi="Arial"/>
                <w:sz w:val="9"/>
              </w:rPr>
            </w:pPr>
            <w:r>
              <w:rPr>
                <w:rFonts w:ascii="Arial" w:hAnsi="Arial"/>
                <w:sz w:val="9"/>
              </w:rPr>
              <w:t>Czech Republic</w:t>
            </w:r>
          </w:p>
        </w:tc>
        <w:tc>
          <w:tcPr>
            <w:tcW w:w="835" w:type="dxa"/>
            <w:shd w:val="clear" w:color="auto" w:fill="F7FBFF"/>
            <w:tcMar>
              <w:top w:w="20" w:type="dxa"/>
              <w:left w:w="20" w:type="dxa"/>
              <w:bottom w:w="20" w:type="dxa"/>
              <w:right w:w="20" w:type="dxa"/>
            </w:tcMar>
            <w:vAlign w:val="center"/>
          </w:tcPr>
          <w:p w14:paraId="73DC7774" w14:textId="77777777" w:rsidR="001A1A49" w:rsidRPr="001A1A49" w:rsidRDefault="001A1A49" w:rsidP="001A1A49">
            <w:pPr>
              <w:spacing w:after="0" w:line="240" w:lineRule="auto"/>
              <w:rPr>
                <w:rFonts w:ascii="Arial" w:hAnsi="Arial"/>
                <w:sz w:val="9"/>
              </w:rPr>
            </w:pPr>
            <w:r>
              <w:rPr>
                <w:rFonts w:ascii="Arial" w:hAnsi="Arial"/>
                <w:sz w:val="9"/>
              </w:rPr>
              <w:t>5122.0</w:t>
            </w:r>
          </w:p>
        </w:tc>
        <w:tc>
          <w:tcPr>
            <w:tcW w:w="835" w:type="dxa"/>
            <w:shd w:val="clear" w:color="auto" w:fill="F7FBFF"/>
            <w:tcMar>
              <w:top w:w="20" w:type="dxa"/>
              <w:left w:w="20" w:type="dxa"/>
              <w:bottom w:w="20" w:type="dxa"/>
              <w:right w:w="20" w:type="dxa"/>
            </w:tcMar>
            <w:vAlign w:val="center"/>
          </w:tcPr>
          <w:p w14:paraId="6BDF8344" w14:textId="77777777" w:rsidR="001A1A49" w:rsidRPr="001A1A49" w:rsidRDefault="001A1A49" w:rsidP="001A1A49">
            <w:pPr>
              <w:spacing w:after="0" w:line="240" w:lineRule="auto"/>
              <w:rPr>
                <w:rFonts w:ascii="Arial" w:hAnsi="Arial"/>
                <w:sz w:val="9"/>
              </w:rPr>
            </w:pPr>
            <w:r>
              <w:rPr>
                <w:rFonts w:ascii="Arial" w:hAnsi="Arial"/>
                <w:sz w:val="9"/>
              </w:rPr>
              <w:t>51.220</w:t>
            </w:r>
          </w:p>
        </w:tc>
        <w:tc>
          <w:tcPr>
            <w:tcW w:w="1612" w:type="dxa"/>
            <w:shd w:val="clear" w:color="auto" w:fill="F7FBFF"/>
            <w:tcMar>
              <w:top w:w="20" w:type="dxa"/>
              <w:left w:w="20" w:type="dxa"/>
              <w:bottom w:w="20" w:type="dxa"/>
              <w:right w:w="20" w:type="dxa"/>
            </w:tcMar>
            <w:vAlign w:val="center"/>
          </w:tcPr>
          <w:p w14:paraId="78BBB7B8" w14:textId="77777777" w:rsidR="001A1A49" w:rsidRPr="001A1A49" w:rsidRDefault="001A1A49" w:rsidP="001A1A49">
            <w:pPr>
              <w:spacing w:after="0" w:line="240" w:lineRule="auto"/>
              <w:rPr>
                <w:rFonts w:ascii="Arial" w:hAnsi="Arial"/>
                <w:sz w:val="9"/>
              </w:rPr>
            </w:pPr>
            <w:r>
              <w:rPr>
                <w:rFonts w:ascii="Arial" w:hAnsi="Arial"/>
                <w:sz w:val="9"/>
              </w:rPr>
              <w:t>49°42'N 17°04'59"E</w:t>
            </w:r>
          </w:p>
        </w:tc>
        <w:tc>
          <w:tcPr>
            <w:tcW w:w="1036" w:type="dxa"/>
            <w:shd w:val="clear" w:color="auto" w:fill="F7FBFF"/>
            <w:tcMar>
              <w:top w:w="20" w:type="dxa"/>
              <w:left w:w="20" w:type="dxa"/>
              <w:bottom w:w="20" w:type="dxa"/>
              <w:right w:w="20" w:type="dxa"/>
            </w:tcMar>
            <w:vAlign w:val="center"/>
          </w:tcPr>
          <w:p w14:paraId="668C5197"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30230119"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49EDDD7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45571A91"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9A306D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3E49471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1C39C614" w14:textId="6EA85566"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shd w:val="clear" w:color="auto" w:fill="F7FBFF"/>
            <w:tcMar>
              <w:top w:w="20" w:type="dxa"/>
              <w:left w:w="20" w:type="dxa"/>
              <w:bottom w:w="20" w:type="dxa"/>
              <w:right w:w="20" w:type="dxa"/>
            </w:tcMar>
            <w:vAlign w:val="center"/>
          </w:tcPr>
          <w:p w14:paraId="6F70BCF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30F19F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562F8EA"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7E1B02B1" w14:textId="77777777" w:rsidTr="001A1A49">
        <w:trPr>
          <w:gridAfter w:val="1"/>
          <w:wAfter w:w="604" w:type="dxa"/>
          <w:jc w:val="center"/>
        </w:trPr>
        <w:tc>
          <w:tcPr>
            <w:tcW w:w="2160" w:type="dxa"/>
            <w:tcMar>
              <w:top w:w="20" w:type="dxa"/>
              <w:left w:w="20" w:type="dxa"/>
              <w:bottom w:w="20" w:type="dxa"/>
              <w:right w:w="20" w:type="dxa"/>
            </w:tcMar>
            <w:vAlign w:val="center"/>
          </w:tcPr>
          <w:p w14:paraId="63D78FD1" w14:textId="77777777" w:rsidR="001A1A49" w:rsidRPr="001A1A49" w:rsidRDefault="001A1A49" w:rsidP="001A1A49">
            <w:pPr>
              <w:spacing w:after="0" w:line="240" w:lineRule="auto"/>
              <w:rPr>
                <w:rFonts w:ascii="Arial" w:hAnsi="Arial"/>
                <w:sz w:val="9"/>
              </w:rPr>
            </w:pPr>
            <w:r>
              <w:rPr>
                <w:rFonts w:ascii="Arial" w:hAnsi="Arial"/>
                <w:sz w:val="9"/>
              </w:rPr>
              <w:t>Mokřady dolního Podyjí</w:t>
            </w:r>
          </w:p>
        </w:tc>
        <w:tc>
          <w:tcPr>
            <w:tcW w:w="1296" w:type="dxa"/>
            <w:tcMar>
              <w:top w:w="20" w:type="dxa"/>
              <w:left w:w="20" w:type="dxa"/>
              <w:bottom w:w="20" w:type="dxa"/>
              <w:right w:w="20" w:type="dxa"/>
            </w:tcMar>
            <w:vAlign w:val="center"/>
          </w:tcPr>
          <w:p w14:paraId="5FB524D5" w14:textId="77777777" w:rsidR="001A1A49" w:rsidRPr="001A1A49" w:rsidRDefault="001A1A49" w:rsidP="001A1A49">
            <w:pPr>
              <w:spacing w:after="0" w:line="240" w:lineRule="auto"/>
              <w:rPr>
                <w:rFonts w:ascii="Arial" w:hAnsi="Arial"/>
                <w:sz w:val="9"/>
              </w:rPr>
            </w:pPr>
            <w:r>
              <w:rPr>
                <w:rFonts w:ascii="Arial" w:hAnsi="Arial"/>
                <w:sz w:val="9"/>
              </w:rPr>
              <w:t>Czech Republic</w:t>
            </w:r>
          </w:p>
        </w:tc>
        <w:tc>
          <w:tcPr>
            <w:tcW w:w="835" w:type="dxa"/>
            <w:tcMar>
              <w:top w:w="20" w:type="dxa"/>
              <w:left w:w="20" w:type="dxa"/>
              <w:bottom w:w="20" w:type="dxa"/>
              <w:right w:w="20" w:type="dxa"/>
            </w:tcMar>
            <w:vAlign w:val="center"/>
          </w:tcPr>
          <w:p w14:paraId="4352EC66" w14:textId="77777777" w:rsidR="001A1A49" w:rsidRPr="001A1A49" w:rsidRDefault="001A1A49" w:rsidP="001A1A49">
            <w:pPr>
              <w:spacing w:after="0" w:line="240" w:lineRule="auto"/>
              <w:rPr>
                <w:rFonts w:ascii="Arial" w:hAnsi="Arial"/>
                <w:sz w:val="9"/>
              </w:rPr>
            </w:pPr>
            <w:r>
              <w:rPr>
                <w:rFonts w:ascii="Arial" w:hAnsi="Arial"/>
                <w:sz w:val="9"/>
              </w:rPr>
              <w:t>11525.0</w:t>
            </w:r>
          </w:p>
        </w:tc>
        <w:tc>
          <w:tcPr>
            <w:tcW w:w="835" w:type="dxa"/>
            <w:tcMar>
              <w:top w:w="20" w:type="dxa"/>
              <w:left w:w="20" w:type="dxa"/>
              <w:bottom w:w="20" w:type="dxa"/>
              <w:right w:w="20" w:type="dxa"/>
            </w:tcMar>
            <w:vAlign w:val="center"/>
          </w:tcPr>
          <w:p w14:paraId="5F43E9E8" w14:textId="77777777" w:rsidR="001A1A49" w:rsidRPr="001A1A49" w:rsidRDefault="001A1A49" w:rsidP="001A1A49">
            <w:pPr>
              <w:spacing w:after="0" w:line="240" w:lineRule="auto"/>
              <w:rPr>
                <w:rFonts w:ascii="Arial" w:hAnsi="Arial"/>
                <w:sz w:val="9"/>
              </w:rPr>
            </w:pPr>
            <w:r>
              <w:rPr>
                <w:rFonts w:ascii="Arial" w:hAnsi="Arial"/>
                <w:sz w:val="9"/>
              </w:rPr>
              <w:t>115.250</w:t>
            </w:r>
          </w:p>
        </w:tc>
        <w:tc>
          <w:tcPr>
            <w:tcW w:w="1612" w:type="dxa"/>
            <w:tcMar>
              <w:top w:w="20" w:type="dxa"/>
              <w:left w:w="20" w:type="dxa"/>
              <w:bottom w:w="20" w:type="dxa"/>
              <w:right w:w="20" w:type="dxa"/>
            </w:tcMar>
            <w:vAlign w:val="center"/>
          </w:tcPr>
          <w:p w14:paraId="4B7155DA" w14:textId="77777777" w:rsidR="001A1A49" w:rsidRPr="001A1A49" w:rsidRDefault="001A1A49" w:rsidP="001A1A49">
            <w:pPr>
              <w:spacing w:after="0" w:line="240" w:lineRule="auto"/>
              <w:rPr>
                <w:rFonts w:ascii="Arial" w:hAnsi="Arial"/>
                <w:sz w:val="9"/>
              </w:rPr>
            </w:pPr>
            <w:r>
              <w:rPr>
                <w:rFonts w:ascii="Arial" w:hAnsi="Arial"/>
                <w:sz w:val="9"/>
              </w:rPr>
              <w:t>48°49'59"N 16°45'E</w:t>
            </w:r>
          </w:p>
        </w:tc>
        <w:tc>
          <w:tcPr>
            <w:tcW w:w="1036" w:type="dxa"/>
            <w:tcMar>
              <w:top w:w="20" w:type="dxa"/>
              <w:left w:w="20" w:type="dxa"/>
              <w:bottom w:w="20" w:type="dxa"/>
              <w:right w:w="20" w:type="dxa"/>
            </w:tcMar>
            <w:vAlign w:val="center"/>
          </w:tcPr>
          <w:p w14:paraId="10348BE2"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4AE715E6"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1E3FE64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4713351"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5CA6CE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51C01EB9"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52678C60" w14:textId="398C89D4"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tcMar>
              <w:top w:w="20" w:type="dxa"/>
              <w:left w:w="20" w:type="dxa"/>
              <w:bottom w:w="20" w:type="dxa"/>
              <w:right w:w="20" w:type="dxa"/>
            </w:tcMar>
            <w:vAlign w:val="center"/>
          </w:tcPr>
          <w:p w14:paraId="698131A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C5B2B1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7090CD25"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29D2F0E9"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6D43430C" w14:textId="77777777" w:rsidR="001A1A49" w:rsidRPr="001A1A49" w:rsidRDefault="001A1A49" w:rsidP="001A1A49">
            <w:pPr>
              <w:spacing w:after="0" w:line="240" w:lineRule="auto"/>
              <w:rPr>
                <w:rFonts w:ascii="Arial" w:hAnsi="Arial"/>
                <w:sz w:val="9"/>
              </w:rPr>
            </w:pPr>
            <w:r>
              <w:rPr>
                <w:rFonts w:ascii="Arial" w:hAnsi="Arial"/>
                <w:sz w:val="9"/>
              </w:rPr>
              <w:t>Poodří</w:t>
            </w:r>
          </w:p>
        </w:tc>
        <w:tc>
          <w:tcPr>
            <w:tcW w:w="1296" w:type="dxa"/>
            <w:shd w:val="clear" w:color="auto" w:fill="F7FBFF"/>
            <w:tcMar>
              <w:top w:w="20" w:type="dxa"/>
              <w:left w:w="20" w:type="dxa"/>
              <w:bottom w:w="20" w:type="dxa"/>
              <w:right w:w="20" w:type="dxa"/>
            </w:tcMar>
            <w:vAlign w:val="center"/>
          </w:tcPr>
          <w:p w14:paraId="48702236" w14:textId="77777777" w:rsidR="001A1A49" w:rsidRPr="001A1A49" w:rsidRDefault="001A1A49" w:rsidP="001A1A49">
            <w:pPr>
              <w:spacing w:after="0" w:line="240" w:lineRule="auto"/>
              <w:rPr>
                <w:rFonts w:ascii="Arial" w:hAnsi="Arial"/>
                <w:sz w:val="9"/>
              </w:rPr>
            </w:pPr>
            <w:r>
              <w:rPr>
                <w:rFonts w:ascii="Arial" w:hAnsi="Arial"/>
                <w:sz w:val="9"/>
              </w:rPr>
              <w:t>Czech Republic</w:t>
            </w:r>
          </w:p>
        </w:tc>
        <w:tc>
          <w:tcPr>
            <w:tcW w:w="835" w:type="dxa"/>
            <w:shd w:val="clear" w:color="auto" w:fill="F7FBFF"/>
            <w:tcMar>
              <w:top w:w="20" w:type="dxa"/>
              <w:left w:w="20" w:type="dxa"/>
              <w:bottom w:w="20" w:type="dxa"/>
              <w:right w:w="20" w:type="dxa"/>
            </w:tcMar>
            <w:vAlign w:val="center"/>
          </w:tcPr>
          <w:p w14:paraId="10DD5F64" w14:textId="77777777" w:rsidR="001A1A49" w:rsidRPr="001A1A49" w:rsidRDefault="001A1A49" w:rsidP="001A1A49">
            <w:pPr>
              <w:spacing w:after="0" w:line="240" w:lineRule="auto"/>
              <w:rPr>
                <w:rFonts w:ascii="Arial" w:hAnsi="Arial"/>
                <w:sz w:val="9"/>
              </w:rPr>
            </w:pPr>
            <w:r>
              <w:rPr>
                <w:rFonts w:ascii="Arial" w:hAnsi="Arial"/>
                <w:sz w:val="9"/>
              </w:rPr>
              <w:t>5450.0</w:t>
            </w:r>
          </w:p>
        </w:tc>
        <w:tc>
          <w:tcPr>
            <w:tcW w:w="835" w:type="dxa"/>
            <w:shd w:val="clear" w:color="auto" w:fill="F7FBFF"/>
            <w:tcMar>
              <w:top w:w="20" w:type="dxa"/>
              <w:left w:w="20" w:type="dxa"/>
              <w:bottom w:w="20" w:type="dxa"/>
              <w:right w:w="20" w:type="dxa"/>
            </w:tcMar>
            <w:vAlign w:val="center"/>
          </w:tcPr>
          <w:p w14:paraId="17A136C7" w14:textId="77777777" w:rsidR="001A1A49" w:rsidRPr="001A1A49" w:rsidRDefault="001A1A49" w:rsidP="001A1A49">
            <w:pPr>
              <w:spacing w:after="0" w:line="240" w:lineRule="auto"/>
              <w:rPr>
                <w:rFonts w:ascii="Arial" w:hAnsi="Arial"/>
                <w:sz w:val="9"/>
              </w:rPr>
            </w:pPr>
            <w:r>
              <w:rPr>
                <w:rFonts w:ascii="Arial" w:hAnsi="Arial"/>
                <w:sz w:val="9"/>
              </w:rPr>
              <w:t>54.500</w:t>
            </w:r>
          </w:p>
        </w:tc>
        <w:tc>
          <w:tcPr>
            <w:tcW w:w="1612" w:type="dxa"/>
            <w:shd w:val="clear" w:color="auto" w:fill="F7FBFF"/>
            <w:tcMar>
              <w:top w:w="20" w:type="dxa"/>
              <w:left w:w="20" w:type="dxa"/>
              <w:bottom w:w="20" w:type="dxa"/>
              <w:right w:w="20" w:type="dxa"/>
            </w:tcMar>
            <w:vAlign w:val="center"/>
          </w:tcPr>
          <w:p w14:paraId="1EBF33A8" w14:textId="77777777" w:rsidR="001A1A49" w:rsidRPr="001A1A49" w:rsidRDefault="001A1A49" w:rsidP="001A1A49">
            <w:pPr>
              <w:spacing w:after="0" w:line="240" w:lineRule="auto"/>
              <w:rPr>
                <w:rFonts w:ascii="Arial" w:hAnsi="Arial"/>
                <w:sz w:val="9"/>
              </w:rPr>
            </w:pPr>
            <w:r>
              <w:rPr>
                <w:rFonts w:ascii="Arial" w:hAnsi="Arial"/>
                <w:sz w:val="9"/>
              </w:rPr>
              <w:t>49°42'N 18°03'E</w:t>
            </w:r>
          </w:p>
        </w:tc>
        <w:tc>
          <w:tcPr>
            <w:tcW w:w="1036" w:type="dxa"/>
            <w:shd w:val="clear" w:color="auto" w:fill="F7FBFF"/>
            <w:tcMar>
              <w:top w:w="20" w:type="dxa"/>
              <w:left w:w="20" w:type="dxa"/>
              <w:bottom w:w="20" w:type="dxa"/>
              <w:right w:w="20" w:type="dxa"/>
            </w:tcMar>
            <w:vAlign w:val="center"/>
          </w:tcPr>
          <w:p w14:paraId="729AC45E"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366C416F"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72171FC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C2A268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815B76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428DB1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5E697C2F" w14:textId="42872C65"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0FCE02E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D51F3A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7BFCBC5B"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784AD7EB" w14:textId="77777777" w:rsidTr="001A1A49">
        <w:trPr>
          <w:gridAfter w:val="1"/>
          <w:wAfter w:w="604" w:type="dxa"/>
          <w:jc w:val="center"/>
        </w:trPr>
        <w:tc>
          <w:tcPr>
            <w:tcW w:w="2160" w:type="dxa"/>
            <w:tcMar>
              <w:top w:w="20" w:type="dxa"/>
              <w:left w:w="20" w:type="dxa"/>
              <w:bottom w:w="20" w:type="dxa"/>
              <w:right w:w="20" w:type="dxa"/>
            </w:tcMar>
            <w:vAlign w:val="center"/>
          </w:tcPr>
          <w:p w14:paraId="1C70EC3E" w14:textId="77777777" w:rsidR="001A1A49" w:rsidRPr="001A1A49" w:rsidRDefault="001A1A49" w:rsidP="001A1A49">
            <w:pPr>
              <w:spacing w:after="0" w:line="240" w:lineRule="auto"/>
              <w:rPr>
                <w:rFonts w:ascii="Arial" w:hAnsi="Arial"/>
                <w:sz w:val="9"/>
              </w:rPr>
            </w:pPr>
            <w:r>
              <w:rPr>
                <w:rFonts w:ascii="Arial" w:hAnsi="Arial"/>
                <w:sz w:val="9"/>
              </w:rPr>
              <w:t>Třeboňské rybníky</w:t>
            </w:r>
          </w:p>
        </w:tc>
        <w:tc>
          <w:tcPr>
            <w:tcW w:w="1296" w:type="dxa"/>
            <w:tcMar>
              <w:top w:w="20" w:type="dxa"/>
              <w:left w:w="20" w:type="dxa"/>
              <w:bottom w:w="20" w:type="dxa"/>
              <w:right w:w="20" w:type="dxa"/>
            </w:tcMar>
            <w:vAlign w:val="center"/>
          </w:tcPr>
          <w:p w14:paraId="3323D8F2" w14:textId="77777777" w:rsidR="001A1A49" w:rsidRPr="001A1A49" w:rsidRDefault="001A1A49" w:rsidP="001A1A49">
            <w:pPr>
              <w:spacing w:after="0" w:line="240" w:lineRule="auto"/>
              <w:rPr>
                <w:rFonts w:ascii="Arial" w:hAnsi="Arial"/>
                <w:sz w:val="9"/>
              </w:rPr>
            </w:pPr>
            <w:r>
              <w:rPr>
                <w:rFonts w:ascii="Arial" w:hAnsi="Arial"/>
                <w:sz w:val="9"/>
              </w:rPr>
              <w:t>Czech Republic</w:t>
            </w:r>
          </w:p>
        </w:tc>
        <w:tc>
          <w:tcPr>
            <w:tcW w:w="835" w:type="dxa"/>
            <w:tcMar>
              <w:top w:w="20" w:type="dxa"/>
              <w:left w:w="20" w:type="dxa"/>
              <w:bottom w:w="20" w:type="dxa"/>
              <w:right w:w="20" w:type="dxa"/>
            </w:tcMar>
            <w:vAlign w:val="center"/>
          </w:tcPr>
          <w:p w14:paraId="01468E44" w14:textId="77777777" w:rsidR="001A1A49" w:rsidRPr="001A1A49" w:rsidRDefault="001A1A49" w:rsidP="001A1A49">
            <w:pPr>
              <w:spacing w:after="0" w:line="240" w:lineRule="auto"/>
              <w:rPr>
                <w:rFonts w:ascii="Arial" w:hAnsi="Arial"/>
                <w:sz w:val="9"/>
              </w:rPr>
            </w:pPr>
            <w:r>
              <w:rPr>
                <w:rFonts w:ascii="Arial" w:hAnsi="Arial"/>
                <w:sz w:val="9"/>
              </w:rPr>
              <w:t>10165.0</w:t>
            </w:r>
          </w:p>
        </w:tc>
        <w:tc>
          <w:tcPr>
            <w:tcW w:w="835" w:type="dxa"/>
            <w:tcMar>
              <w:top w:w="20" w:type="dxa"/>
              <w:left w:w="20" w:type="dxa"/>
              <w:bottom w:w="20" w:type="dxa"/>
              <w:right w:w="20" w:type="dxa"/>
            </w:tcMar>
            <w:vAlign w:val="center"/>
          </w:tcPr>
          <w:p w14:paraId="0ACC6BB9" w14:textId="77777777" w:rsidR="001A1A49" w:rsidRPr="001A1A49" w:rsidRDefault="001A1A49" w:rsidP="001A1A49">
            <w:pPr>
              <w:spacing w:after="0" w:line="240" w:lineRule="auto"/>
              <w:rPr>
                <w:rFonts w:ascii="Arial" w:hAnsi="Arial"/>
                <w:sz w:val="9"/>
              </w:rPr>
            </w:pPr>
            <w:r>
              <w:rPr>
                <w:rFonts w:ascii="Arial" w:hAnsi="Arial"/>
                <w:sz w:val="9"/>
              </w:rPr>
              <w:t>101.650</w:t>
            </w:r>
          </w:p>
        </w:tc>
        <w:tc>
          <w:tcPr>
            <w:tcW w:w="1612" w:type="dxa"/>
            <w:tcMar>
              <w:top w:w="20" w:type="dxa"/>
              <w:left w:w="20" w:type="dxa"/>
              <w:bottom w:w="20" w:type="dxa"/>
              <w:right w:w="20" w:type="dxa"/>
            </w:tcMar>
            <w:vAlign w:val="center"/>
          </w:tcPr>
          <w:p w14:paraId="5F4D4158" w14:textId="77777777" w:rsidR="001A1A49" w:rsidRPr="001A1A49" w:rsidRDefault="001A1A49" w:rsidP="001A1A49">
            <w:pPr>
              <w:spacing w:after="0" w:line="240" w:lineRule="auto"/>
              <w:rPr>
                <w:rFonts w:ascii="Arial" w:hAnsi="Arial"/>
                <w:sz w:val="9"/>
              </w:rPr>
            </w:pPr>
            <w:r>
              <w:rPr>
                <w:rFonts w:ascii="Arial" w:hAnsi="Arial"/>
                <w:sz w:val="9"/>
              </w:rPr>
              <w:t>48°37'59"N 14°48'59"E</w:t>
            </w:r>
          </w:p>
        </w:tc>
        <w:tc>
          <w:tcPr>
            <w:tcW w:w="1036" w:type="dxa"/>
            <w:tcMar>
              <w:top w:w="20" w:type="dxa"/>
              <w:left w:w="20" w:type="dxa"/>
              <w:bottom w:w="20" w:type="dxa"/>
              <w:right w:w="20" w:type="dxa"/>
            </w:tcMar>
            <w:vAlign w:val="center"/>
          </w:tcPr>
          <w:p w14:paraId="2CBA537A"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03214052"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2DAD4AD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C1C73F8"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A99D07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9DFBB01"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3715D14F" w14:textId="7468CC92"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tcMar>
              <w:top w:w="20" w:type="dxa"/>
              <w:left w:w="20" w:type="dxa"/>
              <w:bottom w:w="20" w:type="dxa"/>
              <w:right w:w="20" w:type="dxa"/>
            </w:tcMar>
            <w:vAlign w:val="center"/>
          </w:tcPr>
          <w:p w14:paraId="5B0B832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3B3B65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006686B7"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7BD36FB8"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6A4A507A" w14:textId="77777777" w:rsidR="001A1A49" w:rsidRPr="001A1A49" w:rsidRDefault="001A1A49" w:rsidP="001A1A49">
            <w:pPr>
              <w:spacing w:after="0" w:line="240" w:lineRule="auto"/>
              <w:rPr>
                <w:rFonts w:ascii="Arial" w:hAnsi="Arial"/>
                <w:sz w:val="9"/>
              </w:rPr>
            </w:pPr>
            <w:r>
              <w:rPr>
                <w:rFonts w:ascii="Arial" w:hAnsi="Arial"/>
                <w:sz w:val="9"/>
              </w:rPr>
              <w:t>Parc national des Mangroves</w:t>
            </w:r>
          </w:p>
        </w:tc>
        <w:tc>
          <w:tcPr>
            <w:tcW w:w="1296" w:type="dxa"/>
            <w:shd w:val="clear" w:color="auto" w:fill="F7FBFF"/>
            <w:tcMar>
              <w:top w:w="20" w:type="dxa"/>
              <w:left w:w="20" w:type="dxa"/>
              <w:bottom w:w="20" w:type="dxa"/>
              <w:right w:w="20" w:type="dxa"/>
            </w:tcMar>
            <w:vAlign w:val="center"/>
          </w:tcPr>
          <w:p w14:paraId="3FFE3528" w14:textId="77777777" w:rsidR="001A1A49" w:rsidRPr="001A1A49" w:rsidRDefault="001A1A49" w:rsidP="001A1A49">
            <w:pPr>
              <w:spacing w:after="0" w:line="240" w:lineRule="auto"/>
              <w:rPr>
                <w:rFonts w:ascii="Arial" w:hAnsi="Arial"/>
                <w:sz w:val="9"/>
              </w:rPr>
            </w:pPr>
            <w:r>
              <w:rPr>
                <w:rFonts w:ascii="Arial" w:hAnsi="Arial"/>
                <w:sz w:val="9"/>
              </w:rPr>
              <w:t>Democratic Republic of Congo</w:t>
            </w:r>
          </w:p>
        </w:tc>
        <w:tc>
          <w:tcPr>
            <w:tcW w:w="835" w:type="dxa"/>
            <w:shd w:val="clear" w:color="auto" w:fill="F7FBFF"/>
            <w:tcMar>
              <w:top w:w="20" w:type="dxa"/>
              <w:left w:w="20" w:type="dxa"/>
              <w:bottom w:w="20" w:type="dxa"/>
              <w:right w:w="20" w:type="dxa"/>
            </w:tcMar>
            <w:vAlign w:val="center"/>
          </w:tcPr>
          <w:p w14:paraId="164A1B65" w14:textId="77777777" w:rsidR="001A1A49" w:rsidRPr="001A1A49" w:rsidRDefault="001A1A49" w:rsidP="001A1A49">
            <w:pPr>
              <w:spacing w:after="0" w:line="240" w:lineRule="auto"/>
              <w:rPr>
                <w:rFonts w:ascii="Arial" w:hAnsi="Arial"/>
                <w:sz w:val="9"/>
              </w:rPr>
            </w:pPr>
            <w:r>
              <w:rPr>
                <w:rFonts w:ascii="Arial" w:hAnsi="Arial"/>
                <w:sz w:val="9"/>
              </w:rPr>
              <w:t>66000.0</w:t>
            </w:r>
          </w:p>
        </w:tc>
        <w:tc>
          <w:tcPr>
            <w:tcW w:w="835" w:type="dxa"/>
            <w:shd w:val="clear" w:color="auto" w:fill="F7FBFF"/>
            <w:tcMar>
              <w:top w:w="20" w:type="dxa"/>
              <w:left w:w="20" w:type="dxa"/>
              <w:bottom w:w="20" w:type="dxa"/>
              <w:right w:w="20" w:type="dxa"/>
            </w:tcMar>
            <w:vAlign w:val="center"/>
          </w:tcPr>
          <w:p w14:paraId="3409BFB1" w14:textId="77777777" w:rsidR="001A1A49" w:rsidRPr="001A1A49" w:rsidRDefault="001A1A49" w:rsidP="001A1A49">
            <w:pPr>
              <w:spacing w:after="0" w:line="240" w:lineRule="auto"/>
              <w:rPr>
                <w:rFonts w:ascii="Arial" w:hAnsi="Arial"/>
                <w:sz w:val="9"/>
              </w:rPr>
            </w:pPr>
            <w:r>
              <w:rPr>
                <w:rFonts w:ascii="Arial" w:hAnsi="Arial"/>
                <w:sz w:val="9"/>
              </w:rPr>
              <w:t>660.000</w:t>
            </w:r>
          </w:p>
        </w:tc>
        <w:tc>
          <w:tcPr>
            <w:tcW w:w="1612" w:type="dxa"/>
            <w:shd w:val="clear" w:color="auto" w:fill="F7FBFF"/>
            <w:tcMar>
              <w:top w:w="20" w:type="dxa"/>
              <w:left w:w="20" w:type="dxa"/>
              <w:bottom w:w="20" w:type="dxa"/>
              <w:right w:w="20" w:type="dxa"/>
            </w:tcMar>
            <w:vAlign w:val="center"/>
          </w:tcPr>
          <w:p w14:paraId="750BC682" w14:textId="77777777" w:rsidR="001A1A49" w:rsidRPr="001A1A49" w:rsidRDefault="001A1A49" w:rsidP="001A1A49">
            <w:pPr>
              <w:spacing w:after="0" w:line="240" w:lineRule="auto"/>
              <w:rPr>
                <w:rFonts w:ascii="Arial" w:hAnsi="Arial"/>
                <w:sz w:val="9"/>
              </w:rPr>
            </w:pPr>
            <w:r>
              <w:rPr>
                <w:rFonts w:ascii="Arial" w:hAnsi="Arial"/>
                <w:sz w:val="9"/>
              </w:rPr>
              <w:t>05°45'S 12°45'E</w:t>
            </w:r>
          </w:p>
        </w:tc>
        <w:tc>
          <w:tcPr>
            <w:tcW w:w="1036" w:type="dxa"/>
            <w:shd w:val="clear" w:color="auto" w:fill="F7FBFF"/>
            <w:tcMar>
              <w:top w:w="20" w:type="dxa"/>
              <w:left w:w="20" w:type="dxa"/>
              <w:bottom w:w="20" w:type="dxa"/>
              <w:right w:w="20" w:type="dxa"/>
            </w:tcMar>
            <w:vAlign w:val="center"/>
          </w:tcPr>
          <w:p w14:paraId="195EF54C"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shd w:val="clear" w:color="auto" w:fill="F7FBFF"/>
            <w:tcMar>
              <w:top w:w="20" w:type="dxa"/>
              <w:left w:w="20" w:type="dxa"/>
              <w:bottom w:w="20" w:type="dxa"/>
              <w:right w:w="20" w:type="dxa"/>
            </w:tcMar>
            <w:vAlign w:val="center"/>
          </w:tcPr>
          <w:p w14:paraId="6AF5244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97E609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04C206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383D4F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538D5DB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71505352" w14:textId="1BF531E4"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shd w:val="clear" w:color="auto" w:fill="F7FBFF"/>
            <w:tcMar>
              <w:top w:w="20" w:type="dxa"/>
              <w:left w:w="20" w:type="dxa"/>
              <w:bottom w:w="20" w:type="dxa"/>
              <w:right w:w="20" w:type="dxa"/>
            </w:tcMar>
            <w:vAlign w:val="center"/>
          </w:tcPr>
          <w:p w14:paraId="319972F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6DB4EA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6656B56"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238AB949" w14:textId="77777777" w:rsidTr="001A1A49">
        <w:trPr>
          <w:gridAfter w:val="1"/>
          <w:wAfter w:w="604" w:type="dxa"/>
          <w:jc w:val="center"/>
        </w:trPr>
        <w:tc>
          <w:tcPr>
            <w:tcW w:w="2160" w:type="dxa"/>
            <w:tcMar>
              <w:top w:w="20" w:type="dxa"/>
              <w:left w:w="20" w:type="dxa"/>
              <w:bottom w:w="20" w:type="dxa"/>
              <w:right w:w="20" w:type="dxa"/>
            </w:tcMar>
            <w:vAlign w:val="center"/>
          </w:tcPr>
          <w:p w14:paraId="7971EFDC" w14:textId="77777777" w:rsidR="001A1A49" w:rsidRPr="001A1A49" w:rsidRDefault="001A1A49" w:rsidP="001A1A49">
            <w:pPr>
              <w:spacing w:after="0" w:line="240" w:lineRule="auto"/>
              <w:rPr>
                <w:rFonts w:ascii="Arial" w:hAnsi="Arial"/>
                <w:sz w:val="9"/>
              </w:rPr>
            </w:pPr>
            <w:r>
              <w:rPr>
                <w:rFonts w:ascii="Arial" w:hAnsi="Arial"/>
                <w:sz w:val="9"/>
              </w:rPr>
              <w:t>Parc national des Virunga</w:t>
            </w:r>
          </w:p>
        </w:tc>
        <w:tc>
          <w:tcPr>
            <w:tcW w:w="1296" w:type="dxa"/>
            <w:tcMar>
              <w:top w:w="20" w:type="dxa"/>
              <w:left w:w="20" w:type="dxa"/>
              <w:bottom w:w="20" w:type="dxa"/>
              <w:right w:w="20" w:type="dxa"/>
            </w:tcMar>
            <w:vAlign w:val="center"/>
          </w:tcPr>
          <w:p w14:paraId="230BBB3E" w14:textId="77777777" w:rsidR="001A1A49" w:rsidRPr="001A1A49" w:rsidRDefault="001A1A49" w:rsidP="001A1A49">
            <w:pPr>
              <w:spacing w:after="0" w:line="240" w:lineRule="auto"/>
              <w:rPr>
                <w:rFonts w:ascii="Arial" w:hAnsi="Arial"/>
                <w:sz w:val="9"/>
              </w:rPr>
            </w:pPr>
            <w:r>
              <w:rPr>
                <w:rFonts w:ascii="Arial" w:hAnsi="Arial"/>
                <w:sz w:val="9"/>
              </w:rPr>
              <w:t>Democratic Republic of Congo</w:t>
            </w:r>
          </w:p>
        </w:tc>
        <w:tc>
          <w:tcPr>
            <w:tcW w:w="835" w:type="dxa"/>
            <w:tcMar>
              <w:top w:w="20" w:type="dxa"/>
              <w:left w:w="20" w:type="dxa"/>
              <w:bottom w:w="20" w:type="dxa"/>
              <w:right w:w="20" w:type="dxa"/>
            </w:tcMar>
            <w:vAlign w:val="center"/>
          </w:tcPr>
          <w:p w14:paraId="141AF7CB" w14:textId="77777777" w:rsidR="001A1A49" w:rsidRPr="001A1A49" w:rsidRDefault="001A1A49" w:rsidP="001A1A49">
            <w:pPr>
              <w:spacing w:after="0" w:line="240" w:lineRule="auto"/>
              <w:rPr>
                <w:rFonts w:ascii="Arial" w:hAnsi="Arial"/>
                <w:sz w:val="9"/>
              </w:rPr>
            </w:pPr>
            <w:r>
              <w:rPr>
                <w:rFonts w:ascii="Arial" w:hAnsi="Arial"/>
                <w:sz w:val="9"/>
              </w:rPr>
              <w:t>800000.0</w:t>
            </w:r>
          </w:p>
        </w:tc>
        <w:tc>
          <w:tcPr>
            <w:tcW w:w="835" w:type="dxa"/>
            <w:tcMar>
              <w:top w:w="20" w:type="dxa"/>
              <w:left w:w="20" w:type="dxa"/>
              <w:bottom w:w="20" w:type="dxa"/>
              <w:right w:w="20" w:type="dxa"/>
            </w:tcMar>
            <w:vAlign w:val="center"/>
          </w:tcPr>
          <w:p w14:paraId="69A0D80C" w14:textId="77777777" w:rsidR="001A1A49" w:rsidRPr="001A1A49" w:rsidRDefault="001A1A49" w:rsidP="001A1A49">
            <w:pPr>
              <w:spacing w:after="0" w:line="240" w:lineRule="auto"/>
              <w:rPr>
                <w:rFonts w:ascii="Arial" w:hAnsi="Arial"/>
                <w:sz w:val="9"/>
              </w:rPr>
            </w:pPr>
            <w:r>
              <w:rPr>
                <w:rFonts w:ascii="Arial" w:hAnsi="Arial"/>
                <w:sz w:val="9"/>
              </w:rPr>
              <w:t>8000.000</w:t>
            </w:r>
          </w:p>
        </w:tc>
        <w:tc>
          <w:tcPr>
            <w:tcW w:w="1612" w:type="dxa"/>
            <w:tcMar>
              <w:top w:w="20" w:type="dxa"/>
              <w:left w:w="20" w:type="dxa"/>
              <w:bottom w:w="20" w:type="dxa"/>
              <w:right w:w="20" w:type="dxa"/>
            </w:tcMar>
            <w:vAlign w:val="center"/>
          </w:tcPr>
          <w:p w14:paraId="5A8D3221" w14:textId="77777777" w:rsidR="001A1A49" w:rsidRPr="001A1A49" w:rsidRDefault="001A1A49" w:rsidP="001A1A49">
            <w:pPr>
              <w:spacing w:after="0" w:line="240" w:lineRule="auto"/>
              <w:rPr>
                <w:rFonts w:ascii="Arial" w:hAnsi="Arial"/>
                <w:sz w:val="9"/>
              </w:rPr>
            </w:pPr>
            <w:r>
              <w:rPr>
                <w:rFonts w:ascii="Arial" w:hAnsi="Arial"/>
                <w:sz w:val="9"/>
              </w:rPr>
              <w:t>01°15'S 29°30'E</w:t>
            </w:r>
          </w:p>
        </w:tc>
        <w:tc>
          <w:tcPr>
            <w:tcW w:w="1036" w:type="dxa"/>
            <w:tcMar>
              <w:top w:w="20" w:type="dxa"/>
              <w:left w:w="20" w:type="dxa"/>
              <w:bottom w:w="20" w:type="dxa"/>
              <w:right w:w="20" w:type="dxa"/>
            </w:tcMar>
            <w:vAlign w:val="center"/>
          </w:tcPr>
          <w:p w14:paraId="3A23F0D5"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tcMar>
              <w:top w:w="20" w:type="dxa"/>
              <w:left w:w="20" w:type="dxa"/>
              <w:bottom w:w="20" w:type="dxa"/>
              <w:right w:w="20" w:type="dxa"/>
            </w:tcMar>
            <w:vAlign w:val="center"/>
          </w:tcPr>
          <w:p w14:paraId="0FDB009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FB3235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6604D38"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77F648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D3FE98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37EDD3A1" w14:textId="7C35EDCB"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39DC923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5DE13F4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2546ADEA"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09B08926"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1BF2DFBE" w14:textId="77777777" w:rsidR="001A1A49" w:rsidRPr="001A1A49" w:rsidRDefault="001A1A49" w:rsidP="001A1A49">
            <w:pPr>
              <w:spacing w:after="0" w:line="240" w:lineRule="auto"/>
              <w:rPr>
                <w:rFonts w:ascii="Arial" w:hAnsi="Arial"/>
                <w:sz w:val="9"/>
              </w:rPr>
            </w:pPr>
            <w:r>
              <w:rPr>
                <w:rFonts w:ascii="Arial" w:hAnsi="Arial"/>
                <w:sz w:val="9"/>
              </w:rPr>
              <w:t>Ringkøbing Fjord</w:t>
            </w:r>
          </w:p>
        </w:tc>
        <w:tc>
          <w:tcPr>
            <w:tcW w:w="1296" w:type="dxa"/>
            <w:shd w:val="clear" w:color="auto" w:fill="F7FBFF"/>
            <w:tcMar>
              <w:top w:w="20" w:type="dxa"/>
              <w:left w:w="20" w:type="dxa"/>
              <w:bottom w:w="20" w:type="dxa"/>
              <w:right w:w="20" w:type="dxa"/>
            </w:tcMar>
            <w:vAlign w:val="center"/>
          </w:tcPr>
          <w:p w14:paraId="4F7E34AB" w14:textId="77777777" w:rsidR="001A1A49" w:rsidRPr="001A1A49" w:rsidRDefault="001A1A49" w:rsidP="001A1A49">
            <w:pPr>
              <w:spacing w:after="0" w:line="240" w:lineRule="auto"/>
              <w:rPr>
                <w:rFonts w:ascii="Arial" w:hAnsi="Arial"/>
                <w:sz w:val="9"/>
              </w:rPr>
            </w:pPr>
            <w:r>
              <w:rPr>
                <w:rFonts w:ascii="Arial" w:hAnsi="Arial"/>
                <w:sz w:val="9"/>
              </w:rPr>
              <w:t>Denmark</w:t>
            </w:r>
          </w:p>
        </w:tc>
        <w:tc>
          <w:tcPr>
            <w:tcW w:w="835" w:type="dxa"/>
            <w:shd w:val="clear" w:color="auto" w:fill="F7FBFF"/>
            <w:tcMar>
              <w:top w:w="20" w:type="dxa"/>
              <w:left w:w="20" w:type="dxa"/>
              <w:bottom w:w="20" w:type="dxa"/>
              <w:right w:w="20" w:type="dxa"/>
            </w:tcMar>
            <w:vAlign w:val="center"/>
          </w:tcPr>
          <w:p w14:paraId="37B76A40" w14:textId="77777777" w:rsidR="001A1A49" w:rsidRPr="001A1A49" w:rsidRDefault="001A1A49" w:rsidP="001A1A49">
            <w:pPr>
              <w:spacing w:after="0" w:line="240" w:lineRule="auto"/>
              <w:rPr>
                <w:rFonts w:ascii="Arial" w:hAnsi="Arial"/>
                <w:sz w:val="9"/>
              </w:rPr>
            </w:pPr>
            <w:r>
              <w:rPr>
                <w:rFonts w:ascii="Arial" w:hAnsi="Arial"/>
                <w:sz w:val="9"/>
              </w:rPr>
              <w:t>27652.0</w:t>
            </w:r>
          </w:p>
        </w:tc>
        <w:tc>
          <w:tcPr>
            <w:tcW w:w="835" w:type="dxa"/>
            <w:shd w:val="clear" w:color="auto" w:fill="F7FBFF"/>
            <w:tcMar>
              <w:top w:w="20" w:type="dxa"/>
              <w:left w:w="20" w:type="dxa"/>
              <w:bottom w:w="20" w:type="dxa"/>
              <w:right w:w="20" w:type="dxa"/>
            </w:tcMar>
            <w:vAlign w:val="center"/>
          </w:tcPr>
          <w:p w14:paraId="1273E2D5" w14:textId="77777777" w:rsidR="001A1A49" w:rsidRPr="001A1A49" w:rsidRDefault="001A1A49" w:rsidP="001A1A49">
            <w:pPr>
              <w:spacing w:after="0" w:line="240" w:lineRule="auto"/>
              <w:rPr>
                <w:rFonts w:ascii="Arial" w:hAnsi="Arial"/>
                <w:sz w:val="9"/>
              </w:rPr>
            </w:pPr>
            <w:r>
              <w:rPr>
                <w:rFonts w:ascii="Arial" w:hAnsi="Arial"/>
                <w:sz w:val="9"/>
              </w:rPr>
              <w:t>276.520</w:t>
            </w:r>
          </w:p>
        </w:tc>
        <w:tc>
          <w:tcPr>
            <w:tcW w:w="1612" w:type="dxa"/>
            <w:shd w:val="clear" w:color="auto" w:fill="F7FBFF"/>
            <w:tcMar>
              <w:top w:w="20" w:type="dxa"/>
              <w:left w:w="20" w:type="dxa"/>
              <w:bottom w:w="20" w:type="dxa"/>
              <w:right w:w="20" w:type="dxa"/>
            </w:tcMar>
            <w:vAlign w:val="center"/>
          </w:tcPr>
          <w:p w14:paraId="02D1C718" w14:textId="77777777" w:rsidR="001A1A49" w:rsidRPr="001A1A49" w:rsidRDefault="001A1A49" w:rsidP="001A1A49">
            <w:pPr>
              <w:spacing w:after="0" w:line="240" w:lineRule="auto"/>
              <w:rPr>
                <w:rFonts w:ascii="Arial" w:hAnsi="Arial"/>
                <w:sz w:val="9"/>
              </w:rPr>
            </w:pPr>
            <w:r>
              <w:rPr>
                <w:rFonts w:ascii="Arial" w:hAnsi="Arial"/>
                <w:sz w:val="9"/>
              </w:rPr>
              <w:t>55°56'28"N 08°15'35"E</w:t>
            </w:r>
          </w:p>
        </w:tc>
        <w:tc>
          <w:tcPr>
            <w:tcW w:w="1036" w:type="dxa"/>
            <w:shd w:val="clear" w:color="auto" w:fill="F7FBFF"/>
            <w:tcMar>
              <w:top w:w="20" w:type="dxa"/>
              <w:left w:w="20" w:type="dxa"/>
              <w:bottom w:w="20" w:type="dxa"/>
              <w:right w:w="20" w:type="dxa"/>
            </w:tcMar>
            <w:vAlign w:val="center"/>
          </w:tcPr>
          <w:p w14:paraId="6C9FF70D"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4FD58D68"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4E9EA6F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37787048"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22783B1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980DA3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5F416F63" w14:textId="11FE947F"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6C5B145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D280C3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46AA109"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4832FF85" w14:textId="77777777" w:rsidTr="001A1A49">
        <w:trPr>
          <w:gridAfter w:val="1"/>
          <w:wAfter w:w="604" w:type="dxa"/>
          <w:jc w:val="center"/>
        </w:trPr>
        <w:tc>
          <w:tcPr>
            <w:tcW w:w="2160" w:type="dxa"/>
            <w:tcMar>
              <w:top w:w="20" w:type="dxa"/>
              <w:left w:w="20" w:type="dxa"/>
              <w:bottom w:w="20" w:type="dxa"/>
              <w:right w:w="20" w:type="dxa"/>
            </w:tcMar>
            <w:vAlign w:val="center"/>
          </w:tcPr>
          <w:p w14:paraId="548A3718" w14:textId="77777777" w:rsidR="001A1A49" w:rsidRPr="001A1A49" w:rsidRDefault="001A1A49" w:rsidP="001A1A49">
            <w:pPr>
              <w:spacing w:after="0" w:line="240" w:lineRule="auto"/>
              <w:rPr>
                <w:rFonts w:ascii="Arial" w:hAnsi="Arial"/>
                <w:sz w:val="9"/>
              </w:rPr>
            </w:pPr>
            <w:r>
              <w:rPr>
                <w:rFonts w:ascii="Arial" w:hAnsi="Arial"/>
                <w:sz w:val="9"/>
              </w:rPr>
              <w:t>Lake Bardawil</w:t>
            </w:r>
          </w:p>
        </w:tc>
        <w:tc>
          <w:tcPr>
            <w:tcW w:w="1296" w:type="dxa"/>
            <w:tcMar>
              <w:top w:w="20" w:type="dxa"/>
              <w:left w:w="20" w:type="dxa"/>
              <w:bottom w:w="20" w:type="dxa"/>
              <w:right w:w="20" w:type="dxa"/>
            </w:tcMar>
            <w:vAlign w:val="center"/>
          </w:tcPr>
          <w:p w14:paraId="557067B6" w14:textId="77777777" w:rsidR="001A1A49" w:rsidRPr="001A1A49" w:rsidRDefault="001A1A49" w:rsidP="001A1A49">
            <w:pPr>
              <w:spacing w:after="0" w:line="240" w:lineRule="auto"/>
              <w:rPr>
                <w:rFonts w:ascii="Arial" w:hAnsi="Arial"/>
                <w:sz w:val="9"/>
              </w:rPr>
            </w:pPr>
            <w:r>
              <w:rPr>
                <w:rFonts w:ascii="Arial" w:hAnsi="Arial"/>
                <w:sz w:val="9"/>
              </w:rPr>
              <w:t>Egypt</w:t>
            </w:r>
          </w:p>
        </w:tc>
        <w:tc>
          <w:tcPr>
            <w:tcW w:w="835" w:type="dxa"/>
            <w:tcMar>
              <w:top w:w="20" w:type="dxa"/>
              <w:left w:w="20" w:type="dxa"/>
              <w:bottom w:w="20" w:type="dxa"/>
              <w:right w:w="20" w:type="dxa"/>
            </w:tcMar>
            <w:vAlign w:val="center"/>
          </w:tcPr>
          <w:p w14:paraId="5447A2B5" w14:textId="77777777" w:rsidR="001A1A49" w:rsidRPr="001A1A49" w:rsidRDefault="001A1A49" w:rsidP="001A1A49">
            <w:pPr>
              <w:spacing w:after="0" w:line="240" w:lineRule="auto"/>
              <w:rPr>
                <w:rFonts w:ascii="Arial" w:hAnsi="Arial"/>
                <w:sz w:val="9"/>
              </w:rPr>
            </w:pPr>
            <w:r>
              <w:rPr>
                <w:rFonts w:ascii="Arial" w:hAnsi="Arial"/>
                <w:sz w:val="9"/>
              </w:rPr>
              <w:t>59500.0</w:t>
            </w:r>
          </w:p>
        </w:tc>
        <w:tc>
          <w:tcPr>
            <w:tcW w:w="835" w:type="dxa"/>
            <w:tcMar>
              <w:top w:w="20" w:type="dxa"/>
              <w:left w:w="20" w:type="dxa"/>
              <w:bottom w:w="20" w:type="dxa"/>
              <w:right w:w="20" w:type="dxa"/>
            </w:tcMar>
            <w:vAlign w:val="center"/>
          </w:tcPr>
          <w:p w14:paraId="5B39E1AE" w14:textId="77777777" w:rsidR="001A1A49" w:rsidRPr="001A1A49" w:rsidRDefault="001A1A49" w:rsidP="001A1A49">
            <w:pPr>
              <w:spacing w:after="0" w:line="240" w:lineRule="auto"/>
              <w:rPr>
                <w:rFonts w:ascii="Arial" w:hAnsi="Arial"/>
                <w:sz w:val="9"/>
              </w:rPr>
            </w:pPr>
            <w:r>
              <w:rPr>
                <w:rFonts w:ascii="Arial" w:hAnsi="Arial"/>
                <w:sz w:val="9"/>
              </w:rPr>
              <w:t>595.000</w:t>
            </w:r>
          </w:p>
        </w:tc>
        <w:tc>
          <w:tcPr>
            <w:tcW w:w="1612" w:type="dxa"/>
            <w:tcMar>
              <w:top w:w="20" w:type="dxa"/>
              <w:left w:w="20" w:type="dxa"/>
              <w:bottom w:w="20" w:type="dxa"/>
              <w:right w:w="20" w:type="dxa"/>
            </w:tcMar>
            <w:vAlign w:val="center"/>
          </w:tcPr>
          <w:p w14:paraId="5693A794" w14:textId="77777777" w:rsidR="001A1A49" w:rsidRPr="001A1A49" w:rsidRDefault="001A1A49" w:rsidP="001A1A49">
            <w:pPr>
              <w:spacing w:after="0" w:line="240" w:lineRule="auto"/>
              <w:rPr>
                <w:rFonts w:ascii="Arial" w:hAnsi="Arial"/>
                <w:sz w:val="9"/>
              </w:rPr>
            </w:pPr>
            <w:r>
              <w:rPr>
                <w:rFonts w:ascii="Arial" w:hAnsi="Arial"/>
                <w:sz w:val="9"/>
              </w:rPr>
              <w:t>31°04'59"N 33°05'E</w:t>
            </w:r>
          </w:p>
        </w:tc>
        <w:tc>
          <w:tcPr>
            <w:tcW w:w="1036" w:type="dxa"/>
            <w:tcMar>
              <w:top w:w="20" w:type="dxa"/>
              <w:left w:w="20" w:type="dxa"/>
              <w:bottom w:w="20" w:type="dxa"/>
              <w:right w:w="20" w:type="dxa"/>
            </w:tcMar>
            <w:vAlign w:val="center"/>
          </w:tcPr>
          <w:p w14:paraId="3DF003B0"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3BCA5F2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DB19B2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1994F2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17D6E6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401D90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05EF1AE4" w14:textId="2E3CBD0F"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40E7455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035CE4E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1DC5CC15"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50A25F0A"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67816C81" w14:textId="77777777" w:rsidR="001A1A49" w:rsidRPr="001A1A49" w:rsidRDefault="001A1A49" w:rsidP="001A1A49">
            <w:pPr>
              <w:spacing w:after="0" w:line="240" w:lineRule="auto"/>
              <w:rPr>
                <w:rFonts w:ascii="Arial" w:hAnsi="Arial"/>
                <w:sz w:val="9"/>
              </w:rPr>
            </w:pPr>
            <w:r>
              <w:rPr>
                <w:rFonts w:ascii="Arial" w:hAnsi="Arial"/>
                <w:sz w:val="9"/>
              </w:rPr>
              <w:t>Lake Burullus</w:t>
            </w:r>
          </w:p>
        </w:tc>
        <w:tc>
          <w:tcPr>
            <w:tcW w:w="1296" w:type="dxa"/>
            <w:shd w:val="clear" w:color="auto" w:fill="F7FBFF"/>
            <w:tcMar>
              <w:top w:w="20" w:type="dxa"/>
              <w:left w:w="20" w:type="dxa"/>
              <w:bottom w:w="20" w:type="dxa"/>
              <w:right w:w="20" w:type="dxa"/>
            </w:tcMar>
            <w:vAlign w:val="center"/>
          </w:tcPr>
          <w:p w14:paraId="6B2C6CDF" w14:textId="77777777" w:rsidR="001A1A49" w:rsidRPr="001A1A49" w:rsidRDefault="001A1A49" w:rsidP="001A1A49">
            <w:pPr>
              <w:spacing w:after="0" w:line="240" w:lineRule="auto"/>
              <w:rPr>
                <w:rFonts w:ascii="Arial" w:hAnsi="Arial"/>
                <w:sz w:val="9"/>
              </w:rPr>
            </w:pPr>
            <w:r>
              <w:rPr>
                <w:rFonts w:ascii="Arial" w:hAnsi="Arial"/>
                <w:sz w:val="9"/>
              </w:rPr>
              <w:t>Egypt</w:t>
            </w:r>
          </w:p>
        </w:tc>
        <w:tc>
          <w:tcPr>
            <w:tcW w:w="835" w:type="dxa"/>
            <w:shd w:val="clear" w:color="auto" w:fill="F7FBFF"/>
            <w:tcMar>
              <w:top w:w="20" w:type="dxa"/>
              <w:left w:w="20" w:type="dxa"/>
              <w:bottom w:w="20" w:type="dxa"/>
              <w:right w:w="20" w:type="dxa"/>
            </w:tcMar>
            <w:vAlign w:val="center"/>
          </w:tcPr>
          <w:p w14:paraId="2259A950" w14:textId="77777777" w:rsidR="001A1A49" w:rsidRPr="001A1A49" w:rsidRDefault="001A1A49" w:rsidP="001A1A49">
            <w:pPr>
              <w:spacing w:after="0" w:line="240" w:lineRule="auto"/>
              <w:rPr>
                <w:rFonts w:ascii="Arial" w:hAnsi="Arial"/>
                <w:sz w:val="9"/>
              </w:rPr>
            </w:pPr>
            <w:r>
              <w:rPr>
                <w:rFonts w:ascii="Arial" w:hAnsi="Arial"/>
                <w:sz w:val="9"/>
              </w:rPr>
              <w:t>46200.0</w:t>
            </w:r>
          </w:p>
        </w:tc>
        <w:tc>
          <w:tcPr>
            <w:tcW w:w="835" w:type="dxa"/>
            <w:shd w:val="clear" w:color="auto" w:fill="F7FBFF"/>
            <w:tcMar>
              <w:top w:w="20" w:type="dxa"/>
              <w:left w:w="20" w:type="dxa"/>
              <w:bottom w:w="20" w:type="dxa"/>
              <w:right w:w="20" w:type="dxa"/>
            </w:tcMar>
            <w:vAlign w:val="center"/>
          </w:tcPr>
          <w:p w14:paraId="64C1371B" w14:textId="77777777" w:rsidR="001A1A49" w:rsidRPr="001A1A49" w:rsidRDefault="001A1A49" w:rsidP="001A1A49">
            <w:pPr>
              <w:spacing w:after="0" w:line="240" w:lineRule="auto"/>
              <w:rPr>
                <w:rFonts w:ascii="Arial" w:hAnsi="Arial"/>
                <w:sz w:val="9"/>
              </w:rPr>
            </w:pPr>
            <w:r>
              <w:rPr>
                <w:rFonts w:ascii="Arial" w:hAnsi="Arial"/>
                <w:sz w:val="9"/>
              </w:rPr>
              <w:t>462.000</w:t>
            </w:r>
          </w:p>
        </w:tc>
        <w:tc>
          <w:tcPr>
            <w:tcW w:w="1612" w:type="dxa"/>
            <w:shd w:val="clear" w:color="auto" w:fill="F7FBFF"/>
            <w:tcMar>
              <w:top w:w="20" w:type="dxa"/>
              <w:left w:w="20" w:type="dxa"/>
              <w:bottom w:w="20" w:type="dxa"/>
              <w:right w:w="20" w:type="dxa"/>
            </w:tcMar>
            <w:vAlign w:val="center"/>
          </w:tcPr>
          <w:p w14:paraId="636BE6DD" w14:textId="77777777" w:rsidR="001A1A49" w:rsidRPr="001A1A49" w:rsidRDefault="001A1A49" w:rsidP="001A1A49">
            <w:pPr>
              <w:spacing w:after="0" w:line="240" w:lineRule="auto"/>
              <w:rPr>
                <w:rFonts w:ascii="Arial" w:hAnsi="Arial"/>
                <w:sz w:val="9"/>
              </w:rPr>
            </w:pPr>
            <w:r>
              <w:rPr>
                <w:rFonts w:ascii="Arial" w:hAnsi="Arial"/>
                <w:sz w:val="9"/>
              </w:rPr>
              <w:t>31°30'N 30°49'59"E</w:t>
            </w:r>
          </w:p>
        </w:tc>
        <w:tc>
          <w:tcPr>
            <w:tcW w:w="1036" w:type="dxa"/>
            <w:shd w:val="clear" w:color="auto" w:fill="F7FBFF"/>
            <w:tcMar>
              <w:top w:w="20" w:type="dxa"/>
              <w:left w:w="20" w:type="dxa"/>
              <w:bottom w:w="20" w:type="dxa"/>
              <w:right w:w="20" w:type="dxa"/>
            </w:tcMar>
            <w:vAlign w:val="center"/>
          </w:tcPr>
          <w:p w14:paraId="2510D223"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115A4FA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50AF53D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13087E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DDB254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0B31E5A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14439E1F" w14:textId="52D18198"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0115C11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3A9C465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1842AAE2"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4A35C2EE" w14:textId="77777777" w:rsidTr="001A1A49">
        <w:trPr>
          <w:gridAfter w:val="1"/>
          <w:wAfter w:w="604" w:type="dxa"/>
          <w:jc w:val="center"/>
        </w:trPr>
        <w:tc>
          <w:tcPr>
            <w:tcW w:w="2160" w:type="dxa"/>
            <w:tcMar>
              <w:top w:w="20" w:type="dxa"/>
              <w:left w:w="20" w:type="dxa"/>
              <w:bottom w:w="20" w:type="dxa"/>
              <w:right w:w="20" w:type="dxa"/>
            </w:tcMar>
            <w:vAlign w:val="center"/>
          </w:tcPr>
          <w:p w14:paraId="0024F2A8" w14:textId="77777777" w:rsidR="001A1A49" w:rsidRPr="001A1A49" w:rsidRDefault="001A1A49" w:rsidP="001A1A49">
            <w:pPr>
              <w:spacing w:after="0" w:line="240" w:lineRule="auto"/>
              <w:rPr>
                <w:rFonts w:ascii="Arial" w:hAnsi="Arial"/>
                <w:sz w:val="9"/>
              </w:rPr>
            </w:pPr>
            <w:r>
              <w:rPr>
                <w:rFonts w:ascii="Arial" w:hAnsi="Arial"/>
                <w:sz w:val="9"/>
              </w:rPr>
              <w:t>Amvrakikos Gulf</w:t>
            </w:r>
          </w:p>
        </w:tc>
        <w:tc>
          <w:tcPr>
            <w:tcW w:w="1296" w:type="dxa"/>
            <w:tcMar>
              <w:top w:w="20" w:type="dxa"/>
              <w:left w:w="20" w:type="dxa"/>
              <w:bottom w:w="20" w:type="dxa"/>
              <w:right w:w="20" w:type="dxa"/>
            </w:tcMar>
            <w:vAlign w:val="center"/>
          </w:tcPr>
          <w:p w14:paraId="247DB95A"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tcMar>
              <w:top w:w="20" w:type="dxa"/>
              <w:left w:w="20" w:type="dxa"/>
              <w:bottom w:w="20" w:type="dxa"/>
              <w:right w:w="20" w:type="dxa"/>
            </w:tcMar>
            <w:vAlign w:val="center"/>
          </w:tcPr>
          <w:p w14:paraId="063C6C85" w14:textId="77777777" w:rsidR="001A1A49" w:rsidRPr="001A1A49" w:rsidRDefault="001A1A49" w:rsidP="001A1A49">
            <w:pPr>
              <w:spacing w:after="0" w:line="240" w:lineRule="auto"/>
              <w:rPr>
                <w:rFonts w:ascii="Arial" w:hAnsi="Arial"/>
                <w:sz w:val="9"/>
              </w:rPr>
            </w:pPr>
            <w:r>
              <w:rPr>
                <w:rFonts w:ascii="Arial" w:hAnsi="Arial"/>
                <w:sz w:val="9"/>
              </w:rPr>
              <w:t>23649.0</w:t>
            </w:r>
          </w:p>
        </w:tc>
        <w:tc>
          <w:tcPr>
            <w:tcW w:w="835" w:type="dxa"/>
            <w:tcMar>
              <w:top w:w="20" w:type="dxa"/>
              <w:left w:w="20" w:type="dxa"/>
              <w:bottom w:w="20" w:type="dxa"/>
              <w:right w:w="20" w:type="dxa"/>
            </w:tcMar>
            <w:vAlign w:val="center"/>
          </w:tcPr>
          <w:p w14:paraId="571BDC5E" w14:textId="77777777" w:rsidR="001A1A49" w:rsidRPr="001A1A49" w:rsidRDefault="001A1A49" w:rsidP="001A1A49">
            <w:pPr>
              <w:spacing w:after="0" w:line="240" w:lineRule="auto"/>
              <w:rPr>
                <w:rFonts w:ascii="Arial" w:hAnsi="Arial"/>
                <w:sz w:val="9"/>
              </w:rPr>
            </w:pPr>
            <w:r>
              <w:rPr>
                <w:rFonts w:ascii="Arial" w:hAnsi="Arial"/>
                <w:sz w:val="9"/>
              </w:rPr>
              <w:t>236.490</w:t>
            </w:r>
          </w:p>
        </w:tc>
        <w:tc>
          <w:tcPr>
            <w:tcW w:w="1612" w:type="dxa"/>
            <w:tcMar>
              <w:top w:w="20" w:type="dxa"/>
              <w:left w:w="20" w:type="dxa"/>
              <w:bottom w:w="20" w:type="dxa"/>
              <w:right w:w="20" w:type="dxa"/>
            </w:tcMar>
            <w:vAlign w:val="center"/>
          </w:tcPr>
          <w:p w14:paraId="62E1E8E0" w14:textId="77777777" w:rsidR="001A1A49" w:rsidRPr="001A1A49" w:rsidRDefault="001A1A49" w:rsidP="001A1A49">
            <w:pPr>
              <w:spacing w:after="0" w:line="240" w:lineRule="auto"/>
              <w:rPr>
                <w:rFonts w:ascii="Arial" w:hAnsi="Arial"/>
                <w:sz w:val="9"/>
              </w:rPr>
            </w:pPr>
            <w:r>
              <w:rPr>
                <w:rFonts w:ascii="Arial" w:hAnsi="Arial"/>
                <w:sz w:val="9"/>
              </w:rPr>
              <w:t>39°06'N 20°55'E</w:t>
            </w:r>
          </w:p>
        </w:tc>
        <w:tc>
          <w:tcPr>
            <w:tcW w:w="1036" w:type="dxa"/>
            <w:tcMar>
              <w:top w:w="20" w:type="dxa"/>
              <w:left w:w="20" w:type="dxa"/>
              <w:bottom w:w="20" w:type="dxa"/>
              <w:right w:w="20" w:type="dxa"/>
            </w:tcMar>
            <w:vAlign w:val="center"/>
          </w:tcPr>
          <w:p w14:paraId="62A634B6"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1D41126B"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646C66B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DAD5E2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F012E8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B627AF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2C12FBC4" w14:textId="31546620"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6F5158F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ECF79A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187B3891"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6A0D5690"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0B83FD68" w14:textId="77777777" w:rsidR="001A1A49" w:rsidRPr="001A1A49" w:rsidRDefault="001A1A49" w:rsidP="001A1A49">
            <w:pPr>
              <w:spacing w:after="0" w:line="240" w:lineRule="auto"/>
              <w:rPr>
                <w:rFonts w:ascii="Arial" w:hAnsi="Arial"/>
                <w:sz w:val="9"/>
              </w:rPr>
            </w:pPr>
            <w:r>
              <w:rPr>
                <w:rFonts w:ascii="Arial" w:hAnsi="Arial"/>
                <w:sz w:val="9"/>
              </w:rPr>
              <w:t>Axios, Loudias, Aliakmon Delta</w:t>
            </w:r>
          </w:p>
        </w:tc>
        <w:tc>
          <w:tcPr>
            <w:tcW w:w="1296" w:type="dxa"/>
            <w:shd w:val="clear" w:color="auto" w:fill="F7FBFF"/>
            <w:tcMar>
              <w:top w:w="20" w:type="dxa"/>
              <w:left w:w="20" w:type="dxa"/>
              <w:bottom w:w="20" w:type="dxa"/>
              <w:right w:w="20" w:type="dxa"/>
            </w:tcMar>
            <w:vAlign w:val="center"/>
          </w:tcPr>
          <w:p w14:paraId="619D2332"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shd w:val="clear" w:color="auto" w:fill="F7FBFF"/>
            <w:tcMar>
              <w:top w:w="20" w:type="dxa"/>
              <w:left w:w="20" w:type="dxa"/>
              <w:bottom w:w="20" w:type="dxa"/>
              <w:right w:w="20" w:type="dxa"/>
            </w:tcMar>
            <w:vAlign w:val="center"/>
          </w:tcPr>
          <w:p w14:paraId="645C19A4" w14:textId="77777777" w:rsidR="001A1A49" w:rsidRPr="001A1A49" w:rsidRDefault="001A1A49" w:rsidP="001A1A49">
            <w:pPr>
              <w:spacing w:after="0" w:line="240" w:lineRule="auto"/>
              <w:rPr>
                <w:rFonts w:ascii="Arial" w:hAnsi="Arial"/>
                <w:sz w:val="9"/>
              </w:rPr>
            </w:pPr>
            <w:r>
              <w:rPr>
                <w:rFonts w:ascii="Arial" w:hAnsi="Arial"/>
                <w:sz w:val="9"/>
              </w:rPr>
              <w:t>11808.0</w:t>
            </w:r>
          </w:p>
        </w:tc>
        <w:tc>
          <w:tcPr>
            <w:tcW w:w="835" w:type="dxa"/>
            <w:shd w:val="clear" w:color="auto" w:fill="F7FBFF"/>
            <w:tcMar>
              <w:top w:w="20" w:type="dxa"/>
              <w:left w:w="20" w:type="dxa"/>
              <w:bottom w:w="20" w:type="dxa"/>
              <w:right w:w="20" w:type="dxa"/>
            </w:tcMar>
            <w:vAlign w:val="center"/>
          </w:tcPr>
          <w:p w14:paraId="3C5098AC" w14:textId="77777777" w:rsidR="001A1A49" w:rsidRPr="001A1A49" w:rsidRDefault="001A1A49" w:rsidP="001A1A49">
            <w:pPr>
              <w:spacing w:after="0" w:line="240" w:lineRule="auto"/>
              <w:rPr>
                <w:rFonts w:ascii="Arial" w:hAnsi="Arial"/>
                <w:sz w:val="9"/>
              </w:rPr>
            </w:pPr>
            <w:r>
              <w:rPr>
                <w:rFonts w:ascii="Arial" w:hAnsi="Arial"/>
                <w:sz w:val="9"/>
              </w:rPr>
              <w:t>118.080</w:t>
            </w:r>
          </w:p>
        </w:tc>
        <w:tc>
          <w:tcPr>
            <w:tcW w:w="1612" w:type="dxa"/>
            <w:shd w:val="clear" w:color="auto" w:fill="F7FBFF"/>
            <w:tcMar>
              <w:top w:w="20" w:type="dxa"/>
              <w:left w:w="20" w:type="dxa"/>
              <w:bottom w:w="20" w:type="dxa"/>
              <w:right w:w="20" w:type="dxa"/>
            </w:tcMar>
            <w:vAlign w:val="center"/>
          </w:tcPr>
          <w:p w14:paraId="7AFDCE21" w14:textId="77777777" w:rsidR="001A1A49" w:rsidRPr="001A1A49" w:rsidRDefault="001A1A49" w:rsidP="001A1A49">
            <w:pPr>
              <w:spacing w:after="0" w:line="240" w:lineRule="auto"/>
              <w:rPr>
                <w:rFonts w:ascii="Arial" w:hAnsi="Arial"/>
                <w:sz w:val="9"/>
              </w:rPr>
            </w:pPr>
            <w:r>
              <w:rPr>
                <w:rFonts w:ascii="Arial" w:hAnsi="Arial"/>
                <w:sz w:val="9"/>
              </w:rPr>
              <w:t>40°30'N 22°42'59"E</w:t>
            </w:r>
          </w:p>
        </w:tc>
        <w:tc>
          <w:tcPr>
            <w:tcW w:w="1036" w:type="dxa"/>
            <w:shd w:val="clear" w:color="auto" w:fill="F7FBFF"/>
            <w:tcMar>
              <w:top w:w="20" w:type="dxa"/>
              <w:left w:w="20" w:type="dxa"/>
              <w:bottom w:w="20" w:type="dxa"/>
              <w:right w:w="20" w:type="dxa"/>
            </w:tcMar>
            <w:vAlign w:val="center"/>
          </w:tcPr>
          <w:p w14:paraId="3F5D6C10"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7E07717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E9898E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3F2FAD0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230D421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EADBC8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7A2591A1" w14:textId="306D1260"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0E50B57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94F5AB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782" w:type="dxa"/>
            <w:shd w:val="clear" w:color="auto" w:fill="F7FBFF"/>
            <w:tcMar>
              <w:top w:w="20" w:type="dxa"/>
              <w:left w:w="20" w:type="dxa"/>
              <w:bottom w:w="20" w:type="dxa"/>
              <w:right w:w="20" w:type="dxa"/>
            </w:tcMar>
            <w:vAlign w:val="center"/>
          </w:tcPr>
          <w:p w14:paraId="04591F2B"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0F2CE443" w14:textId="77777777" w:rsidTr="001A1A49">
        <w:trPr>
          <w:gridAfter w:val="1"/>
          <w:wAfter w:w="604" w:type="dxa"/>
          <w:jc w:val="center"/>
        </w:trPr>
        <w:tc>
          <w:tcPr>
            <w:tcW w:w="2160" w:type="dxa"/>
            <w:tcMar>
              <w:top w:w="20" w:type="dxa"/>
              <w:left w:w="20" w:type="dxa"/>
              <w:bottom w:w="20" w:type="dxa"/>
              <w:right w:w="20" w:type="dxa"/>
            </w:tcMar>
            <w:vAlign w:val="center"/>
          </w:tcPr>
          <w:p w14:paraId="1CBEB705" w14:textId="77777777" w:rsidR="001A1A49" w:rsidRPr="001A1A49" w:rsidRDefault="001A1A49" w:rsidP="001A1A49">
            <w:pPr>
              <w:spacing w:after="0" w:line="240" w:lineRule="auto"/>
              <w:rPr>
                <w:rFonts w:ascii="Arial" w:hAnsi="Arial"/>
                <w:sz w:val="9"/>
              </w:rPr>
            </w:pPr>
            <w:r>
              <w:rPr>
                <w:rFonts w:ascii="Arial" w:hAnsi="Arial"/>
                <w:sz w:val="9"/>
              </w:rPr>
              <w:t>Kotychi lagoons</w:t>
            </w:r>
          </w:p>
        </w:tc>
        <w:tc>
          <w:tcPr>
            <w:tcW w:w="1296" w:type="dxa"/>
            <w:tcMar>
              <w:top w:w="20" w:type="dxa"/>
              <w:left w:w="20" w:type="dxa"/>
              <w:bottom w:w="20" w:type="dxa"/>
              <w:right w:w="20" w:type="dxa"/>
            </w:tcMar>
            <w:vAlign w:val="center"/>
          </w:tcPr>
          <w:p w14:paraId="5B7FF316"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tcMar>
              <w:top w:w="20" w:type="dxa"/>
              <w:left w:w="20" w:type="dxa"/>
              <w:bottom w:w="20" w:type="dxa"/>
              <w:right w:w="20" w:type="dxa"/>
            </w:tcMar>
            <w:vAlign w:val="center"/>
          </w:tcPr>
          <w:p w14:paraId="569D7CA4" w14:textId="77777777" w:rsidR="001A1A49" w:rsidRPr="001A1A49" w:rsidRDefault="001A1A49" w:rsidP="001A1A49">
            <w:pPr>
              <w:spacing w:after="0" w:line="240" w:lineRule="auto"/>
              <w:rPr>
                <w:rFonts w:ascii="Arial" w:hAnsi="Arial"/>
                <w:sz w:val="9"/>
              </w:rPr>
            </w:pPr>
            <w:r>
              <w:rPr>
                <w:rFonts w:ascii="Arial" w:hAnsi="Arial"/>
                <w:sz w:val="9"/>
              </w:rPr>
              <w:t>6302.0</w:t>
            </w:r>
          </w:p>
        </w:tc>
        <w:tc>
          <w:tcPr>
            <w:tcW w:w="835" w:type="dxa"/>
            <w:tcMar>
              <w:top w:w="20" w:type="dxa"/>
              <w:left w:w="20" w:type="dxa"/>
              <w:bottom w:w="20" w:type="dxa"/>
              <w:right w:w="20" w:type="dxa"/>
            </w:tcMar>
            <w:vAlign w:val="center"/>
          </w:tcPr>
          <w:p w14:paraId="72C37DC3" w14:textId="77777777" w:rsidR="001A1A49" w:rsidRPr="001A1A49" w:rsidRDefault="001A1A49" w:rsidP="001A1A49">
            <w:pPr>
              <w:spacing w:after="0" w:line="240" w:lineRule="auto"/>
              <w:rPr>
                <w:rFonts w:ascii="Arial" w:hAnsi="Arial"/>
                <w:sz w:val="9"/>
              </w:rPr>
            </w:pPr>
            <w:r>
              <w:rPr>
                <w:rFonts w:ascii="Arial" w:hAnsi="Arial"/>
                <w:sz w:val="9"/>
              </w:rPr>
              <w:t>63.020</w:t>
            </w:r>
          </w:p>
        </w:tc>
        <w:tc>
          <w:tcPr>
            <w:tcW w:w="1612" w:type="dxa"/>
            <w:tcMar>
              <w:top w:w="20" w:type="dxa"/>
              <w:left w:w="20" w:type="dxa"/>
              <w:bottom w:w="20" w:type="dxa"/>
              <w:right w:w="20" w:type="dxa"/>
            </w:tcMar>
            <w:vAlign w:val="center"/>
          </w:tcPr>
          <w:p w14:paraId="50BC880B" w14:textId="77777777" w:rsidR="001A1A49" w:rsidRPr="001A1A49" w:rsidRDefault="001A1A49" w:rsidP="001A1A49">
            <w:pPr>
              <w:spacing w:after="0" w:line="240" w:lineRule="auto"/>
              <w:rPr>
                <w:rFonts w:ascii="Arial" w:hAnsi="Arial"/>
                <w:sz w:val="9"/>
              </w:rPr>
            </w:pPr>
            <w:r>
              <w:rPr>
                <w:rFonts w:ascii="Arial" w:hAnsi="Arial"/>
                <w:sz w:val="9"/>
              </w:rPr>
              <w:t>38°00'59"N 21°17'E</w:t>
            </w:r>
          </w:p>
        </w:tc>
        <w:tc>
          <w:tcPr>
            <w:tcW w:w="1036" w:type="dxa"/>
            <w:tcMar>
              <w:top w:w="20" w:type="dxa"/>
              <w:left w:w="20" w:type="dxa"/>
              <w:bottom w:w="20" w:type="dxa"/>
              <w:right w:w="20" w:type="dxa"/>
            </w:tcMar>
            <w:vAlign w:val="center"/>
          </w:tcPr>
          <w:p w14:paraId="21555E74"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6315479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268D96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4B68306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716F620"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6ED27B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1319FF63" w14:textId="74C05BBE"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6767334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D2650F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41FC82A6"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5C27C952"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483D9C88" w14:textId="77777777" w:rsidR="001A1A49" w:rsidRPr="001A1A49" w:rsidRDefault="001A1A49" w:rsidP="001A1A49">
            <w:pPr>
              <w:spacing w:after="0" w:line="240" w:lineRule="auto"/>
              <w:rPr>
                <w:rFonts w:ascii="Arial" w:hAnsi="Arial"/>
                <w:sz w:val="9"/>
              </w:rPr>
            </w:pPr>
            <w:r>
              <w:rPr>
                <w:rFonts w:ascii="Arial" w:hAnsi="Arial"/>
                <w:sz w:val="9"/>
              </w:rPr>
              <w:t>Lake Vistonis, Porto Lagos, Lake Ismaris &amp; adjoining lagoons</w:t>
            </w:r>
          </w:p>
        </w:tc>
        <w:tc>
          <w:tcPr>
            <w:tcW w:w="1296" w:type="dxa"/>
            <w:shd w:val="clear" w:color="auto" w:fill="F7FBFF"/>
            <w:tcMar>
              <w:top w:w="20" w:type="dxa"/>
              <w:left w:w="20" w:type="dxa"/>
              <w:bottom w:w="20" w:type="dxa"/>
              <w:right w:w="20" w:type="dxa"/>
            </w:tcMar>
            <w:vAlign w:val="center"/>
          </w:tcPr>
          <w:p w14:paraId="7EAADE1A"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shd w:val="clear" w:color="auto" w:fill="F7FBFF"/>
            <w:tcMar>
              <w:top w:w="20" w:type="dxa"/>
              <w:left w:w="20" w:type="dxa"/>
              <w:bottom w:w="20" w:type="dxa"/>
              <w:right w:w="20" w:type="dxa"/>
            </w:tcMar>
            <w:vAlign w:val="center"/>
          </w:tcPr>
          <w:p w14:paraId="7C177D55" w14:textId="77777777" w:rsidR="001A1A49" w:rsidRPr="001A1A49" w:rsidRDefault="001A1A49" w:rsidP="001A1A49">
            <w:pPr>
              <w:spacing w:after="0" w:line="240" w:lineRule="auto"/>
              <w:rPr>
                <w:rFonts w:ascii="Arial" w:hAnsi="Arial"/>
                <w:sz w:val="9"/>
              </w:rPr>
            </w:pPr>
            <w:r>
              <w:rPr>
                <w:rFonts w:ascii="Arial" w:hAnsi="Arial"/>
                <w:sz w:val="9"/>
              </w:rPr>
              <w:t>24396.0</w:t>
            </w:r>
          </w:p>
        </w:tc>
        <w:tc>
          <w:tcPr>
            <w:tcW w:w="835" w:type="dxa"/>
            <w:shd w:val="clear" w:color="auto" w:fill="F7FBFF"/>
            <w:tcMar>
              <w:top w:w="20" w:type="dxa"/>
              <w:left w:w="20" w:type="dxa"/>
              <w:bottom w:w="20" w:type="dxa"/>
              <w:right w:w="20" w:type="dxa"/>
            </w:tcMar>
            <w:vAlign w:val="center"/>
          </w:tcPr>
          <w:p w14:paraId="2C3029AE" w14:textId="77777777" w:rsidR="001A1A49" w:rsidRPr="001A1A49" w:rsidRDefault="001A1A49" w:rsidP="001A1A49">
            <w:pPr>
              <w:spacing w:after="0" w:line="240" w:lineRule="auto"/>
              <w:rPr>
                <w:rFonts w:ascii="Arial" w:hAnsi="Arial"/>
                <w:sz w:val="9"/>
              </w:rPr>
            </w:pPr>
            <w:r>
              <w:rPr>
                <w:rFonts w:ascii="Arial" w:hAnsi="Arial"/>
                <w:sz w:val="9"/>
              </w:rPr>
              <w:t>243.960</w:t>
            </w:r>
          </w:p>
        </w:tc>
        <w:tc>
          <w:tcPr>
            <w:tcW w:w="1612" w:type="dxa"/>
            <w:shd w:val="clear" w:color="auto" w:fill="F7FBFF"/>
            <w:tcMar>
              <w:top w:w="20" w:type="dxa"/>
              <w:left w:w="20" w:type="dxa"/>
              <w:bottom w:w="20" w:type="dxa"/>
              <w:right w:w="20" w:type="dxa"/>
            </w:tcMar>
            <w:vAlign w:val="center"/>
          </w:tcPr>
          <w:p w14:paraId="4EBBBF2B" w14:textId="77777777" w:rsidR="001A1A49" w:rsidRPr="001A1A49" w:rsidRDefault="001A1A49" w:rsidP="001A1A49">
            <w:pPr>
              <w:spacing w:after="0" w:line="240" w:lineRule="auto"/>
              <w:rPr>
                <w:rFonts w:ascii="Arial" w:hAnsi="Arial"/>
                <w:sz w:val="9"/>
              </w:rPr>
            </w:pPr>
            <w:r>
              <w:rPr>
                <w:rFonts w:ascii="Arial" w:hAnsi="Arial"/>
                <w:sz w:val="9"/>
              </w:rPr>
              <w:t>41°03'N 25°11'E</w:t>
            </w:r>
          </w:p>
        </w:tc>
        <w:tc>
          <w:tcPr>
            <w:tcW w:w="1036" w:type="dxa"/>
            <w:shd w:val="clear" w:color="auto" w:fill="F7FBFF"/>
            <w:tcMar>
              <w:top w:w="20" w:type="dxa"/>
              <w:left w:w="20" w:type="dxa"/>
              <w:bottom w:w="20" w:type="dxa"/>
              <w:right w:w="20" w:type="dxa"/>
            </w:tcMar>
            <w:vAlign w:val="center"/>
          </w:tcPr>
          <w:p w14:paraId="3CC2D5A2"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198A8AC2"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72FA055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CAB1A9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B28F4B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D41F2A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66075532" w14:textId="318FCAA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425C5FA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CCEEA4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58FF7B3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3DCBB6AA" w14:textId="77777777" w:rsidTr="001A1A49">
        <w:trPr>
          <w:gridAfter w:val="1"/>
          <w:wAfter w:w="604" w:type="dxa"/>
          <w:jc w:val="center"/>
        </w:trPr>
        <w:tc>
          <w:tcPr>
            <w:tcW w:w="2160" w:type="dxa"/>
            <w:tcMar>
              <w:top w:w="20" w:type="dxa"/>
              <w:left w:w="20" w:type="dxa"/>
              <w:bottom w:w="20" w:type="dxa"/>
              <w:right w:w="20" w:type="dxa"/>
            </w:tcMar>
            <w:vAlign w:val="center"/>
          </w:tcPr>
          <w:p w14:paraId="7D6339C9" w14:textId="77777777" w:rsidR="001A1A49" w:rsidRPr="001A1A49" w:rsidRDefault="001A1A49" w:rsidP="001A1A49">
            <w:pPr>
              <w:spacing w:after="0" w:line="240" w:lineRule="auto"/>
              <w:rPr>
                <w:rFonts w:ascii="Arial" w:hAnsi="Arial"/>
                <w:sz w:val="9"/>
              </w:rPr>
            </w:pPr>
            <w:r>
              <w:rPr>
                <w:rFonts w:ascii="Arial" w:hAnsi="Arial"/>
                <w:sz w:val="9"/>
              </w:rPr>
              <w:t>Lakes Volvi &amp; Koronia</w:t>
            </w:r>
          </w:p>
        </w:tc>
        <w:tc>
          <w:tcPr>
            <w:tcW w:w="1296" w:type="dxa"/>
            <w:tcMar>
              <w:top w:w="20" w:type="dxa"/>
              <w:left w:w="20" w:type="dxa"/>
              <w:bottom w:w="20" w:type="dxa"/>
              <w:right w:w="20" w:type="dxa"/>
            </w:tcMar>
            <w:vAlign w:val="center"/>
          </w:tcPr>
          <w:p w14:paraId="62ACBC8B"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tcMar>
              <w:top w:w="20" w:type="dxa"/>
              <w:left w:w="20" w:type="dxa"/>
              <w:bottom w:w="20" w:type="dxa"/>
              <w:right w:w="20" w:type="dxa"/>
            </w:tcMar>
            <w:vAlign w:val="center"/>
          </w:tcPr>
          <w:p w14:paraId="17CA0953" w14:textId="77777777" w:rsidR="001A1A49" w:rsidRPr="001A1A49" w:rsidRDefault="001A1A49" w:rsidP="001A1A49">
            <w:pPr>
              <w:spacing w:after="0" w:line="240" w:lineRule="auto"/>
              <w:rPr>
                <w:rFonts w:ascii="Arial" w:hAnsi="Arial"/>
                <w:sz w:val="9"/>
              </w:rPr>
            </w:pPr>
            <w:r>
              <w:rPr>
                <w:rFonts w:ascii="Arial" w:hAnsi="Arial"/>
                <w:sz w:val="9"/>
              </w:rPr>
              <w:t>16388.0</w:t>
            </w:r>
          </w:p>
        </w:tc>
        <w:tc>
          <w:tcPr>
            <w:tcW w:w="835" w:type="dxa"/>
            <w:tcMar>
              <w:top w:w="20" w:type="dxa"/>
              <w:left w:w="20" w:type="dxa"/>
              <w:bottom w:w="20" w:type="dxa"/>
              <w:right w:w="20" w:type="dxa"/>
            </w:tcMar>
            <w:vAlign w:val="center"/>
          </w:tcPr>
          <w:p w14:paraId="3CD46D0D" w14:textId="77777777" w:rsidR="001A1A49" w:rsidRPr="001A1A49" w:rsidRDefault="001A1A49" w:rsidP="001A1A49">
            <w:pPr>
              <w:spacing w:after="0" w:line="240" w:lineRule="auto"/>
              <w:rPr>
                <w:rFonts w:ascii="Arial" w:hAnsi="Arial"/>
                <w:sz w:val="9"/>
              </w:rPr>
            </w:pPr>
            <w:r>
              <w:rPr>
                <w:rFonts w:ascii="Arial" w:hAnsi="Arial"/>
                <w:sz w:val="9"/>
              </w:rPr>
              <w:t>163.880</w:t>
            </w:r>
          </w:p>
        </w:tc>
        <w:tc>
          <w:tcPr>
            <w:tcW w:w="1612" w:type="dxa"/>
            <w:tcMar>
              <w:top w:w="20" w:type="dxa"/>
              <w:left w:w="20" w:type="dxa"/>
              <w:bottom w:w="20" w:type="dxa"/>
              <w:right w:w="20" w:type="dxa"/>
            </w:tcMar>
            <w:vAlign w:val="center"/>
          </w:tcPr>
          <w:p w14:paraId="3C685288" w14:textId="77777777" w:rsidR="001A1A49" w:rsidRPr="001A1A49" w:rsidRDefault="001A1A49" w:rsidP="001A1A49">
            <w:pPr>
              <w:spacing w:after="0" w:line="240" w:lineRule="auto"/>
              <w:rPr>
                <w:rFonts w:ascii="Arial" w:hAnsi="Arial"/>
                <w:sz w:val="9"/>
              </w:rPr>
            </w:pPr>
            <w:r>
              <w:rPr>
                <w:rFonts w:ascii="Arial" w:hAnsi="Arial"/>
                <w:sz w:val="9"/>
              </w:rPr>
              <w:t>40°40'59"N 23°19'59"E</w:t>
            </w:r>
          </w:p>
        </w:tc>
        <w:tc>
          <w:tcPr>
            <w:tcW w:w="1036" w:type="dxa"/>
            <w:tcMar>
              <w:top w:w="20" w:type="dxa"/>
              <w:left w:w="20" w:type="dxa"/>
              <w:bottom w:w="20" w:type="dxa"/>
              <w:right w:w="20" w:type="dxa"/>
            </w:tcMar>
            <w:vAlign w:val="center"/>
          </w:tcPr>
          <w:p w14:paraId="035A8AB6"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438823E9"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8D6798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3701591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9C34C1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44A5FC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14482357" w14:textId="40188CBE"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2E808B3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46A535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4E0C0294"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1BFD0A90"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4B2B7BDD" w14:textId="77777777" w:rsidR="001A1A49" w:rsidRPr="001A1A49" w:rsidRDefault="001A1A49" w:rsidP="001A1A49">
            <w:pPr>
              <w:spacing w:after="0" w:line="240" w:lineRule="auto"/>
              <w:rPr>
                <w:rFonts w:ascii="Arial" w:hAnsi="Arial"/>
                <w:sz w:val="9"/>
              </w:rPr>
            </w:pPr>
            <w:r>
              <w:rPr>
                <w:rFonts w:ascii="Arial" w:hAnsi="Arial"/>
                <w:sz w:val="9"/>
              </w:rPr>
              <w:t>Messolonghi lagoons</w:t>
            </w:r>
          </w:p>
        </w:tc>
        <w:tc>
          <w:tcPr>
            <w:tcW w:w="1296" w:type="dxa"/>
            <w:shd w:val="clear" w:color="auto" w:fill="F7FBFF"/>
            <w:tcMar>
              <w:top w:w="20" w:type="dxa"/>
              <w:left w:w="20" w:type="dxa"/>
              <w:bottom w:w="20" w:type="dxa"/>
              <w:right w:w="20" w:type="dxa"/>
            </w:tcMar>
            <w:vAlign w:val="center"/>
          </w:tcPr>
          <w:p w14:paraId="5E3B9A89"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shd w:val="clear" w:color="auto" w:fill="F7FBFF"/>
            <w:tcMar>
              <w:top w:w="20" w:type="dxa"/>
              <w:left w:w="20" w:type="dxa"/>
              <w:bottom w:w="20" w:type="dxa"/>
              <w:right w:w="20" w:type="dxa"/>
            </w:tcMar>
            <w:vAlign w:val="center"/>
          </w:tcPr>
          <w:p w14:paraId="2FA45E06" w14:textId="77777777" w:rsidR="001A1A49" w:rsidRPr="001A1A49" w:rsidRDefault="001A1A49" w:rsidP="001A1A49">
            <w:pPr>
              <w:spacing w:after="0" w:line="240" w:lineRule="auto"/>
              <w:rPr>
                <w:rFonts w:ascii="Arial" w:hAnsi="Arial"/>
                <w:sz w:val="9"/>
              </w:rPr>
            </w:pPr>
            <w:r>
              <w:rPr>
                <w:rFonts w:ascii="Arial" w:hAnsi="Arial"/>
                <w:sz w:val="9"/>
              </w:rPr>
              <w:t>33687.0</w:t>
            </w:r>
          </w:p>
        </w:tc>
        <w:tc>
          <w:tcPr>
            <w:tcW w:w="835" w:type="dxa"/>
            <w:shd w:val="clear" w:color="auto" w:fill="F7FBFF"/>
            <w:tcMar>
              <w:top w:w="20" w:type="dxa"/>
              <w:left w:w="20" w:type="dxa"/>
              <w:bottom w:w="20" w:type="dxa"/>
              <w:right w:w="20" w:type="dxa"/>
            </w:tcMar>
            <w:vAlign w:val="center"/>
          </w:tcPr>
          <w:p w14:paraId="4FB7E75E" w14:textId="77777777" w:rsidR="001A1A49" w:rsidRPr="001A1A49" w:rsidRDefault="001A1A49" w:rsidP="001A1A49">
            <w:pPr>
              <w:spacing w:after="0" w:line="240" w:lineRule="auto"/>
              <w:rPr>
                <w:rFonts w:ascii="Arial" w:hAnsi="Arial"/>
                <w:sz w:val="9"/>
              </w:rPr>
            </w:pPr>
            <w:r>
              <w:rPr>
                <w:rFonts w:ascii="Arial" w:hAnsi="Arial"/>
                <w:sz w:val="9"/>
              </w:rPr>
              <w:t>336.870</w:t>
            </w:r>
          </w:p>
        </w:tc>
        <w:tc>
          <w:tcPr>
            <w:tcW w:w="1612" w:type="dxa"/>
            <w:shd w:val="clear" w:color="auto" w:fill="F7FBFF"/>
            <w:tcMar>
              <w:top w:w="20" w:type="dxa"/>
              <w:left w:w="20" w:type="dxa"/>
              <w:bottom w:w="20" w:type="dxa"/>
              <w:right w:w="20" w:type="dxa"/>
            </w:tcMar>
            <w:vAlign w:val="center"/>
          </w:tcPr>
          <w:p w14:paraId="5D33DD29" w14:textId="77777777" w:rsidR="001A1A49" w:rsidRPr="001A1A49" w:rsidRDefault="001A1A49" w:rsidP="001A1A49">
            <w:pPr>
              <w:spacing w:after="0" w:line="240" w:lineRule="auto"/>
              <w:rPr>
                <w:rFonts w:ascii="Arial" w:hAnsi="Arial"/>
                <w:sz w:val="9"/>
              </w:rPr>
            </w:pPr>
            <w:r>
              <w:rPr>
                <w:rFonts w:ascii="Arial" w:hAnsi="Arial"/>
                <w:sz w:val="9"/>
              </w:rPr>
              <w:t>38°20'N 21°15'E</w:t>
            </w:r>
          </w:p>
        </w:tc>
        <w:tc>
          <w:tcPr>
            <w:tcW w:w="1036" w:type="dxa"/>
            <w:shd w:val="clear" w:color="auto" w:fill="F7FBFF"/>
            <w:tcMar>
              <w:top w:w="20" w:type="dxa"/>
              <w:left w:w="20" w:type="dxa"/>
              <w:bottom w:w="20" w:type="dxa"/>
              <w:right w:w="20" w:type="dxa"/>
            </w:tcMar>
            <w:vAlign w:val="center"/>
          </w:tcPr>
          <w:p w14:paraId="1DF5455A"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6572406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B1E47F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3BB118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A9BBF82" w14:textId="0C8AE661"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40EADC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422E6791" w14:textId="034C16F6"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0947F43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2870302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72F42A06"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4F64EDB" w14:textId="77777777" w:rsidTr="001A1A49">
        <w:trPr>
          <w:gridAfter w:val="1"/>
          <w:wAfter w:w="604" w:type="dxa"/>
          <w:jc w:val="center"/>
        </w:trPr>
        <w:tc>
          <w:tcPr>
            <w:tcW w:w="2160" w:type="dxa"/>
            <w:tcMar>
              <w:top w:w="20" w:type="dxa"/>
              <w:left w:w="20" w:type="dxa"/>
              <w:bottom w:w="20" w:type="dxa"/>
              <w:right w:w="20" w:type="dxa"/>
            </w:tcMar>
            <w:vAlign w:val="center"/>
          </w:tcPr>
          <w:p w14:paraId="558AFCD2" w14:textId="77777777" w:rsidR="001A1A49" w:rsidRPr="001A1A49" w:rsidRDefault="001A1A49" w:rsidP="001A1A49">
            <w:pPr>
              <w:spacing w:after="0" w:line="240" w:lineRule="auto"/>
              <w:rPr>
                <w:rFonts w:ascii="Arial" w:hAnsi="Arial"/>
                <w:sz w:val="9"/>
              </w:rPr>
            </w:pPr>
            <w:r>
              <w:rPr>
                <w:rFonts w:ascii="Arial" w:hAnsi="Arial"/>
                <w:sz w:val="9"/>
              </w:rPr>
              <w:t>Nestos delta &amp; adjoining lagoons</w:t>
            </w:r>
          </w:p>
        </w:tc>
        <w:tc>
          <w:tcPr>
            <w:tcW w:w="1296" w:type="dxa"/>
            <w:tcMar>
              <w:top w:w="20" w:type="dxa"/>
              <w:left w:w="20" w:type="dxa"/>
              <w:bottom w:w="20" w:type="dxa"/>
              <w:right w:w="20" w:type="dxa"/>
            </w:tcMar>
            <w:vAlign w:val="center"/>
          </w:tcPr>
          <w:p w14:paraId="5011DB35" w14:textId="77777777" w:rsidR="001A1A49" w:rsidRPr="001A1A49" w:rsidRDefault="001A1A49" w:rsidP="001A1A49">
            <w:pPr>
              <w:spacing w:after="0" w:line="240" w:lineRule="auto"/>
              <w:rPr>
                <w:rFonts w:ascii="Arial" w:hAnsi="Arial"/>
                <w:sz w:val="9"/>
              </w:rPr>
            </w:pPr>
            <w:r>
              <w:rPr>
                <w:rFonts w:ascii="Arial" w:hAnsi="Arial"/>
                <w:sz w:val="9"/>
              </w:rPr>
              <w:t>Greece</w:t>
            </w:r>
          </w:p>
        </w:tc>
        <w:tc>
          <w:tcPr>
            <w:tcW w:w="835" w:type="dxa"/>
            <w:tcMar>
              <w:top w:w="20" w:type="dxa"/>
              <w:left w:w="20" w:type="dxa"/>
              <w:bottom w:w="20" w:type="dxa"/>
              <w:right w:w="20" w:type="dxa"/>
            </w:tcMar>
            <w:vAlign w:val="center"/>
          </w:tcPr>
          <w:p w14:paraId="58134EB4" w14:textId="77777777" w:rsidR="001A1A49" w:rsidRPr="001A1A49" w:rsidRDefault="001A1A49" w:rsidP="001A1A49">
            <w:pPr>
              <w:spacing w:after="0" w:line="240" w:lineRule="auto"/>
              <w:rPr>
                <w:rFonts w:ascii="Arial" w:hAnsi="Arial"/>
                <w:sz w:val="9"/>
              </w:rPr>
            </w:pPr>
            <w:r>
              <w:rPr>
                <w:rFonts w:ascii="Arial" w:hAnsi="Arial"/>
                <w:sz w:val="9"/>
              </w:rPr>
              <w:t>21930.0</w:t>
            </w:r>
          </w:p>
        </w:tc>
        <w:tc>
          <w:tcPr>
            <w:tcW w:w="835" w:type="dxa"/>
            <w:tcMar>
              <w:top w:w="20" w:type="dxa"/>
              <w:left w:w="20" w:type="dxa"/>
              <w:bottom w:w="20" w:type="dxa"/>
              <w:right w:w="20" w:type="dxa"/>
            </w:tcMar>
            <w:vAlign w:val="center"/>
          </w:tcPr>
          <w:p w14:paraId="77BF300C" w14:textId="77777777" w:rsidR="001A1A49" w:rsidRPr="001A1A49" w:rsidRDefault="001A1A49" w:rsidP="001A1A49">
            <w:pPr>
              <w:spacing w:after="0" w:line="240" w:lineRule="auto"/>
              <w:rPr>
                <w:rFonts w:ascii="Arial" w:hAnsi="Arial"/>
                <w:sz w:val="9"/>
              </w:rPr>
            </w:pPr>
            <w:r>
              <w:rPr>
                <w:rFonts w:ascii="Arial" w:hAnsi="Arial"/>
                <w:sz w:val="9"/>
              </w:rPr>
              <w:t>219.300</w:t>
            </w:r>
          </w:p>
        </w:tc>
        <w:tc>
          <w:tcPr>
            <w:tcW w:w="1612" w:type="dxa"/>
            <w:tcMar>
              <w:top w:w="20" w:type="dxa"/>
              <w:left w:w="20" w:type="dxa"/>
              <w:bottom w:w="20" w:type="dxa"/>
              <w:right w:w="20" w:type="dxa"/>
            </w:tcMar>
            <w:vAlign w:val="center"/>
          </w:tcPr>
          <w:p w14:paraId="7CA32255" w14:textId="77777777" w:rsidR="001A1A49" w:rsidRPr="001A1A49" w:rsidRDefault="001A1A49" w:rsidP="001A1A49">
            <w:pPr>
              <w:spacing w:after="0" w:line="240" w:lineRule="auto"/>
              <w:rPr>
                <w:rFonts w:ascii="Arial" w:hAnsi="Arial"/>
                <w:sz w:val="9"/>
              </w:rPr>
            </w:pPr>
            <w:r>
              <w:rPr>
                <w:rFonts w:ascii="Arial" w:hAnsi="Arial"/>
                <w:sz w:val="9"/>
              </w:rPr>
              <w:t>40°54'N 24°47'E</w:t>
            </w:r>
          </w:p>
        </w:tc>
        <w:tc>
          <w:tcPr>
            <w:tcW w:w="1036" w:type="dxa"/>
            <w:tcMar>
              <w:top w:w="20" w:type="dxa"/>
              <w:left w:w="20" w:type="dxa"/>
              <w:bottom w:w="20" w:type="dxa"/>
              <w:right w:w="20" w:type="dxa"/>
            </w:tcMar>
            <w:vAlign w:val="center"/>
          </w:tcPr>
          <w:p w14:paraId="70E38426"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63518D34"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4AA2F73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8F274A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3871568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F112D3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00FF9AD4" w14:textId="01D2257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68E36B6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79BB3E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2B5131F5"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D128990"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583C1301" w14:textId="77777777" w:rsidR="001A1A49" w:rsidRPr="001A1A49" w:rsidRDefault="001A1A49" w:rsidP="001A1A49">
            <w:pPr>
              <w:spacing w:after="0" w:line="240" w:lineRule="auto"/>
              <w:rPr>
                <w:rFonts w:ascii="Arial" w:hAnsi="Arial"/>
                <w:sz w:val="9"/>
              </w:rPr>
            </w:pPr>
            <w:r w:rsidRPr="001A1A49">
              <w:rPr>
                <w:rFonts w:ascii="Arial" w:hAnsi="Arial"/>
                <w:sz w:val="9"/>
              </w:rPr>
              <w:t>Parque Nacional Laguna del Tigre</w:t>
            </w:r>
          </w:p>
        </w:tc>
        <w:tc>
          <w:tcPr>
            <w:tcW w:w="1296" w:type="dxa"/>
            <w:shd w:val="clear" w:color="auto" w:fill="F7FBFF"/>
            <w:tcMar>
              <w:top w:w="20" w:type="dxa"/>
              <w:left w:w="20" w:type="dxa"/>
              <w:bottom w:w="20" w:type="dxa"/>
              <w:right w:w="20" w:type="dxa"/>
            </w:tcMar>
            <w:vAlign w:val="center"/>
          </w:tcPr>
          <w:p w14:paraId="13B1F957" w14:textId="77777777" w:rsidR="001A1A49" w:rsidRPr="001A1A49" w:rsidRDefault="001A1A49" w:rsidP="001A1A49">
            <w:pPr>
              <w:spacing w:after="0" w:line="240" w:lineRule="auto"/>
              <w:rPr>
                <w:rFonts w:ascii="Arial" w:hAnsi="Arial"/>
                <w:sz w:val="9"/>
              </w:rPr>
            </w:pPr>
            <w:r>
              <w:rPr>
                <w:rFonts w:ascii="Arial" w:hAnsi="Arial"/>
                <w:sz w:val="9"/>
              </w:rPr>
              <w:t>Guatemala</w:t>
            </w:r>
          </w:p>
        </w:tc>
        <w:tc>
          <w:tcPr>
            <w:tcW w:w="835" w:type="dxa"/>
            <w:shd w:val="clear" w:color="auto" w:fill="F7FBFF"/>
            <w:tcMar>
              <w:top w:w="20" w:type="dxa"/>
              <w:left w:w="20" w:type="dxa"/>
              <w:bottom w:w="20" w:type="dxa"/>
              <w:right w:w="20" w:type="dxa"/>
            </w:tcMar>
            <w:vAlign w:val="center"/>
          </w:tcPr>
          <w:p w14:paraId="2DB72844" w14:textId="77777777" w:rsidR="001A1A49" w:rsidRPr="001A1A49" w:rsidRDefault="001A1A49" w:rsidP="001A1A49">
            <w:pPr>
              <w:spacing w:after="0" w:line="240" w:lineRule="auto"/>
              <w:rPr>
                <w:rFonts w:ascii="Arial" w:hAnsi="Arial"/>
                <w:sz w:val="9"/>
              </w:rPr>
            </w:pPr>
            <w:r>
              <w:rPr>
                <w:rFonts w:ascii="Arial" w:hAnsi="Arial"/>
                <w:sz w:val="9"/>
              </w:rPr>
              <w:t>335080.0</w:t>
            </w:r>
          </w:p>
        </w:tc>
        <w:tc>
          <w:tcPr>
            <w:tcW w:w="835" w:type="dxa"/>
            <w:shd w:val="clear" w:color="auto" w:fill="F7FBFF"/>
            <w:tcMar>
              <w:top w:w="20" w:type="dxa"/>
              <w:left w:w="20" w:type="dxa"/>
              <w:bottom w:w="20" w:type="dxa"/>
              <w:right w:w="20" w:type="dxa"/>
            </w:tcMar>
            <w:vAlign w:val="center"/>
          </w:tcPr>
          <w:p w14:paraId="6690923E" w14:textId="77777777" w:rsidR="001A1A49" w:rsidRPr="001A1A49" w:rsidRDefault="001A1A49" w:rsidP="001A1A49">
            <w:pPr>
              <w:spacing w:after="0" w:line="240" w:lineRule="auto"/>
              <w:rPr>
                <w:rFonts w:ascii="Arial" w:hAnsi="Arial"/>
                <w:sz w:val="9"/>
              </w:rPr>
            </w:pPr>
            <w:r>
              <w:rPr>
                <w:rFonts w:ascii="Arial" w:hAnsi="Arial"/>
                <w:sz w:val="9"/>
              </w:rPr>
              <w:t>3350.800</w:t>
            </w:r>
          </w:p>
        </w:tc>
        <w:tc>
          <w:tcPr>
            <w:tcW w:w="1612" w:type="dxa"/>
            <w:shd w:val="clear" w:color="auto" w:fill="F7FBFF"/>
            <w:tcMar>
              <w:top w:w="20" w:type="dxa"/>
              <w:left w:w="20" w:type="dxa"/>
              <w:bottom w:w="20" w:type="dxa"/>
              <w:right w:w="20" w:type="dxa"/>
            </w:tcMar>
            <w:vAlign w:val="center"/>
          </w:tcPr>
          <w:p w14:paraId="534730AF" w14:textId="77777777" w:rsidR="001A1A49" w:rsidRPr="001A1A49" w:rsidRDefault="001A1A49" w:rsidP="001A1A49">
            <w:pPr>
              <w:spacing w:after="0" w:line="240" w:lineRule="auto"/>
              <w:rPr>
                <w:rFonts w:ascii="Arial" w:hAnsi="Arial"/>
                <w:sz w:val="9"/>
              </w:rPr>
            </w:pPr>
            <w:r>
              <w:rPr>
                <w:rFonts w:ascii="Arial" w:hAnsi="Arial"/>
                <w:sz w:val="9"/>
              </w:rPr>
              <w:t>17°27'N 90°51'59"W</w:t>
            </w:r>
          </w:p>
        </w:tc>
        <w:tc>
          <w:tcPr>
            <w:tcW w:w="1036" w:type="dxa"/>
            <w:shd w:val="clear" w:color="auto" w:fill="F7FBFF"/>
            <w:tcMar>
              <w:top w:w="20" w:type="dxa"/>
              <w:left w:w="20" w:type="dxa"/>
              <w:bottom w:w="20" w:type="dxa"/>
              <w:right w:w="20" w:type="dxa"/>
            </w:tcMar>
            <w:vAlign w:val="center"/>
          </w:tcPr>
          <w:p w14:paraId="08DC6F82"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shd w:val="clear" w:color="auto" w:fill="F7FBFF"/>
            <w:tcMar>
              <w:top w:w="20" w:type="dxa"/>
              <w:left w:w="20" w:type="dxa"/>
              <w:bottom w:w="20" w:type="dxa"/>
              <w:right w:w="20" w:type="dxa"/>
            </w:tcMar>
            <w:vAlign w:val="center"/>
          </w:tcPr>
          <w:p w14:paraId="0BAE81B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0B2A81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20E6473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D46641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507B9EA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318238A5" w14:textId="0C9C6D0D" w:rsidR="001A1A49" w:rsidRPr="001A1A49" w:rsidRDefault="001A1A49" w:rsidP="001A1A49">
            <w:pPr>
              <w:spacing w:after="0" w:line="240" w:lineRule="auto"/>
              <w:rPr>
                <w:rFonts w:ascii="Arial" w:hAnsi="Arial"/>
                <w:sz w:val="9"/>
              </w:rPr>
            </w:pPr>
            <w:r w:rsidRPr="001A1A49">
              <w:rPr>
                <w:rFonts w:ascii="Arial" w:hAnsi="Arial"/>
                <w:sz w:val="9"/>
              </w:rPr>
              <w:t>Not processed</w:t>
            </w:r>
          </w:p>
        </w:tc>
        <w:tc>
          <w:tcPr>
            <w:tcW w:w="691" w:type="dxa"/>
            <w:shd w:val="clear" w:color="auto" w:fill="F7FBFF"/>
            <w:tcMar>
              <w:top w:w="20" w:type="dxa"/>
              <w:left w:w="20" w:type="dxa"/>
              <w:bottom w:w="20" w:type="dxa"/>
              <w:right w:w="20" w:type="dxa"/>
            </w:tcMar>
            <w:vAlign w:val="center"/>
          </w:tcPr>
          <w:p w14:paraId="6BC3F2D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7475D2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67CE36A0"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10444BCE" w14:textId="77777777" w:rsidTr="001A1A49">
        <w:trPr>
          <w:gridAfter w:val="1"/>
          <w:wAfter w:w="604" w:type="dxa"/>
          <w:jc w:val="center"/>
        </w:trPr>
        <w:tc>
          <w:tcPr>
            <w:tcW w:w="2160" w:type="dxa"/>
            <w:tcMar>
              <w:top w:w="20" w:type="dxa"/>
              <w:left w:w="20" w:type="dxa"/>
              <w:bottom w:w="20" w:type="dxa"/>
              <w:right w:w="20" w:type="dxa"/>
            </w:tcMar>
            <w:vAlign w:val="center"/>
          </w:tcPr>
          <w:p w14:paraId="7B3459A9" w14:textId="77777777" w:rsidR="001A1A49" w:rsidRPr="001A1A49" w:rsidRDefault="001A1A49" w:rsidP="001A1A49">
            <w:pPr>
              <w:spacing w:after="0" w:line="240" w:lineRule="auto"/>
              <w:rPr>
                <w:rFonts w:ascii="Arial" w:hAnsi="Arial"/>
                <w:sz w:val="9"/>
              </w:rPr>
            </w:pPr>
            <w:r>
              <w:rPr>
                <w:rFonts w:ascii="Arial" w:hAnsi="Arial"/>
                <w:sz w:val="9"/>
              </w:rPr>
              <w:t>Keoladeo National Park</w:t>
            </w:r>
          </w:p>
        </w:tc>
        <w:tc>
          <w:tcPr>
            <w:tcW w:w="1296" w:type="dxa"/>
            <w:tcMar>
              <w:top w:w="20" w:type="dxa"/>
              <w:left w:w="20" w:type="dxa"/>
              <w:bottom w:w="20" w:type="dxa"/>
              <w:right w:w="20" w:type="dxa"/>
            </w:tcMar>
            <w:vAlign w:val="center"/>
          </w:tcPr>
          <w:p w14:paraId="2260AE72" w14:textId="77777777" w:rsidR="001A1A49" w:rsidRPr="001A1A49" w:rsidRDefault="001A1A49" w:rsidP="001A1A49">
            <w:pPr>
              <w:spacing w:after="0" w:line="240" w:lineRule="auto"/>
              <w:rPr>
                <w:rFonts w:ascii="Arial" w:hAnsi="Arial"/>
                <w:sz w:val="9"/>
              </w:rPr>
            </w:pPr>
            <w:r>
              <w:rPr>
                <w:rFonts w:ascii="Arial" w:hAnsi="Arial"/>
                <w:sz w:val="9"/>
              </w:rPr>
              <w:t>India</w:t>
            </w:r>
          </w:p>
        </w:tc>
        <w:tc>
          <w:tcPr>
            <w:tcW w:w="835" w:type="dxa"/>
            <w:tcMar>
              <w:top w:w="20" w:type="dxa"/>
              <w:left w:w="20" w:type="dxa"/>
              <w:bottom w:w="20" w:type="dxa"/>
              <w:right w:w="20" w:type="dxa"/>
            </w:tcMar>
            <w:vAlign w:val="center"/>
          </w:tcPr>
          <w:p w14:paraId="7210FD3D" w14:textId="77777777" w:rsidR="001A1A49" w:rsidRPr="001A1A49" w:rsidRDefault="001A1A49" w:rsidP="001A1A49">
            <w:pPr>
              <w:spacing w:after="0" w:line="240" w:lineRule="auto"/>
              <w:rPr>
                <w:rFonts w:ascii="Arial" w:hAnsi="Arial"/>
                <w:sz w:val="9"/>
              </w:rPr>
            </w:pPr>
            <w:r>
              <w:rPr>
                <w:rFonts w:ascii="Arial" w:hAnsi="Arial"/>
                <w:sz w:val="9"/>
              </w:rPr>
              <w:t>2873.0</w:t>
            </w:r>
          </w:p>
        </w:tc>
        <w:tc>
          <w:tcPr>
            <w:tcW w:w="835" w:type="dxa"/>
            <w:tcMar>
              <w:top w:w="20" w:type="dxa"/>
              <w:left w:w="20" w:type="dxa"/>
              <w:bottom w:w="20" w:type="dxa"/>
              <w:right w:w="20" w:type="dxa"/>
            </w:tcMar>
            <w:vAlign w:val="center"/>
          </w:tcPr>
          <w:p w14:paraId="10D00559" w14:textId="77777777" w:rsidR="001A1A49" w:rsidRPr="001A1A49" w:rsidRDefault="001A1A49" w:rsidP="001A1A49">
            <w:pPr>
              <w:spacing w:after="0" w:line="240" w:lineRule="auto"/>
              <w:rPr>
                <w:rFonts w:ascii="Arial" w:hAnsi="Arial"/>
                <w:sz w:val="9"/>
              </w:rPr>
            </w:pPr>
            <w:r>
              <w:rPr>
                <w:rFonts w:ascii="Arial" w:hAnsi="Arial"/>
                <w:sz w:val="9"/>
              </w:rPr>
              <w:t>28.730</w:t>
            </w:r>
          </w:p>
        </w:tc>
        <w:tc>
          <w:tcPr>
            <w:tcW w:w="1612" w:type="dxa"/>
            <w:tcMar>
              <w:top w:w="20" w:type="dxa"/>
              <w:left w:w="20" w:type="dxa"/>
              <w:bottom w:w="20" w:type="dxa"/>
              <w:right w:w="20" w:type="dxa"/>
            </w:tcMar>
            <w:vAlign w:val="center"/>
          </w:tcPr>
          <w:p w14:paraId="1769E84C" w14:textId="77777777" w:rsidR="001A1A49" w:rsidRPr="001A1A49" w:rsidRDefault="001A1A49" w:rsidP="001A1A49">
            <w:pPr>
              <w:spacing w:after="0" w:line="240" w:lineRule="auto"/>
              <w:rPr>
                <w:rFonts w:ascii="Arial" w:hAnsi="Arial"/>
                <w:sz w:val="9"/>
              </w:rPr>
            </w:pPr>
            <w:r>
              <w:rPr>
                <w:rFonts w:ascii="Arial" w:hAnsi="Arial"/>
                <w:sz w:val="9"/>
              </w:rPr>
              <w:t>27°12'59"N 77°31'59"E</w:t>
            </w:r>
          </w:p>
        </w:tc>
        <w:tc>
          <w:tcPr>
            <w:tcW w:w="1036" w:type="dxa"/>
            <w:tcMar>
              <w:top w:w="20" w:type="dxa"/>
              <w:left w:w="20" w:type="dxa"/>
              <w:bottom w:w="20" w:type="dxa"/>
              <w:right w:w="20" w:type="dxa"/>
            </w:tcMar>
            <w:vAlign w:val="center"/>
          </w:tcPr>
          <w:p w14:paraId="336FA0B9"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5C759E24"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2740A91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6A495C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313B24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45AA979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3C877C17" w14:textId="6DC4B6D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34B0433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90F6C0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782" w:type="dxa"/>
            <w:tcMar>
              <w:top w:w="20" w:type="dxa"/>
              <w:left w:w="20" w:type="dxa"/>
              <w:bottom w:w="20" w:type="dxa"/>
              <w:right w:w="20" w:type="dxa"/>
            </w:tcMar>
            <w:vAlign w:val="center"/>
          </w:tcPr>
          <w:p w14:paraId="0FB0E4C0"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5DAAED53"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271CDE34" w14:textId="77777777" w:rsidR="001A1A49" w:rsidRPr="001A1A49" w:rsidRDefault="001A1A49" w:rsidP="001A1A49">
            <w:pPr>
              <w:spacing w:after="0" w:line="240" w:lineRule="auto"/>
              <w:rPr>
                <w:rFonts w:ascii="Arial" w:hAnsi="Arial"/>
                <w:sz w:val="9"/>
              </w:rPr>
            </w:pPr>
            <w:r>
              <w:rPr>
                <w:rFonts w:ascii="Arial" w:hAnsi="Arial"/>
                <w:sz w:val="9"/>
              </w:rPr>
              <w:t>Loktak Lake</w:t>
            </w:r>
          </w:p>
        </w:tc>
        <w:tc>
          <w:tcPr>
            <w:tcW w:w="1296" w:type="dxa"/>
            <w:shd w:val="clear" w:color="auto" w:fill="F7FBFF"/>
            <w:tcMar>
              <w:top w:w="20" w:type="dxa"/>
              <w:left w:w="20" w:type="dxa"/>
              <w:bottom w:w="20" w:type="dxa"/>
              <w:right w:w="20" w:type="dxa"/>
            </w:tcMar>
            <w:vAlign w:val="center"/>
          </w:tcPr>
          <w:p w14:paraId="1985257E" w14:textId="77777777" w:rsidR="001A1A49" w:rsidRPr="001A1A49" w:rsidRDefault="001A1A49" w:rsidP="001A1A49">
            <w:pPr>
              <w:spacing w:after="0" w:line="240" w:lineRule="auto"/>
              <w:rPr>
                <w:rFonts w:ascii="Arial" w:hAnsi="Arial"/>
                <w:sz w:val="9"/>
              </w:rPr>
            </w:pPr>
            <w:r>
              <w:rPr>
                <w:rFonts w:ascii="Arial" w:hAnsi="Arial"/>
                <w:sz w:val="9"/>
              </w:rPr>
              <w:t>India</w:t>
            </w:r>
          </w:p>
        </w:tc>
        <w:tc>
          <w:tcPr>
            <w:tcW w:w="835" w:type="dxa"/>
            <w:shd w:val="clear" w:color="auto" w:fill="F7FBFF"/>
            <w:tcMar>
              <w:top w:w="20" w:type="dxa"/>
              <w:left w:w="20" w:type="dxa"/>
              <w:bottom w:w="20" w:type="dxa"/>
              <w:right w:w="20" w:type="dxa"/>
            </w:tcMar>
            <w:vAlign w:val="center"/>
          </w:tcPr>
          <w:p w14:paraId="23FC19E2" w14:textId="77777777" w:rsidR="001A1A49" w:rsidRPr="001A1A49" w:rsidRDefault="001A1A49" w:rsidP="001A1A49">
            <w:pPr>
              <w:spacing w:after="0" w:line="240" w:lineRule="auto"/>
              <w:rPr>
                <w:rFonts w:ascii="Arial" w:hAnsi="Arial"/>
                <w:sz w:val="9"/>
              </w:rPr>
            </w:pPr>
            <w:r>
              <w:rPr>
                <w:rFonts w:ascii="Arial" w:hAnsi="Arial"/>
                <w:sz w:val="9"/>
              </w:rPr>
              <w:t>26600.0</w:t>
            </w:r>
          </w:p>
        </w:tc>
        <w:tc>
          <w:tcPr>
            <w:tcW w:w="835" w:type="dxa"/>
            <w:shd w:val="clear" w:color="auto" w:fill="F7FBFF"/>
            <w:tcMar>
              <w:top w:w="20" w:type="dxa"/>
              <w:left w:w="20" w:type="dxa"/>
              <w:bottom w:w="20" w:type="dxa"/>
              <w:right w:w="20" w:type="dxa"/>
            </w:tcMar>
            <w:vAlign w:val="center"/>
          </w:tcPr>
          <w:p w14:paraId="1979B50B" w14:textId="77777777" w:rsidR="001A1A49" w:rsidRPr="001A1A49" w:rsidRDefault="001A1A49" w:rsidP="001A1A49">
            <w:pPr>
              <w:spacing w:after="0" w:line="240" w:lineRule="auto"/>
              <w:rPr>
                <w:rFonts w:ascii="Arial" w:hAnsi="Arial"/>
                <w:sz w:val="9"/>
              </w:rPr>
            </w:pPr>
            <w:r>
              <w:rPr>
                <w:rFonts w:ascii="Arial" w:hAnsi="Arial"/>
                <w:sz w:val="9"/>
              </w:rPr>
              <w:t>266.000</w:t>
            </w:r>
          </w:p>
        </w:tc>
        <w:tc>
          <w:tcPr>
            <w:tcW w:w="1612" w:type="dxa"/>
            <w:shd w:val="clear" w:color="auto" w:fill="F7FBFF"/>
            <w:tcMar>
              <w:top w:w="20" w:type="dxa"/>
              <w:left w:w="20" w:type="dxa"/>
              <w:bottom w:w="20" w:type="dxa"/>
              <w:right w:w="20" w:type="dxa"/>
            </w:tcMar>
            <w:vAlign w:val="center"/>
          </w:tcPr>
          <w:p w14:paraId="6D23147A" w14:textId="77777777" w:rsidR="001A1A49" w:rsidRPr="001A1A49" w:rsidRDefault="001A1A49" w:rsidP="001A1A49">
            <w:pPr>
              <w:spacing w:after="0" w:line="240" w:lineRule="auto"/>
              <w:rPr>
                <w:rFonts w:ascii="Arial" w:hAnsi="Arial"/>
                <w:sz w:val="9"/>
              </w:rPr>
            </w:pPr>
            <w:r>
              <w:rPr>
                <w:rFonts w:ascii="Arial" w:hAnsi="Arial"/>
                <w:sz w:val="9"/>
              </w:rPr>
              <w:t>24°26'N 93°48'59"E</w:t>
            </w:r>
          </w:p>
        </w:tc>
        <w:tc>
          <w:tcPr>
            <w:tcW w:w="1036" w:type="dxa"/>
            <w:shd w:val="clear" w:color="auto" w:fill="F7FBFF"/>
            <w:tcMar>
              <w:top w:w="20" w:type="dxa"/>
              <w:left w:w="20" w:type="dxa"/>
              <w:bottom w:w="20" w:type="dxa"/>
              <w:right w:w="20" w:type="dxa"/>
            </w:tcMar>
            <w:vAlign w:val="center"/>
          </w:tcPr>
          <w:p w14:paraId="183593C7"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5A72F78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0790009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A7474C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20B1E0A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30403A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bottom"/>
          </w:tcPr>
          <w:p w14:paraId="2C0D75EA" w14:textId="65FDB6F6"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1B714DB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4BFA97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27D62735"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60A74C64" w14:textId="77777777" w:rsidTr="001A1A49">
        <w:trPr>
          <w:gridAfter w:val="1"/>
          <w:wAfter w:w="604" w:type="dxa"/>
          <w:jc w:val="center"/>
        </w:trPr>
        <w:tc>
          <w:tcPr>
            <w:tcW w:w="2160" w:type="dxa"/>
            <w:tcMar>
              <w:top w:w="20" w:type="dxa"/>
              <w:left w:w="20" w:type="dxa"/>
              <w:bottom w:w="20" w:type="dxa"/>
              <w:right w:w="20" w:type="dxa"/>
            </w:tcMar>
            <w:vAlign w:val="center"/>
          </w:tcPr>
          <w:p w14:paraId="015F7787" w14:textId="77777777" w:rsidR="001A1A49" w:rsidRPr="001A1A49" w:rsidRDefault="001A1A49" w:rsidP="001A1A49">
            <w:pPr>
              <w:spacing w:after="0" w:line="240" w:lineRule="auto"/>
              <w:rPr>
                <w:rFonts w:ascii="Arial" w:hAnsi="Arial"/>
                <w:sz w:val="9"/>
              </w:rPr>
            </w:pPr>
            <w:r>
              <w:rPr>
                <w:rFonts w:ascii="Arial" w:hAnsi="Arial"/>
                <w:sz w:val="9"/>
              </w:rPr>
              <w:t>Anzali Wetland</w:t>
            </w:r>
          </w:p>
        </w:tc>
        <w:tc>
          <w:tcPr>
            <w:tcW w:w="1296" w:type="dxa"/>
            <w:tcMar>
              <w:top w:w="20" w:type="dxa"/>
              <w:left w:w="20" w:type="dxa"/>
              <w:bottom w:w="20" w:type="dxa"/>
              <w:right w:w="20" w:type="dxa"/>
            </w:tcMar>
            <w:vAlign w:val="center"/>
          </w:tcPr>
          <w:p w14:paraId="46791883"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tcMar>
              <w:top w:w="20" w:type="dxa"/>
              <w:left w:w="20" w:type="dxa"/>
              <w:bottom w:w="20" w:type="dxa"/>
              <w:right w:w="20" w:type="dxa"/>
            </w:tcMar>
            <w:vAlign w:val="center"/>
          </w:tcPr>
          <w:p w14:paraId="2EAE2259" w14:textId="77777777" w:rsidR="001A1A49" w:rsidRPr="001A1A49" w:rsidRDefault="001A1A49" w:rsidP="001A1A49">
            <w:pPr>
              <w:spacing w:after="0" w:line="240" w:lineRule="auto"/>
              <w:rPr>
                <w:rFonts w:ascii="Arial" w:hAnsi="Arial"/>
                <w:sz w:val="9"/>
              </w:rPr>
            </w:pPr>
            <w:r>
              <w:rPr>
                <w:rFonts w:ascii="Arial" w:hAnsi="Arial"/>
                <w:sz w:val="9"/>
              </w:rPr>
              <w:t>19500.0</w:t>
            </w:r>
          </w:p>
        </w:tc>
        <w:tc>
          <w:tcPr>
            <w:tcW w:w="835" w:type="dxa"/>
            <w:tcMar>
              <w:top w:w="20" w:type="dxa"/>
              <w:left w:w="20" w:type="dxa"/>
              <w:bottom w:w="20" w:type="dxa"/>
              <w:right w:w="20" w:type="dxa"/>
            </w:tcMar>
            <w:vAlign w:val="center"/>
          </w:tcPr>
          <w:p w14:paraId="69687D95" w14:textId="77777777" w:rsidR="001A1A49" w:rsidRPr="001A1A49" w:rsidRDefault="001A1A49" w:rsidP="001A1A49">
            <w:pPr>
              <w:spacing w:after="0" w:line="240" w:lineRule="auto"/>
              <w:rPr>
                <w:rFonts w:ascii="Arial" w:hAnsi="Arial"/>
                <w:sz w:val="9"/>
              </w:rPr>
            </w:pPr>
            <w:r>
              <w:rPr>
                <w:rFonts w:ascii="Arial" w:hAnsi="Arial"/>
                <w:sz w:val="9"/>
              </w:rPr>
              <w:t>195.000</w:t>
            </w:r>
          </w:p>
        </w:tc>
        <w:tc>
          <w:tcPr>
            <w:tcW w:w="1612" w:type="dxa"/>
            <w:tcMar>
              <w:top w:w="20" w:type="dxa"/>
              <w:left w:w="20" w:type="dxa"/>
              <w:bottom w:w="20" w:type="dxa"/>
              <w:right w:w="20" w:type="dxa"/>
            </w:tcMar>
            <w:vAlign w:val="center"/>
          </w:tcPr>
          <w:p w14:paraId="68A6A161" w14:textId="77777777" w:rsidR="001A1A49" w:rsidRPr="001A1A49" w:rsidRDefault="001A1A49" w:rsidP="001A1A49">
            <w:pPr>
              <w:spacing w:after="0" w:line="240" w:lineRule="auto"/>
              <w:rPr>
                <w:rFonts w:ascii="Arial" w:hAnsi="Arial"/>
                <w:sz w:val="9"/>
              </w:rPr>
            </w:pPr>
            <w:r>
              <w:rPr>
                <w:rFonts w:ascii="Arial" w:hAnsi="Arial"/>
                <w:sz w:val="9"/>
              </w:rPr>
              <w:t>37°26'25"N 49°24'41"E</w:t>
            </w:r>
          </w:p>
        </w:tc>
        <w:tc>
          <w:tcPr>
            <w:tcW w:w="1036" w:type="dxa"/>
            <w:tcMar>
              <w:top w:w="20" w:type="dxa"/>
              <w:left w:w="20" w:type="dxa"/>
              <w:bottom w:w="20" w:type="dxa"/>
              <w:right w:w="20" w:type="dxa"/>
            </w:tcMar>
            <w:vAlign w:val="center"/>
          </w:tcPr>
          <w:p w14:paraId="5959AC65"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60377AA0"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B68477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A8A2C9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1DD9BF0" w14:textId="5AFB8B2D"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4DB3FC0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0CD9BC4B" w14:textId="6A58A4C3"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181951D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E65F269"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782" w:type="dxa"/>
            <w:tcMar>
              <w:top w:w="20" w:type="dxa"/>
              <w:left w:w="20" w:type="dxa"/>
              <w:bottom w:w="20" w:type="dxa"/>
              <w:right w:w="20" w:type="dxa"/>
            </w:tcMar>
            <w:vAlign w:val="center"/>
          </w:tcPr>
          <w:p w14:paraId="4811744B"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779EAD49"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0D2A8ECB" w14:textId="77777777" w:rsidR="001A1A49" w:rsidRPr="001A1A49" w:rsidRDefault="001A1A49" w:rsidP="001A1A49">
            <w:pPr>
              <w:spacing w:after="0" w:line="240" w:lineRule="auto"/>
              <w:rPr>
                <w:rFonts w:ascii="Arial" w:hAnsi="Arial"/>
                <w:sz w:val="9"/>
              </w:rPr>
            </w:pPr>
            <w:r>
              <w:rPr>
                <w:rFonts w:ascii="Arial" w:hAnsi="Arial"/>
                <w:sz w:val="9"/>
              </w:rPr>
              <w:t>Hamun-e-Puzak, south end</w:t>
            </w:r>
          </w:p>
        </w:tc>
        <w:tc>
          <w:tcPr>
            <w:tcW w:w="1296" w:type="dxa"/>
            <w:shd w:val="clear" w:color="auto" w:fill="F7FBFF"/>
            <w:tcMar>
              <w:top w:w="20" w:type="dxa"/>
              <w:left w:w="20" w:type="dxa"/>
              <w:bottom w:w="20" w:type="dxa"/>
              <w:right w:w="20" w:type="dxa"/>
            </w:tcMar>
            <w:vAlign w:val="center"/>
          </w:tcPr>
          <w:p w14:paraId="34B4BBE4"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shd w:val="clear" w:color="auto" w:fill="F7FBFF"/>
            <w:tcMar>
              <w:top w:w="20" w:type="dxa"/>
              <w:left w:w="20" w:type="dxa"/>
              <w:bottom w:w="20" w:type="dxa"/>
              <w:right w:w="20" w:type="dxa"/>
            </w:tcMar>
            <w:vAlign w:val="center"/>
          </w:tcPr>
          <w:p w14:paraId="1498F1DF" w14:textId="77777777" w:rsidR="001A1A49" w:rsidRPr="001A1A49" w:rsidRDefault="001A1A49" w:rsidP="001A1A49">
            <w:pPr>
              <w:spacing w:after="0" w:line="240" w:lineRule="auto"/>
              <w:rPr>
                <w:rFonts w:ascii="Arial" w:hAnsi="Arial"/>
                <w:sz w:val="9"/>
              </w:rPr>
            </w:pPr>
            <w:r>
              <w:rPr>
                <w:rFonts w:ascii="Arial" w:hAnsi="Arial"/>
                <w:sz w:val="9"/>
              </w:rPr>
              <w:t>10000.0</w:t>
            </w:r>
          </w:p>
        </w:tc>
        <w:tc>
          <w:tcPr>
            <w:tcW w:w="835" w:type="dxa"/>
            <w:shd w:val="clear" w:color="auto" w:fill="F7FBFF"/>
            <w:tcMar>
              <w:top w:w="20" w:type="dxa"/>
              <w:left w:w="20" w:type="dxa"/>
              <w:bottom w:w="20" w:type="dxa"/>
              <w:right w:w="20" w:type="dxa"/>
            </w:tcMar>
            <w:vAlign w:val="center"/>
          </w:tcPr>
          <w:p w14:paraId="4A83BBE5" w14:textId="77777777" w:rsidR="001A1A49" w:rsidRPr="001A1A49" w:rsidRDefault="001A1A49" w:rsidP="001A1A49">
            <w:pPr>
              <w:spacing w:after="0" w:line="240" w:lineRule="auto"/>
              <w:rPr>
                <w:rFonts w:ascii="Arial" w:hAnsi="Arial"/>
                <w:sz w:val="9"/>
              </w:rPr>
            </w:pPr>
            <w:r>
              <w:rPr>
                <w:rFonts w:ascii="Arial" w:hAnsi="Arial"/>
                <w:sz w:val="9"/>
              </w:rPr>
              <w:t>100.000</w:t>
            </w:r>
          </w:p>
        </w:tc>
        <w:tc>
          <w:tcPr>
            <w:tcW w:w="1612" w:type="dxa"/>
            <w:shd w:val="clear" w:color="auto" w:fill="F7FBFF"/>
            <w:tcMar>
              <w:top w:w="20" w:type="dxa"/>
              <w:left w:w="20" w:type="dxa"/>
              <w:bottom w:w="20" w:type="dxa"/>
              <w:right w:w="20" w:type="dxa"/>
            </w:tcMar>
            <w:vAlign w:val="center"/>
          </w:tcPr>
          <w:p w14:paraId="3ACC2FC3" w14:textId="77777777" w:rsidR="001A1A49" w:rsidRPr="001A1A49" w:rsidRDefault="001A1A49" w:rsidP="001A1A49">
            <w:pPr>
              <w:spacing w:after="0" w:line="240" w:lineRule="auto"/>
              <w:rPr>
                <w:rFonts w:ascii="Arial" w:hAnsi="Arial"/>
                <w:sz w:val="9"/>
              </w:rPr>
            </w:pPr>
            <w:r>
              <w:rPr>
                <w:rFonts w:ascii="Arial" w:hAnsi="Arial"/>
                <w:sz w:val="9"/>
              </w:rPr>
              <w:t>31°19'59"N 61°45'E</w:t>
            </w:r>
          </w:p>
        </w:tc>
        <w:tc>
          <w:tcPr>
            <w:tcW w:w="1036" w:type="dxa"/>
            <w:shd w:val="clear" w:color="auto" w:fill="F7FBFF"/>
            <w:tcMar>
              <w:top w:w="20" w:type="dxa"/>
              <w:left w:w="20" w:type="dxa"/>
              <w:bottom w:w="20" w:type="dxa"/>
              <w:right w:w="20" w:type="dxa"/>
            </w:tcMar>
            <w:vAlign w:val="center"/>
          </w:tcPr>
          <w:p w14:paraId="2F08D973"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018AD890"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46A2C03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6CB5B94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291CB4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E3077F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24777E19" w14:textId="09F83723"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172D5BA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4220DB1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1821CFC"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202A80F4" w14:textId="77777777" w:rsidTr="001A1A49">
        <w:trPr>
          <w:gridAfter w:val="1"/>
          <w:wAfter w:w="604" w:type="dxa"/>
          <w:jc w:val="center"/>
        </w:trPr>
        <w:tc>
          <w:tcPr>
            <w:tcW w:w="2160" w:type="dxa"/>
            <w:tcMar>
              <w:top w:w="20" w:type="dxa"/>
              <w:left w:w="20" w:type="dxa"/>
              <w:bottom w:w="20" w:type="dxa"/>
              <w:right w:w="20" w:type="dxa"/>
            </w:tcMar>
            <w:vAlign w:val="center"/>
          </w:tcPr>
          <w:p w14:paraId="1D6ABD23" w14:textId="77777777" w:rsidR="001A1A49" w:rsidRPr="001A1A49" w:rsidRDefault="001A1A49" w:rsidP="001A1A49">
            <w:pPr>
              <w:spacing w:after="0" w:line="240" w:lineRule="auto"/>
              <w:rPr>
                <w:rFonts w:ascii="Arial" w:hAnsi="Arial"/>
                <w:sz w:val="9"/>
              </w:rPr>
            </w:pPr>
            <w:r w:rsidRPr="001A1A49">
              <w:rPr>
                <w:rFonts w:ascii="Arial" w:hAnsi="Arial"/>
                <w:sz w:val="9"/>
              </w:rPr>
              <w:t>Hamun-e-Saberi &amp; Hamun-e-Helmand</w:t>
            </w:r>
          </w:p>
        </w:tc>
        <w:tc>
          <w:tcPr>
            <w:tcW w:w="1296" w:type="dxa"/>
            <w:tcMar>
              <w:top w:w="20" w:type="dxa"/>
              <w:left w:w="20" w:type="dxa"/>
              <w:bottom w:w="20" w:type="dxa"/>
              <w:right w:w="20" w:type="dxa"/>
            </w:tcMar>
            <w:vAlign w:val="center"/>
          </w:tcPr>
          <w:p w14:paraId="22E6B139"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tcMar>
              <w:top w:w="20" w:type="dxa"/>
              <w:left w:w="20" w:type="dxa"/>
              <w:bottom w:w="20" w:type="dxa"/>
              <w:right w:w="20" w:type="dxa"/>
            </w:tcMar>
            <w:vAlign w:val="center"/>
          </w:tcPr>
          <w:p w14:paraId="07299274" w14:textId="77777777" w:rsidR="001A1A49" w:rsidRPr="001A1A49" w:rsidRDefault="001A1A49" w:rsidP="001A1A49">
            <w:pPr>
              <w:spacing w:after="0" w:line="240" w:lineRule="auto"/>
              <w:rPr>
                <w:rFonts w:ascii="Arial" w:hAnsi="Arial"/>
                <w:sz w:val="9"/>
              </w:rPr>
            </w:pPr>
            <w:r>
              <w:rPr>
                <w:rFonts w:ascii="Arial" w:hAnsi="Arial"/>
                <w:sz w:val="9"/>
              </w:rPr>
              <w:t>50000.0</w:t>
            </w:r>
          </w:p>
        </w:tc>
        <w:tc>
          <w:tcPr>
            <w:tcW w:w="835" w:type="dxa"/>
            <w:tcMar>
              <w:top w:w="20" w:type="dxa"/>
              <w:left w:w="20" w:type="dxa"/>
              <w:bottom w:w="20" w:type="dxa"/>
              <w:right w:w="20" w:type="dxa"/>
            </w:tcMar>
            <w:vAlign w:val="center"/>
          </w:tcPr>
          <w:p w14:paraId="60E42F33" w14:textId="77777777" w:rsidR="001A1A49" w:rsidRPr="001A1A49" w:rsidRDefault="001A1A49" w:rsidP="001A1A49">
            <w:pPr>
              <w:spacing w:after="0" w:line="240" w:lineRule="auto"/>
              <w:rPr>
                <w:rFonts w:ascii="Arial" w:hAnsi="Arial"/>
                <w:sz w:val="9"/>
              </w:rPr>
            </w:pPr>
            <w:r>
              <w:rPr>
                <w:rFonts w:ascii="Arial" w:hAnsi="Arial"/>
                <w:sz w:val="9"/>
              </w:rPr>
              <w:t>500.000</w:t>
            </w:r>
          </w:p>
        </w:tc>
        <w:tc>
          <w:tcPr>
            <w:tcW w:w="1612" w:type="dxa"/>
            <w:tcMar>
              <w:top w:w="20" w:type="dxa"/>
              <w:left w:w="20" w:type="dxa"/>
              <w:bottom w:w="20" w:type="dxa"/>
              <w:right w:w="20" w:type="dxa"/>
            </w:tcMar>
            <w:vAlign w:val="center"/>
          </w:tcPr>
          <w:p w14:paraId="2CF3A72C" w14:textId="77777777" w:rsidR="001A1A49" w:rsidRPr="001A1A49" w:rsidRDefault="001A1A49" w:rsidP="001A1A49">
            <w:pPr>
              <w:spacing w:after="0" w:line="240" w:lineRule="auto"/>
              <w:rPr>
                <w:rFonts w:ascii="Arial" w:hAnsi="Arial"/>
                <w:sz w:val="9"/>
              </w:rPr>
            </w:pPr>
            <w:r>
              <w:rPr>
                <w:rFonts w:ascii="Arial" w:hAnsi="Arial"/>
                <w:sz w:val="9"/>
              </w:rPr>
              <w:t>31°14'08"N 61°15'15"E</w:t>
            </w:r>
          </w:p>
        </w:tc>
        <w:tc>
          <w:tcPr>
            <w:tcW w:w="1036" w:type="dxa"/>
            <w:tcMar>
              <w:top w:w="20" w:type="dxa"/>
              <w:left w:w="20" w:type="dxa"/>
              <w:bottom w:w="20" w:type="dxa"/>
              <w:right w:w="20" w:type="dxa"/>
            </w:tcMar>
            <w:vAlign w:val="center"/>
          </w:tcPr>
          <w:p w14:paraId="189073DD"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78B9AD70"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063F9ED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51BC9EF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C2AC71D" w14:textId="38ABE916"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025808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59C0581D" w14:textId="3A142AAD"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43013CA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180D6F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66C49F92"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DD24AC3"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19A1CD1C" w14:textId="77777777" w:rsidR="001A1A49" w:rsidRPr="001A1A49" w:rsidRDefault="001A1A49" w:rsidP="001A1A49">
            <w:pPr>
              <w:spacing w:after="0" w:line="240" w:lineRule="auto"/>
              <w:rPr>
                <w:rFonts w:ascii="Arial" w:hAnsi="Arial"/>
                <w:sz w:val="9"/>
              </w:rPr>
            </w:pPr>
            <w:r>
              <w:rPr>
                <w:rFonts w:ascii="Arial" w:hAnsi="Arial"/>
                <w:sz w:val="9"/>
              </w:rPr>
              <w:t>Neyriz Lakes &amp; Kamjan Marshes</w:t>
            </w:r>
          </w:p>
        </w:tc>
        <w:tc>
          <w:tcPr>
            <w:tcW w:w="1296" w:type="dxa"/>
            <w:shd w:val="clear" w:color="auto" w:fill="F7FBFF"/>
            <w:tcMar>
              <w:top w:w="20" w:type="dxa"/>
              <w:left w:w="20" w:type="dxa"/>
              <w:bottom w:w="20" w:type="dxa"/>
              <w:right w:w="20" w:type="dxa"/>
            </w:tcMar>
            <w:vAlign w:val="center"/>
          </w:tcPr>
          <w:p w14:paraId="6F46750C"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shd w:val="clear" w:color="auto" w:fill="F7FBFF"/>
            <w:tcMar>
              <w:top w:w="20" w:type="dxa"/>
              <w:left w:w="20" w:type="dxa"/>
              <w:bottom w:w="20" w:type="dxa"/>
              <w:right w:w="20" w:type="dxa"/>
            </w:tcMar>
            <w:vAlign w:val="center"/>
          </w:tcPr>
          <w:p w14:paraId="7D05514E" w14:textId="77777777" w:rsidR="001A1A49" w:rsidRPr="001A1A49" w:rsidRDefault="001A1A49" w:rsidP="001A1A49">
            <w:pPr>
              <w:spacing w:after="0" w:line="240" w:lineRule="auto"/>
              <w:rPr>
                <w:rFonts w:ascii="Arial" w:hAnsi="Arial"/>
                <w:sz w:val="9"/>
              </w:rPr>
            </w:pPr>
            <w:r>
              <w:rPr>
                <w:rFonts w:ascii="Arial" w:hAnsi="Arial"/>
                <w:sz w:val="9"/>
              </w:rPr>
              <w:t>108000.0</w:t>
            </w:r>
          </w:p>
        </w:tc>
        <w:tc>
          <w:tcPr>
            <w:tcW w:w="835" w:type="dxa"/>
            <w:shd w:val="clear" w:color="auto" w:fill="F7FBFF"/>
            <w:tcMar>
              <w:top w:w="20" w:type="dxa"/>
              <w:left w:w="20" w:type="dxa"/>
              <w:bottom w:w="20" w:type="dxa"/>
              <w:right w:w="20" w:type="dxa"/>
            </w:tcMar>
            <w:vAlign w:val="center"/>
          </w:tcPr>
          <w:p w14:paraId="500D1898" w14:textId="77777777" w:rsidR="001A1A49" w:rsidRPr="001A1A49" w:rsidRDefault="001A1A49" w:rsidP="001A1A49">
            <w:pPr>
              <w:spacing w:after="0" w:line="240" w:lineRule="auto"/>
              <w:rPr>
                <w:rFonts w:ascii="Arial" w:hAnsi="Arial"/>
                <w:sz w:val="9"/>
              </w:rPr>
            </w:pPr>
            <w:r>
              <w:rPr>
                <w:rFonts w:ascii="Arial" w:hAnsi="Arial"/>
                <w:sz w:val="9"/>
              </w:rPr>
              <w:t>1080.000</w:t>
            </w:r>
          </w:p>
        </w:tc>
        <w:tc>
          <w:tcPr>
            <w:tcW w:w="1612" w:type="dxa"/>
            <w:shd w:val="clear" w:color="auto" w:fill="F7FBFF"/>
            <w:tcMar>
              <w:top w:w="20" w:type="dxa"/>
              <w:left w:w="20" w:type="dxa"/>
              <w:bottom w:w="20" w:type="dxa"/>
              <w:right w:w="20" w:type="dxa"/>
            </w:tcMar>
            <w:vAlign w:val="center"/>
          </w:tcPr>
          <w:p w14:paraId="2175516B" w14:textId="77777777" w:rsidR="001A1A49" w:rsidRPr="001A1A49" w:rsidRDefault="001A1A49" w:rsidP="001A1A49">
            <w:pPr>
              <w:spacing w:after="0" w:line="240" w:lineRule="auto"/>
              <w:rPr>
                <w:rFonts w:ascii="Arial" w:hAnsi="Arial"/>
                <w:sz w:val="9"/>
              </w:rPr>
            </w:pPr>
            <w:r>
              <w:rPr>
                <w:rFonts w:ascii="Arial" w:hAnsi="Arial"/>
                <w:sz w:val="9"/>
              </w:rPr>
              <w:t>29°40'N 53°30'E</w:t>
            </w:r>
          </w:p>
        </w:tc>
        <w:tc>
          <w:tcPr>
            <w:tcW w:w="1036" w:type="dxa"/>
            <w:shd w:val="clear" w:color="auto" w:fill="F7FBFF"/>
            <w:tcMar>
              <w:top w:w="20" w:type="dxa"/>
              <w:left w:w="20" w:type="dxa"/>
              <w:bottom w:w="20" w:type="dxa"/>
              <w:right w:w="20" w:type="dxa"/>
            </w:tcMar>
            <w:vAlign w:val="center"/>
          </w:tcPr>
          <w:p w14:paraId="0ADA5BCF"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7600BC3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5413D4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2D9C38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72E3AD3" w14:textId="257D7C58"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4393A05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117C46B0" w14:textId="0DBFCADF"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67B0902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B97D7B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B3AE791"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1AB1FF9E" w14:textId="77777777" w:rsidTr="001A1A49">
        <w:trPr>
          <w:gridAfter w:val="1"/>
          <w:wAfter w:w="604" w:type="dxa"/>
          <w:jc w:val="center"/>
        </w:trPr>
        <w:tc>
          <w:tcPr>
            <w:tcW w:w="2160" w:type="dxa"/>
            <w:tcMar>
              <w:top w:w="20" w:type="dxa"/>
              <w:left w:w="20" w:type="dxa"/>
              <w:bottom w:w="20" w:type="dxa"/>
              <w:right w:w="20" w:type="dxa"/>
            </w:tcMar>
            <w:vAlign w:val="center"/>
          </w:tcPr>
          <w:p w14:paraId="378B17AC" w14:textId="77777777" w:rsidR="001A1A49" w:rsidRPr="001A1A49" w:rsidRDefault="001A1A49" w:rsidP="001A1A49">
            <w:pPr>
              <w:spacing w:after="0" w:line="240" w:lineRule="auto"/>
              <w:rPr>
                <w:rFonts w:ascii="Arial" w:hAnsi="Arial"/>
                <w:sz w:val="9"/>
              </w:rPr>
            </w:pPr>
            <w:r>
              <w:rPr>
                <w:rFonts w:ascii="Arial" w:hAnsi="Arial"/>
                <w:sz w:val="9"/>
              </w:rPr>
              <w:t>Shadegan Marshes &amp; mudflats of Khor-al Amaya &amp; Khor Musa</w:t>
            </w:r>
          </w:p>
        </w:tc>
        <w:tc>
          <w:tcPr>
            <w:tcW w:w="1296" w:type="dxa"/>
            <w:tcMar>
              <w:top w:w="20" w:type="dxa"/>
              <w:left w:w="20" w:type="dxa"/>
              <w:bottom w:w="20" w:type="dxa"/>
              <w:right w:w="20" w:type="dxa"/>
            </w:tcMar>
            <w:vAlign w:val="center"/>
          </w:tcPr>
          <w:p w14:paraId="6E17ECA3"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tcMar>
              <w:top w:w="20" w:type="dxa"/>
              <w:left w:w="20" w:type="dxa"/>
              <w:bottom w:w="20" w:type="dxa"/>
              <w:right w:w="20" w:type="dxa"/>
            </w:tcMar>
            <w:vAlign w:val="center"/>
          </w:tcPr>
          <w:p w14:paraId="26DE0A2D" w14:textId="77777777" w:rsidR="001A1A49" w:rsidRPr="001A1A49" w:rsidRDefault="001A1A49" w:rsidP="001A1A49">
            <w:pPr>
              <w:spacing w:after="0" w:line="240" w:lineRule="auto"/>
              <w:rPr>
                <w:rFonts w:ascii="Arial" w:hAnsi="Arial"/>
                <w:sz w:val="9"/>
              </w:rPr>
            </w:pPr>
            <w:r>
              <w:rPr>
                <w:rFonts w:ascii="Arial" w:hAnsi="Arial"/>
                <w:sz w:val="9"/>
              </w:rPr>
              <w:t>400000.0</w:t>
            </w:r>
          </w:p>
        </w:tc>
        <w:tc>
          <w:tcPr>
            <w:tcW w:w="835" w:type="dxa"/>
            <w:tcMar>
              <w:top w:w="20" w:type="dxa"/>
              <w:left w:w="20" w:type="dxa"/>
              <w:bottom w:w="20" w:type="dxa"/>
              <w:right w:w="20" w:type="dxa"/>
            </w:tcMar>
            <w:vAlign w:val="center"/>
          </w:tcPr>
          <w:p w14:paraId="2F39159F" w14:textId="77777777" w:rsidR="001A1A49" w:rsidRPr="001A1A49" w:rsidRDefault="001A1A49" w:rsidP="001A1A49">
            <w:pPr>
              <w:spacing w:after="0" w:line="240" w:lineRule="auto"/>
              <w:rPr>
                <w:rFonts w:ascii="Arial" w:hAnsi="Arial"/>
                <w:sz w:val="9"/>
              </w:rPr>
            </w:pPr>
            <w:r>
              <w:rPr>
                <w:rFonts w:ascii="Arial" w:hAnsi="Arial"/>
                <w:sz w:val="9"/>
              </w:rPr>
              <w:t>4000.000</w:t>
            </w:r>
          </w:p>
        </w:tc>
        <w:tc>
          <w:tcPr>
            <w:tcW w:w="1612" w:type="dxa"/>
            <w:tcMar>
              <w:top w:w="20" w:type="dxa"/>
              <w:left w:w="20" w:type="dxa"/>
              <w:bottom w:w="20" w:type="dxa"/>
              <w:right w:w="20" w:type="dxa"/>
            </w:tcMar>
            <w:vAlign w:val="center"/>
          </w:tcPr>
          <w:p w14:paraId="3BFF5439" w14:textId="77777777" w:rsidR="001A1A49" w:rsidRPr="001A1A49" w:rsidRDefault="001A1A49" w:rsidP="001A1A49">
            <w:pPr>
              <w:spacing w:after="0" w:line="240" w:lineRule="auto"/>
              <w:rPr>
                <w:rFonts w:ascii="Arial" w:hAnsi="Arial"/>
                <w:sz w:val="9"/>
              </w:rPr>
            </w:pPr>
            <w:r>
              <w:rPr>
                <w:rFonts w:ascii="Arial" w:hAnsi="Arial"/>
                <w:sz w:val="9"/>
              </w:rPr>
              <w:t>30°30'N 48°45'E</w:t>
            </w:r>
          </w:p>
        </w:tc>
        <w:tc>
          <w:tcPr>
            <w:tcW w:w="1036" w:type="dxa"/>
            <w:tcMar>
              <w:top w:w="20" w:type="dxa"/>
              <w:left w:w="20" w:type="dxa"/>
              <w:bottom w:w="20" w:type="dxa"/>
              <w:right w:w="20" w:type="dxa"/>
            </w:tcMar>
            <w:vAlign w:val="center"/>
          </w:tcPr>
          <w:p w14:paraId="63D7FB96"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6FDB93D0"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55C2891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3126BB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14BAE09D"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047A30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37471685" w14:textId="6B909E27"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3D37BC4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E3E4F4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577410B6"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77FD10C8"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39A820A6" w14:textId="77777777" w:rsidR="001A1A49" w:rsidRPr="001A1A49" w:rsidRDefault="001A1A49" w:rsidP="001A1A49">
            <w:pPr>
              <w:spacing w:after="0" w:line="240" w:lineRule="auto"/>
              <w:rPr>
                <w:rFonts w:ascii="Arial" w:hAnsi="Arial"/>
                <w:sz w:val="9"/>
              </w:rPr>
            </w:pPr>
            <w:r>
              <w:rPr>
                <w:rFonts w:ascii="Arial" w:hAnsi="Arial"/>
                <w:sz w:val="9"/>
              </w:rPr>
              <w:t>Shurgol, Yadegarlu &amp; Dorgeh Sangi Lakes</w:t>
            </w:r>
          </w:p>
        </w:tc>
        <w:tc>
          <w:tcPr>
            <w:tcW w:w="1296" w:type="dxa"/>
            <w:shd w:val="clear" w:color="auto" w:fill="F7FBFF"/>
            <w:tcMar>
              <w:top w:w="20" w:type="dxa"/>
              <w:left w:w="20" w:type="dxa"/>
              <w:bottom w:w="20" w:type="dxa"/>
              <w:right w:w="20" w:type="dxa"/>
            </w:tcMar>
            <w:vAlign w:val="center"/>
          </w:tcPr>
          <w:p w14:paraId="01F94864" w14:textId="77777777" w:rsidR="001A1A49" w:rsidRPr="001A1A49" w:rsidRDefault="001A1A49" w:rsidP="001A1A49">
            <w:pPr>
              <w:spacing w:after="0" w:line="240" w:lineRule="auto"/>
              <w:rPr>
                <w:rFonts w:ascii="Arial" w:hAnsi="Arial"/>
                <w:sz w:val="9"/>
              </w:rPr>
            </w:pPr>
            <w:r>
              <w:rPr>
                <w:rFonts w:ascii="Arial" w:hAnsi="Arial"/>
                <w:sz w:val="9"/>
              </w:rPr>
              <w:t>Iran (Islamic Republic of)</w:t>
            </w:r>
          </w:p>
        </w:tc>
        <w:tc>
          <w:tcPr>
            <w:tcW w:w="835" w:type="dxa"/>
            <w:shd w:val="clear" w:color="auto" w:fill="F7FBFF"/>
            <w:tcMar>
              <w:top w:w="20" w:type="dxa"/>
              <w:left w:w="20" w:type="dxa"/>
              <w:bottom w:w="20" w:type="dxa"/>
              <w:right w:w="20" w:type="dxa"/>
            </w:tcMar>
            <w:vAlign w:val="center"/>
          </w:tcPr>
          <w:p w14:paraId="535ACDC3" w14:textId="77777777" w:rsidR="001A1A49" w:rsidRPr="001A1A49" w:rsidRDefault="001A1A49" w:rsidP="001A1A49">
            <w:pPr>
              <w:spacing w:after="0" w:line="240" w:lineRule="auto"/>
              <w:rPr>
                <w:rFonts w:ascii="Arial" w:hAnsi="Arial"/>
                <w:sz w:val="9"/>
              </w:rPr>
            </w:pPr>
            <w:r>
              <w:rPr>
                <w:rFonts w:ascii="Arial" w:hAnsi="Arial"/>
                <w:sz w:val="9"/>
              </w:rPr>
              <w:t>2500.0</w:t>
            </w:r>
          </w:p>
        </w:tc>
        <w:tc>
          <w:tcPr>
            <w:tcW w:w="835" w:type="dxa"/>
            <w:shd w:val="clear" w:color="auto" w:fill="F7FBFF"/>
            <w:tcMar>
              <w:top w:w="20" w:type="dxa"/>
              <w:left w:w="20" w:type="dxa"/>
              <w:bottom w:w="20" w:type="dxa"/>
              <w:right w:w="20" w:type="dxa"/>
            </w:tcMar>
            <w:vAlign w:val="center"/>
          </w:tcPr>
          <w:p w14:paraId="5D949CD7" w14:textId="77777777" w:rsidR="001A1A49" w:rsidRPr="001A1A49" w:rsidRDefault="001A1A49" w:rsidP="001A1A49">
            <w:pPr>
              <w:spacing w:after="0" w:line="240" w:lineRule="auto"/>
              <w:rPr>
                <w:rFonts w:ascii="Arial" w:hAnsi="Arial"/>
                <w:sz w:val="9"/>
              </w:rPr>
            </w:pPr>
            <w:r>
              <w:rPr>
                <w:rFonts w:ascii="Arial" w:hAnsi="Arial"/>
                <w:sz w:val="9"/>
              </w:rPr>
              <w:t>25.000</w:t>
            </w:r>
          </w:p>
        </w:tc>
        <w:tc>
          <w:tcPr>
            <w:tcW w:w="1612" w:type="dxa"/>
            <w:shd w:val="clear" w:color="auto" w:fill="F7FBFF"/>
            <w:tcMar>
              <w:top w:w="20" w:type="dxa"/>
              <w:left w:w="20" w:type="dxa"/>
              <w:bottom w:w="20" w:type="dxa"/>
              <w:right w:w="20" w:type="dxa"/>
            </w:tcMar>
            <w:vAlign w:val="center"/>
          </w:tcPr>
          <w:p w14:paraId="2951BD46" w14:textId="77777777" w:rsidR="001A1A49" w:rsidRPr="001A1A49" w:rsidRDefault="001A1A49" w:rsidP="001A1A49">
            <w:pPr>
              <w:spacing w:after="0" w:line="240" w:lineRule="auto"/>
              <w:rPr>
                <w:rFonts w:ascii="Arial" w:hAnsi="Arial"/>
                <w:sz w:val="9"/>
              </w:rPr>
            </w:pPr>
            <w:r>
              <w:rPr>
                <w:rFonts w:ascii="Arial" w:hAnsi="Arial"/>
                <w:sz w:val="9"/>
              </w:rPr>
              <w:t>37°00'N 45°30'E</w:t>
            </w:r>
          </w:p>
        </w:tc>
        <w:tc>
          <w:tcPr>
            <w:tcW w:w="1036" w:type="dxa"/>
            <w:shd w:val="clear" w:color="auto" w:fill="F7FBFF"/>
            <w:tcMar>
              <w:top w:w="20" w:type="dxa"/>
              <w:left w:w="20" w:type="dxa"/>
              <w:bottom w:w="20" w:type="dxa"/>
              <w:right w:w="20" w:type="dxa"/>
            </w:tcMar>
            <w:vAlign w:val="center"/>
          </w:tcPr>
          <w:p w14:paraId="3152A0DE"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49F22F80"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6B152CF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266A2BE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222739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EB83BD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4CDBBF54" w14:textId="536D0B5A"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2547E3C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1F99F68" w14:textId="5A0950E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70654460"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3B031C4B" w14:textId="77777777" w:rsidTr="001A1A49">
        <w:trPr>
          <w:gridAfter w:val="1"/>
          <w:wAfter w:w="604" w:type="dxa"/>
          <w:jc w:val="center"/>
        </w:trPr>
        <w:tc>
          <w:tcPr>
            <w:tcW w:w="2160" w:type="dxa"/>
            <w:tcMar>
              <w:top w:w="20" w:type="dxa"/>
              <w:left w:w="20" w:type="dxa"/>
              <w:bottom w:w="20" w:type="dxa"/>
              <w:right w:w="20" w:type="dxa"/>
            </w:tcMar>
            <w:vAlign w:val="center"/>
          </w:tcPr>
          <w:p w14:paraId="4279B6E0" w14:textId="77777777" w:rsidR="001A1A49" w:rsidRPr="001A1A49" w:rsidRDefault="001A1A49" w:rsidP="001A1A49">
            <w:pPr>
              <w:spacing w:after="0" w:line="240" w:lineRule="auto"/>
              <w:rPr>
                <w:rFonts w:ascii="Arial" w:hAnsi="Arial"/>
                <w:sz w:val="9"/>
              </w:rPr>
            </w:pPr>
            <w:r>
              <w:rPr>
                <w:rFonts w:ascii="Arial" w:hAnsi="Arial"/>
                <w:sz w:val="9"/>
              </w:rPr>
              <w:t>Hawizeh Marsh</w:t>
            </w:r>
          </w:p>
        </w:tc>
        <w:tc>
          <w:tcPr>
            <w:tcW w:w="1296" w:type="dxa"/>
            <w:tcMar>
              <w:top w:w="20" w:type="dxa"/>
              <w:left w:w="20" w:type="dxa"/>
              <w:bottom w:w="20" w:type="dxa"/>
              <w:right w:w="20" w:type="dxa"/>
            </w:tcMar>
            <w:vAlign w:val="center"/>
          </w:tcPr>
          <w:p w14:paraId="526990B5" w14:textId="77777777" w:rsidR="001A1A49" w:rsidRPr="001A1A49" w:rsidRDefault="001A1A49" w:rsidP="001A1A49">
            <w:pPr>
              <w:spacing w:after="0" w:line="240" w:lineRule="auto"/>
              <w:rPr>
                <w:rFonts w:ascii="Arial" w:hAnsi="Arial"/>
                <w:sz w:val="9"/>
              </w:rPr>
            </w:pPr>
            <w:r>
              <w:rPr>
                <w:rFonts w:ascii="Arial" w:hAnsi="Arial"/>
                <w:sz w:val="9"/>
              </w:rPr>
              <w:t>Iraq</w:t>
            </w:r>
          </w:p>
        </w:tc>
        <w:tc>
          <w:tcPr>
            <w:tcW w:w="835" w:type="dxa"/>
            <w:tcMar>
              <w:top w:w="20" w:type="dxa"/>
              <w:left w:w="20" w:type="dxa"/>
              <w:bottom w:w="20" w:type="dxa"/>
              <w:right w:w="20" w:type="dxa"/>
            </w:tcMar>
            <w:vAlign w:val="center"/>
          </w:tcPr>
          <w:p w14:paraId="36E147B8" w14:textId="77777777" w:rsidR="001A1A49" w:rsidRPr="001A1A49" w:rsidRDefault="001A1A49" w:rsidP="001A1A49">
            <w:pPr>
              <w:spacing w:after="0" w:line="240" w:lineRule="auto"/>
              <w:rPr>
                <w:rFonts w:ascii="Arial" w:hAnsi="Arial"/>
                <w:sz w:val="9"/>
              </w:rPr>
            </w:pPr>
            <w:r>
              <w:rPr>
                <w:rFonts w:ascii="Arial" w:hAnsi="Arial"/>
                <w:sz w:val="9"/>
              </w:rPr>
              <w:t>137700.0</w:t>
            </w:r>
          </w:p>
        </w:tc>
        <w:tc>
          <w:tcPr>
            <w:tcW w:w="835" w:type="dxa"/>
            <w:tcMar>
              <w:top w:w="20" w:type="dxa"/>
              <w:left w:w="20" w:type="dxa"/>
              <w:bottom w:w="20" w:type="dxa"/>
              <w:right w:w="20" w:type="dxa"/>
            </w:tcMar>
            <w:vAlign w:val="center"/>
          </w:tcPr>
          <w:p w14:paraId="7B89411F" w14:textId="77777777" w:rsidR="001A1A49" w:rsidRPr="001A1A49" w:rsidRDefault="001A1A49" w:rsidP="001A1A49">
            <w:pPr>
              <w:spacing w:after="0" w:line="240" w:lineRule="auto"/>
              <w:rPr>
                <w:rFonts w:ascii="Arial" w:hAnsi="Arial"/>
                <w:sz w:val="9"/>
              </w:rPr>
            </w:pPr>
            <w:r>
              <w:rPr>
                <w:rFonts w:ascii="Arial" w:hAnsi="Arial"/>
                <w:sz w:val="9"/>
              </w:rPr>
              <w:t>1377.000</w:t>
            </w:r>
          </w:p>
        </w:tc>
        <w:tc>
          <w:tcPr>
            <w:tcW w:w="1612" w:type="dxa"/>
            <w:tcMar>
              <w:top w:w="20" w:type="dxa"/>
              <w:left w:w="20" w:type="dxa"/>
              <w:bottom w:w="20" w:type="dxa"/>
              <w:right w:w="20" w:type="dxa"/>
            </w:tcMar>
            <w:vAlign w:val="center"/>
          </w:tcPr>
          <w:p w14:paraId="5B9435F3" w14:textId="77777777" w:rsidR="001A1A49" w:rsidRPr="001A1A49" w:rsidRDefault="001A1A49" w:rsidP="001A1A49">
            <w:pPr>
              <w:spacing w:after="0" w:line="240" w:lineRule="auto"/>
              <w:rPr>
                <w:rFonts w:ascii="Arial" w:hAnsi="Arial"/>
                <w:sz w:val="9"/>
              </w:rPr>
            </w:pPr>
            <w:r>
              <w:rPr>
                <w:rFonts w:ascii="Arial" w:hAnsi="Arial"/>
                <w:sz w:val="9"/>
              </w:rPr>
              <w:t>31°25'N 47°37'59"E</w:t>
            </w:r>
          </w:p>
        </w:tc>
        <w:tc>
          <w:tcPr>
            <w:tcW w:w="1036" w:type="dxa"/>
            <w:tcMar>
              <w:top w:w="20" w:type="dxa"/>
              <w:left w:w="20" w:type="dxa"/>
              <w:bottom w:w="20" w:type="dxa"/>
              <w:right w:w="20" w:type="dxa"/>
            </w:tcMar>
            <w:vAlign w:val="center"/>
          </w:tcPr>
          <w:p w14:paraId="2C288391"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294C2E10"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A8FF43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F993BC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2497DC1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0E28C0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3E221107" w14:textId="12CE9EF9"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3BF40D6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CB2729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04E40792"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37D891DE"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01614231" w14:textId="77777777" w:rsidR="001A1A49" w:rsidRPr="001A1A49" w:rsidRDefault="001A1A49" w:rsidP="001A1A49">
            <w:pPr>
              <w:spacing w:after="0" w:line="240" w:lineRule="auto"/>
              <w:rPr>
                <w:rFonts w:ascii="Arial" w:hAnsi="Arial"/>
                <w:sz w:val="9"/>
              </w:rPr>
            </w:pPr>
            <w:r>
              <w:rPr>
                <w:rFonts w:ascii="Arial" w:hAnsi="Arial"/>
                <w:sz w:val="9"/>
              </w:rPr>
              <w:t>Azraq Oasis</w:t>
            </w:r>
          </w:p>
        </w:tc>
        <w:tc>
          <w:tcPr>
            <w:tcW w:w="1296" w:type="dxa"/>
            <w:shd w:val="clear" w:color="auto" w:fill="F7FBFF"/>
            <w:tcMar>
              <w:top w:w="20" w:type="dxa"/>
              <w:left w:w="20" w:type="dxa"/>
              <w:bottom w:w="20" w:type="dxa"/>
              <w:right w:w="20" w:type="dxa"/>
            </w:tcMar>
            <w:vAlign w:val="center"/>
          </w:tcPr>
          <w:p w14:paraId="0B34F638" w14:textId="77777777" w:rsidR="001A1A49" w:rsidRPr="001A1A49" w:rsidRDefault="001A1A49" w:rsidP="001A1A49">
            <w:pPr>
              <w:spacing w:after="0" w:line="240" w:lineRule="auto"/>
              <w:rPr>
                <w:rFonts w:ascii="Arial" w:hAnsi="Arial"/>
                <w:sz w:val="9"/>
              </w:rPr>
            </w:pPr>
            <w:r>
              <w:rPr>
                <w:rFonts w:ascii="Arial" w:hAnsi="Arial"/>
                <w:sz w:val="9"/>
              </w:rPr>
              <w:t>Jordan</w:t>
            </w:r>
          </w:p>
        </w:tc>
        <w:tc>
          <w:tcPr>
            <w:tcW w:w="835" w:type="dxa"/>
            <w:shd w:val="clear" w:color="auto" w:fill="F7FBFF"/>
            <w:tcMar>
              <w:top w:w="20" w:type="dxa"/>
              <w:left w:w="20" w:type="dxa"/>
              <w:bottom w:w="20" w:type="dxa"/>
              <w:right w:w="20" w:type="dxa"/>
            </w:tcMar>
            <w:vAlign w:val="center"/>
          </w:tcPr>
          <w:p w14:paraId="09D68077" w14:textId="77777777" w:rsidR="001A1A49" w:rsidRPr="001A1A49" w:rsidRDefault="001A1A49" w:rsidP="001A1A49">
            <w:pPr>
              <w:spacing w:after="0" w:line="240" w:lineRule="auto"/>
              <w:rPr>
                <w:rFonts w:ascii="Arial" w:hAnsi="Arial"/>
                <w:sz w:val="9"/>
              </w:rPr>
            </w:pPr>
            <w:r>
              <w:rPr>
                <w:rFonts w:ascii="Arial" w:hAnsi="Arial"/>
                <w:sz w:val="9"/>
              </w:rPr>
              <w:t>7372.0</w:t>
            </w:r>
          </w:p>
        </w:tc>
        <w:tc>
          <w:tcPr>
            <w:tcW w:w="835" w:type="dxa"/>
            <w:shd w:val="clear" w:color="auto" w:fill="F7FBFF"/>
            <w:tcMar>
              <w:top w:w="20" w:type="dxa"/>
              <w:left w:w="20" w:type="dxa"/>
              <w:bottom w:w="20" w:type="dxa"/>
              <w:right w:w="20" w:type="dxa"/>
            </w:tcMar>
            <w:vAlign w:val="center"/>
          </w:tcPr>
          <w:p w14:paraId="050B041A" w14:textId="77777777" w:rsidR="001A1A49" w:rsidRPr="001A1A49" w:rsidRDefault="001A1A49" w:rsidP="001A1A49">
            <w:pPr>
              <w:spacing w:after="0" w:line="240" w:lineRule="auto"/>
              <w:rPr>
                <w:rFonts w:ascii="Arial" w:hAnsi="Arial"/>
                <w:sz w:val="9"/>
              </w:rPr>
            </w:pPr>
            <w:r>
              <w:rPr>
                <w:rFonts w:ascii="Arial" w:hAnsi="Arial"/>
                <w:sz w:val="9"/>
              </w:rPr>
              <w:t>73.720</w:t>
            </w:r>
          </w:p>
        </w:tc>
        <w:tc>
          <w:tcPr>
            <w:tcW w:w="1612" w:type="dxa"/>
            <w:shd w:val="clear" w:color="auto" w:fill="F7FBFF"/>
            <w:tcMar>
              <w:top w:w="20" w:type="dxa"/>
              <w:left w:w="20" w:type="dxa"/>
              <w:bottom w:w="20" w:type="dxa"/>
              <w:right w:w="20" w:type="dxa"/>
            </w:tcMar>
            <w:vAlign w:val="center"/>
          </w:tcPr>
          <w:p w14:paraId="12A91162" w14:textId="77777777" w:rsidR="001A1A49" w:rsidRPr="001A1A49" w:rsidRDefault="001A1A49" w:rsidP="001A1A49">
            <w:pPr>
              <w:spacing w:after="0" w:line="240" w:lineRule="auto"/>
              <w:rPr>
                <w:rFonts w:ascii="Arial" w:hAnsi="Arial"/>
                <w:sz w:val="9"/>
              </w:rPr>
            </w:pPr>
            <w:r>
              <w:rPr>
                <w:rFonts w:ascii="Arial" w:hAnsi="Arial"/>
                <w:sz w:val="9"/>
              </w:rPr>
              <w:t>31°48'59"N 36°48'E</w:t>
            </w:r>
          </w:p>
        </w:tc>
        <w:tc>
          <w:tcPr>
            <w:tcW w:w="1036" w:type="dxa"/>
            <w:shd w:val="clear" w:color="auto" w:fill="F7FBFF"/>
            <w:tcMar>
              <w:top w:w="20" w:type="dxa"/>
              <w:left w:w="20" w:type="dxa"/>
              <w:bottom w:w="20" w:type="dxa"/>
              <w:right w:w="20" w:type="dxa"/>
            </w:tcMar>
            <w:vAlign w:val="center"/>
          </w:tcPr>
          <w:p w14:paraId="2C8B8AAB"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0053806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E712DA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6F0674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FB63B2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D08EBE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2A4F3D43" w14:textId="183AF82F"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3CEDF13B"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0F4C3FA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7B3192C5"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0C87EDDC" w14:textId="77777777" w:rsidTr="001A1A49">
        <w:trPr>
          <w:gridAfter w:val="1"/>
          <w:wAfter w:w="604" w:type="dxa"/>
          <w:jc w:val="center"/>
        </w:trPr>
        <w:tc>
          <w:tcPr>
            <w:tcW w:w="2160" w:type="dxa"/>
            <w:tcMar>
              <w:top w:w="20" w:type="dxa"/>
              <w:left w:w="20" w:type="dxa"/>
              <w:bottom w:w="20" w:type="dxa"/>
              <w:right w:w="20" w:type="dxa"/>
            </w:tcMar>
            <w:vAlign w:val="center"/>
          </w:tcPr>
          <w:p w14:paraId="0A60C6B2" w14:textId="77777777" w:rsidR="001A1A49" w:rsidRPr="001A1A49" w:rsidRDefault="001A1A49" w:rsidP="001A1A49">
            <w:pPr>
              <w:spacing w:after="0" w:line="240" w:lineRule="auto"/>
              <w:rPr>
                <w:rFonts w:ascii="Arial" w:hAnsi="Arial"/>
                <w:sz w:val="9"/>
              </w:rPr>
            </w:pPr>
            <w:r w:rsidRPr="001A1A49">
              <w:rPr>
                <w:rFonts w:ascii="Arial" w:hAnsi="Arial"/>
                <w:sz w:val="9"/>
              </w:rPr>
              <w:t>Sistema de Humedales de la Bahía de Bluefields</w:t>
            </w:r>
          </w:p>
        </w:tc>
        <w:tc>
          <w:tcPr>
            <w:tcW w:w="1296" w:type="dxa"/>
            <w:tcMar>
              <w:top w:w="20" w:type="dxa"/>
              <w:left w:w="20" w:type="dxa"/>
              <w:bottom w:w="20" w:type="dxa"/>
              <w:right w:w="20" w:type="dxa"/>
            </w:tcMar>
            <w:vAlign w:val="center"/>
          </w:tcPr>
          <w:p w14:paraId="3DB3545C" w14:textId="77777777" w:rsidR="001A1A49" w:rsidRPr="001A1A49" w:rsidRDefault="001A1A49" w:rsidP="001A1A49">
            <w:pPr>
              <w:spacing w:after="0" w:line="240" w:lineRule="auto"/>
              <w:rPr>
                <w:rFonts w:ascii="Arial" w:hAnsi="Arial"/>
                <w:sz w:val="9"/>
              </w:rPr>
            </w:pPr>
            <w:r>
              <w:rPr>
                <w:rFonts w:ascii="Arial" w:hAnsi="Arial"/>
                <w:sz w:val="9"/>
              </w:rPr>
              <w:t>Nicaragua</w:t>
            </w:r>
          </w:p>
        </w:tc>
        <w:tc>
          <w:tcPr>
            <w:tcW w:w="835" w:type="dxa"/>
            <w:tcMar>
              <w:top w:w="20" w:type="dxa"/>
              <w:left w:w="20" w:type="dxa"/>
              <w:bottom w:w="20" w:type="dxa"/>
              <w:right w:w="20" w:type="dxa"/>
            </w:tcMar>
            <w:vAlign w:val="center"/>
          </w:tcPr>
          <w:p w14:paraId="23B82205" w14:textId="77777777" w:rsidR="001A1A49" w:rsidRPr="001A1A49" w:rsidRDefault="001A1A49" w:rsidP="001A1A49">
            <w:pPr>
              <w:spacing w:after="0" w:line="240" w:lineRule="auto"/>
              <w:rPr>
                <w:rFonts w:ascii="Arial" w:hAnsi="Arial"/>
                <w:sz w:val="9"/>
              </w:rPr>
            </w:pPr>
            <w:r>
              <w:rPr>
                <w:rFonts w:ascii="Arial" w:hAnsi="Arial"/>
                <w:sz w:val="9"/>
              </w:rPr>
              <w:t>86501.0</w:t>
            </w:r>
          </w:p>
        </w:tc>
        <w:tc>
          <w:tcPr>
            <w:tcW w:w="835" w:type="dxa"/>
            <w:tcMar>
              <w:top w:w="20" w:type="dxa"/>
              <w:left w:w="20" w:type="dxa"/>
              <w:bottom w:w="20" w:type="dxa"/>
              <w:right w:w="20" w:type="dxa"/>
            </w:tcMar>
            <w:vAlign w:val="center"/>
          </w:tcPr>
          <w:p w14:paraId="69FDD010" w14:textId="77777777" w:rsidR="001A1A49" w:rsidRPr="001A1A49" w:rsidRDefault="001A1A49" w:rsidP="001A1A49">
            <w:pPr>
              <w:spacing w:after="0" w:line="240" w:lineRule="auto"/>
              <w:rPr>
                <w:rFonts w:ascii="Arial" w:hAnsi="Arial"/>
                <w:sz w:val="9"/>
              </w:rPr>
            </w:pPr>
            <w:r>
              <w:rPr>
                <w:rFonts w:ascii="Arial" w:hAnsi="Arial"/>
                <w:sz w:val="9"/>
              </w:rPr>
              <w:t>865.010</w:t>
            </w:r>
          </w:p>
        </w:tc>
        <w:tc>
          <w:tcPr>
            <w:tcW w:w="1612" w:type="dxa"/>
            <w:tcMar>
              <w:top w:w="20" w:type="dxa"/>
              <w:left w:w="20" w:type="dxa"/>
              <w:bottom w:w="20" w:type="dxa"/>
              <w:right w:w="20" w:type="dxa"/>
            </w:tcMar>
            <w:vAlign w:val="center"/>
          </w:tcPr>
          <w:p w14:paraId="4923E322" w14:textId="77777777" w:rsidR="001A1A49" w:rsidRPr="001A1A49" w:rsidRDefault="001A1A49" w:rsidP="001A1A49">
            <w:pPr>
              <w:spacing w:after="0" w:line="240" w:lineRule="auto"/>
              <w:rPr>
                <w:rFonts w:ascii="Arial" w:hAnsi="Arial"/>
                <w:sz w:val="9"/>
              </w:rPr>
            </w:pPr>
            <w:r>
              <w:rPr>
                <w:rFonts w:ascii="Arial" w:hAnsi="Arial"/>
                <w:sz w:val="9"/>
              </w:rPr>
              <w:t>11°54'59"N 83°45'W</w:t>
            </w:r>
          </w:p>
        </w:tc>
        <w:tc>
          <w:tcPr>
            <w:tcW w:w="1036" w:type="dxa"/>
            <w:tcMar>
              <w:top w:w="20" w:type="dxa"/>
              <w:left w:w="20" w:type="dxa"/>
              <w:bottom w:w="20" w:type="dxa"/>
              <w:right w:w="20" w:type="dxa"/>
            </w:tcMar>
            <w:vAlign w:val="center"/>
          </w:tcPr>
          <w:p w14:paraId="635D6D91"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tcMar>
              <w:top w:w="20" w:type="dxa"/>
              <w:left w:w="20" w:type="dxa"/>
              <w:bottom w:w="20" w:type="dxa"/>
              <w:right w:w="20" w:type="dxa"/>
            </w:tcMar>
            <w:vAlign w:val="center"/>
          </w:tcPr>
          <w:p w14:paraId="1241369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6AD7CE7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417967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47F5710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DFF2E1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bottom"/>
          </w:tcPr>
          <w:p w14:paraId="3197A91B" w14:textId="76039B1C"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223F439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7011602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65A1D57C"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CD01263"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55BCD568" w14:textId="77777777" w:rsidR="001A1A49" w:rsidRPr="001A1A49" w:rsidRDefault="001A1A49" w:rsidP="001A1A49">
            <w:pPr>
              <w:spacing w:after="0" w:line="240" w:lineRule="auto"/>
              <w:rPr>
                <w:rFonts w:ascii="Arial" w:hAnsi="Arial"/>
                <w:sz w:val="9"/>
              </w:rPr>
            </w:pPr>
            <w:r>
              <w:rPr>
                <w:rFonts w:ascii="Arial" w:hAnsi="Arial"/>
                <w:sz w:val="9"/>
              </w:rPr>
              <w:t>Blesbokspruit</w:t>
            </w:r>
          </w:p>
        </w:tc>
        <w:tc>
          <w:tcPr>
            <w:tcW w:w="1296" w:type="dxa"/>
            <w:shd w:val="clear" w:color="auto" w:fill="F7FBFF"/>
            <w:tcMar>
              <w:top w:w="20" w:type="dxa"/>
              <w:left w:w="20" w:type="dxa"/>
              <w:bottom w:w="20" w:type="dxa"/>
              <w:right w:w="20" w:type="dxa"/>
            </w:tcMar>
            <w:vAlign w:val="center"/>
          </w:tcPr>
          <w:p w14:paraId="4853D15F" w14:textId="77777777" w:rsidR="001A1A49" w:rsidRPr="001A1A49" w:rsidRDefault="001A1A49" w:rsidP="001A1A49">
            <w:pPr>
              <w:spacing w:after="0" w:line="240" w:lineRule="auto"/>
              <w:rPr>
                <w:rFonts w:ascii="Arial" w:hAnsi="Arial"/>
                <w:sz w:val="9"/>
              </w:rPr>
            </w:pPr>
            <w:r>
              <w:rPr>
                <w:rFonts w:ascii="Arial" w:hAnsi="Arial"/>
                <w:sz w:val="9"/>
              </w:rPr>
              <w:t>South Africa</w:t>
            </w:r>
          </w:p>
        </w:tc>
        <w:tc>
          <w:tcPr>
            <w:tcW w:w="835" w:type="dxa"/>
            <w:shd w:val="clear" w:color="auto" w:fill="F7FBFF"/>
            <w:tcMar>
              <w:top w:w="20" w:type="dxa"/>
              <w:left w:w="20" w:type="dxa"/>
              <w:bottom w:w="20" w:type="dxa"/>
              <w:right w:w="20" w:type="dxa"/>
            </w:tcMar>
            <w:vAlign w:val="center"/>
          </w:tcPr>
          <w:p w14:paraId="5293F424" w14:textId="77777777" w:rsidR="001A1A49" w:rsidRPr="001A1A49" w:rsidRDefault="001A1A49" w:rsidP="001A1A49">
            <w:pPr>
              <w:spacing w:after="0" w:line="240" w:lineRule="auto"/>
              <w:rPr>
                <w:rFonts w:ascii="Arial" w:hAnsi="Arial"/>
                <w:sz w:val="9"/>
              </w:rPr>
            </w:pPr>
            <w:r>
              <w:rPr>
                <w:rFonts w:ascii="Arial" w:hAnsi="Arial"/>
                <w:sz w:val="9"/>
              </w:rPr>
              <w:t>1858.0</w:t>
            </w:r>
          </w:p>
        </w:tc>
        <w:tc>
          <w:tcPr>
            <w:tcW w:w="835" w:type="dxa"/>
            <w:shd w:val="clear" w:color="auto" w:fill="F7FBFF"/>
            <w:tcMar>
              <w:top w:w="20" w:type="dxa"/>
              <w:left w:w="20" w:type="dxa"/>
              <w:bottom w:w="20" w:type="dxa"/>
              <w:right w:w="20" w:type="dxa"/>
            </w:tcMar>
            <w:vAlign w:val="center"/>
          </w:tcPr>
          <w:p w14:paraId="1109DFA0" w14:textId="77777777" w:rsidR="001A1A49" w:rsidRPr="001A1A49" w:rsidRDefault="001A1A49" w:rsidP="001A1A49">
            <w:pPr>
              <w:spacing w:after="0" w:line="240" w:lineRule="auto"/>
              <w:rPr>
                <w:rFonts w:ascii="Arial" w:hAnsi="Arial"/>
                <w:sz w:val="9"/>
              </w:rPr>
            </w:pPr>
            <w:r>
              <w:rPr>
                <w:rFonts w:ascii="Arial" w:hAnsi="Arial"/>
                <w:sz w:val="9"/>
              </w:rPr>
              <w:t>18.580</w:t>
            </w:r>
          </w:p>
        </w:tc>
        <w:tc>
          <w:tcPr>
            <w:tcW w:w="1612" w:type="dxa"/>
            <w:shd w:val="clear" w:color="auto" w:fill="F7FBFF"/>
            <w:tcMar>
              <w:top w:w="20" w:type="dxa"/>
              <w:left w:w="20" w:type="dxa"/>
              <w:bottom w:w="20" w:type="dxa"/>
              <w:right w:w="20" w:type="dxa"/>
            </w:tcMar>
            <w:vAlign w:val="center"/>
          </w:tcPr>
          <w:p w14:paraId="42D4A8BC" w14:textId="77777777" w:rsidR="001A1A49" w:rsidRPr="001A1A49" w:rsidRDefault="001A1A49" w:rsidP="001A1A49">
            <w:pPr>
              <w:spacing w:after="0" w:line="240" w:lineRule="auto"/>
              <w:rPr>
                <w:rFonts w:ascii="Arial" w:hAnsi="Arial"/>
                <w:sz w:val="9"/>
              </w:rPr>
            </w:pPr>
            <w:r>
              <w:rPr>
                <w:rFonts w:ascii="Arial" w:hAnsi="Arial"/>
                <w:sz w:val="9"/>
              </w:rPr>
              <w:t>26°18'41"S 28°30'13"E</w:t>
            </w:r>
          </w:p>
        </w:tc>
        <w:tc>
          <w:tcPr>
            <w:tcW w:w="1036" w:type="dxa"/>
            <w:shd w:val="clear" w:color="auto" w:fill="F7FBFF"/>
            <w:tcMar>
              <w:top w:w="20" w:type="dxa"/>
              <w:left w:w="20" w:type="dxa"/>
              <w:bottom w:w="20" w:type="dxa"/>
              <w:right w:w="20" w:type="dxa"/>
            </w:tcMar>
            <w:vAlign w:val="center"/>
          </w:tcPr>
          <w:p w14:paraId="5F397944"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3AEE1951"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5B4E1CA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5EAF1A66"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7E949710" w14:textId="77777777" w:rsidR="001A1A49" w:rsidRPr="001A1A49" w:rsidRDefault="001A1A49" w:rsidP="001A1A49">
            <w:pPr>
              <w:spacing w:after="0" w:line="240" w:lineRule="auto"/>
              <w:rPr>
                <w:rFonts w:ascii="Arial" w:hAnsi="Arial"/>
                <w:sz w:val="9"/>
              </w:rPr>
            </w:pPr>
            <w:r>
              <w:rPr>
                <w:rFonts w:ascii="Arial" w:hAnsi="Arial"/>
                <w:sz w:val="9"/>
              </w:rPr>
              <w:t>-</w:t>
            </w:r>
          </w:p>
        </w:tc>
        <w:tc>
          <w:tcPr>
            <w:tcW w:w="691" w:type="dxa"/>
            <w:shd w:val="clear" w:color="auto" w:fill="F7FBFF"/>
            <w:tcMar>
              <w:top w:w="20" w:type="dxa"/>
              <w:left w:w="20" w:type="dxa"/>
              <w:bottom w:w="20" w:type="dxa"/>
              <w:right w:w="20" w:type="dxa"/>
            </w:tcMar>
            <w:vAlign w:val="center"/>
          </w:tcPr>
          <w:p w14:paraId="2574431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783F8493" w14:textId="7204D47C"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37CE01D3"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528D06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39CF9D3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19A9C762" w14:textId="77777777" w:rsidTr="001A1A49">
        <w:trPr>
          <w:gridAfter w:val="1"/>
          <w:wAfter w:w="604" w:type="dxa"/>
          <w:jc w:val="center"/>
        </w:trPr>
        <w:tc>
          <w:tcPr>
            <w:tcW w:w="2160" w:type="dxa"/>
            <w:tcMar>
              <w:top w:w="20" w:type="dxa"/>
              <w:left w:w="20" w:type="dxa"/>
              <w:bottom w:w="20" w:type="dxa"/>
              <w:right w:w="20" w:type="dxa"/>
            </w:tcMar>
            <w:vAlign w:val="center"/>
          </w:tcPr>
          <w:p w14:paraId="055E4905" w14:textId="77777777" w:rsidR="001A1A49" w:rsidRPr="001A1A49" w:rsidRDefault="001A1A49" w:rsidP="001A1A49">
            <w:pPr>
              <w:spacing w:after="0" w:line="240" w:lineRule="auto"/>
              <w:rPr>
                <w:rFonts w:ascii="Arial" w:hAnsi="Arial"/>
                <w:sz w:val="9"/>
              </w:rPr>
            </w:pPr>
            <w:r>
              <w:rPr>
                <w:rFonts w:ascii="Arial" w:hAnsi="Arial"/>
                <w:sz w:val="9"/>
              </w:rPr>
              <w:t>Orange River Mouth</w:t>
            </w:r>
          </w:p>
        </w:tc>
        <w:tc>
          <w:tcPr>
            <w:tcW w:w="1296" w:type="dxa"/>
            <w:tcMar>
              <w:top w:w="20" w:type="dxa"/>
              <w:left w:w="20" w:type="dxa"/>
              <w:bottom w:w="20" w:type="dxa"/>
              <w:right w:w="20" w:type="dxa"/>
            </w:tcMar>
            <w:vAlign w:val="center"/>
          </w:tcPr>
          <w:p w14:paraId="0D23EB68" w14:textId="77777777" w:rsidR="001A1A49" w:rsidRPr="001A1A49" w:rsidRDefault="001A1A49" w:rsidP="001A1A49">
            <w:pPr>
              <w:spacing w:after="0" w:line="240" w:lineRule="auto"/>
              <w:rPr>
                <w:rFonts w:ascii="Arial" w:hAnsi="Arial"/>
                <w:sz w:val="9"/>
              </w:rPr>
            </w:pPr>
            <w:r>
              <w:rPr>
                <w:rFonts w:ascii="Arial" w:hAnsi="Arial"/>
                <w:sz w:val="9"/>
              </w:rPr>
              <w:t>South Africa</w:t>
            </w:r>
          </w:p>
        </w:tc>
        <w:tc>
          <w:tcPr>
            <w:tcW w:w="835" w:type="dxa"/>
            <w:tcMar>
              <w:top w:w="20" w:type="dxa"/>
              <w:left w:w="20" w:type="dxa"/>
              <w:bottom w:w="20" w:type="dxa"/>
              <w:right w:w="20" w:type="dxa"/>
            </w:tcMar>
            <w:vAlign w:val="center"/>
          </w:tcPr>
          <w:p w14:paraId="360ABD2A" w14:textId="77777777" w:rsidR="001A1A49" w:rsidRPr="001A1A49" w:rsidRDefault="001A1A49" w:rsidP="001A1A49">
            <w:pPr>
              <w:spacing w:after="0" w:line="240" w:lineRule="auto"/>
              <w:rPr>
                <w:rFonts w:ascii="Arial" w:hAnsi="Arial"/>
                <w:sz w:val="9"/>
              </w:rPr>
            </w:pPr>
            <w:r>
              <w:rPr>
                <w:rFonts w:ascii="Arial" w:hAnsi="Arial"/>
                <w:sz w:val="9"/>
              </w:rPr>
              <w:t>500.0</w:t>
            </w:r>
          </w:p>
        </w:tc>
        <w:tc>
          <w:tcPr>
            <w:tcW w:w="835" w:type="dxa"/>
            <w:tcMar>
              <w:top w:w="20" w:type="dxa"/>
              <w:left w:w="20" w:type="dxa"/>
              <w:bottom w:w="20" w:type="dxa"/>
              <w:right w:w="20" w:type="dxa"/>
            </w:tcMar>
            <w:vAlign w:val="center"/>
          </w:tcPr>
          <w:p w14:paraId="5507B991" w14:textId="77777777" w:rsidR="001A1A49" w:rsidRPr="001A1A49" w:rsidRDefault="001A1A49" w:rsidP="001A1A49">
            <w:pPr>
              <w:spacing w:after="0" w:line="240" w:lineRule="auto"/>
              <w:rPr>
                <w:rFonts w:ascii="Arial" w:hAnsi="Arial"/>
                <w:sz w:val="9"/>
              </w:rPr>
            </w:pPr>
            <w:r>
              <w:rPr>
                <w:rFonts w:ascii="Arial" w:hAnsi="Arial"/>
                <w:sz w:val="9"/>
              </w:rPr>
              <w:t>5.000</w:t>
            </w:r>
          </w:p>
        </w:tc>
        <w:tc>
          <w:tcPr>
            <w:tcW w:w="1612" w:type="dxa"/>
            <w:tcMar>
              <w:top w:w="20" w:type="dxa"/>
              <w:left w:w="20" w:type="dxa"/>
              <w:bottom w:w="20" w:type="dxa"/>
              <w:right w:w="20" w:type="dxa"/>
            </w:tcMar>
            <w:vAlign w:val="center"/>
          </w:tcPr>
          <w:p w14:paraId="2466CA31" w14:textId="77777777" w:rsidR="001A1A49" w:rsidRPr="001A1A49" w:rsidRDefault="001A1A49" w:rsidP="001A1A49">
            <w:pPr>
              <w:spacing w:after="0" w:line="240" w:lineRule="auto"/>
              <w:rPr>
                <w:rFonts w:ascii="Arial" w:hAnsi="Arial"/>
                <w:sz w:val="9"/>
              </w:rPr>
            </w:pPr>
            <w:r>
              <w:rPr>
                <w:rFonts w:ascii="Arial" w:hAnsi="Arial"/>
                <w:sz w:val="9"/>
              </w:rPr>
              <w:t>28°40'S 16°30'E</w:t>
            </w:r>
          </w:p>
        </w:tc>
        <w:tc>
          <w:tcPr>
            <w:tcW w:w="1036" w:type="dxa"/>
            <w:tcMar>
              <w:top w:w="20" w:type="dxa"/>
              <w:left w:w="20" w:type="dxa"/>
              <w:bottom w:w="20" w:type="dxa"/>
              <w:right w:w="20" w:type="dxa"/>
            </w:tcMar>
            <w:vAlign w:val="center"/>
          </w:tcPr>
          <w:p w14:paraId="1B44F288"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tcMar>
              <w:top w:w="20" w:type="dxa"/>
              <w:left w:w="20" w:type="dxa"/>
              <w:bottom w:w="20" w:type="dxa"/>
              <w:right w:w="20" w:type="dxa"/>
            </w:tcMar>
            <w:vAlign w:val="center"/>
          </w:tcPr>
          <w:p w14:paraId="3F191D01"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417A81C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3D1CE5E"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72E6B78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81B858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72DEF4B1" w14:textId="63A94FDC"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6E5E2A4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D88C8ED"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7390EB8F"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13F2BA23"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2152CCF3" w14:textId="77777777" w:rsidR="001A1A49" w:rsidRPr="001A1A49" w:rsidRDefault="001A1A49" w:rsidP="001A1A49">
            <w:pPr>
              <w:spacing w:after="0" w:line="240" w:lineRule="auto"/>
              <w:rPr>
                <w:rFonts w:ascii="Arial" w:hAnsi="Arial"/>
                <w:sz w:val="9"/>
              </w:rPr>
            </w:pPr>
            <w:r>
              <w:rPr>
                <w:rFonts w:ascii="Arial" w:hAnsi="Arial"/>
                <w:sz w:val="9"/>
              </w:rPr>
              <w:t>Doñana</w:t>
            </w:r>
          </w:p>
        </w:tc>
        <w:tc>
          <w:tcPr>
            <w:tcW w:w="1296" w:type="dxa"/>
            <w:shd w:val="clear" w:color="auto" w:fill="F7FBFF"/>
            <w:tcMar>
              <w:top w:w="20" w:type="dxa"/>
              <w:left w:w="20" w:type="dxa"/>
              <w:bottom w:w="20" w:type="dxa"/>
              <w:right w:w="20" w:type="dxa"/>
            </w:tcMar>
            <w:vAlign w:val="center"/>
          </w:tcPr>
          <w:p w14:paraId="008D51A9" w14:textId="77777777" w:rsidR="001A1A49" w:rsidRPr="001A1A49" w:rsidRDefault="001A1A49" w:rsidP="001A1A49">
            <w:pPr>
              <w:spacing w:after="0" w:line="240" w:lineRule="auto"/>
              <w:rPr>
                <w:rFonts w:ascii="Arial" w:hAnsi="Arial"/>
                <w:sz w:val="9"/>
              </w:rPr>
            </w:pPr>
            <w:r>
              <w:rPr>
                <w:rFonts w:ascii="Arial" w:hAnsi="Arial"/>
                <w:sz w:val="9"/>
              </w:rPr>
              <w:t>Spain</w:t>
            </w:r>
          </w:p>
        </w:tc>
        <w:tc>
          <w:tcPr>
            <w:tcW w:w="835" w:type="dxa"/>
            <w:shd w:val="clear" w:color="auto" w:fill="F7FBFF"/>
            <w:tcMar>
              <w:top w:w="20" w:type="dxa"/>
              <w:left w:w="20" w:type="dxa"/>
              <w:bottom w:w="20" w:type="dxa"/>
              <w:right w:w="20" w:type="dxa"/>
            </w:tcMar>
            <w:vAlign w:val="center"/>
          </w:tcPr>
          <w:p w14:paraId="48826988" w14:textId="77777777" w:rsidR="001A1A49" w:rsidRPr="001A1A49" w:rsidRDefault="001A1A49" w:rsidP="001A1A49">
            <w:pPr>
              <w:spacing w:after="0" w:line="240" w:lineRule="auto"/>
              <w:rPr>
                <w:rFonts w:ascii="Arial" w:hAnsi="Arial"/>
                <w:sz w:val="9"/>
              </w:rPr>
            </w:pPr>
            <w:r>
              <w:rPr>
                <w:rFonts w:ascii="Arial" w:hAnsi="Arial"/>
                <w:sz w:val="9"/>
              </w:rPr>
              <w:t>111646.0</w:t>
            </w:r>
          </w:p>
        </w:tc>
        <w:tc>
          <w:tcPr>
            <w:tcW w:w="835" w:type="dxa"/>
            <w:shd w:val="clear" w:color="auto" w:fill="F7FBFF"/>
            <w:tcMar>
              <w:top w:w="20" w:type="dxa"/>
              <w:left w:w="20" w:type="dxa"/>
              <w:bottom w:w="20" w:type="dxa"/>
              <w:right w:w="20" w:type="dxa"/>
            </w:tcMar>
            <w:vAlign w:val="center"/>
          </w:tcPr>
          <w:p w14:paraId="4E175588" w14:textId="77777777" w:rsidR="001A1A49" w:rsidRPr="001A1A49" w:rsidRDefault="001A1A49" w:rsidP="001A1A49">
            <w:pPr>
              <w:spacing w:after="0" w:line="240" w:lineRule="auto"/>
              <w:rPr>
                <w:rFonts w:ascii="Arial" w:hAnsi="Arial"/>
                <w:sz w:val="9"/>
              </w:rPr>
            </w:pPr>
            <w:r>
              <w:rPr>
                <w:rFonts w:ascii="Arial" w:hAnsi="Arial"/>
                <w:sz w:val="9"/>
              </w:rPr>
              <w:t>1116.460</w:t>
            </w:r>
          </w:p>
        </w:tc>
        <w:tc>
          <w:tcPr>
            <w:tcW w:w="1612" w:type="dxa"/>
            <w:shd w:val="clear" w:color="auto" w:fill="F7FBFF"/>
            <w:tcMar>
              <w:top w:w="20" w:type="dxa"/>
              <w:left w:w="20" w:type="dxa"/>
              <w:bottom w:w="20" w:type="dxa"/>
              <w:right w:w="20" w:type="dxa"/>
            </w:tcMar>
            <w:vAlign w:val="center"/>
          </w:tcPr>
          <w:p w14:paraId="70392083" w14:textId="77777777" w:rsidR="001A1A49" w:rsidRPr="001A1A49" w:rsidRDefault="001A1A49" w:rsidP="001A1A49">
            <w:pPr>
              <w:spacing w:after="0" w:line="240" w:lineRule="auto"/>
              <w:rPr>
                <w:rFonts w:ascii="Arial" w:hAnsi="Arial"/>
                <w:sz w:val="9"/>
              </w:rPr>
            </w:pPr>
            <w:r>
              <w:rPr>
                <w:rFonts w:ascii="Arial" w:hAnsi="Arial"/>
                <w:sz w:val="9"/>
              </w:rPr>
              <w:t>37°01'52"N 06°25'24"W</w:t>
            </w:r>
          </w:p>
        </w:tc>
        <w:tc>
          <w:tcPr>
            <w:tcW w:w="1036" w:type="dxa"/>
            <w:shd w:val="clear" w:color="auto" w:fill="F7FBFF"/>
            <w:tcMar>
              <w:top w:w="20" w:type="dxa"/>
              <w:left w:w="20" w:type="dxa"/>
              <w:bottom w:w="20" w:type="dxa"/>
              <w:right w:w="20" w:type="dxa"/>
            </w:tcMar>
            <w:vAlign w:val="center"/>
          </w:tcPr>
          <w:p w14:paraId="7834D12E"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1D49BC43"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30C81535"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6E254F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3E16E5A"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6A53538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19B7496B" w14:textId="7C2A6F90"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27884146"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313CE52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082F26DE" w14:textId="77777777" w:rsidR="001A1A49" w:rsidRPr="001A1A49" w:rsidRDefault="001A1A49" w:rsidP="001A1A49">
            <w:pPr>
              <w:spacing w:after="0" w:line="240" w:lineRule="auto"/>
              <w:rPr>
                <w:rFonts w:ascii="Arial" w:hAnsi="Arial"/>
                <w:sz w:val="9"/>
              </w:rPr>
            </w:pPr>
            <w:r>
              <w:rPr>
                <w:rFonts w:ascii="Arial" w:hAnsi="Arial"/>
                <w:sz w:val="9"/>
              </w:rPr>
              <w:t>YES</w:t>
            </w:r>
          </w:p>
        </w:tc>
      </w:tr>
      <w:tr w:rsidR="001A1A49" w:rsidRPr="001A1A49" w14:paraId="156FEA17" w14:textId="77777777" w:rsidTr="001A1A49">
        <w:trPr>
          <w:gridAfter w:val="1"/>
          <w:wAfter w:w="604" w:type="dxa"/>
          <w:jc w:val="center"/>
        </w:trPr>
        <w:tc>
          <w:tcPr>
            <w:tcW w:w="2160" w:type="dxa"/>
            <w:tcMar>
              <w:top w:w="20" w:type="dxa"/>
              <w:left w:w="20" w:type="dxa"/>
              <w:bottom w:w="20" w:type="dxa"/>
              <w:right w:w="20" w:type="dxa"/>
            </w:tcMar>
            <w:vAlign w:val="center"/>
          </w:tcPr>
          <w:p w14:paraId="61DB9FFD" w14:textId="77777777" w:rsidR="001A1A49" w:rsidRPr="001A1A49" w:rsidRDefault="001A1A49" w:rsidP="001A1A49">
            <w:pPr>
              <w:spacing w:after="0" w:line="240" w:lineRule="auto"/>
              <w:rPr>
                <w:rFonts w:ascii="Arial" w:hAnsi="Arial"/>
                <w:sz w:val="9"/>
              </w:rPr>
            </w:pPr>
            <w:r>
              <w:rPr>
                <w:rFonts w:ascii="Arial" w:hAnsi="Arial"/>
                <w:sz w:val="9"/>
              </w:rPr>
              <w:t>Las Tablas de Daimiel</w:t>
            </w:r>
          </w:p>
        </w:tc>
        <w:tc>
          <w:tcPr>
            <w:tcW w:w="1296" w:type="dxa"/>
            <w:tcMar>
              <w:top w:w="20" w:type="dxa"/>
              <w:left w:w="20" w:type="dxa"/>
              <w:bottom w:w="20" w:type="dxa"/>
              <w:right w:w="20" w:type="dxa"/>
            </w:tcMar>
            <w:vAlign w:val="center"/>
          </w:tcPr>
          <w:p w14:paraId="41958D7E" w14:textId="77777777" w:rsidR="001A1A49" w:rsidRPr="001A1A49" w:rsidRDefault="001A1A49" w:rsidP="001A1A49">
            <w:pPr>
              <w:spacing w:after="0" w:line="240" w:lineRule="auto"/>
              <w:rPr>
                <w:rFonts w:ascii="Arial" w:hAnsi="Arial"/>
                <w:sz w:val="9"/>
              </w:rPr>
            </w:pPr>
            <w:r>
              <w:rPr>
                <w:rFonts w:ascii="Arial" w:hAnsi="Arial"/>
                <w:sz w:val="9"/>
              </w:rPr>
              <w:t>Spain</w:t>
            </w:r>
          </w:p>
        </w:tc>
        <w:tc>
          <w:tcPr>
            <w:tcW w:w="835" w:type="dxa"/>
            <w:tcMar>
              <w:top w:w="20" w:type="dxa"/>
              <w:left w:w="20" w:type="dxa"/>
              <w:bottom w:w="20" w:type="dxa"/>
              <w:right w:w="20" w:type="dxa"/>
            </w:tcMar>
            <w:vAlign w:val="center"/>
          </w:tcPr>
          <w:p w14:paraId="2161F9C9" w14:textId="77777777" w:rsidR="001A1A49" w:rsidRPr="001A1A49" w:rsidRDefault="001A1A49" w:rsidP="001A1A49">
            <w:pPr>
              <w:spacing w:after="0" w:line="240" w:lineRule="auto"/>
              <w:rPr>
                <w:rFonts w:ascii="Arial" w:hAnsi="Arial"/>
                <w:sz w:val="9"/>
              </w:rPr>
            </w:pPr>
            <w:r>
              <w:rPr>
                <w:rFonts w:ascii="Arial" w:hAnsi="Arial"/>
                <w:sz w:val="9"/>
              </w:rPr>
              <w:t>1928.0</w:t>
            </w:r>
          </w:p>
        </w:tc>
        <w:tc>
          <w:tcPr>
            <w:tcW w:w="835" w:type="dxa"/>
            <w:tcMar>
              <w:top w:w="20" w:type="dxa"/>
              <w:left w:w="20" w:type="dxa"/>
              <w:bottom w:w="20" w:type="dxa"/>
              <w:right w:w="20" w:type="dxa"/>
            </w:tcMar>
            <w:vAlign w:val="center"/>
          </w:tcPr>
          <w:p w14:paraId="46B853C9" w14:textId="77777777" w:rsidR="001A1A49" w:rsidRPr="001A1A49" w:rsidRDefault="001A1A49" w:rsidP="001A1A49">
            <w:pPr>
              <w:spacing w:after="0" w:line="240" w:lineRule="auto"/>
              <w:rPr>
                <w:rFonts w:ascii="Arial" w:hAnsi="Arial"/>
                <w:sz w:val="9"/>
              </w:rPr>
            </w:pPr>
            <w:r>
              <w:rPr>
                <w:rFonts w:ascii="Arial" w:hAnsi="Arial"/>
                <w:sz w:val="9"/>
              </w:rPr>
              <w:t>19.280</w:t>
            </w:r>
          </w:p>
        </w:tc>
        <w:tc>
          <w:tcPr>
            <w:tcW w:w="1612" w:type="dxa"/>
            <w:tcMar>
              <w:top w:w="20" w:type="dxa"/>
              <w:left w:w="20" w:type="dxa"/>
              <w:bottom w:w="20" w:type="dxa"/>
              <w:right w:w="20" w:type="dxa"/>
            </w:tcMar>
            <w:vAlign w:val="center"/>
          </w:tcPr>
          <w:p w14:paraId="28730F9A" w14:textId="77777777" w:rsidR="001A1A49" w:rsidRPr="001A1A49" w:rsidRDefault="001A1A49" w:rsidP="001A1A49">
            <w:pPr>
              <w:spacing w:after="0" w:line="240" w:lineRule="auto"/>
              <w:rPr>
                <w:rFonts w:ascii="Arial" w:hAnsi="Arial"/>
                <w:sz w:val="9"/>
              </w:rPr>
            </w:pPr>
            <w:r>
              <w:rPr>
                <w:rFonts w:ascii="Arial" w:hAnsi="Arial"/>
                <w:sz w:val="9"/>
              </w:rPr>
              <w:t>39°09'N 03°39'59"W</w:t>
            </w:r>
          </w:p>
        </w:tc>
        <w:tc>
          <w:tcPr>
            <w:tcW w:w="1036" w:type="dxa"/>
            <w:tcMar>
              <w:top w:w="20" w:type="dxa"/>
              <w:left w:w="20" w:type="dxa"/>
              <w:bottom w:w="20" w:type="dxa"/>
              <w:right w:w="20" w:type="dxa"/>
            </w:tcMar>
            <w:vAlign w:val="center"/>
          </w:tcPr>
          <w:p w14:paraId="2E323A56"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57F4BEE5"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634C463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02F4CF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31A90337"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3BED1A24"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1210B20B" w14:textId="3AE6C4F6"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258B171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40228B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41E1FB3B"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A58F638"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01743E2A" w14:textId="77777777" w:rsidR="001A1A49" w:rsidRPr="001A1A49" w:rsidRDefault="001A1A49" w:rsidP="001A1A49">
            <w:pPr>
              <w:spacing w:after="0" w:line="240" w:lineRule="auto"/>
              <w:rPr>
                <w:rFonts w:ascii="Arial" w:hAnsi="Arial"/>
                <w:sz w:val="9"/>
              </w:rPr>
            </w:pPr>
            <w:r>
              <w:rPr>
                <w:rFonts w:ascii="Arial" w:hAnsi="Arial"/>
                <w:sz w:val="9"/>
              </w:rPr>
              <w:t>Ichkeul</w:t>
            </w:r>
          </w:p>
        </w:tc>
        <w:tc>
          <w:tcPr>
            <w:tcW w:w="1296" w:type="dxa"/>
            <w:shd w:val="clear" w:color="auto" w:fill="F7FBFF"/>
            <w:tcMar>
              <w:top w:w="20" w:type="dxa"/>
              <w:left w:w="20" w:type="dxa"/>
              <w:bottom w:w="20" w:type="dxa"/>
              <w:right w:w="20" w:type="dxa"/>
            </w:tcMar>
            <w:vAlign w:val="center"/>
          </w:tcPr>
          <w:p w14:paraId="63818183" w14:textId="77777777" w:rsidR="001A1A49" w:rsidRPr="001A1A49" w:rsidRDefault="001A1A49" w:rsidP="001A1A49">
            <w:pPr>
              <w:spacing w:after="0" w:line="240" w:lineRule="auto"/>
              <w:rPr>
                <w:rFonts w:ascii="Arial" w:hAnsi="Arial"/>
                <w:sz w:val="9"/>
              </w:rPr>
            </w:pPr>
            <w:r>
              <w:rPr>
                <w:rFonts w:ascii="Arial" w:hAnsi="Arial"/>
                <w:sz w:val="9"/>
              </w:rPr>
              <w:t>Tunisia</w:t>
            </w:r>
          </w:p>
        </w:tc>
        <w:tc>
          <w:tcPr>
            <w:tcW w:w="835" w:type="dxa"/>
            <w:shd w:val="clear" w:color="auto" w:fill="F7FBFF"/>
            <w:tcMar>
              <w:top w:w="20" w:type="dxa"/>
              <w:left w:w="20" w:type="dxa"/>
              <w:bottom w:w="20" w:type="dxa"/>
              <w:right w:w="20" w:type="dxa"/>
            </w:tcMar>
            <w:vAlign w:val="center"/>
          </w:tcPr>
          <w:p w14:paraId="7A525787" w14:textId="77777777" w:rsidR="001A1A49" w:rsidRPr="001A1A49" w:rsidRDefault="001A1A49" w:rsidP="001A1A49">
            <w:pPr>
              <w:spacing w:after="0" w:line="240" w:lineRule="auto"/>
              <w:rPr>
                <w:rFonts w:ascii="Arial" w:hAnsi="Arial"/>
                <w:sz w:val="9"/>
              </w:rPr>
            </w:pPr>
            <w:r>
              <w:rPr>
                <w:rFonts w:ascii="Arial" w:hAnsi="Arial"/>
                <w:sz w:val="9"/>
              </w:rPr>
              <w:t>12600.0</w:t>
            </w:r>
          </w:p>
        </w:tc>
        <w:tc>
          <w:tcPr>
            <w:tcW w:w="835" w:type="dxa"/>
            <w:shd w:val="clear" w:color="auto" w:fill="F7FBFF"/>
            <w:tcMar>
              <w:top w:w="20" w:type="dxa"/>
              <w:left w:w="20" w:type="dxa"/>
              <w:bottom w:w="20" w:type="dxa"/>
              <w:right w:w="20" w:type="dxa"/>
            </w:tcMar>
            <w:vAlign w:val="center"/>
          </w:tcPr>
          <w:p w14:paraId="43F4D2A6" w14:textId="77777777" w:rsidR="001A1A49" w:rsidRPr="001A1A49" w:rsidRDefault="001A1A49" w:rsidP="001A1A49">
            <w:pPr>
              <w:spacing w:after="0" w:line="240" w:lineRule="auto"/>
              <w:rPr>
                <w:rFonts w:ascii="Arial" w:hAnsi="Arial"/>
                <w:sz w:val="9"/>
              </w:rPr>
            </w:pPr>
            <w:r>
              <w:rPr>
                <w:rFonts w:ascii="Arial" w:hAnsi="Arial"/>
                <w:sz w:val="9"/>
              </w:rPr>
              <w:t>126.000</w:t>
            </w:r>
          </w:p>
        </w:tc>
        <w:tc>
          <w:tcPr>
            <w:tcW w:w="1612" w:type="dxa"/>
            <w:shd w:val="clear" w:color="auto" w:fill="F7FBFF"/>
            <w:tcMar>
              <w:top w:w="20" w:type="dxa"/>
              <w:left w:w="20" w:type="dxa"/>
              <w:bottom w:w="20" w:type="dxa"/>
              <w:right w:w="20" w:type="dxa"/>
            </w:tcMar>
            <w:vAlign w:val="center"/>
          </w:tcPr>
          <w:p w14:paraId="224206D8" w14:textId="77777777" w:rsidR="001A1A49" w:rsidRPr="001A1A49" w:rsidRDefault="001A1A49" w:rsidP="001A1A49">
            <w:pPr>
              <w:spacing w:after="0" w:line="240" w:lineRule="auto"/>
              <w:rPr>
                <w:rFonts w:ascii="Arial" w:hAnsi="Arial"/>
                <w:sz w:val="9"/>
              </w:rPr>
            </w:pPr>
            <w:r>
              <w:rPr>
                <w:rFonts w:ascii="Arial" w:hAnsi="Arial"/>
                <w:sz w:val="9"/>
              </w:rPr>
              <w:t>37°09'59"N 09°39'59"E</w:t>
            </w:r>
          </w:p>
        </w:tc>
        <w:tc>
          <w:tcPr>
            <w:tcW w:w="1036" w:type="dxa"/>
            <w:shd w:val="clear" w:color="auto" w:fill="F7FBFF"/>
            <w:tcMar>
              <w:top w:w="20" w:type="dxa"/>
              <w:left w:w="20" w:type="dxa"/>
              <w:bottom w:w="20" w:type="dxa"/>
              <w:right w:w="20" w:type="dxa"/>
            </w:tcMar>
            <w:vAlign w:val="center"/>
          </w:tcPr>
          <w:p w14:paraId="4B3B02FD"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31EE7FA0"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25A2DD3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740C5FE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19C7856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165640C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05FEC84A" w14:textId="33A8C1AB"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1A567DC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322F17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6E95227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483A3000" w14:textId="77777777" w:rsidTr="001A1A49">
        <w:trPr>
          <w:gridAfter w:val="1"/>
          <w:wAfter w:w="604" w:type="dxa"/>
          <w:jc w:val="center"/>
        </w:trPr>
        <w:tc>
          <w:tcPr>
            <w:tcW w:w="2160" w:type="dxa"/>
            <w:tcMar>
              <w:top w:w="20" w:type="dxa"/>
              <w:left w:w="20" w:type="dxa"/>
              <w:bottom w:w="20" w:type="dxa"/>
              <w:right w:w="20" w:type="dxa"/>
            </w:tcMar>
            <w:vAlign w:val="center"/>
          </w:tcPr>
          <w:p w14:paraId="71EAA6F8" w14:textId="77777777" w:rsidR="001A1A49" w:rsidRPr="001A1A49" w:rsidRDefault="001A1A49" w:rsidP="001A1A49">
            <w:pPr>
              <w:spacing w:after="0" w:line="240" w:lineRule="auto"/>
              <w:rPr>
                <w:rFonts w:ascii="Arial" w:hAnsi="Arial"/>
                <w:sz w:val="9"/>
              </w:rPr>
            </w:pPr>
            <w:r>
              <w:rPr>
                <w:rFonts w:ascii="Arial" w:hAnsi="Arial"/>
                <w:sz w:val="9"/>
              </w:rPr>
              <w:t>Lake George</w:t>
            </w:r>
          </w:p>
        </w:tc>
        <w:tc>
          <w:tcPr>
            <w:tcW w:w="1296" w:type="dxa"/>
            <w:tcMar>
              <w:top w:w="20" w:type="dxa"/>
              <w:left w:w="20" w:type="dxa"/>
              <w:bottom w:w="20" w:type="dxa"/>
              <w:right w:w="20" w:type="dxa"/>
            </w:tcMar>
            <w:vAlign w:val="center"/>
          </w:tcPr>
          <w:p w14:paraId="5214761F" w14:textId="77777777" w:rsidR="001A1A49" w:rsidRPr="001A1A49" w:rsidRDefault="001A1A49" w:rsidP="001A1A49">
            <w:pPr>
              <w:spacing w:after="0" w:line="240" w:lineRule="auto"/>
              <w:rPr>
                <w:rFonts w:ascii="Arial" w:hAnsi="Arial"/>
                <w:sz w:val="9"/>
              </w:rPr>
            </w:pPr>
            <w:r>
              <w:rPr>
                <w:rFonts w:ascii="Arial" w:hAnsi="Arial"/>
                <w:sz w:val="9"/>
              </w:rPr>
              <w:t>Uganda</w:t>
            </w:r>
          </w:p>
        </w:tc>
        <w:tc>
          <w:tcPr>
            <w:tcW w:w="835" w:type="dxa"/>
            <w:tcMar>
              <w:top w:w="20" w:type="dxa"/>
              <w:left w:w="20" w:type="dxa"/>
              <w:bottom w:w="20" w:type="dxa"/>
              <w:right w:w="20" w:type="dxa"/>
            </w:tcMar>
            <w:vAlign w:val="center"/>
          </w:tcPr>
          <w:p w14:paraId="7604712E" w14:textId="77777777" w:rsidR="001A1A49" w:rsidRPr="001A1A49" w:rsidRDefault="001A1A49" w:rsidP="001A1A49">
            <w:pPr>
              <w:spacing w:after="0" w:line="240" w:lineRule="auto"/>
              <w:rPr>
                <w:rFonts w:ascii="Arial" w:hAnsi="Arial"/>
                <w:sz w:val="9"/>
              </w:rPr>
            </w:pPr>
            <w:r>
              <w:rPr>
                <w:rFonts w:ascii="Arial" w:hAnsi="Arial"/>
                <w:sz w:val="9"/>
              </w:rPr>
              <w:t>15000.0</w:t>
            </w:r>
          </w:p>
        </w:tc>
        <w:tc>
          <w:tcPr>
            <w:tcW w:w="835" w:type="dxa"/>
            <w:tcMar>
              <w:top w:w="20" w:type="dxa"/>
              <w:left w:w="20" w:type="dxa"/>
              <w:bottom w:w="20" w:type="dxa"/>
              <w:right w:w="20" w:type="dxa"/>
            </w:tcMar>
            <w:vAlign w:val="center"/>
          </w:tcPr>
          <w:p w14:paraId="2376DD76" w14:textId="77777777" w:rsidR="001A1A49" w:rsidRPr="001A1A49" w:rsidRDefault="001A1A49" w:rsidP="001A1A49">
            <w:pPr>
              <w:spacing w:after="0" w:line="240" w:lineRule="auto"/>
              <w:rPr>
                <w:rFonts w:ascii="Arial" w:hAnsi="Arial"/>
                <w:sz w:val="9"/>
              </w:rPr>
            </w:pPr>
            <w:r>
              <w:rPr>
                <w:rFonts w:ascii="Arial" w:hAnsi="Arial"/>
                <w:sz w:val="9"/>
              </w:rPr>
              <w:t>150.000</w:t>
            </w:r>
          </w:p>
        </w:tc>
        <w:tc>
          <w:tcPr>
            <w:tcW w:w="1612" w:type="dxa"/>
            <w:tcMar>
              <w:top w:w="20" w:type="dxa"/>
              <w:left w:w="20" w:type="dxa"/>
              <w:bottom w:w="20" w:type="dxa"/>
              <w:right w:w="20" w:type="dxa"/>
            </w:tcMar>
            <w:vAlign w:val="center"/>
          </w:tcPr>
          <w:p w14:paraId="221AB323" w14:textId="77777777" w:rsidR="001A1A49" w:rsidRPr="001A1A49" w:rsidRDefault="001A1A49" w:rsidP="001A1A49">
            <w:pPr>
              <w:spacing w:after="0" w:line="240" w:lineRule="auto"/>
              <w:rPr>
                <w:rFonts w:ascii="Arial" w:hAnsi="Arial"/>
                <w:sz w:val="9"/>
              </w:rPr>
            </w:pPr>
            <w:r>
              <w:rPr>
                <w:rFonts w:ascii="Arial" w:hAnsi="Arial"/>
                <w:sz w:val="9"/>
              </w:rPr>
              <w:t>00°07'N 30°02'E</w:t>
            </w:r>
          </w:p>
        </w:tc>
        <w:tc>
          <w:tcPr>
            <w:tcW w:w="1036" w:type="dxa"/>
            <w:tcMar>
              <w:top w:w="20" w:type="dxa"/>
              <w:left w:w="20" w:type="dxa"/>
              <w:bottom w:w="20" w:type="dxa"/>
              <w:right w:w="20" w:type="dxa"/>
            </w:tcMar>
            <w:vAlign w:val="center"/>
          </w:tcPr>
          <w:p w14:paraId="28881199" w14:textId="77777777" w:rsidR="001A1A49" w:rsidRPr="001A1A49" w:rsidRDefault="001A1A49" w:rsidP="001A1A49">
            <w:pPr>
              <w:spacing w:after="0" w:line="240" w:lineRule="auto"/>
              <w:rPr>
                <w:rFonts w:ascii="Arial" w:hAnsi="Arial"/>
                <w:sz w:val="9"/>
              </w:rPr>
            </w:pPr>
            <w:r>
              <w:rPr>
                <w:rFonts w:ascii="Arial" w:hAnsi="Arial"/>
                <w:sz w:val="9"/>
              </w:rPr>
              <w:t xml:space="preserve">Tropics  </w:t>
            </w:r>
          </w:p>
        </w:tc>
        <w:tc>
          <w:tcPr>
            <w:tcW w:w="691" w:type="dxa"/>
            <w:tcMar>
              <w:top w:w="20" w:type="dxa"/>
              <w:left w:w="20" w:type="dxa"/>
              <w:bottom w:w="20" w:type="dxa"/>
              <w:right w:w="20" w:type="dxa"/>
            </w:tcMar>
            <w:vAlign w:val="center"/>
          </w:tcPr>
          <w:p w14:paraId="0717E97C"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3B64F7CA"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B82CDA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417A41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29FF7AF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491E64A6" w14:textId="50C2883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2E08103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0663EF7F"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42E78DDD"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6CA721FA"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7B504C3C" w14:textId="77777777" w:rsidR="001A1A49" w:rsidRPr="001A1A49" w:rsidRDefault="001A1A49" w:rsidP="001A1A49">
            <w:pPr>
              <w:spacing w:after="0" w:line="240" w:lineRule="auto"/>
              <w:rPr>
                <w:rFonts w:ascii="Arial" w:hAnsi="Arial"/>
                <w:sz w:val="9"/>
              </w:rPr>
            </w:pPr>
            <w:r>
              <w:rPr>
                <w:rFonts w:ascii="Arial" w:hAnsi="Arial"/>
                <w:sz w:val="9"/>
              </w:rPr>
              <w:t>Ouse Washes</w:t>
            </w:r>
          </w:p>
        </w:tc>
        <w:tc>
          <w:tcPr>
            <w:tcW w:w="1296" w:type="dxa"/>
            <w:shd w:val="clear" w:color="auto" w:fill="F7FBFF"/>
            <w:tcMar>
              <w:top w:w="20" w:type="dxa"/>
              <w:left w:w="20" w:type="dxa"/>
              <w:bottom w:w="20" w:type="dxa"/>
              <w:right w:w="20" w:type="dxa"/>
            </w:tcMar>
            <w:vAlign w:val="center"/>
          </w:tcPr>
          <w:p w14:paraId="52898AA3" w14:textId="77777777" w:rsidR="001A1A49" w:rsidRPr="001A1A49" w:rsidRDefault="001A1A49" w:rsidP="001A1A49">
            <w:pPr>
              <w:spacing w:after="0" w:line="240" w:lineRule="auto"/>
              <w:rPr>
                <w:rFonts w:ascii="Arial" w:hAnsi="Arial"/>
                <w:sz w:val="9"/>
              </w:rPr>
            </w:pPr>
            <w:r>
              <w:rPr>
                <w:rFonts w:ascii="Arial" w:hAnsi="Arial"/>
                <w:sz w:val="9"/>
              </w:rPr>
              <w:t>United Kingdom</w:t>
            </w:r>
          </w:p>
        </w:tc>
        <w:tc>
          <w:tcPr>
            <w:tcW w:w="835" w:type="dxa"/>
            <w:shd w:val="clear" w:color="auto" w:fill="F7FBFF"/>
            <w:tcMar>
              <w:top w:w="20" w:type="dxa"/>
              <w:left w:w="20" w:type="dxa"/>
              <w:bottom w:w="20" w:type="dxa"/>
              <w:right w:w="20" w:type="dxa"/>
            </w:tcMar>
            <w:vAlign w:val="center"/>
          </w:tcPr>
          <w:p w14:paraId="01987E56" w14:textId="77777777" w:rsidR="001A1A49" w:rsidRPr="001A1A49" w:rsidRDefault="001A1A49" w:rsidP="001A1A49">
            <w:pPr>
              <w:spacing w:after="0" w:line="240" w:lineRule="auto"/>
              <w:rPr>
                <w:rFonts w:ascii="Arial" w:hAnsi="Arial"/>
                <w:sz w:val="9"/>
              </w:rPr>
            </w:pPr>
            <w:r>
              <w:rPr>
                <w:rFonts w:ascii="Arial" w:hAnsi="Arial"/>
                <w:sz w:val="9"/>
              </w:rPr>
              <w:t>2469.0</w:t>
            </w:r>
          </w:p>
        </w:tc>
        <w:tc>
          <w:tcPr>
            <w:tcW w:w="835" w:type="dxa"/>
            <w:shd w:val="clear" w:color="auto" w:fill="F7FBFF"/>
            <w:tcMar>
              <w:top w:w="20" w:type="dxa"/>
              <w:left w:w="20" w:type="dxa"/>
              <w:bottom w:w="20" w:type="dxa"/>
              <w:right w:w="20" w:type="dxa"/>
            </w:tcMar>
            <w:vAlign w:val="center"/>
          </w:tcPr>
          <w:p w14:paraId="52336B07" w14:textId="77777777" w:rsidR="001A1A49" w:rsidRPr="001A1A49" w:rsidRDefault="001A1A49" w:rsidP="001A1A49">
            <w:pPr>
              <w:spacing w:after="0" w:line="240" w:lineRule="auto"/>
              <w:rPr>
                <w:rFonts w:ascii="Arial" w:hAnsi="Arial"/>
                <w:sz w:val="9"/>
              </w:rPr>
            </w:pPr>
            <w:r>
              <w:rPr>
                <w:rFonts w:ascii="Arial" w:hAnsi="Arial"/>
                <w:sz w:val="9"/>
              </w:rPr>
              <w:t>24.690</w:t>
            </w:r>
          </w:p>
        </w:tc>
        <w:tc>
          <w:tcPr>
            <w:tcW w:w="1612" w:type="dxa"/>
            <w:shd w:val="clear" w:color="auto" w:fill="F7FBFF"/>
            <w:tcMar>
              <w:top w:w="20" w:type="dxa"/>
              <w:left w:w="20" w:type="dxa"/>
              <w:bottom w:w="20" w:type="dxa"/>
              <w:right w:w="20" w:type="dxa"/>
            </w:tcMar>
            <w:vAlign w:val="center"/>
          </w:tcPr>
          <w:p w14:paraId="199DD7D1" w14:textId="77777777" w:rsidR="001A1A49" w:rsidRPr="001A1A49" w:rsidRDefault="001A1A49" w:rsidP="001A1A49">
            <w:pPr>
              <w:spacing w:after="0" w:line="240" w:lineRule="auto"/>
              <w:rPr>
                <w:rFonts w:ascii="Arial" w:hAnsi="Arial"/>
                <w:sz w:val="9"/>
              </w:rPr>
            </w:pPr>
            <w:r>
              <w:rPr>
                <w:rFonts w:ascii="Arial" w:hAnsi="Arial"/>
                <w:sz w:val="9"/>
              </w:rPr>
              <w:t>52°28'07"N 00°11'34"E</w:t>
            </w:r>
          </w:p>
        </w:tc>
        <w:tc>
          <w:tcPr>
            <w:tcW w:w="1036" w:type="dxa"/>
            <w:shd w:val="clear" w:color="auto" w:fill="F7FBFF"/>
            <w:tcMar>
              <w:top w:w="20" w:type="dxa"/>
              <w:left w:w="20" w:type="dxa"/>
              <w:bottom w:w="20" w:type="dxa"/>
              <w:right w:w="20" w:type="dxa"/>
            </w:tcMar>
            <w:vAlign w:val="center"/>
          </w:tcPr>
          <w:p w14:paraId="14ED6E23"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shd w:val="clear" w:color="auto" w:fill="F7FBFF"/>
            <w:tcMar>
              <w:top w:w="20" w:type="dxa"/>
              <w:left w:w="20" w:type="dxa"/>
              <w:bottom w:w="20" w:type="dxa"/>
              <w:right w:w="20" w:type="dxa"/>
            </w:tcMar>
            <w:vAlign w:val="center"/>
          </w:tcPr>
          <w:p w14:paraId="73A701AA"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shd w:val="clear" w:color="auto" w:fill="F7FBFF"/>
            <w:tcMar>
              <w:top w:w="20" w:type="dxa"/>
              <w:left w:w="20" w:type="dxa"/>
              <w:bottom w:w="20" w:type="dxa"/>
              <w:right w:w="20" w:type="dxa"/>
            </w:tcMar>
            <w:vAlign w:val="center"/>
          </w:tcPr>
          <w:p w14:paraId="68F7C580"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460AB5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0B99513E"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13CE72F2"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721C62F6" w14:textId="78CA93D2"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460D684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center"/>
          </w:tcPr>
          <w:p w14:paraId="0B66882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shd w:val="clear" w:color="auto" w:fill="F7FBFF"/>
            <w:tcMar>
              <w:top w:w="20" w:type="dxa"/>
              <w:left w:w="20" w:type="dxa"/>
              <w:bottom w:w="20" w:type="dxa"/>
              <w:right w:w="20" w:type="dxa"/>
            </w:tcMar>
            <w:vAlign w:val="center"/>
          </w:tcPr>
          <w:p w14:paraId="7782B6AE"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3D9363CE" w14:textId="77777777" w:rsidTr="001A1A49">
        <w:trPr>
          <w:gridAfter w:val="1"/>
          <w:wAfter w:w="604" w:type="dxa"/>
          <w:jc w:val="center"/>
        </w:trPr>
        <w:tc>
          <w:tcPr>
            <w:tcW w:w="2160" w:type="dxa"/>
            <w:tcMar>
              <w:top w:w="20" w:type="dxa"/>
              <w:left w:w="20" w:type="dxa"/>
              <w:bottom w:w="20" w:type="dxa"/>
              <w:right w:w="20" w:type="dxa"/>
            </w:tcMar>
            <w:vAlign w:val="center"/>
          </w:tcPr>
          <w:p w14:paraId="62CF5BE5" w14:textId="77777777" w:rsidR="001A1A49" w:rsidRPr="001A1A49" w:rsidRDefault="001A1A49" w:rsidP="001A1A49">
            <w:pPr>
              <w:spacing w:after="0" w:line="240" w:lineRule="auto"/>
              <w:rPr>
                <w:rFonts w:ascii="Arial" w:hAnsi="Arial"/>
                <w:sz w:val="9"/>
              </w:rPr>
            </w:pPr>
            <w:r>
              <w:rPr>
                <w:rFonts w:ascii="Arial" w:hAnsi="Arial"/>
                <w:sz w:val="9"/>
              </w:rPr>
              <w:t>The Dee Estuary</w:t>
            </w:r>
          </w:p>
        </w:tc>
        <w:tc>
          <w:tcPr>
            <w:tcW w:w="1296" w:type="dxa"/>
            <w:tcMar>
              <w:top w:w="20" w:type="dxa"/>
              <w:left w:w="20" w:type="dxa"/>
              <w:bottom w:w="20" w:type="dxa"/>
              <w:right w:w="20" w:type="dxa"/>
            </w:tcMar>
            <w:vAlign w:val="center"/>
          </w:tcPr>
          <w:p w14:paraId="48054592" w14:textId="77777777" w:rsidR="001A1A49" w:rsidRPr="001A1A49" w:rsidRDefault="001A1A49" w:rsidP="001A1A49">
            <w:pPr>
              <w:spacing w:after="0" w:line="240" w:lineRule="auto"/>
              <w:rPr>
                <w:rFonts w:ascii="Arial" w:hAnsi="Arial"/>
                <w:sz w:val="9"/>
              </w:rPr>
            </w:pPr>
            <w:r>
              <w:rPr>
                <w:rFonts w:ascii="Arial" w:hAnsi="Arial"/>
                <w:sz w:val="9"/>
              </w:rPr>
              <w:t>United Kingdom</w:t>
            </w:r>
          </w:p>
        </w:tc>
        <w:tc>
          <w:tcPr>
            <w:tcW w:w="835" w:type="dxa"/>
            <w:tcMar>
              <w:top w:w="20" w:type="dxa"/>
              <w:left w:w="20" w:type="dxa"/>
              <w:bottom w:w="20" w:type="dxa"/>
              <w:right w:w="20" w:type="dxa"/>
            </w:tcMar>
            <w:vAlign w:val="center"/>
          </w:tcPr>
          <w:p w14:paraId="0D4AC2AA" w14:textId="77777777" w:rsidR="001A1A49" w:rsidRPr="001A1A49" w:rsidRDefault="001A1A49" w:rsidP="001A1A49">
            <w:pPr>
              <w:spacing w:after="0" w:line="240" w:lineRule="auto"/>
              <w:rPr>
                <w:rFonts w:ascii="Arial" w:hAnsi="Arial"/>
                <w:sz w:val="9"/>
              </w:rPr>
            </w:pPr>
            <w:r>
              <w:rPr>
                <w:rFonts w:ascii="Arial" w:hAnsi="Arial"/>
                <w:sz w:val="9"/>
              </w:rPr>
              <w:t>14303.0</w:t>
            </w:r>
          </w:p>
        </w:tc>
        <w:tc>
          <w:tcPr>
            <w:tcW w:w="835" w:type="dxa"/>
            <w:tcMar>
              <w:top w:w="20" w:type="dxa"/>
              <w:left w:w="20" w:type="dxa"/>
              <w:bottom w:w="20" w:type="dxa"/>
              <w:right w:w="20" w:type="dxa"/>
            </w:tcMar>
            <w:vAlign w:val="center"/>
          </w:tcPr>
          <w:p w14:paraId="081AB852" w14:textId="77777777" w:rsidR="001A1A49" w:rsidRPr="001A1A49" w:rsidRDefault="001A1A49" w:rsidP="001A1A49">
            <w:pPr>
              <w:spacing w:after="0" w:line="240" w:lineRule="auto"/>
              <w:rPr>
                <w:rFonts w:ascii="Arial" w:hAnsi="Arial"/>
                <w:sz w:val="9"/>
              </w:rPr>
            </w:pPr>
            <w:r>
              <w:rPr>
                <w:rFonts w:ascii="Arial" w:hAnsi="Arial"/>
                <w:sz w:val="9"/>
              </w:rPr>
              <w:t>143.030</w:t>
            </w:r>
          </w:p>
        </w:tc>
        <w:tc>
          <w:tcPr>
            <w:tcW w:w="1612" w:type="dxa"/>
            <w:tcMar>
              <w:top w:w="20" w:type="dxa"/>
              <w:left w:w="20" w:type="dxa"/>
              <w:bottom w:w="20" w:type="dxa"/>
              <w:right w:w="20" w:type="dxa"/>
            </w:tcMar>
            <w:vAlign w:val="center"/>
          </w:tcPr>
          <w:p w14:paraId="041DDCFD" w14:textId="77777777" w:rsidR="001A1A49" w:rsidRPr="001A1A49" w:rsidRDefault="001A1A49" w:rsidP="001A1A49">
            <w:pPr>
              <w:spacing w:after="0" w:line="240" w:lineRule="auto"/>
              <w:rPr>
                <w:rFonts w:ascii="Arial" w:hAnsi="Arial"/>
                <w:sz w:val="9"/>
              </w:rPr>
            </w:pPr>
            <w:r>
              <w:rPr>
                <w:rFonts w:ascii="Arial" w:hAnsi="Arial"/>
                <w:sz w:val="9"/>
              </w:rPr>
              <w:t>53°18'59"N 03°11'18"W</w:t>
            </w:r>
          </w:p>
        </w:tc>
        <w:tc>
          <w:tcPr>
            <w:tcW w:w="1036" w:type="dxa"/>
            <w:tcMar>
              <w:top w:w="20" w:type="dxa"/>
              <w:left w:w="20" w:type="dxa"/>
              <w:bottom w:w="20" w:type="dxa"/>
              <w:right w:w="20" w:type="dxa"/>
            </w:tcMar>
            <w:vAlign w:val="center"/>
          </w:tcPr>
          <w:p w14:paraId="67C4CE00" w14:textId="77777777" w:rsidR="001A1A49" w:rsidRPr="001A1A49" w:rsidRDefault="001A1A49" w:rsidP="001A1A49">
            <w:pPr>
              <w:spacing w:after="0" w:line="240" w:lineRule="auto"/>
              <w:rPr>
                <w:rFonts w:ascii="Arial" w:hAnsi="Arial"/>
                <w:sz w:val="9"/>
              </w:rPr>
            </w:pPr>
            <w:r>
              <w:rPr>
                <w:rFonts w:ascii="Arial" w:hAnsi="Arial"/>
                <w:sz w:val="9"/>
              </w:rPr>
              <w:t>Temperate</w:t>
            </w:r>
          </w:p>
        </w:tc>
        <w:tc>
          <w:tcPr>
            <w:tcW w:w="691" w:type="dxa"/>
            <w:tcMar>
              <w:top w:w="20" w:type="dxa"/>
              <w:left w:w="20" w:type="dxa"/>
              <w:bottom w:w="20" w:type="dxa"/>
              <w:right w:w="20" w:type="dxa"/>
            </w:tcMar>
            <w:vAlign w:val="center"/>
          </w:tcPr>
          <w:p w14:paraId="041FCAD1" w14:textId="77777777" w:rsidR="001A1A49" w:rsidRPr="001A1A49" w:rsidRDefault="001A1A49" w:rsidP="001A1A49">
            <w:pPr>
              <w:spacing w:after="0" w:line="240" w:lineRule="auto"/>
              <w:rPr>
                <w:rFonts w:ascii="Arial" w:hAnsi="Arial"/>
                <w:sz w:val="9"/>
              </w:rPr>
            </w:pPr>
            <w:r>
              <w:rPr>
                <w:rFonts w:ascii="Arial" w:hAnsi="Arial"/>
                <w:sz w:val="9"/>
              </w:rPr>
              <w:t>NO L 1.0</w:t>
            </w:r>
          </w:p>
        </w:tc>
        <w:tc>
          <w:tcPr>
            <w:tcW w:w="691" w:type="dxa"/>
            <w:tcMar>
              <w:top w:w="20" w:type="dxa"/>
              <w:left w:w="20" w:type="dxa"/>
              <w:bottom w:w="20" w:type="dxa"/>
              <w:right w:w="20" w:type="dxa"/>
            </w:tcMar>
            <w:vAlign w:val="center"/>
          </w:tcPr>
          <w:p w14:paraId="52B46E38"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EF54052"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tcMar>
              <w:top w:w="20" w:type="dxa"/>
              <w:left w:w="20" w:type="dxa"/>
              <w:bottom w:w="20" w:type="dxa"/>
              <w:right w:w="20" w:type="dxa"/>
            </w:tcMar>
            <w:vAlign w:val="center"/>
          </w:tcPr>
          <w:p w14:paraId="51B16BCB"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1E813B11"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bottom"/>
          </w:tcPr>
          <w:p w14:paraId="5EC3B95D" w14:textId="26277C79"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tcMar>
              <w:top w:w="20" w:type="dxa"/>
              <w:left w:w="20" w:type="dxa"/>
              <w:bottom w:w="20" w:type="dxa"/>
              <w:right w:w="20" w:type="dxa"/>
            </w:tcMar>
            <w:vAlign w:val="center"/>
          </w:tcPr>
          <w:p w14:paraId="15AB1BD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tcMar>
              <w:top w:w="20" w:type="dxa"/>
              <w:left w:w="20" w:type="dxa"/>
              <w:bottom w:w="20" w:type="dxa"/>
              <w:right w:w="20" w:type="dxa"/>
            </w:tcMar>
            <w:vAlign w:val="center"/>
          </w:tcPr>
          <w:p w14:paraId="60581F5C" w14:textId="77777777" w:rsidR="001A1A49" w:rsidRPr="001A1A49" w:rsidRDefault="001A1A49" w:rsidP="001A1A49">
            <w:pPr>
              <w:spacing w:after="0" w:line="240" w:lineRule="auto"/>
              <w:rPr>
                <w:rFonts w:ascii="Arial" w:hAnsi="Arial"/>
                <w:sz w:val="9"/>
              </w:rPr>
            </w:pPr>
            <w:r>
              <w:rPr>
                <w:rFonts w:ascii="Arial" w:hAnsi="Arial"/>
                <w:sz w:val="9"/>
              </w:rPr>
              <w:t>NO</w:t>
            </w:r>
          </w:p>
        </w:tc>
        <w:tc>
          <w:tcPr>
            <w:tcW w:w="782" w:type="dxa"/>
            <w:tcMar>
              <w:top w:w="20" w:type="dxa"/>
              <w:left w:w="20" w:type="dxa"/>
              <w:bottom w:w="20" w:type="dxa"/>
              <w:right w:w="20" w:type="dxa"/>
            </w:tcMar>
            <w:vAlign w:val="center"/>
          </w:tcPr>
          <w:p w14:paraId="2FB7E9DC" w14:textId="77777777" w:rsidR="001A1A49" w:rsidRPr="001A1A49" w:rsidRDefault="001A1A49" w:rsidP="001A1A49">
            <w:pPr>
              <w:spacing w:after="0" w:line="240" w:lineRule="auto"/>
              <w:rPr>
                <w:rFonts w:ascii="Arial" w:hAnsi="Arial"/>
                <w:sz w:val="9"/>
              </w:rPr>
            </w:pPr>
            <w:r>
              <w:rPr>
                <w:rFonts w:ascii="Arial" w:hAnsi="Arial"/>
                <w:sz w:val="9"/>
              </w:rPr>
              <w:t>NO</w:t>
            </w:r>
          </w:p>
        </w:tc>
      </w:tr>
      <w:tr w:rsidR="001A1A49" w:rsidRPr="001A1A49" w14:paraId="73AFA828" w14:textId="77777777" w:rsidTr="001A1A49">
        <w:trPr>
          <w:gridAfter w:val="1"/>
          <w:wAfter w:w="604" w:type="dxa"/>
          <w:jc w:val="center"/>
        </w:trPr>
        <w:tc>
          <w:tcPr>
            <w:tcW w:w="2160" w:type="dxa"/>
            <w:shd w:val="clear" w:color="auto" w:fill="F7FBFF"/>
            <w:tcMar>
              <w:top w:w="20" w:type="dxa"/>
              <w:left w:w="20" w:type="dxa"/>
              <w:bottom w:w="20" w:type="dxa"/>
              <w:right w:w="20" w:type="dxa"/>
            </w:tcMar>
            <w:vAlign w:val="center"/>
          </w:tcPr>
          <w:p w14:paraId="5A68A93B" w14:textId="77777777" w:rsidR="001A1A49" w:rsidRPr="001A1A49" w:rsidRDefault="001A1A49" w:rsidP="001A1A49">
            <w:pPr>
              <w:spacing w:after="0" w:line="240" w:lineRule="auto"/>
              <w:rPr>
                <w:rFonts w:ascii="Arial" w:hAnsi="Arial"/>
                <w:sz w:val="9"/>
              </w:rPr>
            </w:pPr>
            <w:r>
              <w:rPr>
                <w:rFonts w:ascii="Arial" w:hAnsi="Arial"/>
                <w:sz w:val="9"/>
              </w:rPr>
              <w:t>Everglades National Park</w:t>
            </w:r>
          </w:p>
        </w:tc>
        <w:tc>
          <w:tcPr>
            <w:tcW w:w="1296" w:type="dxa"/>
            <w:shd w:val="clear" w:color="auto" w:fill="F7FBFF"/>
            <w:tcMar>
              <w:top w:w="20" w:type="dxa"/>
              <w:left w:w="20" w:type="dxa"/>
              <w:bottom w:w="20" w:type="dxa"/>
              <w:right w:w="20" w:type="dxa"/>
            </w:tcMar>
            <w:vAlign w:val="center"/>
          </w:tcPr>
          <w:p w14:paraId="7C311CA3" w14:textId="77777777" w:rsidR="001A1A49" w:rsidRPr="001A1A49" w:rsidRDefault="001A1A49" w:rsidP="001A1A49">
            <w:pPr>
              <w:spacing w:after="0" w:line="240" w:lineRule="auto"/>
              <w:rPr>
                <w:rFonts w:ascii="Arial" w:hAnsi="Arial"/>
                <w:sz w:val="9"/>
              </w:rPr>
            </w:pPr>
            <w:r>
              <w:rPr>
                <w:rFonts w:ascii="Arial" w:hAnsi="Arial"/>
                <w:sz w:val="9"/>
              </w:rPr>
              <w:t>United States of America</w:t>
            </w:r>
          </w:p>
        </w:tc>
        <w:tc>
          <w:tcPr>
            <w:tcW w:w="835" w:type="dxa"/>
            <w:shd w:val="clear" w:color="auto" w:fill="F7FBFF"/>
            <w:tcMar>
              <w:top w:w="20" w:type="dxa"/>
              <w:left w:w="20" w:type="dxa"/>
              <w:bottom w:w="20" w:type="dxa"/>
              <w:right w:w="20" w:type="dxa"/>
            </w:tcMar>
            <w:vAlign w:val="center"/>
          </w:tcPr>
          <w:p w14:paraId="0324A21D" w14:textId="77777777" w:rsidR="001A1A49" w:rsidRPr="001A1A49" w:rsidRDefault="001A1A49" w:rsidP="001A1A49">
            <w:pPr>
              <w:spacing w:after="0" w:line="240" w:lineRule="auto"/>
              <w:rPr>
                <w:rFonts w:ascii="Arial" w:hAnsi="Arial"/>
                <w:sz w:val="9"/>
              </w:rPr>
            </w:pPr>
            <w:r>
              <w:rPr>
                <w:rFonts w:ascii="Arial" w:hAnsi="Arial"/>
                <w:sz w:val="9"/>
              </w:rPr>
              <w:t>610497.0</w:t>
            </w:r>
          </w:p>
        </w:tc>
        <w:tc>
          <w:tcPr>
            <w:tcW w:w="835" w:type="dxa"/>
            <w:shd w:val="clear" w:color="auto" w:fill="F7FBFF"/>
            <w:tcMar>
              <w:top w:w="20" w:type="dxa"/>
              <w:left w:w="20" w:type="dxa"/>
              <w:bottom w:w="20" w:type="dxa"/>
              <w:right w:w="20" w:type="dxa"/>
            </w:tcMar>
            <w:vAlign w:val="center"/>
          </w:tcPr>
          <w:p w14:paraId="2F6BE09E" w14:textId="77777777" w:rsidR="001A1A49" w:rsidRPr="001A1A49" w:rsidRDefault="001A1A49" w:rsidP="001A1A49">
            <w:pPr>
              <w:spacing w:after="0" w:line="240" w:lineRule="auto"/>
              <w:rPr>
                <w:rFonts w:ascii="Arial" w:hAnsi="Arial"/>
                <w:sz w:val="9"/>
              </w:rPr>
            </w:pPr>
            <w:r>
              <w:rPr>
                <w:rFonts w:ascii="Arial" w:hAnsi="Arial"/>
                <w:sz w:val="9"/>
              </w:rPr>
              <w:t>6104.970</w:t>
            </w:r>
          </w:p>
        </w:tc>
        <w:tc>
          <w:tcPr>
            <w:tcW w:w="1612" w:type="dxa"/>
            <w:shd w:val="clear" w:color="auto" w:fill="F7FBFF"/>
            <w:tcMar>
              <w:top w:w="20" w:type="dxa"/>
              <w:left w:w="20" w:type="dxa"/>
              <w:bottom w:w="20" w:type="dxa"/>
              <w:right w:w="20" w:type="dxa"/>
            </w:tcMar>
            <w:vAlign w:val="center"/>
          </w:tcPr>
          <w:p w14:paraId="5894DC13" w14:textId="77777777" w:rsidR="001A1A49" w:rsidRPr="001A1A49" w:rsidRDefault="001A1A49" w:rsidP="001A1A49">
            <w:pPr>
              <w:spacing w:after="0" w:line="240" w:lineRule="auto"/>
              <w:rPr>
                <w:rFonts w:ascii="Arial" w:hAnsi="Arial"/>
                <w:sz w:val="9"/>
              </w:rPr>
            </w:pPr>
            <w:r>
              <w:rPr>
                <w:rFonts w:ascii="Arial" w:hAnsi="Arial"/>
                <w:sz w:val="9"/>
              </w:rPr>
              <w:t>25°33'N 80°55'W</w:t>
            </w:r>
          </w:p>
        </w:tc>
        <w:tc>
          <w:tcPr>
            <w:tcW w:w="1036" w:type="dxa"/>
            <w:shd w:val="clear" w:color="auto" w:fill="F7FBFF"/>
            <w:tcMar>
              <w:top w:w="20" w:type="dxa"/>
              <w:left w:w="20" w:type="dxa"/>
              <w:bottom w:w="20" w:type="dxa"/>
              <w:right w:w="20" w:type="dxa"/>
            </w:tcMar>
            <w:vAlign w:val="center"/>
          </w:tcPr>
          <w:p w14:paraId="5D6FFB5B" w14:textId="77777777" w:rsidR="001A1A49" w:rsidRPr="001A1A49" w:rsidRDefault="001A1A49" w:rsidP="001A1A49">
            <w:pPr>
              <w:spacing w:after="0" w:line="240" w:lineRule="auto"/>
              <w:rPr>
                <w:rFonts w:ascii="Arial" w:hAnsi="Arial"/>
                <w:sz w:val="9"/>
              </w:rPr>
            </w:pPr>
            <w:r>
              <w:rPr>
                <w:rFonts w:ascii="Arial" w:hAnsi="Arial"/>
                <w:sz w:val="9"/>
              </w:rPr>
              <w:t xml:space="preserve">Subtropics </w:t>
            </w:r>
          </w:p>
        </w:tc>
        <w:tc>
          <w:tcPr>
            <w:tcW w:w="691" w:type="dxa"/>
            <w:shd w:val="clear" w:color="auto" w:fill="F7FBFF"/>
            <w:tcMar>
              <w:top w:w="20" w:type="dxa"/>
              <w:left w:w="20" w:type="dxa"/>
              <w:bottom w:w="20" w:type="dxa"/>
              <w:right w:w="20" w:type="dxa"/>
            </w:tcMar>
            <w:vAlign w:val="center"/>
          </w:tcPr>
          <w:p w14:paraId="2C0AB604"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1F576C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0DA29B3"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3C7E9277"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5EC5C249" w14:textId="77777777" w:rsidR="001A1A49" w:rsidRPr="001A1A49" w:rsidRDefault="001A1A49" w:rsidP="001A1A49">
            <w:pPr>
              <w:spacing w:after="0" w:line="240" w:lineRule="auto"/>
              <w:rPr>
                <w:rFonts w:ascii="Arial" w:hAnsi="Arial"/>
                <w:sz w:val="9"/>
              </w:rPr>
            </w:pPr>
            <w:r>
              <w:rPr>
                <w:rFonts w:ascii="Arial" w:hAnsi="Arial"/>
                <w:sz w:val="9"/>
              </w:rPr>
              <w:t>NO</w:t>
            </w:r>
          </w:p>
        </w:tc>
        <w:tc>
          <w:tcPr>
            <w:tcW w:w="691" w:type="dxa"/>
            <w:shd w:val="clear" w:color="auto" w:fill="F7FBFF"/>
            <w:tcMar>
              <w:top w:w="20" w:type="dxa"/>
              <w:left w:w="20" w:type="dxa"/>
              <w:bottom w:w="20" w:type="dxa"/>
              <w:right w:w="20" w:type="dxa"/>
            </w:tcMar>
            <w:vAlign w:val="bottom"/>
          </w:tcPr>
          <w:p w14:paraId="63BB494D" w14:textId="291F09A0" w:rsidR="001A1A49" w:rsidRPr="001A1A49" w:rsidRDefault="001A1A49" w:rsidP="001A1A49">
            <w:pPr>
              <w:spacing w:after="0" w:line="240" w:lineRule="auto"/>
              <w:rPr>
                <w:rFonts w:ascii="Arial" w:hAnsi="Arial"/>
                <w:sz w:val="9"/>
              </w:rPr>
            </w:pPr>
            <w:r w:rsidRPr="001A1A49">
              <w:rPr>
                <w:rFonts w:ascii="Arial" w:hAnsi="Arial"/>
                <w:sz w:val="9"/>
              </w:rPr>
              <w:t>NO</w:t>
            </w:r>
          </w:p>
        </w:tc>
        <w:tc>
          <w:tcPr>
            <w:tcW w:w="691" w:type="dxa"/>
            <w:shd w:val="clear" w:color="auto" w:fill="F7FBFF"/>
            <w:tcMar>
              <w:top w:w="20" w:type="dxa"/>
              <w:left w:w="20" w:type="dxa"/>
              <w:bottom w:w="20" w:type="dxa"/>
              <w:right w:w="20" w:type="dxa"/>
            </w:tcMar>
            <w:vAlign w:val="center"/>
          </w:tcPr>
          <w:p w14:paraId="22F8068F"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691" w:type="dxa"/>
            <w:shd w:val="clear" w:color="auto" w:fill="F7FBFF"/>
            <w:tcMar>
              <w:top w:w="20" w:type="dxa"/>
              <w:left w:w="20" w:type="dxa"/>
              <w:bottom w:w="20" w:type="dxa"/>
              <w:right w:w="20" w:type="dxa"/>
            </w:tcMar>
            <w:vAlign w:val="center"/>
          </w:tcPr>
          <w:p w14:paraId="202071E5" w14:textId="77777777" w:rsidR="001A1A49" w:rsidRPr="001A1A49" w:rsidRDefault="001A1A49" w:rsidP="001A1A49">
            <w:pPr>
              <w:spacing w:after="0" w:line="240" w:lineRule="auto"/>
              <w:rPr>
                <w:rFonts w:ascii="Arial" w:hAnsi="Arial"/>
                <w:sz w:val="9"/>
              </w:rPr>
            </w:pPr>
            <w:r>
              <w:rPr>
                <w:rFonts w:ascii="Arial" w:hAnsi="Arial"/>
                <w:sz w:val="9"/>
              </w:rPr>
              <w:t>YES</w:t>
            </w:r>
          </w:p>
        </w:tc>
        <w:tc>
          <w:tcPr>
            <w:tcW w:w="782" w:type="dxa"/>
            <w:shd w:val="clear" w:color="auto" w:fill="F7FBFF"/>
            <w:tcMar>
              <w:top w:w="20" w:type="dxa"/>
              <w:left w:w="20" w:type="dxa"/>
              <w:bottom w:w="20" w:type="dxa"/>
              <w:right w:w="20" w:type="dxa"/>
            </w:tcMar>
            <w:vAlign w:val="center"/>
          </w:tcPr>
          <w:p w14:paraId="17BE1EC8" w14:textId="77777777" w:rsidR="001A1A49" w:rsidRPr="001A1A49" w:rsidRDefault="001A1A49" w:rsidP="001A1A49">
            <w:pPr>
              <w:spacing w:after="0" w:line="240" w:lineRule="auto"/>
              <w:rPr>
                <w:rFonts w:ascii="Arial" w:hAnsi="Arial"/>
                <w:sz w:val="9"/>
              </w:rPr>
            </w:pPr>
            <w:r>
              <w:rPr>
                <w:rFonts w:ascii="Arial" w:hAnsi="Arial"/>
                <w:sz w:val="9"/>
              </w:rPr>
              <w:t>YES</w:t>
            </w:r>
          </w:p>
        </w:tc>
      </w:tr>
    </w:tbl>
    <w:p w14:paraId="34D30E01" w14:textId="77777777" w:rsidR="00B773FD" w:rsidRPr="001A1A49" w:rsidRDefault="005C7C28" w:rsidP="001A1A49">
      <w:pPr>
        <w:spacing w:after="0" w:line="240" w:lineRule="auto"/>
        <w:rPr>
          <w:rFonts w:ascii="Arial" w:hAnsi="Arial"/>
          <w:sz w:val="9"/>
        </w:rPr>
      </w:pPr>
      <w:r w:rsidRPr="001A1A49">
        <w:rPr>
          <w:rFonts w:ascii="Arial" w:hAnsi="Arial"/>
          <w:sz w:val="9"/>
        </w:rPr>
        <w:br w:type="page"/>
      </w:r>
    </w:p>
    <w:p w14:paraId="1FCCFF6D" w14:textId="77777777" w:rsidR="00B773FD" w:rsidRDefault="005C7C28">
      <w:pPr>
        <w:spacing w:after="80"/>
      </w:pPr>
      <w:r>
        <w:rPr>
          <w:rFonts w:ascii="Arial" w:hAnsi="Arial"/>
          <w:i/>
          <w:sz w:val="17"/>
        </w:rPr>
        <w:t>Tables S2a and S2b are provided separately as accompanying spreadsheet supplements because of their length. Table S2a lists interferogram image pairs with mapped barriers, and Table S2b lists interferogram image pairs without mapped barriers.</w:t>
      </w:r>
    </w:p>
    <w:p w14:paraId="166FC1E1" w14:textId="77777777" w:rsidR="00B773FD" w:rsidRDefault="005C7C28">
      <w:pPr>
        <w:spacing w:after="40" w:line="240" w:lineRule="auto"/>
      </w:pPr>
      <w:r>
        <w:rPr>
          <w:rFonts w:ascii="Arial" w:hAnsi="Arial"/>
          <w:b/>
          <w:sz w:val="20"/>
        </w:rPr>
        <w:t xml:space="preserve">Table S3. Fragmentation statistics per wetland. </w:t>
      </w:r>
      <w:r>
        <w:rPr>
          <w:rFonts w:ascii="Arial" w:hAnsi="Arial"/>
          <w:sz w:val="20"/>
        </w:rPr>
        <w:t>Summary of the values underlying Fig. 2, including observation counts, barrier-positive observations, fragmentation summary statistics, total mapped barrier length, and seasonality and trend metrics.</w:t>
      </w:r>
    </w:p>
    <w:p w14:paraId="586DA0F0" w14:textId="77777777" w:rsidR="00B773FD" w:rsidRDefault="005C7C28">
      <w:pPr>
        <w:spacing w:after="80" w:line="240" w:lineRule="auto"/>
      </w:pPr>
      <w:r>
        <w:rPr>
          <w:rFonts w:ascii="Arial" w:hAnsi="Arial"/>
          <w:i/>
          <w:sz w:val="16"/>
        </w:rPr>
        <w:t>Fragmentation values use Relative Length. Total mapped barrier length is cumulative across processed interferograms and is reported in km, and Theil-Sen slope is reported as fragmentation index per year.</w:t>
      </w:r>
    </w:p>
    <w:tbl>
      <w:tblPr>
        <w:tblW w:w="0" w:type="auto"/>
        <w:jc w:val="center"/>
        <w:tblBorders>
          <w:top w:val="single" w:sz="5" w:space="0" w:color="B7C9DB"/>
          <w:left w:val="single" w:sz="5" w:space="0" w:color="B7C9DB"/>
          <w:bottom w:val="single" w:sz="5" w:space="0" w:color="B7C9DB"/>
          <w:right w:val="single" w:sz="5" w:space="0" w:color="B7C9DB"/>
          <w:insideH w:val="single" w:sz="5" w:space="0" w:color="B7C9DB"/>
          <w:insideV w:val="single" w:sz="5" w:space="0" w:color="B7C9DB"/>
        </w:tblBorders>
        <w:tblLayout w:type="fixed"/>
        <w:tblLook w:val="04A0" w:firstRow="1" w:lastRow="0" w:firstColumn="1" w:lastColumn="0" w:noHBand="0" w:noVBand="1"/>
      </w:tblPr>
      <w:tblGrid>
        <w:gridCol w:w="3096"/>
        <w:gridCol w:w="792"/>
        <w:gridCol w:w="1007"/>
        <w:gridCol w:w="835"/>
        <w:gridCol w:w="892"/>
        <w:gridCol w:w="748"/>
        <w:gridCol w:w="720"/>
        <w:gridCol w:w="720"/>
        <w:gridCol w:w="1512"/>
        <w:gridCol w:w="1123"/>
        <w:gridCol w:w="1036"/>
        <w:gridCol w:w="748"/>
        <w:gridCol w:w="1324"/>
      </w:tblGrid>
      <w:tr w:rsidR="00B773FD" w14:paraId="74B205EA" w14:textId="77777777">
        <w:trPr>
          <w:tblHeader/>
          <w:jc w:val="center"/>
        </w:trPr>
        <w:tc>
          <w:tcPr>
            <w:tcW w:w="3096" w:type="dxa"/>
            <w:shd w:val="clear" w:color="auto" w:fill="D9EAF7"/>
            <w:tcMar>
              <w:top w:w="34" w:type="dxa"/>
              <w:left w:w="34" w:type="dxa"/>
              <w:bottom w:w="34" w:type="dxa"/>
              <w:right w:w="34" w:type="dxa"/>
            </w:tcMar>
            <w:vAlign w:val="center"/>
          </w:tcPr>
          <w:p w14:paraId="00C40CFB" w14:textId="77777777" w:rsidR="00B773FD" w:rsidRDefault="005C7C28">
            <w:pPr>
              <w:spacing w:after="0" w:line="240" w:lineRule="auto"/>
              <w:jc w:val="center"/>
            </w:pPr>
            <w:r>
              <w:rPr>
                <w:rFonts w:ascii="Arial" w:hAnsi="Arial"/>
                <w:b/>
                <w:sz w:val="16"/>
              </w:rPr>
              <w:t>Wetland</w:t>
            </w:r>
          </w:p>
        </w:tc>
        <w:tc>
          <w:tcPr>
            <w:tcW w:w="792" w:type="dxa"/>
            <w:shd w:val="clear" w:color="auto" w:fill="D9EAF7"/>
            <w:tcMar>
              <w:top w:w="34" w:type="dxa"/>
              <w:left w:w="34" w:type="dxa"/>
              <w:bottom w:w="34" w:type="dxa"/>
              <w:right w:w="34" w:type="dxa"/>
            </w:tcMar>
            <w:vAlign w:val="center"/>
          </w:tcPr>
          <w:p w14:paraId="7C329AF9" w14:textId="77777777" w:rsidR="00B773FD" w:rsidRDefault="005C7C28">
            <w:pPr>
              <w:spacing w:after="0" w:line="240" w:lineRule="auto"/>
              <w:jc w:val="center"/>
            </w:pPr>
            <w:r>
              <w:rPr>
                <w:rFonts w:ascii="Arial" w:hAnsi="Arial"/>
                <w:b/>
                <w:sz w:val="16"/>
              </w:rPr>
              <w:t>Obs.</w:t>
            </w:r>
          </w:p>
        </w:tc>
        <w:tc>
          <w:tcPr>
            <w:tcW w:w="1007" w:type="dxa"/>
            <w:shd w:val="clear" w:color="auto" w:fill="D9EAF7"/>
            <w:tcMar>
              <w:top w:w="34" w:type="dxa"/>
              <w:left w:w="34" w:type="dxa"/>
              <w:bottom w:w="34" w:type="dxa"/>
              <w:right w:w="34" w:type="dxa"/>
            </w:tcMar>
            <w:vAlign w:val="center"/>
          </w:tcPr>
          <w:p w14:paraId="3C703F97" w14:textId="77777777" w:rsidR="00B773FD" w:rsidRDefault="005C7C28">
            <w:pPr>
              <w:spacing w:after="0" w:line="240" w:lineRule="auto"/>
              <w:jc w:val="center"/>
            </w:pPr>
            <w:r>
              <w:rPr>
                <w:rFonts w:ascii="Arial" w:hAnsi="Arial"/>
                <w:b/>
                <w:sz w:val="16"/>
              </w:rPr>
              <w:t>Barrier+</w:t>
            </w:r>
          </w:p>
        </w:tc>
        <w:tc>
          <w:tcPr>
            <w:tcW w:w="835" w:type="dxa"/>
            <w:shd w:val="clear" w:color="auto" w:fill="D9EAF7"/>
            <w:tcMar>
              <w:top w:w="34" w:type="dxa"/>
              <w:left w:w="34" w:type="dxa"/>
              <w:bottom w:w="34" w:type="dxa"/>
              <w:right w:w="34" w:type="dxa"/>
            </w:tcMar>
            <w:vAlign w:val="center"/>
          </w:tcPr>
          <w:p w14:paraId="39444FE9" w14:textId="77777777" w:rsidR="00B773FD" w:rsidRDefault="005C7C28">
            <w:pPr>
              <w:spacing w:after="0" w:line="240" w:lineRule="auto"/>
              <w:jc w:val="center"/>
            </w:pPr>
            <w:r>
              <w:rPr>
                <w:rFonts w:ascii="Arial" w:hAnsi="Arial"/>
                <w:b/>
                <w:sz w:val="16"/>
              </w:rPr>
              <w:t>Mean</w:t>
            </w:r>
          </w:p>
        </w:tc>
        <w:tc>
          <w:tcPr>
            <w:tcW w:w="892" w:type="dxa"/>
            <w:shd w:val="clear" w:color="auto" w:fill="D9EAF7"/>
            <w:tcMar>
              <w:top w:w="34" w:type="dxa"/>
              <w:left w:w="34" w:type="dxa"/>
              <w:bottom w:w="34" w:type="dxa"/>
              <w:right w:w="34" w:type="dxa"/>
            </w:tcMar>
            <w:vAlign w:val="center"/>
          </w:tcPr>
          <w:p w14:paraId="0CBA5F23" w14:textId="77777777" w:rsidR="00B773FD" w:rsidRDefault="005C7C28">
            <w:pPr>
              <w:spacing w:after="0" w:line="240" w:lineRule="auto"/>
              <w:jc w:val="center"/>
            </w:pPr>
            <w:r>
              <w:rPr>
                <w:rFonts w:ascii="Arial" w:hAnsi="Arial"/>
                <w:b/>
                <w:sz w:val="16"/>
              </w:rPr>
              <w:t>Median</w:t>
            </w:r>
          </w:p>
        </w:tc>
        <w:tc>
          <w:tcPr>
            <w:tcW w:w="748" w:type="dxa"/>
            <w:shd w:val="clear" w:color="auto" w:fill="D9EAF7"/>
            <w:tcMar>
              <w:top w:w="34" w:type="dxa"/>
              <w:left w:w="34" w:type="dxa"/>
              <w:bottom w:w="34" w:type="dxa"/>
              <w:right w:w="34" w:type="dxa"/>
            </w:tcMar>
            <w:vAlign w:val="center"/>
          </w:tcPr>
          <w:p w14:paraId="64E06BBF" w14:textId="77777777" w:rsidR="00B773FD" w:rsidRDefault="005C7C28">
            <w:pPr>
              <w:spacing w:after="0" w:line="240" w:lineRule="auto"/>
              <w:jc w:val="center"/>
            </w:pPr>
            <w:r>
              <w:rPr>
                <w:rFonts w:ascii="Arial" w:hAnsi="Arial"/>
                <w:b/>
                <w:sz w:val="16"/>
              </w:rPr>
              <w:t>SD</w:t>
            </w:r>
          </w:p>
        </w:tc>
        <w:tc>
          <w:tcPr>
            <w:tcW w:w="720" w:type="dxa"/>
            <w:shd w:val="clear" w:color="auto" w:fill="D9EAF7"/>
            <w:tcMar>
              <w:top w:w="34" w:type="dxa"/>
              <w:left w:w="34" w:type="dxa"/>
              <w:bottom w:w="34" w:type="dxa"/>
              <w:right w:w="34" w:type="dxa"/>
            </w:tcMar>
            <w:vAlign w:val="center"/>
          </w:tcPr>
          <w:p w14:paraId="10927AC5" w14:textId="77777777" w:rsidR="00B773FD" w:rsidRDefault="005C7C28">
            <w:pPr>
              <w:spacing w:after="0" w:line="240" w:lineRule="auto"/>
              <w:jc w:val="center"/>
            </w:pPr>
            <w:r>
              <w:rPr>
                <w:rFonts w:ascii="Arial" w:hAnsi="Arial"/>
                <w:b/>
                <w:sz w:val="16"/>
              </w:rPr>
              <w:t>Min</w:t>
            </w:r>
          </w:p>
        </w:tc>
        <w:tc>
          <w:tcPr>
            <w:tcW w:w="720" w:type="dxa"/>
            <w:shd w:val="clear" w:color="auto" w:fill="D9EAF7"/>
            <w:tcMar>
              <w:top w:w="34" w:type="dxa"/>
              <w:left w:w="34" w:type="dxa"/>
              <w:bottom w:w="34" w:type="dxa"/>
              <w:right w:w="34" w:type="dxa"/>
            </w:tcMar>
            <w:vAlign w:val="center"/>
          </w:tcPr>
          <w:p w14:paraId="5E7C9F1F" w14:textId="77777777" w:rsidR="00B773FD" w:rsidRDefault="005C7C28">
            <w:pPr>
              <w:spacing w:after="0" w:line="240" w:lineRule="auto"/>
              <w:jc w:val="center"/>
            </w:pPr>
            <w:r>
              <w:rPr>
                <w:rFonts w:ascii="Arial" w:hAnsi="Arial"/>
                <w:b/>
                <w:sz w:val="16"/>
              </w:rPr>
              <w:t>Max</w:t>
            </w:r>
          </w:p>
        </w:tc>
        <w:tc>
          <w:tcPr>
            <w:tcW w:w="1512" w:type="dxa"/>
            <w:shd w:val="clear" w:color="auto" w:fill="D9EAF7"/>
            <w:tcMar>
              <w:top w:w="34" w:type="dxa"/>
              <w:left w:w="34" w:type="dxa"/>
              <w:bottom w:w="34" w:type="dxa"/>
              <w:right w:w="34" w:type="dxa"/>
            </w:tcMar>
            <w:vAlign w:val="center"/>
          </w:tcPr>
          <w:p w14:paraId="6DF15402" w14:textId="77777777" w:rsidR="00B773FD" w:rsidRDefault="005C7C28">
            <w:pPr>
              <w:spacing w:after="0" w:line="240" w:lineRule="auto"/>
              <w:jc w:val="center"/>
            </w:pPr>
            <w:r>
              <w:rPr>
                <w:rFonts w:ascii="Arial" w:hAnsi="Arial"/>
                <w:b/>
                <w:sz w:val="16"/>
              </w:rPr>
              <w:t>Total barrier</w:t>
            </w:r>
            <w:r>
              <w:rPr>
                <w:rFonts w:ascii="Arial" w:hAnsi="Arial"/>
                <w:b/>
                <w:sz w:val="16"/>
              </w:rPr>
              <w:br/>
              <w:t>length (km)</w:t>
            </w:r>
          </w:p>
        </w:tc>
        <w:tc>
          <w:tcPr>
            <w:tcW w:w="1123" w:type="dxa"/>
            <w:shd w:val="clear" w:color="auto" w:fill="D9EAF7"/>
            <w:tcMar>
              <w:top w:w="34" w:type="dxa"/>
              <w:left w:w="34" w:type="dxa"/>
              <w:bottom w:w="34" w:type="dxa"/>
              <w:right w:w="34" w:type="dxa"/>
            </w:tcMar>
            <w:vAlign w:val="center"/>
          </w:tcPr>
          <w:p w14:paraId="5E30B235" w14:textId="77777777" w:rsidR="00B773FD" w:rsidRDefault="005C7C28">
            <w:pPr>
              <w:spacing w:after="0" w:line="240" w:lineRule="auto"/>
              <w:jc w:val="center"/>
            </w:pPr>
            <w:r>
              <w:rPr>
                <w:rFonts w:ascii="Arial" w:hAnsi="Arial"/>
                <w:b/>
                <w:sz w:val="16"/>
              </w:rPr>
              <w:t>Kruskal-Wallis</w:t>
            </w:r>
            <w:r>
              <w:rPr>
                <w:rFonts w:ascii="Arial" w:hAnsi="Arial"/>
                <w:b/>
                <w:sz w:val="16"/>
              </w:rPr>
              <w:br/>
              <w:t>p</w:t>
            </w:r>
          </w:p>
        </w:tc>
        <w:tc>
          <w:tcPr>
            <w:tcW w:w="1036" w:type="dxa"/>
            <w:shd w:val="clear" w:color="auto" w:fill="D9EAF7"/>
            <w:tcMar>
              <w:top w:w="34" w:type="dxa"/>
              <w:left w:w="34" w:type="dxa"/>
              <w:bottom w:w="34" w:type="dxa"/>
              <w:right w:w="34" w:type="dxa"/>
            </w:tcMar>
            <w:vAlign w:val="center"/>
          </w:tcPr>
          <w:p w14:paraId="0D31813C" w14:textId="77777777" w:rsidR="00B773FD" w:rsidRDefault="005C7C28">
            <w:pPr>
              <w:spacing w:after="0" w:line="240" w:lineRule="auto"/>
              <w:jc w:val="center"/>
            </w:pPr>
            <w:r>
              <w:rPr>
                <w:rFonts w:ascii="Arial" w:hAnsi="Arial"/>
                <w:b/>
                <w:sz w:val="16"/>
              </w:rPr>
              <w:t>Kendall</w:t>
            </w:r>
            <w:r>
              <w:rPr>
                <w:rFonts w:ascii="Arial" w:hAnsi="Arial"/>
                <w:b/>
                <w:sz w:val="16"/>
              </w:rPr>
              <w:br/>
              <w:t>p</w:t>
            </w:r>
          </w:p>
        </w:tc>
        <w:tc>
          <w:tcPr>
            <w:tcW w:w="748" w:type="dxa"/>
            <w:shd w:val="clear" w:color="auto" w:fill="D9EAF7"/>
            <w:tcMar>
              <w:top w:w="34" w:type="dxa"/>
              <w:left w:w="34" w:type="dxa"/>
              <w:bottom w:w="34" w:type="dxa"/>
              <w:right w:w="34" w:type="dxa"/>
            </w:tcMar>
            <w:vAlign w:val="center"/>
          </w:tcPr>
          <w:p w14:paraId="3F379671" w14:textId="77777777" w:rsidR="00B773FD" w:rsidRDefault="005C7C28">
            <w:pPr>
              <w:spacing w:after="0" w:line="240" w:lineRule="auto"/>
              <w:jc w:val="center"/>
            </w:pPr>
            <w:r>
              <w:rPr>
                <w:rFonts w:ascii="Arial" w:hAnsi="Arial"/>
                <w:b/>
                <w:sz w:val="16"/>
              </w:rPr>
              <w:t>Tau</w:t>
            </w:r>
          </w:p>
        </w:tc>
        <w:tc>
          <w:tcPr>
            <w:tcW w:w="1324" w:type="dxa"/>
            <w:shd w:val="clear" w:color="auto" w:fill="D9EAF7"/>
            <w:tcMar>
              <w:top w:w="34" w:type="dxa"/>
              <w:left w:w="34" w:type="dxa"/>
              <w:bottom w:w="34" w:type="dxa"/>
              <w:right w:w="34" w:type="dxa"/>
            </w:tcMar>
            <w:vAlign w:val="center"/>
          </w:tcPr>
          <w:p w14:paraId="52933701" w14:textId="77777777" w:rsidR="00B773FD" w:rsidRDefault="005C7C28">
            <w:pPr>
              <w:spacing w:after="0" w:line="240" w:lineRule="auto"/>
              <w:jc w:val="center"/>
            </w:pPr>
            <w:r>
              <w:rPr>
                <w:rFonts w:ascii="Arial" w:hAnsi="Arial"/>
                <w:b/>
                <w:sz w:val="16"/>
              </w:rPr>
              <w:t>Theil-Sen</w:t>
            </w:r>
            <w:r>
              <w:rPr>
                <w:rFonts w:ascii="Arial" w:hAnsi="Arial"/>
                <w:b/>
                <w:sz w:val="16"/>
              </w:rPr>
              <w:br/>
              <w:t>slope/yr</w:t>
            </w:r>
          </w:p>
        </w:tc>
      </w:tr>
      <w:tr w:rsidR="00B773FD" w14:paraId="74ADFB73" w14:textId="77777777">
        <w:trPr>
          <w:jc w:val="center"/>
        </w:trPr>
        <w:tc>
          <w:tcPr>
            <w:tcW w:w="3096" w:type="dxa"/>
            <w:tcMar>
              <w:top w:w="30" w:type="dxa"/>
              <w:left w:w="30" w:type="dxa"/>
              <w:bottom w:w="30" w:type="dxa"/>
              <w:right w:w="30" w:type="dxa"/>
            </w:tcMar>
            <w:vAlign w:val="center"/>
          </w:tcPr>
          <w:p w14:paraId="6C99D911" w14:textId="77777777" w:rsidR="00B773FD" w:rsidRPr="00335C5E" w:rsidRDefault="005C7C28">
            <w:pPr>
              <w:spacing w:after="0" w:line="240" w:lineRule="auto"/>
              <w:rPr>
                <w:lang w:val="sv-SE"/>
              </w:rPr>
            </w:pPr>
            <w:r w:rsidRPr="00335C5E">
              <w:rPr>
                <w:rFonts w:ascii="Arial" w:hAnsi="Arial"/>
                <w:sz w:val="16"/>
                <w:lang w:val="sv-SE"/>
              </w:rPr>
              <w:t>Ciénaga Grande de Santa Marta</w:t>
            </w:r>
          </w:p>
        </w:tc>
        <w:tc>
          <w:tcPr>
            <w:tcW w:w="792" w:type="dxa"/>
            <w:tcMar>
              <w:top w:w="30" w:type="dxa"/>
              <w:left w:w="30" w:type="dxa"/>
              <w:bottom w:w="30" w:type="dxa"/>
              <w:right w:w="30" w:type="dxa"/>
            </w:tcMar>
            <w:vAlign w:val="center"/>
          </w:tcPr>
          <w:p w14:paraId="65295324" w14:textId="77777777" w:rsidR="00B773FD" w:rsidRDefault="005C7C28">
            <w:pPr>
              <w:spacing w:after="0" w:line="240" w:lineRule="auto"/>
              <w:jc w:val="center"/>
            </w:pPr>
            <w:r>
              <w:rPr>
                <w:rFonts w:ascii="Arial" w:hAnsi="Arial"/>
                <w:sz w:val="16"/>
              </w:rPr>
              <w:t>37</w:t>
            </w:r>
          </w:p>
        </w:tc>
        <w:tc>
          <w:tcPr>
            <w:tcW w:w="1007" w:type="dxa"/>
            <w:tcMar>
              <w:top w:w="30" w:type="dxa"/>
              <w:left w:w="30" w:type="dxa"/>
              <w:bottom w:w="30" w:type="dxa"/>
              <w:right w:w="30" w:type="dxa"/>
            </w:tcMar>
            <w:vAlign w:val="center"/>
          </w:tcPr>
          <w:p w14:paraId="7D67708E" w14:textId="77777777" w:rsidR="00B773FD" w:rsidRDefault="005C7C28">
            <w:pPr>
              <w:spacing w:after="0" w:line="240" w:lineRule="auto"/>
              <w:jc w:val="center"/>
            </w:pPr>
            <w:r>
              <w:rPr>
                <w:rFonts w:ascii="Arial" w:hAnsi="Arial"/>
                <w:sz w:val="16"/>
              </w:rPr>
              <w:t>36</w:t>
            </w:r>
          </w:p>
        </w:tc>
        <w:tc>
          <w:tcPr>
            <w:tcW w:w="835" w:type="dxa"/>
            <w:tcMar>
              <w:top w:w="30" w:type="dxa"/>
              <w:left w:w="30" w:type="dxa"/>
              <w:bottom w:w="30" w:type="dxa"/>
              <w:right w:w="30" w:type="dxa"/>
            </w:tcMar>
            <w:vAlign w:val="center"/>
          </w:tcPr>
          <w:p w14:paraId="0455E7AF" w14:textId="77777777" w:rsidR="00B773FD" w:rsidRDefault="005C7C28">
            <w:pPr>
              <w:spacing w:after="0" w:line="240" w:lineRule="auto"/>
              <w:jc w:val="center"/>
            </w:pPr>
            <w:r>
              <w:rPr>
                <w:rFonts w:ascii="Arial" w:hAnsi="Arial"/>
                <w:sz w:val="16"/>
              </w:rPr>
              <w:t>0.0040</w:t>
            </w:r>
          </w:p>
        </w:tc>
        <w:tc>
          <w:tcPr>
            <w:tcW w:w="892" w:type="dxa"/>
            <w:tcMar>
              <w:top w:w="30" w:type="dxa"/>
              <w:left w:w="30" w:type="dxa"/>
              <w:bottom w:w="30" w:type="dxa"/>
              <w:right w:w="30" w:type="dxa"/>
            </w:tcMar>
            <w:vAlign w:val="center"/>
          </w:tcPr>
          <w:p w14:paraId="6EA5CDDB" w14:textId="77777777" w:rsidR="00B773FD" w:rsidRDefault="005C7C28">
            <w:pPr>
              <w:spacing w:after="0" w:line="240" w:lineRule="auto"/>
              <w:jc w:val="center"/>
            </w:pPr>
            <w:r>
              <w:rPr>
                <w:rFonts w:ascii="Arial" w:hAnsi="Arial"/>
                <w:sz w:val="16"/>
              </w:rPr>
              <w:t>0.0020</w:t>
            </w:r>
          </w:p>
        </w:tc>
        <w:tc>
          <w:tcPr>
            <w:tcW w:w="748" w:type="dxa"/>
            <w:tcMar>
              <w:top w:w="30" w:type="dxa"/>
              <w:left w:w="30" w:type="dxa"/>
              <w:bottom w:w="30" w:type="dxa"/>
              <w:right w:w="30" w:type="dxa"/>
            </w:tcMar>
            <w:vAlign w:val="center"/>
          </w:tcPr>
          <w:p w14:paraId="69D74DFB" w14:textId="77777777" w:rsidR="00B773FD" w:rsidRDefault="005C7C28">
            <w:pPr>
              <w:spacing w:after="0" w:line="240" w:lineRule="auto"/>
              <w:jc w:val="center"/>
            </w:pPr>
            <w:r>
              <w:rPr>
                <w:rFonts w:ascii="Arial" w:hAnsi="Arial"/>
                <w:sz w:val="16"/>
              </w:rPr>
              <w:t>0.0030</w:t>
            </w:r>
          </w:p>
        </w:tc>
        <w:tc>
          <w:tcPr>
            <w:tcW w:w="720" w:type="dxa"/>
            <w:tcMar>
              <w:top w:w="30" w:type="dxa"/>
              <w:left w:w="30" w:type="dxa"/>
              <w:bottom w:w="30" w:type="dxa"/>
              <w:right w:w="30" w:type="dxa"/>
            </w:tcMar>
            <w:vAlign w:val="center"/>
          </w:tcPr>
          <w:p w14:paraId="03D7871B" w14:textId="77777777" w:rsidR="00B773FD" w:rsidRDefault="005C7C28">
            <w:pPr>
              <w:spacing w:after="0" w:line="240" w:lineRule="auto"/>
              <w:jc w:val="center"/>
            </w:pPr>
            <w:r>
              <w:rPr>
                <w:rFonts w:ascii="Arial" w:hAnsi="Arial"/>
                <w:sz w:val="16"/>
              </w:rPr>
              <w:t>0.0000</w:t>
            </w:r>
          </w:p>
        </w:tc>
        <w:tc>
          <w:tcPr>
            <w:tcW w:w="720" w:type="dxa"/>
            <w:tcMar>
              <w:top w:w="30" w:type="dxa"/>
              <w:left w:w="30" w:type="dxa"/>
              <w:bottom w:w="30" w:type="dxa"/>
              <w:right w:w="30" w:type="dxa"/>
            </w:tcMar>
            <w:vAlign w:val="center"/>
          </w:tcPr>
          <w:p w14:paraId="7E66C004" w14:textId="77777777" w:rsidR="00B773FD" w:rsidRDefault="005C7C28">
            <w:pPr>
              <w:spacing w:after="0" w:line="240" w:lineRule="auto"/>
              <w:jc w:val="center"/>
            </w:pPr>
            <w:r>
              <w:rPr>
                <w:rFonts w:ascii="Arial" w:hAnsi="Arial"/>
                <w:sz w:val="16"/>
              </w:rPr>
              <w:t>0.0120</w:t>
            </w:r>
          </w:p>
        </w:tc>
        <w:tc>
          <w:tcPr>
            <w:tcW w:w="1512" w:type="dxa"/>
            <w:tcMar>
              <w:top w:w="30" w:type="dxa"/>
              <w:left w:w="30" w:type="dxa"/>
              <w:bottom w:w="30" w:type="dxa"/>
              <w:right w:w="30" w:type="dxa"/>
            </w:tcMar>
            <w:vAlign w:val="center"/>
          </w:tcPr>
          <w:p w14:paraId="46E155E9" w14:textId="77777777" w:rsidR="00B773FD" w:rsidRDefault="005C7C28">
            <w:pPr>
              <w:spacing w:after="0" w:line="240" w:lineRule="auto"/>
              <w:jc w:val="center"/>
            </w:pPr>
            <w:r>
              <w:rPr>
                <w:rFonts w:ascii="Arial" w:hAnsi="Arial"/>
                <w:sz w:val="16"/>
              </w:rPr>
              <w:t>548.2</w:t>
            </w:r>
          </w:p>
        </w:tc>
        <w:tc>
          <w:tcPr>
            <w:tcW w:w="1123" w:type="dxa"/>
            <w:tcMar>
              <w:top w:w="30" w:type="dxa"/>
              <w:left w:w="30" w:type="dxa"/>
              <w:bottom w:w="30" w:type="dxa"/>
              <w:right w:w="30" w:type="dxa"/>
            </w:tcMar>
            <w:vAlign w:val="center"/>
          </w:tcPr>
          <w:p w14:paraId="4DA99A3E" w14:textId="77777777" w:rsidR="00B773FD" w:rsidRDefault="005C7C28">
            <w:pPr>
              <w:spacing w:after="0" w:line="240" w:lineRule="auto"/>
              <w:jc w:val="center"/>
            </w:pPr>
            <w:r>
              <w:rPr>
                <w:rFonts w:ascii="Arial" w:hAnsi="Arial"/>
                <w:sz w:val="16"/>
              </w:rPr>
              <w:t>0.3277</w:t>
            </w:r>
          </w:p>
        </w:tc>
        <w:tc>
          <w:tcPr>
            <w:tcW w:w="1036" w:type="dxa"/>
            <w:tcMar>
              <w:top w:w="30" w:type="dxa"/>
              <w:left w:w="30" w:type="dxa"/>
              <w:bottom w:w="30" w:type="dxa"/>
              <w:right w:w="30" w:type="dxa"/>
            </w:tcMar>
            <w:vAlign w:val="center"/>
          </w:tcPr>
          <w:p w14:paraId="7E8F2B1D" w14:textId="77777777" w:rsidR="00B773FD" w:rsidRDefault="005C7C28">
            <w:pPr>
              <w:spacing w:after="0" w:line="240" w:lineRule="auto"/>
              <w:jc w:val="center"/>
            </w:pPr>
            <w:r>
              <w:rPr>
                <w:rFonts w:ascii="Arial" w:hAnsi="Arial"/>
                <w:sz w:val="16"/>
              </w:rPr>
              <w:t>0.9479</w:t>
            </w:r>
          </w:p>
        </w:tc>
        <w:tc>
          <w:tcPr>
            <w:tcW w:w="748" w:type="dxa"/>
            <w:tcMar>
              <w:top w:w="30" w:type="dxa"/>
              <w:left w:w="30" w:type="dxa"/>
              <w:bottom w:w="30" w:type="dxa"/>
              <w:right w:w="30" w:type="dxa"/>
            </w:tcMar>
            <w:vAlign w:val="center"/>
          </w:tcPr>
          <w:p w14:paraId="5575FBA2" w14:textId="77777777" w:rsidR="00B773FD" w:rsidRDefault="005C7C28">
            <w:pPr>
              <w:spacing w:after="0" w:line="240" w:lineRule="auto"/>
              <w:jc w:val="center"/>
            </w:pPr>
            <w:r>
              <w:rPr>
                <w:rFonts w:ascii="Arial" w:hAnsi="Arial"/>
                <w:sz w:val="16"/>
              </w:rPr>
              <w:t>-0.0075</w:t>
            </w:r>
          </w:p>
        </w:tc>
        <w:tc>
          <w:tcPr>
            <w:tcW w:w="1324" w:type="dxa"/>
            <w:tcMar>
              <w:top w:w="30" w:type="dxa"/>
              <w:left w:w="30" w:type="dxa"/>
              <w:bottom w:w="30" w:type="dxa"/>
              <w:right w:w="30" w:type="dxa"/>
            </w:tcMar>
            <w:vAlign w:val="center"/>
          </w:tcPr>
          <w:p w14:paraId="2A4358AF" w14:textId="77777777" w:rsidR="00B773FD" w:rsidRDefault="005C7C28">
            <w:pPr>
              <w:spacing w:after="0" w:line="240" w:lineRule="auto"/>
              <w:jc w:val="center"/>
            </w:pPr>
            <w:r>
              <w:rPr>
                <w:rFonts w:ascii="Arial" w:hAnsi="Arial"/>
                <w:sz w:val="16"/>
              </w:rPr>
              <w:t>0.0000</w:t>
            </w:r>
          </w:p>
        </w:tc>
      </w:tr>
      <w:tr w:rsidR="00B773FD" w14:paraId="341FC925" w14:textId="77777777">
        <w:trPr>
          <w:jc w:val="center"/>
        </w:trPr>
        <w:tc>
          <w:tcPr>
            <w:tcW w:w="3096" w:type="dxa"/>
            <w:shd w:val="clear" w:color="auto" w:fill="F7FBFF"/>
            <w:tcMar>
              <w:top w:w="30" w:type="dxa"/>
              <w:left w:w="30" w:type="dxa"/>
              <w:bottom w:w="30" w:type="dxa"/>
              <w:right w:w="30" w:type="dxa"/>
            </w:tcMar>
            <w:vAlign w:val="center"/>
          </w:tcPr>
          <w:p w14:paraId="51946EBA" w14:textId="77777777" w:rsidR="00B773FD" w:rsidRDefault="005C7C28">
            <w:pPr>
              <w:spacing w:after="0" w:line="240" w:lineRule="auto"/>
            </w:pPr>
            <w:r>
              <w:rPr>
                <w:rFonts w:ascii="Arial" w:hAnsi="Arial"/>
                <w:sz w:val="16"/>
              </w:rPr>
              <w:t>Palo Verde</w:t>
            </w:r>
          </w:p>
        </w:tc>
        <w:tc>
          <w:tcPr>
            <w:tcW w:w="792" w:type="dxa"/>
            <w:shd w:val="clear" w:color="auto" w:fill="F7FBFF"/>
            <w:tcMar>
              <w:top w:w="30" w:type="dxa"/>
              <w:left w:w="30" w:type="dxa"/>
              <w:bottom w:w="30" w:type="dxa"/>
              <w:right w:w="30" w:type="dxa"/>
            </w:tcMar>
            <w:vAlign w:val="center"/>
          </w:tcPr>
          <w:p w14:paraId="4668AA77" w14:textId="77777777" w:rsidR="00B773FD" w:rsidRDefault="005C7C28">
            <w:pPr>
              <w:spacing w:after="0" w:line="240" w:lineRule="auto"/>
              <w:jc w:val="center"/>
            </w:pPr>
            <w:r>
              <w:rPr>
                <w:rFonts w:ascii="Arial" w:hAnsi="Arial"/>
                <w:sz w:val="16"/>
              </w:rPr>
              <w:t>19</w:t>
            </w:r>
          </w:p>
        </w:tc>
        <w:tc>
          <w:tcPr>
            <w:tcW w:w="1007" w:type="dxa"/>
            <w:shd w:val="clear" w:color="auto" w:fill="F7FBFF"/>
            <w:tcMar>
              <w:top w:w="30" w:type="dxa"/>
              <w:left w:w="30" w:type="dxa"/>
              <w:bottom w:w="30" w:type="dxa"/>
              <w:right w:w="30" w:type="dxa"/>
            </w:tcMar>
            <w:vAlign w:val="center"/>
          </w:tcPr>
          <w:p w14:paraId="3860695A" w14:textId="77777777" w:rsidR="00B773FD" w:rsidRDefault="005C7C28">
            <w:pPr>
              <w:spacing w:after="0" w:line="240" w:lineRule="auto"/>
              <w:jc w:val="center"/>
            </w:pPr>
            <w:r>
              <w:rPr>
                <w:rFonts w:ascii="Arial" w:hAnsi="Arial"/>
                <w:sz w:val="16"/>
              </w:rPr>
              <w:t>8</w:t>
            </w:r>
          </w:p>
        </w:tc>
        <w:tc>
          <w:tcPr>
            <w:tcW w:w="835" w:type="dxa"/>
            <w:shd w:val="clear" w:color="auto" w:fill="F7FBFF"/>
            <w:tcMar>
              <w:top w:w="30" w:type="dxa"/>
              <w:left w:w="30" w:type="dxa"/>
              <w:bottom w:w="30" w:type="dxa"/>
              <w:right w:w="30" w:type="dxa"/>
            </w:tcMar>
            <w:vAlign w:val="center"/>
          </w:tcPr>
          <w:p w14:paraId="65B67E88" w14:textId="77777777" w:rsidR="00B773FD" w:rsidRDefault="005C7C28">
            <w:pPr>
              <w:spacing w:after="0" w:line="240" w:lineRule="auto"/>
              <w:jc w:val="center"/>
            </w:pPr>
            <w:r>
              <w:rPr>
                <w:rFonts w:ascii="Arial" w:hAnsi="Arial"/>
                <w:sz w:val="16"/>
              </w:rPr>
              <w:t>0.0050</w:t>
            </w:r>
          </w:p>
        </w:tc>
        <w:tc>
          <w:tcPr>
            <w:tcW w:w="892" w:type="dxa"/>
            <w:shd w:val="clear" w:color="auto" w:fill="F7FBFF"/>
            <w:tcMar>
              <w:top w:w="30" w:type="dxa"/>
              <w:left w:w="30" w:type="dxa"/>
              <w:bottom w:w="30" w:type="dxa"/>
              <w:right w:w="30" w:type="dxa"/>
            </w:tcMar>
            <w:vAlign w:val="center"/>
          </w:tcPr>
          <w:p w14:paraId="25210345" w14:textId="77777777" w:rsidR="00B773FD" w:rsidRDefault="005C7C28">
            <w:pPr>
              <w:spacing w:after="0" w:line="240" w:lineRule="auto"/>
              <w:jc w:val="center"/>
            </w:pPr>
            <w:r>
              <w:rPr>
                <w:rFonts w:ascii="Arial" w:hAnsi="Arial"/>
                <w:sz w:val="16"/>
              </w:rPr>
              <w:t>0.0000</w:t>
            </w:r>
          </w:p>
        </w:tc>
        <w:tc>
          <w:tcPr>
            <w:tcW w:w="748" w:type="dxa"/>
            <w:shd w:val="clear" w:color="auto" w:fill="F7FBFF"/>
            <w:tcMar>
              <w:top w:w="30" w:type="dxa"/>
              <w:left w:w="30" w:type="dxa"/>
              <w:bottom w:w="30" w:type="dxa"/>
              <w:right w:w="30" w:type="dxa"/>
            </w:tcMar>
            <w:vAlign w:val="center"/>
          </w:tcPr>
          <w:p w14:paraId="7E873C10" w14:textId="77777777" w:rsidR="00B773FD" w:rsidRDefault="005C7C28">
            <w:pPr>
              <w:spacing w:after="0" w:line="240" w:lineRule="auto"/>
              <w:jc w:val="center"/>
            </w:pPr>
            <w:r>
              <w:rPr>
                <w:rFonts w:ascii="Arial" w:hAnsi="Arial"/>
                <w:sz w:val="16"/>
              </w:rPr>
              <w:t>0.0080</w:t>
            </w:r>
          </w:p>
        </w:tc>
        <w:tc>
          <w:tcPr>
            <w:tcW w:w="720" w:type="dxa"/>
            <w:shd w:val="clear" w:color="auto" w:fill="F7FBFF"/>
            <w:tcMar>
              <w:top w:w="30" w:type="dxa"/>
              <w:left w:w="30" w:type="dxa"/>
              <w:bottom w:w="30" w:type="dxa"/>
              <w:right w:w="30" w:type="dxa"/>
            </w:tcMar>
            <w:vAlign w:val="center"/>
          </w:tcPr>
          <w:p w14:paraId="25183563"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2CC4EF4F" w14:textId="77777777" w:rsidR="00B773FD" w:rsidRDefault="005C7C28">
            <w:pPr>
              <w:spacing w:after="0" w:line="240" w:lineRule="auto"/>
              <w:jc w:val="center"/>
            </w:pPr>
            <w:r>
              <w:rPr>
                <w:rFonts w:ascii="Arial" w:hAnsi="Arial"/>
                <w:sz w:val="16"/>
              </w:rPr>
              <w:t>0.0290</w:t>
            </w:r>
          </w:p>
        </w:tc>
        <w:tc>
          <w:tcPr>
            <w:tcW w:w="1512" w:type="dxa"/>
            <w:shd w:val="clear" w:color="auto" w:fill="F7FBFF"/>
            <w:tcMar>
              <w:top w:w="30" w:type="dxa"/>
              <w:left w:w="30" w:type="dxa"/>
              <w:bottom w:w="30" w:type="dxa"/>
              <w:right w:w="30" w:type="dxa"/>
            </w:tcMar>
            <w:vAlign w:val="center"/>
          </w:tcPr>
          <w:p w14:paraId="1A1D6319" w14:textId="77777777" w:rsidR="00B773FD" w:rsidRDefault="005C7C28">
            <w:pPr>
              <w:spacing w:after="0" w:line="240" w:lineRule="auto"/>
              <w:jc w:val="center"/>
            </w:pPr>
            <w:r>
              <w:rPr>
                <w:rFonts w:ascii="Arial" w:hAnsi="Arial"/>
                <w:sz w:val="16"/>
              </w:rPr>
              <w:t>21.4</w:t>
            </w:r>
          </w:p>
        </w:tc>
        <w:tc>
          <w:tcPr>
            <w:tcW w:w="1123" w:type="dxa"/>
            <w:shd w:val="clear" w:color="auto" w:fill="F7FBFF"/>
            <w:tcMar>
              <w:top w:w="30" w:type="dxa"/>
              <w:left w:w="30" w:type="dxa"/>
              <w:bottom w:w="30" w:type="dxa"/>
              <w:right w:w="30" w:type="dxa"/>
            </w:tcMar>
            <w:vAlign w:val="center"/>
          </w:tcPr>
          <w:p w14:paraId="746F6ECD" w14:textId="77777777" w:rsidR="00B773FD" w:rsidRDefault="005C7C28">
            <w:pPr>
              <w:spacing w:after="0" w:line="240" w:lineRule="auto"/>
              <w:jc w:val="center"/>
            </w:pPr>
            <w:r>
              <w:rPr>
                <w:rFonts w:ascii="Arial" w:hAnsi="Arial"/>
                <w:sz w:val="16"/>
              </w:rPr>
              <w:t>0.2612</w:t>
            </w:r>
          </w:p>
        </w:tc>
        <w:tc>
          <w:tcPr>
            <w:tcW w:w="1036" w:type="dxa"/>
            <w:shd w:val="clear" w:color="auto" w:fill="F7FBFF"/>
            <w:tcMar>
              <w:top w:w="30" w:type="dxa"/>
              <w:left w:w="30" w:type="dxa"/>
              <w:bottom w:w="30" w:type="dxa"/>
              <w:right w:w="30" w:type="dxa"/>
            </w:tcMar>
            <w:vAlign w:val="center"/>
          </w:tcPr>
          <w:p w14:paraId="71FA9B91" w14:textId="77777777" w:rsidR="00B773FD" w:rsidRDefault="005C7C28">
            <w:pPr>
              <w:spacing w:after="0" w:line="240" w:lineRule="auto"/>
              <w:jc w:val="center"/>
            </w:pPr>
            <w:r>
              <w:rPr>
                <w:rFonts w:ascii="Arial" w:hAnsi="Arial"/>
                <w:sz w:val="16"/>
              </w:rPr>
              <w:t>0.8142</w:t>
            </w:r>
          </w:p>
        </w:tc>
        <w:tc>
          <w:tcPr>
            <w:tcW w:w="748" w:type="dxa"/>
            <w:shd w:val="clear" w:color="auto" w:fill="F7FBFF"/>
            <w:tcMar>
              <w:top w:w="30" w:type="dxa"/>
              <w:left w:w="30" w:type="dxa"/>
              <w:bottom w:w="30" w:type="dxa"/>
              <w:right w:w="30" w:type="dxa"/>
            </w:tcMar>
            <w:vAlign w:val="center"/>
          </w:tcPr>
          <w:p w14:paraId="362EF580" w14:textId="77777777" w:rsidR="00B773FD" w:rsidRDefault="005C7C28">
            <w:pPr>
              <w:spacing w:after="0" w:line="240" w:lineRule="auto"/>
              <w:jc w:val="center"/>
            </w:pPr>
            <w:r>
              <w:rPr>
                <w:rFonts w:ascii="Arial" w:hAnsi="Arial"/>
                <w:sz w:val="16"/>
              </w:rPr>
              <w:t>0.0426</w:t>
            </w:r>
          </w:p>
        </w:tc>
        <w:tc>
          <w:tcPr>
            <w:tcW w:w="1324" w:type="dxa"/>
            <w:shd w:val="clear" w:color="auto" w:fill="F7FBFF"/>
            <w:tcMar>
              <w:top w:w="30" w:type="dxa"/>
              <w:left w:w="30" w:type="dxa"/>
              <w:bottom w:w="30" w:type="dxa"/>
              <w:right w:w="30" w:type="dxa"/>
            </w:tcMar>
            <w:vAlign w:val="center"/>
          </w:tcPr>
          <w:p w14:paraId="428CF1A9" w14:textId="77777777" w:rsidR="00B773FD" w:rsidRDefault="005C7C28">
            <w:pPr>
              <w:spacing w:after="0" w:line="240" w:lineRule="auto"/>
              <w:jc w:val="center"/>
            </w:pPr>
            <w:r>
              <w:rPr>
                <w:rFonts w:ascii="Arial" w:hAnsi="Arial"/>
                <w:sz w:val="16"/>
              </w:rPr>
              <w:t>0.0000</w:t>
            </w:r>
          </w:p>
        </w:tc>
      </w:tr>
      <w:tr w:rsidR="00B773FD" w14:paraId="2192CED5" w14:textId="77777777">
        <w:trPr>
          <w:jc w:val="center"/>
        </w:trPr>
        <w:tc>
          <w:tcPr>
            <w:tcW w:w="3096" w:type="dxa"/>
            <w:tcMar>
              <w:top w:w="30" w:type="dxa"/>
              <w:left w:w="30" w:type="dxa"/>
              <w:bottom w:w="30" w:type="dxa"/>
              <w:right w:w="30" w:type="dxa"/>
            </w:tcMar>
            <w:vAlign w:val="center"/>
          </w:tcPr>
          <w:p w14:paraId="427467BC" w14:textId="77777777" w:rsidR="00B773FD" w:rsidRDefault="005C7C28">
            <w:pPr>
              <w:spacing w:after="0" w:line="240" w:lineRule="auto"/>
            </w:pPr>
            <w:r>
              <w:rPr>
                <w:rFonts w:ascii="Arial" w:hAnsi="Arial"/>
                <w:sz w:val="16"/>
              </w:rPr>
              <w:t>Lake Burullus</w:t>
            </w:r>
          </w:p>
        </w:tc>
        <w:tc>
          <w:tcPr>
            <w:tcW w:w="792" w:type="dxa"/>
            <w:tcMar>
              <w:top w:w="30" w:type="dxa"/>
              <w:left w:w="30" w:type="dxa"/>
              <w:bottom w:w="30" w:type="dxa"/>
              <w:right w:w="30" w:type="dxa"/>
            </w:tcMar>
            <w:vAlign w:val="center"/>
          </w:tcPr>
          <w:p w14:paraId="06BC623B" w14:textId="77777777" w:rsidR="00B773FD" w:rsidRDefault="005C7C28">
            <w:pPr>
              <w:spacing w:after="0" w:line="240" w:lineRule="auto"/>
              <w:jc w:val="center"/>
            </w:pPr>
            <w:r>
              <w:rPr>
                <w:rFonts w:ascii="Arial" w:hAnsi="Arial"/>
                <w:sz w:val="16"/>
              </w:rPr>
              <w:t>124</w:t>
            </w:r>
          </w:p>
        </w:tc>
        <w:tc>
          <w:tcPr>
            <w:tcW w:w="1007" w:type="dxa"/>
            <w:tcMar>
              <w:top w:w="30" w:type="dxa"/>
              <w:left w:w="30" w:type="dxa"/>
              <w:bottom w:w="30" w:type="dxa"/>
              <w:right w:w="30" w:type="dxa"/>
            </w:tcMar>
            <w:vAlign w:val="center"/>
          </w:tcPr>
          <w:p w14:paraId="04111720" w14:textId="77777777" w:rsidR="00B773FD" w:rsidRDefault="005C7C28">
            <w:pPr>
              <w:spacing w:after="0" w:line="240" w:lineRule="auto"/>
              <w:jc w:val="center"/>
            </w:pPr>
            <w:r>
              <w:rPr>
                <w:rFonts w:ascii="Arial" w:hAnsi="Arial"/>
                <w:sz w:val="16"/>
              </w:rPr>
              <w:t>109</w:t>
            </w:r>
          </w:p>
        </w:tc>
        <w:tc>
          <w:tcPr>
            <w:tcW w:w="835" w:type="dxa"/>
            <w:tcMar>
              <w:top w:w="30" w:type="dxa"/>
              <w:left w:w="30" w:type="dxa"/>
              <w:bottom w:w="30" w:type="dxa"/>
              <w:right w:w="30" w:type="dxa"/>
            </w:tcMar>
            <w:vAlign w:val="center"/>
          </w:tcPr>
          <w:p w14:paraId="1EB0E81D" w14:textId="77777777" w:rsidR="00B773FD" w:rsidRDefault="005C7C28">
            <w:pPr>
              <w:spacing w:after="0" w:line="240" w:lineRule="auto"/>
              <w:jc w:val="center"/>
            </w:pPr>
            <w:r>
              <w:rPr>
                <w:rFonts w:ascii="Arial" w:hAnsi="Arial"/>
                <w:sz w:val="16"/>
              </w:rPr>
              <w:t>0.0180</w:t>
            </w:r>
          </w:p>
        </w:tc>
        <w:tc>
          <w:tcPr>
            <w:tcW w:w="892" w:type="dxa"/>
            <w:tcMar>
              <w:top w:w="30" w:type="dxa"/>
              <w:left w:w="30" w:type="dxa"/>
              <w:bottom w:w="30" w:type="dxa"/>
              <w:right w:w="30" w:type="dxa"/>
            </w:tcMar>
            <w:vAlign w:val="center"/>
          </w:tcPr>
          <w:p w14:paraId="03C570F0" w14:textId="77777777" w:rsidR="00B773FD" w:rsidRDefault="005C7C28">
            <w:pPr>
              <w:spacing w:after="0" w:line="240" w:lineRule="auto"/>
              <w:jc w:val="center"/>
            </w:pPr>
            <w:r>
              <w:rPr>
                <w:rFonts w:ascii="Arial" w:hAnsi="Arial"/>
                <w:sz w:val="16"/>
              </w:rPr>
              <w:t>0.0160</w:t>
            </w:r>
          </w:p>
        </w:tc>
        <w:tc>
          <w:tcPr>
            <w:tcW w:w="748" w:type="dxa"/>
            <w:tcMar>
              <w:top w:w="30" w:type="dxa"/>
              <w:left w:w="30" w:type="dxa"/>
              <w:bottom w:w="30" w:type="dxa"/>
              <w:right w:w="30" w:type="dxa"/>
            </w:tcMar>
            <w:vAlign w:val="center"/>
          </w:tcPr>
          <w:p w14:paraId="488A56D7" w14:textId="77777777" w:rsidR="00B773FD" w:rsidRDefault="005C7C28">
            <w:pPr>
              <w:spacing w:after="0" w:line="240" w:lineRule="auto"/>
              <w:jc w:val="center"/>
            </w:pPr>
            <w:r>
              <w:rPr>
                <w:rFonts w:ascii="Arial" w:hAnsi="Arial"/>
                <w:sz w:val="16"/>
              </w:rPr>
              <w:t>0.0140</w:t>
            </w:r>
          </w:p>
        </w:tc>
        <w:tc>
          <w:tcPr>
            <w:tcW w:w="720" w:type="dxa"/>
            <w:tcMar>
              <w:top w:w="30" w:type="dxa"/>
              <w:left w:w="30" w:type="dxa"/>
              <w:bottom w:w="30" w:type="dxa"/>
              <w:right w:w="30" w:type="dxa"/>
            </w:tcMar>
            <w:vAlign w:val="center"/>
          </w:tcPr>
          <w:p w14:paraId="7E326406" w14:textId="77777777" w:rsidR="00B773FD" w:rsidRDefault="005C7C28">
            <w:pPr>
              <w:spacing w:after="0" w:line="240" w:lineRule="auto"/>
              <w:jc w:val="center"/>
            </w:pPr>
            <w:r>
              <w:rPr>
                <w:rFonts w:ascii="Arial" w:hAnsi="Arial"/>
                <w:sz w:val="16"/>
              </w:rPr>
              <w:t>0.0000</w:t>
            </w:r>
          </w:p>
        </w:tc>
        <w:tc>
          <w:tcPr>
            <w:tcW w:w="720" w:type="dxa"/>
            <w:tcMar>
              <w:top w:w="30" w:type="dxa"/>
              <w:left w:w="30" w:type="dxa"/>
              <w:bottom w:w="30" w:type="dxa"/>
              <w:right w:w="30" w:type="dxa"/>
            </w:tcMar>
            <w:vAlign w:val="center"/>
          </w:tcPr>
          <w:p w14:paraId="6E3425ED" w14:textId="77777777" w:rsidR="00B773FD" w:rsidRDefault="005C7C28">
            <w:pPr>
              <w:spacing w:after="0" w:line="240" w:lineRule="auto"/>
              <w:jc w:val="center"/>
            </w:pPr>
            <w:r>
              <w:rPr>
                <w:rFonts w:ascii="Arial" w:hAnsi="Arial"/>
                <w:sz w:val="16"/>
              </w:rPr>
              <w:t>0.0690</w:t>
            </w:r>
          </w:p>
        </w:tc>
        <w:tc>
          <w:tcPr>
            <w:tcW w:w="1512" w:type="dxa"/>
            <w:tcMar>
              <w:top w:w="30" w:type="dxa"/>
              <w:left w:w="30" w:type="dxa"/>
              <w:bottom w:w="30" w:type="dxa"/>
              <w:right w:w="30" w:type="dxa"/>
            </w:tcMar>
            <w:vAlign w:val="center"/>
          </w:tcPr>
          <w:p w14:paraId="619FD6BA" w14:textId="77777777" w:rsidR="00B773FD" w:rsidRDefault="005C7C28">
            <w:pPr>
              <w:spacing w:after="0" w:line="240" w:lineRule="auto"/>
              <w:jc w:val="center"/>
            </w:pPr>
            <w:r>
              <w:rPr>
                <w:rFonts w:ascii="Arial" w:hAnsi="Arial"/>
                <w:sz w:val="16"/>
              </w:rPr>
              <w:t>1033.4</w:t>
            </w:r>
          </w:p>
        </w:tc>
        <w:tc>
          <w:tcPr>
            <w:tcW w:w="1123" w:type="dxa"/>
            <w:tcMar>
              <w:top w:w="30" w:type="dxa"/>
              <w:left w:w="30" w:type="dxa"/>
              <w:bottom w:w="30" w:type="dxa"/>
              <w:right w:w="30" w:type="dxa"/>
            </w:tcMar>
            <w:vAlign w:val="center"/>
          </w:tcPr>
          <w:p w14:paraId="4BFD917C" w14:textId="77777777" w:rsidR="00B773FD" w:rsidRDefault="005C7C28">
            <w:pPr>
              <w:spacing w:after="0" w:line="240" w:lineRule="auto"/>
              <w:jc w:val="center"/>
            </w:pPr>
            <w:r>
              <w:rPr>
                <w:rFonts w:ascii="Arial" w:hAnsi="Arial"/>
                <w:sz w:val="16"/>
              </w:rPr>
              <w:t>0.0010</w:t>
            </w:r>
          </w:p>
        </w:tc>
        <w:tc>
          <w:tcPr>
            <w:tcW w:w="1036" w:type="dxa"/>
            <w:tcMar>
              <w:top w:w="30" w:type="dxa"/>
              <w:left w:w="30" w:type="dxa"/>
              <w:bottom w:w="30" w:type="dxa"/>
              <w:right w:w="30" w:type="dxa"/>
            </w:tcMar>
            <w:vAlign w:val="center"/>
          </w:tcPr>
          <w:p w14:paraId="59C31BCF" w14:textId="77777777" w:rsidR="00B773FD" w:rsidRDefault="005C7C28">
            <w:pPr>
              <w:spacing w:after="0" w:line="240" w:lineRule="auto"/>
              <w:jc w:val="center"/>
            </w:pPr>
            <w:r>
              <w:rPr>
                <w:rFonts w:ascii="Arial" w:hAnsi="Arial"/>
                <w:sz w:val="16"/>
              </w:rPr>
              <w:t>0.2353</w:t>
            </w:r>
          </w:p>
        </w:tc>
        <w:tc>
          <w:tcPr>
            <w:tcW w:w="748" w:type="dxa"/>
            <w:tcMar>
              <w:top w:w="30" w:type="dxa"/>
              <w:left w:w="30" w:type="dxa"/>
              <w:bottom w:w="30" w:type="dxa"/>
              <w:right w:w="30" w:type="dxa"/>
            </w:tcMar>
            <w:vAlign w:val="center"/>
          </w:tcPr>
          <w:p w14:paraId="2D0EC544" w14:textId="77777777" w:rsidR="00B773FD" w:rsidRDefault="005C7C28">
            <w:pPr>
              <w:spacing w:after="0" w:line="240" w:lineRule="auto"/>
              <w:jc w:val="center"/>
            </w:pPr>
            <w:r>
              <w:rPr>
                <w:rFonts w:ascii="Arial" w:hAnsi="Arial"/>
                <w:sz w:val="16"/>
              </w:rPr>
              <w:t>0.0725</w:t>
            </w:r>
          </w:p>
        </w:tc>
        <w:tc>
          <w:tcPr>
            <w:tcW w:w="1324" w:type="dxa"/>
            <w:tcMar>
              <w:top w:w="30" w:type="dxa"/>
              <w:left w:w="30" w:type="dxa"/>
              <w:bottom w:w="30" w:type="dxa"/>
              <w:right w:w="30" w:type="dxa"/>
            </w:tcMar>
            <w:vAlign w:val="center"/>
          </w:tcPr>
          <w:p w14:paraId="2AB29F37" w14:textId="77777777" w:rsidR="00B773FD" w:rsidRDefault="005C7C28">
            <w:pPr>
              <w:spacing w:after="0" w:line="240" w:lineRule="auto"/>
              <w:jc w:val="center"/>
            </w:pPr>
            <w:r>
              <w:rPr>
                <w:rFonts w:ascii="Arial" w:hAnsi="Arial"/>
                <w:sz w:val="16"/>
              </w:rPr>
              <w:t>0.0004</w:t>
            </w:r>
          </w:p>
        </w:tc>
      </w:tr>
      <w:tr w:rsidR="00B773FD" w14:paraId="0E8DAE2A" w14:textId="77777777">
        <w:trPr>
          <w:jc w:val="center"/>
        </w:trPr>
        <w:tc>
          <w:tcPr>
            <w:tcW w:w="3096" w:type="dxa"/>
            <w:shd w:val="clear" w:color="auto" w:fill="F7FBFF"/>
            <w:tcMar>
              <w:top w:w="30" w:type="dxa"/>
              <w:left w:w="30" w:type="dxa"/>
              <w:bottom w:w="30" w:type="dxa"/>
              <w:right w:w="30" w:type="dxa"/>
            </w:tcMar>
            <w:vAlign w:val="center"/>
          </w:tcPr>
          <w:p w14:paraId="181590A8" w14:textId="77777777" w:rsidR="00B773FD" w:rsidRDefault="005C7C28">
            <w:pPr>
              <w:spacing w:after="0" w:line="240" w:lineRule="auto"/>
            </w:pPr>
            <w:r>
              <w:rPr>
                <w:rFonts w:ascii="Arial" w:hAnsi="Arial"/>
                <w:sz w:val="16"/>
              </w:rPr>
              <w:t>Amvrakikos Gulf</w:t>
            </w:r>
          </w:p>
        </w:tc>
        <w:tc>
          <w:tcPr>
            <w:tcW w:w="792" w:type="dxa"/>
            <w:shd w:val="clear" w:color="auto" w:fill="F7FBFF"/>
            <w:tcMar>
              <w:top w:w="30" w:type="dxa"/>
              <w:left w:w="30" w:type="dxa"/>
              <w:bottom w:w="30" w:type="dxa"/>
              <w:right w:w="30" w:type="dxa"/>
            </w:tcMar>
            <w:vAlign w:val="center"/>
          </w:tcPr>
          <w:p w14:paraId="0E5B3741" w14:textId="77777777" w:rsidR="00B773FD" w:rsidRDefault="005C7C28">
            <w:pPr>
              <w:spacing w:after="0" w:line="240" w:lineRule="auto"/>
              <w:jc w:val="center"/>
            </w:pPr>
            <w:r>
              <w:rPr>
                <w:rFonts w:ascii="Arial" w:hAnsi="Arial"/>
                <w:sz w:val="16"/>
              </w:rPr>
              <w:t>73</w:t>
            </w:r>
          </w:p>
        </w:tc>
        <w:tc>
          <w:tcPr>
            <w:tcW w:w="1007" w:type="dxa"/>
            <w:shd w:val="clear" w:color="auto" w:fill="F7FBFF"/>
            <w:tcMar>
              <w:top w:w="30" w:type="dxa"/>
              <w:left w:w="30" w:type="dxa"/>
              <w:bottom w:w="30" w:type="dxa"/>
              <w:right w:w="30" w:type="dxa"/>
            </w:tcMar>
            <w:vAlign w:val="center"/>
          </w:tcPr>
          <w:p w14:paraId="5C637142" w14:textId="77777777" w:rsidR="00B773FD" w:rsidRDefault="005C7C28">
            <w:pPr>
              <w:spacing w:after="0" w:line="240" w:lineRule="auto"/>
              <w:jc w:val="center"/>
            </w:pPr>
            <w:r>
              <w:rPr>
                <w:rFonts w:ascii="Arial" w:hAnsi="Arial"/>
                <w:sz w:val="16"/>
              </w:rPr>
              <w:t>51</w:t>
            </w:r>
          </w:p>
        </w:tc>
        <w:tc>
          <w:tcPr>
            <w:tcW w:w="835" w:type="dxa"/>
            <w:shd w:val="clear" w:color="auto" w:fill="F7FBFF"/>
            <w:tcMar>
              <w:top w:w="30" w:type="dxa"/>
              <w:left w:w="30" w:type="dxa"/>
              <w:bottom w:w="30" w:type="dxa"/>
              <w:right w:w="30" w:type="dxa"/>
            </w:tcMar>
            <w:vAlign w:val="center"/>
          </w:tcPr>
          <w:p w14:paraId="6DFCD71A" w14:textId="77777777" w:rsidR="00B773FD" w:rsidRDefault="005C7C28">
            <w:pPr>
              <w:spacing w:after="0" w:line="240" w:lineRule="auto"/>
              <w:jc w:val="center"/>
            </w:pPr>
            <w:r>
              <w:rPr>
                <w:rFonts w:ascii="Arial" w:hAnsi="Arial"/>
                <w:sz w:val="16"/>
              </w:rPr>
              <w:t>0.0080</w:t>
            </w:r>
          </w:p>
        </w:tc>
        <w:tc>
          <w:tcPr>
            <w:tcW w:w="892" w:type="dxa"/>
            <w:shd w:val="clear" w:color="auto" w:fill="F7FBFF"/>
            <w:tcMar>
              <w:top w:w="30" w:type="dxa"/>
              <w:left w:w="30" w:type="dxa"/>
              <w:bottom w:w="30" w:type="dxa"/>
              <w:right w:w="30" w:type="dxa"/>
            </w:tcMar>
            <w:vAlign w:val="center"/>
          </w:tcPr>
          <w:p w14:paraId="17D4F064" w14:textId="77777777" w:rsidR="00B773FD" w:rsidRDefault="005C7C28">
            <w:pPr>
              <w:spacing w:after="0" w:line="240" w:lineRule="auto"/>
              <w:jc w:val="center"/>
            </w:pPr>
            <w:r>
              <w:rPr>
                <w:rFonts w:ascii="Arial" w:hAnsi="Arial"/>
                <w:sz w:val="16"/>
              </w:rPr>
              <w:t>0.0070</w:t>
            </w:r>
          </w:p>
        </w:tc>
        <w:tc>
          <w:tcPr>
            <w:tcW w:w="748" w:type="dxa"/>
            <w:shd w:val="clear" w:color="auto" w:fill="F7FBFF"/>
            <w:tcMar>
              <w:top w:w="30" w:type="dxa"/>
              <w:left w:w="30" w:type="dxa"/>
              <w:bottom w:w="30" w:type="dxa"/>
              <w:right w:w="30" w:type="dxa"/>
            </w:tcMar>
            <w:vAlign w:val="center"/>
          </w:tcPr>
          <w:p w14:paraId="5F16EE30" w14:textId="77777777" w:rsidR="00B773FD" w:rsidRDefault="005C7C28">
            <w:pPr>
              <w:spacing w:after="0" w:line="240" w:lineRule="auto"/>
              <w:jc w:val="center"/>
            </w:pPr>
            <w:r>
              <w:rPr>
                <w:rFonts w:ascii="Arial" w:hAnsi="Arial"/>
                <w:sz w:val="16"/>
              </w:rPr>
              <w:t>0.0070</w:t>
            </w:r>
          </w:p>
        </w:tc>
        <w:tc>
          <w:tcPr>
            <w:tcW w:w="720" w:type="dxa"/>
            <w:shd w:val="clear" w:color="auto" w:fill="F7FBFF"/>
            <w:tcMar>
              <w:top w:w="30" w:type="dxa"/>
              <w:left w:w="30" w:type="dxa"/>
              <w:bottom w:w="30" w:type="dxa"/>
              <w:right w:w="30" w:type="dxa"/>
            </w:tcMar>
            <w:vAlign w:val="center"/>
          </w:tcPr>
          <w:p w14:paraId="0DBC9AAE"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1786C6A0" w14:textId="77777777" w:rsidR="00B773FD" w:rsidRDefault="005C7C28">
            <w:pPr>
              <w:spacing w:after="0" w:line="240" w:lineRule="auto"/>
              <w:jc w:val="center"/>
            </w:pPr>
            <w:r>
              <w:rPr>
                <w:rFonts w:ascii="Arial" w:hAnsi="Arial"/>
                <w:sz w:val="16"/>
              </w:rPr>
              <w:t>0.0260</w:t>
            </w:r>
          </w:p>
        </w:tc>
        <w:tc>
          <w:tcPr>
            <w:tcW w:w="1512" w:type="dxa"/>
            <w:shd w:val="clear" w:color="auto" w:fill="F7FBFF"/>
            <w:tcMar>
              <w:top w:w="30" w:type="dxa"/>
              <w:left w:w="30" w:type="dxa"/>
              <w:bottom w:w="30" w:type="dxa"/>
              <w:right w:w="30" w:type="dxa"/>
            </w:tcMar>
            <w:vAlign w:val="center"/>
          </w:tcPr>
          <w:p w14:paraId="287EB18E" w14:textId="77777777" w:rsidR="00B773FD" w:rsidRDefault="005C7C28">
            <w:pPr>
              <w:spacing w:after="0" w:line="240" w:lineRule="auto"/>
              <w:jc w:val="center"/>
            </w:pPr>
            <w:r>
              <w:rPr>
                <w:rFonts w:ascii="Arial" w:hAnsi="Arial"/>
                <w:sz w:val="16"/>
              </w:rPr>
              <w:t>131.0</w:t>
            </w:r>
          </w:p>
        </w:tc>
        <w:tc>
          <w:tcPr>
            <w:tcW w:w="1123" w:type="dxa"/>
            <w:shd w:val="clear" w:color="auto" w:fill="F7FBFF"/>
            <w:tcMar>
              <w:top w:w="30" w:type="dxa"/>
              <w:left w:w="30" w:type="dxa"/>
              <w:bottom w:w="30" w:type="dxa"/>
              <w:right w:w="30" w:type="dxa"/>
            </w:tcMar>
            <w:vAlign w:val="center"/>
          </w:tcPr>
          <w:p w14:paraId="1F6E6EBA" w14:textId="77777777" w:rsidR="00B773FD" w:rsidRDefault="005C7C28">
            <w:pPr>
              <w:spacing w:after="0" w:line="240" w:lineRule="auto"/>
              <w:jc w:val="center"/>
            </w:pPr>
            <w:r>
              <w:rPr>
                <w:rFonts w:ascii="Arial" w:hAnsi="Arial"/>
                <w:sz w:val="16"/>
              </w:rPr>
              <w:t>0.0673</w:t>
            </w:r>
          </w:p>
        </w:tc>
        <w:tc>
          <w:tcPr>
            <w:tcW w:w="1036" w:type="dxa"/>
            <w:shd w:val="clear" w:color="auto" w:fill="F7FBFF"/>
            <w:tcMar>
              <w:top w:w="30" w:type="dxa"/>
              <w:left w:w="30" w:type="dxa"/>
              <w:bottom w:w="30" w:type="dxa"/>
              <w:right w:w="30" w:type="dxa"/>
            </w:tcMar>
            <w:vAlign w:val="center"/>
          </w:tcPr>
          <w:p w14:paraId="6A9A9CC0" w14:textId="77777777" w:rsidR="00B773FD" w:rsidRDefault="005C7C28">
            <w:pPr>
              <w:spacing w:after="0" w:line="240" w:lineRule="auto"/>
              <w:jc w:val="center"/>
            </w:pPr>
            <w:r>
              <w:rPr>
                <w:rFonts w:ascii="Arial" w:hAnsi="Arial"/>
                <w:sz w:val="16"/>
              </w:rPr>
              <w:t>0.7316</w:t>
            </w:r>
          </w:p>
        </w:tc>
        <w:tc>
          <w:tcPr>
            <w:tcW w:w="748" w:type="dxa"/>
            <w:shd w:val="clear" w:color="auto" w:fill="F7FBFF"/>
            <w:tcMar>
              <w:top w:w="30" w:type="dxa"/>
              <w:left w:w="30" w:type="dxa"/>
              <w:bottom w:w="30" w:type="dxa"/>
              <w:right w:w="30" w:type="dxa"/>
            </w:tcMar>
            <w:vAlign w:val="center"/>
          </w:tcPr>
          <w:p w14:paraId="487C6105" w14:textId="77777777" w:rsidR="00B773FD" w:rsidRDefault="005C7C28">
            <w:pPr>
              <w:spacing w:after="0" w:line="240" w:lineRule="auto"/>
              <w:jc w:val="center"/>
            </w:pPr>
            <w:r>
              <w:rPr>
                <w:rFonts w:ascii="Arial" w:hAnsi="Arial"/>
                <w:sz w:val="16"/>
              </w:rPr>
              <w:t>-0.0283</w:t>
            </w:r>
          </w:p>
        </w:tc>
        <w:tc>
          <w:tcPr>
            <w:tcW w:w="1324" w:type="dxa"/>
            <w:shd w:val="clear" w:color="auto" w:fill="F7FBFF"/>
            <w:tcMar>
              <w:top w:w="30" w:type="dxa"/>
              <w:left w:w="30" w:type="dxa"/>
              <w:bottom w:w="30" w:type="dxa"/>
              <w:right w:w="30" w:type="dxa"/>
            </w:tcMar>
            <w:vAlign w:val="center"/>
          </w:tcPr>
          <w:p w14:paraId="66A2CC8A" w14:textId="77777777" w:rsidR="00B773FD" w:rsidRDefault="005C7C28">
            <w:pPr>
              <w:spacing w:after="0" w:line="240" w:lineRule="auto"/>
              <w:jc w:val="center"/>
            </w:pPr>
            <w:r>
              <w:rPr>
                <w:rFonts w:ascii="Arial" w:hAnsi="Arial"/>
                <w:sz w:val="16"/>
              </w:rPr>
              <w:t>0.0000</w:t>
            </w:r>
          </w:p>
        </w:tc>
      </w:tr>
      <w:tr w:rsidR="00B773FD" w14:paraId="762E2655" w14:textId="77777777">
        <w:trPr>
          <w:jc w:val="center"/>
        </w:trPr>
        <w:tc>
          <w:tcPr>
            <w:tcW w:w="3096" w:type="dxa"/>
            <w:tcMar>
              <w:top w:w="30" w:type="dxa"/>
              <w:left w:w="30" w:type="dxa"/>
              <w:bottom w:w="30" w:type="dxa"/>
              <w:right w:w="30" w:type="dxa"/>
            </w:tcMar>
            <w:vAlign w:val="center"/>
          </w:tcPr>
          <w:p w14:paraId="6C5F478A" w14:textId="77777777" w:rsidR="00B773FD" w:rsidRDefault="005C7C28">
            <w:pPr>
              <w:spacing w:after="0" w:line="240" w:lineRule="auto"/>
            </w:pPr>
            <w:r>
              <w:rPr>
                <w:rFonts w:ascii="Arial" w:hAnsi="Arial"/>
                <w:sz w:val="16"/>
              </w:rPr>
              <w:t>Axios, Loudias, Aliakmon Delta</w:t>
            </w:r>
          </w:p>
        </w:tc>
        <w:tc>
          <w:tcPr>
            <w:tcW w:w="792" w:type="dxa"/>
            <w:tcMar>
              <w:top w:w="30" w:type="dxa"/>
              <w:left w:w="30" w:type="dxa"/>
              <w:bottom w:w="30" w:type="dxa"/>
              <w:right w:w="30" w:type="dxa"/>
            </w:tcMar>
            <w:vAlign w:val="center"/>
          </w:tcPr>
          <w:p w14:paraId="1E486183" w14:textId="77777777" w:rsidR="00B773FD" w:rsidRDefault="005C7C28">
            <w:pPr>
              <w:spacing w:after="0" w:line="240" w:lineRule="auto"/>
              <w:jc w:val="center"/>
            </w:pPr>
            <w:r>
              <w:rPr>
                <w:rFonts w:ascii="Arial" w:hAnsi="Arial"/>
                <w:sz w:val="16"/>
              </w:rPr>
              <w:t>5</w:t>
            </w:r>
          </w:p>
        </w:tc>
        <w:tc>
          <w:tcPr>
            <w:tcW w:w="1007" w:type="dxa"/>
            <w:tcMar>
              <w:top w:w="30" w:type="dxa"/>
              <w:left w:w="30" w:type="dxa"/>
              <w:bottom w:w="30" w:type="dxa"/>
              <w:right w:w="30" w:type="dxa"/>
            </w:tcMar>
            <w:vAlign w:val="center"/>
          </w:tcPr>
          <w:p w14:paraId="59D1931D" w14:textId="77777777" w:rsidR="00B773FD" w:rsidRDefault="005C7C28">
            <w:pPr>
              <w:spacing w:after="0" w:line="240" w:lineRule="auto"/>
              <w:jc w:val="center"/>
            </w:pPr>
            <w:r>
              <w:rPr>
                <w:rFonts w:ascii="Arial" w:hAnsi="Arial"/>
                <w:sz w:val="16"/>
              </w:rPr>
              <w:t>4</w:t>
            </w:r>
          </w:p>
        </w:tc>
        <w:tc>
          <w:tcPr>
            <w:tcW w:w="835" w:type="dxa"/>
            <w:tcMar>
              <w:top w:w="30" w:type="dxa"/>
              <w:left w:w="30" w:type="dxa"/>
              <w:bottom w:w="30" w:type="dxa"/>
              <w:right w:w="30" w:type="dxa"/>
            </w:tcMar>
            <w:vAlign w:val="center"/>
          </w:tcPr>
          <w:p w14:paraId="5805A609" w14:textId="77777777" w:rsidR="00B773FD" w:rsidRDefault="005C7C28">
            <w:pPr>
              <w:spacing w:after="0" w:line="240" w:lineRule="auto"/>
              <w:jc w:val="center"/>
            </w:pPr>
            <w:r>
              <w:rPr>
                <w:rFonts w:ascii="Arial" w:hAnsi="Arial"/>
                <w:sz w:val="16"/>
              </w:rPr>
              <w:t>0.0190</w:t>
            </w:r>
          </w:p>
        </w:tc>
        <w:tc>
          <w:tcPr>
            <w:tcW w:w="892" w:type="dxa"/>
            <w:tcMar>
              <w:top w:w="30" w:type="dxa"/>
              <w:left w:w="30" w:type="dxa"/>
              <w:bottom w:w="30" w:type="dxa"/>
              <w:right w:w="30" w:type="dxa"/>
            </w:tcMar>
            <w:vAlign w:val="center"/>
          </w:tcPr>
          <w:p w14:paraId="6BBF93B0" w14:textId="77777777" w:rsidR="00B773FD" w:rsidRDefault="005C7C28">
            <w:pPr>
              <w:spacing w:after="0" w:line="240" w:lineRule="auto"/>
              <w:jc w:val="center"/>
            </w:pPr>
            <w:r>
              <w:rPr>
                <w:rFonts w:ascii="Arial" w:hAnsi="Arial"/>
                <w:sz w:val="16"/>
              </w:rPr>
              <w:t>0.0140</w:t>
            </w:r>
          </w:p>
        </w:tc>
        <w:tc>
          <w:tcPr>
            <w:tcW w:w="748" w:type="dxa"/>
            <w:tcMar>
              <w:top w:w="30" w:type="dxa"/>
              <w:left w:w="30" w:type="dxa"/>
              <w:bottom w:w="30" w:type="dxa"/>
              <w:right w:w="30" w:type="dxa"/>
            </w:tcMar>
            <w:vAlign w:val="center"/>
          </w:tcPr>
          <w:p w14:paraId="2F91C0C6" w14:textId="77777777" w:rsidR="00B773FD" w:rsidRDefault="005C7C28">
            <w:pPr>
              <w:spacing w:after="0" w:line="240" w:lineRule="auto"/>
              <w:jc w:val="center"/>
            </w:pPr>
            <w:r>
              <w:rPr>
                <w:rFonts w:ascii="Arial" w:hAnsi="Arial"/>
                <w:sz w:val="16"/>
              </w:rPr>
              <w:t>0.0200</w:t>
            </w:r>
          </w:p>
        </w:tc>
        <w:tc>
          <w:tcPr>
            <w:tcW w:w="720" w:type="dxa"/>
            <w:tcMar>
              <w:top w:w="30" w:type="dxa"/>
              <w:left w:w="30" w:type="dxa"/>
              <w:bottom w:w="30" w:type="dxa"/>
              <w:right w:w="30" w:type="dxa"/>
            </w:tcMar>
            <w:vAlign w:val="center"/>
          </w:tcPr>
          <w:p w14:paraId="059D2CE5" w14:textId="77777777" w:rsidR="00B773FD" w:rsidRDefault="005C7C28">
            <w:pPr>
              <w:spacing w:after="0" w:line="240" w:lineRule="auto"/>
              <w:jc w:val="center"/>
            </w:pPr>
            <w:r>
              <w:rPr>
                <w:rFonts w:ascii="Arial" w:hAnsi="Arial"/>
                <w:sz w:val="16"/>
              </w:rPr>
              <w:t>0.0000</w:t>
            </w:r>
          </w:p>
        </w:tc>
        <w:tc>
          <w:tcPr>
            <w:tcW w:w="720" w:type="dxa"/>
            <w:tcMar>
              <w:top w:w="30" w:type="dxa"/>
              <w:left w:w="30" w:type="dxa"/>
              <w:bottom w:w="30" w:type="dxa"/>
              <w:right w:w="30" w:type="dxa"/>
            </w:tcMar>
            <w:vAlign w:val="center"/>
          </w:tcPr>
          <w:p w14:paraId="79D0132C" w14:textId="77777777" w:rsidR="00B773FD" w:rsidRDefault="005C7C28">
            <w:pPr>
              <w:spacing w:after="0" w:line="240" w:lineRule="auto"/>
              <w:jc w:val="center"/>
            </w:pPr>
            <w:r>
              <w:rPr>
                <w:rFonts w:ascii="Arial" w:hAnsi="Arial"/>
                <w:sz w:val="16"/>
              </w:rPr>
              <w:t>0.0520</w:t>
            </w:r>
          </w:p>
        </w:tc>
        <w:tc>
          <w:tcPr>
            <w:tcW w:w="1512" w:type="dxa"/>
            <w:tcMar>
              <w:top w:w="30" w:type="dxa"/>
              <w:left w:w="30" w:type="dxa"/>
              <w:bottom w:w="30" w:type="dxa"/>
              <w:right w:w="30" w:type="dxa"/>
            </w:tcMar>
            <w:vAlign w:val="center"/>
          </w:tcPr>
          <w:p w14:paraId="3E7C71DA" w14:textId="77777777" w:rsidR="00B773FD" w:rsidRDefault="005C7C28">
            <w:pPr>
              <w:spacing w:after="0" w:line="240" w:lineRule="auto"/>
              <w:jc w:val="center"/>
            </w:pPr>
            <w:r>
              <w:rPr>
                <w:rFonts w:ascii="Arial" w:hAnsi="Arial"/>
                <w:sz w:val="16"/>
              </w:rPr>
              <w:t>11.0</w:t>
            </w:r>
          </w:p>
        </w:tc>
        <w:tc>
          <w:tcPr>
            <w:tcW w:w="1123" w:type="dxa"/>
            <w:tcMar>
              <w:top w:w="30" w:type="dxa"/>
              <w:left w:w="30" w:type="dxa"/>
              <w:bottom w:w="30" w:type="dxa"/>
              <w:right w:w="30" w:type="dxa"/>
            </w:tcMar>
            <w:vAlign w:val="center"/>
          </w:tcPr>
          <w:p w14:paraId="47287D34" w14:textId="77777777" w:rsidR="00B773FD" w:rsidRDefault="005C7C28">
            <w:pPr>
              <w:spacing w:after="0" w:line="240" w:lineRule="auto"/>
              <w:jc w:val="center"/>
            </w:pPr>
            <w:r>
              <w:rPr>
                <w:rFonts w:ascii="Arial" w:hAnsi="Arial"/>
                <w:sz w:val="16"/>
              </w:rPr>
              <w:t>0.5637</w:t>
            </w:r>
          </w:p>
        </w:tc>
        <w:tc>
          <w:tcPr>
            <w:tcW w:w="1036" w:type="dxa"/>
            <w:tcMar>
              <w:top w:w="30" w:type="dxa"/>
              <w:left w:w="30" w:type="dxa"/>
              <w:bottom w:w="30" w:type="dxa"/>
              <w:right w:w="30" w:type="dxa"/>
            </w:tcMar>
            <w:vAlign w:val="center"/>
          </w:tcPr>
          <w:p w14:paraId="775818E4" w14:textId="77777777" w:rsidR="00B773FD" w:rsidRDefault="005C7C28">
            <w:pPr>
              <w:spacing w:after="0" w:line="240" w:lineRule="auto"/>
              <w:jc w:val="center"/>
            </w:pPr>
            <w:r>
              <w:rPr>
                <w:rFonts w:ascii="Arial" w:hAnsi="Arial"/>
                <w:sz w:val="16"/>
              </w:rPr>
              <w:t>0.8167</w:t>
            </w:r>
          </w:p>
        </w:tc>
        <w:tc>
          <w:tcPr>
            <w:tcW w:w="748" w:type="dxa"/>
            <w:tcMar>
              <w:top w:w="30" w:type="dxa"/>
              <w:left w:w="30" w:type="dxa"/>
              <w:bottom w:w="30" w:type="dxa"/>
              <w:right w:w="30" w:type="dxa"/>
            </w:tcMar>
            <w:vAlign w:val="center"/>
          </w:tcPr>
          <w:p w14:paraId="09BFDD57" w14:textId="77777777" w:rsidR="00B773FD" w:rsidRDefault="005C7C28">
            <w:pPr>
              <w:spacing w:after="0" w:line="240" w:lineRule="auto"/>
              <w:jc w:val="center"/>
            </w:pPr>
            <w:r>
              <w:rPr>
                <w:rFonts w:ascii="Arial" w:hAnsi="Arial"/>
                <w:sz w:val="16"/>
              </w:rPr>
              <w:t>0.2000</w:t>
            </w:r>
          </w:p>
        </w:tc>
        <w:tc>
          <w:tcPr>
            <w:tcW w:w="1324" w:type="dxa"/>
            <w:tcMar>
              <w:top w:w="30" w:type="dxa"/>
              <w:left w:w="30" w:type="dxa"/>
              <w:bottom w:w="30" w:type="dxa"/>
              <w:right w:w="30" w:type="dxa"/>
            </w:tcMar>
            <w:vAlign w:val="center"/>
          </w:tcPr>
          <w:p w14:paraId="209B057C" w14:textId="77777777" w:rsidR="00B773FD" w:rsidRDefault="005C7C28">
            <w:pPr>
              <w:spacing w:after="0" w:line="240" w:lineRule="auto"/>
              <w:jc w:val="center"/>
            </w:pPr>
            <w:r>
              <w:rPr>
                <w:rFonts w:ascii="Arial" w:hAnsi="Arial"/>
                <w:sz w:val="16"/>
              </w:rPr>
              <w:t>0.1043</w:t>
            </w:r>
          </w:p>
        </w:tc>
      </w:tr>
      <w:tr w:rsidR="00B773FD" w14:paraId="2C9F1896" w14:textId="77777777">
        <w:trPr>
          <w:jc w:val="center"/>
        </w:trPr>
        <w:tc>
          <w:tcPr>
            <w:tcW w:w="3096" w:type="dxa"/>
            <w:shd w:val="clear" w:color="auto" w:fill="F7FBFF"/>
            <w:tcMar>
              <w:top w:w="30" w:type="dxa"/>
              <w:left w:w="30" w:type="dxa"/>
              <w:bottom w:w="30" w:type="dxa"/>
              <w:right w:w="30" w:type="dxa"/>
            </w:tcMar>
            <w:vAlign w:val="center"/>
          </w:tcPr>
          <w:p w14:paraId="6381853C" w14:textId="77777777" w:rsidR="00B773FD" w:rsidRDefault="005C7C28">
            <w:pPr>
              <w:spacing w:after="0" w:line="240" w:lineRule="auto"/>
            </w:pPr>
            <w:r>
              <w:rPr>
                <w:rFonts w:ascii="Arial" w:hAnsi="Arial"/>
                <w:sz w:val="16"/>
              </w:rPr>
              <w:t>Kotychi lagoons</w:t>
            </w:r>
          </w:p>
        </w:tc>
        <w:tc>
          <w:tcPr>
            <w:tcW w:w="792" w:type="dxa"/>
            <w:shd w:val="clear" w:color="auto" w:fill="F7FBFF"/>
            <w:tcMar>
              <w:top w:w="30" w:type="dxa"/>
              <w:left w:w="30" w:type="dxa"/>
              <w:bottom w:w="30" w:type="dxa"/>
              <w:right w:w="30" w:type="dxa"/>
            </w:tcMar>
            <w:vAlign w:val="center"/>
          </w:tcPr>
          <w:p w14:paraId="7AE14076" w14:textId="77777777" w:rsidR="00B773FD" w:rsidRDefault="005C7C28">
            <w:pPr>
              <w:spacing w:after="0" w:line="240" w:lineRule="auto"/>
              <w:jc w:val="center"/>
            </w:pPr>
            <w:r>
              <w:rPr>
                <w:rFonts w:ascii="Arial" w:hAnsi="Arial"/>
                <w:sz w:val="16"/>
              </w:rPr>
              <w:t>124</w:t>
            </w:r>
          </w:p>
        </w:tc>
        <w:tc>
          <w:tcPr>
            <w:tcW w:w="1007" w:type="dxa"/>
            <w:shd w:val="clear" w:color="auto" w:fill="F7FBFF"/>
            <w:tcMar>
              <w:top w:w="30" w:type="dxa"/>
              <w:left w:w="30" w:type="dxa"/>
              <w:bottom w:w="30" w:type="dxa"/>
              <w:right w:w="30" w:type="dxa"/>
            </w:tcMar>
            <w:vAlign w:val="center"/>
          </w:tcPr>
          <w:p w14:paraId="2E72DDC3" w14:textId="77777777" w:rsidR="00B773FD" w:rsidRDefault="005C7C28">
            <w:pPr>
              <w:spacing w:after="0" w:line="240" w:lineRule="auto"/>
              <w:jc w:val="center"/>
            </w:pPr>
            <w:r>
              <w:rPr>
                <w:rFonts w:ascii="Arial" w:hAnsi="Arial"/>
                <w:sz w:val="16"/>
              </w:rPr>
              <w:t>45</w:t>
            </w:r>
          </w:p>
        </w:tc>
        <w:tc>
          <w:tcPr>
            <w:tcW w:w="835" w:type="dxa"/>
            <w:shd w:val="clear" w:color="auto" w:fill="F7FBFF"/>
            <w:tcMar>
              <w:top w:w="30" w:type="dxa"/>
              <w:left w:w="30" w:type="dxa"/>
              <w:bottom w:w="30" w:type="dxa"/>
              <w:right w:w="30" w:type="dxa"/>
            </w:tcMar>
            <w:vAlign w:val="center"/>
          </w:tcPr>
          <w:p w14:paraId="07B25517" w14:textId="77777777" w:rsidR="00B773FD" w:rsidRDefault="005C7C28">
            <w:pPr>
              <w:spacing w:after="0" w:line="240" w:lineRule="auto"/>
              <w:jc w:val="center"/>
            </w:pPr>
            <w:r>
              <w:rPr>
                <w:rFonts w:ascii="Arial" w:hAnsi="Arial"/>
                <w:sz w:val="16"/>
              </w:rPr>
              <w:t>0.0100</w:t>
            </w:r>
          </w:p>
        </w:tc>
        <w:tc>
          <w:tcPr>
            <w:tcW w:w="892" w:type="dxa"/>
            <w:shd w:val="clear" w:color="auto" w:fill="F7FBFF"/>
            <w:tcMar>
              <w:top w:w="30" w:type="dxa"/>
              <w:left w:w="30" w:type="dxa"/>
              <w:bottom w:w="30" w:type="dxa"/>
              <w:right w:w="30" w:type="dxa"/>
            </w:tcMar>
            <w:vAlign w:val="center"/>
          </w:tcPr>
          <w:p w14:paraId="5F76FF43" w14:textId="77777777" w:rsidR="00B773FD" w:rsidRDefault="005C7C28">
            <w:pPr>
              <w:spacing w:after="0" w:line="240" w:lineRule="auto"/>
              <w:jc w:val="center"/>
            </w:pPr>
            <w:r>
              <w:rPr>
                <w:rFonts w:ascii="Arial" w:hAnsi="Arial"/>
                <w:sz w:val="16"/>
              </w:rPr>
              <w:t>0.0000</w:t>
            </w:r>
          </w:p>
        </w:tc>
        <w:tc>
          <w:tcPr>
            <w:tcW w:w="748" w:type="dxa"/>
            <w:shd w:val="clear" w:color="auto" w:fill="F7FBFF"/>
            <w:tcMar>
              <w:top w:w="30" w:type="dxa"/>
              <w:left w:w="30" w:type="dxa"/>
              <w:bottom w:w="30" w:type="dxa"/>
              <w:right w:w="30" w:type="dxa"/>
            </w:tcMar>
            <w:vAlign w:val="center"/>
          </w:tcPr>
          <w:p w14:paraId="732B981C" w14:textId="77777777" w:rsidR="00B773FD" w:rsidRDefault="005C7C28">
            <w:pPr>
              <w:spacing w:after="0" w:line="240" w:lineRule="auto"/>
              <w:jc w:val="center"/>
            </w:pPr>
            <w:r>
              <w:rPr>
                <w:rFonts w:ascii="Arial" w:hAnsi="Arial"/>
                <w:sz w:val="16"/>
              </w:rPr>
              <w:t>0.0150</w:t>
            </w:r>
          </w:p>
        </w:tc>
        <w:tc>
          <w:tcPr>
            <w:tcW w:w="720" w:type="dxa"/>
            <w:shd w:val="clear" w:color="auto" w:fill="F7FBFF"/>
            <w:tcMar>
              <w:top w:w="30" w:type="dxa"/>
              <w:left w:w="30" w:type="dxa"/>
              <w:bottom w:w="30" w:type="dxa"/>
              <w:right w:w="30" w:type="dxa"/>
            </w:tcMar>
            <w:vAlign w:val="center"/>
          </w:tcPr>
          <w:p w14:paraId="6A776427"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014A2149" w14:textId="77777777" w:rsidR="00B773FD" w:rsidRDefault="005C7C28">
            <w:pPr>
              <w:spacing w:after="0" w:line="240" w:lineRule="auto"/>
              <w:jc w:val="center"/>
            </w:pPr>
            <w:r>
              <w:rPr>
                <w:rFonts w:ascii="Arial" w:hAnsi="Arial"/>
                <w:sz w:val="16"/>
              </w:rPr>
              <w:t>0.0620</w:t>
            </w:r>
          </w:p>
        </w:tc>
        <w:tc>
          <w:tcPr>
            <w:tcW w:w="1512" w:type="dxa"/>
            <w:shd w:val="clear" w:color="auto" w:fill="F7FBFF"/>
            <w:tcMar>
              <w:top w:w="30" w:type="dxa"/>
              <w:left w:w="30" w:type="dxa"/>
              <w:bottom w:w="30" w:type="dxa"/>
              <w:right w:w="30" w:type="dxa"/>
            </w:tcMar>
            <w:vAlign w:val="center"/>
          </w:tcPr>
          <w:p w14:paraId="13EB9D54" w14:textId="77777777" w:rsidR="00B773FD" w:rsidRDefault="005C7C28">
            <w:pPr>
              <w:spacing w:after="0" w:line="240" w:lineRule="auto"/>
              <w:jc w:val="center"/>
            </w:pPr>
            <w:r>
              <w:rPr>
                <w:rFonts w:ascii="Arial" w:hAnsi="Arial"/>
                <w:sz w:val="16"/>
              </w:rPr>
              <w:t>76.3</w:t>
            </w:r>
          </w:p>
        </w:tc>
        <w:tc>
          <w:tcPr>
            <w:tcW w:w="1123" w:type="dxa"/>
            <w:shd w:val="clear" w:color="auto" w:fill="F7FBFF"/>
            <w:tcMar>
              <w:top w:w="30" w:type="dxa"/>
              <w:left w:w="30" w:type="dxa"/>
              <w:bottom w:w="30" w:type="dxa"/>
              <w:right w:w="30" w:type="dxa"/>
            </w:tcMar>
            <w:vAlign w:val="center"/>
          </w:tcPr>
          <w:p w14:paraId="50FF4EA5" w14:textId="77777777" w:rsidR="00B773FD" w:rsidRDefault="005C7C28">
            <w:pPr>
              <w:spacing w:after="0" w:line="240" w:lineRule="auto"/>
              <w:jc w:val="center"/>
            </w:pPr>
            <w:r>
              <w:rPr>
                <w:rFonts w:ascii="Arial" w:hAnsi="Arial"/>
                <w:sz w:val="16"/>
              </w:rPr>
              <w:t>&lt;0.0001</w:t>
            </w:r>
          </w:p>
        </w:tc>
        <w:tc>
          <w:tcPr>
            <w:tcW w:w="1036" w:type="dxa"/>
            <w:shd w:val="clear" w:color="auto" w:fill="F7FBFF"/>
            <w:tcMar>
              <w:top w:w="30" w:type="dxa"/>
              <w:left w:w="30" w:type="dxa"/>
              <w:bottom w:w="30" w:type="dxa"/>
              <w:right w:w="30" w:type="dxa"/>
            </w:tcMar>
            <w:vAlign w:val="center"/>
          </w:tcPr>
          <w:p w14:paraId="6D78FEF2" w14:textId="77777777" w:rsidR="00B773FD" w:rsidRDefault="005C7C28">
            <w:pPr>
              <w:spacing w:after="0" w:line="240" w:lineRule="auto"/>
              <w:jc w:val="center"/>
            </w:pPr>
            <w:r>
              <w:rPr>
                <w:rFonts w:ascii="Arial" w:hAnsi="Arial"/>
                <w:sz w:val="16"/>
              </w:rPr>
              <w:t>0.2595</w:t>
            </w:r>
          </w:p>
        </w:tc>
        <w:tc>
          <w:tcPr>
            <w:tcW w:w="748" w:type="dxa"/>
            <w:shd w:val="clear" w:color="auto" w:fill="F7FBFF"/>
            <w:tcMar>
              <w:top w:w="30" w:type="dxa"/>
              <w:left w:w="30" w:type="dxa"/>
              <w:bottom w:w="30" w:type="dxa"/>
              <w:right w:w="30" w:type="dxa"/>
            </w:tcMar>
            <w:vAlign w:val="center"/>
          </w:tcPr>
          <w:p w14:paraId="55D97AC1" w14:textId="77777777" w:rsidR="00B773FD" w:rsidRDefault="005C7C28">
            <w:pPr>
              <w:spacing w:after="0" w:line="240" w:lineRule="auto"/>
              <w:jc w:val="center"/>
            </w:pPr>
            <w:r>
              <w:rPr>
                <w:rFonts w:ascii="Arial" w:hAnsi="Arial"/>
                <w:sz w:val="16"/>
              </w:rPr>
              <w:t>-0.0763</w:t>
            </w:r>
          </w:p>
        </w:tc>
        <w:tc>
          <w:tcPr>
            <w:tcW w:w="1324" w:type="dxa"/>
            <w:shd w:val="clear" w:color="auto" w:fill="F7FBFF"/>
            <w:tcMar>
              <w:top w:w="30" w:type="dxa"/>
              <w:left w:w="30" w:type="dxa"/>
              <w:bottom w:w="30" w:type="dxa"/>
              <w:right w:w="30" w:type="dxa"/>
            </w:tcMar>
            <w:vAlign w:val="center"/>
          </w:tcPr>
          <w:p w14:paraId="13472D3C" w14:textId="77777777" w:rsidR="00B773FD" w:rsidRDefault="005C7C28">
            <w:pPr>
              <w:spacing w:after="0" w:line="240" w:lineRule="auto"/>
              <w:jc w:val="center"/>
            </w:pPr>
            <w:r>
              <w:rPr>
                <w:rFonts w:ascii="Arial" w:hAnsi="Arial"/>
                <w:sz w:val="16"/>
              </w:rPr>
              <w:t>0.0000</w:t>
            </w:r>
          </w:p>
        </w:tc>
      </w:tr>
      <w:tr w:rsidR="00B773FD" w14:paraId="29CE35C4" w14:textId="77777777">
        <w:trPr>
          <w:jc w:val="center"/>
        </w:trPr>
        <w:tc>
          <w:tcPr>
            <w:tcW w:w="3096" w:type="dxa"/>
            <w:tcMar>
              <w:top w:w="30" w:type="dxa"/>
              <w:left w:w="30" w:type="dxa"/>
              <w:bottom w:w="30" w:type="dxa"/>
              <w:right w:w="30" w:type="dxa"/>
            </w:tcMar>
            <w:vAlign w:val="center"/>
          </w:tcPr>
          <w:p w14:paraId="6E7EF866" w14:textId="77777777" w:rsidR="00B773FD" w:rsidRDefault="005C7C28">
            <w:pPr>
              <w:spacing w:after="0" w:line="240" w:lineRule="auto"/>
            </w:pPr>
            <w:r>
              <w:rPr>
                <w:rFonts w:ascii="Arial" w:hAnsi="Arial"/>
                <w:sz w:val="16"/>
              </w:rPr>
              <w:t>Keoladeo National Park</w:t>
            </w:r>
          </w:p>
        </w:tc>
        <w:tc>
          <w:tcPr>
            <w:tcW w:w="792" w:type="dxa"/>
            <w:tcMar>
              <w:top w:w="30" w:type="dxa"/>
              <w:left w:w="30" w:type="dxa"/>
              <w:bottom w:w="30" w:type="dxa"/>
              <w:right w:w="30" w:type="dxa"/>
            </w:tcMar>
            <w:vAlign w:val="center"/>
          </w:tcPr>
          <w:p w14:paraId="180C4CF4" w14:textId="77777777" w:rsidR="00B773FD" w:rsidRDefault="005C7C28">
            <w:pPr>
              <w:spacing w:after="0" w:line="240" w:lineRule="auto"/>
              <w:jc w:val="center"/>
            </w:pPr>
            <w:r>
              <w:rPr>
                <w:rFonts w:ascii="Arial" w:hAnsi="Arial"/>
                <w:sz w:val="16"/>
              </w:rPr>
              <w:t>2</w:t>
            </w:r>
          </w:p>
        </w:tc>
        <w:tc>
          <w:tcPr>
            <w:tcW w:w="1007" w:type="dxa"/>
            <w:tcMar>
              <w:top w:w="30" w:type="dxa"/>
              <w:left w:w="30" w:type="dxa"/>
              <w:bottom w:w="30" w:type="dxa"/>
              <w:right w:w="30" w:type="dxa"/>
            </w:tcMar>
            <w:vAlign w:val="center"/>
          </w:tcPr>
          <w:p w14:paraId="2AF0F5B3" w14:textId="77777777" w:rsidR="00B773FD" w:rsidRDefault="005C7C28">
            <w:pPr>
              <w:spacing w:after="0" w:line="240" w:lineRule="auto"/>
              <w:jc w:val="center"/>
            </w:pPr>
            <w:r>
              <w:rPr>
                <w:rFonts w:ascii="Arial" w:hAnsi="Arial"/>
                <w:sz w:val="16"/>
              </w:rPr>
              <w:t>2</w:t>
            </w:r>
          </w:p>
        </w:tc>
        <w:tc>
          <w:tcPr>
            <w:tcW w:w="835" w:type="dxa"/>
            <w:tcMar>
              <w:top w:w="30" w:type="dxa"/>
              <w:left w:w="30" w:type="dxa"/>
              <w:bottom w:w="30" w:type="dxa"/>
              <w:right w:w="30" w:type="dxa"/>
            </w:tcMar>
            <w:vAlign w:val="center"/>
          </w:tcPr>
          <w:p w14:paraId="790E8B52" w14:textId="77777777" w:rsidR="00B773FD" w:rsidRDefault="005C7C28">
            <w:pPr>
              <w:spacing w:after="0" w:line="240" w:lineRule="auto"/>
              <w:jc w:val="center"/>
            </w:pPr>
            <w:r>
              <w:rPr>
                <w:rFonts w:ascii="Arial" w:hAnsi="Arial"/>
                <w:sz w:val="16"/>
              </w:rPr>
              <w:t>0.0470</w:t>
            </w:r>
          </w:p>
        </w:tc>
        <w:tc>
          <w:tcPr>
            <w:tcW w:w="892" w:type="dxa"/>
            <w:tcMar>
              <w:top w:w="30" w:type="dxa"/>
              <w:left w:w="30" w:type="dxa"/>
              <w:bottom w:w="30" w:type="dxa"/>
              <w:right w:w="30" w:type="dxa"/>
            </w:tcMar>
            <w:vAlign w:val="center"/>
          </w:tcPr>
          <w:p w14:paraId="3E03CAF1" w14:textId="77777777" w:rsidR="00B773FD" w:rsidRDefault="005C7C28">
            <w:pPr>
              <w:spacing w:after="0" w:line="240" w:lineRule="auto"/>
              <w:jc w:val="center"/>
            </w:pPr>
            <w:r>
              <w:rPr>
                <w:rFonts w:ascii="Arial" w:hAnsi="Arial"/>
                <w:sz w:val="16"/>
              </w:rPr>
              <w:t>0.0470</w:t>
            </w:r>
          </w:p>
        </w:tc>
        <w:tc>
          <w:tcPr>
            <w:tcW w:w="748" w:type="dxa"/>
            <w:tcMar>
              <w:top w:w="30" w:type="dxa"/>
              <w:left w:w="30" w:type="dxa"/>
              <w:bottom w:w="30" w:type="dxa"/>
              <w:right w:w="30" w:type="dxa"/>
            </w:tcMar>
            <w:vAlign w:val="center"/>
          </w:tcPr>
          <w:p w14:paraId="328D46A9" w14:textId="77777777" w:rsidR="00B773FD" w:rsidRDefault="005C7C28">
            <w:pPr>
              <w:spacing w:after="0" w:line="240" w:lineRule="auto"/>
              <w:jc w:val="center"/>
            </w:pPr>
            <w:r>
              <w:rPr>
                <w:rFonts w:ascii="Arial" w:hAnsi="Arial"/>
                <w:sz w:val="16"/>
              </w:rPr>
              <w:t>0.0460</w:t>
            </w:r>
          </w:p>
        </w:tc>
        <w:tc>
          <w:tcPr>
            <w:tcW w:w="720" w:type="dxa"/>
            <w:tcMar>
              <w:top w:w="30" w:type="dxa"/>
              <w:left w:w="30" w:type="dxa"/>
              <w:bottom w:w="30" w:type="dxa"/>
              <w:right w:w="30" w:type="dxa"/>
            </w:tcMar>
            <w:vAlign w:val="center"/>
          </w:tcPr>
          <w:p w14:paraId="70DC8354" w14:textId="77777777" w:rsidR="00B773FD" w:rsidRDefault="005C7C28">
            <w:pPr>
              <w:spacing w:after="0" w:line="240" w:lineRule="auto"/>
              <w:jc w:val="center"/>
            </w:pPr>
            <w:r>
              <w:rPr>
                <w:rFonts w:ascii="Arial" w:hAnsi="Arial"/>
                <w:sz w:val="16"/>
              </w:rPr>
              <w:t>0.0140</w:t>
            </w:r>
          </w:p>
        </w:tc>
        <w:tc>
          <w:tcPr>
            <w:tcW w:w="720" w:type="dxa"/>
            <w:tcMar>
              <w:top w:w="30" w:type="dxa"/>
              <w:left w:w="30" w:type="dxa"/>
              <w:bottom w:w="30" w:type="dxa"/>
              <w:right w:w="30" w:type="dxa"/>
            </w:tcMar>
            <w:vAlign w:val="center"/>
          </w:tcPr>
          <w:p w14:paraId="56A727B9" w14:textId="77777777" w:rsidR="00B773FD" w:rsidRDefault="005C7C28">
            <w:pPr>
              <w:spacing w:after="0" w:line="240" w:lineRule="auto"/>
              <w:jc w:val="center"/>
            </w:pPr>
            <w:r>
              <w:rPr>
                <w:rFonts w:ascii="Arial" w:hAnsi="Arial"/>
                <w:sz w:val="16"/>
              </w:rPr>
              <w:t>0.0800</w:t>
            </w:r>
          </w:p>
        </w:tc>
        <w:tc>
          <w:tcPr>
            <w:tcW w:w="1512" w:type="dxa"/>
            <w:tcMar>
              <w:top w:w="30" w:type="dxa"/>
              <w:left w:w="30" w:type="dxa"/>
              <w:bottom w:w="30" w:type="dxa"/>
              <w:right w:w="30" w:type="dxa"/>
            </w:tcMar>
            <w:vAlign w:val="center"/>
          </w:tcPr>
          <w:p w14:paraId="65ABC7EF" w14:textId="77777777" w:rsidR="00B773FD" w:rsidRDefault="005C7C28">
            <w:pPr>
              <w:spacing w:after="0" w:line="240" w:lineRule="auto"/>
              <w:jc w:val="center"/>
            </w:pPr>
            <w:r>
              <w:rPr>
                <w:rFonts w:ascii="Arial" w:hAnsi="Arial"/>
                <w:sz w:val="16"/>
              </w:rPr>
              <w:t>2.7</w:t>
            </w:r>
          </w:p>
        </w:tc>
        <w:tc>
          <w:tcPr>
            <w:tcW w:w="1123" w:type="dxa"/>
            <w:tcMar>
              <w:top w:w="30" w:type="dxa"/>
              <w:left w:w="30" w:type="dxa"/>
              <w:bottom w:w="30" w:type="dxa"/>
              <w:right w:w="30" w:type="dxa"/>
            </w:tcMar>
            <w:vAlign w:val="center"/>
          </w:tcPr>
          <w:p w14:paraId="0A2212F7" w14:textId="77777777" w:rsidR="00B773FD" w:rsidRDefault="005C7C28">
            <w:pPr>
              <w:spacing w:after="0" w:line="240" w:lineRule="auto"/>
              <w:jc w:val="center"/>
            </w:pPr>
            <w:r>
              <w:rPr>
                <w:rFonts w:ascii="Arial" w:hAnsi="Arial"/>
                <w:sz w:val="16"/>
              </w:rPr>
              <w:t>-</w:t>
            </w:r>
          </w:p>
        </w:tc>
        <w:tc>
          <w:tcPr>
            <w:tcW w:w="1036" w:type="dxa"/>
            <w:tcMar>
              <w:top w:w="30" w:type="dxa"/>
              <w:left w:w="30" w:type="dxa"/>
              <w:bottom w:w="30" w:type="dxa"/>
              <w:right w:w="30" w:type="dxa"/>
            </w:tcMar>
            <w:vAlign w:val="center"/>
          </w:tcPr>
          <w:p w14:paraId="583E39DD" w14:textId="77777777" w:rsidR="00B773FD" w:rsidRDefault="005C7C28">
            <w:pPr>
              <w:spacing w:after="0" w:line="240" w:lineRule="auto"/>
              <w:jc w:val="center"/>
            </w:pPr>
            <w:r>
              <w:rPr>
                <w:rFonts w:ascii="Arial" w:hAnsi="Arial"/>
                <w:sz w:val="16"/>
              </w:rPr>
              <w:t>-</w:t>
            </w:r>
          </w:p>
        </w:tc>
        <w:tc>
          <w:tcPr>
            <w:tcW w:w="748" w:type="dxa"/>
            <w:tcMar>
              <w:top w:w="30" w:type="dxa"/>
              <w:left w:w="30" w:type="dxa"/>
              <w:bottom w:w="30" w:type="dxa"/>
              <w:right w:w="30" w:type="dxa"/>
            </w:tcMar>
            <w:vAlign w:val="center"/>
          </w:tcPr>
          <w:p w14:paraId="663EAC99" w14:textId="77777777" w:rsidR="00B773FD" w:rsidRDefault="005C7C28">
            <w:pPr>
              <w:spacing w:after="0" w:line="240" w:lineRule="auto"/>
              <w:jc w:val="center"/>
            </w:pPr>
            <w:r>
              <w:rPr>
                <w:rFonts w:ascii="Arial" w:hAnsi="Arial"/>
                <w:sz w:val="16"/>
              </w:rPr>
              <w:t>-</w:t>
            </w:r>
          </w:p>
        </w:tc>
        <w:tc>
          <w:tcPr>
            <w:tcW w:w="1324" w:type="dxa"/>
            <w:tcMar>
              <w:top w:w="30" w:type="dxa"/>
              <w:left w:w="30" w:type="dxa"/>
              <w:bottom w:w="30" w:type="dxa"/>
              <w:right w:w="30" w:type="dxa"/>
            </w:tcMar>
            <w:vAlign w:val="center"/>
          </w:tcPr>
          <w:p w14:paraId="0D705735" w14:textId="77777777" w:rsidR="00B773FD" w:rsidRDefault="005C7C28">
            <w:pPr>
              <w:spacing w:after="0" w:line="240" w:lineRule="auto"/>
              <w:jc w:val="center"/>
            </w:pPr>
            <w:r>
              <w:rPr>
                <w:rFonts w:ascii="Arial" w:hAnsi="Arial"/>
                <w:sz w:val="16"/>
              </w:rPr>
              <w:t>-</w:t>
            </w:r>
          </w:p>
        </w:tc>
      </w:tr>
      <w:tr w:rsidR="00B773FD" w14:paraId="4F5DE848" w14:textId="77777777">
        <w:trPr>
          <w:jc w:val="center"/>
        </w:trPr>
        <w:tc>
          <w:tcPr>
            <w:tcW w:w="3096" w:type="dxa"/>
            <w:shd w:val="clear" w:color="auto" w:fill="F7FBFF"/>
            <w:tcMar>
              <w:top w:w="30" w:type="dxa"/>
              <w:left w:w="30" w:type="dxa"/>
              <w:bottom w:w="30" w:type="dxa"/>
              <w:right w:w="30" w:type="dxa"/>
            </w:tcMar>
            <w:vAlign w:val="center"/>
          </w:tcPr>
          <w:p w14:paraId="66F16BCE" w14:textId="77777777" w:rsidR="00B773FD" w:rsidRDefault="005C7C28">
            <w:pPr>
              <w:spacing w:after="0" w:line="240" w:lineRule="auto"/>
            </w:pPr>
            <w:r>
              <w:rPr>
                <w:rFonts w:ascii="Arial" w:hAnsi="Arial"/>
                <w:sz w:val="16"/>
              </w:rPr>
              <w:t>Loktak Lake</w:t>
            </w:r>
          </w:p>
        </w:tc>
        <w:tc>
          <w:tcPr>
            <w:tcW w:w="792" w:type="dxa"/>
            <w:shd w:val="clear" w:color="auto" w:fill="F7FBFF"/>
            <w:tcMar>
              <w:top w:w="30" w:type="dxa"/>
              <w:left w:w="30" w:type="dxa"/>
              <w:bottom w:w="30" w:type="dxa"/>
              <w:right w:w="30" w:type="dxa"/>
            </w:tcMar>
            <w:vAlign w:val="center"/>
          </w:tcPr>
          <w:p w14:paraId="56C1A23D" w14:textId="77777777" w:rsidR="00B773FD" w:rsidRDefault="005C7C28">
            <w:pPr>
              <w:spacing w:after="0" w:line="240" w:lineRule="auto"/>
              <w:jc w:val="center"/>
            </w:pPr>
            <w:r>
              <w:rPr>
                <w:rFonts w:ascii="Arial" w:hAnsi="Arial"/>
                <w:sz w:val="16"/>
              </w:rPr>
              <w:t>7</w:t>
            </w:r>
          </w:p>
        </w:tc>
        <w:tc>
          <w:tcPr>
            <w:tcW w:w="1007" w:type="dxa"/>
            <w:shd w:val="clear" w:color="auto" w:fill="F7FBFF"/>
            <w:tcMar>
              <w:top w:w="30" w:type="dxa"/>
              <w:left w:w="30" w:type="dxa"/>
              <w:bottom w:w="30" w:type="dxa"/>
              <w:right w:w="30" w:type="dxa"/>
            </w:tcMar>
            <w:vAlign w:val="center"/>
          </w:tcPr>
          <w:p w14:paraId="5D79E748" w14:textId="77777777" w:rsidR="00B773FD" w:rsidRDefault="005C7C28">
            <w:pPr>
              <w:spacing w:after="0" w:line="240" w:lineRule="auto"/>
              <w:jc w:val="center"/>
            </w:pPr>
            <w:r>
              <w:rPr>
                <w:rFonts w:ascii="Arial" w:hAnsi="Arial"/>
                <w:sz w:val="16"/>
              </w:rPr>
              <w:t>6</w:t>
            </w:r>
          </w:p>
        </w:tc>
        <w:tc>
          <w:tcPr>
            <w:tcW w:w="835" w:type="dxa"/>
            <w:shd w:val="clear" w:color="auto" w:fill="F7FBFF"/>
            <w:tcMar>
              <w:top w:w="30" w:type="dxa"/>
              <w:left w:w="30" w:type="dxa"/>
              <w:bottom w:w="30" w:type="dxa"/>
              <w:right w:w="30" w:type="dxa"/>
            </w:tcMar>
            <w:vAlign w:val="center"/>
          </w:tcPr>
          <w:p w14:paraId="28AAAF4B" w14:textId="77777777" w:rsidR="00B773FD" w:rsidRDefault="005C7C28">
            <w:pPr>
              <w:spacing w:after="0" w:line="240" w:lineRule="auto"/>
              <w:jc w:val="center"/>
            </w:pPr>
            <w:r>
              <w:rPr>
                <w:rFonts w:ascii="Arial" w:hAnsi="Arial"/>
                <w:sz w:val="16"/>
              </w:rPr>
              <w:t>0.0030</w:t>
            </w:r>
          </w:p>
        </w:tc>
        <w:tc>
          <w:tcPr>
            <w:tcW w:w="892" w:type="dxa"/>
            <w:shd w:val="clear" w:color="auto" w:fill="F7FBFF"/>
            <w:tcMar>
              <w:top w:w="30" w:type="dxa"/>
              <w:left w:w="30" w:type="dxa"/>
              <w:bottom w:w="30" w:type="dxa"/>
              <w:right w:w="30" w:type="dxa"/>
            </w:tcMar>
            <w:vAlign w:val="center"/>
          </w:tcPr>
          <w:p w14:paraId="37138692" w14:textId="77777777" w:rsidR="00B773FD" w:rsidRDefault="005C7C28">
            <w:pPr>
              <w:spacing w:after="0" w:line="240" w:lineRule="auto"/>
              <w:jc w:val="center"/>
            </w:pPr>
            <w:r>
              <w:rPr>
                <w:rFonts w:ascii="Arial" w:hAnsi="Arial"/>
                <w:sz w:val="16"/>
              </w:rPr>
              <w:t>0.0030</w:t>
            </w:r>
          </w:p>
        </w:tc>
        <w:tc>
          <w:tcPr>
            <w:tcW w:w="748" w:type="dxa"/>
            <w:shd w:val="clear" w:color="auto" w:fill="F7FBFF"/>
            <w:tcMar>
              <w:top w:w="30" w:type="dxa"/>
              <w:left w:w="30" w:type="dxa"/>
              <w:bottom w:w="30" w:type="dxa"/>
              <w:right w:w="30" w:type="dxa"/>
            </w:tcMar>
            <w:vAlign w:val="center"/>
          </w:tcPr>
          <w:p w14:paraId="031E5CF8" w14:textId="77777777" w:rsidR="00B773FD" w:rsidRDefault="005C7C28">
            <w:pPr>
              <w:spacing w:after="0" w:line="240" w:lineRule="auto"/>
              <w:jc w:val="center"/>
            </w:pPr>
            <w:r>
              <w:rPr>
                <w:rFonts w:ascii="Arial" w:hAnsi="Arial"/>
                <w:sz w:val="16"/>
              </w:rPr>
              <w:t>0.0030</w:t>
            </w:r>
          </w:p>
        </w:tc>
        <w:tc>
          <w:tcPr>
            <w:tcW w:w="720" w:type="dxa"/>
            <w:shd w:val="clear" w:color="auto" w:fill="F7FBFF"/>
            <w:tcMar>
              <w:top w:w="30" w:type="dxa"/>
              <w:left w:w="30" w:type="dxa"/>
              <w:bottom w:w="30" w:type="dxa"/>
              <w:right w:w="30" w:type="dxa"/>
            </w:tcMar>
            <w:vAlign w:val="center"/>
          </w:tcPr>
          <w:p w14:paraId="3EE145F9"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63463DEB" w14:textId="77777777" w:rsidR="00B773FD" w:rsidRDefault="005C7C28">
            <w:pPr>
              <w:spacing w:after="0" w:line="240" w:lineRule="auto"/>
              <w:jc w:val="center"/>
            </w:pPr>
            <w:r>
              <w:rPr>
                <w:rFonts w:ascii="Arial" w:hAnsi="Arial"/>
                <w:sz w:val="16"/>
              </w:rPr>
              <w:t>0.0080</w:t>
            </w:r>
          </w:p>
        </w:tc>
        <w:tc>
          <w:tcPr>
            <w:tcW w:w="1512" w:type="dxa"/>
            <w:shd w:val="clear" w:color="auto" w:fill="F7FBFF"/>
            <w:tcMar>
              <w:top w:w="30" w:type="dxa"/>
              <w:left w:w="30" w:type="dxa"/>
              <w:bottom w:w="30" w:type="dxa"/>
              <w:right w:w="30" w:type="dxa"/>
            </w:tcMar>
            <w:vAlign w:val="center"/>
          </w:tcPr>
          <w:p w14:paraId="18C256C3" w14:textId="77777777" w:rsidR="00B773FD" w:rsidRDefault="005C7C28">
            <w:pPr>
              <w:spacing w:after="0" w:line="240" w:lineRule="auto"/>
              <w:jc w:val="center"/>
            </w:pPr>
            <w:r>
              <w:rPr>
                <w:rFonts w:ascii="Arial" w:hAnsi="Arial"/>
                <w:sz w:val="16"/>
              </w:rPr>
              <w:t>6.4</w:t>
            </w:r>
          </w:p>
        </w:tc>
        <w:tc>
          <w:tcPr>
            <w:tcW w:w="1123" w:type="dxa"/>
            <w:shd w:val="clear" w:color="auto" w:fill="F7FBFF"/>
            <w:tcMar>
              <w:top w:w="30" w:type="dxa"/>
              <w:left w:w="30" w:type="dxa"/>
              <w:bottom w:w="30" w:type="dxa"/>
              <w:right w:w="30" w:type="dxa"/>
            </w:tcMar>
            <w:vAlign w:val="center"/>
          </w:tcPr>
          <w:p w14:paraId="72872A03" w14:textId="77777777" w:rsidR="00B773FD" w:rsidRDefault="005C7C28">
            <w:pPr>
              <w:spacing w:after="0" w:line="240" w:lineRule="auto"/>
              <w:jc w:val="center"/>
            </w:pPr>
            <w:r>
              <w:rPr>
                <w:rFonts w:ascii="Arial" w:hAnsi="Arial"/>
                <w:sz w:val="16"/>
              </w:rPr>
              <w:t>0.1853</w:t>
            </w:r>
          </w:p>
        </w:tc>
        <w:tc>
          <w:tcPr>
            <w:tcW w:w="1036" w:type="dxa"/>
            <w:shd w:val="clear" w:color="auto" w:fill="F7FBFF"/>
            <w:tcMar>
              <w:top w:w="30" w:type="dxa"/>
              <w:left w:w="30" w:type="dxa"/>
              <w:bottom w:w="30" w:type="dxa"/>
              <w:right w:w="30" w:type="dxa"/>
            </w:tcMar>
            <w:vAlign w:val="center"/>
          </w:tcPr>
          <w:p w14:paraId="4663B79D" w14:textId="77777777" w:rsidR="00B773FD" w:rsidRDefault="005C7C28">
            <w:pPr>
              <w:spacing w:after="0" w:line="240" w:lineRule="auto"/>
              <w:jc w:val="center"/>
            </w:pPr>
            <w:r>
              <w:rPr>
                <w:rFonts w:ascii="Arial" w:hAnsi="Arial"/>
                <w:sz w:val="16"/>
              </w:rPr>
              <w:t>0.7726</w:t>
            </w:r>
          </w:p>
        </w:tc>
        <w:tc>
          <w:tcPr>
            <w:tcW w:w="748" w:type="dxa"/>
            <w:shd w:val="clear" w:color="auto" w:fill="F7FBFF"/>
            <w:tcMar>
              <w:top w:w="30" w:type="dxa"/>
              <w:left w:w="30" w:type="dxa"/>
              <w:bottom w:w="30" w:type="dxa"/>
              <w:right w:w="30" w:type="dxa"/>
            </w:tcMar>
            <w:vAlign w:val="center"/>
          </w:tcPr>
          <w:p w14:paraId="7A87EC0E" w14:textId="77777777" w:rsidR="00B773FD" w:rsidRDefault="005C7C28">
            <w:pPr>
              <w:spacing w:after="0" w:line="240" w:lineRule="auto"/>
              <w:jc w:val="center"/>
            </w:pPr>
            <w:r>
              <w:rPr>
                <w:rFonts w:ascii="Arial" w:hAnsi="Arial"/>
                <w:sz w:val="16"/>
              </w:rPr>
              <w:t>-0.1429</w:t>
            </w:r>
          </w:p>
        </w:tc>
        <w:tc>
          <w:tcPr>
            <w:tcW w:w="1324" w:type="dxa"/>
            <w:shd w:val="clear" w:color="auto" w:fill="F7FBFF"/>
            <w:tcMar>
              <w:top w:w="30" w:type="dxa"/>
              <w:left w:w="30" w:type="dxa"/>
              <w:bottom w:w="30" w:type="dxa"/>
              <w:right w:w="30" w:type="dxa"/>
            </w:tcMar>
            <w:vAlign w:val="center"/>
          </w:tcPr>
          <w:p w14:paraId="4B77D61D" w14:textId="77777777" w:rsidR="00B773FD" w:rsidRDefault="005C7C28">
            <w:pPr>
              <w:spacing w:after="0" w:line="240" w:lineRule="auto"/>
              <w:jc w:val="center"/>
            </w:pPr>
            <w:r>
              <w:rPr>
                <w:rFonts w:ascii="Arial" w:hAnsi="Arial"/>
                <w:sz w:val="16"/>
              </w:rPr>
              <w:t>-0.0022</w:t>
            </w:r>
          </w:p>
        </w:tc>
      </w:tr>
      <w:tr w:rsidR="00B773FD" w14:paraId="3294C7EC" w14:textId="77777777">
        <w:trPr>
          <w:jc w:val="center"/>
        </w:trPr>
        <w:tc>
          <w:tcPr>
            <w:tcW w:w="3096" w:type="dxa"/>
            <w:tcMar>
              <w:top w:w="30" w:type="dxa"/>
              <w:left w:w="30" w:type="dxa"/>
              <w:bottom w:w="30" w:type="dxa"/>
              <w:right w:w="30" w:type="dxa"/>
            </w:tcMar>
            <w:vAlign w:val="center"/>
          </w:tcPr>
          <w:p w14:paraId="60A4F283" w14:textId="77777777" w:rsidR="00B773FD" w:rsidRDefault="005C7C28">
            <w:pPr>
              <w:spacing w:after="0" w:line="240" w:lineRule="auto"/>
            </w:pPr>
            <w:r>
              <w:rPr>
                <w:rFonts w:ascii="Arial" w:hAnsi="Arial"/>
                <w:sz w:val="16"/>
              </w:rPr>
              <w:t>Anzali Wetland</w:t>
            </w:r>
          </w:p>
        </w:tc>
        <w:tc>
          <w:tcPr>
            <w:tcW w:w="792" w:type="dxa"/>
            <w:tcMar>
              <w:top w:w="30" w:type="dxa"/>
              <w:left w:w="30" w:type="dxa"/>
              <w:bottom w:w="30" w:type="dxa"/>
              <w:right w:w="30" w:type="dxa"/>
            </w:tcMar>
            <w:vAlign w:val="center"/>
          </w:tcPr>
          <w:p w14:paraId="32F87C0F" w14:textId="77777777" w:rsidR="00B773FD" w:rsidRDefault="005C7C28">
            <w:pPr>
              <w:spacing w:after="0" w:line="240" w:lineRule="auto"/>
              <w:jc w:val="center"/>
            </w:pPr>
            <w:r>
              <w:rPr>
                <w:rFonts w:ascii="Arial" w:hAnsi="Arial"/>
                <w:sz w:val="16"/>
              </w:rPr>
              <w:t>18</w:t>
            </w:r>
          </w:p>
        </w:tc>
        <w:tc>
          <w:tcPr>
            <w:tcW w:w="1007" w:type="dxa"/>
            <w:tcMar>
              <w:top w:w="30" w:type="dxa"/>
              <w:left w:w="30" w:type="dxa"/>
              <w:bottom w:w="30" w:type="dxa"/>
              <w:right w:w="30" w:type="dxa"/>
            </w:tcMar>
            <w:vAlign w:val="center"/>
          </w:tcPr>
          <w:p w14:paraId="01BC1795" w14:textId="77777777" w:rsidR="00B773FD" w:rsidRDefault="005C7C28">
            <w:pPr>
              <w:spacing w:after="0" w:line="240" w:lineRule="auto"/>
              <w:jc w:val="center"/>
            </w:pPr>
            <w:r>
              <w:rPr>
                <w:rFonts w:ascii="Arial" w:hAnsi="Arial"/>
                <w:sz w:val="16"/>
              </w:rPr>
              <w:t>13</w:t>
            </w:r>
          </w:p>
        </w:tc>
        <w:tc>
          <w:tcPr>
            <w:tcW w:w="835" w:type="dxa"/>
            <w:tcMar>
              <w:top w:w="30" w:type="dxa"/>
              <w:left w:w="30" w:type="dxa"/>
              <w:bottom w:w="30" w:type="dxa"/>
              <w:right w:w="30" w:type="dxa"/>
            </w:tcMar>
            <w:vAlign w:val="center"/>
          </w:tcPr>
          <w:p w14:paraId="27E15139" w14:textId="77777777" w:rsidR="00B773FD" w:rsidRDefault="005C7C28">
            <w:pPr>
              <w:spacing w:after="0" w:line="240" w:lineRule="auto"/>
              <w:jc w:val="center"/>
            </w:pPr>
            <w:r>
              <w:rPr>
                <w:rFonts w:ascii="Arial" w:hAnsi="Arial"/>
                <w:sz w:val="16"/>
              </w:rPr>
              <w:t>0.0130</w:t>
            </w:r>
          </w:p>
        </w:tc>
        <w:tc>
          <w:tcPr>
            <w:tcW w:w="892" w:type="dxa"/>
            <w:tcMar>
              <w:top w:w="30" w:type="dxa"/>
              <w:left w:w="30" w:type="dxa"/>
              <w:bottom w:w="30" w:type="dxa"/>
              <w:right w:w="30" w:type="dxa"/>
            </w:tcMar>
            <w:vAlign w:val="center"/>
          </w:tcPr>
          <w:p w14:paraId="09F5C3FD" w14:textId="77777777" w:rsidR="00B773FD" w:rsidRDefault="005C7C28">
            <w:pPr>
              <w:spacing w:after="0" w:line="240" w:lineRule="auto"/>
              <w:jc w:val="center"/>
            </w:pPr>
            <w:r>
              <w:rPr>
                <w:rFonts w:ascii="Arial" w:hAnsi="Arial"/>
                <w:sz w:val="16"/>
              </w:rPr>
              <w:t>0.0120</w:t>
            </w:r>
          </w:p>
        </w:tc>
        <w:tc>
          <w:tcPr>
            <w:tcW w:w="748" w:type="dxa"/>
            <w:tcMar>
              <w:top w:w="30" w:type="dxa"/>
              <w:left w:w="30" w:type="dxa"/>
              <w:bottom w:w="30" w:type="dxa"/>
              <w:right w:w="30" w:type="dxa"/>
            </w:tcMar>
            <w:vAlign w:val="center"/>
          </w:tcPr>
          <w:p w14:paraId="346C87F1" w14:textId="77777777" w:rsidR="00B773FD" w:rsidRDefault="005C7C28">
            <w:pPr>
              <w:spacing w:after="0" w:line="240" w:lineRule="auto"/>
              <w:jc w:val="center"/>
            </w:pPr>
            <w:r>
              <w:rPr>
                <w:rFonts w:ascii="Arial" w:hAnsi="Arial"/>
                <w:sz w:val="16"/>
              </w:rPr>
              <w:t>0.0110</w:t>
            </w:r>
          </w:p>
        </w:tc>
        <w:tc>
          <w:tcPr>
            <w:tcW w:w="720" w:type="dxa"/>
            <w:tcMar>
              <w:top w:w="30" w:type="dxa"/>
              <w:left w:w="30" w:type="dxa"/>
              <w:bottom w:w="30" w:type="dxa"/>
              <w:right w:w="30" w:type="dxa"/>
            </w:tcMar>
            <w:vAlign w:val="center"/>
          </w:tcPr>
          <w:p w14:paraId="42A809E2" w14:textId="77777777" w:rsidR="00B773FD" w:rsidRDefault="005C7C28">
            <w:pPr>
              <w:spacing w:after="0" w:line="240" w:lineRule="auto"/>
              <w:jc w:val="center"/>
            </w:pPr>
            <w:r>
              <w:rPr>
                <w:rFonts w:ascii="Arial" w:hAnsi="Arial"/>
                <w:sz w:val="16"/>
              </w:rPr>
              <w:t>0.0000</w:t>
            </w:r>
          </w:p>
        </w:tc>
        <w:tc>
          <w:tcPr>
            <w:tcW w:w="720" w:type="dxa"/>
            <w:tcMar>
              <w:top w:w="30" w:type="dxa"/>
              <w:left w:w="30" w:type="dxa"/>
              <w:bottom w:w="30" w:type="dxa"/>
              <w:right w:w="30" w:type="dxa"/>
            </w:tcMar>
            <w:vAlign w:val="center"/>
          </w:tcPr>
          <w:p w14:paraId="438FFB11" w14:textId="77777777" w:rsidR="00B773FD" w:rsidRDefault="005C7C28">
            <w:pPr>
              <w:spacing w:after="0" w:line="240" w:lineRule="auto"/>
              <w:jc w:val="center"/>
            </w:pPr>
            <w:r>
              <w:rPr>
                <w:rFonts w:ascii="Arial" w:hAnsi="Arial"/>
                <w:sz w:val="16"/>
              </w:rPr>
              <w:t>0.0410</w:t>
            </w:r>
          </w:p>
        </w:tc>
        <w:tc>
          <w:tcPr>
            <w:tcW w:w="1512" w:type="dxa"/>
            <w:tcMar>
              <w:top w:w="30" w:type="dxa"/>
              <w:left w:w="30" w:type="dxa"/>
              <w:bottom w:w="30" w:type="dxa"/>
              <w:right w:w="30" w:type="dxa"/>
            </w:tcMar>
            <w:vAlign w:val="center"/>
          </w:tcPr>
          <w:p w14:paraId="059F9E76" w14:textId="77777777" w:rsidR="00B773FD" w:rsidRDefault="005C7C28">
            <w:pPr>
              <w:spacing w:after="0" w:line="240" w:lineRule="auto"/>
              <w:jc w:val="center"/>
            </w:pPr>
            <w:r>
              <w:rPr>
                <w:rFonts w:ascii="Arial" w:hAnsi="Arial"/>
                <w:sz w:val="16"/>
              </w:rPr>
              <w:t>44.2</w:t>
            </w:r>
          </w:p>
        </w:tc>
        <w:tc>
          <w:tcPr>
            <w:tcW w:w="1123" w:type="dxa"/>
            <w:tcMar>
              <w:top w:w="30" w:type="dxa"/>
              <w:left w:w="30" w:type="dxa"/>
              <w:bottom w:w="30" w:type="dxa"/>
              <w:right w:w="30" w:type="dxa"/>
            </w:tcMar>
            <w:vAlign w:val="center"/>
          </w:tcPr>
          <w:p w14:paraId="578EBBD4" w14:textId="77777777" w:rsidR="00B773FD" w:rsidRDefault="005C7C28">
            <w:pPr>
              <w:spacing w:after="0" w:line="240" w:lineRule="auto"/>
              <w:jc w:val="center"/>
            </w:pPr>
            <w:r>
              <w:rPr>
                <w:rFonts w:ascii="Arial" w:hAnsi="Arial"/>
                <w:sz w:val="16"/>
              </w:rPr>
              <w:t>0.5234</w:t>
            </w:r>
          </w:p>
        </w:tc>
        <w:tc>
          <w:tcPr>
            <w:tcW w:w="1036" w:type="dxa"/>
            <w:tcMar>
              <w:top w:w="30" w:type="dxa"/>
              <w:left w:w="30" w:type="dxa"/>
              <w:bottom w:w="30" w:type="dxa"/>
              <w:right w:w="30" w:type="dxa"/>
            </w:tcMar>
            <w:vAlign w:val="center"/>
          </w:tcPr>
          <w:p w14:paraId="19C89F3E" w14:textId="77777777" w:rsidR="00B773FD" w:rsidRDefault="005C7C28">
            <w:pPr>
              <w:spacing w:after="0" w:line="240" w:lineRule="auto"/>
              <w:jc w:val="center"/>
            </w:pPr>
            <w:r>
              <w:rPr>
                <w:rFonts w:ascii="Arial" w:hAnsi="Arial"/>
                <w:sz w:val="16"/>
              </w:rPr>
              <w:t>0.7301</w:t>
            </w:r>
          </w:p>
        </w:tc>
        <w:tc>
          <w:tcPr>
            <w:tcW w:w="748" w:type="dxa"/>
            <w:tcMar>
              <w:top w:w="30" w:type="dxa"/>
              <w:left w:w="30" w:type="dxa"/>
              <w:bottom w:w="30" w:type="dxa"/>
              <w:right w:w="30" w:type="dxa"/>
            </w:tcMar>
            <w:vAlign w:val="center"/>
          </w:tcPr>
          <w:p w14:paraId="4091BE3A" w14:textId="77777777" w:rsidR="00B773FD" w:rsidRDefault="005C7C28">
            <w:pPr>
              <w:spacing w:after="0" w:line="240" w:lineRule="auto"/>
              <w:jc w:val="center"/>
            </w:pPr>
            <w:r>
              <w:rPr>
                <w:rFonts w:ascii="Arial" w:hAnsi="Arial"/>
                <w:sz w:val="16"/>
              </w:rPr>
              <w:t>0.0608</w:t>
            </w:r>
          </w:p>
        </w:tc>
        <w:tc>
          <w:tcPr>
            <w:tcW w:w="1324" w:type="dxa"/>
            <w:tcMar>
              <w:top w:w="30" w:type="dxa"/>
              <w:left w:w="30" w:type="dxa"/>
              <w:bottom w:w="30" w:type="dxa"/>
              <w:right w:w="30" w:type="dxa"/>
            </w:tcMar>
            <w:vAlign w:val="center"/>
          </w:tcPr>
          <w:p w14:paraId="323B9375" w14:textId="77777777" w:rsidR="00B773FD" w:rsidRDefault="005C7C28">
            <w:pPr>
              <w:spacing w:after="0" w:line="240" w:lineRule="auto"/>
              <w:jc w:val="center"/>
            </w:pPr>
            <w:r>
              <w:rPr>
                <w:rFonts w:ascii="Arial" w:hAnsi="Arial"/>
                <w:sz w:val="16"/>
              </w:rPr>
              <w:t>0.0000</w:t>
            </w:r>
          </w:p>
        </w:tc>
      </w:tr>
      <w:tr w:rsidR="00B773FD" w14:paraId="68EDD767" w14:textId="77777777">
        <w:trPr>
          <w:jc w:val="center"/>
        </w:trPr>
        <w:tc>
          <w:tcPr>
            <w:tcW w:w="3096" w:type="dxa"/>
            <w:shd w:val="clear" w:color="auto" w:fill="F7FBFF"/>
            <w:tcMar>
              <w:top w:w="30" w:type="dxa"/>
              <w:left w:w="30" w:type="dxa"/>
              <w:bottom w:w="30" w:type="dxa"/>
              <w:right w:w="30" w:type="dxa"/>
            </w:tcMar>
            <w:vAlign w:val="center"/>
          </w:tcPr>
          <w:p w14:paraId="10C6691A" w14:textId="77777777" w:rsidR="00B773FD" w:rsidRDefault="005C7C28">
            <w:pPr>
              <w:spacing w:after="0" w:line="240" w:lineRule="auto"/>
            </w:pPr>
            <w:r>
              <w:rPr>
                <w:rFonts w:ascii="Arial" w:hAnsi="Arial"/>
                <w:sz w:val="16"/>
              </w:rPr>
              <w:t>Shadegan Marshes</w:t>
            </w:r>
          </w:p>
        </w:tc>
        <w:tc>
          <w:tcPr>
            <w:tcW w:w="792" w:type="dxa"/>
            <w:shd w:val="clear" w:color="auto" w:fill="F7FBFF"/>
            <w:tcMar>
              <w:top w:w="30" w:type="dxa"/>
              <w:left w:w="30" w:type="dxa"/>
              <w:bottom w:w="30" w:type="dxa"/>
              <w:right w:w="30" w:type="dxa"/>
            </w:tcMar>
            <w:vAlign w:val="center"/>
          </w:tcPr>
          <w:p w14:paraId="26BABF0C" w14:textId="77777777" w:rsidR="00B773FD" w:rsidRDefault="005C7C28">
            <w:pPr>
              <w:spacing w:after="0" w:line="240" w:lineRule="auto"/>
              <w:jc w:val="center"/>
            </w:pPr>
            <w:r>
              <w:rPr>
                <w:rFonts w:ascii="Arial" w:hAnsi="Arial"/>
                <w:sz w:val="16"/>
              </w:rPr>
              <w:t>109</w:t>
            </w:r>
          </w:p>
        </w:tc>
        <w:tc>
          <w:tcPr>
            <w:tcW w:w="1007" w:type="dxa"/>
            <w:shd w:val="clear" w:color="auto" w:fill="F7FBFF"/>
            <w:tcMar>
              <w:top w:w="30" w:type="dxa"/>
              <w:left w:w="30" w:type="dxa"/>
              <w:bottom w:w="30" w:type="dxa"/>
              <w:right w:w="30" w:type="dxa"/>
            </w:tcMar>
            <w:vAlign w:val="center"/>
          </w:tcPr>
          <w:p w14:paraId="653FF677" w14:textId="77777777" w:rsidR="00B773FD" w:rsidRDefault="005C7C28">
            <w:pPr>
              <w:spacing w:after="0" w:line="240" w:lineRule="auto"/>
              <w:jc w:val="center"/>
            </w:pPr>
            <w:r>
              <w:rPr>
                <w:rFonts w:ascii="Arial" w:hAnsi="Arial"/>
                <w:sz w:val="16"/>
              </w:rPr>
              <w:t>100</w:t>
            </w:r>
          </w:p>
        </w:tc>
        <w:tc>
          <w:tcPr>
            <w:tcW w:w="835" w:type="dxa"/>
            <w:shd w:val="clear" w:color="auto" w:fill="F7FBFF"/>
            <w:tcMar>
              <w:top w:w="30" w:type="dxa"/>
              <w:left w:w="30" w:type="dxa"/>
              <w:bottom w:w="30" w:type="dxa"/>
              <w:right w:w="30" w:type="dxa"/>
            </w:tcMar>
            <w:vAlign w:val="center"/>
          </w:tcPr>
          <w:p w14:paraId="61DF1B87" w14:textId="77777777" w:rsidR="00B773FD" w:rsidRDefault="005C7C28">
            <w:pPr>
              <w:spacing w:after="0" w:line="240" w:lineRule="auto"/>
              <w:jc w:val="center"/>
            </w:pPr>
            <w:r>
              <w:rPr>
                <w:rFonts w:ascii="Arial" w:hAnsi="Arial"/>
                <w:sz w:val="16"/>
              </w:rPr>
              <w:t>0.0050</w:t>
            </w:r>
          </w:p>
        </w:tc>
        <w:tc>
          <w:tcPr>
            <w:tcW w:w="892" w:type="dxa"/>
            <w:shd w:val="clear" w:color="auto" w:fill="F7FBFF"/>
            <w:tcMar>
              <w:top w:w="30" w:type="dxa"/>
              <w:left w:w="30" w:type="dxa"/>
              <w:bottom w:w="30" w:type="dxa"/>
              <w:right w:w="30" w:type="dxa"/>
            </w:tcMar>
            <w:vAlign w:val="center"/>
          </w:tcPr>
          <w:p w14:paraId="47300440" w14:textId="77777777" w:rsidR="00B773FD" w:rsidRDefault="005C7C28">
            <w:pPr>
              <w:spacing w:after="0" w:line="240" w:lineRule="auto"/>
              <w:jc w:val="center"/>
            </w:pPr>
            <w:r>
              <w:rPr>
                <w:rFonts w:ascii="Arial" w:hAnsi="Arial"/>
                <w:sz w:val="16"/>
              </w:rPr>
              <w:t>0.0040</w:t>
            </w:r>
          </w:p>
        </w:tc>
        <w:tc>
          <w:tcPr>
            <w:tcW w:w="748" w:type="dxa"/>
            <w:shd w:val="clear" w:color="auto" w:fill="F7FBFF"/>
            <w:tcMar>
              <w:top w:w="30" w:type="dxa"/>
              <w:left w:w="30" w:type="dxa"/>
              <w:bottom w:w="30" w:type="dxa"/>
              <w:right w:w="30" w:type="dxa"/>
            </w:tcMar>
            <w:vAlign w:val="center"/>
          </w:tcPr>
          <w:p w14:paraId="181FEEE8" w14:textId="77777777" w:rsidR="00B773FD" w:rsidRDefault="005C7C28">
            <w:pPr>
              <w:spacing w:after="0" w:line="240" w:lineRule="auto"/>
              <w:jc w:val="center"/>
            </w:pPr>
            <w:r>
              <w:rPr>
                <w:rFonts w:ascii="Arial" w:hAnsi="Arial"/>
                <w:sz w:val="16"/>
              </w:rPr>
              <w:t>0.0040</w:t>
            </w:r>
          </w:p>
        </w:tc>
        <w:tc>
          <w:tcPr>
            <w:tcW w:w="720" w:type="dxa"/>
            <w:shd w:val="clear" w:color="auto" w:fill="F7FBFF"/>
            <w:tcMar>
              <w:top w:w="30" w:type="dxa"/>
              <w:left w:w="30" w:type="dxa"/>
              <w:bottom w:w="30" w:type="dxa"/>
              <w:right w:w="30" w:type="dxa"/>
            </w:tcMar>
            <w:vAlign w:val="center"/>
          </w:tcPr>
          <w:p w14:paraId="1C1D0417"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2032969D" w14:textId="77777777" w:rsidR="00B773FD" w:rsidRDefault="005C7C28">
            <w:pPr>
              <w:spacing w:after="0" w:line="240" w:lineRule="auto"/>
              <w:jc w:val="center"/>
            </w:pPr>
            <w:r>
              <w:rPr>
                <w:rFonts w:ascii="Arial" w:hAnsi="Arial"/>
                <w:sz w:val="16"/>
              </w:rPr>
              <w:t>0.0160</w:t>
            </w:r>
          </w:p>
        </w:tc>
        <w:tc>
          <w:tcPr>
            <w:tcW w:w="1512" w:type="dxa"/>
            <w:shd w:val="clear" w:color="auto" w:fill="F7FBFF"/>
            <w:tcMar>
              <w:top w:w="30" w:type="dxa"/>
              <w:left w:w="30" w:type="dxa"/>
              <w:bottom w:w="30" w:type="dxa"/>
              <w:right w:w="30" w:type="dxa"/>
            </w:tcMar>
            <w:vAlign w:val="center"/>
          </w:tcPr>
          <w:p w14:paraId="4FC8B79C" w14:textId="77777777" w:rsidR="00B773FD" w:rsidRDefault="005C7C28">
            <w:pPr>
              <w:spacing w:after="0" w:line="240" w:lineRule="auto"/>
              <w:jc w:val="center"/>
            </w:pPr>
            <w:r>
              <w:rPr>
                <w:rFonts w:ascii="Arial" w:hAnsi="Arial"/>
                <w:sz w:val="16"/>
              </w:rPr>
              <w:t>2203.0</w:t>
            </w:r>
          </w:p>
        </w:tc>
        <w:tc>
          <w:tcPr>
            <w:tcW w:w="1123" w:type="dxa"/>
            <w:shd w:val="clear" w:color="auto" w:fill="F7FBFF"/>
            <w:tcMar>
              <w:top w:w="30" w:type="dxa"/>
              <w:left w:w="30" w:type="dxa"/>
              <w:bottom w:w="30" w:type="dxa"/>
              <w:right w:w="30" w:type="dxa"/>
            </w:tcMar>
            <w:vAlign w:val="center"/>
          </w:tcPr>
          <w:p w14:paraId="6238CCD0" w14:textId="77777777" w:rsidR="00B773FD" w:rsidRDefault="005C7C28">
            <w:pPr>
              <w:spacing w:after="0" w:line="240" w:lineRule="auto"/>
              <w:jc w:val="center"/>
            </w:pPr>
            <w:r>
              <w:rPr>
                <w:rFonts w:ascii="Arial" w:hAnsi="Arial"/>
                <w:sz w:val="16"/>
              </w:rPr>
              <w:t>&lt;0.0001</w:t>
            </w:r>
          </w:p>
        </w:tc>
        <w:tc>
          <w:tcPr>
            <w:tcW w:w="1036" w:type="dxa"/>
            <w:shd w:val="clear" w:color="auto" w:fill="F7FBFF"/>
            <w:tcMar>
              <w:top w:w="30" w:type="dxa"/>
              <w:left w:w="30" w:type="dxa"/>
              <w:bottom w:w="30" w:type="dxa"/>
              <w:right w:w="30" w:type="dxa"/>
            </w:tcMar>
            <w:vAlign w:val="center"/>
          </w:tcPr>
          <w:p w14:paraId="38162C0B" w14:textId="77777777" w:rsidR="00B773FD" w:rsidRDefault="005C7C28">
            <w:pPr>
              <w:spacing w:after="0" w:line="240" w:lineRule="auto"/>
              <w:jc w:val="center"/>
            </w:pPr>
            <w:r>
              <w:rPr>
                <w:rFonts w:ascii="Arial" w:hAnsi="Arial"/>
                <w:sz w:val="16"/>
              </w:rPr>
              <w:t>0.3170</w:t>
            </w:r>
          </w:p>
        </w:tc>
        <w:tc>
          <w:tcPr>
            <w:tcW w:w="748" w:type="dxa"/>
            <w:shd w:val="clear" w:color="auto" w:fill="F7FBFF"/>
            <w:tcMar>
              <w:top w:w="30" w:type="dxa"/>
              <w:left w:w="30" w:type="dxa"/>
              <w:bottom w:w="30" w:type="dxa"/>
              <w:right w:w="30" w:type="dxa"/>
            </w:tcMar>
            <w:vAlign w:val="center"/>
          </w:tcPr>
          <w:p w14:paraId="45A46BBA" w14:textId="77777777" w:rsidR="00B773FD" w:rsidRDefault="005C7C28">
            <w:pPr>
              <w:spacing w:after="0" w:line="240" w:lineRule="auto"/>
              <w:jc w:val="center"/>
            </w:pPr>
            <w:r>
              <w:rPr>
                <w:rFonts w:ascii="Arial" w:hAnsi="Arial"/>
                <w:sz w:val="16"/>
              </w:rPr>
              <w:t>-0.0651</w:t>
            </w:r>
          </w:p>
        </w:tc>
        <w:tc>
          <w:tcPr>
            <w:tcW w:w="1324" w:type="dxa"/>
            <w:shd w:val="clear" w:color="auto" w:fill="F7FBFF"/>
            <w:tcMar>
              <w:top w:w="30" w:type="dxa"/>
              <w:left w:w="30" w:type="dxa"/>
              <w:bottom w:w="30" w:type="dxa"/>
              <w:right w:w="30" w:type="dxa"/>
            </w:tcMar>
            <w:vAlign w:val="center"/>
          </w:tcPr>
          <w:p w14:paraId="4FC58E38" w14:textId="77777777" w:rsidR="00B773FD" w:rsidRDefault="005C7C28">
            <w:pPr>
              <w:spacing w:after="0" w:line="240" w:lineRule="auto"/>
              <w:jc w:val="center"/>
            </w:pPr>
            <w:r>
              <w:rPr>
                <w:rFonts w:ascii="Arial" w:hAnsi="Arial"/>
                <w:sz w:val="16"/>
              </w:rPr>
              <w:t>-0.0001</w:t>
            </w:r>
          </w:p>
        </w:tc>
      </w:tr>
      <w:tr w:rsidR="00B773FD" w14:paraId="129873DA" w14:textId="77777777">
        <w:trPr>
          <w:jc w:val="center"/>
        </w:trPr>
        <w:tc>
          <w:tcPr>
            <w:tcW w:w="3096" w:type="dxa"/>
            <w:tcMar>
              <w:top w:w="30" w:type="dxa"/>
              <w:left w:w="30" w:type="dxa"/>
              <w:bottom w:w="30" w:type="dxa"/>
              <w:right w:w="30" w:type="dxa"/>
            </w:tcMar>
            <w:vAlign w:val="center"/>
          </w:tcPr>
          <w:p w14:paraId="076D7B30" w14:textId="77777777" w:rsidR="00B773FD" w:rsidRDefault="005C7C28">
            <w:pPr>
              <w:spacing w:after="0" w:line="240" w:lineRule="auto"/>
            </w:pPr>
            <w:r>
              <w:rPr>
                <w:rFonts w:ascii="Arial" w:hAnsi="Arial"/>
                <w:sz w:val="16"/>
              </w:rPr>
              <w:t>Hawizeh Marsh</w:t>
            </w:r>
          </w:p>
        </w:tc>
        <w:tc>
          <w:tcPr>
            <w:tcW w:w="792" w:type="dxa"/>
            <w:tcMar>
              <w:top w:w="30" w:type="dxa"/>
              <w:left w:w="30" w:type="dxa"/>
              <w:bottom w:w="30" w:type="dxa"/>
              <w:right w:w="30" w:type="dxa"/>
            </w:tcMar>
            <w:vAlign w:val="center"/>
          </w:tcPr>
          <w:p w14:paraId="0E1BA214" w14:textId="77777777" w:rsidR="00B773FD" w:rsidRDefault="005C7C28">
            <w:pPr>
              <w:spacing w:after="0" w:line="240" w:lineRule="auto"/>
              <w:jc w:val="center"/>
            </w:pPr>
            <w:r>
              <w:rPr>
                <w:rFonts w:ascii="Arial" w:hAnsi="Arial"/>
                <w:sz w:val="16"/>
              </w:rPr>
              <w:t>92</w:t>
            </w:r>
          </w:p>
        </w:tc>
        <w:tc>
          <w:tcPr>
            <w:tcW w:w="1007" w:type="dxa"/>
            <w:tcMar>
              <w:top w:w="30" w:type="dxa"/>
              <w:left w:w="30" w:type="dxa"/>
              <w:bottom w:w="30" w:type="dxa"/>
              <w:right w:w="30" w:type="dxa"/>
            </w:tcMar>
            <w:vAlign w:val="center"/>
          </w:tcPr>
          <w:p w14:paraId="5525913C" w14:textId="77777777" w:rsidR="00B773FD" w:rsidRDefault="005C7C28">
            <w:pPr>
              <w:spacing w:after="0" w:line="240" w:lineRule="auto"/>
              <w:jc w:val="center"/>
            </w:pPr>
            <w:r>
              <w:rPr>
                <w:rFonts w:ascii="Arial" w:hAnsi="Arial"/>
                <w:sz w:val="16"/>
              </w:rPr>
              <w:t>92</w:t>
            </w:r>
          </w:p>
        </w:tc>
        <w:tc>
          <w:tcPr>
            <w:tcW w:w="835" w:type="dxa"/>
            <w:tcMar>
              <w:top w:w="30" w:type="dxa"/>
              <w:left w:w="30" w:type="dxa"/>
              <w:bottom w:w="30" w:type="dxa"/>
              <w:right w:w="30" w:type="dxa"/>
            </w:tcMar>
            <w:vAlign w:val="center"/>
          </w:tcPr>
          <w:p w14:paraId="1D419EF0" w14:textId="77777777" w:rsidR="00B773FD" w:rsidRDefault="005C7C28">
            <w:pPr>
              <w:spacing w:after="0" w:line="240" w:lineRule="auto"/>
              <w:jc w:val="center"/>
            </w:pPr>
            <w:r>
              <w:rPr>
                <w:rFonts w:ascii="Arial" w:hAnsi="Arial"/>
                <w:sz w:val="16"/>
              </w:rPr>
              <w:t>0.0310</w:t>
            </w:r>
          </w:p>
        </w:tc>
        <w:tc>
          <w:tcPr>
            <w:tcW w:w="892" w:type="dxa"/>
            <w:tcMar>
              <w:top w:w="30" w:type="dxa"/>
              <w:left w:w="30" w:type="dxa"/>
              <w:bottom w:w="30" w:type="dxa"/>
              <w:right w:w="30" w:type="dxa"/>
            </w:tcMar>
            <w:vAlign w:val="center"/>
          </w:tcPr>
          <w:p w14:paraId="797B257D" w14:textId="77777777" w:rsidR="00B773FD" w:rsidRDefault="005C7C28">
            <w:pPr>
              <w:spacing w:after="0" w:line="240" w:lineRule="auto"/>
              <w:jc w:val="center"/>
            </w:pPr>
            <w:r>
              <w:rPr>
                <w:rFonts w:ascii="Arial" w:hAnsi="Arial"/>
                <w:sz w:val="16"/>
              </w:rPr>
              <w:t>0.0300</w:t>
            </w:r>
          </w:p>
        </w:tc>
        <w:tc>
          <w:tcPr>
            <w:tcW w:w="748" w:type="dxa"/>
            <w:tcMar>
              <w:top w:w="30" w:type="dxa"/>
              <w:left w:w="30" w:type="dxa"/>
              <w:bottom w:w="30" w:type="dxa"/>
              <w:right w:w="30" w:type="dxa"/>
            </w:tcMar>
            <w:vAlign w:val="center"/>
          </w:tcPr>
          <w:p w14:paraId="045A377B" w14:textId="77777777" w:rsidR="00B773FD" w:rsidRDefault="005C7C28">
            <w:pPr>
              <w:spacing w:after="0" w:line="240" w:lineRule="auto"/>
              <w:jc w:val="center"/>
            </w:pPr>
            <w:r>
              <w:rPr>
                <w:rFonts w:ascii="Arial" w:hAnsi="Arial"/>
                <w:sz w:val="16"/>
              </w:rPr>
              <w:t>0.0140</w:t>
            </w:r>
          </w:p>
        </w:tc>
        <w:tc>
          <w:tcPr>
            <w:tcW w:w="720" w:type="dxa"/>
            <w:tcMar>
              <w:top w:w="30" w:type="dxa"/>
              <w:left w:w="30" w:type="dxa"/>
              <w:bottom w:w="30" w:type="dxa"/>
              <w:right w:w="30" w:type="dxa"/>
            </w:tcMar>
            <w:vAlign w:val="center"/>
          </w:tcPr>
          <w:p w14:paraId="140F21F5" w14:textId="77777777" w:rsidR="00B773FD" w:rsidRDefault="005C7C28">
            <w:pPr>
              <w:spacing w:after="0" w:line="240" w:lineRule="auto"/>
              <w:jc w:val="center"/>
            </w:pPr>
            <w:r>
              <w:rPr>
                <w:rFonts w:ascii="Arial" w:hAnsi="Arial"/>
                <w:sz w:val="16"/>
              </w:rPr>
              <w:t>0.0060</w:t>
            </w:r>
          </w:p>
        </w:tc>
        <w:tc>
          <w:tcPr>
            <w:tcW w:w="720" w:type="dxa"/>
            <w:tcMar>
              <w:top w:w="30" w:type="dxa"/>
              <w:left w:w="30" w:type="dxa"/>
              <w:bottom w:w="30" w:type="dxa"/>
              <w:right w:w="30" w:type="dxa"/>
            </w:tcMar>
            <w:vAlign w:val="center"/>
          </w:tcPr>
          <w:p w14:paraId="2396774B" w14:textId="77777777" w:rsidR="00B773FD" w:rsidRDefault="005C7C28">
            <w:pPr>
              <w:spacing w:after="0" w:line="240" w:lineRule="auto"/>
              <w:jc w:val="center"/>
            </w:pPr>
            <w:r>
              <w:rPr>
                <w:rFonts w:ascii="Arial" w:hAnsi="Arial"/>
                <w:sz w:val="16"/>
              </w:rPr>
              <w:t>0.0740</w:t>
            </w:r>
          </w:p>
        </w:tc>
        <w:tc>
          <w:tcPr>
            <w:tcW w:w="1512" w:type="dxa"/>
            <w:tcMar>
              <w:top w:w="30" w:type="dxa"/>
              <w:left w:w="30" w:type="dxa"/>
              <w:bottom w:w="30" w:type="dxa"/>
              <w:right w:w="30" w:type="dxa"/>
            </w:tcMar>
            <w:vAlign w:val="center"/>
          </w:tcPr>
          <w:p w14:paraId="5E6B3011" w14:textId="77777777" w:rsidR="00B773FD" w:rsidRDefault="005C7C28">
            <w:pPr>
              <w:spacing w:after="0" w:line="240" w:lineRule="auto"/>
              <w:jc w:val="center"/>
            </w:pPr>
            <w:r>
              <w:rPr>
                <w:rFonts w:ascii="Arial" w:hAnsi="Arial"/>
                <w:sz w:val="16"/>
              </w:rPr>
              <w:t>3193.4</w:t>
            </w:r>
          </w:p>
        </w:tc>
        <w:tc>
          <w:tcPr>
            <w:tcW w:w="1123" w:type="dxa"/>
            <w:tcMar>
              <w:top w:w="30" w:type="dxa"/>
              <w:left w:w="30" w:type="dxa"/>
              <w:bottom w:w="30" w:type="dxa"/>
              <w:right w:w="30" w:type="dxa"/>
            </w:tcMar>
            <w:vAlign w:val="center"/>
          </w:tcPr>
          <w:p w14:paraId="511FE261" w14:textId="77777777" w:rsidR="00B773FD" w:rsidRDefault="005C7C28">
            <w:pPr>
              <w:spacing w:after="0" w:line="240" w:lineRule="auto"/>
              <w:jc w:val="center"/>
            </w:pPr>
            <w:r>
              <w:rPr>
                <w:rFonts w:ascii="Arial" w:hAnsi="Arial"/>
                <w:sz w:val="16"/>
              </w:rPr>
              <w:t>0.1892</w:t>
            </w:r>
          </w:p>
        </w:tc>
        <w:tc>
          <w:tcPr>
            <w:tcW w:w="1036" w:type="dxa"/>
            <w:tcMar>
              <w:top w:w="30" w:type="dxa"/>
              <w:left w:w="30" w:type="dxa"/>
              <w:bottom w:w="30" w:type="dxa"/>
              <w:right w:w="30" w:type="dxa"/>
            </w:tcMar>
            <w:vAlign w:val="center"/>
          </w:tcPr>
          <w:p w14:paraId="4F3C73C9" w14:textId="77777777" w:rsidR="00B773FD" w:rsidRDefault="005C7C28">
            <w:pPr>
              <w:spacing w:after="0" w:line="240" w:lineRule="auto"/>
              <w:jc w:val="center"/>
            </w:pPr>
            <w:r>
              <w:rPr>
                <w:rFonts w:ascii="Arial" w:hAnsi="Arial"/>
                <w:sz w:val="16"/>
              </w:rPr>
              <w:t>0.0021</w:t>
            </w:r>
          </w:p>
        </w:tc>
        <w:tc>
          <w:tcPr>
            <w:tcW w:w="748" w:type="dxa"/>
            <w:tcMar>
              <w:top w:w="30" w:type="dxa"/>
              <w:left w:w="30" w:type="dxa"/>
              <w:bottom w:w="30" w:type="dxa"/>
              <w:right w:w="30" w:type="dxa"/>
            </w:tcMar>
            <w:vAlign w:val="center"/>
          </w:tcPr>
          <w:p w14:paraId="5D32C9F9" w14:textId="77777777" w:rsidR="00B773FD" w:rsidRDefault="005C7C28">
            <w:pPr>
              <w:spacing w:after="0" w:line="240" w:lineRule="auto"/>
              <w:jc w:val="center"/>
            </w:pPr>
            <w:r>
              <w:rPr>
                <w:rFonts w:ascii="Arial" w:hAnsi="Arial"/>
                <w:sz w:val="16"/>
              </w:rPr>
              <w:t>0.2183</w:t>
            </w:r>
          </w:p>
        </w:tc>
        <w:tc>
          <w:tcPr>
            <w:tcW w:w="1324" w:type="dxa"/>
            <w:tcMar>
              <w:top w:w="30" w:type="dxa"/>
              <w:left w:w="30" w:type="dxa"/>
              <w:bottom w:w="30" w:type="dxa"/>
              <w:right w:w="30" w:type="dxa"/>
            </w:tcMar>
            <w:vAlign w:val="center"/>
          </w:tcPr>
          <w:p w14:paraId="007B3B24" w14:textId="77777777" w:rsidR="00B773FD" w:rsidRDefault="005C7C28">
            <w:pPr>
              <w:spacing w:after="0" w:line="240" w:lineRule="auto"/>
              <w:jc w:val="center"/>
            </w:pPr>
            <w:r>
              <w:rPr>
                <w:rFonts w:ascii="Arial" w:hAnsi="Arial"/>
                <w:sz w:val="16"/>
              </w:rPr>
              <w:t>0.0013</w:t>
            </w:r>
          </w:p>
        </w:tc>
      </w:tr>
      <w:tr w:rsidR="00B773FD" w14:paraId="6AE23E9F" w14:textId="77777777">
        <w:trPr>
          <w:jc w:val="center"/>
        </w:trPr>
        <w:tc>
          <w:tcPr>
            <w:tcW w:w="3096" w:type="dxa"/>
            <w:shd w:val="clear" w:color="auto" w:fill="F7FBFF"/>
            <w:tcMar>
              <w:top w:w="30" w:type="dxa"/>
              <w:left w:w="30" w:type="dxa"/>
              <w:bottom w:w="30" w:type="dxa"/>
              <w:right w:w="30" w:type="dxa"/>
            </w:tcMar>
            <w:vAlign w:val="center"/>
          </w:tcPr>
          <w:p w14:paraId="7DA12645" w14:textId="77777777" w:rsidR="00B773FD" w:rsidRDefault="005C7C28">
            <w:pPr>
              <w:spacing w:after="0" w:line="240" w:lineRule="auto"/>
            </w:pPr>
            <w:r>
              <w:rPr>
                <w:rFonts w:ascii="Arial" w:hAnsi="Arial"/>
                <w:sz w:val="16"/>
              </w:rPr>
              <w:t>Doñana</w:t>
            </w:r>
          </w:p>
        </w:tc>
        <w:tc>
          <w:tcPr>
            <w:tcW w:w="792" w:type="dxa"/>
            <w:shd w:val="clear" w:color="auto" w:fill="F7FBFF"/>
            <w:tcMar>
              <w:top w:w="30" w:type="dxa"/>
              <w:left w:w="30" w:type="dxa"/>
              <w:bottom w:w="30" w:type="dxa"/>
              <w:right w:w="30" w:type="dxa"/>
            </w:tcMar>
            <w:vAlign w:val="center"/>
          </w:tcPr>
          <w:p w14:paraId="2A4613A0" w14:textId="77777777" w:rsidR="00B773FD" w:rsidRDefault="005C7C28">
            <w:pPr>
              <w:spacing w:after="0" w:line="240" w:lineRule="auto"/>
              <w:jc w:val="center"/>
            </w:pPr>
            <w:r>
              <w:rPr>
                <w:rFonts w:ascii="Arial" w:hAnsi="Arial"/>
                <w:sz w:val="16"/>
              </w:rPr>
              <w:t>115</w:t>
            </w:r>
          </w:p>
        </w:tc>
        <w:tc>
          <w:tcPr>
            <w:tcW w:w="1007" w:type="dxa"/>
            <w:shd w:val="clear" w:color="auto" w:fill="F7FBFF"/>
            <w:tcMar>
              <w:top w:w="30" w:type="dxa"/>
              <w:left w:w="30" w:type="dxa"/>
              <w:bottom w:w="30" w:type="dxa"/>
              <w:right w:w="30" w:type="dxa"/>
            </w:tcMar>
            <w:vAlign w:val="center"/>
          </w:tcPr>
          <w:p w14:paraId="5D6BA83B" w14:textId="77777777" w:rsidR="00B773FD" w:rsidRDefault="005C7C28">
            <w:pPr>
              <w:spacing w:after="0" w:line="240" w:lineRule="auto"/>
              <w:jc w:val="center"/>
            </w:pPr>
            <w:r>
              <w:rPr>
                <w:rFonts w:ascii="Arial" w:hAnsi="Arial"/>
                <w:sz w:val="16"/>
              </w:rPr>
              <w:t>14</w:t>
            </w:r>
          </w:p>
        </w:tc>
        <w:tc>
          <w:tcPr>
            <w:tcW w:w="835" w:type="dxa"/>
            <w:shd w:val="clear" w:color="auto" w:fill="F7FBFF"/>
            <w:tcMar>
              <w:top w:w="30" w:type="dxa"/>
              <w:left w:w="30" w:type="dxa"/>
              <w:bottom w:w="30" w:type="dxa"/>
              <w:right w:w="30" w:type="dxa"/>
            </w:tcMar>
            <w:vAlign w:val="center"/>
          </w:tcPr>
          <w:p w14:paraId="0621C7BD" w14:textId="77777777" w:rsidR="00B773FD" w:rsidRDefault="005C7C28">
            <w:pPr>
              <w:spacing w:after="0" w:line="240" w:lineRule="auto"/>
              <w:jc w:val="center"/>
            </w:pPr>
            <w:r>
              <w:rPr>
                <w:rFonts w:ascii="Arial" w:hAnsi="Arial"/>
                <w:sz w:val="16"/>
              </w:rPr>
              <w:t>0.0000</w:t>
            </w:r>
          </w:p>
        </w:tc>
        <w:tc>
          <w:tcPr>
            <w:tcW w:w="892" w:type="dxa"/>
            <w:shd w:val="clear" w:color="auto" w:fill="F7FBFF"/>
            <w:tcMar>
              <w:top w:w="30" w:type="dxa"/>
              <w:left w:w="30" w:type="dxa"/>
              <w:bottom w:w="30" w:type="dxa"/>
              <w:right w:w="30" w:type="dxa"/>
            </w:tcMar>
            <w:vAlign w:val="center"/>
          </w:tcPr>
          <w:p w14:paraId="58F84B24" w14:textId="77777777" w:rsidR="00B773FD" w:rsidRDefault="005C7C28">
            <w:pPr>
              <w:spacing w:after="0" w:line="240" w:lineRule="auto"/>
              <w:jc w:val="center"/>
            </w:pPr>
            <w:r>
              <w:rPr>
                <w:rFonts w:ascii="Arial" w:hAnsi="Arial"/>
                <w:sz w:val="16"/>
              </w:rPr>
              <w:t>0.0000</w:t>
            </w:r>
          </w:p>
        </w:tc>
        <w:tc>
          <w:tcPr>
            <w:tcW w:w="748" w:type="dxa"/>
            <w:shd w:val="clear" w:color="auto" w:fill="F7FBFF"/>
            <w:tcMar>
              <w:top w:w="30" w:type="dxa"/>
              <w:left w:w="30" w:type="dxa"/>
              <w:bottom w:w="30" w:type="dxa"/>
              <w:right w:w="30" w:type="dxa"/>
            </w:tcMar>
            <w:vAlign w:val="center"/>
          </w:tcPr>
          <w:p w14:paraId="486787BC" w14:textId="77777777" w:rsidR="00B773FD" w:rsidRDefault="005C7C28">
            <w:pPr>
              <w:spacing w:after="0" w:line="240" w:lineRule="auto"/>
              <w:jc w:val="center"/>
            </w:pPr>
            <w:r>
              <w:rPr>
                <w:rFonts w:ascii="Arial" w:hAnsi="Arial"/>
                <w:sz w:val="16"/>
              </w:rPr>
              <w:t>0.0010</w:t>
            </w:r>
          </w:p>
        </w:tc>
        <w:tc>
          <w:tcPr>
            <w:tcW w:w="720" w:type="dxa"/>
            <w:shd w:val="clear" w:color="auto" w:fill="F7FBFF"/>
            <w:tcMar>
              <w:top w:w="30" w:type="dxa"/>
              <w:left w:w="30" w:type="dxa"/>
              <w:bottom w:w="30" w:type="dxa"/>
              <w:right w:w="30" w:type="dxa"/>
            </w:tcMar>
            <w:vAlign w:val="center"/>
          </w:tcPr>
          <w:p w14:paraId="46CF011A" w14:textId="77777777" w:rsidR="00B773FD" w:rsidRDefault="005C7C28">
            <w:pPr>
              <w:spacing w:after="0" w:line="240" w:lineRule="auto"/>
              <w:jc w:val="center"/>
            </w:pPr>
            <w:r>
              <w:rPr>
                <w:rFonts w:ascii="Arial" w:hAnsi="Arial"/>
                <w:sz w:val="16"/>
              </w:rPr>
              <w:t>0.0000</w:t>
            </w:r>
          </w:p>
        </w:tc>
        <w:tc>
          <w:tcPr>
            <w:tcW w:w="720" w:type="dxa"/>
            <w:shd w:val="clear" w:color="auto" w:fill="F7FBFF"/>
            <w:tcMar>
              <w:top w:w="30" w:type="dxa"/>
              <w:left w:w="30" w:type="dxa"/>
              <w:bottom w:w="30" w:type="dxa"/>
              <w:right w:w="30" w:type="dxa"/>
            </w:tcMar>
            <w:vAlign w:val="center"/>
          </w:tcPr>
          <w:p w14:paraId="0E6A1911" w14:textId="77777777" w:rsidR="00B773FD" w:rsidRDefault="005C7C28">
            <w:pPr>
              <w:spacing w:after="0" w:line="240" w:lineRule="auto"/>
              <w:jc w:val="center"/>
            </w:pPr>
            <w:r>
              <w:rPr>
                <w:rFonts w:ascii="Arial" w:hAnsi="Arial"/>
                <w:sz w:val="16"/>
              </w:rPr>
              <w:t>0.0050</w:t>
            </w:r>
          </w:p>
        </w:tc>
        <w:tc>
          <w:tcPr>
            <w:tcW w:w="1512" w:type="dxa"/>
            <w:shd w:val="clear" w:color="auto" w:fill="F7FBFF"/>
            <w:tcMar>
              <w:top w:w="30" w:type="dxa"/>
              <w:left w:w="30" w:type="dxa"/>
              <w:bottom w:w="30" w:type="dxa"/>
              <w:right w:w="30" w:type="dxa"/>
            </w:tcMar>
            <w:vAlign w:val="center"/>
          </w:tcPr>
          <w:p w14:paraId="175053C1" w14:textId="77777777" w:rsidR="00B773FD" w:rsidRDefault="005C7C28">
            <w:pPr>
              <w:spacing w:after="0" w:line="240" w:lineRule="auto"/>
              <w:jc w:val="center"/>
            </w:pPr>
            <w:r>
              <w:rPr>
                <w:rFonts w:ascii="Arial" w:hAnsi="Arial"/>
                <w:sz w:val="16"/>
              </w:rPr>
              <w:t>26.7</w:t>
            </w:r>
          </w:p>
        </w:tc>
        <w:tc>
          <w:tcPr>
            <w:tcW w:w="1123" w:type="dxa"/>
            <w:shd w:val="clear" w:color="auto" w:fill="F7FBFF"/>
            <w:tcMar>
              <w:top w:w="30" w:type="dxa"/>
              <w:left w:w="30" w:type="dxa"/>
              <w:bottom w:w="30" w:type="dxa"/>
              <w:right w:w="30" w:type="dxa"/>
            </w:tcMar>
            <w:vAlign w:val="center"/>
          </w:tcPr>
          <w:p w14:paraId="7FA9DDE3" w14:textId="77777777" w:rsidR="00B773FD" w:rsidRDefault="005C7C28">
            <w:pPr>
              <w:spacing w:after="0" w:line="240" w:lineRule="auto"/>
              <w:jc w:val="center"/>
            </w:pPr>
            <w:r>
              <w:rPr>
                <w:rFonts w:ascii="Arial" w:hAnsi="Arial"/>
                <w:sz w:val="16"/>
              </w:rPr>
              <w:t>0.0025</w:t>
            </w:r>
          </w:p>
        </w:tc>
        <w:tc>
          <w:tcPr>
            <w:tcW w:w="1036" w:type="dxa"/>
            <w:shd w:val="clear" w:color="auto" w:fill="F7FBFF"/>
            <w:tcMar>
              <w:top w:w="30" w:type="dxa"/>
              <w:left w:w="30" w:type="dxa"/>
              <w:bottom w:w="30" w:type="dxa"/>
              <w:right w:w="30" w:type="dxa"/>
            </w:tcMar>
            <w:vAlign w:val="center"/>
          </w:tcPr>
          <w:p w14:paraId="32B2584F" w14:textId="77777777" w:rsidR="00B773FD" w:rsidRDefault="005C7C28">
            <w:pPr>
              <w:spacing w:after="0" w:line="240" w:lineRule="auto"/>
              <w:jc w:val="center"/>
            </w:pPr>
            <w:r>
              <w:rPr>
                <w:rFonts w:ascii="Arial" w:hAnsi="Arial"/>
                <w:sz w:val="16"/>
              </w:rPr>
              <w:t>0.0231</w:t>
            </w:r>
          </w:p>
        </w:tc>
        <w:tc>
          <w:tcPr>
            <w:tcW w:w="748" w:type="dxa"/>
            <w:shd w:val="clear" w:color="auto" w:fill="F7FBFF"/>
            <w:tcMar>
              <w:top w:w="30" w:type="dxa"/>
              <w:left w:w="30" w:type="dxa"/>
              <w:bottom w:w="30" w:type="dxa"/>
              <w:right w:w="30" w:type="dxa"/>
            </w:tcMar>
            <w:vAlign w:val="center"/>
          </w:tcPr>
          <w:p w14:paraId="7EF29880" w14:textId="77777777" w:rsidR="00B773FD" w:rsidRDefault="005C7C28">
            <w:pPr>
              <w:spacing w:after="0" w:line="240" w:lineRule="auto"/>
              <w:jc w:val="center"/>
            </w:pPr>
            <w:r>
              <w:rPr>
                <w:rFonts w:ascii="Arial" w:hAnsi="Arial"/>
                <w:sz w:val="16"/>
              </w:rPr>
              <w:t>-0.1697</w:t>
            </w:r>
          </w:p>
        </w:tc>
        <w:tc>
          <w:tcPr>
            <w:tcW w:w="1324" w:type="dxa"/>
            <w:shd w:val="clear" w:color="auto" w:fill="F7FBFF"/>
            <w:tcMar>
              <w:top w:w="30" w:type="dxa"/>
              <w:left w:w="30" w:type="dxa"/>
              <w:bottom w:w="30" w:type="dxa"/>
              <w:right w:w="30" w:type="dxa"/>
            </w:tcMar>
            <w:vAlign w:val="center"/>
          </w:tcPr>
          <w:p w14:paraId="3BD1637B" w14:textId="77777777" w:rsidR="00B773FD" w:rsidRDefault="005C7C28">
            <w:pPr>
              <w:spacing w:after="0" w:line="240" w:lineRule="auto"/>
              <w:jc w:val="center"/>
            </w:pPr>
            <w:r>
              <w:rPr>
                <w:rFonts w:ascii="Arial" w:hAnsi="Arial"/>
                <w:sz w:val="16"/>
              </w:rPr>
              <w:t>0.0000</w:t>
            </w:r>
          </w:p>
        </w:tc>
      </w:tr>
      <w:tr w:rsidR="00B773FD" w14:paraId="317F9E43" w14:textId="77777777">
        <w:trPr>
          <w:jc w:val="center"/>
        </w:trPr>
        <w:tc>
          <w:tcPr>
            <w:tcW w:w="3096" w:type="dxa"/>
            <w:tcMar>
              <w:top w:w="30" w:type="dxa"/>
              <w:left w:w="30" w:type="dxa"/>
              <w:bottom w:w="30" w:type="dxa"/>
              <w:right w:w="30" w:type="dxa"/>
            </w:tcMar>
            <w:vAlign w:val="center"/>
          </w:tcPr>
          <w:p w14:paraId="04894AE8" w14:textId="77777777" w:rsidR="00B773FD" w:rsidRDefault="005C7C28">
            <w:pPr>
              <w:spacing w:after="0" w:line="240" w:lineRule="auto"/>
            </w:pPr>
            <w:r>
              <w:rPr>
                <w:rFonts w:ascii="Arial" w:hAnsi="Arial"/>
                <w:sz w:val="16"/>
              </w:rPr>
              <w:t>Everglades National Park</w:t>
            </w:r>
          </w:p>
        </w:tc>
        <w:tc>
          <w:tcPr>
            <w:tcW w:w="792" w:type="dxa"/>
            <w:tcMar>
              <w:top w:w="30" w:type="dxa"/>
              <w:left w:w="30" w:type="dxa"/>
              <w:bottom w:w="30" w:type="dxa"/>
              <w:right w:w="30" w:type="dxa"/>
            </w:tcMar>
            <w:vAlign w:val="center"/>
          </w:tcPr>
          <w:p w14:paraId="220B648C" w14:textId="77777777" w:rsidR="00B773FD" w:rsidRDefault="005C7C28">
            <w:pPr>
              <w:spacing w:after="0" w:line="240" w:lineRule="auto"/>
              <w:jc w:val="center"/>
            </w:pPr>
            <w:r>
              <w:rPr>
                <w:rFonts w:ascii="Arial" w:hAnsi="Arial"/>
                <w:sz w:val="16"/>
              </w:rPr>
              <w:t>93</w:t>
            </w:r>
          </w:p>
        </w:tc>
        <w:tc>
          <w:tcPr>
            <w:tcW w:w="1007" w:type="dxa"/>
            <w:tcMar>
              <w:top w:w="30" w:type="dxa"/>
              <w:left w:w="30" w:type="dxa"/>
              <w:bottom w:w="30" w:type="dxa"/>
              <w:right w:w="30" w:type="dxa"/>
            </w:tcMar>
            <w:vAlign w:val="center"/>
          </w:tcPr>
          <w:p w14:paraId="2A1D2687" w14:textId="77777777" w:rsidR="00B773FD" w:rsidRDefault="005C7C28">
            <w:pPr>
              <w:spacing w:after="0" w:line="240" w:lineRule="auto"/>
              <w:jc w:val="center"/>
            </w:pPr>
            <w:r>
              <w:rPr>
                <w:rFonts w:ascii="Arial" w:hAnsi="Arial"/>
                <w:sz w:val="16"/>
              </w:rPr>
              <w:t>90</w:t>
            </w:r>
          </w:p>
        </w:tc>
        <w:tc>
          <w:tcPr>
            <w:tcW w:w="835" w:type="dxa"/>
            <w:tcMar>
              <w:top w:w="30" w:type="dxa"/>
              <w:left w:w="30" w:type="dxa"/>
              <w:bottom w:w="30" w:type="dxa"/>
              <w:right w:w="30" w:type="dxa"/>
            </w:tcMar>
            <w:vAlign w:val="center"/>
          </w:tcPr>
          <w:p w14:paraId="3B5BD073" w14:textId="77777777" w:rsidR="00B773FD" w:rsidRDefault="005C7C28">
            <w:pPr>
              <w:spacing w:after="0" w:line="240" w:lineRule="auto"/>
              <w:jc w:val="center"/>
            </w:pPr>
            <w:r>
              <w:rPr>
                <w:rFonts w:ascii="Arial" w:hAnsi="Arial"/>
                <w:sz w:val="16"/>
              </w:rPr>
              <w:t>0.0040</w:t>
            </w:r>
          </w:p>
        </w:tc>
        <w:tc>
          <w:tcPr>
            <w:tcW w:w="892" w:type="dxa"/>
            <w:tcMar>
              <w:top w:w="30" w:type="dxa"/>
              <w:left w:w="30" w:type="dxa"/>
              <w:bottom w:w="30" w:type="dxa"/>
              <w:right w:w="30" w:type="dxa"/>
            </w:tcMar>
            <w:vAlign w:val="center"/>
          </w:tcPr>
          <w:p w14:paraId="4C58A996" w14:textId="77777777" w:rsidR="00B773FD" w:rsidRDefault="005C7C28">
            <w:pPr>
              <w:spacing w:after="0" w:line="240" w:lineRule="auto"/>
              <w:jc w:val="center"/>
            </w:pPr>
            <w:r>
              <w:rPr>
                <w:rFonts w:ascii="Arial" w:hAnsi="Arial"/>
                <w:sz w:val="16"/>
              </w:rPr>
              <w:t>0.0040</w:t>
            </w:r>
          </w:p>
        </w:tc>
        <w:tc>
          <w:tcPr>
            <w:tcW w:w="748" w:type="dxa"/>
            <w:tcMar>
              <w:top w:w="30" w:type="dxa"/>
              <w:left w:w="30" w:type="dxa"/>
              <w:bottom w:w="30" w:type="dxa"/>
              <w:right w:w="30" w:type="dxa"/>
            </w:tcMar>
            <w:vAlign w:val="center"/>
          </w:tcPr>
          <w:p w14:paraId="006EC938" w14:textId="77777777" w:rsidR="00B773FD" w:rsidRDefault="005C7C28">
            <w:pPr>
              <w:spacing w:after="0" w:line="240" w:lineRule="auto"/>
              <w:jc w:val="center"/>
            </w:pPr>
            <w:r>
              <w:rPr>
                <w:rFonts w:ascii="Arial" w:hAnsi="Arial"/>
                <w:sz w:val="16"/>
              </w:rPr>
              <w:t>0.0020</w:t>
            </w:r>
          </w:p>
        </w:tc>
        <w:tc>
          <w:tcPr>
            <w:tcW w:w="720" w:type="dxa"/>
            <w:tcMar>
              <w:top w:w="30" w:type="dxa"/>
              <w:left w:w="30" w:type="dxa"/>
              <w:bottom w:w="30" w:type="dxa"/>
              <w:right w:w="30" w:type="dxa"/>
            </w:tcMar>
            <w:vAlign w:val="center"/>
          </w:tcPr>
          <w:p w14:paraId="352A2822" w14:textId="77777777" w:rsidR="00B773FD" w:rsidRDefault="005C7C28">
            <w:pPr>
              <w:spacing w:after="0" w:line="240" w:lineRule="auto"/>
              <w:jc w:val="center"/>
            </w:pPr>
            <w:r>
              <w:rPr>
                <w:rFonts w:ascii="Arial" w:hAnsi="Arial"/>
                <w:sz w:val="16"/>
              </w:rPr>
              <w:t>0.0000</w:t>
            </w:r>
          </w:p>
        </w:tc>
        <w:tc>
          <w:tcPr>
            <w:tcW w:w="720" w:type="dxa"/>
            <w:tcMar>
              <w:top w:w="30" w:type="dxa"/>
              <w:left w:w="30" w:type="dxa"/>
              <w:bottom w:w="30" w:type="dxa"/>
              <w:right w:w="30" w:type="dxa"/>
            </w:tcMar>
            <w:vAlign w:val="center"/>
          </w:tcPr>
          <w:p w14:paraId="2D52826F" w14:textId="77777777" w:rsidR="00B773FD" w:rsidRDefault="005C7C28">
            <w:pPr>
              <w:spacing w:after="0" w:line="240" w:lineRule="auto"/>
              <w:jc w:val="center"/>
            </w:pPr>
            <w:r>
              <w:rPr>
                <w:rFonts w:ascii="Arial" w:hAnsi="Arial"/>
                <w:sz w:val="16"/>
              </w:rPr>
              <w:t>0.0140</w:t>
            </w:r>
          </w:p>
        </w:tc>
        <w:tc>
          <w:tcPr>
            <w:tcW w:w="1512" w:type="dxa"/>
            <w:tcMar>
              <w:top w:w="30" w:type="dxa"/>
              <w:left w:w="30" w:type="dxa"/>
              <w:bottom w:w="30" w:type="dxa"/>
              <w:right w:w="30" w:type="dxa"/>
            </w:tcMar>
            <w:vAlign w:val="center"/>
          </w:tcPr>
          <w:p w14:paraId="5162B8BF" w14:textId="77777777" w:rsidR="00B773FD" w:rsidRDefault="005C7C28">
            <w:pPr>
              <w:spacing w:after="0" w:line="240" w:lineRule="auto"/>
              <w:jc w:val="center"/>
            </w:pPr>
            <w:r>
              <w:rPr>
                <w:rFonts w:ascii="Arial" w:hAnsi="Arial"/>
                <w:sz w:val="16"/>
              </w:rPr>
              <w:t>2072.2</w:t>
            </w:r>
          </w:p>
        </w:tc>
        <w:tc>
          <w:tcPr>
            <w:tcW w:w="1123" w:type="dxa"/>
            <w:tcMar>
              <w:top w:w="30" w:type="dxa"/>
              <w:left w:w="30" w:type="dxa"/>
              <w:bottom w:w="30" w:type="dxa"/>
              <w:right w:w="30" w:type="dxa"/>
            </w:tcMar>
            <w:vAlign w:val="center"/>
          </w:tcPr>
          <w:p w14:paraId="53566678" w14:textId="77777777" w:rsidR="00B773FD" w:rsidRDefault="005C7C28">
            <w:pPr>
              <w:spacing w:after="0" w:line="240" w:lineRule="auto"/>
              <w:jc w:val="center"/>
            </w:pPr>
            <w:r>
              <w:rPr>
                <w:rFonts w:ascii="Arial" w:hAnsi="Arial"/>
                <w:sz w:val="16"/>
              </w:rPr>
              <w:t>0.0002</w:t>
            </w:r>
          </w:p>
        </w:tc>
        <w:tc>
          <w:tcPr>
            <w:tcW w:w="1036" w:type="dxa"/>
            <w:tcMar>
              <w:top w:w="30" w:type="dxa"/>
              <w:left w:w="30" w:type="dxa"/>
              <w:bottom w:w="30" w:type="dxa"/>
              <w:right w:w="30" w:type="dxa"/>
            </w:tcMar>
            <w:vAlign w:val="center"/>
          </w:tcPr>
          <w:p w14:paraId="34A5DB1E" w14:textId="77777777" w:rsidR="00B773FD" w:rsidRDefault="005C7C28">
            <w:pPr>
              <w:spacing w:after="0" w:line="240" w:lineRule="auto"/>
              <w:jc w:val="center"/>
            </w:pPr>
            <w:r>
              <w:rPr>
                <w:rFonts w:ascii="Arial" w:hAnsi="Arial"/>
                <w:sz w:val="16"/>
              </w:rPr>
              <w:t>0.2467</w:t>
            </w:r>
          </w:p>
        </w:tc>
        <w:tc>
          <w:tcPr>
            <w:tcW w:w="748" w:type="dxa"/>
            <w:tcMar>
              <w:top w:w="30" w:type="dxa"/>
              <w:left w:w="30" w:type="dxa"/>
              <w:bottom w:w="30" w:type="dxa"/>
              <w:right w:w="30" w:type="dxa"/>
            </w:tcMar>
            <w:vAlign w:val="center"/>
          </w:tcPr>
          <w:p w14:paraId="59D3D95A" w14:textId="77777777" w:rsidR="00B773FD" w:rsidRDefault="005C7C28">
            <w:pPr>
              <w:spacing w:after="0" w:line="240" w:lineRule="auto"/>
              <w:jc w:val="center"/>
            </w:pPr>
            <w:r>
              <w:rPr>
                <w:rFonts w:ascii="Arial" w:hAnsi="Arial"/>
                <w:sz w:val="16"/>
              </w:rPr>
              <w:t>-0.0816</w:t>
            </w:r>
          </w:p>
        </w:tc>
        <w:tc>
          <w:tcPr>
            <w:tcW w:w="1324" w:type="dxa"/>
            <w:tcMar>
              <w:top w:w="30" w:type="dxa"/>
              <w:left w:w="30" w:type="dxa"/>
              <w:bottom w:w="30" w:type="dxa"/>
              <w:right w:w="30" w:type="dxa"/>
            </w:tcMar>
            <w:vAlign w:val="center"/>
          </w:tcPr>
          <w:p w14:paraId="2F46282A" w14:textId="77777777" w:rsidR="00B773FD" w:rsidRDefault="005C7C28">
            <w:pPr>
              <w:spacing w:after="0" w:line="240" w:lineRule="auto"/>
              <w:jc w:val="center"/>
            </w:pPr>
            <w:r>
              <w:rPr>
                <w:rFonts w:ascii="Arial" w:hAnsi="Arial"/>
                <w:sz w:val="16"/>
              </w:rPr>
              <w:t>-0.0001</w:t>
            </w:r>
          </w:p>
        </w:tc>
      </w:tr>
    </w:tbl>
    <w:p w14:paraId="07E7435D" w14:textId="77777777" w:rsidR="00B773FD" w:rsidRDefault="005C7C28">
      <w:r>
        <w:br w:type="page"/>
      </w:r>
    </w:p>
    <w:p w14:paraId="4E100427" w14:textId="77777777" w:rsidR="00B773FD" w:rsidRDefault="005C7C28">
      <w:pPr>
        <w:spacing w:after="40" w:line="240" w:lineRule="auto"/>
      </w:pPr>
      <w:r>
        <w:rPr>
          <w:rFonts w:ascii="Arial" w:hAnsi="Arial"/>
          <w:b/>
          <w:sz w:val="20"/>
        </w:rPr>
        <w:t>Table S4. Barrier typology per wetland. Presence, cumulative mapped length, share, and dominant typology of internal, site-boundary, and transboundary barriers for wetlands with mapped barriers. Lengths are summed across all processed interferograms, so repeated detections of a barrier in different interferograms are counted separately.</w:t>
      </w:r>
      <w:r>
        <w:rPr>
          <w:rFonts w:ascii="Arial" w:hAnsi="Arial"/>
          <w:sz w:val="20"/>
        </w:rPr>
      </w:r>
    </w:p>
    <w:p w14:paraId="577C1CF1" w14:textId="77777777" w:rsidR="00B773FD" w:rsidRDefault="005C7C28">
      <w:pPr>
        <w:spacing w:after="80" w:line="240" w:lineRule="auto"/>
      </w:pPr>
      <w:r>
        <w:rPr>
          <w:rFonts w:ascii="Arial" w:hAnsi="Arial"/>
          <w:i/>
          <w:sz w:val="16"/>
        </w:rPr>
        <w:t>Site-boundary corresponds to the 'boundary' class in the typology analysis outputs.</w:t>
      </w:r>
    </w:p>
    <w:tbl>
      <w:tblPr>
        <w:tblW w:w="0" w:type="auto"/>
        <w:jc w:val="center"/>
        <w:tblBorders>
          <w:top w:val="single" w:sz="5" w:space="0" w:color="B7C9DB"/>
          <w:left w:val="single" w:sz="5" w:space="0" w:color="B7C9DB"/>
          <w:bottom w:val="single" w:sz="5" w:space="0" w:color="B7C9DB"/>
          <w:right w:val="single" w:sz="5" w:space="0" w:color="B7C9DB"/>
          <w:insideH w:val="single" w:sz="5" w:space="0" w:color="B7C9DB"/>
          <w:insideV w:val="single" w:sz="5" w:space="0" w:color="B7C9DB"/>
        </w:tblBorders>
        <w:tblLayout w:type="fixed"/>
        <w:tblLook w:val="04A0" w:firstRow="1" w:lastRow="0" w:firstColumn="1" w:lastColumn="0" w:noHBand="0" w:noVBand="1"/>
      </w:tblPr>
      <w:tblGrid>
        <w:gridCol w:w="2592"/>
        <w:gridCol w:w="792"/>
        <w:gridCol w:w="1036"/>
        <w:gridCol w:w="1123"/>
        <w:gridCol w:w="1007"/>
        <w:gridCol w:w="1007"/>
        <w:gridCol w:w="1180"/>
        <w:gridCol w:w="1209"/>
        <w:gridCol w:w="892"/>
        <w:gridCol w:w="1152"/>
        <w:gridCol w:w="1180"/>
        <w:gridCol w:w="1368"/>
      </w:tblGrid>
      <w:tr w:rsidR="00B773FD" w14:paraId="2791A0FA" w14:textId="77777777">
        <w:trPr>
          <w:tblHeader/>
          <w:jc w:val="center"/>
        </w:trPr>
        <w:tc>
          <w:tcPr>
            <w:tcW w:w="2592" w:type="dxa"/>
            <w:shd w:val="clear" w:color="auto" w:fill="D9EAF7"/>
            <w:tcMar>
              <w:top w:w="28" w:type="dxa"/>
              <w:left w:w="28" w:type="dxa"/>
              <w:bottom w:w="28" w:type="dxa"/>
              <w:right w:w="28" w:type="dxa"/>
            </w:tcMar>
            <w:vAlign w:val="center"/>
          </w:tcPr>
          <w:p w14:paraId="4F6F1C0C" w14:textId="77777777" w:rsidR="00B773FD" w:rsidRDefault="005C7C28">
            <w:pPr>
              <w:spacing w:after="0" w:line="240" w:lineRule="auto"/>
              <w:jc w:val="center"/>
            </w:pPr>
            <w:r>
              <w:rPr>
                <w:rFonts w:ascii="Arial" w:hAnsi="Arial"/>
                <w:b/>
                <w:sz w:val="14"/>
              </w:rPr>
              <w:t>Wetland</w:t>
            </w:r>
          </w:p>
        </w:tc>
        <w:tc>
          <w:tcPr>
            <w:tcW w:w="792" w:type="dxa"/>
            <w:shd w:val="clear" w:color="auto" w:fill="D9EAF7"/>
            <w:tcMar>
              <w:top w:w="28" w:type="dxa"/>
              <w:left w:w="28" w:type="dxa"/>
              <w:bottom w:w="28" w:type="dxa"/>
              <w:right w:w="28" w:type="dxa"/>
            </w:tcMar>
            <w:vAlign w:val="center"/>
          </w:tcPr>
          <w:p w14:paraId="7493D1AC" w14:textId="77777777" w:rsidR="00B773FD" w:rsidRDefault="005C7C28">
            <w:pPr>
              <w:spacing w:after="0" w:line="240" w:lineRule="auto"/>
              <w:jc w:val="center"/>
            </w:pPr>
            <w:r>
              <w:rPr>
                <w:rFonts w:ascii="Arial" w:hAnsi="Arial"/>
                <w:b/>
                <w:sz w:val="14"/>
              </w:rPr>
              <w:t>Internal</w:t>
            </w:r>
          </w:p>
        </w:tc>
        <w:tc>
          <w:tcPr>
            <w:tcW w:w="1036" w:type="dxa"/>
            <w:shd w:val="clear" w:color="auto" w:fill="D9EAF7"/>
            <w:tcMar>
              <w:top w:w="28" w:type="dxa"/>
              <w:left w:w="28" w:type="dxa"/>
              <w:bottom w:w="28" w:type="dxa"/>
              <w:right w:w="28" w:type="dxa"/>
            </w:tcMar>
            <w:vAlign w:val="center"/>
          </w:tcPr>
          <w:p w14:paraId="65DFA11A" w14:textId="77777777" w:rsidR="00B773FD" w:rsidRDefault="005C7C28">
            <w:pPr>
              <w:spacing w:after="0" w:line="240" w:lineRule="auto"/>
              <w:jc w:val="center"/>
            </w:pPr>
            <w:r>
              <w:rPr>
                <w:rFonts w:ascii="Arial" w:hAnsi="Arial"/>
                <w:b/>
                <w:sz w:val="14"/>
              </w:rPr>
              <w:t>Site-boundary</w:t>
            </w:r>
          </w:p>
        </w:tc>
        <w:tc>
          <w:tcPr>
            <w:tcW w:w="1123" w:type="dxa"/>
            <w:shd w:val="clear" w:color="auto" w:fill="D9EAF7"/>
            <w:tcMar>
              <w:top w:w="28" w:type="dxa"/>
              <w:left w:w="28" w:type="dxa"/>
              <w:bottom w:w="28" w:type="dxa"/>
              <w:right w:w="28" w:type="dxa"/>
            </w:tcMar>
            <w:vAlign w:val="center"/>
          </w:tcPr>
          <w:p w14:paraId="4F3458C2" w14:textId="77777777" w:rsidR="00B773FD" w:rsidRDefault="005C7C28">
            <w:pPr>
              <w:spacing w:after="0" w:line="240" w:lineRule="auto"/>
              <w:jc w:val="center"/>
            </w:pPr>
            <w:r>
              <w:rPr>
                <w:rFonts w:ascii="Arial" w:hAnsi="Arial"/>
                <w:b/>
                <w:sz w:val="14"/>
              </w:rPr>
              <w:t>Transboundary</w:t>
            </w:r>
          </w:p>
        </w:tc>
        <w:tc>
          <w:tcPr>
            <w:tcW w:w="1007" w:type="dxa"/>
            <w:shd w:val="clear" w:color="auto" w:fill="D9EAF7"/>
            <w:tcMar>
              <w:top w:w="28" w:type="dxa"/>
              <w:left w:w="28" w:type="dxa"/>
              <w:bottom w:w="28" w:type="dxa"/>
              <w:right w:w="28" w:type="dxa"/>
            </w:tcMar>
            <w:vAlign w:val="center"/>
          </w:tcPr>
          <w:p w14:paraId="263DDD0D" w14:textId="77777777" w:rsidR="00B773FD" w:rsidRDefault="005C7C28">
            <w:pPr>
              <w:spacing w:after="0" w:line="240" w:lineRule="auto"/>
              <w:jc w:val="center"/>
            </w:pPr>
            <w:r>
              <w:rPr>
                <w:rFonts w:ascii="Arial" w:hAnsi="Arial"/>
                <w:b/>
                <w:sz w:val="14"/>
              </w:rPr>
              <w:t>Total</w:t>
            </w:r>
            <w:r>
              <w:rPr>
                <w:rFonts w:ascii="Arial" w:hAnsi="Arial"/>
                <w:b/>
                <w:sz w:val="14"/>
              </w:rPr>
              <w:br/>
              <w:t>km</w:t>
            </w:r>
          </w:p>
        </w:tc>
        <w:tc>
          <w:tcPr>
            <w:tcW w:w="1007" w:type="dxa"/>
            <w:shd w:val="clear" w:color="auto" w:fill="D9EAF7"/>
            <w:tcMar>
              <w:top w:w="28" w:type="dxa"/>
              <w:left w:w="28" w:type="dxa"/>
              <w:bottom w:w="28" w:type="dxa"/>
              <w:right w:w="28" w:type="dxa"/>
            </w:tcMar>
            <w:vAlign w:val="center"/>
          </w:tcPr>
          <w:p w14:paraId="2E55F5A5" w14:textId="77777777" w:rsidR="00B773FD" w:rsidRDefault="005C7C28">
            <w:pPr>
              <w:spacing w:after="0" w:line="240" w:lineRule="auto"/>
              <w:jc w:val="center"/>
            </w:pPr>
            <w:r>
              <w:rPr>
                <w:rFonts w:ascii="Arial" w:hAnsi="Arial"/>
                <w:b/>
                <w:sz w:val="14"/>
              </w:rPr>
              <w:t>Internal</w:t>
            </w:r>
            <w:r>
              <w:rPr>
                <w:rFonts w:ascii="Arial" w:hAnsi="Arial"/>
                <w:b/>
                <w:sz w:val="14"/>
              </w:rPr>
              <w:br/>
              <w:t>km</w:t>
            </w:r>
          </w:p>
        </w:tc>
        <w:tc>
          <w:tcPr>
            <w:tcW w:w="1180" w:type="dxa"/>
            <w:shd w:val="clear" w:color="auto" w:fill="D9EAF7"/>
            <w:tcMar>
              <w:top w:w="28" w:type="dxa"/>
              <w:left w:w="28" w:type="dxa"/>
              <w:bottom w:w="28" w:type="dxa"/>
              <w:right w:w="28" w:type="dxa"/>
            </w:tcMar>
            <w:vAlign w:val="center"/>
          </w:tcPr>
          <w:p w14:paraId="32BD7E14" w14:textId="77777777" w:rsidR="00B773FD" w:rsidRDefault="005C7C28">
            <w:pPr>
              <w:spacing w:after="0" w:line="240" w:lineRule="auto"/>
              <w:jc w:val="center"/>
            </w:pPr>
            <w:r>
              <w:rPr>
                <w:rFonts w:ascii="Arial" w:hAnsi="Arial"/>
                <w:b/>
                <w:sz w:val="14"/>
              </w:rPr>
              <w:t>Site-boundary</w:t>
            </w:r>
            <w:r>
              <w:rPr>
                <w:rFonts w:ascii="Arial" w:hAnsi="Arial"/>
                <w:b/>
                <w:sz w:val="14"/>
              </w:rPr>
              <w:br/>
              <w:t>km</w:t>
            </w:r>
          </w:p>
        </w:tc>
        <w:tc>
          <w:tcPr>
            <w:tcW w:w="1209" w:type="dxa"/>
            <w:shd w:val="clear" w:color="auto" w:fill="D9EAF7"/>
            <w:tcMar>
              <w:top w:w="28" w:type="dxa"/>
              <w:left w:w="28" w:type="dxa"/>
              <w:bottom w:w="28" w:type="dxa"/>
              <w:right w:w="28" w:type="dxa"/>
            </w:tcMar>
            <w:vAlign w:val="center"/>
          </w:tcPr>
          <w:p w14:paraId="2A9A9584" w14:textId="77777777" w:rsidR="00B773FD" w:rsidRDefault="005C7C28">
            <w:pPr>
              <w:spacing w:after="0" w:line="240" w:lineRule="auto"/>
              <w:jc w:val="center"/>
            </w:pPr>
            <w:r>
              <w:rPr>
                <w:rFonts w:ascii="Arial" w:hAnsi="Arial"/>
                <w:b/>
                <w:sz w:val="14"/>
              </w:rPr>
              <w:t>Transboundary</w:t>
            </w:r>
            <w:r>
              <w:rPr>
                <w:rFonts w:ascii="Arial" w:hAnsi="Arial"/>
                <w:b/>
                <w:sz w:val="14"/>
              </w:rPr>
              <w:br/>
              <w:t>km</w:t>
            </w:r>
          </w:p>
        </w:tc>
        <w:tc>
          <w:tcPr>
            <w:tcW w:w="892" w:type="dxa"/>
            <w:shd w:val="clear" w:color="auto" w:fill="D9EAF7"/>
            <w:tcMar>
              <w:top w:w="28" w:type="dxa"/>
              <w:left w:w="28" w:type="dxa"/>
              <w:bottom w:w="28" w:type="dxa"/>
              <w:right w:w="28" w:type="dxa"/>
            </w:tcMar>
            <w:vAlign w:val="center"/>
          </w:tcPr>
          <w:p w14:paraId="0766B10A" w14:textId="77777777" w:rsidR="00B773FD" w:rsidRDefault="005C7C28">
            <w:pPr>
              <w:spacing w:after="0" w:line="240" w:lineRule="auto"/>
              <w:jc w:val="center"/>
            </w:pPr>
            <w:r>
              <w:rPr>
                <w:rFonts w:ascii="Arial" w:hAnsi="Arial"/>
                <w:b/>
                <w:sz w:val="14"/>
              </w:rPr>
              <w:t>Internal</w:t>
            </w:r>
            <w:r>
              <w:rPr>
                <w:rFonts w:ascii="Arial" w:hAnsi="Arial"/>
                <w:b/>
                <w:sz w:val="14"/>
              </w:rPr>
              <w:br/>
              <w:t>%</w:t>
            </w:r>
          </w:p>
        </w:tc>
        <w:tc>
          <w:tcPr>
            <w:tcW w:w="1152" w:type="dxa"/>
            <w:shd w:val="clear" w:color="auto" w:fill="D9EAF7"/>
            <w:tcMar>
              <w:top w:w="28" w:type="dxa"/>
              <w:left w:w="28" w:type="dxa"/>
              <w:bottom w:w="28" w:type="dxa"/>
              <w:right w:w="28" w:type="dxa"/>
            </w:tcMar>
            <w:vAlign w:val="center"/>
          </w:tcPr>
          <w:p w14:paraId="09A27612" w14:textId="77777777" w:rsidR="00B773FD" w:rsidRDefault="005C7C28">
            <w:pPr>
              <w:spacing w:after="0" w:line="240" w:lineRule="auto"/>
              <w:jc w:val="center"/>
            </w:pPr>
            <w:r>
              <w:rPr>
                <w:rFonts w:ascii="Arial" w:hAnsi="Arial"/>
                <w:b/>
                <w:sz w:val="14"/>
              </w:rPr>
              <w:t>Site-boundary</w:t>
            </w:r>
            <w:r>
              <w:rPr>
                <w:rFonts w:ascii="Arial" w:hAnsi="Arial"/>
                <w:b/>
                <w:sz w:val="14"/>
              </w:rPr>
              <w:br/>
              <w:t>%</w:t>
            </w:r>
          </w:p>
        </w:tc>
        <w:tc>
          <w:tcPr>
            <w:tcW w:w="1180" w:type="dxa"/>
            <w:shd w:val="clear" w:color="auto" w:fill="D9EAF7"/>
            <w:tcMar>
              <w:top w:w="28" w:type="dxa"/>
              <w:left w:w="28" w:type="dxa"/>
              <w:bottom w:w="28" w:type="dxa"/>
              <w:right w:w="28" w:type="dxa"/>
            </w:tcMar>
            <w:vAlign w:val="center"/>
          </w:tcPr>
          <w:p w14:paraId="3898552D" w14:textId="77777777" w:rsidR="00B773FD" w:rsidRDefault="005C7C28">
            <w:pPr>
              <w:spacing w:after="0" w:line="240" w:lineRule="auto"/>
              <w:jc w:val="center"/>
            </w:pPr>
            <w:r>
              <w:rPr>
                <w:rFonts w:ascii="Arial" w:hAnsi="Arial"/>
                <w:b/>
                <w:sz w:val="14"/>
              </w:rPr>
              <w:t>Transboundary</w:t>
            </w:r>
            <w:r>
              <w:rPr>
                <w:rFonts w:ascii="Arial" w:hAnsi="Arial"/>
                <w:b/>
                <w:sz w:val="14"/>
              </w:rPr>
              <w:br/>
              <w:t>%</w:t>
            </w:r>
          </w:p>
        </w:tc>
        <w:tc>
          <w:tcPr>
            <w:tcW w:w="1368" w:type="dxa"/>
            <w:shd w:val="clear" w:color="auto" w:fill="D9EAF7"/>
            <w:tcMar>
              <w:top w:w="28" w:type="dxa"/>
              <w:left w:w="28" w:type="dxa"/>
              <w:bottom w:w="28" w:type="dxa"/>
              <w:right w:w="28" w:type="dxa"/>
            </w:tcMar>
            <w:vAlign w:val="center"/>
          </w:tcPr>
          <w:p w14:paraId="47086182" w14:textId="77777777" w:rsidR="00B773FD" w:rsidRDefault="005C7C28">
            <w:pPr>
              <w:spacing w:after="0" w:line="240" w:lineRule="auto"/>
              <w:jc w:val="center"/>
            </w:pPr>
            <w:r>
              <w:rPr>
                <w:rFonts w:ascii="Arial" w:hAnsi="Arial"/>
                <w:b/>
                <w:sz w:val="14"/>
              </w:rPr>
              <w:t>Dominant type</w:t>
            </w:r>
          </w:p>
        </w:tc>
      </w:tr>
      <w:tr w:rsidR="00B773FD" w14:paraId="1BED2072" w14:textId="77777777">
        <w:trPr>
          <w:jc w:val="center"/>
        </w:trPr>
        <w:tc>
          <w:tcPr>
            <w:tcW w:w="2592" w:type="dxa"/>
            <w:tcMar>
              <w:top w:w="24" w:type="dxa"/>
              <w:left w:w="24" w:type="dxa"/>
              <w:bottom w:w="24" w:type="dxa"/>
              <w:right w:w="24" w:type="dxa"/>
            </w:tcMar>
            <w:vAlign w:val="center"/>
          </w:tcPr>
          <w:p w14:paraId="18D96E1D" w14:textId="77777777" w:rsidR="00B773FD" w:rsidRDefault="005C7C28">
            <w:pPr>
              <w:spacing w:after="0" w:line="240" w:lineRule="auto"/>
            </w:pPr>
            <w:r>
              <w:rPr>
                <w:rFonts w:ascii="Arial" w:hAnsi="Arial"/>
                <w:sz w:val="14"/>
              </w:rPr>
              <w:t>Amvrakikos Gulf</w:t>
            </w:r>
          </w:p>
        </w:tc>
        <w:tc>
          <w:tcPr>
            <w:tcW w:w="792" w:type="dxa"/>
            <w:tcMar>
              <w:top w:w="24" w:type="dxa"/>
              <w:left w:w="24" w:type="dxa"/>
              <w:bottom w:w="24" w:type="dxa"/>
              <w:right w:w="24" w:type="dxa"/>
            </w:tcMar>
            <w:vAlign w:val="center"/>
          </w:tcPr>
          <w:p w14:paraId="68621976"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1677B649" w14:textId="77777777" w:rsidR="00B773FD" w:rsidRDefault="005C7C28">
            <w:pPr>
              <w:spacing w:after="0" w:line="240" w:lineRule="auto"/>
              <w:jc w:val="center"/>
            </w:pPr>
            <w:r>
              <w:rPr>
                <w:rFonts w:ascii="Arial" w:hAnsi="Arial"/>
                <w:sz w:val="14"/>
              </w:rPr>
              <w:t>No</w:t>
            </w:r>
          </w:p>
        </w:tc>
        <w:tc>
          <w:tcPr>
            <w:tcW w:w="1123" w:type="dxa"/>
            <w:tcMar>
              <w:top w:w="24" w:type="dxa"/>
              <w:left w:w="24" w:type="dxa"/>
              <w:bottom w:w="24" w:type="dxa"/>
              <w:right w:w="24" w:type="dxa"/>
            </w:tcMar>
            <w:vAlign w:val="center"/>
          </w:tcPr>
          <w:p w14:paraId="0998D003"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4670AD20" w14:textId="77777777" w:rsidR="00B773FD" w:rsidRDefault="005C7C28">
            <w:pPr>
              <w:spacing w:after="0" w:line="240" w:lineRule="auto"/>
              <w:jc w:val="center"/>
            </w:pPr>
            <w:r>
              <w:rPr>
                <w:rFonts w:ascii="Arial" w:hAnsi="Arial"/>
                <w:sz w:val="14"/>
              </w:rPr>
              <w:t>131.9</w:t>
            </w:r>
          </w:p>
        </w:tc>
        <w:tc>
          <w:tcPr>
            <w:tcW w:w="1007" w:type="dxa"/>
            <w:tcMar>
              <w:top w:w="24" w:type="dxa"/>
              <w:left w:w="24" w:type="dxa"/>
              <w:bottom w:w="24" w:type="dxa"/>
              <w:right w:w="24" w:type="dxa"/>
            </w:tcMar>
            <w:vAlign w:val="center"/>
          </w:tcPr>
          <w:p w14:paraId="6BAE7AA4" w14:textId="77777777" w:rsidR="00B773FD" w:rsidRDefault="005C7C28">
            <w:pPr>
              <w:spacing w:after="0" w:line="240" w:lineRule="auto"/>
              <w:jc w:val="center"/>
            </w:pPr>
            <w:r>
              <w:rPr>
                <w:rFonts w:ascii="Arial" w:hAnsi="Arial"/>
                <w:sz w:val="14"/>
              </w:rPr>
              <w:t>131.9</w:t>
            </w:r>
          </w:p>
        </w:tc>
        <w:tc>
          <w:tcPr>
            <w:tcW w:w="1180" w:type="dxa"/>
            <w:tcMar>
              <w:top w:w="24" w:type="dxa"/>
              <w:left w:w="24" w:type="dxa"/>
              <w:bottom w:w="24" w:type="dxa"/>
              <w:right w:w="24" w:type="dxa"/>
            </w:tcMar>
            <w:vAlign w:val="center"/>
          </w:tcPr>
          <w:p w14:paraId="1FA3D380" w14:textId="77777777" w:rsidR="00B773FD" w:rsidRDefault="005C7C28">
            <w:pPr>
              <w:spacing w:after="0" w:line="240" w:lineRule="auto"/>
              <w:jc w:val="center"/>
            </w:pPr>
            <w:r>
              <w:rPr>
                <w:rFonts w:ascii="Arial" w:hAnsi="Arial"/>
                <w:sz w:val="14"/>
              </w:rPr>
              <w:t>0.0</w:t>
            </w:r>
          </w:p>
        </w:tc>
        <w:tc>
          <w:tcPr>
            <w:tcW w:w="1209" w:type="dxa"/>
            <w:tcMar>
              <w:top w:w="24" w:type="dxa"/>
              <w:left w:w="24" w:type="dxa"/>
              <w:bottom w:w="24" w:type="dxa"/>
              <w:right w:w="24" w:type="dxa"/>
            </w:tcMar>
            <w:vAlign w:val="center"/>
          </w:tcPr>
          <w:p w14:paraId="6AF59AF5"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6B469174" w14:textId="77777777" w:rsidR="00B773FD" w:rsidRDefault="005C7C28">
            <w:pPr>
              <w:spacing w:after="0" w:line="240" w:lineRule="auto"/>
              <w:jc w:val="center"/>
            </w:pPr>
            <w:r>
              <w:rPr>
                <w:rFonts w:ascii="Arial" w:hAnsi="Arial"/>
                <w:sz w:val="14"/>
              </w:rPr>
              <w:t>100.0</w:t>
            </w:r>
          </w:p>
        </w:tc>
        <w:tc>
          <w:tcPr>
            <w:tcW w:w="1152" w:type="dxa"/>
            <w:tcMar>
              <w:top w:w="24" w:type="dxa"/>
              <w:left w:w="24" w:type="dxa"/>
              <w:bottom w:w="24" w:type="dxa"/>
              <w:right w:w="24" w:type="dxa"/>
            </w:tcMar>
            <w:vAlign w:val="center"/>
          </w:tcPr>
          <w:p w14:paraId="0D46F113" w14:textId="77777777" w:rsidR="00B773FD" w:rsidRDefault="005C7C28">
            <w:pPr>
              <w:spacing w:after="0" w:line="240" w:lineRule="auto"/>
              <w:jc w:val="center"/>
            </w:pPr>
            <w:r>
              <w:rPr>
                <w:rFonts w:ascii="Arial" w:hAnsi="Arial"/>
                <w:sz w:val="14"/>
              </w:rPr>
              <w:t>0.0</w:t>
            </w:r>
          </w:p>
        </w:tc>
        <w:tc>
          <w:tcPr>
            <w:tcW w:w="1180" w:type="dxa"/>
            <w:tcMar>
              <w:top w:w="24" w:type="dxa"/>
              <w:left w:w="24" w:type="dxa"/>
              <w:bottom w:w="24" w:type="dxa"/>
              <w:right w:w="24" w:type="dxa"/>
            </w:tcMar>
            <w:vAlign w:val="center"/>
          </w:tcPr>
          <w:p w14:paraId="759B28F6"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5C7F5502" w14:textId="77777777" w:rsidR="00B773FD" w:rsidRDefault="005C7C28">
            <w:pPr>
              <w:spacing w:after="0" w:line="240" w:lineRule="auto"/>
              <w:jc w:val="center"/>
            </w:pPr>
            <w:r>
              <w:rPr>
                <w:rFonts w:ascii="Arial" w:hAnsi="Arial"/>
                <w:sz w:val="14"/>
              </w:rPr>
              <w:t>Internal</w:t>
            </w:r>
          </w:p>
        </w:tc>
      </w:tr>
      <w:tr w:rsidR="00B773FD" w14:paraId="74DFB471" w14:textId="77777777">
        <w:trPr>
          <w:jc w:val="center"/>
        </w:trPr>
        <w:tc>
          <w:tcPr>
            <w:tcW w:w="2592" w:type="dxa"/>
            <w:shd w:val="clear" w:color="auto" w:fill="F7FBFF"/>
            <w:tcMar>
              <w:top w:w="24" w:type="dxa"/>
              <w:left w:w="24" w:type="dxa"/>
              <w:bottom w:w="24" w:type="dxa"/>
              <w:right w:w="24" w:type="dxa"/>
            </w:tcMar>
            <w:vAlign w:val="center"/>
          </w:tcPr>
          <w:p w14:paraId="73026C69" w14:textId="77777777" w:rsidR="00B773FD" w:rsidRDefault="005C7C28">
            <w:pPr>
              <w:spacing w:after="0" w:line="240" w:lineRule="auto"/>
            </w:pPr>
            <w:r>
              <w:rPr>
                <w:rFonts w:ascii="Arial" w:hAnsi="Arial"/>
                <w:sz w:val="14"/>
              </w:rPr>
              <w:t>Anzali Wetland</w:t>
            </w:r>
          </w:p>
        </w:tc>
        <w:tc>
          <w:tcPr>
            <w:tcW w:w="792" w:type="dxa"/>
            <w:shd w:val="clear" w:color="auto" w:fill="F7FBFF"/>
            <w:tcMar>
              <w:top w:w="24" w:type="dxa"/>
              <w:left w:w="24" w:type="dxa"/>
              <w:bottom w:w="24" w:type="dxa"/>
              <w:right w:w="24" w:type="dxa"/>
            </w:tcMar>
            <w:vAlign w:val="center"/>
          </w:tcPr>
          <w:p w14:paraId="3F05DE6C"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5F32ACD3" w14:textId="77777777" w:rsidR="00B773FD" w:rsidRDefault="005C7C28">
            <w:pPr>
              <w:spacing w:after="0" w:line="240" w:lineRule="auto"/>
              <w:jc w:val="center"/>
            </w:pPr>
            <w:r>
              <w:rPr>
                <w:rFonts w:ascii="Arial" w:hAnsi="Arial"/>
                <w:sz w:val="14"/>
              </w:rPr>
              <w:t>No</w:t>
            </w:r>
          </w:p>
        </w:tc>
        <w:tc>
          <w:tcPr>
            <w:tcW w:w="1123" w:type="dxa"/>
            <w:shd w:val="clear" w:color="auto" w:fill="F7FBFF"/>
            <w:tcMar>
              <w:top w:w="24" w:type="dxa"/>
              <w:left w:w="24" w:type="dxa"/>
              <w:bottom w:w="24" w:type="dxa"/>
              <w:right w:w="24" w:type="dxa"/>
            </w:tcMar>
            <w:vAlign w:val="center"/>
          </w:tcPr>
          <w:p w14:paraId="361D0174"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11CDA113" w14:textId="77777777" w:rsidR="00B773FD" w:rsidRDefault="005C7C28">
            <w:pPr>
              <w:spacing w:after="0" w:line="240" w:lineRule="auto"/>
              <w:jc w:val="center"/>
            </w:pPr>
            <w:r>
              <w:rPr>
                <w:rFonts w:ascii="Arial" w:hAnsi="Arial"/>
                <w:sz w:val="14"/>
              </w:rPr>
              <w:t>44.2</w:t>
            </w:r>
          </w:p>
        </w:tc>
        <w:tc>
          <w:tcPr>
            <w:tcW w:w="1007" w:type="dxa"/>
            <w:shd w:val="clear" w:color="auto" w:fill="F7FBFF"/>
            <w:tcMar>
              <w:top w:w="24" w:type="dxa"/>
              <w:left w:w="24" w:type="dxa"/>
              <w:bottom w:w="24" w:type="dxa"/>
              <w:right w:w="24" w:type="dxa"/>
            </w:tcMar>
            <w:vAlign w:val="center"/>
          </w:tcPr>
          <w:p w14:paraId="18A918E4" w14:textId="77777777" w:rsidR="00B773FD" w:rsidRDefault="005C7C28">
            <w:pPr>
              <w:spacing w:after="0" w:line="240" w:lineRule="auto"/>
              <w:jc w:val="center"/>
            </w:pPr>
            <w:r>
              <w:rPr>
                <w:rFonts w:ascii="Arial" w:hAnsi="Arial"/>
                <w:sz w:val="14"/>
              </w:rPr>
              <w:t>44.2</w:t>
            </w:r>
          </w:p>
        </w:tc>
        <w:tc>
          <w:tcPr>
            <w:tcW w:w="1180" w:type="dxa"/>
            <w:shd w:val="clear" w:color="auto" w:fill="F7FBFF"/>
            <w:tcMar>
              <w:top w:w="24" w:type="dxa"/>
              <w:left w:w="24" w:type="dxa"/>
              <w:bottom w:w="24" w:type="dxa"/>
              <w:right w:w="24" w:type="dxa"/>
            </w:tcMar>
            <w:vAlign w:val="center"/>
          </w:tcPr>
          <w:p w14:paraId="2A2CA524" w14:textId="77777777" w:rsidR="00B773FD" w:rsidRDefault="005C7C28">
            <w:pPr>
              <w:spacing w:after="0" w:line="240" w:lineRule="auto"/>
              <w:jc w:val="center"/>
            </w:pPr>
            <w:r>
              <w:rPr>
                <w:rFonts w:ascii="Arial" w:hAnsi="Arial"/>
                <w:sz w:val="14"/>
              </w:rPr>
              <w:t>0.0</w:t>
            </w:r>
          </w:p>
        </w:tc>
        <w:tc>
          <w:tcPr>
            <w:tcW w:w="1209" w:type="dxa"/>
            <w:shd w:val="clear" w:color="auto" w:fill="F7FBFF"/>
            <w:tcMar>
              <w:top w:w="24" w:type="dxa"/>
              <w:left w:w="24" w:type="dxa"/>
              <w:bottom w:w="24" w:type="dxa"/>
              <w:right w:w="24" w:type="dxa"/>
            </w:tcMar>
            <w:vAlign w:val="center"/>
          </w:tcPr>
          <w:p w14:paraId="0DC82668"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52760C77" w14:textId="77777777" w:rsidR="00B773FD" w:rsidRDefault="005C7C28">
            <w:pPr>
              <w:spacing w:after="0" w:line="240" w:lineRule="auto"/>
              <w:jc w:val="center"/>
            </w:pPr>
            <w:r>
              <w:rPr>
                <w:rFonts w:ascii="Arial" w:hAnsi="Arial"/>
                <w:sz w:val="14"/>
              </w:rPr>
              <w:t>100.0</w:t>
            </w:r>
          </w:p>
        </w:tc>
        <w:tc>
          <w:tcPr>
            <w:tcW w:w="1152" w:type="dxa"/>
            <w:shd w:val="clear" w:color="auto" w:fill="F7FBFF"/>
            <w:tcMar>
              <w:top w:w="24" w:type="dxa"/>
              <w:left w:w="24" w:type="dxa"/>
              <w:bottom w:w="24" w:type="dxa"/>
              <w:right w:w="24" w:type="dxa"/>
            </w:tcMar>
            <w:vAlign w:val="center"/>
          </w:tcPr>
          <w:p w14:paraId="15C92346" w14:textId="77777777" w:rsidR="00B773FD" w:rsidRDefault="005C7C28">
            <w:pPr>
              <w:spacing w:after="0" w:line="240" w:lineRule="auto"/>
              <w:jc w:val="center"/>
            </w:pPr>
            <w:r>
              <w:rPr>
                <w:rFonts w:ascii="Arial" w:hAnsi="Arial"/>
                <w:sz w:val="14"/>
              </w:rPr>
              <w:t>0.0</w:t>
            </w:r>
          </w:p>
        </w:tc>
        <w:tc>
          <w:tcPr>
            <w:tcW w:w="1180" w:type="dxa"/>
            <w:shd w:val="clear" w:color="auto" w:fill="F7FBFF"/>
            <w:tcMar>
              <w:top w:w="24" w:type="dxa"/>
              <w:left w:w="24" w:type="dxa"/>
              <w:bottom w:w="24" w:type="dxa"/>
              <w:right w:w="24" w:type="dxa"/>
            </w:tcMar>
            <w:vAlign w:val="center"/>
          </w:tcPr>
          <w:p w14:paraId="605AF970"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1D2022B1" w14:textId="77777777" w:rsidR="00B773FD" w:rsidRDefault="005C7C28">
            <w:pPr>
              <w:spacing w:after="0" w:line="240" w:lineRule="auto"/>
              <w:jc w:val="center"/>
            </w:pPr>
            <w:r>
              <w:rPr>
                <w:rFonts w:ascii="Arial" w:hAnsi="Arial"/>
                <w:sz w:val="14"/>
              </w:rPr>
              <w:t>Internal</w:t>
            </w:r>
          </w:p>
        </w:tc>
      </w:tr>
      <w:tr w:rsidR="00B773FD" w14:paraId="1161475D" w14:textId="77777777">
        <w:trPr>
          <w:jc w:val="center"/>
        </w:trPr>
        <w:tc>
          <w:tcPr>
            <w:tcW w:w="2592" w:type="dxa"/>
            <w:tcMar>
              <w:top w:w="24" w:type="dxa"/>
              <w:left w:w="24" w:type="dxa"/>
              <w:bottom w:w="24" w:type="dxa"/>
              <w:right w:w="24" w:type="dxa"/>
            </w:tcMar>
            <w:vAlign w:val="center"/>
          </w:tcPr>
          <w:p w14:paraId="451A5294" w14:textId="77777777" w:rsidR="00B773FD" w:rsidRDefault="005C7C28">
            <w:pPr>
              <w:spacing w:after="0" w:line="240" w:lineRule="auto"/>
            </w:pPr>
            <w:r>
              <w:rPr>
                <w:rFonts w:ascii="Arial" w:hAnsi="Arial"/>
                <w:sz w:val="14"/>
              </w:rPr>
              <w:t>Axios, Loudias, Aliakmon Delta</w:t>
            </w:r>
          </w:p>
        </w:tc>
        <w:tc>
          <w:tcPr>
            <w:tcW w:w="792" w:type="dxa"/>
            <w:tcMar>
              <w:top w:w="24" w:type="dxa"/>
              <w:left w:w="24" w:type="dxa"/>
              <w:bottom w:w="24" w:type="dxa"/>
              <w:right w:w="24" w:type="dxa"/>
            </w:tcMar>
            <w:vAlign w:val="center"/>
          </w:tcPr>
          <w:p w14:paraId="1DDED79A"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0901EEA3" w14:textId="77777777" w:rsidR="00B773FD" w:rsidRDefault="005C7C28">
            <w:pPr>
              <w:spacing w:after="0" w:line="240" w:lineRule="auto"/>
              <w:jc w:val="center"/>
            </w:pPr>
            <w:r>
              <w:rPr>
                <w:rFonts w:ascii="Arial" w:hAnsi="Arial"/>
                <w:sz w:val="14"/>
              </w:rPr>
              <w:t>No</w:t>
            </w:r>
          </w:p>
        </w:tc>
        <w:tc>
          <w:tcPr>
            <w:tcW w:w="1123" w:type="dxa"/>
            <w:tcMar>
              <w:top w:w="24" w:type="dxa"/>
              <w:left w:w="24" w:type="dxa"/>
              <w:bottom w:w="24" w:type="dxa"/>
              <w:right w:w="24" w:type="dxa"/>
            </w:tcMar>
            <w:vAlign w:val="center"/>
          </w:tcPr>
          <w:p w14:paraId="2A2CA5D4"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0DE27BDA" w14:textId="77777777" w:rsidR="00B773FD" w:rsidRDefault="005C7C28">
            <w:pPr>
              <w:spacing w:after="0" w:line="240" w:lineRule="auto"/>
              <w:jc w:val="center"/>
            </w:pPr>
            <w:r>
              <w:rPr>
                <w:rFonts w:ascii="Arial" w:hAnsi="Arial"/>
                <w:sz w:val="14"/>
              </w:rPr>
              <w:t>11.0</w:t>
            </w:r>
          </w:p>
        </w:tc>
        <w:tc>
          <w:tcPr>
            <w:tcW w:w="1007" w:type="dxa"/>
            <w:tcMar>
              <w:top w:w="24" w:type="dxa"/>
              <w:left w:w="24" w:type="dxa"/>
              <w:bottom w:w="24" w:type="dxa"/>
              <w:right w:w="24" w:type="dxa"/>
            </w:tcMar>
            <w:vAlign w:val="center"/>
          </w:tcPr>
          <w:p w14:paraId="44B618C3" w14:textId="77777777" w:rsidR="00B773FD" w:rsidRDefault="005C7C28">
            <w:pPr>
              <w:spacing w:after="0" w:line="240" w:lineRule="auto"/>
              <w:jc w:val="center"/>
            </w:pPr>
            <w:r>
              <w:rPr>
                <w:rFonts w:ascii="Arial" w:hAnsi="Arial"/>
                <w:sz w:val="14"/>
              </w:rPr>
              <w:t>11.0</w:t>
            </w:r>
          </w:p>
        </w:tc>
        <w:tc>
          <w:tcPr>
            <w:tcW w:w="1180" w:type="dxa"/>
            <w:tcMar>
              <w:top w:w="24" w:type="dxa"/>
              <w:left w:w="24" w:type="dxa"/>
              <w:bottom w:w="24" w:type="dxa"/>
              <w:right w:w="24" w:type="dxa"/>
            </w:tcMar>
            <w:vAlign w:val="center"/>
          </w:tcPr>
          <w:p w14:paraId="18E0BE05" w14:textId="77777777" w:rsidR="00B773FD" w:rsidRDefault="005C7C28">
            <w:pPr>
              <w:spacing w:after="0" w:line="240" w:lineRule="auto"/>
              <w:jc w:val="center"/>
            </w:pPr>
            <w:r>
              <w:rPr>
                <w:rFonts w:ascii="Arial" w:hAnsi="Arial"/>
                <w:sz w:val="14"/>
              </w:rPr>
              <w:t>0.0</w:t>
            </w:r>
          </w:p>
        </w:tc>
        <w:tc>
          <w:tcPr>
            <w:tcW w:w="1209" w:type="dxa"/>
            <w:tcMar>
              <w:top w:w="24" w:type="dxa"/>
              <w:left w:w="24" w:type="dxa"/>
              <w:bottom w:w="24" w:type="dxa"/>
              <w:right w:w="24" w:type="dxa"/>
            </w:tcMar>
            <w:vAlign w:val="center"/>
          </w:tcPr>
          <w:p w14:paraId="00E67CBE"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254C3DF9" w14:textId="77777777" w:rsidR="00B773FD" w:rsidRDefault="005C7C28">
            <w:pPr>
              <w:spacing w:after="0" w:line="240" w:lineRule="auto"/>
              <w:jc w:val="center"/>
            </w:pPr>
            <w:r>
              <w:rPr>
                <w:rFonts w:ascii="Arial" w:hAnsi="Arial"/>
                <w:sz w:val="14"/>
              </w:rPr>
              <w:t>100.0</w:t>
            </w:r>
          </w:p>
        </w:tc>
        <w:tc>
          <w:tcPr>
            <w:tcW w:w="1152" w:type="dxa"/>
            <w:tcMar>
              <w:top w:w="24" w:type="dxa"/>
              <w:left w:w="24" w:type="dxa"/>
              <w:bottom w:w="24" w:type="dxa"/>
              <w:right w:w="24" w:type="dxa"/>
            </w:tcMar>
            <w:vAlign w:val="center"/>
          </w:tcPr>
          <w:p w14:paraId="78F22EBB" w14:textId="77777777" w:rsidR="00B773FD" w:rsidRDefault="005C7C28">
            <w:pPr>
              <w:spacing w:after="0" w:line="240" w:lineRule="auto"/>
              <w:jc w:val="center"/>
            </w:pPr>
            <w:r>
              <w:rPr>
                <w:rFonts w:ascii="Arial" w:hAnsi="Arial"/>
                <w:sz w:val="14"/>
              </w:rPr>
              <w:t>0.0</w:t>
            </w:r>
          </w:p>
        </w:tc>
        <w:tc>
          <w:tcPr>
            <w:tcW w:w="1180" w:type="dxa"/>
            <w:tcMar>
              <w:top w:w="24" w:type="dxa"/>
              <w:left w:w="24" w:type="dxa"/>
              <w:bottom w:w="24" w:type="dxa"/>
              <w:right w:w="24" w:type="dxa"/>
            </w:tcMar>
            <w:vAlign w:val="center"/>
          </w:tcPr>
          <w:p w14:paraId="7DF7A6E4"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20CA7117" w14:textId="77777777" w:rsidR="00B773FD" w:rsidRDefault="005C7C28">
            <w:pPr>
              <w:spacing w:after="0" w:line="240" w:lineRule="auto"/>
              <w:jc w:val="center"/>
            </w:pPr>
            <w:r>
              <w:rPr>
                <w:rFonts w:ascii="Arial" w:hAnsi="Arial"/>
                <w:sz w:val="14"/>
              </w:rPr>
              <w:t>Internal</w:t>
            </w:r>
          </w:p>
        </w:tc>
      </w:tr>
      <w:tr w:rsidR="00B773FD" w14:paraId="1E6C3CFD" w14:textId="77777777">
        <w:trPr>
          <w:jc w:val="center"/>
        </w:trPr>
        <w:tc>
          <w:tcPr>
            <w:tcW w:w="2592" w:type="dxa"/>
            <w:shd w:val="clear" w:color="auto" w:fill="F7FBFF"/>
            <w:tcMar>
              <w:top w:w="24" w:type="dxa"/>
              <w:left w:w="24" w:type="dxa"/>
              <w:bottom w:w="24" w:type="dxa"/>
              <w:right w:w="24" w:type="dxa"/>
            </w:tcMar>
            <w:vAlign w:val="center"/>
          </w:tcPr>
          <w:p w14:paraId="5BFB839D" w14:textId="77777777" w:rsidR="00B773FD" w:rsidRPr="00335C5E" w:rsidRDefault="005C7C28">
            <w:pPr>
              <w:spacing w:after="0" w:line="240" w:lineRule="auto"/>
              <w:rPr>
                <w:lang w:val="sv-SE"/>
              </w:rPr>
            </w:pPr>
            <w:r w:rsidRPr="00335C5E">
              <w:rPr>
                <w:rFonts w:ascii="Arial" w:hAnsi="Arial"/>
                <w:sz w:val="14"/>
                <w:lang w:val="sv-SE"/>
              </w:rPr>
              <w:t>Cienaga Grande de Santa Marta</w:t>
            </w:r>
          </w:p>
        </w:tc>
        <w:tc>
          <w:tcPr>
            <w:tcW w:w="792" w:type="dxa"/>
            <w:shd w:val="clear" w:color="auto" w:fill="F7FBFF"/>
            <w:tcMar>
              <w:top w:w="24" w:type="dxa"/>
              <w:left w:w="24" w:type="dxa"/>
              <w:bottom w:w="24" w:type="dxa"/>
              <w:right w:w="24" w:type="dxa"/>
            </w:tcMar>
            <w:vAlign w:val="center"/>
          </w:tcPr>
          <w:p w14:paraId="5AF50D27"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06067952" w14:textId="77777777" w:rsidR="00B773FD" w:rsidRDefault="005C7C28">
            <w:pPr>
              <w:spacing w:after="0" w:line="240" w:lineRule="auto"/>
              <w:jc w:val="center"/>
            </w:pPr>
            <w:r>
              <w:rPr>
                <w:rFonts w:ascii="Arial" w:hAnsi="Arial"/>
                <w:sz w:val="14"/>
              </w:rPr>
              <w:t>No</w:t>
            </w:r>
          </w:p>
        </w:tc>
        <w:tc>
          <w:tcPr>
            <w:tcW w:w="1123" w:type="dxa"/>
            <w:shd w:val="clear" w:color="auto" w:fill="F7FBFF"/>
            <w:tcMar>
              <w:top w:w="24" w:type="dxa"/>
              <w:left w:w="24" w:type="dxa"/>
              <w:bottom w:w="24" w:type="dxa"/>
              <w:right w:w="24" w:type="dxa"/>
            </w:tcMar>
            <w:vAlign w:val="center"/>
          </w:tcPr>
          <w:p w14:paraId="416904B3"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74E60C8F" w14:textId="77777777" w:rsidR="00B773FD" w:rsidRDefault="005C7C28">
            <w:pPr>
              <w:spacing w:after="0" w:line="240" w:lineRule="auto"/>
              <w:jc w:val="center"/>
            </w:pPr>
            <w:r>
              <w:rPr>
                <w:rFonts w:ascii="Arial" w:hAnsi="Arial"/>
                <w:sz w:val="14"/>
              </w:rPr>
              <w:t>339.3</w:t>
            </w:r>
          </w:p>
        </w:tc>
        <w:tc>
          <w:tcPr>
            <w:tcW w:w="1007" w:type="dxa"/>
            <w:shd w:val="clear" w:color="auto" w:fill="F7FBFF"/>
            <w:tcMar>
              <w:top w:w="24" w:type="dxa"/>
              <w:left w:w="24" w:type="dxa"/>
              <w:bottom w:w="24" w:type="dxa"/>
              <w:right w:w="24" w:type="dxa"/>
            </w:tcMar>
            <w:vAlign w:val="center"/>
          </w:tcPr>
          <w:p w14:paraId="387CB95E" w14:textId="77777777" w:rsidR="00B773FD" w:rsidRDefault="005C7C28">
            <w:pPr>
              <w:spacing w:after="0" w:line="240" w:lineRule="auto"/>
              <w:jc w:val="center"/>
            </w:pPr>
            <w:r>
              <w:rPr>
                <w:rFonts w:ascii="Arial" w:hAnsi="Arial"/>
                <w:sz w:val="14"/>
              </w:rPr>
              <w:t>339.3</w:t>
            </w:r>
          </w:p>
        </w:tc>
        <w:tc>
          <w:tcPr>
            <w:tcW w:w="1180" w:type="dxa"/>
            <w:shd w:val="clear" w:color="auto" w:fill="F7FBFF"/>
            <w:tcMar>
              <w:top w:w="24" w:type="dxa"/>
              <w:left w:w="24" w:type="dxa"/>
              <w:bottom w:w="24" w:type="dxa"/>
              <w:right w:w="24" w:type="dxa"/>
            </w:tcMar>
            <w:vAlign w:val="center"/>
          </w:tcPr>
          <w:p w14:paraId="23E028E3" w14:textId="77777777" w:rsidR="00B773FD" w:rsidRDefault="005C7C28">
            <w:pPr>
              <w:spacing w:after="0" w:line="240" w:lineRule="auto"/>
              <w:jc w:val="center"/>
            </w:pPr>
            <w:r>
              <w:rPr>
                <w:rFonts w:ascii="Arial" w:hAnsi="Arial"/>
                <w:sz w:val="14"/>
              </w:rPr>
              <w:t>0.0</w:t>
            </w:r>
          </w:p>
        </w:tc>
        <w:tc>
          <w:tcPr>
            <w:tcW w:w="1209" w:type="dxa"/>
            <w:shd w:val="clear" w:color="auto" w:fill="F7FBFF"/>
            <w:tcMar>
              <w:top w:w="24" w:type="dxa"/>
              <w:left w:w="24" w:type="dxa"/>
              <w:bottom w:w="24" w:type="dxa"/>
              <w:right w:w="24" w:type="dxa"/>
            </w:tcMar>
            <w:vAlign w:val="center"/>
          </w:tcPr>
          <w:p w14:paraId="698D48DB"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6C30E2D5" w14:textId="77777777" w:rsidR="00B773FD" w:rsidRDefault="005C7C28">
            <w:pPr>
              <w:spacing w:after="0" w:line="240" w:lineRule="auto"/>
              <w:jc w:val="center"/>
            </w:pPr>
            <w:r>
              <w:rPr>
                <w:rFonts w:ascii="Arial" w:hAnsi="Arial"/>
                <w:sz w:val="14"/>
              </w:rPr>
              <w:t>100.0</w:t>
            </w:r>
          </w:p>
        </w:tc>
        <w:tc>
          <w:tcPr>
            <w:tcW w:w="1152" w:type="dxa"/>
            <w:shd w:val="clear" w:color="auto" w:fill="F7FBFF"/>
            <w:tcMar>
              <w:top w:w="24" w:type="dxa"/>
              <w:left w:w="24" w:type="dxa"/>
              <w:bottom w:w="24" w:type="dxa"/>
              <w:right w:w="24" w:type="dxa"/>
            </w:tcMar>
            <w:vAlign w:val="center"/>
          </w:tcPr>
          <w:p w14:paraId="2A7AE716" w14:textId="77777777" w:rsidR="00B773FD" w:rsidRDefault="005C7C28">
            <w:pPr>
              <w:spacing w:after="0" w:line="240" w:lineRule="auto"/>
              <w:jc w:val="center"/>
            </w:pPr>
            <w:r>
              <w:rPr>
                <w:rFonts w:ascii="Arial" w:hAnsi="Arial"/>
                <w:sz w:val="14"/>
              </w:rPr>
              <w:t>0.0</w:t>
            </w:r>
          </w:p>
        </w:tc>
        <w:tc>
          <w:tcPr>
            <w:tcW w:w="1180" w:type="dxa"/>
            <w:shd w:val="clear" w:color="auto" w:fill="F7FBFF"/>
            <w:tcMar>
              <w:top w:w="24" w:type="dxa"/>
              <w:left w:w="24" w:type="dxa"/>
              <w:bottom w:w="24" w:type="dxa"/>
              <w:right w:w="24" w:type="dxa"/>
            </w:tcMar>
            <w:vAlign w:val="center"/>
          </w:tcPr>
          <w:p w14:paraId="48000B70"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44C3965D" w14:textId="77777777" w:rsidR="00B773FD" w:rsidRDefault="005C7C28">
            <w:pPr>
              <w:spacing w:after="0" w:line="240" w:lineRule="auto"/>
              <w:jc w:val="center"/>
            </w:pPr>
            <w:r>
              <w:rPr>
                <w:rFonts w:ascii="Arial" w:hAnsi="Arial"/>
                <w:sz w:val="14"/>
              </w:rPr>
              <w:t>Internal</w:t>
            </w:r>
          </w:p>
        </w:tc>
      </w:tr>
      <w:tr w:rsidR="00B773FD" w14:paraId="098C94DE" w14:textId="77777777">
        <w:trPr>
          <w:jc w:val="center"/>
        </w:trPr>
        <w:tc>
          <w:tcPr>
            <w:tcW w:w="2592" w:type="dxa"/>
            <w:tcMar>
              <w:top w:w="24" w:type="dxa"/>
              <w:left w:w="24" w:type="dxa"/>
              <w:bottom w:w="24" w:type="dxa"/>
              <w:right w:w="24" w:type="dxa"/>
            </w:tcMar>
            <w:vAlign w:val="center"/>
          </w:tcPr>
          <w:p w14:paraId="396C6929" w14:textId="77777777" w:rsidR="00B773FD" w:rsidRDefault="005C7C28">
            <w:pPr>
              <w:spacing w:after="0" w:line="240" w:lineRule="auto"/>
            </w:pPr>
            <w:r>
              <w:rPr>
                <w:rFonts w:ascii="Arial" w:hAnsi="Arial"/>
                <w:sz w:val="14"/>
              </w:rPr>
              <w:t>Doñana</w:t>
            </w:r>
          </w:p>
        </w:tc>
        <w:tc>
          <w:tcPr>
            <w:tcW w:w="792" w:type="dxa"/>
            <w:tcMar>
              <w:top w:w="24" w:type="dxa"/>
              <w:left w:w="24" w:type="dxa"/>
              <w:bottom w:w="24" w:type="dxa"/>
              <w:right w:w="24" w:type="dxa"/>
            </w:tcMar>
            <w:vAlign w:val="center"/>
          </w:tcPr>
          <w:p w14:paraId="0F0B2D07"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3ACB24EF" w14:textId="77777777" w:rsidR="00B773FD" w:rsidRDefault="005C7C28">
            <w:pPr>
              <w:spacing w:after="0" w:line="240" w:lineRule="auto"/>
              <w:jc w:val="center"/>
            </w:pPr>
            <w:r>
              <w:rPr>
                <w:rFonts w:ascii="Arial" w:hAnsi="Arial"/>
                <w:sz w:val="14"/>
              </w:rPr>
              <w:t>Yes</w:t>
            </w:r>
          </w:p>
        </w:tc>
        <w:tc>
          <w:tcPr>
            <w:tcW w:w="1123" w:type="dxa"/>
            <w:tcMar>
              <w:top w:w="24" w:type="dxa"/>
              <w:left w:w="24" w:type="dxa"/>
              <w:bottom w:w="24" w:type="dxa"/>
              <w:right w:w="24" w:type="dxa"/>
            </w:tcMar>
            <w:vAlign w:val="center"/>
          </w:tcPr>
          <w:p w14:paraId="1E54B1EE"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323AA76B" w14:textId="77777777" w:rsidR="00B773FD" w:rsidRDefault="005C7C28">
            <w:pPr>
              <w:spacing w:after="0" w:line="240" w:lineRule="auto"/>
              <w:jc w:val="center"/>
            </w:pPr>
            <w:r>
              <w:rPr>
                <w:rFonts w:ascii="Arial" w:hAnsi="Arial"/>
                <w:sz w:val="14"/>
              </w:rPr>
              <w:t>26.7</w:t>
            </w:r>
          </w:p>
        </w:tc>
        <w:tc>
          <w:tcPr>
            <w:tcW w:w="1007" w:type="dxa"/>
            <w:tcMar>
              <w:top w:w="24" w:type="dxa"/>
              <w:left w:w="24" w:type="dxa"/>
              <w:bottom w:w="24" w:type="dxa"/>
              <w:right w:w="24" w:type="dxa"/>
            </w:tcMar>
            <w:vAlign w:val="center"/>
          </w:tcPr>
          <w:p w14:paraId="0F3570F1" w14:textId="77777777" w:rsidR="00B773FD" w:rsidRDefault="005C7C28">
            <w:pPr>
              <w:spacing w:after="0" w:line="240" w:lineRule="auto"/>
              <w:jc w:val="center"/>
            </w:pPr>
            <w:r>
              <w:rPr>
                <w:rFonts w:ascii="Arial" w:hAnsi="Arial"/>
                <w:sz w:val="14"/>
              </w:rPr>
              <w:t>23.4</w:t>
            </w:r>
          </w:p>
        </w:tc>
        <w:tc>
          <w:tcPr>
            <w:tcW w:w="1180" w:type="dxa"/>
            <w:tcMar>
              <w:top w:w="24" w:type="dxa"/>
              <w:left w:w="24" w:type="dxa"/>
              <w:bottom w:w="24" w:type="dxa"/>
              <w:right w:w="24" w:type="dxa"/>
            </w:tcMar>
            <w:vAlign w:val="center"/>
          </w:tcPr>
          <w:p w14:paraId="103A8274" w14:textId="77777777" w:rsidR="00B773FD" w:rsidRDefault="005C7C28">
            <w:pPr>
              <w:spacing w:after="0" w:line="240" w:lineRule="auto"/>
              <w:jc w:val="center"/>
            </w:pPr>
            <w:r>
              <w:rPr>
                <w:rFonts w:ascii="Arial" w:hAnsi="Arial"/>
                <w:sz w:val="14"/>
              </w:rPr>
              <w:t>3.3</w:t>
            </w:r>
          </w:p>
        </w:tc>
        <w:tc>
          <w:tcPr>
            <w:tcW w:w="1209" w:type="dxa"/>
            <w:tcMar>
              <w:top w:w="24" w:type="dxa"/>
              <w:left w:w="24" w:type="dxa"/>
              <w:bottom w:w="24" w:type="dxa"/>
              <w:right w:w="24" w:type="dxa"/>
            </w:tcMar>
            <w:vAlign w:val="center"/>
          </w:tcPr>
          <w:p w14:paraId="2FAB58C2"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5B78E24B" w14:textId="77777777" w:rsidR="00B773FD" w:rsidRDefault="005C7C28">
            <w:pPr>
              <w:spacing w:after="0" w:line="240" w:lineRule="auto"/>
              <w:jc w:val="center"/>
            </w:pPr>
            <w:r>
              <w:rPr>
                <w:rFonts w:ascii="Arial" w:hAnsi="Arial"/>
                <w:sz w:val="14"/>
              </w:rPr>
              <w:t>87.7</w:t>
            </w:r>
          </w:p>
        </w:tc>
        <w:tc>
          <w:tcPr>
            <w:tcW w:w="1152" w:type="dxa"/>
            <w:tcMar>
              <w:top w:w="24" w:type="dxa"/>
              <w:left w:w="24" w:type="dxa"/>
              <w:bottom w:w="24" w:type="dxa"/>
              <w:right w:w="24" w:type="dxa"/>
            </w:tcMar>
            <w:vAlign w:val="center"/>
          </w:tcPr>
          <w:p w14:paraId="478E2C97" w14:textId="77777777" w:rsidR="00B773FD" w:rsidRDefault="005C7C28">
            <w:pPr>
              <w:spacing w:after="0" w:line="240" w:lineRule="auto"/>
              <w:jc w:val="center"/>
            </w:pPr>
            <w:r>
              <w:rPr>
                <w:rFonts w:ascii="Arial" w:hAnsi="Arial"/>
                <w:sz w:val="14"/>
              </w:rPr>
              <w:t>12.3</w:t>
            </w:r>
          </w:p>
        </w:tc>
        <w:tc>
          <w:tcPr>
            <w:tcW w:w="1180" w:type="dxa"/>
            <w:tcMar>
              <w:top w:w="24" w:type="dxa"/>
              <w:left w:w="24" w:type="dxa"/>
              <w:bottom w:w="24" w:type="dxa"/>
              <w:right w:w="24" w:type="dxa"/>
            </w:tcMar>
            <w:vAlign w:val="center"/>
          </w:tcPr>
          <w:p w14:paraId="3451726D"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339F83B5" w14:textId="77777777" w:rsidR="00B773FD" w:rsidRDefault="005C7C28">
            <w:pPr>
              <w:spacing w:after="0" w:line="240" w:lineRule="auto"/>
              <w:jc w:val="center"/>
            </w:pPr>
            <w:r>
              <w:rPr>
                <w:rFonts w:ascii="Arial" w:hAnsi="Arial"/>
                <w:sz w:val="14"/>
              </w:rPr>
              <w:t>Internal</w:t>
            </w:r>
          </w:p>
        </w:tc>
      </w:tr>
      <w:tr w:rsidR="00B773FD" w14:paraId="44A43864" w14:textId="77777777">
        <w:trPr>
          <w:jc w:val="center"/>
        </w:trPr>
        <w:tc>
          <w:tcPr>
            <w:tcW w:w="2592" w:type="dxa"/>
            <w:shd w:val="clear" w:color="auto" w:fill="F7FBFF"/>
            <w:tcMar>
              <w:top w:w="24" w:type="dxa"/>
              <w:left w:w="24" w:type="dxa"/>
              <w:bottom w:w="24" w:type="dxa"/>
              <w:right w:w="24" w:type="dxa"/>
            </w:tcMar>
            <w:vAlign w:val="center"/>
          </w:tcPr>
          <w:p w14:paraId="7137C184" w14:textId="77777777" w:rsidR="00B773FD" w:rsidRDefault="005C7C28">
            <w:pPr>
              <w:spacing w:after="0" w:line="240" w:lineRule="auto"/>
            </w:pPr>
            <w:r>
              <w:rPr>
                <w:rFonts w:ascii="Arial" w:hAnsi="Arial"/>
                <w:sz w:val="14"/>
              </w:rPr>
              <w:t>Everglades National Park</w:t>
            </w:r>
          </w:p>
        </w:tc>
        <w:tc>
          <w:tcPr>
            <w:tcW w:w="792" w:type="dxa"/>
            <w:shd w:val="clear" w:color="auto" w:fill="F7FBFF"/>
            <w:tcMar>
              <w:top w:w="24" w:type="dxa"/>
              <w:left w:w="24" w:type="dxa"/>
              <w:bottom w:w="24" w:type="dxa"/>
              <w:right w:w="24" w:type="dxa"/>
            </w:tcMar>
            <w:vAlign w:val="center"/>
          </w:tcPr>
          <w:p w14:paraId="0307DFFD"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6028AA46" w14:textId="77777777" w:rsidR="00B773FD" w:rsidRDefault="005C7C28">
            <w:pPr>
              <w:spacing w:after="0" w:line="240" w:lineRule="auto"/>
              <w:jc w:val="center"/>
            </w:pPr>
            <w:r>
              <w:rPr>
                <w:rFonts w:ascii="Arial" w:hAnsi="Arial"/>
                <w:sz w:val="14"/>
              </w:rPr>
              <w:t>Yes</w:t>
            </w:r>
          </w:p>
        </w:tc>
        <w:tc>
          <w:tcPr>
            <w:tcW w:w="1123" w:type="dxa"/>
            <w:shd w:val="clear" w:color="auto" w:fill="F7FBFF"/>
            <w:tcMar>
              <w:top w:w="24" w:type="dxa"/>
              <w:left w:w="24" w:type="dxa"/>
              <w:bottom w:w="24" w:type="dxa"/>
              <w:right w:w="24" w:type="dxa"/>
            </w:tcMar>
            <w:vAlign w:val="center"/>
          </w:tcPr>
          <w:p w14:paraId="13193692"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494F422D" w14:textId="77777777" w:rsidR="00B773FD" w:rsidRDefault="005C7C28">
            <w:pPr>
              <w:spacing w:after="0" w:line="240" w:lineRule="auto"/>
              <w:jc w:val="center"/>
            </w:pPr>
            <w:r>
              <w:rPr>
                <w:rFonts w:ascii="Arial" w:hAnsi="Arial"/>
                <w:sz w:val="14"/>
              </w:rPr>
              <w:t>2317.2</w:t>
            </w:r>
          </w:p>
        </w:tc>
        <w:tc>
          <w:tcPr>
            <w:tcW w:w="1007" w:type="dxa"/>
            <w:shd w:val="clear" w:color="auto" w:fill="F7FBFF"/>
            <w:tcMar>
              <w:top w:w="24" w:type="dxa"/>
              <w:left w:w="24" w:type="dxa"/>
              <w:bottom w:w="24" w:type="dxa"/>
              <w:right w:w="24" w:type="dxa"/>
            </w:tcMar>
            <w:vAlign w:val="center"/>
          </w:tcPr>
          <w:p w14:paraId="00AA889A" w14:textId="77777777" w:rsidR="00B773FD" w:rsidRDefault="005C7C28">
            <w:pPr>
              <w:spacing w:after="0" w:line="240" w:lineRule="auto"/>
              <w:jc w:val="center"/>
            </w:pPr>
            <w:r>
              <w:rPr>
                <w:rFonts w:ascii="Arial" w:hAnsi="Arial"/>
                <w:sz w:val="14"/>
              </w:rPr>
              <w:t>1139.7</w:t>
            </w:r>
          </w:p>
        </w:tc>
        <w:tc>
          <w:tcPr>
            <w:tcW w:w="1180" w:type="dxa"/>
            <w:shd w:val="clear" w:color="auto" w:fill="F7FBFF"/>
            <w:tcMar>
              <w:top w:w="24" w:type="dxa"/>
              <w:left w:w="24" w:type="dxa"/>
              <w:bottom w:w="24" w:type="dxa"/>
              <w:right w:w="24" w:type="dxa"/>
            </w:tcMar>
            <w:vAlign w:val="center"/>
          </w:tcPr>
          <w:p w14:paraId="29471DAA" w14:textId="77777777" w:rsidR="00B773FD" w:rsidRDefault="005C7C28">
            <w:pPr>
              <w:spacing w:after="0" w:line="240" w:lineRule="auto"/>
              <w:jc w:val="center"/>
            </w:pPr>
            <w:r>
              <w:rPr>
                <w:rFonts w:ascii="Arial" w:hAnsi="Arial"/>
                <w:sz w:val="14"/>
              </w:rPr>
              <w:t>1177.5</w:t>
            </w:r>
          </w:p>
        </w:tc>
        <w:tc>
          <w:tcPr>
            <w:tcW w:w="1209" w:type="dxa"/>
            <w:shd w:val="clear" w:color="auto" w:fill="F7FBFF"/>
            <w:tcMar>
              <w:top w:w="24" w:type="dxa"/>
              <w:left w:w="24" w:type="dxa"/>
              <w:bottom w:w="24" w:type="dxa"/>
              <w:right w:w="24" w:type="dxa"/>
            </w:tcMar>
            <w:vAlign w:val="center"/>
          </w:tcPr>
          <w:p w14:paraId="2849D28F"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331F8816" w14:textId="77777777" w:rsidR="00B773FD" w:rsidRDefault="005C7C28">
            <w:pPr>
              <w:spacing w:after="0" w:line="240" w:lineRule="auto"/>
              <w:jc w:val="center"/>
            </w:pPr>
            <w:r>
              <w:rPr>
                <w:rFonts w:ascii="Arial" w:hAnsi="Arial"/>
                <w:sz w:val="14"/>
              </w:rPr>
              <w:t>49.2</w:t>
            </w:r>
          </w:p>
        </w:tc>
        <w:tc>
          <w:tcPr>
            <w:tcW w:w="1152" w:type="dxa"/>
            <w:shd w:val="clear" w:color="auto" w:fill="F7FBFF"/>
            <w:tcMar>
              <w:top w:w="24" w:type="dxa"/>
              <w:left w:w="24" w:type="dxa"/>
              <w:bottom w:w="24" w:type="dxa"/>
              <w:right w:w="24" w:type="dxa"/>
            </w:tcMar>
            <w:vAlign w:val="center"/>
          </w:tcPr>
          <w:p w14:paraId="5BB484CD" w14:textId="77777777" w:rsidR="00B773FD" w:rsidRDefault="005C7C28">
            <w:pPr>
              <w:spacing w:after="0" w:line="240" w:lineRule="auto"/>
              <w:jc w:val="center"/>
            </w:pPr>
            <w:r>
              <w:rPr>
                <w:rFonts w:ascii="Arial" w:hAnsi="Arial"/>
                <w:sz w:val="14"/>
              </w:rPr>
              <w:t>50.8</w:t>
            </w:r>
          </w:p>
        </w:tc>
        <w:tc>
          <w:tcPr>
            <w:tcW w:w="1180" w:type="dxa"/>
            <w:shd w:val="clear" w:color="auto" w:fill="F7FBFF"/>
            <w:tcMar>
              <w:top w:w="24" w:type="dxa"/>
              <w:left w:w="24" w:type="dxa"/>
              <w:bottom w:w="24" w:type="dxa"/>
              <w:right w:w="24" w:type="dxa"/>
            </w:tcMar>
            <w:vAlign w:val="center"/>
          </w:tcPr>
          <w:p w14:paraId="375795A3"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36145240" w14:textId="77777777" w:rsidR="00B773FD" w:rsidRDefault="005C7C28">
            <w:pPr>
              <w:spacing w:after="0" w:line="240" w:lineRule="auto"/>
              <w:jc w:val="center"/>
            </w:pPr>
            <w:r>
              <w:rPr>
                <w:rFonts w:ascii="Arial" w:hAnsi="Arial"/>
                <w:sz w:val="14"/>
              </w:rPr>
              <w:t>Site-boundary</w:t>
            </w:r>
          </w:p>
        </w:tc>
      </w:tr>
      <w:tr w:rsidR="00B773FD" w14:paraId="587B9502" w14:textId="77777777">
        <w:trPr>
          <w:jc w:val="center"/>
        </w:trPr>
        <w:tc>
          <w:tcPr>
            <w:tcW w:w="2592" w:type="dxa"/>
            <w:tcMar>
              <w:top w:w="24" w:type="dxa"/>
              <w:left w:w="24" w:type="dxa"/>
              <w:bottom w:w="24" w:type="dxa"/>
              <w:right w:w="24" w:type="dxa"/>
            </w:tcMar>
            <w:vAlign w:val="center"/>
          </w:tcPr>
          <w:p w14:paraId="6B1437AE" w14:textId="77777777" w:rsidR="00B773FD" w:rsidRDefault="005C7C28">
            <w:pPr>
              <w:spacing w:after="0" w:line="240" w:lineRule="auto"/>
            </w:pPr>
            <w:r>
              <w:rPr>
                <w:rFonts w:ascii="Arial" w:hAnsi="Arial"/>
                <w:sz w:val="14"/>
              </w:rPr>
              <w:t>Hawizeh Marsh</w:t>
            </w:r>
          </w:p>
        </w:tc>
        <w:tc>
          <w:tcPr>
            <w:tcW w:w="792" w:type="dxa"/>
            <w:tcMar>
              <w:top w:w="24" w:type="dxa"/>
              <w:left w:w="24" w:type="dxa"/>
              <w:bottom w:w="24" w:type="dxa"/>
              <w:right w:w="24" w:type="dxa"/>
            </w:tcMar>
            <w:vAlign w:val="center"/>
          </w:tcPr>
          <w:p w14:paraId="01A908DF"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4CC613D3" w14:textId="77777777" w:rsidR="00B773FD" w:rsidRDefault="005C7C28">
            <w:pPr>
              <w:spacing w:after="0" w:line="240" w:lineRule="auto"/>
              <w:jc w:val="center"/>
            </w:pPr>
            <w:r>
              <w:rPr>
                <w:rFonts w:ascii="Arial" w:hAnsi="Arial"/>
                <w:sz w:val="14"/>
              </w:rPr>
              <w:t>Yes</w:t>
            </w:r>
          </w:p>
        </w:tc>
        <w:tc>
          <w:tcPr>
            <w:tcW w:w="1123" w:type="dxa"/>
            <w:tcMar>
              <w:top w:w="24" w:type="dxa"/>
              <w:left w:w="24" w:type="dxa"/>
              <w:bottom w:w="24" w:type="dxa"/>
              <w:right w:w="24" w:type="dxa"/>
            </w:tcMar>
            <w:vAlign w:val="center"/>
          </w:tcPr>
          <w:p w14:paraId="65F36410" w14:textId="77777777" w:rsidR="00B773FD" w:rsidRDefault="005C7C28">
            <w:pPr>
              <w:spacing w:after="0" w:line="240" w:lineRule="auto"/>
              <w:jc w:val="center"/>
            </w:pPr>
            <w:r>
              <w:rPr>
                <w:rFonts w:ascii="Arial" w:hAnsi="Arial"/>
                <w:sz w:val="14"/>
              </w:rPr>
              <w:t>Yes</w:t>
            </w:r>
          </w:p>
        </w:tc>
        <w:tc>
          <w:tcPr>
            <w:tcW w:w="1007" w:type="dxa"/>
            <w:tcMar>
              <w:top w:w="24" w:type="dxa"/>
              <w:left w:w="24" w:type="dxa"/>
              <w:bottom w:w="24" w:type="dxa"/>
              <w:right w:w="24" w:type="dxa"/>
            </w:tcMar>
            <w:vAlign w:val="center"/>
          </w:tcPr>
          <w:p w14:paraId="45529A05" w14:textId="77777777" w:rsidR="00B773FD" w:rsidRDefault="005C7C28">
            <w:pPr>
              <w:spacing w:after="0" w:line="240" w:lineRule="auto"/>
              <w:jc w:val="center"/>
            </w:pPr>
            <w:r>
              <w:rPr>
                <w:rFonts w:ascii="Arial" w:hAnsi="Arial"/>
                <w:sz w:val="14"/>
              </w:rPr>
              <w:t>3291.5</w:t>
            </w:r>
          </w:p>
        </w:tc>
        <w:tc>
          <w:tcPr>
            <w:tcW w:w="1007" w:type="dxa"/>
            <w:tcMar>
              <w:top w:w="24" w:type="dxa"/>
              <w:left w:w="24" w:type="dxa"/>
              <w:bottom w:w="24" w:type="dxa"/>
              <w:right w:w="24" w:type="dxa"/>
            </w:tcMar>
            <w:vAlign w:val="center"/>
          </w:tcPr>
          <w:p w14:paraId="0CEB945A" w14:textId="77777777" w:rsidR="00B773FD" w:rsidRDefault="005C7C28">
            <w:pPr>
              <w:spacing w:after="0" w:line="240" w:lineRule="auto"/>
              <w:jc w:val="center"/>
            </w:pPr>
            <w:r>
              <w:rPr>
                <w:rFonts w:ascii="Arial" w:hAnsi="Arial"/>
                <w:sz w:val="14"/>
              </w:rPr>
              <w:t>3118.4</w:t>
            </w:r>
          </w:p>
        </w:tc>
        <w:tc>
          <w:tcPr>
            <w:tcW w:w="1180" w:type="dxa"/>
            <w:tcMar>
              <w:top w:w="24" w:type="dxa"/>
              <w:left w:w="24" w:type="dxa"/>
              <w:bottom w:w="24" w:type="dxa"/>
              <w:right w:w="24" w:type="dxa"/>
            </w:tcMar>
            <w:vAlign w:val="center"/>
          </w:tcPr>
          <w:p w14:paraId="44A6EEB4" w14:textId="77777777" w:rsidR="00B773FD" w:rsidRDefault="005C7C28">
            <w:pPr>
              <w:spacing w:after="0" w:line="240" w:lineRule="auto"/>
              <w:jc w:val="center"/>
            </w:pPr>
            <w:r>
              <w:rPr>
                <w:rFonts w:ascii="Arial" w:hAnsi="Arial"/>
                <w:sz w:val="14"/>
              </w:rPr>
              <w:t>126.4</w:t>
            </w:r>
          </w:p>
        </w:tc>
        <w:tc>
          <w:tcPr>
            <w:tcW w:w="1209" w:type="dxa"/>
            <w:tcMar>
              <w:top w:w="24" w:type="dxa"/>
              <w:left w:w="24" w:type="dxa"/>
              <w:bottom w:w="24" w:type="dxa"/>
              <w:right w:w="24" w:type="dxa"/>
            </w:tcMar>
            <w:vAlign w:val="center"/>
          </w:tcPr>
          <w:p w14:paraId="53203719" w14:textId="77777777" w:rsidR="00B773FD" w:rsidRDefault="005C7C28">
            <w:pPr>
              <w:spacing w:after="0" w:line="240" w:lineRule="auto"/>
              <w:jc w:val="center"/>
            </w:pPr>
            <w:r>
              <w:rPr>
                <w:rFonts w:ascii="Arial" w:hAnsi="Arial"/>
                <w:sz w:val="14"/>
              </w:rPr>
              <w:t>46.7</w:t>
            </w:r>
          </w:p>
        </w:tc>
        <w:tc>
          <w:tcPr>
            <w:tcW w:w="892" w:type="dxa"/>
            <w:tcMar>
              <w:top w:w="24" w:type="dxa"/>
              <w:left w:w="24" w:type="dxa"/>
              <w:bottom w:w="24" w:type="dxa"/>
              <w:right w:w="24" w:type="dxa"/>
            </w:tcMar>
            <w:vAlign w:val="center"/>
          </w:tcPr>
          <w:p w14:paraId="15EE8D68" w14:textId="77777777" w:rsidR="00B773FD" w:rsidRDefault="005C7C28">
            <w:pPr>
              <w:spacing w:after="0" w:line="240" w:lineRule="auto"/>
              <w:jc w:val="center"/>
            </w:pPr>
            <w:r>
              <w:rPr>
                <w:rFonts w:ascii="Arial" w:hAnsi="Arial"/>
                <w:sz w:val="14"/>
              </w:rPr>
              <w:t>94.7</w:t>
            </w:r>
          </w:p>
        </w:tc>
        <w:tc>
          <w:tcPr>
            <w:tcW w:w="1152" w:type="dxa"/>
            <w:tcMar>
              <w:top w:w="24" w:type="dxa"/>
              <w:left w:w="24" w:type="dxa"/>
              <w:bottom w:w="24" w:type="dxa"/>
              <w:right w:w="24" w:type="dxa"/>
            </w:tcMar>
            <w:vAlign w:val="center"/>
          </w:tcPr>
          <w:p w14:paraId="7BB381A7" w14:textId="77777777" w:rsidR="00B773FD" w:rsidRDefault="005C7C28">
            <w:pPr>
              <w:spacing w:after="0" w:line="240" w:lineRule="auto"/>
              <w:jc w:val="center"/>
            </w:pPr>
            <w:r>
              <w:rPr>
                <w:rFonts w:ascii="Arial" w:hAnsi="Arial"/>
                <w:sz w:val="14"/>
              </w:rPr>
              <w:t>3.8</w:t>
            </w:r>
          </w:p>
        </w:tc>
        <w:tc>
          <w:tcPr>
            <w:tcW w:w="1180" w:type="dxa"/>
            <w:tcMar>
              <w:top w:w="24" w:type="dxa"/>
              <w:left w:w="24" w:type="dxa"/>
              <w:bottom w:w="24" w:type="dxa"/>
              <w:right w:w="24" w:type="dxa"/>
            </w:tcMar>
            <w:vAlign w:val="center"/>
          </w:tcPr>
          <w:p w14:paraId="3081F0AF" w14:textId="77777777" w:rsidR="00B773FD" w:rsidRDefault="005C7C28">
            <w:pPr>
              <w:spacing w:after="0" w:line="240" w:lineRule="auto"/>
              <w:jc w:val="center"/>
            </w:pPr>
            <w:r>
              <w:rPr>
                <w:rFonts w:ascii="Arial" w:hAnsi="Arial"/>
                <w:sz w:val="14"/>
              </w:rPr>
              <w:t>1.4</w:t>
            </w:r>
          </w:p>
        </w:tc>
        <w:tc>
          <w:tcPr>
            <w:tcW w:w="1368" w:type="dxa"/>
            <w:tcMar>
              <w:top w:w="24" w:type="dxa"/>
              <w:left w:w="24" w:type="dxa"/>
              <w:bottom w:w="24" w:type="dxa"/>
              <w:right w:w="24" w:type="dxa"/>
            </w:tcMar>
            <w:vAlign w:val="center"/>
          </w:tcPr>
          <w:p w14:paraId="03FB3DB9" w14:textId="77777777" w:rsidR="00B773FD" w:rsidRDefault="005C7C28">
            <w:pPr>
              <w:spacing w:after="0" w:line="240" w:lineRule="auto"/>
              <w:jc w:val="center"/>
            </w:pPr>
            <w:r>
              <w:rPr>
                <w:rFonts w:ascii="Arial" w:hAnsi="Arial"/>
                <w:sz w:val="14"/>
              </w:rPr>
              <w:t>Internal</w:t>
            </w:r>
          </w:p>
        </w:tc>
      </w:tr>
      <w:tr w:rsidR="00B773FD" w14:paraId="50DC1236" w14:textId="77777777">
        <w:trPr>
          <w:jc w:val="center"/>
        </w:trPr>
        <w:tc>
          <w:tcPr>
            <w:tcW w:w="2592" w:type="dxa"/>
            <w:shd w:val="clear" w:color="auto" w:fill="F7FBFF"/>
            <w:tcMar>
              <w:top w:w="24" w:type="dxa"/>
              <w:left w:w="24" w:type="dxa"/>
              <w:bottom w:w="24" w:type="dxa"/>
              <w:right w:w="24" w:type="dxa"/>
            </w:tcMar>
            <w:vAlign w:val="center"/>
          </w:tcPr>
          <w:p w14:paraId="18104D6A" w14:textId="77777777" w:rsidR="00B773FD" w:rsidRDefault="005C7C28">
            <w:pPr>
              <w:spacing w:after="0" w:line="240" w:lineRule="auto"/>
            </w:pPr>
            <w:r>
              <w:rPr>
                <w:rFonts w:ascii="Arial" w:hAnsi="Arial"/>
                <w:sz w:val="14"/>
              </w:rPr>
              <w:t>Keoladeo National Park</w:t>
            </w:r>
          </w:p>
        </w:tc>
        <w:tc>
          <w:tcPr>
            <w:tcW w:w="792" w:type="dxa"/>
            <w:shd w:val="clear" w:color="auto" w:fill="F7FBFF"/>
            <w:tcMar>
              <w:top w:w="24" w:type="dxa"/>
              <w:left w:w="24" w:type="dxa"/>
              <w:bottom w:w="24" w:type="dxa"/>
              <w:right w:w="24" w:type="dxa"/>
            </w:tcMar>
            <w:vAlign w:val="center"/>
          </w:tcPr>
          <w:p w14:paraId="44768D43"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13160E32" w14:textId="77777777" w:rsidR="00B773FD" w:rsidRDefault="005C7C28">
            <w:pPr>
              <w:spacing w:after="0" w:line="240" w:lineRule="auto"/>
              <w:jc w:val="center"/>
            </w:pPr>
            <w:r>
              <w:rPr>
                <w:rFonts w:ascii="Arial" w:hAnsi="Arial"/>
                <w:sz w:val="14"/>
              </w:rPr>
              <w:t>No</w:t>
            </w:r>
          </w:p>
        </w:tc>
        <w:tc>
          <w:tcPr>
            <w:tcW w:w="1123" w:type="dxa"/>
            <w:shd w:val="clear" w:color="auto" w:fill="F7FBFF"/>
            <w:tcMar>
              <w:top w:w="24" w:type="dxa"/>
              <w:left w:w="24" w:type="dxa"/>
              <w:bottom w:w="24" w:type="dxa"/>
              <w:right w:w="24" w:type="dxa"/>
            </w:tcMar>
            <w:vAlign w:val="center"/>
          </w:tcPr>
          <w:p w14:paraId="502B593F"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2A0BB1DC" w14:textId="77777777" w:rsidR="00B773FD" w:rsidRDefault="005C7C28">
            <w:pPr>
              <w:spacing w:after="0" w:line="240" w:lineRule="auto"/>
              <w:jc w:val="center"/>
            </w:pPr>
            <w:r>
              <w:rPr>
                <w:rFonts w:ascii="Arial" w:hAnsi="Arial"/>
                <w:sz w:val="14"/>
              </w:rPr>
              <w:t>2.7</w:t>
            </w:r>
          </w:p>
        </w:tc>
        <w:tc>
          <w:tcPr>
            <w:tcW w:w="1007" w:type="dxa"/>
            <w:shd w:val="clear" w:color="auto" w:fill="F7FBFF"/>
            <w:tcMar>
              <w:top w:w="24" w:type="dxa"/>
              <w:left w:w="24" w:type="dxa"/>
              <w:bottom w:w="24" w:type="dxa"/>
              <w:right w:w="24" w:type="dxa"/>
            </w:tcMar>
            <w:vAlign w:val="center"/>
          </w:tcPr>
          <w:p w14:paraId="1DB314F3" w14:textId="77777777" w:rsidR="00B773FD" w:rsidRDefault="005C7C28">
            <w:pPr>
              <w:spacing w:after="0" w:line="240" w:lineRule="auto"/>
              <w:jc w:val="center"/>
            </w:pPr>
            <w:r>
              <w:rPr>
                <w:rFonts w:ascii="Arial" w:hAnsi="Arial"/>
                <w:sz w:val="14"/>
              </w:rPr>
              <w:t>2.7</w:t>
            </w:r>
          </w:p>
        </w:tc>
        <w:tc>
          <w:tcPr>
            <w:tcW w:w="1180" w:type="dxa"/>
            <w:shd w:val="clear" w:color="auto" w:fill="F7FBFF"/>
            <w:tcMar>
              <w:top w:w="24" w:type="dxa"/>
              <w:left w:w="24" w:type="dxa"/>
              <w:bottom w:w="24" w:type="dxa"/>
              <w:right w:w="24" w:type="dxa"/>
            </w:tcMar>
            <w:vAlign w:val="center"/>
          </w:tcPr>
          <w:p w14:paraId="7A376173" w14:textId="77777777" w:rsidR="00B773FD" w:rsidRDefault="005C7C28">
            <w:pPr>
              <w:spacing w:after="0" w:line="240" w:lineRule="auto"/>
              <w:jc w:val="center"/>
            </w:pPr>
            <w:r>
              <w:rPr>
                <w:rFonts w:ascii="Arial" w:hAnsi="Arial"/>
                <w:sz w:val="14"/>
              </w:rPr>
              <w:t>0.0</w:t>
            </w:r>
          </w:p>
        </w:tc>
        <w:tc>
          <w:tcPr>
            <w:tcW w:w="1209" w:type="dxa"/>
            <w:shd w:val="clear" w:color="auto" w:fill="F7FBFF"/>
            <w:tcMar>
              <w:top w:w="24" w:type="dxa"/>
              <w:left w:w="24" w:type="dxa"/>
              <w:bottom w:w="24" w:type="dxa"/>
              <w:right w:w="24" w:type="dxa"/>
            </w:tcMar>
            <w:vAlign w:val="center"/>
          </w:tcPr>
          <w:p w14:paraId="39A27B4E"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296122FF" w14:textId="77777777" w:rsidR="00B773FD" w:rsidRDefault="005C7C28">
            <w:pPr>
              <w:spacing w:after="0" w:line="240" w:lineRule="auto"/>
              <w:jc w:val="center"/>
            </w:pPr>
            <w:r>
              <w:rPr>
                <w:rFonts w:ascii="Arial" w:hAnsi="Arial"/>
                <w:sz w:val="14"/>
              </w:rPr>
              <w:t>100.0</w:t>
            </w:r>
          </w:p>
        </w:tc>
        <w:tc>
          <w:tcPr>
            <w:tcW w:w="1152" w:type="dxa"/>
            <w:shd w:val="clear" w:color="auto" w:fill="F7FBFF"/>
            <w:tcMar>
              <w:top w:w="24" w:type="dxa"/>
              <w:left w:w="24" w:type="dxa"/>
              <w:bottom w:w="24" w:type="dxa"/>
              <w:right w:w="24" w:type="dxa"/>
            </w:tcMar>
            <w:vAlign w:val="center"/>
          </w:tcPr>
          <w:p w14:paraId="0E886B4E" w14:textId="77777777" w:rsidR="00B773FD" w:rsidRDefault="005C7C28">
            <w:pPr>
              <w:spacing w:after="0" w:line="240" w:lineRule="auto"/>
              <w:jc w:val="center"/>
            </w:pPr>
            <w:r>
              <w:rPr>
                <w:rFonts w:ascii="Arial" w:hAnsi="Arial"/>
                <w:sz w:val="14"/>
              </w:rPr>
              <w:t>0.0</w:t>
            </w:r>
          </w:p>
        </w:tc>
        <w:tc>
          <w:tcPr>
            <w:tcW w:w="1180" w:type="dxa"/>
            <w:shd w:val="clear" w:color="auto" w:fill="F7FBFF"/>
            <w:tcMar>
              <w:top w:w="24" w:type="dxa"/>
              <w:left w:w="24" w:type="dxa"/>
              <w:bottom w:w="24" w:type="dxa"/>
              <w:right w:w="24" w:type="dxa"/>
            </w:tcMar>
            <w:vAlign w:val="center"/>
          </w:tcPr>
          <w:p w14:paraId="22893A92"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0598C577" w14:textId="77777777" w:rsidR="00B773FD" w:rsidRDefault="005C7C28">
            <w:pPr>
              <w:spacing w:after="0" w:line="240" w:lineRule="auto"/>
              <w:jc w:val="center"/>
            </w:pPr>
            <w:r>
              <w:rPr>
                <w:rFonts w:ascii="Arial" w:hAnsi="Arial"/>
                <w:sz w:val="14"/>
              </w:rPr>
              <w:t>Internal</w:t>
            </w:r>
          </w:p>
        </w:tc>
      </w:tr>
      <w:tr w:rsidR="00B773FD" w14:paraId="0E91AD45" w14:textId="77777777">
        <w:trPr>
          <w:jc w:val="center"/>
        </w:trPr>
        <w:tc>
          <w:tcPr>
            <w:tcW w:w="2592" w:type="dxa"/>
            <w:tcMar>
              <w:top w:w="24" w:type="dxa"/>
              <w:left w:w="24" w:type="dxa"/>
              <w:bottom w:w="24" w:type="dxa"/>
              <w:right w:w="24" w:type="dxa"/>
            </w:tcMar>
            <w:vAlign w:val="center"/>
          </w:tcPr>
          <w:p w14:paraId="25B3935C" w14:textId="77777777" w:rsidR="00B773FD" w:rsidRDefault="005C7C28">
            <w:pPr>
              <w:spacing w:after="0" w:line="240" w:lineRule="auto"/>
            </w:pPr>
            <w:r>
              <w:rPr>
                <w:rFonts w:ascii="Arial" w:hAnsi="Arial"/>
                <w:sz w:val="14"/>
              </w:rPr>
              <w:t>Kotychi lagoons</w:t>
            </w:r>
          </w:p>
        </w:tc>
        <w:tc>
          <w:tcPr>
            <w:tcW w:w="792" w:type="dxa"/>
            <w:tcMar>
              <w:top w:w="24" w:type="dxa"/>
              <w:left w:w="24" w:type="dxa"/>
              <w:bottom w:w="24" w:type="dxa"/>
              <w:right w:w="24" w:type="dxa"/>
            </w:tcMar>
            <w:vAlign w:val="center"/>
          </w:tcPr>
          <w:p w14:paraId="7528FFEB"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40EECFDC" w14:textId="77777777" w:rsidR="00B773FD" w:rsidRDefault="005C7C28">
            <w:pPr>
              <w:spacing w:after="0" w:line="240" w:lineRule="auto"/>
              <w:jc w:val="center"/>
            </w:pPr>
            <w:r>
              <w:rPr>
                <w:rFonts w:ascii="Arial" w:hAnsi="Arial"/>
                <w:sz w:val="14"/>
              </w:rPr>
              <w:t>Yes</w:t>
            </w:r>
          </w:p>
        </w:tc>
        <w:tc>
          <w:tcPr>
            <w:tcW w:w="1123" w:type="dxa"/>
            <w:tcMar>
              <w:top w:w="24" w:type="dxa"/>
              <w:left w:w="24" w:type="dxa"/>
              <w:bottom w:w="24" w:type="dxa"/>
              <w:right w:w="24" w:type="dxa"/>
            </w:tcMar>
            <w:vAlign w:val="center"/>
          </w:tcPr>
          <w:p w14:paraId="24A8FD92"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02148AEE" w14:textId="77777777" w:rsidR="00B773FD" w:rsidRDefault="005C7C28">
            <w:pPr>
              <w:spacing w:after="0" w:line="240" w:lineRule="auto"/>
              <w:jc w:val="center"/>
            </w:pPr>
            <w:r>
              <w:rPr>
                <w:rFonts w:ascii="Arial" w:hAnsi="Arial"/>
                <w:sz w:val="14"/>
              </w:rPr>
              <w:t>76.3</w:t>
            </w:r>
          </w:p>
        </w:tc>
        <w:tc>
          <w:tcPr>
            <w:tcW w:w="1007" w:type="dxa"/>
            <w:tcMar>
              <w:top w:w="24" w:type="dxa"/>
              <w:left w:w="24" w:type="dxa"/>
              <w:bottom w:w="24" w:type="dxa"/>
              <w:right w:w="24" w:type="dxa"/>
            </w:tcMar>
            <w:vAlign w:val="center"/>
          </w:tcPr>
          <w:p w14:paraId="69228B79" w14:textId="77777777" w:rsidR="00B773FD" w:rsidRDefault="005C7C28">
            <w:pPr>
              <w:spacing w:after="0" w:line="240" w:lineRule="auto"/>
              <w:jc w:val="center"/>
            </w:pPr>
            <w:r>
              <w:rPr>
                <w:rFonts w:ascii="Arial" w:hAnsi="Arial"/>
                <w:sz w:val="14"/>
              </w:rPr>
              <w:t>76.0</w:t>
            </w:r>
          </w:p>
        </w:tc>
        <w:tc>
          <w:tcPr>
            <w:tcW w:w="1180" w:type="dxa"/>
            <w:tcMar>
              <w:top w:w="24" w:type="dxa"/>
              <w:left w:w="24" w:type="dxa"/>
              <w:bottom w:w="24" w:type="dxa"/>
              <w:right w:w="24" w:type="dxa"/>
            </w:tcMar>
            <w:vAlign w:val="center"/>
          </w:tcPr>
          <w:p w14:paraId="6D4D97F1" w14:textId="77777777" w:rsidR="00B773FD" w:rsidRDefault="005C7C28">
            <w:pPr>
              <w:spacing w:after="0" w:line="240" w:lineRule="auto"/>
              <w:jc w:val="center"/>
            </w:pPr>
            <w:r>
              <w:rPr>
                <w:rFonts w:ascii="Arial" w:hAnsi="Arial"/>
                <w:sz w:val="14"/>
              </w:rPr>
              <w:t>0.2</w:t>
            </w:r>
          </w:p>
        </w:tc>
        <w:tc>
          <w:tcPr>
            <w:tcW w:w="1209" w:type="dxa"/>
            <w:tcMar>
              <w:top w:w="24" w:type="dxa"/>
              <w:left w:w="24" w:type="dxa"/>
              <w:bottom w:w="24" w:type="dxa"/>
              <w:right w:w="24" w:type="dxa"/>
            </w:tcMar>
            <w:vAlign w:val="center"/>
          </w:tcPr>
          <w:p w14:paraId="54CAFA7A"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09F7F2F7" w14:textId="77777777" w:rsidR="00B773FD" w:rsidRDefault="005C7C28">
            <w:pPr>
              <w:spacing w:after="0" w:line="240" w:lineRule="auto"/>
              <w:jc w:val="center"/>
            </w:pPr>
            <w:r>
              <w:rPr>
                <w:rFonts w:ascii="Arial" w:hAnsi="Arial"/>
                <w:sz w:val="14"/>
              </w:rPr>
              <w:t>99.7</w:t>
            </w:r>
          </w:p>
        </w:tc>
        <w:tc>
          <w:tcPr>
            <w:tcW w:w="1152" w:type="dxa"/>
            <w:tcMar>
              <w:top w:w="24" w:type="dxa"/>
              <w:left w:w="24" w:type="dxa"/>
              <w:bottom w:w="24" w:type="dxa"/>
              <w:right w:w="24" w:type="dxa"/>
            </w:tcMar>
            <w:vAlign w:val="center"/>
          </w:tcPr>
          <w:p w14:paraId="08309CA4" w14:textId="77777777" w:rsidR="00B773FD" w:rsidRDefault="005C7C28">
            <w:pPr>
              <w:spacing w:after="0" w:line="240" w:lineRule="auto"/>
              <w:jc w:val="center"/>
            </w:pPr>
            <w:r>
              <w:rPr>
                <w:rFonts w:ascii="Arial" w:hAnsi="Arial"/>
                <w:sz w:val="14"/>
              </w:rPr>
              <w:t>0.3</w:t>
            </w:r>
          </w:p>
        </w:tc>
        <w:tc>
          <w:tcPr>
            <w:tcW w:w="1180" w:type="dxa"/>
            <w:tcMar>
              <w:top w:w="24" w:type="dxa"/>
              <w:left w:w="24" w:type="dxa"/>
              <w:bottom w:w="24" w:type="dxa"/>
              <w:right w:w="24" w:type="dxa"/>
            </w:tcMar>
            <w:vAlign w:val="center"/>
          </w:tcPr>
          <w:p w14:paraId="4BF5E7D0"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33CB0528" w14:textId="77777777" w:rsidR="00B773FD" w:rsidRDefault="005C7C28">
            <w:pPr>
              <w:spacing w:after="0" w:line="240" w:lineRule="auto"/>
              <w:jc w:val="center"/>
            </w:pPr>
            <w:r>
              <w:rPr>
                <w:rFonts w:ascii="Arial" w:hAnsi="Arial"/>
                <w:sz w:val="14"/>
              </w:rPr>
              <w:t>Internal</w:t>
            </w:r>
          </w:p>
        </w:tc>
      </w:tr>
      <w:tr w:rsidR="00B773FD" w14:paraId="41F12D6D" w14:textId="77777777">
        <w:trPr>
          <w:jc w:val="center"/>
        </w:trPr>
        <w:tc>
          <w:tcPr>
            <w:tcW w:w="2592" w:type="dxa"/>
            <w:shd w:val="clear" w:color="auto" w:fill="F7FBFF"/>
            <w:tcMar>
              <w:top w:w="24" w:type="dxa"/>
              <w:left w:w="24" w:type="dxa"/>
              <w:bottom w:w="24" w:type="dxa"/>
              <w:right w:w="24" w:type="dxa"/>
            </w:tcMar>
            <w:vAlign w:val="center"/>
          </w:tcPr>
          <w:p w14:paraId="05B0EC76" w14:textId="77777777" w:rsidR="00B773FD" w:rsidRDefault="005C7C28">
            <w:pPr>
              <w:spacing w:after="0" w:line="240" w:lineRule="auto"/>
            </w:pPr>
            <w:r>
              <w:rPr>
                <w:rFonts w:ascii="Arial" w:hAnsi="Arial"/>
                <w:sz w:val="14"/>
              </w:rPr>
              <w:t>Lake Burullus</w:t>
            </w:r>
          </w:p>
        </w:tc>
        <w:tc>
          <w:tcPr>
            <w:tcW w:w="792" w:type="dxa"/>
            <w:shd w:val="clear" w:color="auto" w:fill="F7FBFF"/>
            <w:tcMar>
              <w:top w:w="24" w:type="dxa"/>
              <w:left w:w="24" w:type="dxa"/>
              <w:bottom w:w="24" w:type="dxa"/>
              <w:right w:w="24" w:type="dxa"/>
            </w:tcMar>
            <w:vAlign w:val="center"/>
          </w:tcPr>
          <w:p w14:paraId="6F6C2DC7"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24250D00" w14:textId="77777777" w:rsidR="00B773FD" w:rsidRDefault="005C7C28">
            <w:pPr>
              <w:spacing w:after="0" w:line="240" w:lineRule="auto"/>
              <w:jc w:val="center"/>
            </w:pPr>
            <w:r>
              <w:rPr>
                <w:rFonts w:ascii="Arial" w:hAnsi="Arial"/>
                <w:sz w:val="14"/>
              </w:rPr>
              <w:t>No</w:t>
            </w:r>
          </w:p>
        </w:tc>
        <w:tc>
          <w:tcPr>
            <w:tcW w:w="1123" w:type="dxa"/>
            <w:shd w:val="clear" w:color="auto" w:fill="F7FBFF"/>
            <w:tcMar>
              <w:top w:w="24" w:type="dxa"/>
              <w:left w:w="24" w:type="dxa"/>
              <w:bottom w:w="24" w:type="dxa"/>
              <w:right w:w="24" w:type="dxa"/>
            </w:tcMar>
            <w:vAlign w:val="center"/>
          </w:tcPr>
          <w:p w14:paraId="3C708D72"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44EF1D17" w14:textId="77777777" w:rsidR="00B773FD" w:rsidRDefault="005C7C28">
            <w:pPr>
              <w:spacing w:after="0" w:line="240" w:lineRule="auto"/>
              <w:jc w:val="center"/>
            </w:pPr>
            <w:r>
              <w:rPr>
                <w:rFonts w:ascii="Arial" w:hAnsi="Arial"/>
                <w:sz w:val="14"/>
              </w:rPr>
              <w:t>1049.8</w:t>
            </w:r>
          </w:p>
        </w:tc>
        <w:tc>
          <w:tcPr>
            <w:tcW w:w="1007" w:type="dxa"/>
            <w:shd w:val="clear" w:color="auto" w:fill="F7FBFF"/>
            <w:tcMar>
              <w:top w:w="24" w:type="dxa"/>
              <w:left w:w="24" w:type="dxa"/>
              <w:bottom w:w="24" w:type="dxa"/>
              <w:right w:w="24" w:type="dxa"/>
            </w:tcMar>
            <w:vAlign w:val="center"/>
          </w:tcPr>
          <w:p w14:paraId="243BCA8F" w14:textId="77777777" w:rsidR="00B773FD" w:rsidRDefault="005C7C28">
            <w:pPr>
              <w:spacing w:after="0" w:line="240" w:lineRule="auto"/>
              <w:jc w:val="center"/>
            </w:pPr>
            <w:r>
              <w:rPr>
                <w:rFonts w:ascii="Arial" w:hAnsi="Arial"/>
                <w:sz w:val="14"/>
              </w:rPr>
              <w:t>1049.8</w:t>
            </w:r>
          </w:p>
        </w:tc>
        <w:tc>
          <w:tcPr>
            <w:tcW w:w="1180" w:type="dxa"/>
            <w:shd w:val="clear" w:color="auto" w:fill="F7FBFF"/>
            <w:tcMar>
              <w:top w:w="24" w:type="dxa"/>
              <w:left w:w="24" w:type="dxa"/>
              <w:bottom w:w="24" w:type="dxa"/>
              <w:right w:w="24" w:type="dxa"/>
            </w:tcMar>
            <w:vAlign w:val="center"/>
          </w:tcPr>
          <w:p w14:paraId="24D68334" w14:textId="77777777" w:rsidR="00B773FD" w:rsidRDefault="005C7C28">
            <w:pPr>
              <w:spacing w:after="0" w:line="240" w:lineRule="auto"/>
              <w:jc w:val="center"/>
            </w:pPr>
            <w:r>
              <w:rPr>
                <w:rFonts w:ascii="Arial" w:hAnsi="Arial"/>
                <w:sz w:val="14"/>
              </w:rPr>
              <w:t>0.0</w:t>
            </w:r>
          </w:p>
        </w:tc>
        <w:tc>
          <w:tcPr>
            <w:tcW w:w="1209" w:type="dxa"/>
            <w:shd w:val="clear" w:color="auto" w:fill="F7FBFF"/>
            <w:tcMar>
              <w:top w:w="24" w:type="dxa"/>
              <w:left w:w="24" w:type="dxa"/>
              <w:bottom w:w="24" w:type="dxa"/>
              <w:right w:w="24" w:type="dxa"/>
            </w:tcMar>
            <w:vAlign w:val="center"/>
          </w:tcPr>
          <w:p w14:paraId="54741EA8"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05C8F8CA" w14:textId="77777777" w:rsidR="00B773FD" w:rsidRDefault="005C7C28">
            <w:pPr>
              <w:spacing w:after="0" w:line="240" w:lineRule="auto"/>
              <w:jc w:val="center"/>
            </w:pPr>
            <w:r>
              <w:rPr>
                <w:rFonts w:ascii="Arial" w:hAnsi="Arial"/>
                <w:sz w:val="14"/>
              </w:rPr>
              <w:t>100.0</w:t>
            </w:r>
          </w:p>
        </w:tc>
        <w:tc>
          <w:tcPr>
            <w:tcW w:w="1152" w:type="dxa"/>
            <w:shd w:val="clear" w:color="auto" w:fill="F7FBFF"/>
            <w:tcMar>
              <w:top w:w="24" w:type="dxa"/>
              <w:left w:w="24" w:type="dxa"/>
              <w:bottom w:w="24" w:type="dxa"/>
              <w:right w:w="24" w:type="dxa"/>
            </w:tcMar>
            <w:vAlign w:val="center"/>
          </w:tcPr>
          <w:p w14:paraId="09FD0420" w14:textId="77777777" w:rsidR="00B773FD" w:rsidRDefault="005C7C28">
            <w:pPr>
              <w:spacing w:after="0" w:line="240" w:lineRule="auto"/>
              <w:jc w:val="center"/>
            </w:pPr>
            <w:r>
              <w:rPr>
                <w:rFonts w:ascii="Arial" w:hAnsi="Arial"/>
                <w:sz w:val="14"/>
              </w:rPr>
              <w:t>0.0</w:t>
            </w:r>
          </w:p>
        </w:tc>
        <w:tc>
          <w:tcPr>
            <w:tcW w:w="1180" w:type="dxa"/>
            <w:shd w:val="clear" w:color="auto" w:fill="F7FBFF"/>
            <w:tcMar>
              <w:top w:w="24" w:type="dxa"/>
              <w:left w:w="24" w:type="dxa"/>
              <w:bottom w:w="24" w:type="dxa"/>
              <w:right w:w="24" w:type="dxa"/>
            </w:tcMar>
            <w:vAlign w:val="center"/>
          </w:tcPr>
          <w:p w14:paraId="4A93EF94"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285AE432" w14:textId="77777777" w:rsidR="00B773FD" w:rsidRDefault="005C7C28">
            <w:pPr>
              <w:spacing w:after="0" w:line="240" w:lineRule="auto"/>
              <w:jc w:val="center"/>
            </w:pPr>
            <w:r>
              <w:rPr>
                <w:rFonts w:ascii="Arial" w:hAnsi="Arial"/>
                <w:sz w:val="14"/>
              </w:rPr>
              <w:t>Internal</w:t>
            </w:r>
          </w:p>
        </w:tc>
      </w:tr>
      <w:tr w:rsidR="00B773FD" w14:paraId="5A3519EC" w14:textId="77777777">
        <w:trPr>
          <w:jc w:val="center"/>
        </w:trPr>
        <w:tc>
          <w:tcPr>
            <w:tcW w:w="2592" w:type="dxa"/>
            <w:tcMar>
              <w:top w:w="24" w:type="dxa"/>
              <w:left w:w="24" w:type="dxa"/>
              <w:bottom w:w="24" w:type="dxa"/>
              <w:right w:w="24" w:type="dxa"/>
            </w:tcMar>
            <w:vAlign w:val="center"/>
          </w:tcPr>
          <w:p w14:paraId="5C689194" w14:textId="77777777" w:rsidR="00B773FD" w:rsidRDefault="005C7C28">
            <w:pPr>
              <w:spacing w:after="0" w:line="240" w:lineRule="auto"/>
            </w:pPr>
            <w:r>
              <w:rPr>
                <w:rFonts w:ascii="Arial" w:hAnsi="Arial"/>
                <w:sz w:val="14"/>
              </w:rPr>
              <w:t>Loktak Lake</w:t>
            </w:r>
          </w:p>
        </w:tc>
        <w:tc>
          <w:tcPr>
            <w:tcW w:w="792" w:type="dxa"/>
            <w:tcMar>
              <w:top w:w="24" w:type="dxa"/>
              <w:left w:w="24" w:type="dxa"/>
              <w:bottom w:w="24" w:type="dxa"/>
              <w:right w:w="24" w:type="dxa"/>
            </w:tcMar>
            <w:vAlign w:val="center"/>
          </w:tcPr>
          <w:p w14:paraId="32A5B295"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19C0D37A" w14:textId="77777777" w:rsidR="00B773FD" w:rsidRDefault="005C7C28">
            <w:pPr>
              <w:spacing w:after="0" w:line="240" w:lineRule="auto"/>
              <w:jc w:val="center"/>
            </w:pPr>
            <w:r>
              <w:rPr>
                <w:rFonts w:ascii="Arial" w:hAnsi="Arial"/>
                <w:sz w:val="14"/>
              </w:rPr>
              <w:t>No</w:t>
            </w:r>
          </w:p>
        </w:tc>
        <w:tc>
          <w:tcPr>
            <w:tcW w:w="1123" w:type="dxa"/>
            <w:tcMar>
              <w:top w:w="24" w:type="dxa"/>
              <w:left w:w="24" w:type="dxa"/>
              <w:bottom w:w="24" w:type="dxa"/>
              <w:right w:w="24" w:type="dxa"/>
            </w:tcMar>
            <w:vAlign w:val="center"/>
          </w:tcPr>
          <w:p w14:paraId="157D9E87"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0F376528" w14:textId="77777777" w:rsidR="00B773FD" w:rsidRDefault="005C7C28">
            <w:pPr>
              <w:spacing w:after="0" w:line="240" w:lineRule="auto"/>
              <w:jc w:val="center"/>
            </w:pPr>
            <w:r>
              <w:rPr>
                <w:rFonts w:ascii="Arial" w:hAnsi="Arial"/>
                <w:sz w:val="14"/>
              </w:rPr>
              <w:t>6.4</w:t>
            </w:r>
          </w:p>
        </w:tc>
        <w:tc>
          <w:tcPr>
            <w:tcW w:w="1007" w:type="dxa"/>
            <w:tcMar>
              <w:top w:w="24" w:type="dxa"/>
              <w:left w:w="24" w:type="dxa"/>
              <w:bottom w:w="24" w:type="dxa"/>
              <w:right w:w="24" w:type="dxa"/>
            </w:tcMar>
            <w:vAlign w:val="center"/>
          </w:tcPr>
          <w:p w14:paraId="5B306747" w14:textId="77777777" w:rsidR="00B773FD" w:rsidRDefault="005C7C28">
            <w:pPr>
              <w:spacing w:after="0" w:line="240" w:lineRule="auto"/>
              <w:jc w:val="center"/>
            </w:pPr>
            <w:r>
              <w:rPr>
                <w:rFonts w:ascii="Arial" w:hAnsi="Arial"/>
                <w:sz w:val="14"/>
              </w:rPr>
              <w:t>6.4</w:t>
            </w:r>
          </w:p>
        </w:tc>
        <w:tc>
          <w:tcPr>
            <w:tcW w:w="1180" w:type="dxa"/>
            <w:tcMar>
              <w:top w:w="24" w:type="dxa"/>
              <w:left w:w="24" w:type="dxa"/>
              <w:bottom w:w="24" w:type="dxa"/>
              <w:right w:w="24" w:type="dxa"/>
            </w:tcMar>
            <w:vAlign w:val="center"/>
          </w:tcPr>
          <w:p w14:paraId="6AF6EE06" w14:textId="77777777" w:rsidR="00B773FD" w:rsidRDefault="005C7C28">
            <w:pPr>
              <w:spacing w:after="0" w:line="240" w:lineRule="auto"/>
              <w:jc w:val="center"/>
            </w:pPr>
            <w:r>
              <w:rPr>
                <w:rFonts w:ascii="Arial" w:hAnsi="Arial"/>
                <w:sz w:val="14"/>
              </w:rPr>
              <w:t>0.0</w:t>
            </w:r>
          </w:p>
        </w:tc>
        <w:tc>
          <w:tcPr>
            <w:tcW w:w="1209" w:type="dxa"/>
            <w:tcMar>
              <w:top w:w="24" w:type="dxa"/>
              <w:left w:w="24" w:type="dxa"/>
              <w:bottom w:w="24" w:type="dxa"/>
              <w:right w:w="24" w:type="dxa"/>
            </w:tcMar>
            <w:vAlign w:val="center"/>
          </w:tcPr>
          <w:p w14:paraId="1E165737"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5A1C9658" w14:textId="77777777" w:rsidR="00B773FD" w:rsidRDefault="005C7C28">
            <w:pPr>
              <w:spacing w:after="0" w:line="240" w:lineRule="auto"/>
              <w:jc w:val="center"/>
            </w:pPr>
            <w:r>
              <w:rPr>
                <w:rFonts w:ascii="Arial" w:hAnsi="Arial"/>
                <w:sz w:val="14"/>
              </w:rPr>
              <w:t>100.0</w:t>
            </w:r>
          </w:p>
        </w:tc>
        <w:tc>
          <w:tcPr>
            <w:tcW w:w="1152" w:type="dxa"/>
            <w:tcMar>
              <w:top w:w="24" w:type="dxa"/>
              <w:left w:w="24" w:type="dxa"/>
              <w:bottom w:w="24" w:type="dxa"/>
              <w:right w:w="24" w:type="dxa"/>
            </w:tcMar>
            <w:vAlign w:val="center"/>
          </w:tcPr>
          <w:p w14:paraId="15C0A51C" w14:textId="77777777" w:rsidR="00B773FD" w:rsidRDefault="005C7C28">
            <w:pPr>
              <w:spacing w:after="0" w:line="240" w:lineRule="auto"/>
              <w:jc w:val="center"/>
            </w:pPr>
            <w:r>
              <w:rPr>
                <w:rFonts w:ascii="Arial" w:hAnsi="Arial"/>
                <w:sz w:val="14"/>
              </w:rPr>
              <w:t>0.0</w:t>
            </w:r>
          </w:p>
        </w:tc>
        <w:tc>
          <w:tcPr>
            <w:tcW w:w="1180" w:type="dxa"/>
            <w:tcMar>
              <w:top w:w="24" w:type="dxa"/>
              <w:left w:w="24" w:type="dxa"/>
              <w:bottom w:w="24" w:type="dxa"/>
              <w:right w:w="24" w:type="dxa"/>
            </w:tcMar>
            <w:vAlign w:val="center"/>
          </w:tcPr>
          <w:p w14:paraId="1A8ACF4F"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5A3FBCA6" w14:textId="77777777" w:rsidR="00B773FD" w:rsidRDefault="005C7C28">
            <w:pPr>
              <w:spacing w:after="0" w:line="240" w:lineRule="auto"/>
              <w:jc w:val="center"/>
            </w:pPr>
            <w:r>
              <w:rPr>
                <w:rFonts w:ascii="Arial" w:hAnsi="Arial"/>
                <w:sz w:val="14"/>
              </w:rPr>
              <w:t>Internal</w:t>
            </w:r>
          </w:p>
        </w:tc>
      </w:tr>
      <w:tr w:rsidR="00B773FD" w14:paraId="71CDE220" w14:textId="77777777">
        <w:trPr>
          <w:jc w:val="center"/>
        </w:trPr>
        <w:tc>
          <w:tcPr>
            <w:tcW w:w="2592" w:type="dxa"/>
            <w:shd w:val="clear" w:color="auto" w:fill="F7FBFF"/>
            <w:tcMar>
              <w:top w:w="24" w:type="dxa"/>
              <w:left w:w="24" w:type="dxa"/>
              <w:bottom w:w="24" w:type="dxa"/>
              <w:right w:w="24" w:type="dxa"/>
            </w:tcMar>
            <w:vAlign w:val="center"/>
          </w:tcPr>
          <w:p w14:paraId="423068F9" w14:textId="77777777" w:rsidR="00B773FD" w:rsidRDefault="005C7C28">
            <w:pPr>
              <w:spacing w:after="0" w:line="240" w:lineRule="auto"/>
            </w:pPr>
            <w:r>
              <w:rPr>
                <w:rFonts w:ascii="Arial" w:hAnsi="Arial"/>
                <w:sz w:val="14"/>
              </w:rPr>
              <w:t>Palo Verde</w:t>
            </w:r>
          </w:p>
        </w:tc>
        <w:tc>
          <w:tcPr>
            <w:tcW w:w="792" w:type="dxa"/>
            <w:shd w:val="clear" w:color="auto" w:fill="F7FBFF"/>
            <w:tcMar>
              <w:top w:w="24" w:type="dxa"/>
              <w:left w:w="24" w:type="dxa"/>
              <w:bottom w:w="24" w:type="dxa"/>
              <w:right w:w="24" w:type="dxa"/>
            </w:tcMar>
            <w:vAlign w:val="center"/>
          </w:tcPr>
          <w:p w14:paraId="5637E40F" w14:textId="77777777" w:rsidR="00B773FD" w:rsidRDefault="005C7C28">
            <w:pPr>
              <w:spacing w:after="0" w:line="240" w:lineRule="auto"/>
              <w:jc w:val="center"/>
            </w:pPr>
            <w:r>
              <w:rPr>
                <w:rFonts w:ascii="Arial" w:hAnsi="Arial"/>
                <w:sz w:val="14"/>
              </w:rPr>
              <w:t>Yes</w:t>
            </w:r>
          </w:p>
        </w:tc>
        <w:tc>
          <w:tcPr>
            <w:tcW w:w="1036" w:type="dxa"/>
            <w:shd w:val="clear" w:color="auto" w:fill="F7FBFF"/>
            <w:tcMar>
              <w:top w:w="24" w:type="dxa"/>
              <w:left w:w="24" w:type="dxa"/>
              <w:bottom w:w="24" w:type="dxa"/>
              <w:right w:w="24" w:type="dxa"/>
            </w:tcMar>
            <w:vAlign w:val="center"/>
          </w:tcPr>
          <w:p w14:paraId="3934F7DB" w14:textId="77777777" w:rsidR="00B773FD" w:rsidRDefault="005C7C28">
            <w:pPr>
              <w:spacing w:after="0" w:line="240" w:lineRule="auto"/>
              <w:jc w:val="center"/>
            </w:pPr>
            <w:r>
              <w:rPr>
                <w:rFonts w:ascii="Arial" w:hAnsi="Arial"/>
                <w:sz w:val="14"/>
              </w:rPr>
              <w:t>Yes</w:t>
            </w:r>
          </w:p>
        </w:tc>
        <w:tc>
          <w:tcPr>
            <w:tcW w:w="1123" w:type="dxa"/>
            <w:shd w:val="clear" w:color="auto" w:fill="F7FBFF"/>
            <w:tcMar>
              <w:top w:w="24" w:type="dxa"/>
              <w:left w:w="24" w:type="dxa"/>
              <w:bottom w:w="24" w:type="dxa"/>
              <w:right w:w="24" w:type="dxa"/>
            </w:tcMar>
            <w:vAlign w:val="center"/>
          </w:tcPr>
          <w:p w14:paraId="40154F52" w14:textId="77777777" w:rsidR="00B773FD" w:rsidRDefault="005C7C28">
            <w:pPr>
              <w:spacing w:after="0" w:line="240" w:lineRule="auto"/>
              <w:jc w:val="center"/>
            </w:pPr>
            <w:r>
              <w:rPr>
                <w:rFonts w:ascii="Arial" w:hAnsi="Arial"/>
                <w:sz w:val="14"/>
              </w:rPr>
              <w:t>No</w:t>
            </w:r>
          </w:p>
        </w:tc>
        <w:tc>
          <w:tcPr>
            <w:tcW w:w="1007" w:type="dxa"/>
            <w:shd w:val="clear" w:color="auto" w:fill="F7FBFF"/>
            <w:tcMar>
              <w:top w:w="24" w:type="dxa"/>
              <w:left w:w="24" w:type="dxa"/>
              <w:bottom w:w="24" w:type="dxa"/>
              <w:right w:w="24" w:type="dxa"/>
            </w:tcMar>
            <w:vAlign w:val="center"/>
          </w:tcPr>
          <w:p w14:paraId="0C90D090" w14:textId="77777777" w:rsidR="00B773FD" w:rsidRDefault="005C7C28">
            <w:pPr>
              <w:spacing w:after="0" w:line="240" w:lineRule="auto"/>
              <w:jc w:val="center"/>
            </w:pPr>
            <w:r>
              <w:rPr>
                <w:rFonts w:ascii="Arial" w:hAnsi="Arial"/>
                <w:sz w:val="14"/>
              </w:rPr>
              <w:t>21.4</w:t>
            </w:r>
          </w:p>
        </w:tc>
        <w:tc>
          <w:tcPr>
            <w:tcW w:w="1007" w:type="dxa"/>
            <w:shd w:val="clear" w:color="auto" w:fill="F7FBFF"/>
            <w:tcMar>
              <w:top w:w="24" w:type="dxa"/>
              <w:left w:w="24" w:type="dxa"/>
              <w:bottom w:w="24" w:type="dxa"/>
              <w:right w:w="24" w:type="dxa"/>
            </w:tcMar>
            <w:vAlign w:val="center"/>
          </w:tcPr>
          <w:p w14:paraId="2A9DDAA3" w14:textId="77777777" w:rsidR="00B773FD" w:rsidRDefault="005C7C28">
            <w:pPr>
              <w:spacing w:after="0" w:line="240" w:lineRule="auto"/>
              <w:jc w:val="center"/>
            </w:pPr>
            <w:r>
              <w:rPr>
                <w:rFonts w:ascii="Arial" w:hAnsi="Arial"/>
                <w:sz w:val="14"/>
              </w:rPr>
              <w:t>18.6</w:t>
            </w:r>
          </w:p>
        </w:tc>
        <w:tc>
          <w:tcPr>
            <w:tcW w:w="1180" w:type="dxa"/>
            <w:shd w:val="clear" w:color="auto" w:fill="F7FBFF"/>
            <w:tcMar>
              <w:top w:w="24" w:type="dxa"/>
              <w:left w:w="24" w:type="dxa"/>
              <w:bottom w:w="24" w:type="dxa"/>
              <w:right w:w="24" w:type="dxa"/>
            </w:tcMar>
            <w:vAlign w:val="center"/>
          </w:tcPr>
          <w:p w14:paraId="04D96D25" w14:textId="77777777" w:rsidR="00B773FD" w:rsidRDefault="005C7C28">
            <w:pPr>
              <w:spacing w:after="0" w:line="240" w:lineRule="auto"/>
              <w:jc w:val="center"/>
            </w:pPr>
            <w:r>
              <w:rPr>
                <w:rFonts w:ascii="Arial" w:hAnsi="Arial"/>
                <w:sz w:val="14"/>
              </w:rPr>
              <w:t>2.8</w:t>
            </w:r>
          </w:p>
        </w:tc>
        <w:tc>
          <w:tcPr>
            <w:tcW w:w="1209" w:type="dxa"/>
            <w:shd w:val="clear" w:color="auto" w:fill="F7FBFF"/>
            <w:tcMar>
              <w:top w:w="24" w:type="dxa"/>
              <w:left w:w="24" w:type="dxa"/>
              <w:bottom w:w="24" w:type="dxa"/>
              <w:right w:w="24" w:type="dxa"/>
            </w:tcMar>
            <w:vAlign w:val="center"/>
          </w:tcPr>
          <w:p w14:paraId="243CD453" w14:textId="77777777" w:rsidR="00B773FD" w:rsidRDefault="005C7C28">
            <w:pPr>
              <w:spacing w:after="0" w:line="240" w:lineRule="auto"/>
              <w:jc w:val="center"/>
            </w:pPr>
            <w:r>
              <w:rPr>
                <w:rFonts w:ascii="Arial" w:hAnsi="Arial"/>
                <w:sz w:val="14"/>
              </w:rPr>
              <w:t>0.0</w:t>
            </w:r>
          </w:p>
        </w:tc>
        <w:tc>
          <w:tcPr>
            <w:tcW w:w="892" w:type="dxa"/>
            <w:shd w:val="clear" w:color="auto" w:fill="F7FBFF"/>
            <w:tcMar>
              <w:top w:w="24" w:type="dxa"/>
              <w:left w:w="24" w:type="dxa"/>
              <w:bottom w:w="24" w:type="dxa"/>
              <w:right w:w="24" w:type="dxa"/>
            </w:tcMar>
            <w:vAlign w:val="center"/>
          </w:tcPr>
          <w:p w14:paraId="4CAA2A40" w14:textId="77777777" w:rsidR="00B773FD" w:rsidRDefault="005C7C28">
            <w:pPr>
              <w:spacing w:after="0" w:line="240" w:lineRule="auto"/>
              <w:jc w:val="center"/>
            </w:pPr>
            <w:r>
              <w:rPr>
                <w:rFonts w:ascii="Arial" w:hAnsi="Arial"/>
                <w:sz w:val="14"/>
              </w:rPr>
              <w:t>86.8</w:t>
            </w:r>
          </w:p>
        </w:tc>
        <w:tc>
          <w:tcPr>
            <w:tcW w:w="1152" w:type="dxa"/>
            <w:shd w:val="clear" w:color="auto" w:fill="F7FBFF"/>
            <w:tcMar>
              <w:top w:w="24" w:type="dxa"/>
              <w:left w:w="24" w:type="dxa"/>
              <w:bottom w:w="24" w:type="dxa"/>
              <w:right w:w="24" w:type="dxa"/>
            </w:tcMar>
            <w:vAlign w:val="center"/>
          </w:tcPr>
          <w:p w14:paraId="3723B8A2" w14:textId="77777777" w:rsidR="00B773FD" w:rsidRDefault="005C7C28">
            <w:pPr>
              <w:spacing w:after="0" w:line="240" w:lineRule="auto"/>
              <w:jc w:val="center"/>
            </w:pPr>
            <w:r>
              <w:rPr>
                <w:rFonts w:ascii="Arial" w:hAnsi="Arial"/>
                <w:sz w:val="14"/>
              </w:rPr>
              <w:t>13.2</w:t>
            </w:r>
          </w:p>
        </w:tc>
        <w:tc>
          <w:tcPr>
            <w:tcW w:w="1180" w:type="dxa"/>
            <w:shd w:val="clear" w:color="auto" w:fill="F7FBFF"/>
            <w:tcMar>
              <w:top w:w="24" w:type="dxa"/>
              <w:left w:w="24" w:type="dxa"/>
              <w:bottom w:w="24" w:type="dxa"/>
              <w:right w:w="24" w:type="dxa"/>
            </w:tcMar>
            <w:vAlign w:val="center"/>
          </w:tcPr>
          <w:p w14:paraId="706F0174" w14:textId="77777777" w:rsidR="00B773FD" w:rsidRDefault="005C7C28">
            <w:pPr>
              <w:spacing w:after="0" w:line="240" w:lineRule="auto"/>
              <w:jc w:val="center"/>
            </w:pPr>
            <w:r>
              <w:rPr>
                <w:rFonts w:ascii="Arial" w:hAnsi="Arial"/>
                <w:sz w:val="14"/>
              </w:rPr>
              <w:t>0.0</w:t>
            </w:r>
          </w:p>
        </w:tc>
        <w:tc>
          <w:tcPr>
            <w:tcW w:w="1368" w:type="dxa"/>
            <w:shd w:val="clear" w:color="auto" w:fill="F7FBFF"/>
            <w:tcMar>
              <w:top w:w="24" w:type="dxa"/>
              <w:left w:w="24" w:type="dxa"/>
              <w:bottom w:w="24" w:type="dxa"/>
              <w:right w:w="24" w:type="dxa"/>
            </w:tcMar>
            <w:vAlign w:val="center"/>
          </w:tcPr>
          <w:p w14:paraId="6D97C0D7" w14:textId="77777777" w:rsidR="00B773FD" w:rsidRDefault="005C7C28">
            <w:pPr>
              <w:spacing w:after="0" w:line="240" w:lineRule="auto"/>
              <w:jc w:val="center"/>
            </w:pPr>
            <w:r>
              <w:rPr>
                <w:rFonts w:ascii="Arial" w:hAnsi="Arial"/>
                <w:sz w:val="14"/>
              </w:rPr>
              <w:t>Internal</w:t>
            </w:r>
          </w:p>
        </w:tc>
      </w:tr>
      <w:tr w:rsidR="00B773FD" w14:paraId="58256158" w14:textId="77777777">
        <w:trPr>
          <w:jc w:val="center"/>
        </w:trPr>
        <w:tc>
          <w:tcPr>
            <w:tcW w:w="2592" w:type="dxa"/>
            <w:tcMar>
              <w:top w:w="24" w:type="dxa"/>
              <w:left w:w="24" w:type="dxa"/>
              <w:bottom w:w="24" w:type="dxa"/>
              <w:right w:w="24" w:type="dxa"/>
            </w:tcMar>
            <w:vAlign w:val="center"/>
          </w:tcPr>
          <w:p w14:paraId="0268E6BB" w14:textId="77777777" w:rsidR="00B773FD" w:rsidRDefault="005C7C28">
            <w:pPr>
              <w:spacing w:after="0" w:line="240" w:lineRule="auto"/>
            </w:pPr>
            <w:r>
              <w:rPr>
                <w:rFonts w:ascii="Arial" w:hAnsi="Arial"/>
                <w:sz w:val="14"/>
              </w:rPr>
              <w:t>Shadegan Marshes</w:t>
            </w:r>
          </w:p>
        </w:tc>
        <w:tc>
          <w:tcPr>
            <w:tcW w:w="792" w:type="dxa"/>
            <w:tcMar>
              <w:top w:w="24" w:type="dxa"/>
              <w:left w:w="24" w:type="dxa"/>
              <w:bottom w:w="24" w:type="dxa"/>
              <w:right w:w="24" w:type="dxa"/>
            </w:tcMar>
            <w:vAlign w:val="center"/>
          </w:tcPr>
          <w:p w14:paraId="0D684637" w14:textId="77777777" w:rsidR="00B773FD" w:rsidRDefault="005C7C28">
            <w:pPr>
              <w:spacing w:after="0" w:line="240" w:lineRule="auto"/>
              <w:jc w:val="center"/>
            </w:pPr>
            <w:r>
              <w:rPr>
                <w:rFonts w:ascii="Arial" w:hAnsi="Arial"/>
                <w:sz w:val="14"/>
              </w:rPr>
              <w:t>Yes</w:t>
            </w:r>
          </w:p>
        </w:tc>
        <w:tc>
          <w:tcPr>
            <w:tcW w:w="1036" w:type="dxa"/>
            <w:tcMar>
              <w:top w:w="24" w:type="dxa"/>
              <w:left w:w="24" w:type="dxa"/>
              <w:bottom w:w="24" w:type="dxa"/>
              <w:right w:w="24" w:type="dxa"/>
            </w:tcMar>
            <w:vAlign w:val="center"/>
          </w:tcPr>
          <w:p w14:paraId="745A5AE3" w14:textId="77777777" w:rsidR="00B773FD" w:rsidRDefault="005C7C28">
            <w:pPr>
              <w:spacing w:after="0" w:line="240" w:lineRule="auto"/>
              <w:jc w:val="center"/>
            </w:pPr>
            <w:r>
              <w:rPr>
                <w:rFonts w:ascii="Arial" w:hAnsi="Arial"/>
                <w:sz w:val="14"/>
              </w:rPr>
              <w:t>Yes</w:t>
            </w:r>
          </w:p>
        </w:tc>
        <w:tc>
          <w:tcPr>
            <w:tcW w:w="1123" w:type="dxa"/>
            <w:tcMar>
              <w:top w:w="24" w:type="dxa"/>
              <w:left w:w="24" w:type="dxa"/>
              <w:bottom w:w="24" w:type="dxa"/>
              <w:right w:w="24" w:type="dxa"/>
            </w:tcMar>
            <w:vAlign w:val="center"/>
          </w:tcPr>
          <w:p w14:paraId="495D9C11" w14:textId="77777777" w:rsidR="00B773FD" w:rsidRDefault="005C7C28">
            <w:pPr>
              <w:spacing w:after="0" w:line="240" w:lineRule="auto"/>
              <w:jc w:val="center"/>
            </w:pPr>
            <w:r>
              <w:rPr>
                <w:rFonts w:ascii="Arial" w:hAnsi="Arial"/>
                <w:sz w:val="14"/>
              </w:rPr>
              <w:t>No</w:t>
            </w:r>
          </w:p>
        </w:tc>
        <w:tc>
          <w:tcPr>
            <w:tcW w:w="1007" w:type="dxa"/>
            <w:tcMar>
              <w:top w:w="24" w:type="dxa"/>
              <w:left w:w="24" w:type="dxa"/>
              <w:bottom w:w="24" w:type="dxa"/>
              <w:right w:w="24" w:type="dxa"/>
            </w:tcMar>
            <w:vAlign w:val="center"/>
          </w:tcPr>
          <w:p w14:paraId="27391DB5" w14:textId="77777777" w:rsidR="00B773FD" w:rsidRDefault="005C7C28">
            <w:pPr>
              <w:spacing w:after="0" w:line="240" w:lineRule="auto"/>
              <w:jc w:val="center"/>
            </w:pPr>
            <w:r>
              <w:rPr>
                <w:rFonts w:ascii="Arial" w:hAnsi="Arial"/>
                <w:sz w:val="14"/>
              </w:rPr>
              <w:t>2162.4</w:t>
            </w:r>
          </w:p>
        </w:tc>
        <w:tc>
          <w:tcPr>
            <w:tcW w:w="1007" w:type="dxa"/>
            <w:tcMar>
              <w:top w:w="24" w:type="dxa"/>
              <w:left w:w="24" w:type="dxa"/>
              <w:bottom w:w="24" w:type="dxa"/>
              <w:right w:w="24" w:type="dxa"/>
            </w:tcMar>
            <w:vAlign w:val="center"/>
          </w:tcPr>
          <w:p w14:paraId="553560F3" w14:textId="77777777" w:rsidR="00B773FD" w:rsidRDefault="005C7C28">
            <w:pPr>
              <w:spacing w:after="0" w:line="240" w:lineRule="auto"/>
              <w:jc w:val="center"/>
            </w:pPr>
            <w:r>
              <w:rPr>
                <w:rFonts w:ascii="Arial" w:hAnsi="Arial"/>
                <w:sz w:val="14"/>
              </w:rPr>
              <w:t>2156.2</w:t>
            </w:r>
          </w:p>
        </w:tc>
        <w:tc>
          <w:tcPr>
            <w:tcW w:w="1180" w:type="dxa"/>
            <w:tcMar>
              <w:top w:w="24" w:type="dxa"/>
              <w:left w:w="24" w:type="dxa"/>
              <w:bottom w:w="24" w:type="dxa"/>
              <w:right w:w="24" w:type="dxa"/>
            </w:tcMar>
            <w:vAlign w:val="center"/>
          </w:tcPr>
          <w:p w14:paraId="7BD52CF4" w14:textId="77777777" w:rsidR="00B773FD" w:rsidRDefault="005C7C28">
            <w:pPr>
              <w:spacing w:after="0" w:line="240" w:lineRule="auto"/>
              <w:jc w:val="center"/>
            </w:pPr>
            <w:r>
              <w:rPr>
                <w:rFonts w:ascii="Arial" w:hAnsi="Arial"/>
                <w:sz w:val="14"/>
              </w:rPr>
              <w:t>6.2</w:t>
            </w:r>
          </w:p>
        </w:tc>
        <w:tc>
          <w:tcPr>
            <w:tcW w:w="1209" w:type="dxa"/>
            <w:tcMar>
              <w:top w:w="24" w:type="dxa"/>
              <w:left w:w="24" w:type="dxa"/>
              <w:bottom w:w="24" w:type="dxa"/>
              <w:right w:w="24" w:type="dxa"/>
            </w:tcMar>
            <w:vAlign w:val="center"/>
          </w:tcPr>
          <w:p w14:paraId="3C2A954F" w14:textId="77777777" w:rsidR="00B773FD" w:rsidRDefault="005C7C28">
            <w:pPr>
              <w:spacing w:after="0" w:line="240" w:lineRule="auto"/>
              <w:jc w:val="center"/>
            </w:pPr>
            <w:r>
              <w:rPr>
                <w:rFonts w:ascii="Arial" w:hAnsi="Arial"/>
                <w:sz w:val="14"/>
              </w:rPr>
              <w:t>0.0</w:t>
            </w:r>
          </w:p>
        </w:tc>
        <w:tc>
          <w:tcPr>
            <w:tcW w:w="892" w:type="dxa"/>
            <w:tcMar>
              <w:top w:w="24" w:type="dxa"/>
              <w:left w:w="24" w:type="dxa"/>
              <w:bottom w:w="24" w:type="dxa"/>
              <w:right w:w="24" w:type="dxa"/>
            </w:tcMar>
            <w:vAlign w:val="center"/>
          </w:tcPr>
          <w:p w14:paraId="48AEDD87" w14:textId="77777777" w:rsidR="00B773FD" w:rsidRDefault="005C7C28">
            <w:pPr>
              <w:spacing w:after="0" w:line="240" w:lineRule="auto"/>
              <w:jc w:val="center"/>
            </w:pPr>
            <w:r>
              <w:rPr>
                <w:rFonts w:ascii="Arial" w:hAnsi="Arial"/>
                <w:sz w:val="14"/>
              </w:rPr>
              <w:t>99.7</w:t>
            </w:r>
          </w:p>
        </w:tc>
        <w:tc>
          <w:tcPr>
            <w:tcW w:w="1152" w:type="dxa"/>
            <w:tcMar>
              <w:top w:w="24" w:type="dxa"/>
              <w:left w:w="24" w:type="dxa"/>
              <w:bottom w:w="24" w:type="dxa"/>
              <w:right w:w="24" w:type="dxa"/>
            </w:tcMar>
            <w:vAlign w:val="center"/>
          </w:tcPr>
          <w:p w14:paraId="7775581C" w14:textId="77777777" w:rsidR="00B773FD" w:rsidRDefault="005C7C28">
            <w:pPr>
              <w:spacing w:after="0" w:line="240" w:lineRule="auto"/>
              <w:jc w:val="center"/>
            </w:pPr>
            <w:r>
              <w:rPr>
                <w:rFonts w:ascii="Arial" w:hAnsi="Arial"/>
                <w:sz w:val="14"/>
              </w:rPr>
              <w:t>0.3</w:t>
            </w:r>
          </w:p>
        </w:tc>
        <w:tc>
          <w:tcPr>
            <w:tcW w:w="1180" w:type="dxa"/>
            <w:tcMar>
              <w:top w:w="24" w:type="dxa"/>
              <w:left w:w="24" w:type="dxa"/>
              <w:bottom w:w="24" w:type="dxa"/>
              <w:right w:w="24" w:type="dxa"/>
            </w:tcMar>
            <w:vAlign w:val="center"/>
          </w:tcPr>
          <w:p w14:paraId="6BC222BB" w14:textId="77777777" w:rsidR="00B773FD" w:rsidRDefault="005C7C28">
            <w:pPr>
              <w:spacing w:after="0" w:line="240" w:lineRule="auto"/>
              <w:jc w:val="center"/>
            </w:pPr>
            <w:r>
              <w:rPr>
                <w:rFonts w:ascii="Arial" w:hAnsi="Arial"/>
                <w:sz w:val="14"/>
              </w:rPr>
              <w:t>0.0</w:t>
            </w:r>
          </w:p>
        </w:tc>
        <w:tc>
          <w:tcPr>
            <w:tcW w:w="1368" w:type="dxa"/>
            <w:tcMar>
              <w:top w:w="24" w:type="dxa"/>
              <w:left w:w="24" w:type="dxa"/>
              <w:bottom w:w="24" w:type="dxa"/>
              <w:right w:w="24" w:type="dxa"/>
            </w:tcMar>
            <w:vAlign w:val="center"/>
          </w:tcPr>
          <w:p w14:paraId="11BB43D1" w14:textId="77777777" w:rsidR="00B773FD" w:rsidRDefault="005C7C28">
            <w:pPr>
              <w:spacing w:after="0" w:line="240" w:lineRule="auto"/>
              <w:jc w:val="center"/>
            </w:pPr>
            <w:r>
              <w:rPr>
                <w:rFonts w:ascii="Arial" w:hAnsi="Arial"/>
                <w:sz w:val="14"/>
              </w:rPr>
              <w:t>Internal</w:t>
            </w:r>
          </w:p>
        </w:tc>
      </w:tr>
    </w:tbl>
    <w:p w14:paraId="2D14648E" w14:textId="77777777" w:rsidR="005C7C28" w:rsidRDefault="005C7C28"/>
    <w:sectPr w:rsidR="005C7C28" w:rsidSect="00034616">
      <w:pgSz w:w="15840" w:h="12240" w:orient="landscape"/>
      <w:pgMar w:top="648" w:right="576" w:bottom="64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1A49"/>
    <w:rsid w:val="0029639D"/>
    <w:rsid w:val="00326F90"/>
    <w:rsid w:val="00335C5E"/>
    <w:rsid w:val="003B58BC"/>
    <w:rsid w:val="005C7C28"/>
    <w:rsid w:val="00A06501"/>
    <w:rsid w:val="00AA1D8D"/>
    <w:rsid w:val="00B47730"/>
    <w:rsid w:val="00B773FD"/>
    <w:rsid w:val="00CB0664"/>
    <w:rsid w:val="00E271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AA2EFF"/>
  <w14:defaultImageDpi w14:val="300"/>
  <w15:docId w15:val="{7E656DAE-7E29-4E79-B195-08F8D5EA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Clara Hübinger</cp:lastModifiedBy>
  <cp:revision>3</cp:revision>
  <dcterms:created xsi:type="dcterms:W3CDTF">2026-05-20T07:34:00Z</dcterms:created>
  <dcterms:modified xsi:type="dcterms:W3CDTF">2026-05-20T07:41:00Z</dcterms:modified>
  <cp:category/>
</cp:coreProperties>
</file>