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7C1E" w14:textId="51E47EE7" w:rsidR="0024408C" w:rsidRPr="00D74945" w:rsidRDefault="009B0A8E">
      <w:pPr>
        <w:spacing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666666"/>
          <w:sz w:val="20"/>
        </w:rPr>
        <w:t>Additional</w:t>
      </w:r>
      <w:r w:rsidR="00000000" w:rsidRPr="00D74945">
        <w:rPr>
          <w:rFonts w:ascii="Times New Roman" w:hAnsi="Times New Roman" w:cs="Times New Roman"/>
          <w:b/>
          <w:color w:val="666666"/>
          <w:sz w:val="20"/>
        </w:rPr>
        <w:t xml:space="preserve"> file 2</w:t>
      </w:r>
    </w:p>
    <w:p w14:paraId="23653F5A" w14:textId="7631F167" w:rsidR="0024408C" w:rsidRPr="00D74945" w:rsidRDefault="00000000">
      <w:pPr>
        <w:spacing w:after="16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sz w:val="32"/>
        </w:rPr>
        <w:t>UKMLA AKT Revision Post-Session Questionnaire</w:t>
      </w:r>
      <w:r w:rsidR="00CC5EE3" w:rsidRPr="00D74945">
        <w:rPr>
          <w:rFonts w:ascii="Times New Roman" w:hAnsi="Times New Roman" w:cs="Times New Roman"/>
          <w:b/>
          <w:sz w:val="32"/>
        </w:rPr>
        <w:t xml:space="preserve"> (Session One)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24408C" w:rsidRPr="00D74945" w14:paraId="6292C6D3" w14:textId="77777777">
        <w:tc>
          <w:tcPr>
            <w:tcW w:w="9638" w:type="dxa"/>
            <w:tcBorders>
              <w:top w:val="nil"/>
              <w:left w:val="nil"/>
              <w:bottom w:val="single" w:sz="6" w:space="0" w:color="BBBBBB"/>
              <w:right w:val="nil"/>
            </w:tcBorders>
          </w:tcPr>
          <w:p w14:paraId="7E3C18DD" w14:textId="77777777" w:rsidR="0024408C" w:rsidRPr="00D74945" w:rsidRDefault="0024408C">
            <w:pPr>
              <w:rPr>
                <w:rFonts w:ascii="Times New Roman" w:hAnsi="Times New Roman" w:cs="Times New Roman"/>
              </w:rPr>
            </w:pPr>
          </w:p>
        </w:tc>
      </w:tr>
    </w:tbl>
    <w:p w14:paraId="33E2861D" w14:textId="77777777" w:rsidR="0024408C" w:rsidRPr="00D74945" w:rsidRDefault="0024408C">
      <w:pPr>
        <w:spacing w:after="80"/>
        <w:rPr>
          <w:rFonts w:ascii="Times New Roman" w:hAnsi="Times New Roman" w:cs="Times New Roman"/>
        </w:rPr>
      </w:pPr>
    </w:p>
    <w:p w14:paraId="143FCADF" w14:textId="77777777" w:rsidR="0024408C" w:rsidRPr="00D74945" w:rsidRDefault="00000000">
      <w:pPr>
        <w:spacing w:after="2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 xml:space="preserve">This anonymous questionnaire was </w:t>
      </w:r>
      <w:bookmarkStart w:id="0" w:name="OLE_LINK7"/>
      <w:r w:rsidRPr="00D74945">
        <w:rPr>
          <w:rFonts w:ascii="Times New Roman" w:hAnsi="Times New Roman" w:cs="Times New Roman"/>
        </w:rPr>
        <w:t>administered to final-year medical students immediately after the first (online didactic) revision session, to assess self-reported preparedness, understanding of the exam, confidence in approaching AKT-style questions, and confidence in revision resources following the intervention. The questionnaire was developed specifically for this study and was not previously published.</w:t>
      </w:r>
      <w:bookmarkEnd w:id="0"/>
    </w:p>
    <w:p w14:paraId="6E5699A9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1</w:t>
      </w:r>
    </w:p>
    <w:p w14:paraId="0B51E1A2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I consent to my anonymised responses being used for educational evaluation and quality improvement purposes.</w:t>
      </w:r>
      <w:r w:rsidRPr="00D74945">
        <w:rPr>
          <w:rFonts w:ascii="Times New Roman" w:hAnsi="Times New Roman" w:cs="Times New Roman"/>
          <w:i/>
        </w:rPr>
        <w:t xml:space="preserve"> (Required)</w:t>
      </w:r>
    </w:p>
    <w:p w14:paraId="5F49B348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options (single select):</w:t>
      </w:r>
    </w:p>
    <w:p w14:paraId="296FAA2C" w14:textId="77777777" w:rsidR="0024408C" w:rsidRPr="00D74945" w:rsidRDefault="00000000">
      <w:pPr>
        <w:spacing w:after="40"/>
        <w:ind w:left="454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(   )   Yes</w:t>
      </w:r>
    </w:p>
    <w:p w14:paraId="3BE02BBB" w14:textId="77777777" w:rsidR="0024408C" w:rsidRPr="00D74945" w:rsidRDefault="00000000">
      <w:pPr>
        <w:spacing w:after="40"/>
        <w:ind w:left="454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(   )   No</w:t>
      </w:r>
    </w:p>
    <w:p w14:paraId="21FA854B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2</w:t>
      </w:r>
    </w:p>
    <w:p w14:paraId="22D8585A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Date of session.</w:t>
      </w:r>
      <w:r w:rsidRPr="00D74945">
        <w:rPr>
          <w:rFonts w:ascii="Times New Roman" w:hAnsi="Times New Roman" w:cs="Times New Roman"/>
          <w:i/>
        </w:rPr>
        <w:t xml:space="preserve"> (Required)</w:t>
      </w:r>
    </w:p>
    <w:p w14:paraId="60C240D2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format: date.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</w:tblGrid>
      <w:tr w:rsidR="0024408C" w:rsidRPr="00D74945" w14:paraId="3340A973" w14:textId="77777777">
        <w:trPr>
          <w:trHeight w:val="420"/>
        </w:trPr>
        <w:tc>
          <w:tcPr>
            <w:tcW w:w="39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BFBFB"/>
            <w:vAlign w:val="center"/>
          </w:tcPr>
          <w:p w14:paraId="173DA71C" w14:textId="77777777" w:rsidR="0024408C" w:rsidRPr="00D74945" w:rsidRDefault="00000000">
            <w:pPr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i/>
                <w:color w:val="888888"/>
                <w:sz w:val="18"/>
              </w:rPr>
              <w:t>Date</w:t>
            </w:r>
          </w:p>
        </w:tc>
      </w:tr>
    </w:tbl>
    <w:p w14:paraId="52B1772B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7D359704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3</w:t>
      </w:r>
    </w:p>
    <w:p w14:paraId="0BEF71F6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How prepared do you now feel for the UKMLA AKT?</w:t>
      </w:r>
    </w:p>
    <w:p w14:paraId="7BF3A76E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24408C" w:rsidRPr="00D74945" w14:paraId="29467F98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4D6B2896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2300E579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Not prepared at all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74702AC5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0E25C347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9C12A12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277E5FB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2CBEA82D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Very prepared</w:t>
            </w:r>
          </w:p>
        </w:tc>
      </w:tr>
    </w:tbl>
    <w:p w14:paraId="1099BB5F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74B5D41F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4</w:t>
      </w:r>
    </w:p>
    <w:p w14:paraId="7E979455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I understand the structure of the exam (question style, content across papers, etc.).</w:t>
      </w:r>
    </w:p>
    <w:p w14:paraId="18227073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24408C" w:rsidRPr="00D74945" w14:paraId="4E751070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7C40B115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58D67381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361A05E3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1F60B021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B51B395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86353E9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45970A5B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7C04682F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501DC890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5</w:t>
      </w:r>
    </w:p>
    <w:p w14:paraId="21A40EF6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I feel confident approaching AKT-style multiple choice questions.</w:t>
      </w:r>
    </w:p>
    <w:p w14:paraId="2DDEB442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24408C" w:rsidRPr="00D74945" w14:paraId="55E4A027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3B606FE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09370EE6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2043521E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51B20417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3553D33A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6BDB2EFC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52A66E5C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3EE0E51D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54C2676B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6</w:t>
      </w:r>
    </w:p>
    <w:p w14:paraId="41066490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I am confident I am using the right resources to prepare for the UKMLA AKT.</w:t>
      </w:r>
    </w:p>
    <w:p w14:paraId="2D4CC959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lastRenderedPageBreak/>
        <w:t>Response options (single select on a five-point scale):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1247"/>
        <w:gridCol w:w="1247"/>
        <w:gridCol w:w="1247"/>
        <w:gridCol w:w="2041"/>
      </w:tblGrid>
      <w:tr w:rsidR="0024408C" w:rsidRPr="00D74945" w14:paraId="4133A057" w14:textId="77777777"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75D5176C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  <w:p w14:paraId="0AF07E01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disagree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471E91E7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7AD024D4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1E21D805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7F7F7"/>
            <w:vAlign w:val="center"/>
          </w:tcPr>
          <w:p w14:paraId="13690D2A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  <w:p w14:paraId="402AB377" w14:textId="77777777" w:rsidR="0024408C" w:rsidRPr="00D74945" w:rsidRDefault="0000000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sz w:val="20"/>
              </w:rPr>
              <w:t>Strongly agree</w:t>
            </w:r>
          </w:p>
        </w:tc>
      </w:tr>
    </w:tbl>
    <w:p w14:paraId="749B07B6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7A83D6B6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7</w:t>
      </w:r>
    </w:p>
    <w:p w14:paraId="2ED0FF3A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Do you intend to attend the second session in this UKMLA AKT Revision series? (Interactive quiz on 19th February.)</w:t>
      </w:r>
    </w:p>
    <w:p w14:paraId="22DC1855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options (single select):</w:t>
      </w:r>
    </w:p>
    <w:p w14:paraId="709E3A8F" w14:textId="77777777" w:rsidR="0024408C" w:rsidRPr="00D74945" w:rsidRDefault="00000000">
      <w:pPr>
        <w:spacing w:after="40"/>
        <w:ind w:left="454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(   )   Yes</w:t>
      </w:r>
    </w:p>
    <w:p w14:paraId="01397D4F" w14:textId="77777777" w:rsidR="0024408C" w:rsidRPr="00D74945" w:rsidRDefault="00000000">
      <w:pPr>
        <w:spacing w:after="40"/>
        <w:ind w:left="454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(   )   No</w:t>
      </w:r>
    </w:p>
    <w:p w14:paraId="1588EED5" w14:textId="77777777" w:rsidR="0024408C" w:rsidRPr="00D74945" w:rsidRDefault="00000000">
      <w:pPr>
        <w:spacing w:after="40"/>
        <w:ind w:left="454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(   )   Unsure</w:t>
      </w:r>
    </w:p>
    <w:p w14:paraId="413F1E86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8</w:t>
      </w:r>
    </w:p>
    <w:p w14:paraId="2D82C20D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Is there any content you specifically want to see covered at the second session?</w:t>
      </w:r>
    </w:p>
    <w:p w14:paraId="0C5B33E8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format: free text.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1"/>
      </w:tblGrid>
      <w:tr w:rsidR="0024408C" w:rsidRPr="00D74945" w14:paraId="1F8A452A" w14:textId="77777777">
        <w:trPr>
          <w:trHeight w:val="1500"/>
        </w:trPr>
        <w:tc>
          <w:tcPr>
            <w:tcW w:w="90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BFBFB"/>
          </w:tcPr>
          <w:p w14:paraId="21E31430" w14:textId="77777777" w:rsidR="0024408C" w:rsidRPr="00D74945" w:rsidRDefault="00000000">
            <w:pPr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i/>
                <w:color w:val="888888"/>
                <w:sz w:val="18"/>
              </w:rPr>
              <w:t>Free-text response</w:t>
            </w:r>
          </w:p>
        </w:tc>
      </w:tr>
    </w:tbl>
    <w:p w14:paraId="168C19ED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17CB5F62" w14:textId="77777777" w:rsidR="0024408C" w:rsidRPr="00D74945" w:rsidRDefault="00000000">
      <w:pPr>
        <w:spacing w:before="200" w:after="4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</w:rPr>
        <w:t>Question 9</w:t>
      </w:r>
    </w:p>
    <w:p w14:paraId="7016F49C" w14:textId="77777777" w:rsidR="0024408C" w:rsidRPr="00D74945" w:rsidRDefault="00000000">
      <w:pPr>
        <w:spacing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</w:rPr>
        <w:t>Do you have any further suggestions on what will help with your preparation for the UKMLA AKT?</w:t>
      </w:r>
    </w:p>
    <w:p w14:paraId="3BB305D9" w14:textId="77777777" w:rsidR="0024408C" w:rsidRPr="00D74945" w:rsidRDefault="00000000">
      <w:pPr>
        <w:spacing w:before="120" w:after="80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b/>
          <w:color w:val="444444"/>
          <w:sz w:val="20"/>
        </w:rPr>
        <w:t>Response format: free text.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71"/>
      </w:tblGrid>
      <w:tr w:rsidR="0024408C" w:rsidRPr="00D74945" w14:paraId="7CB02153" w14:textId="77777777">
        <w:trPr>
          <w:trHeight w:val="1500"/>
        </w:trPr>
        <w:tc>
          <w:tcPr>
            <w:tcW w:w="90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BFBFB"/>
          </w:tcPr>
          <w:p w14:paraId="5DF4355D" w14:textId="77777777" w:rsidR="0024408C" w:rsidRPr="00D74945" w:rsidRDefault="00000000">
            <w:pPr>
              <w:rPr>
                <w:rFonts w:ascii="Times New Roman" w:hAnsi="Times New Roman" w:cs="Times New Roman"/>
              </w:rPr>
            </w:pPr>
            <w:r w:rsidRPr="00D74945">
              <w:rPr>
                <w:rFonts w:ascii="Times New Roman" w:hAnsi="Times New Roman" w:cs="Times New Roman"/>
                <w:i/>
                <w:color w:val="888888"/>
                <w:sz w:val="18"/>
              </w:rPr>
              <w:t>Free-text response</w:t>
            </w:r>
          </w:p>
        </w:tc>
      </w:tr>
    </w:tbl>
    <w:p w14:paraId="0BFB669D" w14:textId="77777777" w:rsidR="0024408C" w:rsidRPr="00D74945" w:rsidRDefault="0024408C">
      <w:pPr>
        <w:spacing w:after="0"/>
        <w:rPr>
          <w:rFonts w:ascii="Times New Roman" w:hAnsi="Times New Roman" w:cs="Times New Roman"/>
        </w:rPr>
      </w:pPr>
    </w:p>
    <w:p w14:paraId="469C5972" w14:textId="77777777" w:rsidR="0024408C" w:rsidRPr="00D74945" w:rsidRDefault="0024408C">
      <w:pPr>
        <w:spacing w:after="16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8"/>
      </w:tblGrid>
      <w:tr w:rsidR="0024408C" w:rsidRPr="00D74945" w14:paraId="2AF8AE05" w14:textId="77777777">
        <w:tc>
          <w:tcPr>
            <w:tcW w:w="9638" w:type="dxa"/>
            <w:tcBorders>
              <w:top w:val="single" w:sz="4" w:space="0" w:color="CCCCCC"/>
              <w:left w:val="nil"/>
              <w:bottom w:val="nil"/>
              <w:right w:val="nil"/>
            </w:tcBorders>
          </w:tcPr>
          <w:p w14:paraId="77203E08" w14:textId="77777777" w:rsidR="0024408C" w:rsidRPr="00D74945" w:rsidRDefault="0024408C">
            <w:pPr>
              <w:rPr>
                <w:rFonts w:ascii="Times New Roman" w:hAnsi="Times New Roman" w:cs="Times New Roman"/>
              </w:rPr>
            </w:pPr>
          </w:p>
        </w:tc>
      </w:tr>
    </w:tbl>
    <w:p w14:paraId="2138CC10" w14:textId="0B74A25C" w:rsidR="0024408C" w:rsidRPr="00D74945" w:rsidRDefault="009B0A8E">
      <w:pPr>
        <w:jc w:val="center"/>
        <w:rPr>
          <w:rFonts w:ascii="Times New Roman" w:hAnsi="Times New Roman" w:cs="Times New Roman"/>
        </w:rPr>
      </w:pPr>
      <w:r w:rsidRPr="00D74945">
        <w:rPr>
          <w:rFonts w:ascii="Times New Roman" w:hAnsi="Times New Roman" w:cs="Times New Roman"/>
          <w:i/>
          <w:color w:val="888888"/>
          <w:sz w:val="18"/>
        </w:rPr>
        <w:t>Additional</w:t>
      </w:r>
      <w:r w:rsidR="00000000" w:rsidRPr="00D74945">
        <w:rPr>
          <w:rFonts w:ascii="Times New Roman" w:hAnsi="Times New Roman" w:cs="Times New Roman"/>
          <w:i/>
          <w:color w:val="888888"/>
          <w:sz w:val="18"/>
        </w:rPr>
        <w:t xml:space="preserve"> file 2. Post-session questionnaire administered immediately after the first online revision session.</w:t>
      </w:r>
    </w:p>
    <w:sectPr w:rsidR="0024408C" w:rsidRPr="00D74945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97959">
    <w:abstractNumId w:val="8"/>
  </w:num>
  <w:num w:numId="2" w16cid:durableId="2031451451">
    <w:abstractNumId w:val="6"/>
  </w:num>
  <w:num w:numId="3" w16cid:durableId="1053120586">
    <w:abstractNumId w:val="5"/>
  </w:num>
  <w:num w:numId="4" w16cid:durableId="2030328160">
    <w:abstractNumId w:val="4"/>
  </w:num>
  <w:num w:numId="5" w16cid:durableId="1902205475">
    <w:abstractNumId w:val="7"/>
  </w:num>
  <w:num w:numId="6" w16cid:durableId="1060054113">
    <w:abstractNumId w:val="3"/>
  </w:num>
  <w:num w:numId="7" w16cid:durableId="261500097">
    <w:abstractNumId w:val="2"/>
  </w:num>
  <w:num w:numId="8" w16cid:durableId="1735204001">
    <w:abstractNumId w:val="1"/>
  </w:num>
  <w:num w:numId="9" w16cid:durableId="197429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397D"/>
    <w:rsid w:val="0015074B"/>
    <w:rsid w:val="001E6EE8"/>
    <w:rsid w:val="0024408C"/>
    <w:rsid w:val="00294A4E"/>
    <w:rsid w:val="0029639D"/>
    <w:rsid w:val="00326F90"/>
    <w:rsid w:val="009B0A8E"/>
    <w:rsid w:val="00AA1D8D"/>
    <w:rsid w:val="00B47730"/>
    <w:rsid w:val="00CB0664"/>
    <w:rsid w:val="00CC5EE3"/>
    <w:rsid w:val="00D749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A0D24"/>
  <w14:defaultImageDpi w14:val="300"/>
  <w15:docId w15:val="{B2EA6EFF-EEF1-324D-9366-E11AAAF3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Malaikah Khan</cp:lastModifiedBy>
  <cp:revision>5</cp:revision>
  <dcterms:created xsi:type="dcterms:W3CDTF">2013-12-23T23:15:00Z</dcterms:created>
  <dcterms:modified xsi:type="dcterms:W3CDTF">2026-06-07T21:17:00Z</dcterms:modified>
  <cp:category/>
</cp:coreProperties>
</file>