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1B4B7" w14:textId="5EBEB4DB" w:rsidR="00CD2AAA" w:rsidRPr="008C2CB3" w:rsidRDefault="00485808">
      <w:pPr>
        <w:spacing w:after="4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  <w:color w:val="666666"/>
          <w:sz w:val="20"/>
        </w:rPr>
        <w:t xml:space="preserve">Additional </w:t>
      </w:r>
      <w:r w:rsidR="00000000" w:rsidRPr="008C2CB3">
        <w:rPr>
          <w:rFonts w:ascii="Times New Roman" w:hAnsi="Times New Roman" w:cs="Times New Roman"/>
          <w:b/>
          <w:color w:val="666666"/>
          <w:sz w:val="20"/>
        </w:rPr>
        <w:t>file 3</w:t>
      </w:r>
    </w:p>
    <w:p w14:paraId="151EC3DF" w14:textId="3968EC4F" w:rsidR="00CD2AAA" w:rsidRPr="008C2CB3" w:rsidRDefault="00000000">
      <w:pPr>
        <w:spacing w:after="16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  <w:sz w:val="32"/>
        </w:rPr>
        <w:t>AKT Revision Blitz Post-Session Feedback Questionnaire (Session Two)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CD2AAA" w:rsidRPr="008C2CB3" w14:paraId="1F9FDDFA" w14:textId="77777777">
        <w:tc>
          <w:tcPr>
            <w:tcW w:w="9638" w:type="dxa"/>
            <w:tcBorders>
              <w:top w:val="nil"/>
              <w:left w:val="nil"/>
              <w:bottom w:val="single" w:sz="6" w:space="0" w:color="BBBBBB"/>
              <w:right w:val="nil"/>
            </w:tcBorders>
          </w:tcPr>
          <w:p w14:paraId="584D115C" w14:textId="77777777" w:rsidR="00CD2AAA" w:rsidRPr="008C2CB3" w:rsidRDefault="00CD2AAA">
            <w:pPr>
              <w:rPr>
                <w:rFonts w:ascii="Times New Roman" w:hAnsi="Times New Roman" w:cs="Times New Roman"/>
              </w:rPr>
            </w:pPr>
          </w:p>
        </w:tc>
      </w:tr>
    </w:tbl>
    <w:p w14:paraId="53137458" w14:textId="77777777" w:rsidR="00CD2AAA" w:rsidRPr="008C2CB3" w:rsidRDefault="00CD2AAA">
      <w:pPr>
        <w:spacing w:after="80"/>
        <w:rPr>
          <w:rFonts w:ascii="Times New Roman" w:hAnsi="Times New Roman" w:cs="Times New Roman"/>
        </w:rPr>
      </w:pPr>
    </w:p>
    <w:p w14:paraId="2C633A79" w14:textId="77777777" w:rsidR="00CD2AAA" w:rsidRPr="008C2CB3" w:rsidRDefault="00000000">
      <w:pPr>
        <w:spacing w:after="280"/>
        <w:rPr>
          <w:rFonts w:ascii="Times New Roman" w:hAnsi="Times New Roman" w:cs="Times New Roman"/>
        </w:rPr>
      </w:pPr>
      <w:bookmarkStart w:id="0" w:name="OLE_LINK8"/>
      <w:r w:rsidRPr="008C2CB3">
        <w:rPr>
          <w:rFonts w:ascii="Times New Roman" w:hAnsi="Times New Roman" w:cs="Times New Roman"/>
        </w:rPr>
        <w:t>This anonymous feedback questionnaire was administered to final-year medical students immediately after the second (interactive in-person) revision session (“AKT Revision Blitz”), held on 19 February 2026. The questionnaire was developed specifically for this study and was not previously published.</w:t>
      </w:r>
    </w:p>
    <w:bookmarkEnd w:id="0"/>
    <w:p w14:paraId="75C6FA03" w14:textId="77777777" w:rsidR="00CD2AAA" w:rsidRPr="008C2CB3" w:rsidRDefault="00000000">
      <w:pPr>
        <w:spacing w:before="200" w:after="4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</w:rPr>
        <w:t>Question 1</w:t>
      </w:r>
    </w:p>
    <w:p w14:paraId="6D723EEC" w14:textId="77777777" w:rsidR="00CD2AAA" w:rsidRPr="008C2CB3" w:rsidRDefault="00000000">
      <w:pPr>
        <w:spacing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I consent to my answers being used anonymously in research / quality improvement.</w:t>
      </w:r>
    </w:p>
    <w:p w14:paraId="52E4CAE9" w14:textId="77777777" w:rsidR="00CD2AAA" w:rsidRPr="008C2CB3" w:rsidRDefault="00000000">
      <w:pPr>
        <w:spacing w:before="120"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  <w:color w:val="444444"/>
          <w:sz w:val="20"/>
        </w:rPr>
        <w:t>Response options (single select):</w:t>
      </w:r>
    </w:p>
    <w:p w14:paraId="2E492B21" w14:textId="77777777" w:rsidR="00CD2AAA" w:rsidRPr="008C2CB3" w:rsidRDefault="00000000">
      <w:pPr>
        <w:spacing w:after="40"/>
        <w:ind w:left="454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(   )   Yes</w:t>
      </w:r>
    </w:p>
    <w:p w14:paraId="48086CB3" w14:textId="77777777" w:rsidR="00CD2AAA" w:rsidRPr="008C2CB3" w:rsidRDefault="00000000">
      <w:pPr>
        <w:spacing w:after="40"/>
        <w:ind w:left="454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(   )   No</w:t>
      </w:r>
    </w:p>
    <w:p w14:paraId="063EF575" w14:textId="77777777" w:rsidR="00CD2AAA" w:rsidRPr="008C2CB3" w:rsidRDefault="00000000">
      <w:pPr>
        <w:spacing w:before="200" w:after="4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</w:rPr>
        <w:t>Question 2</w:t>
      </w:r>
    </w:p>
    <w:p w14:paraId="385B4898" w14:textId="77777777" w:rsidR="00CD2AAA" w:rsidRPr="008C2CB3" w:rsidRDefault="00000000">
      <w:pPr>
        <w:spacing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I enjoyed the session today.</w:t>
      </w:r>
    </w:p>
    <w:p w14:paraId="20FCC6D0" w14:textId="77777777" w:rsidR="00CD2AAA" w:rsidRPr="008C2CB3" w:rsidRDefault="00000000">
      <w:pPr>
        <w:spacing w:before="120"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  <w:color w:val="444444"/>
          <w:sz w:val="20"/>
        </w:rPr>
        <w:t>Response options (single select on a five-point scale):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1247"/>
        <w:gridCol w:w="1247"/>
        <w:gridCol w:w="1247"/>
        <w:gridCol w:w="2041"/>
      </w:tblGrid>
      <w:tr w:rsidR="00CD2AAA" w:rsidRPr="008C2CB3" w14:paraId="72366F2D" w14:textId="77777777"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1C63DA01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  <w:p w14:paraId="3DAF13EF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sz w:val="20"/>
              </w:rPr>
              <w:t>Strongly disagree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009C7AD0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0E203FE1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063F44B4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443B6194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  <w:p w14:paraId="351B4518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sz w:val="20"/>
              </w:rPr>
              <w:t>Strongly agree</w:t>
            </w:r>
          </w:p>
        </w:tc>
      </w:tr>
    </w:tbl>
    <w:p w14:paraId="2D53F9CD" w14:textId="77777777" w:rsidR="00CD2AAA" w:rsidRPr="008C2CB3" w:rsidRDefault="00CD2AAA">
      <w:pPr>
        <w:spacing w:after="0"/>
        <w:rPr>
          <w:rFonts w:ascii="Times New Roman" w:hAnsi="Times New Roman" w:cs="Times New Roman"/>
        </w:rPr>
      </w:pPr>
    </w:p>
    <w:p w14:paraId="09A2E8E5" w14:textId="77777777" w:rsidR="00CD2AAA" w:rsidRPr="008C2CB3" w:rsidRDefault="00000000">
      <w:pPr>
        <w:spacing w:before="200" w:after="4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</w:rPr>
        <w:t>Question 3</w:t>
      </w:r>
    </w:p>
    <w:p w14:paraId="49CD4E3E" w14:textId="77777777" w:rsidR="00CD2AAA" w:rsidRPr="008C2CB3" w:rsidRDefault="00000000">
      <w:pPr>
        <w:spacing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The questions were relevant to the AKT.</w:t>
      </w:r>
    </w:p>
    <w:p w14:paraId="643F6B13" w14:textId="77777777" w:rsidR="00CD2AAA" w:rsidRPr="008C2CB3" w:rsidRDefault="00000000">
      <w:pPr>
        <w:spacing w:before="120"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  <w:color w:val="444444"/>
          <w:sz w:val="20"/>
        </w:rPr>
        <w:t>Response options (single select on a five-point scale):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1247"/>
        <w:gridCol w:w="1247"/>
        <w:gridCol w:w="1247"/>
        <w:gridCol w:w="2041"/>
      </w:tblGrid>
      <w:tr w:rsidR="00CD2AAA" w:rsidRPr="008C2CB3" w14:paraId="232FBEF4" w14:textId="77777777"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6FFBADD6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  <w:p w14:paraId="2548E733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sz w:val="20"/>
              </w:rPr>
              <w:t>Strongly disagree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78DA5E20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6C59E037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4EFBA214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2685BC19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  <w:p w14:paraId="738DD4F5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sz w:val="20"/>
              </w:rPr>
              <w:t>Strongly agree</w:t>
            </w:r>
          </w:p>
        </w:tc>
      </w:tr>
    </w:tbl>
    <w:p w14:paraId="79BD6B88" w14:textId="77777777" w:rsidR="00CD2AAA" w:rsidRPr="008C2CB3" w:rsidRDefault="00CD2AAA">
      <w:pPr>
        <w:spacing w:after="0"/>
        <w:rPr>
          <w:rFonts w:ascii="Times New Roman" w:hAnsi="Times New Roman" w:cs="Times New Roman"/>
        </w:rPr>
      </w:pPr>
    </w:p>
    <w:p w14:paraId="72D338E3" w14:textId="77777777" w:rsidR="00CD2AAA" w:rsidRPr="008C2CB3" w:rsidRDefault="00000000">
      <w:pPr>
        <w:spacing w:before="200" w:after="4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</w:rPr>
        <w:t>Question 4</w:t>
      </w:r>
    </w:p>
    <w:p w14:paraId="2C3A5FAA" w14:textId="77777777" w:rsidR="00CD2AAA" w:rsidRPr="008C2CB3" w:rsidRDefault="00000000">
      <w:pPr>
        <w:spacing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The delivery of the session was fun and interactive.</w:t>
      </w:r>
    </w:p>
    <w:p w14:paraId="5674D8B2" w14:textId="77777777" w:rsidR="00CD2AAA" w:rsidRPr="008C2CB3" w:rsidRDefault="00000000">
      <w:pPr>
        <w:spacing w:before="120"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  <w:color w:val="444444"/>
          <w:sz w:val="20"/>
        </w:rPr>
        <w:t>Response options (single select on a five-point scale):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1247"/>
        <w:gridCol w:w="1247"/>
        <w:gridCol w:w="1247"/>
        <w:gridCol w:w="2041"/>
      </w:tblGrid>
      <w:tr w:rsidR="00CD2AAA" w:rsidRPr="008C2CB3" w14:paraId="2EF0F4FD" w14:textId="77777777"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5BA9F9A2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  <w:p w14:paraId="22DA94F2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sz w:val="20"/>
              </w:rPr>
              <w:t>Strongly disagree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3690BA44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69469EF0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554C4E07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6B5A5182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  <w:p w14:paraId="02F5E8CF" w14:textId="77777777" w:rsidR="00CD2AAA" w:rsidRPr="008C2CB3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sz w:val="20"/>
              </w:rPr>
              <w:t>Strongly agree</w:t>
            </w:r>
          </w:p>
        </w:tc>
      </w:tr>
    </w:tbl>
    <w:p w14:paraId="6CF352B2" w14:textId="77777777" w:rsidR="00CD2AAA" w:rsidRPr="008C2CB3" w:rsidRDefault="00CD2AAA">
      <w:pPr>
        <w:spacing w:after="0"/>
        <w:rPr>
          <w:rFonts w:ascii="Times New Roman" w:hAnsi="Times New Roman" w:cs="Times New Roman"/>
        </w:rPr>
      </w:pPr>
    </w:p>
    <w:p w14:paraId="4DB85DC4" w14:textId="77777777" w:rsidR="00CD2AAA" w:rsidRPr="008C2CB3" w:rsidRDefault="00000000">
      <w:pPr>
        <w:spacing w:before="200" w:after="4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</w:rPr>
        <w:t>Question 5</w:t>
      </w:r>
    </w:p>
    <w:p w14:paraId="34F1FFA5" w14:textId="77777777" w:rsidR="00CD2AAA" w:rsidRPr="008C2CB3" w:rsidRDefault="00000000">
      <w:pPr>
        <w:spacing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Did you manage to ask any questions you had?</w:t>
      </w:r>
    </w:p>
    <w:p w14:paraId="42E935CE" w14:textId="77777777" w:rsidR="00CD2AAA" w:rsidRPr="008C2CB3" w:rsidRDefault="00000000">
      <w:pPr>
        <w:spacing w:before="120"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  <w:color w:val="444444"/>
          <w:sz w:val="20"/>
        </w:rPr>
        <w:t>Response options (single select):</w:t>
      </w:r>
    </w:p>
    <w:p w14:paraId="07C20A03" w14:textId="77777777" w:rsidR="00CD2AAA" w:rsidRPr="008C2CB3" w:rsidRDefault="00000000">
      <w:pPr>
        <w:spacing w:after="40"/>
        <w:ind w:left="454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(   )   Yes</w:t>
      </w:r>
    </w:p>
    <w:p w14:paraId="3A06D754" w14:textId="77777777" w:rsidR="00CD2AAA" w:rsidRPr="008C2CB3" w:rsidRDefault="00000000">
      <w:pPr>
        <w:spacing w:after="40"/>
        <w:ind w:left="454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(   )   No</w:t>
      </w:r>
    </w:p>
    <w:p w14:paraId="337F7ADF" w14:textId="77777777" w:rsidR="00CD2AAA" w:rsidRPr="008C2CB3" w:rsidRDefault="00000000">
      <w:pPr>
        <w:spacing w:after="40"/>
        <w:ind w:left="454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(   )   Not sure</w:t>
      </w:r>
    </w:p>
    <w:p w14:paraId="3C99902F" w14:textId="77777777" w:rsidR="00CD2AAA" w:rsidRPr="008C2CB3" w:rsidRDefault="00000000">
      <w:pPr>
        <w:spacing w:before="200" w:after="4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</w:rPr>
        <w:t>Question 6</w:t>
      </w:r>
    </w:p>
    <w:p w14:paraId="6A3D2660" w14:textId="77777777" w:rsidR="00CD2AAA" w:rsidRPr="008C2CB3" w:rsidRDefault="00000000">
      <w:pPr>
        <w:spacing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Anything particularly good about the session?</w:t>
      </w:r>
    </w:p>
    <w:p w14:paraId="46F61FC5" w14:textId="77777777" w:rsidR="00CD2AAA" w:rsidRPr="008C2CB3" w:rsidRDefault="00000000">
      <w:pPr>
        <w:spacing w:before="120"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  <w:color w:val="444444"/>
          <w:sz w:val="20"/>
        </w:rPr>
        <w:lastRenderedPageBreak/>
        <w:t>Response format: free text.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71"/>
      </w:tblGrid>
      <w:tr w:rsidR="00CD2AAA" w:rsidRPr="008C2CB3" w14:paraId="4FBF4CD5" w14:textId="77777777">
        <w:trPr>
          <w:trHeight w:val="1500"/>
        </w:trPr>
        <w:tc>
          <w:tcPr>
            <w:tcW w:w="907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BFBFB"/>
          </w:tcPr>
          <w:p w14:paraId="6B2D9BCF" w14:textId="77777777" w:rsidR="00CD2AAA" w:rsidRPr="008C2CB3" w:rsidRDefault="00000000">
            <w:pPr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i/>
                <w:color w:val="888888"/>
                <w:sz w:val="18"/>
              </w:rPr>
              <w:t>Free-text response</w:t>
            </w:r>
          </w:p>
        </w:tc>
      </w:tr>
    </w:tbl>
    <w:p w14:paraId="78F37226" w14:textId="77777777" w:rsidR="00CD2AAA" w:rsidRPr="008C2CB3" w:rsidRDefault="00CD2AAA">
      <w:pPr>
        <w:spacing w:after="0"/>
        <w:rPr>
          <w:rFonts w:ascii="Times New Roman" w:hAnsi="Times New Roman" w:cs="Times New Roman"/>
        </w:rPr>
      </w:pPr>
    </w:p>
    <w:p w14:paraId="2E6F15CA" w14:textId="77777777" w:rsidR="00CD2AAA" w:rsidRPr="008C2CB3" w:rsidRDefault="00000000">
      <w:pPr>
        <w:spacing w:before="200" w:after="4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</w:rPr>
        <w:t>Question 7</w:t>
      </w:r>
    </w:p>
    <w:p w14:paraId="76A3B521" w14:textId="77777777" w:rsidR="00CD2AAA" w:rsidRPr="008C2CB3" w:rsidRDefault="00000000">
      <w:pPr>
        <w:spacing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</w:rPr>
        <w:t>Anything that can be improved for next time?</w:t>
      </w:r>
    </w:p>
    <w:p w14:paraId="0168AF86" w14:textId="77777777" w:rsidR="00CD2AAA" w:rsidRPr="008C2CB3" w:rsidRDefault="00000000">
      <w:pPr>
        <w:spacing w:before="120" w:after="80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b/>
          <w:color w:val="444444"/>
          <w:sz w:val="20"/>
        </w:rPr>
        <w:t>Response format: free text.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71"/>
      </w:tblGrid>
      <w:tr w:rsidR="00CD2AAA" w:rsidRPr="008C2CB3" w14:paraId="486926B4" w14:textId="77777777">
        <w:trPr>
          <w:trHeight w:val="1500"/>
        </w:trPr>
        <w:tc>
          <w:tcPr>
            <w:tcW w:w="907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BFBFB"/>
          </w:tcPr>
          <w:p w14:paraId="282256D0" w14:textId="77777777" w:rsidR="00CD2AAA" w:rsidRPr="008C2CB3" w:rsidRDefault="00000000">
            <w:pPr>
              <w:rPr>
                <w:rFonts w:ascii="Times New Roman" w:hAnsi="Times New Roman" w:cs="Times New Roman"/>
              </w:rPr>
            </w:pPr>
            <w:r w:rsidRPr="008C2CB3">
              <w:rPr>
                <w:rFonts w:ascii="Times New Roman" w:hAnsi="Times New Roman" w:cs="Times New Roman"/>
                <w:i/>
                <w:color w:val="888888"/>
                <w:sz w:val="18"/>
              </w:rPr>
              <w:t>Free-text response</w:t>
            </w:r>
          </w:p>
        </w:tc>
      </w:tr>
    </w:tbl>
    <w:p w14:paraId="04FEB521" w14:textId="77777777" w:rsidR="00CD2AAA" w:rsidRPr="008C2CB3" w:rsidRDefault="00CD2AAA">
      <w:pPr>
        <w:spacing w:after="0"/>
        <w:rPr>
          <w:rFonts w:ascii="Times New Roman" w:hAnsi="Times New Roman" w:cs="Times New Roman"/>
        </w:rPr>
      </w:pPr>
    </w:p>
    <w:p w14:paraId="3A7753CF" w14:textId="77777777" w:rsidR="00CD2AAA" w:rsidRPr="008C2CB3" w:rsidRDefault="00CD2AAA">
      <w:pPr>
        <w:spacing w:after="16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CD2AAA" w:rsidRPr="008C2CB3" w14:paraId="6785DC88" w14:textId="77777777">
        <w:tc>
          <w:tcPr>
            <w:tcW w:w="9638" w:type="dxa"/>
            <w:tcBorders>
              <w:top w:val="single" w:sz="4" w:space="0" w:color="CCCCCC"/>
              <w:left w:val="nil"/>
              <w:bottom w:val="nil"/>
              <w:right w:val="nil"/>
            </w:tcBorders>
          </w:tcPr>
          <w:p w14:paraId="0ED6F51C" w14:textId="77777777" w:rsidR="00CD2AAA" w:rsidRPr="008C2CB3" w:rsidRDefault="00CD2AAA">
            <w:pPr>
              <w:rPr>
                <w:rFonts w:ascii="Times New Roman" w:hAnsi="Times New Roman" w:cs="Times New Roman"/>
              </w:rPr>
            </w:pPr>
          </w:p>
        </w:tc>
      </w:tr>
    </w:tbl>
    <w:p w14:paraId="156A3170" w14:textId="6216DD19" w:rsidR="00CD2AAA" w:rsidRPr="008C2CB3" w:rsidRDefault="00485808">
      <w:pPr>
        <w:jc w:val="center"/>
        <w:rPr>
          <w:rFonts w:ascii="Times New Roman" w:hAnsi="Times New Roman" w:cs="Times New Roman"/>
        </w:rPr>
      </w:pPr>
      <w:r w:rsidRPr="008C2CB3">
        <w:rPr>
          <w:rFonts w:ascii="Times New Roman" w:hAnsi="Times New Roman" w:cs="Times New Roman"/>
          <w:i/>
          <w:color w:val="888888"/>
          <w:sz w:val="18"/>
        </w:rPr>
        <w:t>Additional</w:t>
      </w:r>
      <w:r w:rsidR="00000000" w:rsidRPr="008C2CB3">
        <w:rPr>
          <w:rFonts w:ascii="Times New Roman" w:hAnsi="Times New Roman" w:cs="Times New Roman"/>
          <w:i/>
          <w:color w:val="888888"/>
          <w:sz w:val="18"/>
        </w:rPr>
        <w:t xml:space="preserve"> file 3. Post-session feedback questionnaire administered immediately after the second interactive</w:t>
      </w:r>
      <w:r w:rsidR="002D5121" w:rsidRPr="008C2CB3">
        <w:rPr>
          <w:rFonts w:ascii="Times New Roman" w:hAnsi="Times New Roman" w:cs="Times New Roman"/>
          <w:i/>
          <w:color w:val="888888"/>
          <w:sz w:val="18"/>
        </w:rPr>
        <w:t>,</w:t>
      </w:r>
      <w:r w:rsidR="00000000" w:rsidRPr="008C2CB3">
        <w:rPr>
          <w:rFonts w:ascii="Times New Roman" w:hAnsi="Times New Roman" w:cs="Times New Roman"/>
          <w:i/>
          <w:color w:val="888888"/>
          <w:sz w:val="18"/>
        </w:rPr>
        <w:t xml:space="preserve"> in-person revision session.</w:t>
      </w:r>
    </w:p>
    <w:sectPr w:rsidR="00CD2AAA" w:rsidRPr="008C2CB3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7133324">
    <w:abstractNumId w:val="8"/>
  </w:num>
  <w:num w:numId="2" w16cid:durableId="391393745">
    <w:abstractNumId w:val="6"/>
  </w:num>
  <w:num w:numId="3" w16cid:durableId="1481115276">
    <w:abstractNumId w:val="5"/>
  </w:num>
  <w:num w:numId="4" w16cid:durableId="2113938113">
    <w:abstractNumId w:val="4"/>
  </w:num>
  <w:num w:numId="5" w16cid:durableId="1430545289">
    <w:abstractNumId w:val="7"/>
  </w:num>
  <w:num w:numId="6" w16cid:durableId="275648329">
    <w:abstractNumId w:val="3"/>
  </w:num>
  <w:num w:numId="7" w16cid:durableId="1741243868">
    <w:abstractNumId w:val="2"/>
  </w:num>
  <w:num w:numId="8" w16cid:durableId="660431172">
    <w:abstractNumId w:val="1"/>
  </w:num>
  <w:num w:numId="9" w16cid:durableId="1845049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6EE8"/>
    <w:rsid w:val="0029639D"/>
    <w:rsid w:val="002D5121"/>
    <w:rsid w:val="00326F90"/>
    <w:rsid w:val="00485808"/>
    <w:rsid w:val="007C7381"/>
    <w:rsid w:val="008C2CB3"/>
    <w:rsid w:val="00AA1D8D"/>
    <w:rsid w:val="00B47730"/>
    <w:rsid w:val="00CB0664"/>
    <w:rsid w:val="00CB666D"/>
    <w:rsid w:val="00CD2A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9B1C51"/>
  <w14:defaultImageDpi w14:val="300"/>
  <w15:docId w15:val="{B2EA6EFF-EEF1-324D-9366-E11AAAF3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Malaikah Khan</cp:lastModifiedBy>
  <cp:revision>4</cp:revision>
  <dcterms:created xsi:type="dcterms:W3CDTF">2013-12-23T23:15:00Z</dcterms:created>
  <dcterms:modified xsi:type="dcterms:W3CDTF">2026-06-07T21:17:00Z</dcterms:modified>
  <cp:category/>
</cp:coreProperties>
</file>