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Supplementary File 1. English-language semi-structured interview guides used in the study</w:t>
      </w:r>
    </w:p>
    <w:p>
      <w:pPr>
        <w:jc w:val="center"/>
      </w:pPr>
      <w:r>
        <w:rPr>
          <w:i/>
        </w:rPr>
        <w:t>These guides were developed specifically for this study and were tailored to different participant groups and system levels.</w:t>
      </w:r>
    </w:p>
    <w:p>
      <w:pPr>
        <w:pStyle w:val="Heading1"/>
      </w:pPr>
      <w:r>
        <w:t>1. National-level interview guide</w:t>
      </w:r>
    </w:p>
    <w:p>
      <w:r>
        <w:rPr>
          <w:b/>
          <w:color w:val="444444"/>
        </w:rPr>
        <w:t>Interview Guide for National team level</w:t>
      </w:r>
    </w:p>
    <w:p>
      <w:r>
        <w:rPr>
          <w:b/>
        </w:rPr>
        <w:t>Interviewee (PORALG, MoHA, MoEST, MoH and MCDGWSGs)</w:t>
      </w:r>
    </w:p>
    <w:p>
      <w:pPr>
        <w:pStyle w:val="Heading3"/>
      </w:pPr>
      <w:r>
        <w:t>Framing statement</w:t>
      </w:r>
    </w:p>
    <w:p>
      <w:pPr>
        <w:spacing w:after="40"/>
      </w:pPr>
      <w:r>
        <w:t>Before I begin asking questions, I want to explain that in the following questions, I may use the terms “early childhood,” “early childhood development, or “ECD”.</w:t>
      </w:r>
    </w:p>
    <w:p>
      <w:pPr>
        <w:spacing w:after="40"/>
      </w:pPr>
      <w:r>
        <w:t>Our research is based on the nurturing care framework, which means that we are interested in learning about all of the many factors that affect the development of young children between conception and the age of 5, including child nutrition, child health, the parenting practices and the well-being of caregivers, child safety and security, and early education.</w:t>
      </w:r>
    </w:p>
    <w:p>
      <w:pPr>
        <w:spacing w:after="40"/>
      </w:pPr>
      <w:r>
        <w:t>My questions today focus on four main parts of the systems and services that are designed to meet the needs of children: Policies, governance, multisectoral coordination, and financing related to these factors.</w:t>
      </w:r>
    </w:p>
    <w:p>
      <w:pPr>
        <w:spacing w:after="40"/>
      </w:pPr>
      <w:r>
        <w:t>I invite you to respond to my questions based on your specific background or role</w:t>
      </w:r>
    </w:p>
    <w:p>
      <w:pPr>
        <w:pStyle w:val="Heading2"/>
      </w:pPr>
      <w:r>
        <w:t>Introductory questions</w:t>
      </w:r>
    </w:p>
    <w:p>
      <w:pPr>
        <w:spacing w:after="20"/>
      </w:pPr>
      <w:r>
        <w:rPr>
          <w:b/>
        </w:rPr>
        <w:t xml:space="preserve">1. </w:t>
      </w:r>
      <w:r>
        <w:t>Which ECD/NC activities are you implementing in your department/sector?</w:t>
      </w:r>
    </w:p>
    <w:p>
      <w:pPr>
        <w:spacing w:after="20"/>
      </w:pPr>
      <w:r>
        <w:rPr>
          <w:b/>
        </w:rPr>
        <w:t xml:space="preserve">2. </w:t>
      </w:r>
      <w:r>
        <w:t>How is your section/department defining Early Childhood Development (ECD)/Nurturing Care (NC)?</w:t>
      </w:r>
    </w:p>
    <w:p>
      <w:pPr>
        <w:spacing w:after="20"/>
      </w:pPr>
      <w:r>
        <w:rPr>
          <w:b/>
        </w:rPr>
        <w:t xml:space="preserve">3. </w:t>
      </w:r>
      <w:r>
        <w:t>How is your section/department contributing to implementing NM-ECDP?</w:t>
      </w:r>
    </w:p>
    <w:p>
      <w:pPr>
        <w:spacing w:after="20"/>
      </w:pPr>
      <w:r>
        <w:rPr>
          <w:b/>
        </w:rPr>
        <w:t xml:space="preserve">4. </w:t>
      </w:r>
      <w:r>
        <w:t>How is your section/department collaborating with other sector ministries on Early Childhood Development (ECD)/Nurturing Care (NC)?</w:t>
      </w:r>
    </w:p>
    <w:p>
      <w:pPr>
        <w:spacing w:after="20"/>
      </w:pPr>
      <w:r>
        <w:rPr>
          <w:b/>
        </w:rPr>
        <w:t xml:space="preserve">5. </w:t>
      </w:r>
      <w:r>
        <w:t>How is your section/department collaborating with local/ private organizations stakeholders in implementing Early Childhood Development (ECD)/Nurturing Care (NC)? activities?</w:t>
      </w:r>
    </w:p>
    <w:p>
      <w:pPr>
        <w:spacing w:after="20"/>
      </w:pPr>
      <w:r>
        <w:rPr>
          <w:b/>
        </w:rPr>
        <w:t xml:space="preserve">6. </w:t>
      </w:r>
      <w:r>
        <w:t>How is your section/department collaborating with development partners in implementing Early Childhood Development (ECD)/Nurturing Care (NC)? activities?</w:t>
      </w:r>
    </w:p>
    <w:p>
      <w:pPr>
        <w:pStyle w:val="Heading2"/>
      </w:pPr>
      <w:r>
        <w:t>Policy level</w:t>
      </w:r>
    </w:p>
    <w:p>
      <w:pPr>
        <w:spacing w:after="40"/>
      </w:pPr>
      <w:r>
        <w:t>The following questions are focused on policies related to early childhood development. By policy I am referring to any legislation, policy frameworks, strategic plans, and other official written documents that relate to the different aspects of child development I mentioned previously.</w:t>
      </w:r>
    </w:p>
    <w:p>
      <w:pPr>
        <w:spacing w:after="20"/>
      </w:pPr>
      <w:r>
        <w:rPr>
          <w:b/>
        </w:rPr>
        <w:t xml:space="preserve">1. </w:t>
      </w:r>
      <w:r>
        <w:t>In reference to your ministry policies/guideline/strategies which cover five ECD/NC domains from 0-3 years?</w:t>
      </w:r>
    </w:p>
    <w:p>
      <w:pPr>
        <w:spacing w:after="20"/>
      </w:pPr>
      <w:r>
        <w:rPr>
          <w:b/>
        </w:rPr>
        <w:t xml:space="preserve">2. </w:t>
      </w:r>
      <w:r>
        <w:t>Who are involved in policy dialogue? (Probe to know: How are FBOs and CBOs involved)</w:t>
      </w:r>
    </w:p>
    <w:p>
      <w:pPr>
        <w:spacing w:after="20"/>
      </w:pPr>
      <w:r>
        <w:rPr>
          <w:b/>
        </w:rPr>
        <w:t xml:space="preserve">3. </w:t>
      </w:r>
      <w:r>
        <w:t>Is there any progress made to include ECD in the existing policies? (Probe: what initiatives? If no initiative, why?</w:t>
      </w:r>
    </w:p>
    <w:p>
      <w:pPr>
        <w:spacing w:after="20"/>
      </w:pPr>
      <w:r>
        <w:rPr>
          <w:b/>
        </w:rPr>
        <w:t xml:space="preserve">4. </w:t>
      </w:r>
      <w:r>
        <w:t>What are the underlying hindrances to implementing the National Multi-Sectoral Early Childhood Development Program nationally?</w:t>
      </w:r>
    </w:p>
    <w:p>
      <w:pPr>
        <w:spacing w:after="20"/>
      </w:pPr>
      <w:r>
        <w:rPr>
          <w:b/>
        </w:rPr>
        <w:t xml:space="preserve">5. </w:t>
      </w:r>
      <w:r>
        <w:t>What are the existing opportunities for scaling the National Multi-Sectoral Early Childhood Development Program nationally?</w:t>
      </w:r>
    </w:p>
    <w:p>
      <w:pPr>
        <w:pStyle w:val="Heading2"/>
      </w:pPr>
      <w:r>
        <w:t>Governance</w:t>
      </w:r>
    </w:p>
    <w:p>
      <w:pPr>
        <w:spacing w:after="40"/>
      </w:pPr>
      <w:r>
        <w:t>The following questions are focused on governance related to early childhood development. By governance I am referring to processes, structures, and mechanisms that guide and regulate the provision of services and support for young children and their families. It involves the coordination, management, and oversight of policies, programs, and resources related to early childhood.</w:t>
      </w:r>
    </w:p>
    <w:p>
      <w:pPr>
        <w:pStyle w:val="Heading3"/>
      </w:pPr>
      <w:r>
        <w:t>Leadership and Decision Makers</w:t>
      </w:r>
    </w:p>
    <w:p>
      <w:pPr>
        <w:spacing w:after="20"/>
      </w:pPr>
      <w:r>
        <w:rPr>
          <w:b/>
        </w:rPr>
        <w:t xml:space="preserve">1. </w:t>
      </w:r>
      <w:r>
        <w:t>Who is the focal person for ECD/NC at the National level?</w:t>
      </w:r>
    </w:p>
    <w:p>
      <w:pPr>
        <w:spacing w:after="20"/>
      </w:pPr>
      <w:r>
        <w:rPr>
          <w:b/>
        </w:rPr>
        <w:t xml:space="preserve">2. </w:t>
      </w:r>
      <w:r>
        <w:t>What is the role of the focal person at the national level?</w:t>
      </w:r>
    </w:p>
    <w:p>
      <w:pPr>
        <w:spacing w:after="20"/>
      </w:pPr>
      <w:r>
        <w:rPr>
          <w:b/>
        </w:rPr>
        <w:t xml:space="preserve">3. </w:t>
      </w:r>
      <w:r>
        <w:t>How does the focal persons across ECD related ministries share and provide vision and leadership for the ECD agenda?</w:t>
      </w:r>
    </w:p>
    <w:p>
      <w:pPr>
        <w:spacing w:after="20"/>
      </w:pPr>
      <w:r>
        <w:rPr>
          <w:b/>
        </w:rPr>
        <w:t xml:space="preserve">4. </w:t>
      </w:r>
      <w:r>
        <w:t>Who are the main decision makers on ECD/NC agenda at your ministry?</w:t>
      </w:r>
    </w:p>
    <w:p>
      <w:pPr>
        <w:pStyle w:val="Heading3"/>
      </w:pPr>
      <w:r>
        <w:t>Existing Structures</w:t>
      </w:r>
    </w:p>
    <w:p>
      <w:pPr>
        <w:spacing w:after="20"/>
      </w:pPr>
      <w:r>
        <w:rPr>
          <w:b/>
        </w:rPr>
        <w:t xml:space="preserve">1. </w:t>
      </w:r>
      <w:r>
        <w:t>What mechanisms are in place for coordinating and collaborating with relevant stakeholders, including NGOs, and community-based organizations who provide and deliver ECD/NC services?</w:t>
      </w:r>
    </w:p>
    <w:p>
      <w:pPr>
        <w:spacing w:after="20"/>
      </w:pPr>
      <w:r>
        <w:rPr>
          <w:b/>
        </w:rPr>
        <w:t xml:space="preserve">2. </w:t>
      </w:r>
      <w:r>
        <w:t>What mechanism are in place for the government to measure compliance of relevant stakeholders including NGOs and international partners who provide and deliver ECD/NC services?</w:t>
      </w:r>
    </w:p>
    <w:p>
      <w:pPr>
        <w:spacing w:after="20"/>
      </w:pPr>
      <w:r>
        <w:rPr>
          <w:b/>
        </w:rPr>
        <w:t xml:space="preserve">3. </w:t>
      </w:r>
      <w:r>
        <w:t>What mechanism are in place for the government to reach children aged 0-8 years in special settings with ECD services (alternative care settings e.g., those in prison, street children and others in geographically isolated areas)?</w:t>
      </w:r>
    </w:p>
    <w:p>
      <w:pPr>
        <w:spacing w:after="20"/>
      </w:pPr>
      <w:r>
        <w:rPr>
          <w:b/>
        </w:rPr>
        <w:t xml:space="preserve">4. </w:t>
      </w:r>
      <w:r>
        <w:t>How should the government measure compliance with ECD Services? (Probe to know: Frequency of measurement)</w:t>
      </w:r>
    </w:p>
    <w:p>
      <w:pPr>
        <w:spacing w:after="20"/>
      </w:pPr>
      <w:r>
        <w:rPr>
          <w:b/>
        </w:rPr>
        <w:t xml:space="preserve">5. </w:t>
      </w:r>
      <w:r>
        <w:t>What are the ECD services provided to children in prison, street, detention and other in geographically isolated areas? Who is reaching them? What frequency of reaching them? Any notable difficulties/ challenges experienced in service provision?)</w:t>
      </w:r>
    </w:p>
    <w:p>
      <w:pPr>
        <w:spacing w:after="20"/>
      </w:pPr>
      <w:r>
        <w:rPr>
          <w:b/>
        </w:rPr>
        <w:t xml:space="preserve">6. </w:t>
      </w:r>
      <w:r>
        <w:t>In your own opinion, how do you describe the ECD governance among ECD sectors in Tanzania?</w:t>
      </w:r>
    </w:p>
    <w:p>
      <w:pPr>
        <w:pStyle w:val="Heading2"/>
      </w:pPr>
      <w:r>
        <w:t>ECD workforce system</w:t>
      </w:r>
    </w:p>
    <w:p>
      <w:pPr>
        <w:spacing w:after="40"/>
      </w:pPr>
      <w:r>
        <w:t>Now I’d like to ask a few questions on personnels (workforce) providing services falls in ECD/NC activities on each sector.</w:t>
      </w:r>
    </w:p>
    <w:p>
      <w:pPr>
        <w:spacing w:after="20"/>
      </w:pPr>
      <w:r>
        <w:rPr>
          <w:b/>
        </w:rPr>
        <w:t xml:space="preserve">1. </w:t>
      </w:r>
      <w:r>
        <w:t>Education: For example, pre-primary teachers, head teachers, or others who work with pre-primary age students.</w:t>
      </w:r>
    </w:p>
    <w:p>
      <w:pPr>
        <w:spacing w:after="20"/>
      </w:pPr>
      <w:r>
        <w:rPr>
          <w:b/>
        </w:rPr>
        <w:t xml:space="preserve">2. </w:t>
      </w:r>
      <w:r>
        <w:t>Health and Nutrition: For example, health care providers (RCHs and CHWs) and others who works with children aged 0 -5 years and their respective caregiver’s agricultural extension officers and others who implement nutrition-related programs,</w:t>
      </w:r>
    </w:p>
    <w:p>
      <w:pPr>
        <w:spacing w:after="20"/>
      </w:pPr>
      <w:r>
        <w:rPr>
          <w:b/>
        </w:rPr>
        <w:t xml:space="preserve">3. </w:t>
      </w:r>
      <w:r>
        <w:t>Safety and Security: For example, social workers, police, and others</w:t>
      </w:r>
    </w:p>
    <w:p>
      <w:pPr>
        <w:pStyle w:val="Heading3"/>
      </w:pPr>
      <w:r>
        <w:t>Goals and Objectives</w:t>
      </w:r>
    </w:p>
    <w:p>
      <w:pPr>
        <w:spacing w:after="20"/>
      </w:pPr>
      <w:r>
        <w:rPr>
          <w:b/>
        </w:rPr>
        <w:t xml:space="preserve">1. </w:t>
      </w:r>
      <w:r>
        <w:t>In reference to your respective ministry, mention ministry’s goals and objectives on issues related to ECD/NC services provided and delivering to children age 0 -5 years?</w:t>
      </w:r>
    </w:p>
    <w:p>
      <w:pPr>
        <w:spacing w:after="20"/>
      </w:pPr>
      <w:r>
        <w:rPr>
          <w:b/>
        </w:rPr>
        <w:t xml:space="preserve">2. </w:t>
      </w:r>
      <w:r>
        <w:t>How does the ministry ensure that the personnels (workforce) providing ECD/NC to children age 0 -5 years services align with the goals and objectives of ECD/NC?</w:t>
      </w:r>
    </w:p>
    <w:p>
      <w:pPr>
        <w:pStyle w:val="Heading3"/>
      </w:pPr>
      <w:r>
        <w:t>Recruitment and Retention of ECD Workforce</w:t>
      </w:r>
    </w:p>
    <w:p>
      <w:pPr>
        <w:spacing w:after="20"/>
      </w:pPr>
      <w:r>
        <w:rPr>
          <w:b/>
        </w:rPr>
        <w:t xml:space="preserve">1. </w:t>
      </w:r>
      <w:r>
        <w:t>In reference to your respective ministry, who are the personnel (workforce) does your ministry actively engage with when providing ECD services to children age 0 -5?</w:t>
      </w:r>
    </w:p>
    <w:p>
      <w:pPr>
        <w:spacing w:after="20"/>
      </w:pPr>
      <w:r>
        <w:rPr>
          <w:b/>
        </w:rPr>
        <w:t xml:space="preserve">2. </w:t>
      </w:r>
      <w:r>
        <w:t>How does personnels (workforce) providing and delivering ECD/NC services to children age 0 -5 years across ECD sectors communicate?</w:t>
      </w:r>
    </w:p>
    <w:p>
      <w:pPr>
        <w:spacing w:after="20"/>
      </w:pPr>
      <w:r>
        <w:rPr>
          <w:b/>
        </w:rPr>
        <w:t xml:space="preserve">3. </w:t>
      </w:r>
      <w:r>
        <w:t>What strategies does your ministry put in place for recruitment and retention of qualified professionals to provide and delivering ECD/NC services to children age 0 -5 years?</w:t>
      </w:r>
    </w:p>
    <w:p>
      <w:pPr>
        <w:spacing w:after="20"/>
      </w:pPr>
      <w:r>
        <w:rPr>
          <w:b/>
        </w:rPr>
        <w:t xml:space="preserve">4. </w:t>
      </w:r>
      <w:r>
        <w:t>What strategies does your ministry have to motivate personnels (workforce) providing and delivering ECD/NC services to children age 0 -5 years?</w:t>
      </w:r>
    </w:p>
    <w:p>
      <w:pPr>
        <w:pStyle w:val="Heading3"/>
      </w:pPr>
      <w:r>
        <w:t>Training and Development Programs</w:t>
      </w:r>
    </w:p>
    <w:p>
      <w:pPr>
        <w:spacing w:after="20"/>
      </w:pPr>
      <w:r>
        <w:rPr>
          <w:b/>
        </w:rPr>
        <w:t xml:space="preserve">1. </w:t>
      </w:r>
      <w:r>
        <w:t>What training programs does your ministry have in place/exist to equip personnel (workforce) with knowledge and skills on provision of providing ECD/ nurturing care to children 0-5 years?</w:t>
      </w:r>
    </w:p>
    <w:p>
      <w:pPr>
        <w:spacing w:after="20"/>
      </w:pPr>
      <w:r>
        <w:rPr>
          <w:b/>
        </w:rPr>
        <w:t xml:space="preserve">2. </w:t>
      </w:r>
      <w:r>
        <w:t>In your opinion, how is the status of ECD workforce around ECD programs?</w:t>
      </w:r>
    </w:p>
    <w:p>
      <w:pPr>
        <w:spacing w:after="20"/>
        <w:ind w:left="432"/>
      </w:pPr>
      <w:r>
        <w:rPr>
          <w:i/>
          <w:sz w:val="18"/>
        </w:rPr>
        <w:t>(Probe to know: Availability of personnel trained to deliver ECD/NC services to children age 0 -5 years, capacity and competency of the personnels in delivering quality ECD services)</w:t>
      </w:r>
    </w:p>
    <w:p>
      <w:pPr>
        <w:spacing w:after="20"/>
      </w:pPr>
      <w:r>
        <w:rPr>
          <w:b/>
        </w:rPr>
        <w:t xml:space="preserve">3. </w:t>
      </w:r>
      <w:r>
        <w:t>What are specific areas within your ministry that require more attention or support or improve personnels (workforce) engaged in providing and delivering ECD/NC activities to children age 0 -5 years.</w:t>
      </w:r>
    </w:p>
    <w:p>
      <w:pPr>
        <w:spacing w:after="20"/>
        <w:ind w:left="432"/>
      </w:pPr>
      <w:r>
        <w:rPr>
          <w:i/>
          <w:sz w:val="18"/>
        </w:rPr>
        <w:t>(Probe to know: If there is need of specialized training for children with disabilities?)</w:t>
      </w:r>
    </w:p>
    <w:p>
      <w:pPr>
        <w:pStyle w:val="Heading3"/>
      </w:pPr>
      <w:r>
        <w:t>Challenges and Opportunities</w:t>
      </w:r>
    </w:p>
    <w:p>
      <w:pPr>
        <w:spacing w:after="20"/>
      </w:pPr>
      <w:r>
        <w:rPr>
          <w:b/>
        </w:rPr>
        <w:t xml:space="preserve">1. </w:t>
      </w:r>
      <w:r>
        <w:t>What initiatives has your ministry invested to strengthen the ECD workforce?</w:t>
      </w:r>
    </w:p>
    <w:p>
      <w:pPr>
        <w:spacing w:after="20"/>
      </w:pPr>
      <w:r>
        <w:rPr>
          <w:b/>
        </w:rPr>
        <w:t xml:space="preserve">2. </w:t>
      </w:r>
      <w:r>
        <w:t>What are existing challenges facing personnels(workforce) providing and delivering ECD/NC services to children age 0 -5 years?</w:t>
      </w:r>
    </w:p>
    <w:p>
      <w:pPr>
        <w:pStyle w:val="Heading2"/>
      </w:pPr>
      <w:r>
        <w:t>Multisectoral coordination</w:t>
      </w:r>
    </w:p>
    <w:p>
      <w:pPr>
        <w:spacing w:after="40"/>
      </w:pPr>
      <w:r>
        <w:t>Now I’d like to ask you a few questions about multisectoral coordination. By multisectoral coordination, I mean coordination among different ministries/departments in funding, providing and managing services for young children, as well as collaboration with CSOs and other partners.</w:t>
      </w:r>
    </w:p>
    <w:p>
      <w:pPr>
        <w:pStyle w:val="Heading3"/>
      </w:pPr>
      <w:r>
        <w:t>Status of Multi Sectoral Coordination</w:t>
      </w:r>
    </w:p>
    <w:p>
      <w:pPr>
        <w:spacing w:after="20"/>
      </w:pPr>
      <w:r>
        <w:rPr>
          <w:b/>
        </w:rPr>
        <w:t xml:space="preserve">1. </w:t>
      </w:r>
      <w:r>
        <w:t>How does your ministry/department collaborate with other actors in early childhood?</w:t>
      </w:r>
    </w:p>
    <w:p>
      <w:pPr>
        <w:spacing w:after="20"/>
      </w:pPr>
      <w:r>
        <w:rPr>
          <w:b/>
        </w:rPr>
        <w:t xml:space="preserve">2. </w:t>
      </w:r>
      <w:r>
        <w:t>In your own opinion, how do you describe the ECD multi-sectoral coordination among ECD sectors in Tanzania?</w:t>
      </w:r>
    </w:p>
    <w:p>
      <w:pPr>
        <w:spacing w:after="20"/>
        <w:ind w:left="432"/>
      </w:pPr>
      <w:r>
        <w:rPr>
          <w:i/>
          <w:sz w:val="18"/>
        </w:rPr>
        <w:t>(Probe to know: Existing structure, power relationship, communication)</w:t>
      </w:r>
    </w:p>
    <w:p>
      <w:pPr>
        <w:spacing w:after="20"/>
      </w:pPr>
      <w:r>
        <w:rPr>
          <w:b/>
        </w:rPr>
        <w:t xml:space="preserve">3. </w:t>
      </w:r>
      <w:r>
        <w:t>In your views, how is multi-sectoral coordination is improving in Tanzania? Yes/No.</w:t>
      </w:r>
    </w:p>
    <w:p>
      <w:pPr>
        <w:spacing w:after="20"/>
        <w:ind w:left="432"/>
      </w:pPr>
      <w:r>
        <w:rPr>
          <w:i/>
          <w:sz w:val="18"/>
        </w:rPr>
        <w:t>(Probe to know: If yes, what are the improvements? If no, why?)</w:t>
      </w:r>
    </w:p>
    <w:p>
      <w:pPr>
        <w:spacing w:after="20"/>
      </w:pPr>
      <w:r>
        <w:rPr>
          <w:b/>
        </w:rPr>
        <w:t xml:space="preserve">4. </w:t>
      </w:r>
      <w:r>
        <w:t>To what extent is multi-sectoral coordination in ECD is improving in Tanzania?</w:t>
      </w:r>
    </w:p>
    <w:p>
      <w:pPr>
        <w:spacing w:after="20"/>
        <w:ind w:left="432"/>
      </w:pPr>
      <w:r>
        <w:rPr>
          <w:i/>
          <w:sz w:val="18"/>
        </w:rPr>
        <w:t>(Probe to know: Signs that shows that ECD is improving)</w:t>
      </w:r>
    </w:p>
    <w:p>
      <w:pPr>
        <w:spacing w:after="20"/>
      </w:pPr>
      <w:r>
        <w:rPr>
          <w:b/>
        </w:rPr>
        <w:t xml:space="preserve">5. </w:t>
      </w:r>
      <w:r>
        <w:t>How has government promoted multi-sectoral coordination in provision of ECD services and programming at the national level?</w:t>
      </w:r>
    </w:p>
    <w:p>
      <w:pPr>
        <w:spacing w:after="20"/>
      </w:pPr>
      <w:r>
        <w:rPr>
          <w:b/>
        </w:rPr>
        <w:t xml:space="preserve">6. </w:t>
      </w:r>
      <w:r>
        <w:t>In your views, how does multi-sectoral coordination contribute to strengthening the ECD/NC system?</w:t>
      </w:r>
    </w:p>
    <w:p>
      <w:pPr>
        <w:spacing w:after="20"/>
      </w:pPr>
      <w:r>
        <w:rPr>
          <w:b/>
        </w:rPr>
        <w:t xml:space="preserve">7. </w:t>
      </w:r>
      <w:r>
        <w:t>What are required conditions for multi-sectoral coordination among other ECD sectors and civil society actors?</w:t>
      </w:r>
    </w:p>
    <w:p>
      <w:pPr>
        <w:spacing w:after="20"/>
      </w:pPr>
      <w:r>
        <w:rPr>
          <w:b/>
        </w:rPr>
        <w:t xml:space="preserve">8. </w:t>
      </w:r>
      <w:r>
        <w:t>What is the relationship between the different levels of governance (regional, district) in implementing ECD/NC activities?</w:t>
      </w:r>
    </w:p>
    <w:p>
      <w:pPr>
        <w:spacing w:after="20"/>
        <w:ind w:left="432"/>
      </w:pPr>
      <w:r>
        <w:rPr>
          <w:i/>
          <w:sz w:val="18"/>
        </w:rPr>
        <w:t>(Probe to know: How do they interact to support quality ECD programs? How is the interaction coordinated? How are the information flows)</w:t>
      </w:r>
    </w:p>
    <w:p>
      <w:pPr>
        <w:pStyle w:val="Heading3"/>
      </w:pPr>
      <w:r>
        <w:t>Challenges and Opportunities</w:t>
      </w:r>
    </w:p>
    <w:p>
      <w:pPr>
        <w:spacing w:after="20"/>
      </w:pPr>
      <w:r>
        <w:rPr>
          <w:b/>
        </w:rPr>
        <w:t xml:space="preserve">1. </w:t>
      </w:r>
      <w:r>
        <w:t>What initiatives has your ministry invested to strengthen the multi -sectoral coordination among other ECD sectors?</w:t>
      </w:r>
    </w:p>
    <w:p>
      <w:pPr>
        <w:spacing w:after="20"/>
      </w:pPr>
      <w:r>
        <w:rPr>
          <w:b/>
        </w:rPr>
        <w:t xml:space="preserve">2. </w:t>
      </w:r>
      <w:r>
        <w:t>What are key learnings including in multi-sectoral coordination among other ECD sectors?</w:t>
      </w:r>
    </w:p>
    <w:p>
      <w:pPr>
        <w:spacing w:after="20"/>
        <w:ind w:left="432"/>
      </w:pPr>
      <w:r>
        <w:rPr>
          <w:i/>
          <w:sz w:val="18"/>
        </w:rPr>
        <w:t>(Probe to know: The strengths and challenges)</w:t>
      </w:r>
    </w:p>
    <w:p>
      <w:pPr>
        <w:pStyle w:val="Heading2"/>
      </w:pPr>
      <w:r>
        <w:t>Finance</w:t>
      </w:r>
    </w:p>
    <w:p>
      <w:pPr>
        <w:spacing w:after="20"/>
      </w:pPr>
      <w:r>
        <w:rPr>
          <w:b/>
        </w:rPr>
        <w:t xml:space="preserve">1. </w:t>
      </w:r>
      <w:r>
        <w:t>How is the financing for ECD activities done in Tanzania?</w:t>
      </w:r>
    </w:p>
    <w:p>
      <w:pPr>
        <w:spacing w:after="20"/>
      </w:pPr>
      <w:r>
        <w:rPr>
          <w:b/>
        </w:rPr>
        <w:t xml:space="preserve">2. </w:t>
      </w:r>
      <w:r>
        <w:t>How is finance around ECD programs?</w:t>
      </w:r>
    </w:p>
    <w:p>
      <w:pPr>
        <w:spacing w:after="20"/>
        <w:ind w:left="432"/>
      </w:pPr>
      <w:r>
        <w:rPr>
          <w:i/>
          <w:sz w:val="18"/>
        </w:rPr>
        <w:t>(Probe to know: Coordination, operations, feedback mechanism, challenge)</w:t>
      </w:r>
    </w:p>
    <w:p>
      <w:pPr>
        <w:spacing w:after="20"/>
      </w:pPr>
      <w:r>
        <w:rPr>
          <w:b/>
        </w:rPr>
        <w:t xml:space="preserve">3. </w:t>
      </w:r>
      <w:r>
        <w:t>How is funding for services for young children determined and allocated at the national/county levels?</w:t>
      </w:r>
    </w:p>
    <w:p>
      <w:pPr>
        <w:spacing w:after="20"/>
        <w:ind w:left="432"/>
      </w:pPr>
      <w:r>
        <w:rPr>
          <w:i/>
          <w:sz w:val="18"/>
        </w:rPr>
        <w:t>(Probe to know: Are there “ECD” budget lines in your department/ministry specifically dedicated to ECD?)</w:t>
      </w:r>
    </w:p>
    <w:p>
      <w:pPr>
        <w:spacing w:after="20"/>
      </w:pPr>
      <w:r>
        <w:rPr>
          <w:b/>
        </w:rPr>
        <w:t xml:space="preserve">4. </w:t>
      </w:r>
      <w:r>
        <w:t>How does the government (county/national) ensure that funds allocated to services for children are utilized as intended?</w:t>
      </w:r>
    </w:p>
    <w:p>
      <w:pPr>
        <w:spacing w:after="20"/>
        <w:ind w:left="432"/>
      </w:pPr>
      <w:r>
        <w:rPr>
          <w:i/>
          <w:sz w:val="18"/>
        </w:rPr>
        <w:t>(Probe to know: How is ECD expenditure tracked?)</w:t>
      </w:r>
    </w:p>
    <w:p>
      <w:pPr>
        <w:spacing w:after="20"/>
      </w:pPr>
      <w:r>
        <w:rPr>
          <w:b/>
        </w:rPr>
        <w:t xml:space="preserve">5. </w:t>
      </w:r>
      <w:r>
        <w:t>To what extent is financing in ECD improving in Tanzania?</w:t>
      </w:r>
    </w:p>
    <w:p>
      <w:pPr>
        <w:spacing w:after="20"/>
      </w:pPr>
      <w:r>
        <w:rPr>
          <w:b/>
        </w:rPr>
        <w:t xml:space="preserve">6. </w:t>
      </w:r>
      <w:r>
        <w:t>What are the most feasible and meaningful finance indicators? (Emphasizing on the national, regional, and sub-national level)</w:t>
      </w:r>
    </w:p>
    <w:p>
      <w:pPr>
        <w:spacing w:after="20"/>
      </w:pPr>
      <w:r>
        <w:rPr>
          <w:b/>
        </w:rPr>
        <w:t xml:space="preserve">7. </w:t>
      </w:r>
      <w:r>
        <w:t>What kinds of changes/ factors would lead to more funding/support being available for ECD?</w:t>
      </w:r>
    </w:p>
    <w:p>
      <w:pPr>
        <w:spacing w:after="20"/>
      </w:pPr>
      <w:r>
        <w:rPr>
          <w:b/>
        </w:rPr>
        <w:t xml:space="preserve">8. </w:t>
      </w:r>
      <w:r>
        <w:t>How funding/human resources availability enhance quality and sustainability</w:t>
      </w:r>
    </w:p>
    <w:p>
      <w:pPr>
        <w:pStyle w:val="Heading3"/>
      </w:pPr>
      <w:r>
        <w:t>Challenges and Opportunities</w:t>
      </w:r>
    </w:p>
    <w:p>
      <w:pPr>
        <w:spacing w:after="20"/>
      </w:pPr>
      <w:r>
        <w:rPr>
          <w:b/>
        </w:rPr>
        <w:t xml:space="preserve">1. </w:t>
      </w:r>
      <w:r>
        <w:t>What challenges are experienced in utilizing funds allocated to early childhood services in your ministry/department?</w:t>
      </w:r>
    </w:p>
    <w:p>
      <w:pPr>
        <w:spacing w:after="20"/>
        <w:ind w:left="432"/>
      </w:pPr>
      <w:r>
        <w:rPr>
          <w:i/>
          <w:sz w:val="18"/>
        </w:rPr>
        <w:t>(Probe to know: How is your ministry/department mitigating these challenges?)</w:t>
      </w:r>
    </w:p>
    <w:p>
      <w:pPr>
        <w:spacing w:after="20"/>
      </w:pPr>
      <w:r>
        <w:rPr>
          <w:b/>
        </w:rPr>
        <w:t xml:space="preserve">2. </w:t>
      </w:r>
      <w:r>
        <w:t>What initiatives has your ministry invested to strengthen the finance in ECD programs?</w:t>
      </w:r>
    </w:p>
    <w:p>
      <w:pPr>
        <w:spacing w:after="20"/>
      </w:pPr>
      <w:r>
        <w:rPr>
          <w:b/>
        </w:rPr>
        <w:t xml:space="preserve">3. </w:t>
      </w:r>
      <w:r>
        <w:t>What are key learnings including in finance ECD programs?</w:t>
      </w:r>
    </w:p>
    <w:p>
      <w:pPr>
        <w:spacing w:after="20"/>
        <w:ind w:left="432"/>
      </w:pPr>
      <w:r>
        <w:rPr>
          <w:i/>
          <w:sz w:val="18"/>
        </w:rPr>
        <w:t>(Probe to know: The strengths and challenges)</w:t>
      </w:r>
    </w:p>
    <w:p>
      <w:pPr>
        <w:pStyle w:val="Heading2"/>
      </w:pPr>
      <w:r>
        <w:t>System capacity</w:t>
      </w:r>
    </w:p>
    <w:p>
      <w:pPr>
        <w:spacing w:after="20"/>
      </w:pPr>
      <w:r>
        <w:rPr>
          <w:b/>
        </w:rPr>
        <w:t xml:space="preserve">1. </w:t>
      </w:r>
      <w:r>
        <w:t>How does the ECD system currently attract and retain highly qualified ECD service providers, especially in remote/rural areas?</w:t>
      </w:r>
    </w:p>
    <w:p>
      <w:pPr>
        <w:spacing w:after="20"/>
        <w:ind w:left="432"/>
      </w:pPr>
      <w:r>
        <w:rPr>
          <w:i/>
          <w:sz w:val="18"/>
        </w:rPr>
        <w:t>(Probe to know: What criteria used to identify the qualifies, what motivation is provided to retain them?</w:t>
      </w:r>
    </w:p>
    <w:p>
      <w:pPr>
        <w:spacing w:after="20"/>
      </w:pPr>
      <w:r>
        <w:rPr>
          <w:b/>
        </w:rPr>
        <w:t xml:space="preserve">2. </w:t>
      </w:r>
      <w:r>
        <w:t>How does the ECD system motivate Community Health Workers (CHWs) to implement ECD/Nurturing Care activities?</w:t>
      </w:r>
    </w:p>
    <w:p>
      <w:pPr>
        <w:spacing w:after="20"/>
      </w:pPr>
      <w:r>
        <w:rPr>
          <w:b/>
        </w:rPr>
        <w:t xml:space="preserve">3. </w:t>
      </w:r>
      <w:r>
        <w:t>How are CHWs recruited/engaged in ECD work?</w:t>
      </w:r>
    </w:p>
    <w:p>
      <w:pPr>
        <w:spacing w:after="20"/>
      </w:pPr>
      <w:r>
        <w:rPr>
          <w:b/>
        </w:rPr>
        <w:t xml:space="preserve">4. </w:t>
      </w:r>
      <w:r>
        <w:t>What capacity building is provided to CHWs?</w:t>
      </w:r>
    </w:p>
    <w:p>
      <w:pPr>
        <w:spacing w:after="20"/>
      </w:pPr>
      <w:r>
        <w:rPr>
          <w:b/>
        </w:rPr>
        <w:t xml:space="preserve">5. </w:t>
      </w:r>
      <w:r>
        <w:t>What are the ECD services provided by CHW?</w:t>
      </w:r>
    </w:p>
    <w:p>
      <w:pPr>
        <w:spacing w:after="20"/>
      </w:pPr>
      <w:r>
        <w:rPr>
          <w:b/>
        </w:rPr>
        <w:t xml:space="preserve">6. </w:t>
      </w:r>
      <w:r>
        <w:t>What is the coverage of CHWs in the provision of ECD services in the community?</w:t>
      </w:r>
    </w:p>
    <w:p>
      <w:pPr>
        <w:spacing w:after="20"/>
      </w:pPr>
      <w:r>
        <w:rPr>
          <w:b/>
        </w:rPr>
        <w:t xml:space="preserve">7. </w:t>
      </w:r>
      <w:r>
        <w:t>What kind of motivation/incentive is provided to CHWs (monetary and non-monetary)?</w:t>
      </w:r>
    </w:p>
    <w:p>
      <w:pPr>
        <w:spacing w:after="20"/>
      </w:pPr>
      <w:r>
        <w:rPr>
          <w:b/>
        </w:rPr>
        <w:t xml:space="preserve">8. </w:t>
      </w:r>
      <w:r>
        <w:t>What activities are budgeted for CHWs performing ECD services?</w:t>
      </w:r>
    </w:p>
    <w:p>
      <w:r>
        <w:br w:type="page"/>
      </w:r>
    </w:p>
    <w:p>
      <w:pPr>
        <w:pStyle w:val="Heading1"/>
      </w:pPr>
      <w:r>
        <w:t>2. Regional-level interview guide</w:t>
      </w:r>
    </w:p>
    <w:p>
      <w:r>
        <w:rPr>
          <w:b/>
          <w:color w:val="444444"/>
        </w:rPr>
        <w:t>Interview Guide for Regional team level</w:t>
      </w:r>
    </w:p>
    <w:p>
      <w:r>
        <w:rPr>
          <w:b/>
        </w:rPr>
        <w:t>Interviewee (RMO, RNuO, RSoW, REO, and RNuO)</w:t>
      </w:r>
    </w:p>
    <w:p>
      <w:pPr>
        <w:pStyle w:val="Heading3"/>
      </w:pPr>
      <w:r>
        <w:t>Framing statement</w:t>
      </w:r>
    </w:p>
    <w:p>
      <w:pPr>
        <w:spacing w:after="40"/>
      </w:pPr>
      <w:r>
        <w:t>Before I begin asking questions, I want to explain that in the following questions, I may use the terms “early childhood,” “early childhood development, or “ECD”.</w:t>
      </w:r>
    </w:p>
    <w:p>
      <w:pPr>
        <w:spacing w:after="40"/>
      </w:pPr>
      <w:r>
        <w:t>Our research is based on the nurturing care framework, which means that we are interested in learning about all of the many factors that affect the development of young children between conception and the age of 5, including child nutrition, child health, the parenting practices and the well-being of caregivers, child safety and security, and early education. My questions today focus on four main parts of the systems and services that are designed to meet the needs of children: Policies, governance, multisectoral coordination, and financing related to these factors.</w:t>
      </w:r>
    </w:p>
    <w:p>
      <w:pPr>
        <w:spacing w:after="40"/>
      </w:pPr>
      <w:r>
        <w:t>I invite you to respond to my questions based on your specific background or role</w:t>
      </w:r>
    </w:p>
    <w:p>
      <w:pPr>
        <w:pStyle w:val="Heading2"/>
      </w:pPr>
      <w:r>
        <w:t>Introductory questions</w:t>
      </w:r>
    </w:p>
    <w:p>
      <w:pPr>
        <w:spacing w:after="20"/>
      </w:pPr>
      <w:r>
        <w:rPr>
          <w:b/>
        </w:rPr>
        <w:t xml:space="preserve">1. </w:t>
      </w:r>
      <w:r>
        <w:t>Which ECD/NC activities are you implementing in your department/sector?</w:t>
      </w:r>
    </w:p>
    <w:p>
      <w:pPr>
        <w:spacing w:after="20"/>
      </w:pPr>
      <w:r>
        <w:rPr>
          <w:b/>
        </w:rPr>
        <w:t xml:space="preserve">2. </w:t>
      </w:r>
      <w:r>
        <w:t>How is your section/department defining Early Childhood Development (ECD)/Nurturing Care (NC)?</w:t>
      </w:r>
    </w:p>
    <w:p>
      <w:pPr>
        <w:spacing w:after="20"/>
      </w:pPr>
      <w:r>
        <w:rPr>
          <w:b/>
        </w:rPr>
        <w:t xml:space="preserve">3. </w:t>
      </w:r>
      <w:r>
        <w:t>How is your section/department contributing to implementing NM-ECDP?</w:t>
      </w:r>
    </w:p>
    <w:p>
      <w:pPr>
        <w:spacing w:after="20"/>
      </w:pPr>
      <w:r>
        <w:rPr>
          <w:b/>
        </w:rPr>
        <w:t xml:space="preserve">4. </w:t>
      </w:r>
      <w:r>
        <w:t>How is your section/department collaborating with other sector ministries on Early Childhood Development (ECD)/Nurturing Care (NC)?</w:t>
      </w:r>
    </w:p>
    <w:p>
      <w:pPr>
        <w:spacing w:after="20"/>
      </w:pPr>
      <w:r>
        <w:rPr>
          <w:b/>
        </w:rPr>
        <w:t xml:space="preserve">5. </w:t>
      </w:r>
      <w:r>
        <w:t>How is your section/department collaborating with local/ private organizations stakeholders in implementing Early Childhood Development (ECD)/Nurturing Care (NC)? activities?</w:t>
      </w:r>
    </w:p>
    <w:p>
      <w:pPr>
        <w:spacing w:after="20"/>
      </w:pPr>
      <w:r>
        <w:rPr>
          <w:b/>
        </w:rPr>
        <w:t xml:space="preserve">6. </w:t>
      </w:r>
      <w:r>
        <w:t>How is your section/department collaborating with development partners () in implementing Early Childhood Development (ECD)/Nurturing Care (NC)? activities?</w:t>
      </w:r>
    </w:p>
    <w:p>
      <w:pPr>
        <w:pStyle w:val="Heading2"/>
      </w:pPr>
      <w:r>
        <w:t>Policy level</w:t>
      </w:r>
    </w:p>
    <w:p>
      <w:pPr>
        <w:spacing w:after="40"/>
      </w:pPr>
      <w:r>
        <w:t>The following questions are focused on policies related to early childhood development. By policy I am referring to any legislation, policy frameworks, strategic plans, and other official written documents that relate to the different aspects of child development I mentioned previously.</w:t>
      </w:r>
    </w:p>
    <w:p>
      <w:pPr>
        <w:spacing w:after="20"/>
      </w:pPr>
      <w:r>
        <w:rPr>
          <w:b/>
        </w:rPr>
        <w:t xml:space="preserve">1. </w:t>
      </w:r>
      <w:r>
        <w:t>In reference to your ministry policies/guideline/strategies which cover five ECD/NC domains from 0-5 years?</w:t>
      </w:r>
    </w:p>
    <w:p>
      <w:pPr>
        <w:spacing w:after="20"/>
      </w:pPr>
      <w:r>
        <w:rPr>
          <w:b/>
        </w:rPr>
        <w:t xml:space="preserve">2. </w:t>
      </w:r>
      <w:r>
        <w:t>Who are involved in policy dialogue? (Probe to know: How are FBOs and CBOs involved)</w:t>
      </w:r>
    </w:p>
    <w:p>
      <w:pPr>
        <w:spacing w:after="20"/>
      </w:pPr>
      <w:r>
        <w:rPr>
          <w:b/>
        </w:rPr>
        <w:t xml:space="preserve">3. </w:t>
      </w:r>
      <w:r>
        <w:t>Is there any progress made to include ECD in the existing policies? (Probe: what initiatives? If no initiative, why?</w:t>
      </w:r>
    </w:p>
    <w:p>
      <w:pPr>
        <w:spacing w:after="20"/>
      </w:pPr>
      <w:r>
        <w:rPr>
          <w:b/>
        </w:rPr>
        <w:t xml:space="preserve">4. </w:t>
      </w:r>
      <w:r>
        <w:t>What are the underlying hindrances to implementing the National Multi-Sectoral Early Childhood Development Program nationally?</w:t>
      </w:r>
    </w:p>
    <w:p>
      <w:pPr>
        <w:spacing w:after="20"/>
      </w:pPr>
      <w:r>
        <w:rPr>
          <w:b/>
        </w:rPr>
        <w:t xml:space="preserve">5. </w:t>
      </w:r>
      <w:r>
        <w:t>What are the existing opportunities for scaling the National Multi-Sectoral Early Childhood Development Program nationally?</w:t>
      </w:r>
    </w:p>
    <w:p>
      <w:pPr>
        <w:pStyle w:val="Heading2"/>
      </w:pPr>
      <w:r>
        <w:t>Governance</w:t>
      </w:r>
    </w:p>
    <w:p>
      <w:pPr>
        <w:spacing w:after="40"/>
      </w:pPr>
      <w:r>
        <w:t>The following questions are focused on governance related to early childhood development. By governance I am referring to processes, structures, and mechanisms that guide and regulate the provision of services and support for young children and their families. It involves the coordination, management, and oversight of policies, programs, and resources related to early childhood.</w:t>
      </w:r>
    </w:p>
    <w:p>
      <w:pPr>
        <w:pStyle w:val="Heading3"/>
      </w:pPr>
      <w:r>
        <w:t>Leadership and Decision Makers</w:t>
      </w:r>
    </w:p>
    <w:p>
      <w:pPr>
        <w:spacing w:after="20"/>
      </w:pPr>
      <w:r>
        <w:rPr>
          <w:b/>
        </w:rPr>
        <w:t xml:space="preserve">1. </w:t>
      </w:r>
      <w:r>
        <w:t>Who is the focal person for ECD/NC at the regional level?</w:t>
      </w:r>
    </w:p>
    <w:p>
      <w:pPr>
        <w:spacing w:after="20"/>
      </w:pPr>
      <w:r>
        <w:rPr>
          <w:b/>
        </w:rPr>
        <w:t xml:space="preserve">2. </w:t>
      </w:r>
      <w:r>
        <w:t>What is the role of the focal person at the regional level?</w:t>
      </w:r>
    </w:p>
    <w:p>
      <w:pPr>
        <w:spacing w:after="20"/>
      </w:pPr>
      <w:r>
        <w:rPr>
          <w:b/>
        </w:rPr>
        <w:t xml:space="preserve">3. </w:t>
      </w:r>
      <w:r>
        <w:t>How does the focal persons across ECD related ministries share and provide vision and leadership for the ECD agenda?</w:t>
      </w:r>
    </w:p>
    <w:p>
      <w:pPr>
        <w:spacing w:after="20"/>
      </w:pPr>
      <w:r>
        <w:rPr>
          <w:b/>
        </w:rPr>
        <w:t xml:space="preserve">4. </w:t>
      </w:r>
      <w:r>
        <w:t>Who are the main decision makers on ECD/NC agenda at your ministry?</w:t>
      </w:r>
    </w:p>
    <w:p>
      <w:pPr>
        <w:pStyle w:val="Heading3"/>
      </w:pPr>
      <w:r>
        <w:t>Existing Structures</w:t>
      </w:r>
    </w:p>
    <w:p>
      <w:pPr>
        <w:spacing w:after="20"/>
      </w:pPr>
      <w:r>
        <w:rPr>
          <w:b/>
        </w:rPr>
        <w:t xml:space="preserve">1. </w:t>
      </w:r>
      <w:r>
        <w:t>What mechanisms are in place for coordinating and collaborating with relevant stakeholders, including NGOs, and community-based organizations who provide and deliver ECD/NC services?</w:t>
      </w:r>
    </w:p>
    <w:p>
      <w:pPr>
        <w:spacing w:after="20"/>
      </w:pPr>
      <w:r>
        <w:rPr>
          <w:b/>
        </w:rPr>
        <w:t xml:space="preserve">2. </w:t>
      </w:r>
      <w:r>
        <w:t>What mechanism are in place for the government to measure compliance of relevant stakeholders including NGOs and international partners who provide and deliver ECD/NC services?</w:t>
      </w:r>
    </w:p>
    <w:p>
      <w:pPr>
        <w:spacing w:after="20"/>
      </w:pPr>
      <w:r>
        <w:rPr>
          <w:b/>
        </w:rPr>
        <w:t xml:space="preserve">3. </w:t>
      </w:r>
      <w:r>
        <w:t>What mechanism are in place for the government to reach children aged 0-8 years in special settings with ECD services (alternative care settings e.g., those in prison, street children and others in geographically isolated areas)?</w:t>
      </w:r>
    </w:p>
    <w:p>
      <w:pPr>
        <w:spacing w:after="20"/>
      </w:pPr>
      <w:r>
        <w:rPr>
          <w:b/>
        </w:rPr>
        <w:t xml:space="preserve">4. </w:t>
      </w:r>
      <w:r>
        <w:t>How should the government measure compliance with ECD Services? (Probe to know: Frequency of measurement)</w:t>
      </w:r>
    </w:p>
    <w:p>
      <w:pPr>
        <w:spacing w:after="20"/>
      </w:pPr>
      <w:r>
        <w:rPr>
          <w:b/>
        </w:rPr>
        <w:t xml:space="preserve">5. </w:t>
      </w:r>
      <w:r>
        <w:t>What are the ECD services provided to children in prison, street, detention and other in geographically isolated areas? Who is reaching them? What frequency of reaching them? Any notable difficulties/ challenges experienced in service provision?)</w:t>
      </w:r>
    </w:p>
    <w:p>
      <w:pPr>
        <w:spacing w:after="20"/>
      </w:pPr>
      <w:r>
        <w:rPr>
          <w:b/>
        </w:rPr>
        <w:t xml:space="preserve">6. </w:t>
      </w:r>
      <w:r>
        <w:t>In your own opinion, how do you describe the ECD governance among ECD sectors in Tanzania?</w:t>
      </w:r>
    </w:p>
    <w:p>
      <w:pPr>
        <w:pStyle w:val="Heading2"/>
      </w:pPr>
      <w:r>
        <w:t>ECD workforce system</w:t>
      </w:r>
    </w:p>
    <w:p>
      <w:pPr>
        <w:spacing w:after="40"/>
      </w:pPr>
      <w:r>
        <w:t>Now I’d like to ask a few questions on personnels (workforce) providing services falls in ECD/NC activities on each sector.</w:t>
      </w:r>
    </w:p>
    <w:p>
      <w:pPr>
        <w:spacing w:after="20"/>
      </w:pPr>
      <w:r>
        <w:rPr>
          <w:b/>
        </w:rPr>
        <w:t xml:space="preserve">1. </w:t>
      </w:r>
      <w:r>
        <w:t>Education: For example, pre-primary teachers, head teachers, or others who work with pre-primary age students.</w:t>
      </w:r>
    </w:p>
    <w:p>
      <w:pPr>
        <w:spacing w:after="20"/>
      </w:pPr>
      <w:r>
        <w:rPr>
          <w:b/>
        </w:rPr>
        <w:t xml:space="preserve">2. </w:t>
      </w:r>
      <w:r>
        <w:t>Health and Nutrition: For example, health care providers (RCHs and CHWs) and others who works with children aged 0 -5 years and their respective caregiver’s agricultural extension officers and others who implement nutrition-related programs,</w:t>
      </w:r>
    </w:p>
    <w:p>
      <w:pPr>
        <w:spacing w:after="20"/>
      </w:pPr>
      <w:r>
        <w:rPr>
          <w:b/>
        </w:rPr>
        <w:t xml:space="preserve">3. </w:t>
      </w:r>
      <w:r>
        <w:t>Safety and Security: For example, social workers, police, and others</w:t>
      </w:r>
    </w:p>
    <w:p>
      <w:pPr>
        <w:pStyle w:val="Heading3"/>
      </w:pPr>
      <w:r>
        <w:t>Goals and Objectives</w:t>
      </w:r>
    </w:p>
    <w:p>
      <w:pPr>
        <w:spacing w:after="20"/>
      </w:pPr>
      <w:r>
        <w:rPr>
          <w:b/>
        </w:rPr>
        <w:t xml:space="preserve">1. </w:t>
      </w:r>
      <w:r>
        <w:t>In reference to your respective department, mention ministry’s goals and objectives on issues related to ECD/NC services provided and delivering to children age 0 -5 years?</w:t>
      </w:r>
    </w:p>
    <w:p>
      <w:pPr>
        <w:spacing w:after="20"/>
      </w:pPr>
      <w:r>
        <w:rPr>
          <w:b/>
        </w:rPr>
        <w:t xml:space="preserve">2. </w:t>
      </w:r>
      <w:r>
        <w:t>How does the department ensure that the personnels (workforce) providing ECD/NC to children age 0 -5 years services align with the goals and objectives of ECD/NC?</w:t>
      </w:r>
    </w:p>
    <w:p>
      <w:pPr>
        <w:pStyle w:val="Heading3"/>
      </w:pPr>
      <w:r>
        <w:t>Recruitment and Retention of ECD Workforce</w:t>
      </w:r>
    </w:p>
    <w:p>
      <w:pPr>
        <w:spacing w:after="20"/>
      </w:pPr>
      <w:r>
        <w:rPr>
          <w:b/>
        </w:rPr>
        <w:t xml:space="preserve">1. </w:t>
      </w:r>
      <w:r>
        <w:t>In reference to your respective department, who are the personnel (workforce) does your department actively engage with when providing ECD services to children age 0 -5?</w:t>
      </w:r>
    </w:p>
    <w:p>
      <w:pPr>
        <w:spacing w:after="20"/>
      </w:pPr>
      <w:r>
        <w:rPr>
          <w:b/>
        </w:rPr>
        <w:t xml:space="preserve">2. </w:t>
      </w:r>
      <w:r>
        <w:t>How does personnels (workforce) providing and delivering ECD/NC services to children age 0 -5 years across ECD sectors communicate?</w:t>
      </w:r>
    </w:p>
    <w:p>
      <w:pPr>
        <w:spacing w:after="20"/>
      </w:pPr>
      <w:r>
        <w:rPr>
          <w:b/>
        </w:rPr>
        <w:t xml:space="preserve">3. </w:t>
      </w:r>
      <w:r>
        <w:t>What strategies does your ministry put in place for recruitment and retention of qualified professionals to provide and delivering ECD/NC services to children age 0 -5 years?</w:t>
      </w:r>
    </w:p>
    <w:p>
      <w:pPr>
        <w:spacing w:after="20"/>
      </w:pPr>
      <w:r>
        <w:rPr>
          <w:b/>
        </w:rPr>
        <w:t xml:space="preserve">4. </w:t>
      </w:r>
      <w:r>
        <w:t>What strategies does your department have to motivate personnels (workforce) providing and delivering ECD/NC services to children age 0 -5 years?</w:t>
      </w:r>
    </w:p>
    <w:p>
      <w:pPr>
        <w:pStyle w:val="Heading3"/>
      </w:pPr>
      <w:r>
        <w:t>Training and Development Programs</w:t>
      </w:r>
    </w:p>
    <w:p>
      <w:pPr>
        <w:spacing w:after="20"/>
      </w:pPr>
      <w:r>
        <w:rPr>
          <w:b/>
        </w:rPr>
        <w:t xml:space="preserve">1. </w:t>
      </w:r>
      <w:r>
        <w:t>What training programs does your department have in place/exist to equip personnel (workforce) with knowledge and skills on provision of providing ECD/ nurturing care to children 0-5 years?</w:t>
      </w:r>
    </w:p>
    <w:p>
      <w:pPr>
        <w:spacing w:after="20"/>
      </w:pPr>
      <w:r>
        <w:rPr>
          <w:b/>
        </w:rPr>
        <w:t xml:space="preserve">2. </w:t>
      </w:r>
      <w:r>
        <w:t>In your opinion, how is the status of ECD workforce around ECD programs?</w:t>
      </w:r>
    </w:p>
    <w:p>
      <w:pPr>
        <w:spacing w:after="20"/>
        <w:ind w:left="432"/>
      </w:pPr>
      <w:r>
        <w:rPr>
          <w:i/>
          <w:sz w:val="18"/>
        </w:rPr>
        <w:t>(Probe to know: Availability of personnel trained to deliver ECD/NC services to children age 0 -5 years, capacity and competency of the personnels in delivering quality ECD services)</w:t>
      </w:r>
    </w:p>
    <w:p>
      <w:pPr>
        <w:spacing w:after="20"/>
      </w:pPr>
      <w:r>
        <w:rPr>
          <w:b/>
        </w:rPr>
        <w:t xml:space="preserve">3. </w:t>
      </w:r>
      <w:r>
        <w:t>What are specific areas within your department that require more attention or support or improve personnels (workforce) engaged in providing and delivering ECD/NC activities to children age 0 -5 years.</w:t>
      </w:r>
    </w:p>
    <w:p>
      <w:pPr>
        <w:spacing w:after="20"/>
        <w:ind w:left="432"/>
      </w:pPr>
      <w:r>
        <w:rPr>
          <w:i/>
          <w:sz w:val="18"/>
        </w:rPr>
        <w:t>(Probe to know: If there is need of specialized training for children with disabilities?)</w:t>
      </w:r>
    </w:p>
    <w:p>
      <w:pPr>
        <w:pStyle w:val="Heading3"/>
      </w:pPr>
      <w:r>
        <w:t>Challenges and Opportunities</w:t>
      </w:r>
    </w:p>
    <w:p>
      <w:pPr>
        <w:spacing w:after="20"/>
      </w:pPr>
      <w:r>
        <w:rPr>
          <w:b/>
        </w:rPr>
        <w:t xml:space="preserve">1. </w:t>
      </w:r>
      <w:r>
        <w:t>What initiatives has your ministry invested to strengthen the ECD workforce?</w:t>
      </w:r>
    </w:p>
    <w:p>
      <w:pPr>
        <w:spacing w:after="20"/>
      </w:pPr>
      <w:r>
        <w:rPr>
          <w:b/>
        </w:rPr>
        <w:t xml:space="preserve">2. </w:t>
      </w:r>
      <w:r>
        <w:t>What are existing challenges facing personnels(workforce) providing and delivering ECD/NC services to children age 0 -5 years?</w:t>
      </w:r>
    </w:p>
    <w:p>
      <w:pPr>
        <w:pStyle w:val="Heading2"/>
      </w:pPr>
      <w:r>
        <w:t>Multisectoral coordination</w:t>
      </w:r>
    </w:p>
    <w:p>
      <w:pPr>
        <w:spacing w:after="40"/>
      </w:pPr>
      <w:r>
        <w:t>Now I’d like to ask you a few questions about multisectoral coordination. By multisectoral coordination, I mean coordination among different ministries/departments in funding, providing and managing services for young children, as well as collaboration with CSOs and other partners.</w:t>
      </w:r>
    </w:p>
    <w:p>
      <w:pPr>
        <w:pStyle w:val="Heading3"/>
      </w:pPr>
      <w:r>
        <w:t>Status of Multi Sectoral Coordination</w:t>
      </w:r>
    </w:p>
    <w:p>
      <w:pPr>
        <w:spacing w:after="20"/>
      </w:pPr>
      <w:r>
        <w:rPr>
          <w:b/>
        </w:rPr>
        <w:t xml:space="preserve">1. </w:t>
      </w:r>
      <w:r>
        <w:t>How does your ministry/department collaborate with other actors in early childhood?</w:t>
      </w:r>
    </w:p>
    <w:p>
      <w:pPr>
        <w:spacing w:after="20"/>
        <w:ind w:left="432"/>
      </w:pPr>
      <w:r>
        <w:rPr>
          <w:i/>
          <w:sz w:val="18"/>
        </w:rPr>
        <w:t>(Probe to know: Other relevant ministries/departments on matters of early childhood development? Other stakeholders offering early childhood services/programmes? development partners in early childhood development)</w:t>
      </w:r>
    </w:p>
    <w:p>
      <w:pPr>
        <w:spacing w:after="20"/>
      </w:pPr>
      <w:r>
        <w:rPr>
          <w:b/>
        </w:rPr>
        <w:t xml:space="preserve">2. </w:t>
      </w:r>
      <w:r>
        <w:t>In your own opinion, how do you describe the ECD multi-sectoral coordination among ECD sectors in Tanzania?</w:t>
      </w:r>
    </w:p>
    <w:p>
      <w:pPr>
        <w:spacing w:after="20"/>
        <w:ind w:left="432"/>
      </w:pPr>
      <w:r>
        <w:rPr>
          <w:i/>
          <w:sz w:val="18"/>
        </w:rPr>
        <w:t>(Probe to know: Existing structure, power relationship, communication)</w:t>
      </w:r>
    </w:p>
    <w:p>
      <w:pPr>
        <w:spacing w:after="20"/>
      </w:pPr>
      <w:r>
        <w:rPr>
          <w:b/>
        </w:rPr>
        <w:t xml:space="preserve">3. </w:t>
      </w:r>
      <w:r>
        <w:t>In your views, how is multi-sectoral coordination is improving in Tanzania? Yes/No.</w:t>
      </w:r>
    </w:p>
    <w:p>
      <w:pPr>
        <w:spacing w:after="20"/>
        <w:ind w:left="432"/>
      </w:pPr>
      <w:r>
        <w:rPr>
          <w:i/>
          <w:sz w:val="18"/>
        </w:rPr>
        <w:t>(Probe to know: If yes, what are the improvements? If no, why? )</w:t>
      </w:r>
    </w:p>
    <w:p>
      <w:pPr>
        <w:spacing w:after="20"/>
      </w:pPr>
      <w:r>
        <w:rPr>
          <w:b/>
        </w:rPr>
        <w:t xml:space="preserve">4. </w:t>
      </w:r>
      <w:r>
        <w:t>To what extent is multi-sectoral coordination in ECD is improving in Tanzania?</w:t>
      </w:r>
    </w:p>
    <w:p>
      <w:pPr>
        <w:spacing w:after="20"/>
        <w:ind w:left="432"/>
      </w:pPr>
      <w:r>
        <w:rPr>
          <w:i/>
          <w:sz w:val="18"/>
        </w:rPr>
        <w:t>(Probe to know: Signs that shows that ECD is improving)</w:t>
      </w:r>
    </w:p>
    <w:p>
      <w:pPr>
        <w:spacing w:after="20"/>
      </w:pPr>
      <w:r>
        <w:rPr>
          <w:b/>
        </w:rPr>
        <w:t xml:space="preserve">5. </w:t>
      </w:r>
      <w:r>
        <w:t>How has government promoted multi-sectoral coordination in provision of ECD services and programming at the county and national government levels?</w:t>
      </w:r>
    </w:p>
    <w:p>
      <w:pPr>
        <w:spacing w:after="20"/>
      </w:pPr>
      <w:r>
        <w:rPr>
          <w:b/>
        </w:rPr>
        <w:t xml:space="preserve">6. </w:t>
      </w:r>
      <w:r>
        <w:t>In your views, how does multi-sectoral coordination contribute to strengthening the ECD/NC system?</w:t>
      </w:r>
    </w:p>
    <w:p>
      <w:pPr>
        <w:spacing w:after="20"/>
      </w:pPr>
      <w:r>
        <w:rPr>
          <w:b/>
        </w:rPr>
        <w:t xml:space="preserve">7. </w:t>
      </w:r>
      <w:r>
        <w:t>What are required conditions for multi-sectoral coordination among other ECD sectors and civil society actors?</w:t>
      </w:r>
    </w:p>
    <w:p>
      <w:pPr>
        <w:spacing w:after="20"/>
      </w:pPr>
      <w:r>
        <w:rPr>
          <w:b/>
        </w:rPr>
        <w:t xml:space="preserve">8. </w:t>
      </w:r>
      <w:r>
        <w:t>What is the relationship between the different levels of governance (regional, district) in implementing ECD/NC activities?</w:t>
      </w:r>
    </w:p>
    <w:p>
      <w:pPr>
        <w:spacing w:after="20"/>
        <w:ind w:left="432"/>
      </w:pPr>
      <w:r>
        <w:rPr>
          <w:i/>
          <w:sz w:val="18"/>
        </w:rPr>
        <w:t>(Probe to know: How do they interact to support quality ECD programs? How is the interaction coordinated? How are the information flows)</w:t>
      </w:r>
    </w:p>
    <w:p>
      <w:pPr>
        <w:pStyle w:val="Heading3"/>
      </w:pPr>
      <w:r>
        <w:t>Challenges and Opportunities</w:t>
      </w:r>
    </w:p>
    <w:p>
      <w:pPr>
        <w:spacing w:after="20"/>
      </w:pPr>
      <w:r>
        <w:rPr>
          <w:b/>
        </w:rPr>
        <w:t xml:space="preserve">1. </w:t>
      </w:r>
      <w:r>
        <w:t>What initiatives has your ministry invested to strengthen the multi -sectoral coordination among other ECD sectors?</w:t>
      </w:r>
    </w:p>
    <w:p>
      <w:pPr>
        <w:spacing w:after="20"/>
      </w:pPr>
      <w:r>
        <w:rPr>
          <w:b/>
        </w:rPr>
        <w:t xml:space="preserve">2. </w:t>
      </w:r>
      <w:r>
        <w:t>What are key learnings including in multi-sectoral coordination among other ECD sectors and actors?</w:t>
      </w:r>
    </w:p>
    <w:p>
      <w:pPr>
        <w:spacing w:after="20"/>
        <w:ind w:left="432"/>
      </w:pPr>
      <w:r>
        <w:rPr>
          <w:i/>
          <w:sz w:val="18"/>
        </w:rPr>
        <w:t>(Probe to know: The strengths and challenges)</w:t>
      </w:r>
    </w:p>
    <w:p>
      <w:pPr>
        <w:pStyle w:val="Heading2"/>
      </w:pPr>
      <w:r>
        <w:t>Financing</w:t>
      </w:r>
    </w:p>
    <w:p>
      <w:pPr>
        <w:spacing w:after="20"/>
      </w:pPr>
      <w:r>
        <w:rPr>
          <w:b/>
        </w:rPr>
        <w:t xml:space="preserve">1. </w:t>
      </w:r>
      <w:r>
        <w:t>How is the financing for ECD activities done in Tanzania?</w:t>
      </w:r>
    </w:p>
    <w:p>
      <w:pPr>
        <w:spacing w:after="20"/>
      </w:pPr>
      <w:r>
        <w:rPr>
          <w:b/>
        </w:rPr>
        <w:t xml:space="preserve">2. </w:t>
      </w:r>
      <w:r>
        <w:t>How is finance around ECD programs?</w:t>
      </w:r>
    </w:p>
    <w:p>
      <w:pPr>
        <w:spacing w:after="20"/>
        <w:ind w:left="432"/>
      </w:pPr>
      <w:r>
        <w:rPr>
          <w:i/>
          <w:sz w:val="18"/>
        </w:rPr>
        <w:t>(Probe to know: Coordination, operations, feedback mechanism, challenge)</w:t>
      </w:r>
    </w:p>
    <w:p>
      <w:pPr>
        <w:spacing w:after="20"/>
      </w:pPr>
      <w:r>
        <w:rPr>
          <w:b/>
        </w:rPr>
        <w:t xml:space="preserve">3. </w:t>
      </w:r>
      <w:r>
        <w:t>How is funding for services for young children determined and allocated at the national/county levels?</w:t>
      </w:r>
    </w:p>
    <w:p>
      <w:pPr>
        <w:spacing w:after="20"/>
        <w:ind w:left="432"/>
      </w:pPr>
      <w:r>
        <w:rPr>
          <w:i/>
          <w:sz w:val="18"/>
        </w:rPr>
        <w:t>(Probe to know: Are there “ECD” budget lines in your department/ministry specifically dedicated to ECD?)</w:t>
      </w:r>
    </w:p>
    <w:p>
      <w:pPr>
        <w:spacing w:after="20"/>
      </w:pPr>
      <w:r>
        <w:rPr>
          <w:b/>
        </w:rPr>
        <w:t xml:space="preserve">4. </w:t>
      </w:r>
      <w:r>
        <w:t>How does the government (county/national) ensure that funds allocated to services for children are utilized as intended?</w:t>
      </w:r>
    </w:p>
    <w:p>
      <w:pPr>
        <w:spacing w:after="20"/>
        <w:ind w:left="432"/>
      </w:pPr>
      <w:r>
        <w:rPr>
          <w:i/>
          <w:sz w:val="18"/>
        </w:rPr>
        <w:t>(Probe to know: How is ECD expenditure tracked?)</w:t>
      </w:r>
    </w:p>
    <w:p>
      <w:pPr>
        <w:spacing w:after="20"/>
      </w:pPr>
      <w:r>
        <w:rPr>
          <w:b/>
        </w:rPr>
        <w:t xml:space="preserve">5. </w:t>
      </w:r>
      <w:r>
        <w:t>To what extent is financing in ECD improving in Tanzania?</w:t>
      </w:r>
    </w:p>
    <w:p>
      <w:pPr>
        <w:spacing w:after="20"/>
      </w:pPr>
      <w:r>
        <w:rPr>
          <w:b/>
        </w:rPr>
        <w:t xml:space="preserve">6. </w:t>
      </w:r>
      <w:r>
        <w:t>What are the most feasible and meaningful financing indicators? (Emphasizing on the national, regional, and sub-national level)</w:t>
      </w:r>
    </w:p>
    <w:p>
      <w:pPr>
        <w:spacing w:after="20"/>
      </w:pPr>
      <w:r>
        <w:rPr>
          <w:b/>
        </w:rPr>
        <w:t xml:space="preserve">7. </w:t>
      </w:r>
      <w:r>
        <w:t>What kinds of changes/ factors would lead to more funding/support being available for ECD?</w:t>
      </w:r>
    </w:p>
    <w:p>
      <w:pPr>
        <w:spacing w:after="20"/>
      </w:pPr>
      <w:r>
        <w:rPr>
          <w:b/>
        </w:rPr>
        <w:t xml:space="preserve">8. </w:t>
      </w:r>
      <w:r>
        <w:t>How funding/human resources availability enhance quality and sustainability</w:t>
      </w:r>
    </w:p>
    <w:p>
      <w:pPr>
        <w:pStyle w:val="Heading3"/>
      </w:pPr>
      <w:r>
        <w:t>Challenges and Opportunities</w:t>
      </w:r>
    </w:p>
    <w:p>
      <w:pPr>
        <w:spacing w:after="20"/>
      </w:pPr>
      <w:r>
        <w:rPr>
          <w:b/>
        </w:rPr>
        <w:t xml:space="preserve">1. </w:t>
      </w:r>
      <w:r>
        <w:t>What challenges are experienced in utilizing funds allocated to early childhood services in your ministry/department?</w:t>
      </w:r>
    </w:p>
    <w:p>
      <w:pPr>
        <w:spacing w:after="20"/>
        <w:ind w:left="432"/>
      </w:pPr>
      <w:r>
        <w:rPr>
          <w:i/>
          <w:sz w:val="18"/>
        </w:rPr>
        <w:t>(Probe to know: How is your ministry/department mitigating these challenges?)</w:t>
      </w:r>
    </w:p>
    <w:p>
      <w:pPr>
        <w:spacing w:after="20"/>
      </w:pPr>
      <w:r>
        <w:rPr>
          <w:b/>
        </w:rPr>
        <w:t xml:space="preserve">2. </w:t>
      </w:r>
      <w:r>
        <w:t>What initiatives has your department invested to strengthen the finance in ECD programs?</w:t>
      </w:r>
    </w:p>
    <w:p>
      <w:pPr>
        <w:spacing w:after="20"/>
      </w:pPr>
      <w:r>
        <w:rPr>
          <w:b/>
        </w:rPr>
        <w:t xml:space="preserve">3. </w:t>
      </w:r>
      <w:r>
        <w:t>What are key learnings including in multi-sectoral coordination among other ECD sectors and actors?</w:t>
      </w:r>
    </w:p>
    <w:p>
      <w:pPr>
        <w:spacing w:after="20"/>
        <w:ind w:left="432"/>
      </w:pPr>
      <w:r>
        <w:rPr>
          <w:i/>
          <w:sz w:val="18"/>
        </w:rPr>
        <w:t>(Probe to know: The strengths and challenges)</w:t>
      </w:r>
    </w:p>
    <w:p>
      <w:pPr>
        <w:pStyle w:val="Heading2"/>
      </w:pPr>
      <w:r>
        <w:t>System capacity</w:t>
      </w:r>
    </w:p>
    <w:p>
      <w:pPr>
        <w:spacing w:after="20"/>
      </w:pPr>
      <w:r>
        <w:rPr>
          <w:b/>
        </w:rPr>
        <w:t xml:space="preserve">1. </w:t>
      </w:r>
      <w:r>
        <w:t>How does the ECD system currently attract and retain highly qualified ECD service providers, especially in remote/rural areas?</w:t>
      </w:r>
    </w:p>
    <w:p>
      <w:pPr>
        <w:spacing w:after="20"/>
        <w:ind w:left="432"/>
      </w:pPr>
      <w:r>
        <w:rPr>
          <w:i/>
          <w:sz w:val="18"/>
        </w:rPr>
        <w:t>(Probe to know: What criteria used to identify the qualifies, what motivation is provided to retain them?</w:t>
      </w:r>
    </w:p>
    <w:p>
      <w:pPr>
        <w:spacing w:after="20"/>
      </w:pPr>
      <w:r>
        <w:rPr>
          <w:b/>
        </w:rPr>
        <w:t xml:space="preserve">2. </w:t>
      </w:r>
      <w:r>
        <w:t>How does the ECD system motivate Community Health Workers (CHWs) to implement ECD/Nurturing Care activities?</w:t>
      </w:r>
    </w:p>
    <w:p>
      <w:pPr>
        <w:spacing w:after="20"/>
      </w:pPr>
      <w:r>
        <w:rPr>
          <w:b/>
        </w:rPr>
        <w:t xml:space="preserve">3. </w:t>
      </w:r>
      <w:r>
        <w:t>How are CHWs recruited/engaged in ECD work?</w:t>
      </w:r>
    </w:p>
    <w:p>
      <w:pPr>
        <w:spacing w:after="20"/>
      </w:pPr>
      <w:r>
        <w:rPr>
          <w:b/>
        </w:rPr>
        <w:t xml:space="preserve">4. </w:t>
      </w:r>
      <w:r>
        <w:t>What capacity building is provided to CHWs?</w:t>
      </w:r>
    </w:p>
    <w:p>
      <w:pPr>
        <w:spacing w:after="20"/>
      </w:pPr>
      <w:r>
        <w:rPr>
          <w:b/>
        </w:rPr>
        <w:t xml:space="preserve">5. </w:t>
      </w:r>
      <w:r>
        <w:t>What are the ECD services provided by CHW?</w:t>
      </w:r>
    </w:p>
    <w:p>
      <w:pPr>
        <w:spacing w:after="20"/>
      </w:pPr>
      <w:r>
        <w:rPr>
          <w:b/>
        </w:rPr>
        <w:t xml:space="preserve">6. </w:t>
      </w:r>
      <w:r>
        <w:t>What is the coverage of CHWs in the provision of ECD services in the community?</w:t>
      </w:r>
    </w:p>
    <w:p>
      <w:pPr>
        <w:spacing w:after="20"/>
      </w:pPr>
      <w:r>
        <w:rPr>
          <w:b/>
        </w:rPr>
        <w:t xml:space="preserve">7. </w:t>
      </w:r>
      <w:r>
        <w:t>What kind of motivation/incentive is provided to CHWs (monetary and non-monetary)?</w:t>
      </w:r>
    </w:p>
    <w:p>
      <w:pPr>
        <w:spacing w:after="20"/>
      </w:pPr>
      <w:r>
        <w:rPr>
          <w:b/>
        </w:rPr>
        <w:t xml:space="preserve">8. </w:t>
      </w:r>
      <w:r>
        <w:t>What activities are budgeted for CHWs performing ECD services?</w:t>
      </w:r>
    </w:p>
    <w:p>
      <w:r>
        <w:br w:type="page"/>
      </w:r>
    </w:p>
    <w:p>
      <w:pPr>
        <w:pStyle w:val="Heading1"/>
      </w:pPr>
      <w:r>
        <w:t>3. District-level interview guide</w:t>
      </w:r>
    </w:p>
    <w:p>
      <w:r>
        <w:rPr>
          <w:b/>
          <w:color w:val="444444"/>
        </w:rPr>
        <w:t>Dodoso Kwa Timu ya Wilaya</w:t>
      </w:r>
    </w:p>
    <w:p>
      <w:pPr>
        <w:spacing w:after="20"/>
      </w:pPr>
      <w:r>
        <w:rPr>
          <w:b/>
        </w:rPr>
        <w:t xml:space="preserve">1. </w:t>
      </w:r>
      <w:r>
        <w:t>Wahojiwa (DMO, DRuO, DSoW, DEO, na DRCHco)</w:t>
      </w:r>
    </w:p>
    <w:p>
      <w:pPr>
        <w:pStyle w:val="Heading3"/>
      </w:pPr>
      <w:r>
        <w:t>Framing statement</w:t>
      </w:r>
    </w:p>
    <w:p>
      <w:pPr>
        <w:spacing w:after="40"/>
      </w:pPr>
      <w:r>
        <w:t>Before I begin asking questions, I want to explain that in the following questions, I may use the terms “early childhood,” “early childhood development, or “ECD”.</w:t>
      </w:r>
    </w:p>
    <w:p>
      <w:pPr>
        <w:spacing w:after="40"/>
      </w:pPr>
      <w:r>
        <w:t>Our research is based on the nurturing care framework, which means that we are interested in learning about all of the many factors that affect the development of young children between conception and the age of 5, including child nutrition, child health, the parenting practices and the well-being of caregivers, child safety and security, and early education. My questions today focus on four main parts of the systems and services that are designed to meet the needs of children: Policies, governance, multisectoral coordination, and financing related to these factors.</w:t>
      </w:r>
    </w:p>
    <w:p>
      <w:pPr>
        <w:spacing w:after="40"/>
      </w:pPr>
      <w:r>
        <w:t>I invite you to respond to my questions based on your specific background or role</w:t>
      </w:r>
    </w:p>
    <w:p>
      <w:pPr>
        <w:pStyle w:val="Heading2"/>
      </w:pPr>
      <w:r>
        <w:t>Introductory questions</w:t>
      </w:r>
    </w:p>
    <w:p>
      <w:pPr>
        <w:spacing w:after="20"/>
      </w:pPr>
      <w:r>
        <w:rPr>
          <w:b/>
        </w:rPr>
        <w:t xml:space="preserve">1. </w:t>
      </w:r>
      <w:r>
        <w:t>Which ECD/NC activities are you implementing in your department/sector/department?</w:t>
      </w:r>
    </w:p>
    <w:p>
      <w:pPr>
        <w:spacing w:after="20"/>
      </w:pPr>
      <w:r>
        <w:rPr>
          <w:b/>
        </w:rPr>
        <w:t xml:space="preserve">2. </w:t>
      </w:r>
      <w:r>
        <w:t>How is your section/department defining Early Childhood Development (ECD)/Nurturing Care (NC)?</w:t>
      </w:r>
    </w:p>
    <w:p>
      <w:pPr>
        <w:spacing w:after="20"/>
      </w:pPr>
      <w:r>
        <w:rPr>
          <w:b/>
        </w:rPr>
        <w:t xml:space="preserve">3. </w:t>
      </w:r>
      <w:r>
        <w:t>How is your section/department contributing to implementing NM-ECDP?</w:t>
      </w:r>
    </w:p>
    <w:p>
      <w:pPr>
        <w:spacing w:after="20"/>
      </w:pPr>
      <w:r>
        <w:rPr>
          <w:b/>
        </w:rPr>
        <w:t xml:space="preserve">4. </w:t>
      </w:r>
      <w:r>
        <w:t>How is your section/department collaborating with other sector ministries on Early Childhood Development (ECD)/Nurturing Care (NC)?</w:t>
      </w:r>
    </w:p>
    <w:p>
      <w:pPr>
        <w:spacing w:after="20"/>
      </w:pPr>
      <w:r>
        <w:rPr>
          <w:b/>
        </w:rPr>
        <w:t xml:space="preserve">5. </w:t>
      </w:r>
      <w:r>
        <w:t>How is your section/department collaborating with local/ private organizations stakeholders in implementing Early Childhood Development (ECD)/Nurturing Care (NC)? activities?</w:t>
      </w:r>
    </w:p>
    <w:p>
      <w:pPr>
        <w:spacing w:after="20"/>
      </w:pPr>
      <w:r>
        <w:rPr>
          <w:b/>
        </w:rPr>
        <w:t xml:space="preserve">6. </w:t>
      </w:r>
      <w:r>
        <w:t>How is your section/department collaborating with development partners () in implementing Early Childhood Development (ECD)/Nurturing Care (NC)? activities?</w:t>
      </w:r>
    </w:p>
    <w:p>
      <w:pPr>
        <w:pStyle w:val="Heading2"/>
      </w:pPr>
      <w:r>
        <w:t>Policy level</w:t>
      </w:r>
    </w:p>
    <w:p>
      <w:pPr>
        <w:spacing w:after="40"/>
      </w:pPr>
      <w:r>
        <w:t>The following questions are focused on policies related to early childhood development. By policy I am referring to any legislation, policy frameworks, strategic plans, and other official written documents that relate to the different aspects of child development I mentioned previously.</w:t>
      </w:r>
    </w:p>
    <w:p>
      <w:pPr>
        <w:spacing w:after="20"/>
      </w:pPr>
      <w:r>
        <w:rPr>
          <w:b/>
        </w:rPr>
        <w:t xml:space="preserve">1. </w:t>
      </w:r>
      <w:r>
        <w:t>In reference to your ministry policies/guideline/strategies which cover five ECD/NC domains from 0-5 years?</w:t>
      </w:r>
    </w:p>
    <w:p>
      <w:pPr>
        <w:spacing w:after="20"/>
      </w:pPr>
      <w:r>
        <w:rPr>
          <w:b/>
        </w:rPr>
        <w:t xml:space="preserve">2. </w:t>
      </w:r>
      <w:r>
        <w:t>Who are involved in policy dialogue? (Probe to know: How are FBOs and CBOs involved)</w:t>
      </w:r>
    </w:p>
    <w:p>
      <w:pPr>
        <w:spacing w:after="20"/>
      </w:pPr>
      <w:r>
        <w:rPr>
          <w:b/>
        </w:rPr>
        <w:t xml:space="preserve">3. </w:t>
      </w:r>
      <w:r>
        <w:t>Is there any progress made to include ECD in the existing policies? (Probe: what initiatives? If no initiative, why?</w:t>
      </w:r>
    </w:p>
    <w:p>
      <w:pPr>
        <w:spacing w:after="20"/>
      </w:pPr>
      <w:r>
        <w:rPr>
          <w:b/>
        </w:rPr>
        <w:t xml:space="preserve">4. </w:t>
      </w:r>
      <w:r>
        <w:t>What are the underlying hindrances to implementing the National Multi-Sectoral Early Childhood Development Program nationally?</w:t>
      </w:r>
    </w:p>
    <w:p>
      <w:pPr>
        <w:spacing w:after="20"/>
      </w:pPr>
      <w:r>
        <w:rPr>
          <w:b/>
        </w:rPr>
        <w:t xml:space="preserve">5. </w:t>
      </w:r>
      <w:r>
        <w:t>What are the existing opportunities for scaling the National Multi-Sectoral Early Childhood Development Program nationally?</w:t>
      </w:r>
    </w:p>
    <w:p>
      <w:pPr>
        <w:pStyle w:val="Heading2"/>
      </w:pPr>
      <w:r>
        <w:t>Governance</w:t>
      </w:r>
    </w:p>
    <w:p>
      <w:pPr>
        <w:spacing w:after="40"/>
      </w:pPr>
      <w:r>
        <w:t>The following questions are focused on governance related to early childhood development. By governance I am referring to processes, structures, and mechanisms that guide and regulate the provision of services and support for young children and their families. It involves the coordination, management, and oversight of policies, programs, and resources related to early childhood.</w:t>
      </w:r>
    </w:p>
    <w:p>
      <w:pPr>
        <w:pStyle w:val="Heading3"/>
      </w:pPr>
      <w:r>
        <w:t>Leadership and Decision Makers</w:t>
      </w:r>
    </w:p>
    <w:p>
      <w:pPr>
        <w:spacing w:after="20"/>
      </w:pPr>
      <w:r>
        <w:rPr>
          <w:b/>
        </w:rPr>
        <w:t xml:space="preserve">1. </w:t>
      </w:r>
      <w:r>
        <w:t>Who is the focal person for ECD/NC at the regional level?</w:t>
      </w:r>
    </w:p>
    <w:p>
      <w:pPr>
        <w:spacing w:after="20"/>
      </w:pPr>
      <w:r>
        <w:rPr>
          <w:b/>
        </w:rPr>
        <w:t xml:space="preserve">2. </w:t>
      </w:r>
      <w:r>
        <w:t>What is the role of the focal person at the regional level?</w:t>
      </w:r>
    </w:p>
    <w:p>
      <w:pPr>
        <w:spacing w:after="20"/>
      </w:pPr>
      <w:r>
        <w:rPr>
          <w:b/>
        </w:rPr>
        <w:t xml:space="preserve">3. </w:t>
      </w:r>
      <w:r>
        <w:t>How does the focal persons across ECD related ministries share and provide vision and leadership for the ECD agenda?</w:t>
      </w:r>
    </w:p>
    <w:p>
      <w:pPr>
        <w:spacing w:after="20"/>
      </w:pPr>
      <w:r>
        <w:rPr>
          <w:b/>
        </w:rPr>
        <w:t xml:space="preserve">4. </w:t>
      </w:r>
      <w:r>
        <w:t>Who are the main decision makers on ECD/NC agenda at your ministry?</w:t>
      </w:r>
    </w:p>
    <w:p>
      <w:pPr>
        <w:pStyle w:val="Heading3"/>
      </w:pPr>
      <w:r>
        <w:t>Existing Structures</w:t>
      </w:r>
    </w:p>
    <w:p>
      <w:pPr>
        <w:spacing w:after="20"/>
      </w:pPr>
      <w:r>
        <w:rPr>
          <w:b/>
        </w:rPr>
        <w:t xml:space="preserve">1. </w:t>
      </w:r>
      <w:r>
        <w:t>What mechanisms are in place for coordinating and collaborating with relevant stakeholders, including NGOs, and community-based organizations who provide and deliver ECD/NC services?</w:t>
      </w:r>
    </w:p>
    <w:p>
      <w:pPr>
        <w:spacing w:after="20"/>
      </w:pPr>
      <w:r>
        <w:rPr>
          <w:b/>
        </w:rPr>
        <w:t xml:space="preserve">2. </w:t>
      </w:r>
      <w:r>
        <w:t>What mechanism are in place for the government to measure compliance of relevant stakeholders including NGOs and international partners who provide and deliver ECD/NC services?</w:t>
      </w:r>
    </w:p>
    <w:p>
      <w:pPr>
        <w:spacing w:after="20"/>
      </w:pPr>
      <w:r>
        <w:rPr>
          <w:b/>
        </w:rPr>
        <w:t xml:space="preserve">3. </w:t>
      </w:r>
      <w:r>
        <w:t>What mechanism are in place for the government to reach children aged 0-8 years in special settings with ECD services (alternative care settings e.g., those in prison, street children and others in geographically isolated areas)?</w:t>
      </w:r>
    </w:p>
    <w:p>
      <w:pPr>
        <w:spacing w:after="20"/>
      </w:pPr>
      <w:r>
        <w:rPr>
          <w:b/>
        </w:rPr>
        <w:t xml:space="preserve">4. </w:t>
      </w:r>
      <w:r>
        <w:t>How should the government measure compliance with ECD Services? (Probe to know: Frequency of measurement)</w:t>
      </w:r>
    </w:p>
    <w:p>
      <w:pPr>
        <w:spacing w:after="20"/>
      </w:pPr>
      <w:r>
        <w:rPr>
          <w:b/>
        </w:rPr>
        <w:t xml:space="preserve">5. </w:t>
      </w:r>
      <w:r>
        <w:t>What are the ECD services provided to children in prison, street, detention and other in geographically isolated areas? Who is reaching them? What frequency of reaching them? Any notable difficulties/ challenges experienced in service provision?)</w:t>
      </w:r>
    </w:p>
    <w:p>
      <w:pPr>
        <w:spacing w:after="20"/>
      </w:pPr>
      <w:r>
        <w:rPr>
          <w:b/>
        </w:rPr>
        <w:t xml:space="preserve">6. </w:t>
      </w:r>
      <w:r>
        <w:t>In your own opinion, how do you describe the ECD governance among ECD sectors in Tanzania?</w:t>
      </w:r>
    </w:p>
    <w:p>
      <w:pPr>
        <w:pStyle w:val="Heading2"/>
      </w:pPr>
      <w:r>
        <w:t>ECD workforce system</w:t>
      </w:r>
    </w:p>
    <w:p>
      <w:pPr>
        <w:spacing w:after="40"/>
      </w:pPr>
      <w:r>
        <w:t>Now I’d like to ask a few questions on personnels (workforce) providing services falls in ECD/NC activities on each sector.</w:t>
      </w:r>
    </w:p>
    <w:p>
      <w:pPr>
        <w:spacing w:after="20"/>
      </w:pPr>
      <w:r>
        <w:rPr>
          <w:b/>
        </w:rPr>
        <w:t xml:space="preserve">1. </w:t>
      </w:r>
      <w:r>
        <w:t>Education: For example, pre-primary teachers, head teachers, or others who work with pre-primary age students.</w:t>
      </w:r>
    </w:p>
    <w:p>
      <w:pPr>
        <w:spacing w:after="20"/>
      </w:pPr>
      <w:r>
        <w:rPr>
          <w:b/>
        </w:rPr>
        <w:t xml:space="preserve">2. </w:t>
      </w:r>
      <w:r>
        <w:t>Health and Nutrition: For example, health care providers (RCHs and CHWs) and others who works with children aged 0 -5 years and their respective caregiver’s agricultural extension officers and others who implement nutrition-related programs,</w:t>
      </w:r>
    </w:p>
    <w:p>
      <w:pPr>
        <w:spacing w:after="20"/>
      </w:pPr>
      <w:r>
        <w:rPr>
          <w:b/>
        </w:rPr>
        <w:t xml:space="preserve">3. </w:t>
      </w:r>
      <w:r>
        <w:t>Safety and Security: For example, social workers, police, and others</w:t>
      </w:r>
    </w:p>
    <w:p>
      <w:pPr>
        <w:pStyle w:val="Heading3"/>
      </w:pPr>
      <w:r>
        <w:t>Goals and Objectives</w:t>
      </w:r>
    </w:p>
    <w:p>
      <w:pPr>
        <w:spacing w:after="20"/>
      </w:pPr>
      <w:r>
        <w:rPr>
          <w:b/>
        </w:rPr>
        <w:t xml:space="preserve">1. </w:t>
      </w:r>
      <w:r>
        <w:t>In reference to your respective department, mention ministry’s goals and objectives on issues related to ECD/NC services provided and delivering to children age 0 -5 years?</w:t>
      </w:r>
    </w:p>
    <w:p>
      <w:pPr>
        <w:spacing w:after="20"/>
      </w:pPr>
      <w:r>
        <w:rPr>
          <w:b/>
        </w:rPr>
        <w:t xml:space="preserve">2. </w:t>
      </w:r>
      <w:r>
        <w:t>How does the department ensure that the personnels (workforce) providing ECD/NC to children age 0 -5 years services align with the goals and objectives of ECD/NC?</w:t>
      </w:r>
    </w:p>
    <w:p>
      <w:pPr>
        <w:pStyle w:val="Heading3"/>
      </w:pPr>
      <w:r>
        <w:t>Recruitment and Retention of ECD Workforce</w:t>
      </w:r>
    </w:p>
    <w:p>
      <w:pPr>
        <w:spacing w:after="20"/>
      </w:pPr>
      <w:r>
        <w:rPr>
          <w:b/>
        </w:rPr>
        <w:t xml:space="preserve">1. </w:t>
      </w:r>
      <w:r>
        <w:t>In reference to your respective department, who are the personnel (workforce) does your department actively engage with when providing ECD services to children age 0 -5?</w:t>
      </w:r>
    </w:p>
    <w:p>
      <w:pPr>
        <w:spacing w:after="20"/>
      </w:pPr>
      <w:r>
        <w:rPr>
          <w:b/>
        </w:rPr>
        <w:t xml:space="preserve">2. </w:t>
      </w:r>
      <w:r>
        <w:t>How does personnels (workforce) providing and delivering ECD/NC services to children age 0 -5 years across ECD sectors communicate?</w:t>
      </w:r>
    </w:p>
    <w:p>
      <w:pPr>
        <w:spacing w:after="20"/>
      </w:pPr>
      <w:r>
        <w:rPr>
          <w:b/>
        </w:rPr>
        <w:t xml:space="preserve">3. </w:t>
      </w:r>
      <w:r>
        <w:t>What strategies does your ministry put in place for recruitment and retention of qualified professionals to provide and delivering ECD/NC services to children age 0 -5 years?</w:t>
      </w:r>
    </w:p>
    <w:p>
      <w:pPr>
        <w:spacing w:after="20"/>
      </w:pPr>
      <w:r>
        <w:rPr>
          <w:b/>
        </w:rPr>
        <w:t xml:space="preserve">4. </w:t>
      </w:r>
      <w:r>
        <w:t>What strategies does your department have to motivate personnels (workforce) providing and delivering ECD/NC services to children age 0 -5 years?</w:t>
      </w:r>
    </w:p>
    <w:p>
      <w:pPr>
        <w:pStyle w:val="Heading3"/>
      </w:pPr>
      <w:r>
        <w:t>Training and Development Programs</w:t>
      </w:r>
    </w:p>
    <w:p>
      <w:pPr>
        <w:spacing w:after="20"/>
      </w:pPr>
      <w:r>
        <w:rPr>
          <w:b/>
        </w:rPr>
        <w:t xml:space="preserve">1. </w:t>
      </w:r>
      <w:r>
        <w:t>What training programs does your department have in place/exist to equip personnel (workforce) with knowledge and skills on provision of providing ECD/ nurturing care to children 0-5 years?</w:t>
      </w:r>
    </w:p>
    <w:p>
      <w:pPr>
        <w:spacing w:after="20"/>
      </w:pPr>
      <w:r>
        <w:rPr>
          <w:b/>
        </w:rPr>
        <w:t xml:space="preserve">2. </w:t>
      </w:r>
      <w:r>
        <w:t>In your opinion, how is the status of ECD workforce around ECD programs?</w:t>
      </w:r>
    </w:p>
    <w:p>
      <w:pPr>
        <w:spacing w:after="20"/>
        <w:ind w:left="432"/>
      </w:pPr>
      <w:r>
        <w:rPr>
          <w:i/>
          <w:sz w:val="18"/>
        </w:rPr>
        <w:t>(Probe to know: Availability of personnel trained to deliver ECD/NC services to children age 0 -5 years, capacity and competency of the personnels in delivering quality ECD services)</w:t>
      </w:r>
    </w:p>
    <w:p>
      <w:pPr>
        <w:spacing w:after="20"/>
      </w:pPr>
      <w:r>
        <w:rPr>
          <w:b/>
        </w:rPr>
        <w:t xml:space="preserve">3. </w:t>
      </w:r>
      <w:r>
        <w:t>What are specific areas within your department that require more attention or support or improve personnels (workforce) engaged in providing and delivering ECD/NC activities to children age 0 -5 years.</w:t>
      </w:r>
    </w:p>
    <w:p>
      <w:pPr>
        <w:spacing w:after="20"/>
        <w:ind w:left="432"/>
      </w:pPr>
      <w:r>
        <w:rPr>
          <w:i/>
          <w:sz w:val="18"/>
        </w:rPr>
        <w:t>(Probe to know: If there is need of specialized training for children with disabilities?)</w:t>
      </w:r>
    </w:p>
    <w:p>
      <w:pPr>
        <w:pStyle w:val="Heading3"/>
      </w:pPr>
      <w:r>
        <w:t>Challenges and Opportunities</w:t>
      </w:r>
    </w:p>
    <w:p>
      <w:pPr>
        <w:spacing w:after="20"/>
      </w:pPr>
      <w:r>
        <w:rPr>
          <w:b/>
        </w:rPr>
        <w:t xml:space="preserve">1. </w:t>
      </w:r>
      <w:r>
        <w:t>What initiatives has your ministry invested to strengthen the ECD workforce?</w:t>
      </w:r>
    </w:p>
    <w:p>
      <w:pPr>
        <w:spacing w:after="20"/>
      </w:pPr>
      <w:r>
        <w:rPr>
          <w:b/>
        </w:rPr>
        <w:t xml:space="preserve">2. </w:t>
      </w:r>
      <w:r>
        <w:t>What are existing challenges facing personnels(workforce) providing and delivering ECD/NC services to children age 0 -5 years?</w:t>
      </w:r>
    </w:p>
    <w:p>
      <w:pPr>
        <w:pStyle w:val="Heading2"/>
      </w:pPr>
      <w:r>
        <w:t>Multisectoral coordination</w:t>
      </w:r>
    </w:p>
    <w:p>
      <w:pPr>
        <w:spacing w:after="40"/>
      </w:pPr>
      <w:r>
        <w:t>Now I’d like to ask you a few questions about multisectoral coordination. By multisectoral coordination, I mean coordination among different ministries/departments in funding, providing and managing services for young children, as well as collaboration with CSOs and other partners.</w:t>
      </w:r>
    </w:p>
    <w:p>
      <w:pPr>
        <w:pStyle w:val="Heading3"/>
      </w:pPr>
      <w:r>
        <w:t>Status of Multi Sectoral Coordination</w:t>
      </w:r>
    </w:p>
    <w:p>
      <w:pPr>
        <w:spacing w:after="20"/>
      </w:pPr>
      <w:r>
        <w:rPr>
          <w:b/>
        </w:rPr>
        <w:t xml:space="preserve">1. </w:t>
      </w:r>
      <w:r>
        <w:t>How does your ministry/department collaborate with other actors in early childhood?</w:t>
      </w:r>
    </w:p>
    <w:p>
      <w:pPr>
        <w:spacing w:after="20"/>
        <w:ind w:left="432"/>
      </w:pPr>
      <w:r>
        <w:rPr>
          <w:i/>
          <w:sz w:val="18"/>
        </w:rPr>
        <w:t>(Probe to know: Other relevant ministries/departments on matters of early childhood development? Other stakeholders offering early childhood services/programmes? development partners in early childhood development)</w:t>
      </w:r>
    </w:p>
    <w:p>
      <w:pPr>
        <w:spacing w:after="20"/>
      </w:pPr>
      <w:r>
        <w:rPr>
          <w:b/>
        </w:rPr>
        <w:t xml:space="preserve">2. </w:t>
      </w:r>
      <w:r>
        <w:t>In your own opinion, how do you describe the ECD multi-sectoral coordination among ECD sectors in Tanzania?</w:t>
      </w:r>
    </w:p>
    <w:p>
      <w:pPr>
        <w:spacing w:after="20"/>
        <w:ind w:left="432"/>
      </w:pPr>
      <w:r>
        <w:rPr>
          <w:i/>
          <w:sz w:val="18"/>
        </w:rPr>
        <w:t>(Probe to know: Existing structure, power relationship, communication)</w:t>
      </w:r>
    </w:p>
    <w:p>
      <w:pPr>
        <w:spacing w:after="20"/>
      </w:pPr>
      <w:r>
        <w:rPr>
          <w:b/>
        </w:rPr>
        <w:t xml:space="preserve">3. </w:t>
      </w:r>
      <w:r>
        <w:t>In your views, how is multi-sectoral coordination is improving in Tanzania? Yes/No.</w:t>
      </w:r>
    </w:p>
    <w:p>
      <w:pPr>
        <w:spacing w:after="20"/>
        <w:ind w:left="432"/>
      </w:pPr>
      <w:r>
        <w:rPr>
          <w:i/>
          <w:sz w:val="18"/>
        </w:rPr>
        <w:t>(Probe to know: If yes, what are the improvements? If no, why?)</w:t>
      </w:r>
    </w:p>
    <w:p>
      <w:pPr>
        <w:spacing w:after="20"/>
      </w:pPr>
      <w:r>
        <w:rPr>
          <w:b/>
        </w:rPr>
        <w:t xml:space="preserve">4. </w:t>
      </w:r>
      <w:r>
        <w:t>To what extent is multi-sectoral coordination in ECD is improving in Tanzania?</w:t>
      </w:r>
    </w:p>
    <w:p>
      <w:pPr>
        <w:spacing w:after="20"/>
        <w:ind w:left="432"/>
      </w:pPr>
      <w:r>
        <w:rPr>
          <w:i/>
          <w:sz w:val="18"/>
        </w:rPr>
        <w:t>(Probe to know: Signs that shows that ECD is improving)</w:t>
      </w:r>
    </w:p>
    <w:p>
      <w:pPr>
        <w:spacing w:after="20"/>
      </w:pPr>
      <w:r>
        <w:rPr>
          <w:b/>
        </w:rPr>
        <w:t xml:space="preserve">5. </w:t>
      </w:r>
      <w:r>
        <w:t>How has government promoted multi-sectoral coordination in provision of ECD services and programming at the county and national government levels?</w:t>
      </w:r>
    </w:p>
    <w:p>
      <w:pPr>
        <w:spacing w:after="20"/>
      </w:pPr>
      <w:r>
        <w:rPr>
          <w:b/>
        </w:rPr>
        <w:t xml:space="preserve">6. </w:t>
      </w:r>
      <w:r>
        <w:t>In your views, how does multi-sectoral coordination contribute to strengthening the ECD/NC system?</w:t>
      </w:r>
    </w:p>
    <w:p>
      <w:pPr>
        <w:spacing w:after="20"/>
      </w:pPr>
      <w:r>
        <w:rPr>
          <w:b/>
        </w:rPr>
        <w:t xml:space="preserve">7. </w:t>
      </w:r>
      <w:r>
        <w:t>What are required conditions for multi-sectoral coordination among other ECD sectors and civil society actors?</w:t>
      </w:r>
    </w:p>
    <w:p>
      <w:pPr>
        <w:spacing w:after="20"/>
      </w:pPr>
      <w:r>
        <w:rPr>
          <w:b/>
        </w:rPr>
        <w:t xml:space="preserve">8. </w:t>
      </w:r>
      <w:r>
        <w:t>What is the relationship between the different levels of governance (regional, district) in implementing ECD/NC activities?</w:t>
      </w:r>
    </w:p>
    <w:p>
      <w:pPr>
        <w:spacing w:after="20"/>
        <w:ind w:left="432"/>
      </w:pPr>
      <w:r>
        <w:rPr>
          <w:i/>
          <w:sz w:val="18"/>
        </w:rPr>
        <w:t>(Probe to know: How do they interact to support quality ECD programs? How is the interaction coordinated? How are the information flows)</w:t>
      </w:r>
    </w:p>
    <w:p>
      <w:pPr>
        <w:pStyle w:val="Heading3"/>
      </w:pPr>
      <w:r>
        <w:t>Challenges and Opportunities</w:t>
      </w:r>
    </w:p>
    <w:p>
      <w:pPr>
        <w:spacing w:after="20"/>
      </w:pPr>
      <w:r>
        <w:rPr>
          <w:b/>
        </w:rPr>
        <w:t xml:space="preserve">1. </w:t>
      </w:r>
      <w:r>
        <w:t>What initiatives has your ministry invested to strengthen the multi -sectoral coordination among other ECD sectors?</w:t>
      </w:r>
    </w:p>
    <w:p>
      <w:pPr>
        <w:spacing w:after="20"/>
      </w:pPr>
      <w:r>
        <w:rPr>
          <w:b/>
        </w:rPr>
        <w:t xml:space="preserve">2. </w:t>
      </w:r>
      <w:r>
        <w:t>What are key learnings including in multi-sectoral coordination among other ECD sectors and actors?</w:t>
      </w:r>
    </w:p>
    <w:p>
      <w:pPr>
        <w:spacing w:after="20"/>
        <w:ind w:left="432"/>
      </w:pPr>
      <w:r>
        <w:rPr>
          <w:i/>
          <w:sz w:val="18"/>
        </w:rPr>
        <w:t>(Probe to know: The strengths and challenges)</w:t>
      </w:r>
    </w:p>
    <w:p>
      <w:pPr>
        <w:pStyle w:val="Heading2"/>
      </w:pPr>
      <w:r>
        <w:t>Financing</w:t>
      </w:r>
    </w:p>
    <w:p>
      <w:pPr>
        <w:spacing w:after="20"/>
      </w:pPr>
      <w:r>
        <w:rPr>
          <w:b/>
        </w:rPr>
        <w:t xml:space="preserve">1. </w:t>
      </w:r>
      <w:r>
        <w:t>How is the financing for ECD activities done in Tanzania?</w:t>
      </w:r>
    </w:p>
    <w:p>
      <w:pPr>
        <w:spacing w:after="20"/>
      </w:pPr>
      <w:r>
        <w:rPr>
          <w:b/>
        </w:rPr>
        <w:t xml:space="preserve">2. </w:t>
      </w:r>
      <w:r>
        <w:t>How is finance around ECD programs?</w:t>
      </w:r>
    </w:p>
    <w:p>
      <w:pPr>
        <w:spacing w:after="20"/>
        <w:ind w:left="432"/>
      </w:pPr>
      <w:r>
        <w:rPr>
          <w:i/>
          <w:sz w:val="18"/>
        </w:rPr>
        <w:t>(Probe to know: Coordination, operations, feedback mechanism, challenge)</w:t>
      </w:r>
    </w:p>
    <w:p>
      <w:pPr>
        <w:spacing w:after="20"/>
      </w:pPr>
      <w:r>
        <w:rPr>
          <w:b/>
        </w:rPr>
        <w:t xml:space="preserve">3. </w:t>
      </w:r>
      <w:r>
        <w:t>How is funding for services for young children determined and allocated at the national/county levels?</w:t>
      </w:r>
    </w:p>
    <w:p>
      <w:pPr>
        <w:spacing w:after="20"/>
        <w:ind w:left="432"/>
      </w:pPr>
      <w:r>
        <w:rPr>
          <w:i/>
          <w:sz w:val="18"/>
        </w:rPr>
        <w:t>(Probe to know: Are there “ECD” budget lines in your department/ministry specifically dedicated to ECD?)</w:t>
      </w:r>
    </w:p>
    <w:p>
      <w:pPr>
        <w:spacing w:after="20"/>
      </w:pPr>
      <w:r>
        <w:rPr>
          <w:b/>
        </w:rPr>
        <w:t xml:space="preserve">4. </w:t>
      </w:r>
      <w:r>
        <w:t>How does the government (county/national) ensure that funds allocated to services for children are utilized as intended?</w:t>
      </w:r>
    </w:p>
    <w:p>
      <w:pPr>
        <w:spacing w:after="20"/>
        <w:ind w:left="432"/>
      </w:pPr>
      <w:r>
        <w:rPr>
          <w:i/>
          <w:sz w:val="18"/>
        </w:rPr>
        <w:t>(Probe to know: How is ECD expenditure tracked?)</w:t>
      </w:r>
    </w:p>
    <w:p>
      <w:pPr>
        <w:spacing w:after="20"/>
      </w:pPr>
      <w:r>
        <w:rPr>
          <w:b/>
        </w:rPr>
        <w:t xml:space="preserve">5. </w:t>
      </w:r>
      <w:r>
        <w:t>To what extent is financing in ECD improving in Tanzania?</w:t>
      </w:r>
    </w:p>
    <w:p>
      <w:pPr>
        <w:spacing w:after="20"/>
      </w:pPr>
      <w:r>
        <w:rPr>
          <w:b/>
        </w:rPr>
        <w:t xml:space="preserve">6. </w:t>
      </w:r>
      <w:r>
        <w:t>What are the most feasible and meaningful financing indicators? (Emphasizing on the national, regional, and sub-national level)</w:t>
      </w:r>
    </w:p>
    <w:p>
      <w:pPr>
        <w:spacing w:after="20"/>
      </w:pPr>
      <w:r>
        <w:rPr>
          <w:b/>
        </w:rPr>
        <w:t xml:space="preserve">7. </w:t>
      </w:r>
      <w:r>
        <w:t>What kinds of changes/ factors would lead to more funding/support being available for ECD?</w:t>
      </w:r>
    </w:p>
    <w:p>
      <w:pPr>
        <w:spacing w:after="20"/>
      </w:pPr>
      <w:r>
        <w:rPr>
          <w:b/>
        </w:rPr>
        <w:t xml:space="preserve">8. </w:t>
      </w:r>
      <w:r>
        <w:t>How funding/human resources availability enhance quality and sustainability</w:t>
      </w:r>
    </w:p>
    <w:p>
      <w:pPr>
        <w:pStyle w:val="Heading3"/>
      </w:pPr>
      <w:r>
        <w:t>Challenges and Opportunities</w:t>
      </w:r>
    </w:p>
    <w:p>
      <w:pPr>
        <w:spacing w:after="20"/>
      </w:pPr>
      <w:r>
        <w:rPr>
          <w:b/>
        </w:rPr>
        <w:t xml:space="preserve">1. </w:t>
      </w:r>
      <w:r>
        <w:t>What challenges are experienced in utilizing funds allocated to early childhood services in your ministry/department?</w:t>
      </w:r>
    </w:p>
    <w:p>
      <w:pPr>
        <w:spacing w:after="20"/>
        <w:ind w:left="432"/>
      </w:pPr>
      <w:r>
        <w:rPr>
          <w:i/>
          <w:sz w:val="18"/>
        </w:rPr>
        <w:t>(Probe to know: How is your ministry/department mitigating these challenges?)</w:t>
      </w:r>
    </w:p>
    <w:p>
      <w:pPr>
        <w:spacing w:after="20"/>
      </w:pPr>
      <w:r>
        <w:rPr>
          <w:b/>
        </w:rPr>
        <w:t xml:space="preserve">2. </w:t>
      </w:r>
      <w:r>
        <w:t>What initiatives has your department invested to strengthen the finance in ECD programs?</w:t>
      </w:r>
    </w:p>
    <w:p>
      <w:pPr>
        <w:spacing w:after="20"/>
      </w:pPr>
      <w:r>
        <w:rPr>
          <w:b/>
        </w:rPr>
        <w:t xml:space="preserve">3. </w:t>
      </w:r>
      <w:r>
        <w:t>What are key learnings including in multi-sectoral coordination among other ECD sectors and actors?</w:t>
      </w:r>
    </w:p>
    <w:p>
      <w:pPr>
        <w:spacing w:after="20"/>
        <w:ind w:left="432"/>
      </w:pPr>
      <w:r>
        <w:rPr>
          <w:i/>
          <w:sz w:val="18"/>
        </w:rPr>
        <w:t>(Probe to know: The strengths and challenges)</w:t>
      </w:r>
    </w:p>
    <w:p>
      <w:pPr>
        <w:pStyle w:val="Heading2"/>
      </w:pPr>
      <w:r>
        <w:t>System capacity</w:t>
      </w:r>
    </w:p>
    <w:p>
      <w:pPr>
        <w:spacing w:after="20"/>
      </w:pPr>
      <w:r>
        <w:rPr>
          <w:b/>
        </w:rPr>
        <w:t xml:space="preserve">1. </w:t>
      </w:r>
      <w:r>
        <w:t>How does the ECD system currently attract and retain highly qualified ECD service providers, especially in remote/rural areas?</w:t>
      </w:r>
    </w:p>
    <w:p>
      <w:pPr>
        <w:spacing w:after="20"/>
        <w:ind w:left="432"/>
      </w:pPr>
      <w:r>
        <w:rPr>
          <w:i/>
          <w:sz w:val="18"/>
        </w:rPr>
        <w:t>(Probe to know: What criteria used to identify the qualifies, what motivation is provided to retain them?</w:t>
      </w:r>
    </w:p>
    <w:p>
      <w:pPr>
        <w:spacing w:after="20"/>
      </w:pPr>
      <w:r>
        <w:rPr>
          <w:b/>
        </w:rPr>
        <w:t xml:space="preserve">2. </w:t>
      </w:r>
      <w:r>
        <w:t>How does the ECD system motivate Community Health Workers (CHWs) to implement ECD/Nurturing Care activities?</w:t>
      </w:r>
    </w:p>
    <w:p>
      <w:pPr>
        <w:spacing w:after="20"/>
      </w:pPr>
      <w:r>
        <w:rPr>
          <w:b/>
        </w:rPr>
        <w:t xml:space="preserve">3. </w:t>
      </w:r>
      <w:r>
        <w:t>How are CHWs recruited/engaged in ECD work?</w:t>
      </w:r>
    </w:p>
    <w:p>
      <w:pPr>
        <w:spacing w:after="20"/>
      </w:pPr>
      <w:r>
        <w:rPr>
          <w:b/>
        </w:rPr>
        <w:t xml:space="preserve">4. </w:t>
      </w:r>
      <w:r>
        <w:t>What capacity building is provided to CHWs?</w:t>
      </w:r>
    </w:p>
    <w:p>
      <w:pPr>
        <w:spacing w:after="20"/>
      </w:pPr>
      <w:r>
        <w:rPr>
          <w:b/>
        </w:rPr>
        <w:t xml:space="preserve">5. </w:t>
      </w:r>
      <w:r>
        <w:t>What are the ECD services provided by CHW?</w:t>
      </w:r>
    </w:p>
    <w:p>
      <w:pPr>
        <w:spacing w:after="20"/>
      </w:pPr>
      <w:r>
        <w:rPr>
          <w:b/>
        </w:rPr>
        <w:t xml:space="preserve">6. </w:t>
      </w:r>
      <w:r>
        <w:t>What is the coverage of CHWs in the provision of ECD services in the community?</w:t>
      </w:r>
    </w:p>
    <w:p>
      <w:pPr>
        <w:spacing w:after="20"/>
      </w:pPr>
      <w:r>
        <w:rPr>
          <w:b/>
        </w:rPr>
        <w:t xml:space="preserve">7. </w:t>
      </w:r>
      <w:r>
        <w:t>What kind of motivation/incentive is provided to CHWs (monetary and non-monetary)?</w:t>
      </w:r>
    </w:p>
    <w:p>
      <w:pPr>
        <w:spacing w:after="20"/>
      </w:pPr>
      <w:r>
        <w:rPr>
          <w:b/>
        </w:rPr>
        <w:t xml:space="preserve">8. </w:t>
      </w:r>
      <w:r>
        <w:t>What activities are budgeted for CHWs performing ECD services?</w:t>
      </w:r>
    </w:p>
    <w:p>
      <w:r>
        <w:br w:type="page"/>
      </w:r>
    </w:p>
    <w:p>
      <w:pPr>
        <w:pStyle w:val="Heading1"/>
      </w:pPr>
      <w:r>
        <w:t>4. Community health worker interview guide</w:t>
      </w:r>
    </w:p>
    <w:p>
      <w:r>
        <w:rPr>
          <w:b/>
          <w:color w:val="444444"/>
        </w:rPr>
        <w:t>Interview Guide for Community Health Workers</w:t>
      </w:r>
    </w:p>
    <w:p>
      <w:pPr>
        <w:pStyle w:val="Heading3"/>
      </w:pPr>
      <w:r>
        <w:t>Framing statement</w:t>
      </w:r>
    </w:p>
    <w:p>
      <w:pPr>
        <w:spacing w:after="40"/>
      </w:pPr>
      <w:r>
        <w:t>Before I begin asking questions, I want to explain that in the following questions, I may use the terms “early childhood,” “early childhood development, or “ECD”.</w:t>
      </w:r>
    </w:p>
    <w:p>
      <w:pPr>
        <w:spacing w:after="40"/>
      </w:pPr>
      <w:r>
        <w:t>Our research is based on the nurturing care framework, which means that we are interested in learning about all of the many factors that affect the development of young children between conception and the age of 5, including child nutrition, child health, the parenting practices and the well-being of caregivers, child safety and security, and early education. My questions today focus on four main parts of the systems and services that are designed to meet the needs of children: Policies, governance, multisectoral coordination, and financing related to these factors.</w:t>
      </w:r>
    </w:p>
    <w:p>
      <w:pPr>
        <w:spacing w:after="40"/>
      </w:pPr>
      <w:r>
        <w:t>I invite you to respond to my questions based on your specific background or role</w:t>
      </w:r>
    </w:p>
    <w:p>
      <w:pPr>
        <w:pStyle w:val="Heading2"/>
      </w:pPr>
      <w:r>
        <w:t>Introductory questions</w:t>
      </w:r>
    </w:p>
    <w:p>
      <w:pPr>
        <w:spacing w:after="20"/>
      </w:pPr>
      <w:r>
        <w:rPr>
          <w:b/>
        </w:rPr>
        <w:t xml:space="preserve">1. </w:t>
      </w:r>
      <w:r>
        <w:t>What service do you provide to children aged 0-5 years.</w:t>
      </w:r>
    </w:p>
    <w:p>
      <w:pPr>
        <w:spacing w:after="20"/>
        <w:ind w:left="432"/>
      </w:pPr>
      <w:r>
        <w:rPr>
          <w:i/>
          <w:sz w:val="18"/>
        </w:rPr>
        <w:t>(Probe to know: The services that promote: Child nutrition, Responsive caregiving, Early stimulation and Breastfeeding)</w:t>
      </w:r>
    </w:p>
    <w:p>
      <w:pPr>
        <w:spacing w:after="20"/>
      </w:pPr>
      <w:r>
        <w:rPr>
          <w:b/>
        </w:rPr>
        <w:t xml:space="preserve">2. </w:t>
      </w:r>
      <w:r>
        <w:t>What do you understand about ECD/NC?</w:t>
      </w:r>
    </w:p>
    <w:p>
      <w:pPr>
        <w:spacing w:after="20"/>
        <w:ind w:left="432"/>
      </w:pPr>
      <w:r>
        <w:rPr>
          <w:i/>
          <w:sz w:val="18"/>
        </w:rPr>
        <w:t>(Probe to know: Whether the respondent understand issues concerning children development related to Health, Nutrition, early learning, responsive caregiving, safety and security)</w:t>
      </w:r>
    </w:p>
    <w:p>
      <w:pPr>
        <w:pStyle w:val="Heading2"/>
      </w:pPr>
      <w:r>
        <w:t>Policy</w:t>
      </w:r>
    </w:p>
    <w:p>
      <w:pPr>
        <w:spacing w:after="20"/>
      </w:pPr>
      <w:r>
        <w:rPr>
          <w:b/>
        </w:rPr>
        <w:t xml:space="preserve">1. </w:t>
      </w:r>
      <w:r>
        <w:t>What government policies or guidelines are you aware of that inform how you work with children 0 – 5 years</w:t>
      </w:r>
    </w:p>
    <w:p>
      <w:pPr>
        <w:spacing w:after="20"/>
      </w:pPr>
      <w:r>
        <w:rPr>
          <w:b/>
        </w:rPr>
        <w:t xml:space="preserve">2. </w:t>
      </w:r>
      <w:r>
        <w:t>Would you say there are policy gaps that need to be addressed by government to enhance provision of early childhood services?</w:t>
      </w:r>
    </w:p>
    <w:p>
      <w:pPr>
        <w:spacing w:after="20"/>
        <w:ind w:left="432"/>
      </w:pPr>
      <w:r>
        <w:rPr>
          <w:i/>
          <w:sz w:val="18"/>
        </w:rPr>
        <w:t>(Probe to know: If yes, what specific policy gaps exist? How would these gaps have addressed?)</w:t>
      </w:r>
    </w:p>
    <w:p>
      <w:pPr>
        <w:pStyle w:val="Heading2"/>
      </w:pPr>
      <w:r>
        <w:t>Governance</w:t>
      </w:r>
    </w:p>
    <w:p>
      <w:pPr>
        <w:spacing w:after="20"/>
      </w:pPr>
      <w:r>
        <w:rPr>
          <w:b/>
        </w:rPr>
        <w:t xml:space="preserve">1. </w:t>
      </w:r>
      <w:r>
        <w:t>Why did you decide to take on your role?</w:t>
      </w:r>
    </w:p>
    <w:p>
      <w:pPr>
        <w:spacing w:after="20"/>
        <w:ind w:left="432"/>
      </w:pPr>
      <w:r>
        <w:rPr>
          <w:i/>
          <w:sz w:val="18"/>
        </w:rPr>
        <w:t>(Probe to know: How were you recruited?)</w:t>
      </w:r>
    </w:p>
    <w:p>
      <w:pPr>
        <w:spacing w:after="20"/>
      </w:pPr>
      <w:r>
        <w:rPr>
          <w:b/>
        </w:rPr>
        <w:t xml:space="preserve">2. </w:t>
      </w:r>
      <w:r>
        <w:t>What motivates you to continue provide these services?</w:t>
      </w:r>
    </w:p>
    <w:p>
      <w:pPr>
        <w:spacing w:after="20"/>
      </w:pPr>
      <w:r>
        <w:rPr>
          <w:b/>
        </w:rPr>
        <w:t xml:space="preserve">3. </w:t>
      </w:r>
      <w:r>
        <w:t>What are additional ways that you could be motivated to provide more or additional services for young children?</w:t>
      </w:r>
    </w:p>
    <w:p>
      <w:pPr>
        <w:spacing w:after="20"/>
      </w:pPr>
      <w:r>
        <w:rPr>
          <w:b/>
        </w:rPr>
        <w:t xml:space="preserve">4. </w:t>
      </w:r>
      <w:r>
        <w:t>Who mostly provides incentives? (Probe to know: Government or local/private organization)</w:t>
      </w:r>
    </w:p>
    <w:p>
      <w:pPr>
        <w:spacing w:after="20"/>
      </w:pPr>
      <w:r>
        <w:rPr>
          <w:b/>
        </w:rPr>
        <w:t xml:space="preserve">5. </w:t>
      </w:r>
      <w:r>
        <w:t>What incentive works better in your situation? why?</w:t>
      </w:r>
    </w:p>
    <w:p>
      <w:pPr>
        <w:pStyle w:val="Heading3"/>
      </w:pPr>
      <w:r>
        <w:t>Collaboration and Stakeholder Engagement</w:t>
      </w:r>
    </w:p>
    <w:p>
      <w:pPr>
        <w:spacing w:after="20"/>
      </w:pPr>
      <w:r>
        <w:rPr>
          <w:b/>
        </w:rPr>
        <w:t xml:space="preserve">1. </w:t>
      </w:r>
      <w:r>
        <w:t>How do CHWs collaborate with government officials in implementing ECD activities in their areas?</w:t>
      </w:r>
    </w:p>
    <w:p>
      <w:pPr>
        <w:spacing w:after="20"/>
        <w:ind w:left="432"/>
      </w:pPr>
      <w:r>
        <w:rPr>
          <w:i/>
          <w:sz w:val="18"/>
        </w:rPr>
        <w:t>(Probe to know: whom they collaborate and on what? how do they collaborate (meetings, workshops, training or consultations?)</w:t>
      </w:r>
    </w:p>
    <w:p>
      <w:pPr>
        <w:spacing w:after="20"/>
      </w:pPr>
      <w:r>
        <w:rPr>
          <w:b/>
        </w:rPr>
        <w:t xml:space="preserve">2. </w:t>
      </w:r>
      <w:r>
        <w:t>How do CHWs collaborate with local/ private organizations ECD stakeholders in implementing ECD activities in their areas?</w:t>
      </w:r>
    </w:p>
    <w:p>
      <w:pPr>
        <w:spacing w:after="20"/>
        <w:ind w:left="432"/>
      </w:pPr>
      <w:r>
        <w:rPr>
          <w:i/>
          <w:sz w:val="18"/>
        </w:rPr>
        <w:t>(Probe to know: whom they collaborate and on what? how do they collaborate (meetings, workshops, training or consultations)</w:t>
      </w:r>
    </w:p>
    <w:p>
      <w:pPr>
        <w:spacing w:after="20"/>
      </w:pPr>
      <w:r>
        <w:rPr>
          <w:b/>
        </w:rPr>
        <w:t xml:space="preserve">3. </w:t>
      </w:r>
      <w:r>
        <w:t>How are you supervised or managed?</w:t>
      </w:r>
    </w:p>
    <w:p>
      <w:pPr>
        <w:spacing w:after="20"/>
      </w:pPr>
      <w:r>
        <w:rPr>
          <w:b/>
        </w:rPr>
        <w:t xml:space="preserve">4. </w:t>
      </w:r>
      <w:r>
        <w:t>Training and Development programs</w:t>
      </w:r>
    </w:p>
    <w:p>
      <w:pPr>
        <w:spacing w:after="20"/>
      </w:pPr>
      <w:r>
        <w:rPr>
          <w:b/>
        </w:rPr>
        <w:t xml:space="preserve">5. </w:t>
      </w:r>
      <w:r>
        <w:t>What training CHWs receives? (Probe to know: Content, trainer and frequency of training, is it new training or refresher training)</w:t>
      </w:r>
    </w:p>
    <w:p>
      <w:pPr>
        <w:pStyle w:val="Heading3"/>
      </w:pPr>
      <w:r>
        <w:t>Challenges and Opportunities</w:t>
      </w:r>
    </w:p>
    <w:p>
      <w:pPr>
        <w:spacing w:after="20"/>
      </w:pPr>
      <w:r>
        <w:rPr>
          <w:b/>
        </w:rPr>
        <w:t xml:space="preserve">1. </w:t>
      </w:r>
      <w:r>
        <w:t>What are the challenges CHWs face when performing their daily works?</w:t>
      </w:r>
    </w:p>
    <w:p>
      <w:pPr>
        <w:spacing w:after="20"/>
      </w:pPr>
      <w:r>
        <w:rPr>
          <w:b/>
        </w:rPr>
        <w:t xml:space="preserve">2. </w:t>
      </w:r>
      <w:r>
        <w:t>What are the recommendations to improve the challenges they have mentioned?</w:t>
      </w:r>
    </w:p>
    <w:p>
      <w:pPr>
        <w:spacing w:after="20"/>
      </w:pPr>
      <w:r>
        <w:rPr>
          <w:b/>
        </w:rPr>
        <w:t xml:space="preserve">3. </w:t>
      </w:r>
      <w:r>
        <w:t>What are the reasons that lead to some of you dropouts from your duties?</w:t>
      </w:r>
    </w:p>
    <w:p>
      <w:pPr>
        <w:pStyle w:val="Heading2"/>
      </w:pPr>
      <w:r>
        <w:t>Multisectoral coordination</w:t>
      </w:r>
    </w:p>
    <w:p>
      <w:pPr>
        <w:spacing w:after="20"/>
      </w:pPr>
      <w:r>
        <w:rPr>
          <w:b/>
        </w:rPr>
        <w:t xml:space="preserve">1. </w:t>
      </w:r>
      <w:r>
        <w:t>How is the community involved in decisions related to ECD in your services for young children?</w:t>
      </w:r>
    </w:p>
    <w:p>
      <w:pPr>
        <w:spacing w:after="20"/>
      </w:pPr>
      <w:r>
        <w:rPr>
          <w:b/>
        </w:rPr>
        <w:t xml:space="preserve">2. </w:t>
      </w:r>
      <w:r>
        <w:t>Would you say that is adequate involvement or not? Please explain</w:t>
      </w:r>
    </w:p>
    <w:p>
      <w:pPr>
        <w:spacing w:after="20"/>
      </w:pPr>
      <w:r>
        <w:rPr>
          <w:b/>
        </w:rPr>
        <w:t xml:space="preserve">3. </w:t>
      </w:r>
      <w:r>
        <w:t>What are barriers to public participation?</w:t>
      </w:r>
    </w:p>
    <w:p>
      <w:pPr>
        <w:spacing w:after="20"/>
      </w:pPr>
      <w:r>
        <w:rPr>
          <w:b/>
        </w:rPr>
        <w:t xml:space="preserve">4. </w:t>
      </w:r>
      <w:r>
        <w:t>Do you collaborate with service providers in other sectors (e.g. education, nutrition)? If so, how?</w:t>
      </w:r>
    </w:p>
    <w:p>
      <w:pPr>
        <w:spacing w:after="20"/>
      </w:pPr>
      <w:r>
        <w:rPr>
          <w:b/>
        </w:rPr>
        <w:t xml:space="preserve">5. </w:t>
      </w:r>
      <w:r>
        <w:t>How do you connect with other service providers to discuss the needs of specific children in your community?</w:t>
      </w:r>
    </w:p>
    <w:p>
      <w:pPr>
        <w:spacing w:after="20"/>
      </w:pPr>
      <w:r>
        <w:rPr>
          <w:b/>
        </w:rPr>
        <w:t xml:space="preserve">6. </w:t>
      </w:r>
      <w:r>
        <w:t>Who is responsible for forming and maintaining connections with service providers in other sectors?</w:t>
      </w:r>
    </w:p>
    <w:p>
      <w:pPr>
        <w:spacing w:after="20"/>
      </w:pPr>
      <w:r>
        <w:rPr>
          <w:b/>
        </w:rPr>
        <w:t xml:space="preserve">7. </w:t>
      </w:r>
      <w:r>
        <w:t>Are there any additional suggestions/ideas you would like to share at this time? Anything else to add?</w:t>
      </w:r>
    </w:p>
    <w:p>
      <w:r>
        <w:br w:type="page"/>
      </w:r>
    </w:p>
    <w:p>
      <w:pPr>
        <w:pStyle w:val="Heading1"/>
      </w:pPr>
      <w:r>
        <w:t>5. NGO/association interview guide</w:t>
      </w:r>
    </w:p>
    <w:p>
      <w:r>
        <w:rPr>
          <w:b/>
          <w:color w:val="444444"/>
        </w:rPr>
        <w:t>Interview Guide for NGOs/ Associations</w:t>
      </w:r>
    </w:p>
    <w:p>
      <w:r>
        <w:rPr>
          <w:b/>
        </w:rPr>
        <w:t>Interviewee (TECDEN, PANITA, TanEA)</w:t>
      </w:r>
    </w:p>
    <w:p>
      <w:pPr>
        <w:pStyle w:val="Heading3"/>
      </w:pPr>
      <w:r>
        <w:t>Framing statement</w:t>
      </w:r>
    </w:p>
    <w:p>
      <w:pPr>
        <w:spacing w:after="40"/>
      </w:pPr>
      <w:r>
        <w:t>Before I begin asking questions, I want to explain that in the following questions, I may use the terms “early childhood,” “early childhood development, or “ECD”.</w:t>
      </w:r>
    </w:p>
    <w:p>
      <w:pPr>
        <w:spacing w:after="40"/>
      </w:pPr>
      <w:r>
        <w:t>Our research is based on the nurturing care framework, which means that we are interested in learning about all of the many factors that affect the development of young children between conception and the age of 5, including child nutrition, child health, the parenting practices and the well-being of caregivers, child safety and security, and early education. My questions today focus on four main parts of the systems and services that are designed to meet the needs of children: Policies, governance, multisectoral coordination, and financing related to these factors.</w:t>
      </w:r>
    </w:p>
    <w:p>
      <w:pPr>
        <w:spacing w:after="40"/>
      </w:pPr>
      <w:r>
        <w:t>I invite you to respond to my questions based on your specific background or role</w:t>
      </w:r>
    </w:p>
    <w:p>
      <w:pPr>
        <w:pStyle w:val="Heading2"/>
      </w:pPr>
      <w:r>
        <w:t>Introductory questions</w:t>
      </w:r>
    </w:p>
    <w:p>
      <w:pPr>
        <w:spacing w:after="20"/>
      </w:pPr>
      <w:r>
        <w:rPr>
          <w:b/>
        </w:rPr>
        <w:t xml:space="preserve">1. </w:t>
      </w:r>
      <w:r>
        <w:t>Which ECD/NC activities are you implementing in your organization?</w:t>
      </w:r>
    </w:p>
    <w:p>
      <w:pPr>
        <w:spacing w:after="20"/>
      </w:pPr>
      <w:r>
        <w:rPr>
          <w:b/>
        </w:rPr>
        <w:t xml:space="preserve">2. </w:t>
      </w:r>
      <w:r>
        <w:t>How is your organization/association defining Early Childhood Development (ECD)/Nurturing Care (NC)?</w:t>
      </w:r>
    </w:p>
    <w:p>
      <w:pPr>
        <w:spacing w:after="20"/>
      </w:pPr>
      <w:r>
        <w:rPr>
          <w:b/>
        </w:rPr>
        <w:t xml:space="preserve">3. </w:t>
      </w:r>
      <w:r>
        <w:t>How is your organization/association contributing to implementing NM-ECDP?</w:t>
      </w:r>
    </w:p>
    <w:p>
      <w:pPr>
        <w:spacing w:after="20"/>
      </w:pPr>
      <w:r>
        <w:rPr>
          <w:b/>
        </w:rPr>
        <w:t xml:space="preserve">4. </w:t>
      </w:r>
      <w:r>
        <w:t>How is your organization/association collaborating with other sector ministries on Early Childhood Development (ECD)/Nurturing Care (NC)?</w:t>
      </w:r>
    </w:p>
    <w:p>
      <w:pPr>
        <w:spacing w:after="20"/>
      </w:pPr>
      <w:r>
        <w:rPr>
          <w:b/>
        </w:rPr>
        <w:t xml:space="preserve">5. </w:t>
      </w:r>
      <w:r>
        <w:t>How is your organization/association collaborating with other local/ private organizations stakeholders in implementing Early Childhood Development (ECD)/Nurturing Care (NC)? activities?</w:t>
      </w:r>
    </w:p>
    <w:p>
      <w:pPr>
        <w:spacing w:after="20"/>
      </w:pPr>
      <w:r>
        <w:rPr>
          <w:b/>
        </w:rPr>
        <w:t xml:space="preserve">6. </w:t>
      </w:r>
      <w:r>
        <w:t>How is your organization/association collaborating with development partners in implementing Early Childhood Development (ECD)/Nurturing Care (NC)? activities?</w:t>
      </w:r>
    </w:p>
    <w:p>
      <w:pPr>
        <w:pStyle w:val="Heading2"/>
      </w:pPr>
      <w:r>
        <w:t>Policy level</w:t>
      </w:r>
    </w:p>
    <w:p>
      <w:pPr>
        <w:spacing w:after="40"/>
      </w:pPr>
      <w:r>
        <w:t>The following questions are focused on policies related to early childhood development. By policy I am referring to any legislation, policy frameworks, strategic plans, and other official written documents that relate to the different aspects of child development I mentioned previously.</w:t>
      </w:r>
    </w:p>
    <w:p>
      <w:pPr>
        <w:spacing w:after="20"/>
      </w:pPr>
      <w:r>
        <w:rPr>
          <w:b/>
        </w:rPr>
        <w:t xml:space="preserve">1. </w:t>
      </w:r>
      <w:r>
        <w:t>In reference to your own understanding which policies/guideline/strategies which cover five ECD/NC domains from 0-5 years?</w:t>
      </w:r>
    </w:p>
    <w:p>
      <w:pPr>
        <w:spacing w:after="20"/>
      </w:pPr>
      <w:r>
        <w:rPr>
          <w:b/>
        </w:rPr>
        <w:t xml:space="preserve">2. </w:t>
      </w:r>
      <w:r>
        <w:t>Who are involved in policy dialogue?</w:t>
      </w:r>
    </w:p>
    <w:p>
      <w:pPr>
        <w:spacing w:after="20"/>
        <w:ind w:left="432"/>
      </w:pPr>
      <w:r>
        <w:rPr>
          <w:i/>
          <w:sz w:val="18"/>
        </w:rPr>
        <w:t>(Probe to know: How are Faith Based Organizations s and Community Based Organizations involved)</w:t>
      </w:r>
    </w:p>
    <w:p>
      <w:pPr>
        <w:spacing w:after="20"/>
      </w:pPr>
      <w:r>
        <w:rPr>
          <w:b/>
        </w:rPr>
        <w:t xml:space="preserve">3. </w:t>
      </w:r>
      <w:r>
        <w:t>In your view, whom would you say are involved in policy making in this county/country?</w:t>
      </w:r>
    </w:p>
    <w:p>
      <w:pPr>
        <w:spacing w:after="20"/>
      </w:pPr>
      <w:r>
        <w:rPr>
          <w:b/>
        </w:rPr>
        <w:t xml:space="preserve">4. </w:t>
      </w:r>
      <w:r>
        <w:t>Is there any progress made to include ECD in the existing policies? (Probe: what initiatives? If no initiative, why?</w:t>
      </w:r>
    </w:p>
    <w:p>
      <w:pPr>
        <w:spacing w:after="20"/>
      </w:pPr>
      <w:r>
        <w:rPr>
          <w:b/>
        </w:rPr>
        <w:t xml:space="preserve">5. </w:t>
      </w:r>
      <w:r>
        <w:t>What are the underlying hindrances to implementing the National Multi-Sectoral Early Childhood Development Program nationally?</w:t>
      </w:r>
    </w:p>
    <w:p>
      <w:pPr>
        <w:spacing w:after="20"/>
      </w:pPr>
      <w:r>
        <w:rPr>
          <w:b/>
        </w:rPr>
        <w:t xml:space="preserve">6. </w:t>
      </w:r>
      <w:r>
        <w:t>What are the existing opportunities for scaling the National Multi-Sectoral Early Childhood Development Program nationally?</w:t>
      </w:r>
    </w:p>
    <w:p>
      <w:pPr>
        <w:pStyle w:val="Heading2"/>
      </w:pPr>
      <w:r>
        <w:t>Governance</w:t>
      </w:r>
    </w:p>
    <w:p>
      <w:pPr>
        <w:spacing w:after="40"/>
      </w:pPr>
      <w:r>
        <w:t>The following questions are focused on governance related to early childhood development. By governance I am referring to processes, structures, and mechanisms that guide and regulate the provision of services and support for young children and their families. It involves the coordination, management, and oversight of policies, programs, and resources related to early childhood.</w:t>
      </w:r>
    </w:p>
    <w:p>
      <w:pPr>
        <w:pStyle w:val="Heading3"/>
      </w:pPr>
      <w:r>
        <w:t>Leadership and Decision Makers</w:t>
      </w:r>
    </w:p>
    <w:p>
      <w:pPr>
        <w:spacing w:after="20"/>
      </w:pPr>
      <w:r>
        <w:rPr>
          <w:b/>
        </w:rPr>
        <w:t xml:space="preserve">1. </w:t>
      </w:r>
      <w:r>
        <w:t>Who is the focal person for ECD/NC at the National, Regional, District level?</w:t>
      </w:r>
    </w:p>
    <w:p>
      <w:pPr>
        <w:spacing w:after="20"/>
      </w:pPr>
      <w:r>
        <w:rPr>
          <w:b/>
        </w:rPr>
        <w:t xml:space="preserve">2. </w:t>
      </w:r>
      <w:r>
        <w:t>What is the role of the focal person at the national, regional district level?</w:t>
      </w:r>
    </w:p>
    <w:p>
      <w:pPr>
        <w:spacing w:after="20"/>
      </w:pPr>
      <w:r>
        <w:rPr>
          <w:b/>
        </w:rPr>
        <w:t xml:space="preserve">3. </w:t>
      </w:r>
      <w:r>
        <w:t>How does the focal persons across ECD related ministries share and provide vision and leadership for the ECD agenda?</w:t>
      </w:r>
    </w:p>
    <w:p>
      <w:pPr>
        <w:spacing w:after="20"/>
      </w:pPr>
      <w:r>
        <w:rPr>
          <w:b/>
        </w:rPr>
        <w:t xml:space="preserve">4. </w:t>
      </w:r>
      <w:r>
        <w:t>Who are the main decision makers on ECD/NC agenda at your at national, regional and district level?</w:t>
      </w:r>
    </w:p>
    <w:p>
      <w:pPr>
        <w:pStyle w:val="Heading3"/>
      </w:pPr>
      <w:r>
        <w:t>Existing Structures</w:t>
      </w:r>
    </w:p>
    <w:p>
      <w:pPr>
        <w:spacing w:after="20"/>
      </w:pPr>
      <w:r>
        <w:rPr>
          <w:b/>
        </w:rPr>
        <w:t xml:space="preserve">1. </w:t>
      </w:r>
      <w:r>
        <w:t>What mechanisms are in place for coordinating and collaborating with relevant stakeholders, including government, other NGOs, and community-based organizations who provide and deliver ECD/NC services?</w:t>
      </w:r>
    </w:p>
    <w:p>
      <w:pPr>
        <w:spacing w:after="20"/>
      </w:pPr>
      <w:r>
        <w:rPr>
          <w:b/>
        </w:rPr>
        <w:t xml:space="preserve">2. </w:t>
      </w:r>
      <w:r>
        <w:t>What mechanism are in place for the government to measure compliance of relevant stakeholders including NGOs and international partners who provide and deliver ECD/NC services?</w:t>
      </w:r>
    </w:p>
    <w:p>
      <w:pPr>
        <w:spacing w:after="20"/>
      </w:pPr>
      <w:r>
        <w:rPr>
          <w:b/>
        </w:rPr>
        <w:t xml:space="preserve">3. </w:t>
      </w:r>
      <w:r>
        <w:t>What mechanism are in place for the government and organizations to reach children aged 0-8 years in special settings with ECD services (alternative care settings e.g., those in prison, street children and others in geographically isolated areas)?</w:t>
      </w:r>
    </w:p>
    <w:p>
      <w:pPr>
        <w:spacing w:after="20"/>
      </w:pPr>
      <w:r>
        <w:rPr>
          <w:b/>
        </w:rPr>
        <w:t xml:space="preserve">4. </w:t>
      </w:r>
      <w:r>
        <w:t>How should the government and other ECD services implementers including NGOs measure compliance with ECD Services?</w:t>
      </w:r>
    </w:p>
    <w:p>
      <w:pPr>
        <w:spacing w:after="20"/>
        <w:ind w:left="432"/>
      </w:pPr>
      <w:r>
        <w:rPr>
          <w:i/>
          <w:sz w:val="18"/>
        </w:rPr>
        <w:t>(Probe to know: Ways of measuring compliance, Frequency of measurement)</w:t>
      </w:r>
    </w:p>
    <w:p>
      <w:pPr>
        <w:spacing w:after="20"/>
      </w:pPr>
      <w:r>
        <w:rPr>
          <w:b/>
        </w:rPr>
        <w:t xml:space="preserve">5. </w:t>
      </w:r>
      <w:r>
        <w:t>What measures are put in place by county government to ensure children 0-5 years receive quality services?</w:t>
      </w:r>
    </w:p>
    <w:p>
      <w:pPr>
        <w:spacing w:after="20"/>
      </w:pPr>
      <w:r>
        <w:rPr>
          <w:b/>
        </w:rPr>
        <w:t xml:space="preserve">6. </w:t>
      </w:r>
      <w:r>
        <w:t>What are the ECD services provided to children in prison, street, detention and other in geographically isolated areas?</w:t>
      </w:r>
    </w:p>
    <w:p>
      <w:pPr>
        <w:spacing w:after="20"/>
        <w:ind w:left="432"/>
      </w:pPr>
      <w:r>
        <w:rPr>
          <w:i/>
          <w:sz w:val="18"/>
        </w:rPr>
        <w:t>(Probe to know: Who is reaching them? What frequency of reaching them? Any notable difficulties/ challenges experienced in service provision?)</w:t>
      </w:r>
    </w:p>
    <w:p>
      <w:pPr>
        <w:spacing w:after="20"/>
      </w:pPr>
      <w:r>
        <w:rPr>
          <w:b/>
        </w:rPr>
        <w:t xml:space="preserve">7. </w:t>
      </w:r>
      <w:r>
        <w:t>In your own opinion, how do you describe the ECD governance among ECD sectors in Tanzania?</w:t>
      </w:r>
    </w:p>
    <w:p>
      <w:pPr>
        <w:pStyle w:val="Heading3"/>
      </w:pPr>
      <w:r>
        <w:t>Stakeholder Engagement</w:t>
      </w:r>
    </w:p>
    <w:p>
      <w:pPr>
        <w:spacing w:after="20"/>
      </w:pPr>
      <w:r>
        <w:rPr>
          <w:b/>
        </w:rPr>
        <w:t xml:space="preserve">1. </w:t>
      </w:r>
      <w:r>
        <w:t>What mechanisms exist for communities to participate in decisions related to services for children aged 0-5 in your county?</w:t>
      </w:r>
    </w:p>
    <w:p>
      <w:pPr>
        <w:spacing w:after="20"/>
      </w:pPr>
      <w:r>
        <w:rPr>
          <w:b/>
        </w:rPr>
        <w:t xml:space="preserve">2. </w:t>
      </w:r>
      <w:r>
        <w:t>Who from the communities participate? How involved are they?</w:t>
      </w:r>
    </w:p>
    <w:p>
      <w:pPr>
        <w:spacing w:after="20"/>
      </w:pPr>
      <w:r>
        <w:rPr>
          <w:b/>
        </w:rPr>
        <w:t xml:space="preserve">3. </w:t>
      </w:r>
      <w:r>
        <w:t>What barriers in your view prevent communities from playing an oversight role in the provision of healthcare and early childhood education in your county?</w:t>
      </w:r>
    </w:p>
    <w:p>
      <w:pPr>
        <w:spacing w:after="20"/>
      </w:pPr>
      <w:r>
        <w:rPr>
          <w:b/>
        </w:rPr>
        <w:t xml:space="preserve">4. </w:t>
      </w:r>
      <w:r>
        <w:t>How can these barriers be overcome?</w:t>
      </w:r>
    </w:p>
    <w:p>
      <w:pPr>
        <w:pStyle w:val="Heading2"/>
      </w:pPr>
      <w:r>
        <w:t>ECD workforce system</w:t>
      </w:r>
    </w:p>
    <w:p>
      <w:pPr>
        <w:spacing w:after="40"/>
      </w:pPr>
      <w:r>
        <w:t>Now I’d like to ask a few questions on personnels (workforce) providing services falls in ECD/NC activities on each sector.</w:t>
      </w:r>
    </w:p>
    <w:p>
      <w:pPr>
        <w:spacing w:after="20"/>
      </w:pPr>
      <w:r>
        <w:rPr>
          <w:b/>
        </w:rPr>
        <w:t xml:space="preserve">1. </w:t>
      </w:r>
      <w:r>
        <w:t>Education: For example, pre-primary teachers, head teachers, or others who work with pre-primary age students.</w:t>
      </w:r>
    </w:p>
    <w:p>
      <w:pPr>
        <w:spacing w:after="20"/>
      </w:pPr>
      <w:r>
        <w:rPr>
          <w:b/>
        </w:rPr>
        <w:t xml:space="preserve">2. </w:t>
      </w:r>
      <w:r>
        <w:t>Health and Nutrition: For example, health care providers (RCHs and CHWs) and others who works with children aged 0 -5 years and their respective caregiver’s agricultural extension officers and others who implement nutrition-related programs,</w:t>
      </w:r>
    </w:p>
    <w:p>
      <w:pPr>
        <w:spacing w:after="20"/>
      </w:pPr>
      <w:r>
        <w:rPr>
          <w:b/>
        </w:rPr>
        <w:t xml:space="preserve">3. </w:t>
      </w:r>
      <w:r>
        <w:t>Safety and Security: For example, social workers, police, and others</w:t>
      </w:r>
    </w:p>
    <w:p>
      <w:pPr>
        <w:pStyle w:val="Heading3"/>
      </w:pPr>
      <w:r>
        <w:t>Goals and Objectives</w:t>
      </w:r>
    </w:p>
    <w:p>
      <w:pPr>
        <w:spacing w:after="20"/>
      </w:pPr>
      <w:r>
        <w:rPr>
          <w:b/>
        </w:rPr>
        <w:t xml:space="preserve">1. </w:t>
      </w:r>
      <w:r>
        <w:t>In reference to your respective mention association/organization’s goals and objectives on issues related to ECD/NC services provided and delivering to children age 0 -5 years?</w:t>
      </w:r>
    </w:p>
    <w:p>
      <w:pPr>
        <w:spacing w:after="20"/>
      </w:pPr>
      <w:r>
        <w:rPr>
          <w:b/>
        </w:rPr>
        <w:t xml:space="preserve">2. </w:t>
      </w:r>
      <w:r>
        <w:t>How does the organization ensure that the personnels (workforce) providing ECD/NC to children age 0 -5 years services align with the goals and objectives of ECD/NC?</w:t>
      </w:r>
    </w:p>
    <w:p>
      <w:pPr>
        <w:pStyle w:val="Heading3"/>
      </w:pPr>
      <w:r>
        <w:t>Recruitment and Retention of ECD Workforce</w:t>
      </w:r>
    </w:p>
    <w:p>
      <w:pPr>
        <w:spacing w:after="20"/>
      </w:pPr>
      <w:r>
        <w:rPr>
          <w:b/>
        </w:rPr>
        <w:t xml:space="preserve">1. </w:t>
      </w:r>
      <w:r>
        <w:t>In reference to your respective organization, who are the personnel (workforce) does your organization actively engage with when providing ECD services to children age 0 -5?</w:t>
      </w:r>
    </w:p>
    <w:p>
      <w:pPr>
        <w:spacing w:after="20"/>
      </w:pPr>
      <w:r>
        <w:rPr>
          <w:b/>
        </w:rPr>
        <w:t xml:space="preserve">2. </w:t>
      </w:r>
      <w:r>
        <w:t>How does personnels (workforce) providing and delivering ECD/NC services to children age 0 -5 years across ECD sectors communicate?</w:t>
      </w:r>
    </w:p>
    <w:p>
      <w:pPr>
        <w:spacing w:after="20"/>
      </w:pPr>
      <w:r>
        <w:rPr>
          <w:b/>
        </w:rPr>
        <w:t xml:space="preserve">3. </w:t>
      </w:r>
      <w:r>
        <w:t>What strategies does your organization put in place for recruitment and retention of qualified professionals to provide and delivering ECD/NC services to children age 0 -5 years?</w:t>
      </w:r>
    </w:p>
    <w:p>
      <w:pPr>
        <w:spacing w:after="20"/>
      </w:pPr>
      <w:r>
        <w:rPr>
          <w:b/>
        </w:rPr>
        <w:t xml:space="preserve">4. </w:t>
      </w:r>
      <w:r>
        <w:t>What strategies does your organization have to motivate personnels (workforce) providing and delivering ECD/NC services to children age 0 -5 years?</w:t>
      </w:r>
    </w:p>
    <w:p>
      <w:pPr>
        <w:spacing w:after="20"/>
      </w:pPr>
      <w:r>
        <w:rPr>
          <w:b/>
        </w:rPr>
        <w:t xml:space="preserve">5. </w:t>
      </w:r>
      <w:r>
        <w:t>How is ECD service provision supervision conducted in this county?</w:t>
      </w:r>
    </w:p>
    <w:p>
      <w:pPr>
        <w:spacing w:after="20"/>
      </w:pPr>
      <w:r>
        <w:rPr>
          <w:b/>
        </w:rPr>
        <w:t xml:space="preserve">6. </w:t>
      </w:r>
      <w:r>
        <w:t>What are the barriers to effective supervision?</w:t>
      </w:r>
    </w:p>
    <w:p>
      <w:pPr>
        <w:pStyle w:val="Heading3"/>
      </w:pPr>
      <w:r>
        <w:t>Training and Development Programs</w:t>
      </w:r>
    </w:p>
    <w:p>
      <w:pPr>
        <w:spacing w:after="20"/>
      </w:pPr>
      <w:r>
        <w:rPr>
          <w:b/>
        </w:rPr>
        <w:t xml:space="preserve">1. </w:t>
      </w:r>
      <w:r>
        <w:t>What training programs does your organization have in place/exist to equip personnel (workforce) with knowledge and skills on provision of providing ECD/ nurturing care to children 0-5 years?</w:t>
      </w:r>
    </w:p>
    <w:p>
      <w:pPr>
        <w:spacing w:after="20"/>
      </w:pPr>
      <w:r>
        <w:rPr>
          <w:b/>
        </w:rPr>
        <w:t xml:space="preserve">2. </w:t>
      </w:r>
      <w:r>
        <w:t>What measures has the county/national government put in place to ensure that we have qualified personnel to provide services to young children?</w:t>
      </w:r>
    </w:p>
    <w:p>
      <w:pPr>
        <w:spacing w:after="20"/>
      </w:pPr>
      <w:r>
        <w:rPr>
          <w:b/>
        </w:rPr>
        <w:t xml:space="preserve">3. </w:t>
      </w:r>
      <w:r>
        <w:t>In your opinion, how is the status of ECD workforce around ECD programs?</w:t>
      </w:r>
    </w:p>
    <w:p>
      <w:pPr>
        <w:spacing w:after="20"/>
        <w:ind w:left="432"/>
      </w:pPr>
      <w:r>
        <w:rPr>
          <w:i/>
          <w:sz w:val="18"/>
        </w:rPr>
        <w:t>(Probe to know: Availability of personnel trained to deliver ECD/NC services to children age 0 -5 years, capacity and competency of the personnels in delivering quality ECD services)</w:t>
      </w:r>
    </w:p>
    <w:p>
      <w:pPr>
        <w:spacing w:after="20"/>
      </w:pPr>
      <w:r>
        <w:rPr>
          <w:b/>
        </w:rPr>
        <w:t xml:space="preserve">4. </w:t>
      </w:r>
      <w:r>
        <w:t>What are specific areas within your organization that require more attention or support or improve personnels (workforce) engaged in providing and delivering ECD/NC activities to children age 0 -5 years.</w:t>
      </w:r>
    </w:p>
    <w:p>
      <w:pPr>
        <w:spacing w:after="20"/>
        <w:ind w:left="432"/>
      </w:pPr>
      <w:r>
        <w:rPr>
          <w:i/>
          <w:sz w:val="18"/>
        </w:rPr>
        <w:t>(Probe to know: If there is need of specialized training for children with disabilities?)</w:t>
      </w:r>
    </w:p>
    <w:p>
      <w:pPr>
        <w:pStyle w:val="Heading3"/>
      </w:pPr>
      <w:r>
        <w:t>Challenges and Opportunities</w:t>
      </w:r>
    </w:p>
    <w:p>
      <w:pPr>
        <w:spacing w:after="20"/>
      </w:pPr>
      <w:r>
        <w:rPr>
          <w:b/>
        </w:rPr>
        <w:t xml:space="preserve">1. </w:t>
      </w:r>
      <w:r>
        <w:t>What initiatives has your ministry invested to strengthen the ECD workforce?</w:t>
      </w:r>
    </w:p>
    <w:p>
      <w:pPr>
        <w:spacing w:after="20"/>
      </w:pPr>
      <w:r>
        <w:rPr>
          <w:b/>
        </w:rPr>
        <w:t xml:space="preserve">2. </w:t>
      </w:r>
      <w:r>
        <w:t>What are existing challenges facing personnels(workforce) providing and delivering ECD/NC services to children age 0 -5 years?</w:t>
      </w:r>
    </w:p>
    <w:p>
      <w:pPr>
        <w:pStyle w:val="Heading2"/>
      </w:pPr>
      <w:r>
        <w:t>Multisectoral coordination</w:t>
      </w:r>
    </w:p>
    <w:p>
      <w:pPr>
        <w:spacing w:after="40"/>
      </w:pPr>
      <w:r>
        <w:t>Now I’d like to ask you a few questions about multisectoral coordination. By multisectoral coordination, I mean coordination among different ministries/departments in funding, providing and managing services for young children, as well as collaboration with CSOs and other partners.</w:t>
      </w:r>
    </w:p>
    <w:p>
      <w:pPr>
        <w:pStyle w:val="Heading3"/>
      </w:pPr>
      <w:r>
        <w:t>Status of Multi Sectoral Coordination</w:t>
      </w:r>
    </w:p>
    <w:p>
      <w:pPr>
        <w:spacing w:after="20"/>
      </w:pPr>
      <w:r>
        <w:rPr>
          <w:b/>
        </w:rPr>
        <w:t xml:space="preserve">1. </w:t>
      </w:r>
      <w:r>
        <w:t>How does your organization collaborate with other ECD actors in early childhood?</w:t>
      </w:r>
    </w:p>
    <w:p>
      <w:pPr>
        <w:spacing w:after="20"/>
        <w:ind w:left="432"/>
      </w:pPr>
      <w:r>
        <w:rPr>
          <w:i/>
          <w:sz w:val="18"/>
        </w:rPr>
        <w:t>(Probe to know: Other relevant ministries/departments on matters of early childhood development? Other stakeholders offering early childhood services/programmes? development partners in early childhood development)</w:t>
      </w:r>
    </w:p>
    <w:p>
      <w:pPr>
        <w:spacing w:after="20"/>
      </w:pPr>
      <w:r>
        <w:rPr>
          <w:b/>
        </w:rPr>
        <w:t xml:space="preserve">2. </w:t>
      </w:r>
      <w:r>
        <w:t>In your own opinion, how do you describe the ECD multi-sectoral coordination among ECD sectors in Tanzania?</w:t>
      </w:r>
    </w:p>
    <w:p>
      <w:pPr>
        <w:spacing w:after="20"/>
        <w:ind w:left="432"/>
      </w:pPr>
      <w:r>
        <w:rPr>
          <w:i/>
          <w:sz w:val="18"/>
        </w:rPr>
        <w:t>(Probe to know: Existing structure, power relationship, communication)</w:t>
      </w:r>
    </w:p>
    <w:p>
      <w:pPr>
        <w:spacing w:after="20"/>
      </w:pPr>
      <w:r>
        <w:rPr>
          <w:b/>
        </w:rPr>
        <w:t xml:space="preserve">3. </w:t>
      </w:r>
      <w:r>
        <w:t>In your views, how is multi-sectoral coordination is improving in Tanzania? Yes/No.</w:t>
      </w:r>
    </w:p>
    <w:p>
      <w:pPr>
        <w:spacing w:after="20"/>
        <w:ind w:left="432"/>
      </w:pPr>
      <w:r>
        <w:rPr>
          <w:i/>
          <w:sz w:val="18"/>
        </w:rPr>
        <w:t>(Probe to know: If yes, what are the improvements? If no, why? )</w:t>
      </w:r>
    </w:p>
    <w:p>
      <w:pPr>
        <w:spacing w:after="20"/>
      </w:pPr>
      <w:r>
        <w:rPr>
          <w:b/>
        </w:rPr>
        <w:t xml:space="preserve">4. </w:t>
      </w:r>
      <w:r>
        <w:t>To what extent is multi-sectoral coordination in ECD is improving in Tanzania?</w:t>
      </w:r>
    </w:p>
    <w:p>
      <w:pPr>
        <w:spacing w:after="20"/>
        <w:ind w:left="432"/>
      </w:pPr>
      <w:r>
        <w:rPr>
          <w:i/>
          <w:sz w:val="18"/>
        </w:rPr>
        <w:t>(Probe to know: Signs that shows that ECD is improving)</w:t>
      </w:r>
    </w:p>
    <w:p>
      <w:pPr>
        <w:spacing w:after="20"/>
      </w:pPr>
      <w:r>
        <w:rPr>
          <w:b/>
        </w:rPr>
        <w:t xml:space="preserve">5. </w:t>
      </w:r>
      <w:r>
        <w:t>How has government promoted multi-sectoral coordination in provision of ECD services and programming at the county and national government levels?</w:t>
      </w:r>
    </w:p>
    <w:p>
      <w:pPr>
        <w:spacing w:after="20"/>
      </w:pPr>
      <w:r>
        <w:rPr>
          <w:b/>
        </w:rPr>
        <w:t xml:space="preserve">6. </w:t>
      </w:r>
      <w:r>
        <w:t>In your views, how does multi-sectoral coordination contribute to strengthening the ECD/NC system?</w:t>
      </w:r>
    </w:p>
    <w:p>
      <w:pPr>
        <w:spacing w:after="20"/>
      </w:pPr>
      <w:r>
        <w:rPr>
          <w:b/>
        </w:rPr>
        <w:t xml:space="preserve">7. </w:t>
      </w:r>
      <w:r>
        <w:t>What are required conditions for multi-sectoral coordination among other ECD sectors and civil society actors?</w:t>
      </w:r>
    </w:p>
    <w:p>
      <w:pPr>
        <w:spacing w:after="20"/>
      </w:pPr>
      <w:r>
        <w:rPr>
          <w:b/>
        </w:rPr>
        <w:t xml:space="preserve">8. </w:t>
      </w:r>
      <w:r>
        <w:t>What measures has organization put in place to encourage families to seek quality ECD services for their children?</w:t>
      </w:r>
    </w:p>
    <w:p>
      <w:pPr>
        <w:pStyle w:val="Heading3"/>
      </w:pPr>
      <w:r>
        <w:t>Challenges and Opportunities</w:t>
      </w:r>
    </w:p>
    <w:p>
      <w:pPr>
        <w:spacing w:after="20"/>
      </w:pPr>
      <w:r>
        <w:rPr>
          <w:b/>
        </w:rPr>
        <w:t xml:space="preserve">1. </w:t>
      </w:r>
      <w:r>
        <w:t>What barriers do families experience when demanding and/or accessing services for their children in this county</w:t>
      </w:r>
    </w:p>
    <w:p>
      <w:pPr>
        <w:spacing w:after="20"/>
      </w:pPr>
      <w:r>
        <w:rPr>
          <w:b/>
        </w:rPr>
        <w:t xml:space="preserve">2. </w:t>
      </w:r>
      <w:r>
        <w:t>What initiatives has your organization invested to strengthen the multi -sectoral coordination among other ECD sectors and actors?</w:t>
      </w:r>
    </w:p>
    <w:p>
      <w:pPr>
        <w:spacing w:after="20"/>
      </w:pPr>
      <w:r>
        <w:rPr>
          <w:b/>
        </w:rPr>
        <w:t xml:space="preserve">3. </w:t>
      </w:r>
      <w:r>
        <w:t>What are key learnings including in multi-sectoral coordination among other ECD sectors and actors?</w:t>
      </w:r>
    </w:p>
    <w:p>
      <w:pPr>
        <w:spacing w:after="20"/>
        <w:ind w:left="432"/>
      </w:pPr>
      <w:r>
        <w:rPr>
          <w:i/>
          <w:sz w:val="18"/>
        </w:rPr>
        <w:t>(Probe to know: The strengths and challenges)</w:t>
      </w:r>
    </w:p>
    <w:p>
      <w:pPr>
        <w:pStyle w:val="Heading2"/>
      </w:pPr>
      <w:r>
        <w:t>Financing</w:t>
      </w:r>
    </w:p>
    <w:p>
      <w:pPr>
        <w:spacing w:after="20"/>
      </w:pPr>
      <w:r>
        <w:rPr>
          <w:b/>
        </w:rPr>
        <w:t xml:space="preserve">1. </w:t>
      </w:r>
      <w:r>
        <w:t>How is the financing for ECD activities done in Tanzania?</w:t>
      </w:r>
    </w:p>
    <w:p>
      <w:pPr>
        <w:spacing w:after="20"/>
      </w:pPr>
      <w:r>
        <w:rPr>
          <w:b/>
        </w:rPr>
        <w:t xml:space="preserve">2. </w:t>
      </w:r>
      <w:r>
        <w:t>How is finance around ECD programs?</w:t>
      </w:r>
    </w:p>
    <w:p>
      <w:pPr>
        <w:spacing w:after="20"/>
        <w:ind w:left="432"/>
      </w:pPr>
      <w:r>
        <w:rPr>
          <w:i/>
          <w:sz w:val="18"/>
        </w:rPr>
        <w:t>(Probe to know: Coordination, operations, feedback mechanism, challenge)</w:t>
      </w:r>
    </w:p>
    <w:p>
      <w:pPr>
        <w:spacing w:after="20"/>
      </w:pPr>
      <w:r>
        <w:rPr>
          <w:b/>
        </w:rPr>
        <w:t xml:space="preserve">3. </w:t>
      </w:r>
      <w:r>
        <w:t>How is funding for services for young children determined and allocated at the national/county levels?</w:t>
      </w:r>
    </w:p>
    <w:p>
      <w:pPr>
        <w:spacing w:after="20"/>
        <w:ind w:left="432"/>
      </w:pPr>
      <w:r>
        <w:rPr>
          <w:i/>
          <w:sz w:val="18"/>
        </w:rPr>
        <w:t>(Probe to know: Are there “ECD” budget lines in your department/ministry specifically dedicated to ECD?)</w:t>
      </w:r>
    </w:p>
    <w:p>
      <w:pPr>
        <w:spacing w:after="20"/>
      </w:pPr>
      <w:r>
        <w:rPr>
          <w:b/>
        </w:rPr>
        <w:t xml:space="preserve">4. </w:t>
      </w:r>
      <w:r>
        <w:t>How does the government (county/national) ensure that funds allocated to services for children are utilized as intended?</w:t>
      </w:r>
    </w:p>
    <w:p>
      <w:pPr>
        <w:spacing w:after="20"/>
        <w:ind w:left="432"/>
      </w:pPr>
      <w:r>
        <w:rPr>
          <w:i/>
          <w:sz w:val="18"/>
        </w:rPr>
        <w:t>(Probe to know: How is ECD expenditure tracked?)</w:t>
      </w:r>
    </w:p>
    <w:p>
      <w:pPr>
        <w:spacing w:after="20"/>
      </w:pPr>
      <w:r>
        <w:rPr>
          <w:b/>
        </w:rPr>
        <w:t xml:space="preserve">5. </w:t>
      </w:r>
      <w:r>
        <w:t>To what extent is financing in ECD improving in Tanzania?</w:t>
      </w:r>
    </w:p>
    <w:p>
      <w:pPr>
        <w:spacing w:after="20"/>
      </w:pPr>
      <w:r>
        <w:rPr>
          <w:b/>
        </w:rPr>
        <w:t xml:space="preserve">6. </w:t>
      </w:r>
      <w:r>
        <w:t>What are the most feasible and meaningful financing indicators? (Emphasizing on the national, regional, and sub-national level)</w:t>
      </w:r>
    </w:p>
    <w:p>
      <w:pPr>
        <w:spacing w:after="20"/>
      </w:pPr>
      <w:r>
        <w:rPr>
          <w:b/>
        </w:rPr>
        <w:t xml:space="preserve">7. </w:t>
      </w:r>
      <w:r>
        <w:t>What kinds of changes/ factors would lead to more funding/support being available for ECD?</w:t>
      </w:r>
    </w:p>
    <w:p>
      <w:pPr>
        <w:spacing w:after="20"/>
      </w:pPr>
      <w:r>
        <w:rPr>
          <w:b/>
        </w:rPr>
        <w:t xml:space="preserve">8. </w:t>
      </w:r>
      <w:r>
        <w:t>How funding/ resources availability enhance quality and sustainability</w:t>
      </w:r>
    </w:p>
    <w:p>
      <w:pPr>
        <w:pStyle w:val="Heading3"/>
      </w:pPr>
      <w:r>
        <w:t>Challenges and Opportunities</w:t>
      </w:r>
    </w:p>
    <w:p>
      <w:pPr>
        <w:spacing w:after="20"/>
      </w:pPr>
      <w:r>
        <w:rPr>
          <w:b/>
        </w:rPr>
        <w:t xml:space="preserve">1. </w:t>
      </w:r>
      <w:r>
        <w:t>What challenges are experienced in utilizing funds allocated to early childhood services in your organization?</w:t>
      </w:r>
    </w:p>
    <w:p>
      <w:pPr>
        <w:spacing w:after="20"/>
        <w:ind w:left="432"/>
      </w:pPr>
      <w:r>
        <w:rPr>
          <w:i/>
          <w:sz w:val="18"/>
        </w:rPr>
        <w:t>(Probe to know: How is your organization mitigating these challenges?)</w:t>
      </w:r>
    </w:p>
    <w:p>
      <w:pPr>
        <w:spacing w:after="20"/>
      </w:pPr>
      <w:r>
        <w:rPr>
          <w:b/>
        </w:rPr>
        <w:t xml:space="preserve">2. </w:t>
      </w:r>
      <w:r>
        <w:t>What initiatives has your organization invested to strengthen the finance in ECD programs?</w:t>
      </w:r>
    </w:p>
    <w:p>
      <w:pPr>
        <w:spacing w:after="20"/>
      </w:pPr>
      <w:r>
        <w:rPr>
          <w:b/>
        </w:rPr>
        <w:t xml:space="preserve">3. </w:t>
      </w:r>
      <w:r>
        <w:t>In your views, what are key learnings observed in finance ECD programs?</w:t>
      </w:r>
    </w:p>
    <w:p>
      <w:pPr>
        <w:spacing w:after="20"/>
        <w:ind w:left="432"/>
      </w:pPr>
      <w:r>
        <w:rPr>
          <w:i/>
          <w:sz w:val="18"/>
        </w:rPr>
        <w:t>(Probe to know: The strengths and challenges)</w:t>
      </w:r>
    </w:p>
    <w:p>
      <w:pPr>
        <w:pStyle w:val="Heading2"/>
      </w:pPr>
      <w:r>
        <w:t>System capacity</w:t>
      </w:r>
    </w:p>
    <w:p>
      <w:pPr>
        <w:spacing w:after="20"/>
      </w:pPr>
      <w:r>
        <w:rPr>
          <w:b/>
        </w:rPr>
        <w:t xml:space="preserve">1. </w:t>
      </w:r>
      <w:r>
        <w:t>How does the ECD system currently attract and retain highly qualified ECD service providers, especially in remote/rural areas?</w:t>
      </w:r>
    </w:p>
    <w:p>
      <w:pPr>
        <w:spacing w:after="20"/>
        <w:ind w:left="432"/>
      </w:pPr>
      <w:r>
        <w:rPr>
          <w:i/>
          <w:sz w:val="18"/>
        </w:rPr>
        <w:t>(Probe to know: What criteria used to identify the qualifies, what motivation is provided to retain them?</w:t>
      </w:r>
    </w:p>
    <w:p>
      <w:pPr>
        <w:spacing w:after="20"/>
      </w:pPr>
      <w:r>
        <w:rPr>
          <w:b/>
        </w:rPr>
        <w:t xml:space="preserve">2. </w:t>
      </w:r>
      <w:r>
        <w:t>How can the ECD system motivate Community Health Workers (CHWs) to implement ECD/Nurturing Care activities?</w:t>
      </w:r>
    </w:p>
    <w:p>
      <w:pPr>
        <w:spacing w:after="20"/>
      </w:pPr>
      <w:r>
        <w:rPr>
          <w:b/>
        </w:rPr>
        <w:t xml:space="preserve">3. </w:t>
      </w:r>
      <w:r>
        <w:t>How are CHWs recruited/engaged in ECD work?</w:t>
      </w:r>
    </w:p>
    <w:p>
      <w:pPr>
        <w:spacing w:after="20"/>
      </w:pPr>
      <w:r>
        <w:rPr>
          <w:b/>
        </w:rPr>
        <w:t xml:space="preserve">4. </w:t>
      </w:r>
      <w:r>
        <w:t>What capacity building is provided to CHWs?</w:t>
      </w:r>
    </w:p>
    <w:p>
      <w:pPr>
        <w:spacing w:after="20"/>
      </w:pPr>
      <w:r>
        <w:rPr>
          <w:b/>
        </w:rPr>
        <w:t xml:space="preserve">5. </w:t>
      </w:r>
      <w:r>
        <w:t>What are the ECD services provided by CHW?</w:t>
      </w:r>
    </w:p>
    <w:p>
      <w:pPr>
        <w:spacing w:after="20"/>
      </w:pPr>
      <w:r>
        <w:rPr>
          <w:b/>
        </w:rPr>
        <w:t xml:space="preserve">6. </w:t>
      </w:r>
      <w:r>
        <w:t>What is the coverage of CHWs in the provision of ECD services in the community?</w:t>
      </w:r>
    </w:p>
    <w:p>
      <w:pPr>
        <w:spacing w:after="20"/>
      </w:pPr>
      <w:r>
        <w:rPr>
          <w:b/>
        </w:rPr>
        <w:t xml:space="preserve">7. </w:t>
      </w:r>
      <w:r>
        <w:t>What kind of motivation/incentive is provided to CHWs (monetary and non-monetary)?</w:t>
      </w:r>
    </w:p>
    <w:p>
      <w:pPr>
        <w:spacing w:after="20"/>
      </w:pPr>
      <w:r>
        <w:rPr>
          <w:b/>
        </w:rPr>
        <w:t xml:space="preserve">8. </w:t>
      </w:r>
      <w:r>
        <w:t>What activities are budgeted for CHWs performing ECD services?</w:t>
      </w:r>
    </w:p>
    <w:p>
      <w:r>
        <w:br w:type="page"/>
      </w:r>
    </w:p>
    <w:p>
      <w:pPr>
        <w:pStyle w:val="Heading1"/>
      </w:pPr>
      <w:r>
        <w:t>6. International partner interview guide</w:t>
      </w:r>
    </w:p>
    <w:p>
      <w:r>
        <w:rPr>
          <w:b/>
          <w:color w:val="444444"/>
        </w:rPr>
        <w:t>Interview Guide for International Partners</w:t>
      </w:r>
    </w:p>
    <w:p>
      <w:r>
        <w:rPr>
          <w:b/>
        </w:rPr>
        <w:t>Interviewee (UNICEF, Save the Children, EGPAF)</w:t>
      </w:r>
    </w:p>
    <w:p>
      <w:pPr>
        <w:pStyle w:val="Heading3"/>
      </w:pPr>
      <w:r>
        <w:t>Framing statement</w:t>
      </w:r>
    </w:p>
    <w:p>
      <w:pPr>
        <w:spacing w:after="40"/>
      </w:pPr>
      <w:r>
        <w:t>Before I begin asking questions, I want to explain that in the following questions, I may use the terms “early childhood,” “early childhood development, or “ECD”.</w:t>
      </w:r>
    </w:p>
    <w:p>
      <w:pPr>
        <w:spacing w:after="40"/>
      </w:pPr>
      <w:r>
        <w:t>Our research is based on the nurturing care framework, which means that we are interested in learning about all of the many factors that affect the development of young children between conception and the age of 5, including child nutrition, child health, the parenting practices and the well-being of caregivers, child safety and security, and early education. My questions today focus on four main parts of the systems and services that are designed to meet the needs of children: Policies, governance, multisectoral coordination, and financing related to these factors.</w:t>
      </w:r>
    </w:p>
    <w:p>
      <w:pPr>
        <w:spacing w:after="40"/>
      </w:pPr>
      <w:r>
        <w:t>I invite you to respond to my questions based on your specific background or role</w:t>
      </w:r>
    </w:p>
    <w:p>
      <w:pPr>
        <w:pStyle w:val="Heading2"/>
      </w:pPr>
      <w:r>
        <w:t>Introductory questions</w:t>
      </w:r>
    </w:p>
    <w:p>
      <w:pPr>
        <w:spacing w:after="20"/>
      </w:pPr>
      <w:r>
        <w:rPr>
          <w:b/>
        </w:rPr>
        <w:t xml:space="preserve">1. </w:t>
      </w:r>
      <w:r>
        <w:t>Which ECD/NC activities are you implementing in your organization?</w:t>
      </w:r>
    </w:p>
    <w:p>
      <w:pPr>
        <w:spacing w:after="20"/>
      </w:pPr>
      <w:r>
        <w:rPr>
          <w:b/>
        </w:rPr>
        <w:t xml:space="preserve">2. </w:t>
      </w:r>
      <w:r>
        <w:t>How is your organization/association defining Early Childhood Development (ECD)/Nurturing Care (NC)?</w:t>
      </w:r>
    </w:p>
    <w:p>
      <w:pPr>
        <w:spacing w:after="20"/>
      </w:pPr>
      <w:r>
        <w:rPr>
          <w:b/>
        </w:rPr>
        <w:t xml:space="preserve">3. </w:t>
      </w:r>
      <w:r>
        <w:t>How is your organization/association contributing to implementing NM-ECDP?</w:t>
      </w:r>
    </w:p>
    <w:p>
      <w:pPr>
        <w:spacing w:after="20"/>
      </w:pPr>
      <w:r>
        <w:rPr>
          <w:b/>
        </w:rPr>
        <w:t xml:space="preserve">4. </w:t>
      </w:r>
      <w:r>
        <w:t>How is your organization/association collaborating with other sector ministries on Early Childhood Development (ECD)/Nurturing Care (NC)?</w:t>
      </w:r>
    </w:p>
    <w:p>
      <w:pPr>
        <w:spacing w:after="20"/>
      </w:pPr>
      <w:r>
        <w:rPr>
          <w:b/>
        </w:rPr>
        <w:t xml:space="preserve">5. </w:t>
      </w:r>
      <w:r>
        <w:t>How is your organization/association collaborating with other local/ private organizations stakeholders in implementing Early Childhood Development (ECD)/Nurturing Care (NC)? activities?</w:t>
      </w:r>
    </w:p>
    <w:p>
      <w:pPr>
        <w:spacing w:after="20"/>
      </w:pPr>
      <w:r>
        <w:rPr>
          <w:b/>
        </w:rPr>
        <w:t xml:space="preserve">6. </w:t>
      </w:r>
      <w:r>
        <w:t>How is your organization/association collaborating with development partners in implementing Early Childhood Development (ECD)/Nurturing Care (NC)? activities?</w:t>
      </w:r>
    </w:p>
    <w:p>
      <w:pPr>
        <w:pStyle w:val="Heading2"/>
      </w:pPr>
      <w:r>
        <w:t>Policy level</w:t>
      </w:r>
    </w:p>
    <w:p>
      <w:pPr>
        <w:spacing w:after="40"/>
      </w:pPr>
      <w:r>
        <w:t>The following questions are focused on policies related to early childhood development. By policy I am referring to any legislation, policy frameworks, strategic plans, and other official written documents that relate to the different aspects of child development I mentioned previously.</w:t>
      </w:r>
    </w:p>
    <w:p>
      <w:pPr>
        <w:spacing w:after="20"/>
      </w:pPr>
      <w:r>
        <w:rPr>
          <w:b/>
        </w:rPr>
        <w:t xml:space="preserve">1. </w:t>
      </w:r>
      <w:r>
        <w:t>In reference to your own understanding which policies/guideline/strategies which cover five ECD/NC domains from 0-5 years?</w:t>
      </w:r>
    </w:p>
    <w:p>
      <w:pPr>
        <w:spacing w:after="20"/>
      </w:pPr>
      <w:r>
        <w:rPr>
          <w:b/>
        </w:rPr>
        <w:t xml:space="preserve">2. </w:t>
      </w:r>
      <w:r>
        <w:t>Who are involved in policy dialogue?</w:t>
      </w:r>
    </w:p>
    <w:p>
      <w:pPr>
        <w:spacing w:after="20"/>
        <w:ind w:left="432"/>
      </w:pPr>
      <w:r>
        <w:rPr>
          <w:i/>
          <w:sz w:val="18"/>
        </w:rPr>
        <w:t>(Probe to know: How are Faith Based Organizations s and Community Based Organizations involved)</w:t>
      </w:r>
    </w:p>
    <w:p>
      <w:pPr>
        <w:spacing w:after="20"/>
      </w:pPr>
      <w:r>
        <w:rPr>
          <w:b/>
        </w:rPr>
        <w:t xml:space="preserve">3. </w:t>
      </w:r>
      <w:r>
        <w:t>In your view, whom would you say are involved in policy making in this county/country?</w:t>
      </w:r>
    </w:p>
    <w:p>
      <w:pPr>
        <w:spacing w:after="20"/>
      </w:pPr>
      <w:r>
        <w:rPr>
          <w:b/>
        </w:rPr>
        <w:t xml:space="preserve">4. </w:t>
      </w:r>
      <w:r>
        <w:t>Is there any progress made to include ECD in the existing policies? (Probe: what initiatives? If no initiative, why?</w:t>
      </w:r>
    </w:p>
    <w:p>
      <w:pPr>
        <w:spacing w:after="20"/>
      </w:pPr>
      <w:r>
        <w:rPr>
          <w:b/>
        </w:rPr>
        <w:t xml:space="preserve">5. </w:t>
      </w:r>
      <w:r>
        <w:t>What are the underlying hindrances to implementing the National Multi-Sectoral Early Childhood Development Program nationally?</w:t>
      </w:r>
    </w:p>
    <w:p>
      <w:pPr>
        <w:spacing w:after="20"/>
      </w:pPr>
      <w:r>
        <w:rPr>
          <w:b/>
        </w:rPr>
        <w:t xml:space="preserve">6. </w:t>
      </w:r>
      <w:r>
        <w:t>What are the existing opportunities for scaling the National Multi-Sectoral Early Childhood Development Program nationally?</w:t>
      </w:r>
    </w:p>
    <w:p>
      <w:pPr>
        <w:pStyle w:val="Heading2"/>
      </w:pPr>
      <w:r>
        <w:t>Governance</w:t>
      </w:r>
    </w:p>
    <w:p>
      <w:pPr>
        <w:spacing w:after="40"/>
      </w:pPr>
      <w:r>
        <w:t>The following questions are focused on governance related to early childhood development. By governance I am referring to processes, structures, and mechanisms that guide and regulate the provision of services and support for young children and their families. It involves the coordination, management, and oversight of policies, programs, and resources related to early childhood.</w:t>
      </w:r>
    </w:p>
    <w:p>
      <w:pPr>
        <w:pStyle w:val="Heading3"/>
      </w:pPr>
      <w:r>
        <w:t>Leadership and Decision Makers</w:t>
      </w:r>
    </w:p>
    <w:p>
      <w:pPr>
        <w:spacing w:after="20"/>
      </w:pPr>
      <w:r>
        <w:rPr>
          <w:b/>
        </w:rPr>
        <w:t xml:space="preserve">1. </w:t>
      </w:r>
      <w:r>
        <w:t>Who is the focal person for ECD/NC at the National, Regional, District level?</w:t>
      </w:r>
    </w:p>
    <w:p>
      <w:pPr>
        <w:spacing w:after="20"/>
      </w:pPr>
      <w:r>
        <w:rPr>
          <w:b/>
        </w:rPr>
        <w:t xml:space="preserve">2. </w:t>
      </w:r>
      <w:r>
        <w:t>What is the role of the focal person at the national, regional district level?</w:t>
      </w:r>
    </w:p>
    <w:p>
      <w:pPr>
        <w:spacing w:after="20"/>
      </w:pPr>
      <w:r>
        <w:rPr>
          <w:b/>
        </w:rPr>
        <w:t xml:space="preserve">3. </w:t>
      </w:r>
      <w:r>
        <w:t>How does the focal persons across ECD related ministries share and provide vision and leadership for the ECD agenda?</w:t>
      </w:r>
    </w:p>
    <w:p>
      <w:pPr>
        <w:spacing w:after="20"/>
      </w:pPr>
      <w:r>
        <w:rPr>
          <w:b/>
        </w:rPr>
        <w:t xml:space="preserve">4. </w:t>
      </w:r>
      <w:r>
        <w:t>Who are the main decision makers on ECD/NC agenda at your at national, regional and district level?</w:t>
      </w:r>
    </w:p>
    <w:p>
      <w:pPr>
        <w:pStyle w:val="Heading3"/>
      </w:pPr>
      <w:r>
        <w:t>Existing Structures</w:t>
      </w:r>
    </w:p>
    <w:p>
      <w:pPr>
        <w:spacing w:after="20"/>
      </w:pPr>
      <w:r>
        <w:rPr>
          <w:b/>
        </w:rPr>
        <w:t xml:space="preserve">1. </w:t>
      </w:r>
      <w:r>
        <w:t>What mechanisms are in place for coordinating and collaborating with relevant stakeholders, including government, other NGOs, and community-based organizations who provide and deliver ECD/NC services?</w:t>
      </w:r>
    </w:p>
    <w:p>
      <w:pPr>
        <w:spacing w:after="20"/>
      </w:pPr>
      <w:r>
        <w:rPr>
          <w:b/>
        </w:rPr>
        <w:t xml:space="preserve">2. </w:t>
      </w:r>
      <w:r>
        <w:t>What mechanism are in place for the government to measure compliance of relevant stakeholders including NGOs and international partners who provide and deliver ECD/NC services?</w:t>
      </w:r>
    </w:p>
    <w:p>
      <w:pPr>
        <w:spacing w:after="20"/>
      </w:pPr>
      <w:r>
        <w:rPr>
          <w:b/>
        </w:rPr>
        <w:t xml:space="preserve">3. </w:t>
      </w:r>
      <w:r>
        <w:t>What mechanism are in place for the government and organizations to reach children aged 0-8 years in special settings with ECD services (alternative care settings e.g., those in prison, street children and others in geographically isolated areas)?</w:t>
      </w:r>
    </w:p>
    <w:p>
      <w:pPr>
        <w:spacing w:after="20"/>
      </w:pPr>
      <w:r>
        <w:rPr>
          <w:b/>
        </w:rPr>
        <w:t xml:space="preserve">4. </w:t>
      </w:r>
      <w:r>
        <w:t>How should the government and other ECD services implementers including NGOs measure compliance with ECD Services?</w:t>
      </w:r>
    </w:p>
    <w:p>
      <w:pPr>
        <w:spacing w:after="20"/>
        <w:ind w:left="432"/>
      </w:pPr>
      <w:r>
        <w:rPr>
          <w:i/>
          <w:sz w:val="18"/>
        </w:rPr>
        <w:t>(Probe to know: Ways of measuring compliance, Frequency of measurement)</w:t>
      </w:r>
    </w:p>
    <w:p>
      <w:pPr>
        <w:spacing w:after="20"/>
      </w:pPr>
      <w:r>
        <w:rPr>
          <w:b/>
        </w:rPr>
        <w:t xml:space="preserve">5. </w:t>
      </w:r>
      <w:r>
        <w:t>What measures are put in place by county government to ensure children 0-5 years receive quality services?</w:t>
      </w:r>
    </w:p>
    <w:p>
      <w:pPr>
        <w:spacing w:after="20"/>
      </w:pPr>
      <w:r>
        <w:rPr>
          <w:b/>
        </w:rPr>
        <w:t xml:space="preserve">6. </w:t>
      </w:r>
      <w:r>
        <w:t>What are the ECD services provided to children in prison, street, detention and other in geographically isolated areas?</w:t>
      </w:r>
    </w:p>
    <w:p>
      <w:pPr>
        <w:spacing w:after="20"/>
        <w:ind w:left="432"/>
      </w:pPr>
      <w:r>
        <w:rPr>
          <w:i/>
          <w:sz w:val="18"/>
        </w:rPr>
        <w:t>(Probe to know: Who is reaching them? What frequency of reaching them? Any notable difficulties/ challenges experienced in service provision?)</w:t>
      </w:r>
    </w:p>
    <w:p>
      <w:pPr>
        <w:spacing w:after="20"/>
      </w:pPr>
      <w:r>
        <w:rPr>
          <w:b/>
        </w:rPr>
        <w:t xml:space="preserve">7. </w:t>
      </w:r>
      <w:r>
        <w:t>In your own opinion, how do you describe the ECD governance among ECD sectors in Tanzania?</w:t>
      </w:r>
    </w:p>
    <w:p>
      <w:pPr>
        <w:pStyle w:val="Heading3"/>
      </w:pPr>
      <w:r>
        <w:t>Stakeholder Engagement</w:t>
      </w:r>
    </w:p>
    <w:p>
      <w:pPr>
        <w:spacing w:after="20"/>
      </w:pPr>
      <w:r>
        <w:rPr>
          <w:b/>
        </w:rPr>
        <w:t xml:space="preserve">1. </w:t>
      </w:r>
      <w:r>
        <w:t>What mechanisms exist for communities to participate in decisions related to services for children aged 0-5 in your county?</w:t>
      </w:r>
    </w:p>
    <w:p>
      <w:pPr>
        <w:spacing w:after="20"/>
      </w:pPr>
      <w:r>
        <w:rPr>
          <w:b/>
        </w:rPr>
        <w:t xml:space="preserve">2. </w:t>
      </w:r>
      <w:r>
        <w:t>Who from the communities participate? How involved are they?</w:t>
      </w:r>
    </w:p>
    <w:p>
      <w:pPr>
        <w:spacing w:after="20"/>
      </w:pPr>
      <w:r>
        <w:rPr>
          <w:b/>
        </w:rPr>
        <w:t xml:space="preserve">3. </w:t>
      </w:r>
      <w:r>
        <w:t>What barriers in your view prevent communities from playing an oversight role in the provision of healthcare and early childhood education in your county?</w:t>
      </w:r>
    </w:p>
    <w:p>
      <w:pPr>
        <w:spacing w:after="20"/>
      </w:pPr>
      <w:r>
        <w:rPr>
          <w:b/>
        </w:rPr>
        <w:t xml:space="preserve">4. </w:t>
      </w:r>
      <w:r>
        <w:t>How can these barriers be overcome?</w:t>
      </w:r>
    </w:p>
    <w:p>
      <w:pPr>
        <w:pStyle w:val="Heading2"/>
      </w:pPr>
      <w:r>
        <w:t>ECD workforce system</w:t>
      </w:r>
    </w:p>
    <w:p>
      <w:pPr>
        <w:spacing w:after="40"/>
      </w:pPr>
      <w:r>
        <w:t>Now I’d like to ask a few questions on personnels (workforce) providing services falls in ECD/NC activities on each sector.</w:t>
      </w:r>
    </w:p>
    <w:p>
      <w:pPr>
        <w:spacing w:after="20"/>
      </w:pPr>
      <w:r>
        <w:rPr>
          <w:b/>
        </w:rPr>
        <w:t xml:space="preserve">1. </w:t>
      </w:r>
      <w:r>
        <w:t>Education: For example, pre-primary teachers, head teachers, or others who work with pre-primary age students.</w:t>
      </w:r>
    </w:p>
    <w:p>
      <w:pPr>
        <w:spacing w:after="20"/>
      </w:pPr>
      <w:r>
        <w:rPr>
          <w:b/>
        </w:rPr>
        <w:t xml:space="preserve">2. </w:t>
      </w:r>
      <w:r>
        <w:t>Health and Nutrition: For example, health care providers (RCHs and CHWs) and others who works with children aged 0 -5 years and their respective caregiver’s agricultural extension officers and others who implement nutrition-related programs,</w:t>
      </w:r>
    </w:p>
    <w:p>
      <w:pPr>
        <w:spacing w:after="20"/>
      </w:pPr>
      <w:r>
        <w:rPr>
          <w:b/>
        </w:rPr>
        <w:t xml:space="preserve">3. </w:t>
      </w:r>
      <w:r>
        <w:t>Safety and Security: For example, social workers, police, and others</w:t>
      </w:r>
    </w:p>
    <w:p>
      <w:pPr>
        <w:pStyle w:val="Heading3"/>
      </w:pPr>
      <w:r>
        <w:t>Goals and Objectives</w:t>
      </w:r>
    </w:p>
    <w:p>
      <w:pPr>
        <w:spacing w:after="20"/>
      </w:pPr>
      <w:r>
        <w:rPr>
          <w:b/>
        </w:rPr>
        <w:t xml:space="preserve">1. </w:t>
      </w:r>
      <w:r>
        <w:t>In reference to your respective mention association/organization’s goals and objectives on issues related to ECD/NC services provided and delivering to children age 0 -5 years?</w:t>
      </w:r>
    </w:p>
    <w:p>
      <w:pPr>
        <w:spacing w:after="20"/>
      </w:pPr>
      <w:r>
        <w:rPr>
          <w:b/>
        </w:rPr>
        <w:t xml:space="preserve">2. </w:t>
      </w:r>
      <w:r>
        <w:t>How does the organization ensure that the personnels (workforce) providing ECD/NC to children age 0 -5 years services align with the goals and objectives of ECD/NC?</w:t>
      </w:r>
    </w:p>
    <w:p>
      <w:pPr>
        <w:pStyle w:val="Heading3"/>
      </w:pPr>
      <w:r>
        <w:t>Recruitment and Retention of ECD Workforce</w:t>
      </w:r>
    </w:p>
    <w:p>
      <w:pPr>
        <w:spacing w:after="20"/>
      </w:pPr>
      <w:r>
        <w:rPr>
          <w:b/>
        </w:rPr>
        <w:t xml:space="preserve">1. </w:t>
      </w:r>
      <w:r>
        <w:t>In reference to your respective organization, who are the personnel (workforce) does your organization actively engage with when providing ECD services to children age 0 -5?</w:t>
      </w:r>
    </w:p>
    <w:p>
      <w:pPr>
        <w:spacing w:after="20"/>
      </w:pPr>
      <w:r>
        <w:rPr>
          <w:b/>
        </w:rPr>
        <w:t xml:space="preserve">2. </w:t>
      </w:r>
      <w:r>
        <w:t>How does personnels (workforce) providing and delivering ECD/NC services to children age 0 -5 years across ECD sectors communicate?</w:t>
      </w:r>
    </w:p>
    <w:p>
      <w:pPr>
        <w:spacing w:after="20"/>
      </w:pPr>
      <w:r>
        <w:rPr>
          <w:b/>
        </w:rPr>
        <w:t xml:space="preserve">3. </w:t>
      </w:r>
      <w:r>
        <w:t>What strategies does your organization put in place for recruitment and retention of qualified professionals to provide and delivering ECD/NC services to children age 0 -5 years?</w:t>
      </w:r>
    </w:p>
    <w:p>
      <w:pPr>
        <w:spacing w:after="20"/>
      </w:pPr>
      <w:r>
        <w:rPr>
          <w:b/>
        </w:rPr>
        <w:t xml:space="preserve">4. </w:t>
      </w:r>
      <w:r>
        <w:t>What strategies does your organization have to motivate personnels (workforce) providing and delivering ECD/NC services to children age 0 -5 years?</w:t>
      </w:r>
    </w:p>
    <w:p>
      <w:pPr>
        <w:spacing w:after="20"/>
      </w:pPr>
      <w:r>
        <w:rPr>
          <w:b/>
        </w:rPr>
        <w:t xml:space="preserve">5. </w:t>
      </w:r>
      <w:r>
        <w:t>How is ECD service provision supervision conducted in this county?</w:t>
      </w:r>
    </w:p>
    <w:p>
      <w:pPr>
        <w:spacing w:after="20"/>
      </w:pPr>
      <w:r>
        <w:rPr>
          <w:b/>
        </w:rPr>
        <w:t xml:space="preserve">6. </w:t>
      </w:r>
      <w:r>
        <w:t>What are the barriers to effective supervision?</w:t>
      </w:r>
    </w:p>
    <w:p>
      <w:pPr>
        <w:pStyle w:val="Heading3"/>
      </w:pPr>
      <w:r>
        <w:t>Training and Development Programs</w:t>
      </w:r>
    </w:p>
    <w:p>
      <w:pPr>
        <w:spacing w:after="20"/>
      </w:pPr>
      <w:r>
        <w:rPr>
          <w:b/>
        </w:rPr>
        <w:t xml:space="preserve">1. </w:t>
      </w:r>
      <w:r>
        <w:t>What training programs does your organization have in place/exist to equip personnel (workforce) with knowledge and skills on provision of providing ECD/ nurturing care to children 0-5 years?</w:t>
      </w:r>
    </w:p>
    <w:p>
      <w:pPr>
        <w:spacing w:after="20"/>
      </w:pPr>
      <w:r>
        <w:rPr>
          <w:b/>
        </w:rPr>
        <w:t xml:space="preserve">2. </w:t>
      </w:r>
      <w:r>
        <w:t>What measures has the county/national government put in place to ensure that we have qualified personnel to provide services to young children?</w:t>
      </w:r>
    </w:p>
    <w:p>
      <w:pPr>
        <w:spacing w:after="20"/>
      </w:pPr>
      <w:r>
        <w:rPr>
          <w:b/>
        </w:rPr>
        <w:t xml:space="preserve">3. </w:t>
      </w:r>
      <w:r>
        <w:t>In your opinion, how is the status of ECD workforce around ECD programs?</w:t>
      </w:r>
    </w:p>
    <w:p>
      <w:pPr>
        <w:spacing w:after="20"/>
        <w:ind w:left="432"/>
      </w:pPr>
      <w:r>
        <w:rPr>
          <w:i/>
          <w:sz w:val="18"/>
        </w:rPr>
        <w:t>(Probe to know: Availability of personnel trained to deliver ECD/NC services to children age 0 -5 years, capacity and competency of the personnels in delivering quality ECD services)</w:t>
      </w:r>
    </w:p>
    <w:p>
      <w:pPr>
        <w:spacing w:after="20"/>
      </w:pPr>
      <w:r>
        <w:rPr>
          <w:b/>
        </w:rPr>
        <w:t xml:space="preserve">4. </w:t>
      </w:r>
      <w:r>
        <w:t>What are specific areas within your organization that require more attention or support or improve personnels (workforce) engaged in providing and delivering ECD/NC activities to children age 0 -5 years.</w:t>
      </w:r>
    </w:p>
    <w:p>
      <w:pPr>
        <w:spacing w:after="20"/>
        <w:ind w:left="432"/>
      </w:pPr>
      <w:r>
        <w:rPr>
          <w:i/>
          <w:sz w:val="18"/>
        </w:rPr>
        <w:t>(Probe to know: If there is need of specialized training for children with disabilities?)</w:t>
      </w:r>
    </w:p>
    <w:p>
      <w:pPr>
        <w:pStyle w:val="Heading3"/>
      </w:pPr>
      <w:r>
        <w:t>Challenges and Opportunities</w:t>
      </w:r>
    </w:p>
    <w:p>
      <w:pPr>
        <w:spacing w:after="20"/>
      </w:pPr>
      <w:r>
        <w:rPr>
          <w:b/>
        </w:rPr>
        <w:t xml:space="preserve">1. </w:t>
      </w:r>
      <w:r>
        <w:t>What initiatives has your ministry invested to strengthen the ECD workforce?</w:t>
      </w:r>
    </w:p>
    <w:p>
      <w:pPr>
        <w:spacing w:after="20"/>
      </w:pPr>
      <w:r>
        <w:rPr>
          <w:b/>
        </w:rPr>
        <w:t xml:space="preserve">2. </w:t>
      </w:r>
      <w:r>
        <w:t>What are existing challenges facing personnels(workforce) providing and delivering ECD/NC services to children age 0 -5 years?</w:t>
      </w:r>
    </w:p>
    <w:p>
      <w:pPr>
        <w:pStyle w:val="Heading2"/>
      </w:pPr>
      <w:r>
        <w:t>Multisectoral coordination</w:t>
      </w:r>
    </w:p>
    <w:p>
      <w:pPr>
        <w:spacing w:after="40"/>
      </w:pPr>
      <w:r>
        <w:t>Now I’d like to ask you a few questions about multisectoral coordination. By multisectoral coordination, I mean coordination among different ministries/departments in funding, providing and managing services for young children, as well as collaboration with CSOs and other partners.</w:t>
      </w:r>
    </w:p>
    <w:p>
      <w:pPr>
        <w:pStyle w:val="Heading3"/>
      </w:pPr>
      <w:r>
        <w:t>Status of Multi Sectoral Coordination</w:t>
      </w:r>
    </w:p>
    <w:p>
      <w:pPr>
        <w:spacing w:after="20"/>
      </w:pPr>
      <w:r>
        <w:rPr>
          <w:b/>
        </w:rPr>
        <w:t xml:space="preserve">1. </w:t>
      </w:r>
      <w:r>
        <w:t>How does your organization collaborate with other ECD actors in early childhood?</w:t>
      </w:r>
    </w:p>
    <w:p>
      <w:pPr>
        <w:spacing w:after="20"/>
        <w:ind w:left="432"/>
      </w:pPr>
      <w:r>
        <w:rPr>
          <w:i/>
          <w:sz w:val="18"/>
        </w:rPr>
        <w:t>(Probe to know: Other relevant ministries/departments on matters of early childhood development? Other stakeholders offering early childhood services/programmes? development partners in early childhood development)</w:t>
      </w:r>
    </w:p>
    <w:p>
      <w:pPr>
        <w:spacing w:after="20"/>
      </w:pPr>
      <w:r>
        <w:rPr>
          <w:b/>
        </w:rPr>
        <w:t xml:space="preserve">2. </w:t>
      </w:r>
      <w:r>
        <w:t>In your own opinion, how do you describe the ECD multi-sectoral coordination among ECD sectors in Tanzania?</w:t>
      </w:r>
    </w:p>
    <w:p>
      <w:pPr>
        <w:spacing w:after="20"/>
        <w:ind w:left="432"/>
      </w:pPr>
      <w:r>
        <w:rPr>
          <w:i/>
          <w:sz w:val="18"/>
        </w:rPr>
        <w:t>(Probe to know: Existing structure, power relationship, communication)</w:t>
      </w:r>
    </w:p>
    <w:p>
      <w:pPr>
        <w:spacing w:after="20"/>
      </w:pPr>
      <w:r>
        <w:rPr>
          <w:b/>
        </w:rPr>
        <w:t xml:space="preserve">3. </w:t>
      </w:r>
      <w:r>
        <w:t>In your views, how is multi-sectoral coordination is improving in Tanzania? Yes/No.</w:t>
      </w:r>
    </w:p>
    <w:p>
      <w:pPr>
        <w:spacing w:after="20"/>
        <w:ind w:left="432"/>
      </w:pPr>
      <w:r>
        <w:rPr>
          <w:i/>
          <w:sz w:val="18"/>
        </w:rPr>
        <w:t>(Probe to know: If yes, what are the improvements? If no, why? )</w:t>
      </w:r>
    </w:p>
    <w:p>
      <w:pPr>
        <w:spacing w:after="20"/>
      </w:pPr>
      <w:r>
        <w:rPr>
          <w:b/>
        </w:rPr>
        <w:t xml:space="preserve">4. </w:t>
      </w:r>
      <w:r>
        <w:t>To what extent is multi-sectoral coordination in ECD is improving in Tanzania?</w:t>
      </w:r>
    </w:p>
    <w:p>
      <w:pPr>
        <w:spacing w:after="20"/>
        <w:ind w:left="432"/>
      </w:pPr>
      <w:r>
        <w:rPr>
          <w:i/>
          <w:sz w:val="18"/>
        </w:rPr>
        <w:t>(Probe to know: Signs that shows that ECD is improving)</w:t>
      </w:r>
    </w:p>
    <w:p>
      <w:pPr>
        <w:spacing w:after="20"/>
      </w:pPr>
      <w:r>
        <w:rPr>
          <w:b/>
        </w:rPr>
        <w:t xml:space="preserve">5. </w:t>
      </w:r>
      <w:r>
        <w:t>How has government promoted multi-sectoral coordination in provision of ECD services and programming at the county and national government levels?</w:t>
      </w:r>
    </w:p>
    <w:p>
      <w:pPr>
        <w:spacing w:after="20"/>
      </w:pPr>
      <w:r>
        <w:rPr>
          <w:b/>
        </w:rPr>
        <w:t xml:space="preserve">6. </w:t>
      </w:r>
      <w:r>
        <w:t>In your views, how does multi-sectoral coordination contribute to strengthening the ECD/NC system?</w:t>
      </w:r>
    </w:p>
    <w:p>
      <w:pPr>
        <w:spacing w:after="20"/>
      </w:pPr>
      <w:r>
        <w:rPr>
          <w:b/>
        </w:rPr>
        <w:t xml:space="preserve">7. </w:t>
      </w:r>
      <w:r>
        <w:t>What are required conditions for multi-sectoral coordination among other ECD sectors and civil society actors?</w:t>
      </w:r>
    </w:p>
    <w:p>
      <w:pPr>
        <w:spacing w:after="20"/>
      </w:pPr>
      <w:r>
        <w:rPr>
          <w:b/>
        </w:rPr>
        <w:t xml:space="preserve">8. </w:t>
      </w:r>
      <w:r>
        <w:t>What measures has organization put in place to encourage families to seek quality ECD services for their children?</w:t>
      </w:r>
    </w:p>
    <w:p>
      <w:pPr>
        <w:pStyle w:val="Heading3"/>
      </w:pPr>
      <w:r>
        <w:t>Challenges and Opportunities</w:t>
      </w:r>
    </w:p>
    <w:p>
      <w:pPr>
        <w:spacing w:after="20"/>
      </w:pPr>
      <w:r>
        <w:rPr>
          <w:b/>
        </w:rPr>
        <w:t xml:space="preserve">1. </w:t>
      </w:r>
      <w:r>
        <w:t>What barriers do families experience when demanding and/or accessing services for their children in this county</w:t>
      </w:r>
    </w:p>
    <w:p>
      <w:pPr>
        <w:spacing w:after="20"/>
      </w:pPr>
      <w:r>
        <w:rPr>
          <w:b/>
        </w:rPr>
        <w:t xml:space="preserve">2. </w:t>
      </w:r>
      <w:r>
        <w:t>What initiatives has your organization invested to strengthen the multi -sectoral coordination among other ECD sectors and actors?</w:t>
      </w:r>
    </w:p>
    <w:p>
      <w:pPr>
        <w:spacing w:after="20"/>
      </w:pPr>
      <w:r>
        <w:rPr>
          <w:b/>
        </w:rPr>
        <w:t xml:space="preserve">3. </w:t>
      </w:r>
      <w:r>
        <w:t>What are key learnings including in multi-sectoral coordination among other ECD sectors and actors?</w:t>
      </w:r>
    </w:p>
    <w:p>
      <w:pPr>
        <w:spacing w:after="20"/>
        <w:ind w:left="432"/>
      </w:pPr>
      <w:r>
        <w:rPr>
          <w:i/>
          <w:sz w:val="18"/>
        </w:rPr>
        <w:t>(Probe to know: The strengths and challenges)</w:t>
      </w:r>
    </w:p>
    <w:p>
      <w:pPr>
        <w:pStyle w:val="Heading2"/>
      </w:pPr>
      <w:r>
        <w:t>Financing</w:t>
      </w:r>
    </w:p>
    <w:p>
      <w:pPr>
        <w:spacing w:after="20"/>
      </w:pPr>
      <w:r>
        <w:rPr>
          <w:b/>
        </w:rPr>
        <w:t xml:space="preserve">1. </w:t>
      </w:r>
      <w:r>
        <w:t>How is the financing for ECD activities done in Tanzania?</w:t>
      </w:r>
    </w:p>
    <w:p>
      <w:pPr>
        <w:spacing w:after="20"/>
      </w:pPr>
      <w:r>
        <w:rPr>
          <w:b/>
        </w:rPr>
        <w:t xml:space="preserve">2. </w:t>
      </w:r>
      <w:r>
        <w:t>How is finance around ECD programs?</w:t>
      </w:r>
    </w:p>
    <w:p>
      <w:pPr>
        <w:spacing w:after="20"/>
        <w:ind w:left="432"/>
      </w:pPr>
      <w:r>
        <w:rPr>
          <w:i/>
          <w:sz w:val="18"/>
        </w:rPr>
        <w:t>(Probe to know: Coordination, operations, feedback mechanism, challenge)</w:t>
      </w:r>
    </w:p>
    <w:p>
      <w:pPr>
        <w:spacing w:after="20"/>
      </w:pPr>
      <w:r>
        <w:rPr>
          <w:b/>
        </w:rPr>
        <w:t xml:space="preserve">3. </w:t>
      </w:r>
      <w:r>
        <w:t>How is funding for services for young children determined and allocated at the national/county levels?</w:t>
      </w:r>
    </w:p>
    <w:p>
      <w:pPr>
        <w:spacing w:after="20"/>
        <w:ind w:left="432"/>
      </w:pPr>
      <w:r>
        <w:rPr>
          <w:i/>
          <w:sz w:val="18"/>
        </w:rPr>
        <w:t>(Probe to know: Are there “ECD” budget lines in your department/ministry specifically dedicated to ECD?)</w:t>
      </w:r>
    </w:p>
    <w:p>
      <w:pPr>
        <w:spacing w:after="20"/>
      </w:pPr>
      <w:r>
        <w:rPr>
          <w:b/>
        </w:rPr>
        <w:t xml:space="preserve">4. </w:t>
      </w:r>
      <w:r>
        <w:t>How does the government (county/national) ensure that funds allocated to services for children are utilized as intended?</w:t>
      </w:r>
    </w:p>
    <w:p>
      <w:pPr>
        <w:spacing w:after="20"/>
        <w:ind w:left="432"/>
      </w:pPr>
      <w:r>
        <w:rPr>
          <w:i/>
          <w:sz w:val="18"/>
        </w:rPr>
        <w:t>(Probe to know: How is ECD expenditure tracked?)</w:t>
      </w:r>
    </w:p>
    <w:p>
      <w:pPr>
        <w:spacing w:after="20"/>
      </w:pPr>
      <w:r>
        <w:rPr>
          <w:b/>
        </w:rPr>
        <w:t xml:space="preserve">5. </w:t>
      </w:r>
      <w:r>
        <w:t>To what extent is financing in ECD improving in Tanzania?</w:t>
      </w:r>
    </w:p>
    <w:p>
      <w:pPr>
        <w:spacing w:after="20"/>
      </w:pPr>
      <w:r>
        <w:rPr>
          <w:b/>
        </w:rPr>
        <w:t xml:space="preserve">6. </w:t>
      </w:r>
      <w:r>
        <w:t>What are the most feasible and meaningful financing indicators? (Emphasizing on the national, regional, and sub-national level)</w:t>
      </w:r>
    </w:p>
    <w:p>
      <w:pPr>
        <w:spacing w:after="20"/>
      </w:pPr>
      <w:r>
        <w:rPr>
          <w:b/>
        </w:rPr>
        <w:t xml:space="preserve">7. </w:t>
      </w:r>
      <w:r>
        <w:t>What kinds of changes/ factors would lead to more funding/support being available for ECD?</w:t>
      </w:r>
    </w:p>
    <w:p>
      <w:pPr>
        <w:spacing w:after="20"/>
      </w:pPr>
      <w:r>
        <w:rPr>
          <w:b/>
        </w:rPr>
        <w:t xml:space="preserve">8. </w:t>
      </w:r>
      <w:r>
        <w:t>How funding/ resources availability enhance quality and sustainability</w:t>
      </w:r>
    </w:p>
    <w:p>
      <w:pPr>
        <w:pStyle w:val="Heading3"/>
      </w:pPr>
      <w:r>
        <w:t>Challenges and Opportunities</w:t>
      </w:r>
    </w:p>
    <w:p>
      <w:pPr>
        <w:spacing w:after="20"/>
      </w:pPr>
      <w:r>
        <w:rPr>
          <w:b/>
        </w:rPr>
        <w:t xml:space="preserve">1. </w:t>
      </w:r>
      <w:r>
        <w:t>What challenges are experienced in utilizing funds allocated to early childhood services in your organization?</w:t>
      </w:r>
    </w:p>
    <w:p>
      <w:pPr>
        <w:spacing w:after="20"/>
        <w:ind w:left="432"/>
      </w:pPr>
      <w:r>
        <w:rPr>
          <w:i/>
          <w:sz w:val="18"/>
        </w:rPr>
        <w:t>(Probe to know: How is your organization mitigating these challenges?)</w:t>
      </w:r>
    </w:p>
    <w:p>
      <w:pPr>
        <w:spacing w:after="20"/>
      </w:pPr>
      <w:r>
        <w:rPr>
          <w:b/>
        </w:rPr>
        <w:t xml:space="preserve">2. </w:t>
      </w:r>
      <w:r>
        <w:t>What initiatives has your organization invested to strengthen the finance in ECD programs?</w:t>
      </w:r>
    </w:p>
    <w:p>
      <w:pPr>
        <w:spacing w:after="20"/>
      </w:pPr>
      <w:r>
        <w:rPr>
          <w:b/>
        </w:rPr>
        <w:t xml:space="preserve">3. </w:t>
      </w:r>
      <w:r>
        <w:t>In your views, what are key learnings observed in finance ECD programs?</w:t>
      </w:r>
    </w:p>
    <w:p>
      <w:pPr>
        <w:spacing w:after="20"/>
        <w:ind w:left="432"/>
      </w:pPr>
      <w:r>
        <w:rPr>
          <w:i/>
          <w:sz w:val="18"/>
        </w:rPr>
        <w:t>(Probe to know: The strengths and challenges)</w:t>
      </w:r>
    </w:p>
    <w:p>
      <w:pPr>
        <w:pStyle w:val="Heading2"/>
      </w:pPr>
      <w:r>
        <w:t>System capacity</w:t>
      </w:r>
    </w:p>
    <w:p>
      <w:pPr>
        <w:spacing w:after="20"/>
      </w:pPr>
      <w:r>
        <w:rPr>
          <w:b/>
        </w:rPr>
        <w:t xml:space="preserve">1. </w:t>
      </w:r>
      <w:r>
        <w:t>How does the ECD system currently attract and retain highly qualified ECD service providers, especially in remote/rural areas?</w:t>
      </w:r>
    </w:p>
    <w:p>
      <w:pPr>
        <w:spacing w:after="20"/>
        <w:ind w:left="432"/>
      </w:pPr>
      <w:r>
        <w:rPr>
          <w:i/>
          <w:sz w:val="18"/>
        </w:rPr>
        <w:t>(Probe to know: What criteria used to identify the qualifies, what motivation is provided to retain them?</w:t>
      </w:r>
    </w:p>
    <w:p>
      <w:pPr>
        <w:spacing w:after="20"/>
      </w:pPr>
      <w:r>
        <w:rPr>
          <w:b/>
        </w:rPr>
        <w:t xml:space="preserve">2. </w:t>
      </w:r>
      <w:r>
        <w:t>How can the ECD system motivate Community Health Workers (CHWs) to implement ECD/Nurturing Care activities?</w:t>
      </w:r>
    </w:p>
    <w:p>
      <w:pPr>
        <w:spacing w:after="20"/>
      </w:pPr>
      <w:r>
        <w:rPr>
          <w:b/>
        </w:rPr>
        <w:t xml:space="preserve">3. </w:t>
      </w:r>
      <w:r>
        <w:t>How are CHWs recruited/engaged in ECD work?</w:t>
      </w:r>
    </w:p>
    <w:p>
      <w:pPr>
        <w:spacing w:after="20"/>
      </w:pPr>
      <w:r>
        <w:rPr>
          <w:b/>
        </w:rPr>
        <w:t xml:space="preserve">4. </w:t>
      </w:r>
      <w:r>
        <w:t>What capacity building is provided to CHWs?</w:t>
      </w:r>
    </w:p>
    <w:p>
      <w:pPr>
        <w:spacing w:after="20"/>
      </w:pPr>
      <w:r>
        <w:rPr>
          <w:b/>
        </w:rPr>
        <w:t xml:space="preserve">5. </w:t>
      </w:r>
      <w:r>
        <w:t>What are the ECD services provided by CHW?</w:t>
      </w:r>
    </w:p>
    <w:p>
      <w:pPr>
        <w:spacing w:after="20"/>
      </w:pPr>
      <w:r>
        <w:rPr>
          <w:b/>
        </w:rPr>
        <w:t xml:space="preserve">6. </w:t>
      </w:r>
      <w:r>
        <w:t>What is the coverage of CHWs in the provision of ECD services in the community?</w:t>
      </w:r>
    </w:p>
    <w:p>
      <w:pPr>
        <w:spacing w:after="20"/>
      </w:pPr>
      <w:r>
        <w:rPr>
          <w:b/>
        </w:rPr>
        <w:t xml:space="preserve">7. </w:t>
      </w:r>
      <w:r>
        <w:t>What kind of motivation/incentive is provided to CHWs (monetary and non-monetary)?</w:t>
      </w:r>
    </w:p>
    <w:p>
      <w:pPr>
        <w:spacing w:after="20"/>
      </w:pPr>
      <w:r>
        <w:rPr>
          <w:b/>
        </w:rPr>
        <w:t xml:space="preserve">8. </w:t>
      </w:r>
      <w:r>
        <w:t>What activities are budgeted for CHWs performing ECD services?</w:t>
      </w:r>
    </w:p>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2"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outlineLvl w:val="0"/>
    </w:pPr>
    <w:rPr>
      <w:rFonts w:asciiTheme="majorHAnsi" w:eastAsiaTheme="majorEastAsia" w:hAnsiTheme="majorHAnsi" w:cstheme="majorBidi" w:ascii="Arial" w:hAnsi="Arial"/>
      <w:b/>
      <w:bCs/>
      <w:color w:val="1F4E79"/>
      <w:sz w:val="24"/>
      <w:szCs w:val="28"/>
    </w:rPr>
  </w:style>
  <w:style w:type="paragraph" w:styleId="Heading2">
    <w:name w:val="heading 2"/>
    <w:basedOn w:val="Normal"/>
    <w:next w:val="Normal"/>
    <w:link w:val="Heading2Char"/>
    <w:uiPriority w:val="9"/>
    <w:unhideWhenUsed/>
    <w:qFormat/>
    <w:rsid w:val="00FC693F"/>
    <w:pPr>
      <w:keepNext/>
      <w:keepLines/>
      <w:spacing w:before="60" w:after="40"/>
      <w:outlineLvl w:val="1"/>
    </w:pPr>
    <w:rPr>
      <w:rFonts w:asciiTheme="majorHAnsi" w:eastAsiaTheme="majorEastAsia" w:hAnsiTheme="majorHAnsi" w:cstheme="majorBidi" w:ascii="Arial" w:hAnsi="Arial"/>
      <w:b/>
      <w:bCs/>
      <w:color w:val="2F75B5"/>
      <w:sz w:val="21"/>
      <w:szCs w:val="26"/>
    </w:rPr>
  </w:style>
  <w:style w:type="paragraph" w:styleId="Heading3">
    <w:name w:val="heading 3"/>
    <w:basedOn w:val="Normal"/>
    <w:next w:val="Normal"/>
    <w:link w:val="Heading3Char"/>
    <w:uiPriority w:val="9"/>
    <w:unhideWhenUsed/>
    <w:qFormat/>
    <w:rsid w:val="00FC693F"/>
    <w:pPr>
      <w:keepNext/>
      <w:keepLines/>
      <w:spacing w:before="60" w:after="40"/>
      <w:outlineLvl w:val="2"/>
    </w:pPr>
    <w:rPr>
      <w:rFonts w:asciiTheme="majorHAnsi" w:eastAsiaTheme="majorEastAsia" w:hAnsiTheme="majorHAnsi" w:cstheme="majorBidi" w:ascii="Arial" w:hAnsi="Arial"/>
      <w:b/>
      <w:bCs/>
      <w:color w:val="5B9BD5"/>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40" w:line="240" w:lineRule="auto" w:before="60"/>
      <w:contextualSpacing/>
    </w:pPr>
    <w:rPr>
      <w:rFonts w:asciiTheme="majorHAnsi" w:eastAsiaTheme="majorEastAsia" w:hAnsiTheme="majorHAnsi" w:cstheme="majorBidi" w:ascii="Arial" w:hAnsi="Arial"/>
      <w:b/>
      <w:color w:val="1F4E79"/>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