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369B2" w14:textId="77777777" w:rsidR="00C25C95" w:rsidRDefault="00000000">
      <w:pPr>
        <w:jc w:val="center"/>
      </w:pPr>
      <w:r>
        <w:rPr>
          <w:b/>
          <w:sz w:val="28"/>
        </w:rPr>
        <w:t>Additional file 1</w:t>
      </w:r>
    </w:p>
    <w:p w14:paraId="63AAA595" w14:textId="77777777" w:rsidR="00C25C95" w:rsidRDefault="00000000">
      <w:pPr>
        <w:jc w:val="center"/>
      </w:pPr>
      <w:r>
        <w:rPr>
          <w:b/>
          <w:sz w:val="24"/>
        </w:rPr>
        <w:t>English-language version of the study questionnaire</w:t>
      </w:r>
    </w:p>
    <w:p w14:paraId="249F2FC1" w14:textId="77777777" w:rsidR="00C25C95" w:rsidRDefault="00000000">
      <w:r>
        <w:rPr>
          <w:b/>
        </w:rPr>
        <w:t xml:space="preserve">Study title: </w:t>
      </w:r>
      <w:r>
        <w:t>The effect of undergraduate clinical training on dental students' perceptions of paediatric behaviour management techniques: a longitudinal cohort study</w:t>
      </w:r>
    </w:p>
    <w:p w14:paraId="09F7C4CD" w14:textId="77777777" w:rsidR="00C25C95" w:rsidRDefault="00000000">
      <w:r>
        <w:rPr>
          <w:b/>
        </w:rPr>
        <w:t>Introductory note for participants</w:t>
      </w:r>
    </w:p>
    <w:p w14:paraId="01459D1B" w14:textId="77777777" w:rsidR="00C25C95" w:rsidRDefault="00000000">
      <w:r>
        <w:t>This anonymous questionnaire assesses dental students' perceptions of paediatric behaviour management techniques. Participation is voluntary. Please answer all items according to your own opinion and previous experience. There are no right or wrong answers.</w:t>
      </w:r>
    </w:p>
    <w:p w14:paraId="66A8C3DD" w14:textId="77777777" w:rsidR="00C25C95" w:rsidRDefault="00000000">
      <w:r>
        <w:rPr>
          <w:b/>
        </w:rPr>
        <w:t>Response scale for behaviour management techniques</w:t>
      </w:r>
    </w:p>
    <w:tbl>
      <w:tblPr>
        <w:tblStyle w:val="Tablaconcuadrcula"/>
        <w:tblW w:w="0" w:type="auto"/>
        <w:jc w:val="center"/>
        <w:tblLook w:val="04A0" w:firstRow="1" w:lastRow="0" w:firstColumn="1" w:lastColumn="0" w:noHBand="0" w:noVBand="1"/>
      </w:tblPr>
      <w:tblGrid>
        <w:gridCol w:w="2592"/>
        <w:gridCol w:w="2592"/>
        <w:gridCol w:w="2592"/>
        <w:gridCol w:w="2592"/>
        <w:gridCol w:w="2592"/>
      </w:tblGrid>
      <w:tr w:rsidR="00C25C95" w14:paraId="18E4EFAF" w14:textId="77777777">
        <w:trPr>
          <w:jc w:val="center"/>
        </w:trPr>
        <w:tc>
          <w:tcPr>
            <w:tcW w:w="2592" w:type="dxa"/>
            <w:tcMar>
              <w:top w:w="60" w:type="dxa"/>
              <w:left w:w="60" w:type="dxa"/>
              <w:bottom w:w="60" w:type="dxa"/>
              <w:right w:w="60" w:type="dxa"/>
            </w:tcMar>
            <w:vAlign w:val="center"/>
          </w:tcPr>
          <w:p w14:paraId="736ED1D2" w14:textId="77777777" w:rsidR="00C25C95" w:rsidRDefault="00000000">
            <w:pPr>
              <w:jc w:val="center"/>
            </w:pPr>
            <w:r>
              <w:rPr>
                <w:b/>
              </w:rPr>
              <w:t>1</w:t>
            </w:r>
            <w:r>
              <w:rPr>
                <w:b/>
              </w:rPr>
              <w:br/>
              <w:t>Strongly disagree</w:t>
            </w:r>
          </w:p>
        </w:tc>
        <w:tc>
          <w:tcPr>
            <w:tcW w:w="2592" w:type="dxa"/>
            <w:tcMar>
              <w:top w:w="60" w:type="dxa"/>
              <w:left w:w="60" w:type="dxa"/>
              <w:bottom w:w="60" w:type="dxa"/>
              <w:right w:w="60" w:type="dxa"/>
            </w:tcMar>
            <w:vAlign w:val="center"/>
          </w:tcPr>
          <w:p w14:paraId="7D74571A" w14:textId="77777777" w:rsidR="00C25C95" w:rsidRDefault="00000000">
            <w:pPr>
              <w:jc w:val="center"/>
            </w:pPr>
            <w:r>
              <w:rPr>
                <w:b/>
              </w:rPr>
              <w:t>2</w:t>
            </w:r>
            <w:r>
              <w:rPr>
                <w:b/>
              </w:rPr>
              <w:br/>
              <w:t>Disagree</w:t>
            </w:r>
          </w:p>
        </w:tc>
        <w:tc>
          <w:tcPr>
            <w:tcW w:w="2592" w:type="dxa"/>
            <w:tcMar>
              <w:top w:w="60" w:type="dxa"/>
              <w:left w:w="60" w:type="dxa"/>
              <w:bottom w:w="60" w:type="dxa"/>
              <w:right w:w="60" w:type="dxa"/>
            </w:tcMar>
            <w:vAlign w:val="center"/>
          </w:tcPr>
          <w:p w14:paraId="733E7D59" w14:textId="77777777" w:rsidR="00C25C95" w:rsidRDefault="00000000">
            <w:pPr>
              <w:jc w:val="center"/>
            </w:pPr>
            <w:r>
              <w:rPr>
                <w:b/>
              </w:rPr>
              <w:t>3</w:t>
            </w:r>
            <w:r>
              <w:rPr>
                <w:b/>
              </w:rPr>
              <w:br/>
              <w:t>Neither agree nor disagree</w:t>
            </w:r>
          </w:p>
        </w:tc>
        <w:tc>
          <w:tcPr>
            <w:tcW w:w="2592" w:type="dxa"/>
            <w:tcMar>
              <w:top w:w="60" w:type="dxa"/>
              <w:left w:w="60" w:type="dxa"/>
              <w:bottom w:w="60" w:type="dxa"/>
              <w:right w:w="60" w:type="dxa"/>
            </w:tcMar>
            <w:vAlign w:val="center"/>
          </w:tcPr>
          <w:p w14:paraId="3F5BB7BE" w14:textId="77777777" w:rsidR="00C25C95" w:rsidRDefault="00000000">
            <w:pPr>
              <w:jc w:val="center"/>
            </w:pPr>
            <w:r>
              <w:rPr>
                <w:b/>
              </w:rPr>
              <w:t>4</w:t>
            </w:r>
            <w:r>
              <w:rPr>
                <w:b/>
              </w:rPr>
              <w:br/>
              <w:t>Agree</w:t>
            </w:r>
          </w:p>
        </w:tc>
        <w:tc>
          <w:tcPr>
            <w:tcW w:w="2592" w:type="dxa"/>
            <w:tcMar>
              <w:top w:w="60" w:type="dxa"/>
              <w:left w:w="60" w:type="dxa"/>
              <w:bottom w:w="60" w:type="dxa"/>
              <w:right w:w="60" w:type="dxa"/>
            </w:tcMar>
            <w:vAlign w:val="center"/>
          </w:tcPr>
          <w:p w14:paraId="3CA4C9F7" w14:textId="77777777" w:rsidR="00C25C95" w:rsidRDefault="00000000">
            <w:pPr>
              <w:jc w:val="center"/>
            </w:pPr>
            <w:r>
              <w:rPr>
                <w:b/>
              </w:rPr>
              <w:t>5</w:t>
            </w:r>
            <w:r>
              <w:rPr>
                <w:b/>
              </w:rPr>
              <w:br/>
              <w:t>Strongly agree</w:t>
            </w:r>
          </w:p>
        </w:tc>
      </w:tr>
    </w:tbl>
    <w:p w14:paraId="21CBD615" w14:textId="77777777" w:rsidR="00C25C95" w:rsidRDefault="00000000">
      <w:r>
        <w:rPr>
          <w:b/>
        </w:rPr>
        <w:t>Section A. Sociodemographic and previous-experience questions</w:t>
      </w:r>
    </w:p>
    <w:tbl>
      <w:tblPr>
        <w:tblStyle w:val="Tablaconcuadrcula"/>
        <w:tblW w:w="0" w:type="auto"/>
        <w:jc w:val="center"/>
        <w:tblLook w:val="04A0" w:firstRow="1" w:lastRow="0" w:firstColumn="1" w:lastColumn="0" w:noHBand="0" w:noVBand="1"/>
      </w:tblPr>
      <w:tblGrid>
        <w:gridCol w:w="1007"/>
        <w:gridCol w:w="7195"/>
        <w:gridCol w:w="6044"/>
      </w:tblGrid>
      <w:tr w:rsidR="00C25C95" w14:paraId="0EC8AAF3" w14:textId="77777777">
        <w:trPr>
          <w:jc w:val="center"/>
        </w:trPr>
        <w:tc>
          <w:tcPr>
            <w:tcW w:w="1007" w:type="dxa"/>
            <w:tcMar>
              <w:top w:w="60" w:type="dxa"/>
              <w:left w:w="60" w:type="dxa"/>
              <w:bottom w:w="60" w:type="dxa"/>
              <w:right w:w="60" w:type="dxa"/>
            </w:tcMar>
            <w:vAlign w:val="center"/>
          </w:tcPr>
          <w:p w14:paraId="23E09E60" w14:textId="77777777" w:rsidR="00C25C95" w:rsidRDefault="00000000">
            <w:r>
              <w:rPr>
                <w:b/>
              </w:rPr>
              <w:t>Code</w:t>
            </w:r>
          </w:p>
        </w:tc>
        <w:tc>
          <w:tcPr>
            <w:tcW w:w="7200" w:type="dxa"/>
            <w:tcMar>
              <w:top w:w="60" w:type="dxa"/>
              <w:left w:w="60" w:type="dxa"/>
              <w:bottom w:w="60" w:type="dxa"/>
              <w:right w:w="60" w:type="dxa"/>
            </w:tcMar>
            <w:vAlign w:val="center"/>
          </w:tcPr>
          <w:p w14:paraId="7B288BEF" w14:textId="77777777" w:rsidR="00C25C95" w:rsidRDefault="00000000">
            <w:r>
              <w:rPr>
                <w:b/>
              </w:rPr>
              <w:t>Question</w:t>
            </w:r>
          </w:p>
        </w:tc>
        <w:tc>
          <w:tcPr>
            <w:tcW w:w="6048" w:type="dxa"/>
            <w:tcMar>
              <w:top w:w="60" w:type="dxa"/>
              <w:left w:w="60" w:type="dxa"/>
              <w:bottom w:w="60" w:type="dxa"/>
              <w:right w:w="60" w:type="dxa"/>
            </w:tcMar>
            <w:vAlign w:val="center"/>
          </w:tcPr>
          <w:p w14:paraId="5D8D3F77" w14:textId="77777777" w:rsidR="00C25C95" w:rsidRDefault="00000000">
            <w:r>
              <w:rPr>
                <w:b/>
              </w:rPr>
              <w:t>Response options</w:t>
            </w:r>
          </w:p>
        </w:tc>
      </w:tr>
      <w:tr w:rsidR="00C25C95" w14:paraId="78B01BE6" w14:textId="77777777">
        <w:trPr>
          <w:jc w:val="center"/>
        </w:trPr>
        <w:tc>
          <w:tcPr>
            <w:tcW w:w="1007" w:type="dxa"/>
            <w:tcMar>
              <w:top w:w="60" w:type="dxa"/>
              <w:left w:w="60" w:type="dxa"/>
              <w:bottom w:w="60" w:type="dxa"/>
              <w:right w:w="60" w:type="dxa"/>
            </w:tcMar>
            <w:vAlign w:val="center"/>
          </w:tcPr>
          <w:p w14:paraId="4352E346" w14:textId="77777777" w:rsidR="00C25C95" w:rsidRDefault="00000000">
            <w:r>
              <w:t>A1</w:t>
            </w:r>
          </w:p>
        </w:tc>
        <w:tc>
          <w:tcPr>
            <w:tcW w:w="7200" w:type="dxa"/>
            <w:tcMar>
              <w:top w:w="60" w:type="dxa"/>
              <w:left w:w="60" w:type="dxa"/>
              <w:bottom w:w="60" w:type="dxa"/>
              <w:right w:w="60" w:type="dxa"/>
            </w:tcMar>
            <w:vAlign w:val="center"/>
          </w:tcPr>
          <w:p w14:paraId="5DE5DAB5" w14:textId="77777777" w:rsidR="00C25C95" w:rsidRDefault="00000000">
            <w:r>
              <w:t>Age (years)</w:t>
            </w:r>
          </w:p>
        </w:tc>
        <w:tc>
          <w:tcPr>
            <w:tcW w:w="6048" w:type="dxa"/>
            <w:tcMar>
              <w:top w:w="60" w:type="dxa"/>
              <w:left w:w="60" w:type="dxa"/>
              <w:bottom w:w="60" w:type="dxa"/>
              <w:right w:w="60" w:type="dxa"/>
            </w:tcMar>
            <w:vAlign w:val="center"/>
          </w:tcPr>
          <w:p w14:paraId="56042945" w14:textId="77777777" w:rsidR="00C25C95" w:rsidRDefault="00000000">
            <w:r>
              <w:t>Open numerical response</w:t>
            </w:r>
          </w:p>
        </w:tc>
      </w:tr>
      <w:tr w:rsidR="00C25C95" w14:paraId="60B6AA8E" w14:textId="77777777">
        <w:trPr>
          <w:jc w:val="center"/>
        </w:trPr>
        <w:tc>
          <w:tcPr>
            <w:tcW w:w="1007" w:type="dxa"/>
            <w:tcMar>
              <w:top w:w="60" w:type="dxa"/>
              <w:left w:w="60" w:type="dxa"/>
              <w:bottom w:w="60" w:type="dxa"/>
              <w:right w:w="60" w:type="dxa"/>
            </w:tcMar>
            <w:vAlign w:val="center"/>
          </w:tcPr>
          <w:p w14:paraId="172B2C9C" w14:textId="77777777" w:rsidR="00C25C95" w:rsidRDefault="00000000">
            <w:r>
              <w:t>A2</w:t>
            </w:r>
          </w:p>
        </w:tc>
        <w:tc>
          <w:tcPr>
            <w:tcW w:w="7200" w:type="dxa"/>
            <w:tcMar>
              <w:top w:w="60" w:type="dxa"/>
              <w:left w:w="60" w:type="dxa"/>
              <w:bottom w:w="60" w:type="dxa"/>
              <w:right w:w="60" w:type="dxa"/>
            </w:tcMar>
            <w:vAlign w:val="center"/>
          </w:tcPr>
          <w:p w14:paraId="6E5B1F6E" w14:textId="77777777" w:rsidR="00C25C95" w:rsidRDefault="00000000">
            <w:r>
              <w:t>Gender</w:t>
            </w:r>
          </w:p>
        </w:tc>
        <w:tc>
          <w:tcPr>
            <w:tcW w:w="6048" w:type="dxa"/>
            <w:tcMar>
              <w:top w:w="60" w:type="dxa"/>
              <w:left w:w="60" w:type="dxa"/>
              <w:bottom w:w="60" w:type="dxa"/>
              <w:right w:w="60" w:type="dxa"/>
            </w:tcMar>
            <w:vAlign w:val="center"/>
          </w:tcPr>
          <w:p w14:paraId="38D1B918" w14:textId="77777777" w:rsidR="00C25C95" w:rsidRDefault="00000000">
            <w:r>
              <w:t>Male / Female</w:t>
            </w:r>
          </w:p>
        </w:tc>
      </w:tr>
      <w:tr w:rsidR="00C25C95" w14:paraId="3D5F4A34" w14:textId="77777777">
        <w:trPr>
          <w:jc w:val="center"/>
        </w:trPr>
        <w:tc>
          <w:tcPr>
            <w:tcW w:w="1007" w:type="dxa"/>
            <w:tcMar>
              <w:top w:w="60" w:type="dxa"/>
              <w:left w:w="60" w:type="dxa"/>
              <w:bottom w:w="60" w:type="dxa"/>
              <w:right w:w="60" w:type="dxa"/>
            </w:tcMar>
            <w:vAlign w:val="center"/>
          </w:tcPr>
          <w:p w14:paraId="5AB9E572" w14:textId="77777777" w:rsidR="00C25C95" w:rsidRDefault="00000000">
            <w:r>
              <w:t>A3</w:t>
            </w:r>
          </w:p>
        </w:tc>
        <w:tc>
          <w:tcPr>
            <w:tcW w:w="7200" w:type="dxa"/>
            <w:tcMar>
              <w:top w:w="60" w:type="dxa"/>
              <w:left w:w="60" w:type="dxa"/>
              <w:bottom w:w="60" w:type="dxa"/>
              <w:right w:w="60" w:type="dxa"/>
            </w:tcMar>
            <w:vAlign w:val="center"/>
          </w:tcPr>
          <w:p w14:paraId="28A43AC8" w14:textId="77777777" w:rsidR="00C25C95" w:rsidRDefault="00000000">
            <w:r>
              <w:t>Academic year</w:t>
            </w:r>
          </w:p>
        </w:tc>
        <w:tc>
          <w:tcPr>
            <w:tcW w:w="6048" w:type="dxa"/>
            <w:tcMar>
              <w:top w:w="60" w:type="dxa"/>
              <w:left w:w="60" w:type="dxa"/>
              <w:bottom w:w="60" w:type="dxa"/>
              <w:right w:w="60" w:type="dxa"/>
            </w:tcMar>
            <w:vAlign w:val="center"/>
          </w:tcPr>
          <w:p w14:paraId="3F6FC181" w14:textId="77777777" w:rsidR="00C25C95" w:rsidRDefault="00000000">
            <w:r>
              <w:t>Fourth year / Fifth year</w:t>
            </w:r>
          </w:p>
        </w:tc>
      </w:tr>
      <w:tr w:rsidR="00C25C95" w14:paraId="3E85B545" w14:textId="77777777">
        <w:trPr>
          <w:jc w:val="center"/>
        </w:trPr>
        <w:tc>
          <w:tcPr>
            <w:tcW w:w="1007" w:type="dxa"/>
            <w:tcMar>
              <w:top w:w="60" w:type="dxa"/>
              <w:left w:w="60" w:type="dxa"/>
              <w:bottom w:w="60" w:type="dxa"/>
              <w:right w:w="60" w:type="dxa"/>
            </w:tcMar>
            <w:vAlign w:val="center"/>
          </w:tcPr>
          <w:p w14:paraId="0BAE8CA7" w14:textId="77777777" w:rsidR="00C25C95" w:rsidRDefault="00000000">
            <w:r>
              <w:t>A4</w:t>
            </w:r>
          </w:p>
        </w:tc>
        <w:tc>
          <w:tcPr>
            <w:tcW w:w="7200" w:type="dxa"/>
            <w:tcMar>
              <w:top w:w="60" w:type="dxa"/>
              <w:left w:w="60" w:type="dxa"/>
              <w:bottom w:w="60" w:type="dxa"/>
              <w:right w:w="60" w:type="dxa"/>
            </w:tcMar>
            <w:vAlign w:val="center"/>
          </w:tcPr>
          <w:p w14:paraId="42569B64" w14:textId="77777777" w:rsidR="00C25C95" w:rsidRDefault="00000000">
            <w:r>
              <w:t>Nationality</w:t>
            </w:r>
          </w:p>
        </w:tc>
        <w:tc>
          <w:tcPr>
            <w:tcW w:w="6048" w:type="dxa"/>
            <w:tcMar>
              <w:top w:w="60" w:type="dxa"/>
              <w:left w:w="60" w:type="dxa"/>
              <w:bottom w:w="60" w:type="dxa"/>
              <w:right w:w="60" w:type="dxa"/>
            </w:tcMar>
            <w:vAlign w:val="center"/>
          </w:tcPr>
          <w:p w14:paraId="0F941210" w14:textId="77777777" w:rsidR="00C25C95" w:rsidRDefault="00000000">
            <w:r>
              <w:t>Spanish / European Union, excluding Spain / Non-European Union</w:t>
            </w:r>
          </w:p>
        </w:tc>
      </w:tr>
      <w:tr w:rsidR="00C25C95" w14:paraId="252B4CAC" w14:textId="77777777">
        <w:trPr>
          <w:jc w:val="center"/>
        </w:trPr>
        <w:tc>
          <w:tcPr>
            <w:tcW w:w="1007" w:type="dxa"/>
            <w:tcMar>
              <w:top w:w="60" w:type="dxa"/>
              <w:left w:w="60" w:type="dxa"/>
              <w:bottom w:w="60" w:type="dxa"/>
              <w:right w:w="60" w:type="dxa"/>
            </w:tcMar>
            <w:vAlign w:val="center"/>
          </w:tcPr>
          <w:p w14:paraId="2A880085" w14:textId="77777777" w:rsidR="00C25C95" w:rsidRDefault="00000000">
            <w:r>
              <w:t>A5</w:t>
            </w:r>
          </w:p>
        </w:tc>
        <w:tc>
          <w:tcPr>
            <w:tcW w:w="7200" w:type="dxa"/>
            <w:tcMar>
              <w:top w:w="60" w:type="dxa"/>
              <w:left w:w="60" w:type="dxa"/>
              <w:bottom w:w="60" w:type="dxa"/>
              <w:right w:w="60" w:type="dxa"/>
            </w:tcMar>
            <w:vAlign w:val="center"/>
          </w:tcPr>
          <w:p w14:paraId="3E88A9BC" w14:textId="77777777" w:rsidR="00C25C95" w:rsidRDefault="00000000">
            <w:r>
              <w:t>Do you have older siblings?</w:t>
            </w:r>
          </w:p>
        </w:tc>
        <w:tc>
          <w:tcPr>
            <w:tcW w:w="6048" w:type="dxa"/>
            <w:tcMar>
              <w:top w:w="60" w:type="dxa"/>
              <w:left w:w="60" w:type="dxa"/>
              <w:bottom w:w="60" w:type="dxa"/>
              <w:right w:w="60" w:type="dxa"/>
            </w:tcMar>
            <w:vAlign w:val="center"/>
          </w:tcPr>
          <w:p w14:paraId="1BE46CB6" w14:textId="77777777" w:rsidR="00C25C95" w:rsidRDefault="00000000">
            <w:r>
              <w:t>No / Yes</w:t>
            </w:r>
          </w:p>
        </w:tc>
      </w:tr>
      <w:tr w:rsidR="00C25C95" w14:paraId="13AE5572" w14:textId="77777777">
        <w:trPr>
          <w:jc w:val="center"/>
        </w:trPr>
        <w:tc>
          <w:tcPr>
            <w:tcW w:w="1007" w:type="dxa"/>
            <w:tcMar>
              <w:top w:w="60" w:type="dxa"/>
              <w:left w:w="60" w:type="dxa"/>
              <w:bottom w:w="60" w:type="dxa"/>
              <w:right w:w="60" w:type="dxa"/>
            </w:tcMar>
            <w:vAlign w:val="center"/>
          </w:tcPr>
          <w:p w14:paraId="09293210" w14:textId="77777777" w:rsidR="00C25C95" w:rsidRDefault="00000000">
            <w:r>
              <w:t>A6</w:t>
            </w:r>
          </w:p>
        </w:tc>
        <w:tc>
          <w:tcPr>
            <w:tcW w:w="7200" w:type="dxa"/>
            <w:tcMar>
              <w:top w:w="60" w:type="dxa"/>
              <w:left w:w="60" w:type="dxa"/>
              <w:bottom w:w="60" w:type="dxa"/>
              <w:right w:w="60" w:type="dxa"/>
            </w:tcMar>
            <w:vAlign w:val="center"/>
          </w:tcPr>
          <w:p w14:paraId="0C723F8C" w14:textId="77777777" w:rsidR="00C25C95" w:rsidRDefault="00000000">
            <w:r>
              <w:t>Do you have younger siblings?</w:t>
            </w:r>
          </w:p>
        </w:tc>
        <w:tc>
          <w:tcPr>
            <w:tcW w:w="6048" w:type="dxa"/>
            <w:tcMar>
              <w:top w:w="60" w:type="dxa"/>
              <w:left w:w="60" w:type="dxa"/>
              <w:bottom w:w="60" w:type="dxa"/>
              <w:right w:w="60" w:type="dxa"/>
            </w:tcMar>
            <w:vAlign w:val="center"/>
          </w:tcPr>
          <w:p w14:paraId="15FC8606" w14:textId="77777777" w:rsidR="00C25C95" w:rsidRDefault="00000000">
            <w:r>
              <w:t>No / Yes</w:t>
            </w:r>
          </w:p>
        </w:tc>
      </w:tr>
      <w:tr w:rsidR="00C25C95" w14:paraId="1D0C32C0" w14:textId="77777777">
        <w:trPr>
          <w:jc w:val="center"/>
        </w:trPr>
        <w:tc>
          <w:tcPr>
            <w:tcW w:w="1007" w:type="dxa"/>
            <w:tcMar>
              <w:top w:w="60" w:type="dxa"/>
              <w:left w:w="60" w:type="dxa"/>
              <w:bottom w:w="60" w:type="dxa"/>
              <w:right w:w="60" w:type="dxa"/>
            </w:tcMar>
            <w:vAlign w:val="center"/>
          </w:tcPr>
          <w:p w14:paraId="2210B1E9" w14:textId="77777777" w:rsidR="00C25C95" w:rsidRDefault="00000000">
            <w:r>
              <w:t>A7</w:t>
            </w:r>
          </w:p>
        </w:tc>
        <w:tc>
          <w:tcPr>
            <w:tcW w:w="7200" w:type="dxa"/>
            <w:tcMar>
              <w:top w:w="60" w:type="dxa"/>
              <w:left w:w="60" w:type="dxa"/>
              <w:bottom w:w="60" w:type="dxa"/>
              <w:right w:w="60" w:type="dxa"/>
            </w:tcMar>
            <w:vAlign w:val="center"/>
          </w:tcPr>
          <w:p w14:paraId="7585F3A9" w14:textId="77777777" w:rsidR="00C25C95" w:rsidRDefault="00000000">
            <w:r>
              <w:t>Are you married?</w:t>
            </w:r>
          </w:p>
        </w:tc>
        <w:tc>
          <w:tcPr>
            <w:tcW w:w="6048" w:type="dxa"/>
            <w:tcMar>
              <w:top w:w="60" w:type="dxa"/>
              <w:left w:w="60" w:type="dxa"/>
              <w:bottom w:w="60" w:type="dxa"/>
              <w:right w:w="60" w:type="dxa"/>
            </w:tcMar>
            <w:vAlign w:val="center"/>
          </w:tcPr>
          <w:p w14:paraId="2EE18731" w14:textId="77777777" w:rsidR="00C25C95" w:rsidRDefault="00000000">
            <w:r>
              <w:t>No / Yes</w:t>
            </w:r>
          </w:p>
        </w:tc>
      </w:tr>
      <w:tr w:rsidR="00C25C95" w14:paraId="1F4B9FC1" w14:textId="77777777">
        <w:trPr>
          <w:jc w:val="center"/>
        </w:trPr>
        <w:tc>
          <w:tcPr>
            <w:tcW w:w="1007" w:type="dxa"/>
            <w:tcMar>
              <w:top w:w="60" w:type="dxa"/>
              <w:left w:w="60" w:type="dxa"/>
              <w:bottom w:w="60" w:type="dxa"/>
              <w:right w:w="60" w:type="dxa"/>
            </w:tcMar>
            <w:vAlign w:val="center"/>
          </w:tcPr>
          <w:p w14:paraId="7803C251" w14:textId="77777777" w:rsidR="00C25C95" w:rsidRDefault="00000000">
            <w:r>
              <w:t>A8</w:t>
            </w:r>
          </w:p>
        </w:tc>
        <w:tc>
          <w:tcPr>
            <w:tcW w:w="7200" w:type="dxa"/>
            <w:tcMar>
              <w:top w:w="60" w:type="dxa"/>
              <w:left w:w="60" w:type="dxa"/>
              <w:bottom w:w="60" w:type="dxa"/>
              <w:right w:w="60" w:type="dxa"/>
            </w:tcMar>
            <w:vAlign w:val="center"/>
          </w:tcPr>
          <w:p w14:paraId="4342A412" w14:textId="77777777" w:rsidR="00C25C95" w:rsidRDefault="00000000">
            <w:r>
              <w:t>Do you have children?</w:t>
            </w:r>
          </w:p>
        </w:tc>
        <w:tc>
          <w:tcPr>
            <w:tcW w:w="6048" w:type="dxa"/>
            <w:tcMar>
              <w:top w:w="60" w:type="dxa"/>
              <w:left w:w="60" w:type="dxa"/>
              <w:bottom w:w="60" w:type="dxa"/>
              <w:right w:w="60" w:type="dxa"/>
            </w:tcMar>
            <w:vAlign w:val="center"/>
          </w:tcPr>
          <w:p w14:paraId="6E9D301C" w14:textId="77777777" w:rsidR="00C25C95" w:rsidRDefault="00000000">
            <w:r>
              <w:t>No / Yes</w:t>
            </w:r>
          </w:p>
        </w:tc>
      </w:tr>
      <w:tr w:rsidR="00C25C95" w14:paraId="2F6B0D29" w14:textId="77777777">
        <w:trPr>
          <w:jc w:val="center"/>
        </w:trPr>
        <w:tc>
          <w:tcPr>
            <w:tcW w:w="1007" w:type="dxa"/>
            <w:tcMar>
              <w:top w:w="60" w:type="dxa"/>
              <w:left w:w="60" w:type="dxa"/>
              <w:bottom w:w="60" w:type="dxa"/>
              <w:right w:w="60" w:type="dxa"/>
            </w:tcMar>
            <w:vAlign w:val="center"/>
          </w:tcPr>
          <w:p w14:paraId="333C7313" w14:textId="77777777" w:rsidR="00C25C95" w:rsidRDefault="00000000">
            <w:r>
              <w:t>A9</w:t>
            </w:r>
          </w:p>
        </w:tc>
        <w:tc>
          <w:tcPr>
            <w:tcW w:w="7200" w:type="dxa"/>
            <w:tcMar>
              <w:top w:w="60" w:type="dxa"/>
              <w:left w:w="60" w:type="dxa"/>
              <w:bottom w:w="60" w:type="dxa"/>
              <w:right w:w="60" w:type="dxa"/>
            </w:tcMar>
            <w:vAlign w:val="center"/>
          </w:tcPr>
          <w:p w14:paraId="31177014" w14:textId="77777777" w:rsidR="00C25C95" w:rsidRDefault="00000000">
            <w:r>
              <w:t>Have you previously observed dental treatments?</w:t>
            </w:r>
          </w:p>
        </w:tc>
        <w:tc>
          <w:tcPr>
            <w:tcW w:w="6048" w:type="dxa"/>
            <w:tcMar>
              <w:top w:w="60" w:type="dxa"/>
              <w:left w:w="60" w:type="dxa"/>
              <w:bottom w:w="60" w:type="dxa"/>
              <w:right w:w="60" w:type="dxa"/>
            </w:tcMar>
            <w:vAlign w:val="center"/>
          </w:tcPr>
          <w:p w14:paraId="6B337060" w14:textId="77777777" w:rsidR="00C25C95" w:rsidRDefault="00000000">
            <w:r>
              <w:t>No / Yes</w:t>
            </w:r>
          </w:p>
        </w:tc>
      </w:tr>
      <w:tr w:rsidR="00C25C95" w14:paraId="2C4977E0" w14:textId="77777777">
        <w:trPr>
          <w:jc w:val="center"/>
        </w:trPr>
        <w:tc>
          <w:tcPr>
            <w:tcW w:w="1007" w:type="dxa"/>
            <w:tcMar>
              <w:top w:w="60" w:type="dxa"/>
              <w:left w:w="60" w:type="dxa"/>
              <w:bottom w:w="60" w:type="dxa"/>
              <w:right w:w="60" w:type="dxa"/>
            </w:tcMar>
            <w:vAlign w:val="center"/>
          </w:tcPr>
          <w:p w14:paraId="38E4A228" w14:textId="77777777" w:rsidR="00C25C95" w:rsidRDefault="00000000">
            <w:r>
              <w:t>A10</w:t>
            </w:r>
          </w:p>
        </w:tc>
        <w:tc>
          <w:tcPr>
            <w:tcW w:w="7200" w:type="dxa"/>
            <w:tcMar>
              <w:top w:w="60" w:type="dxa"/>
              <w:left w:w="60" w:type="dxa"/>
              <w:bottom w:w="60" w:type="dxa"/>
              <w:right w:w="60" w:type="dxa"/>
            </w:tcMar>
            <w:vAlign w:val="center"/>
          </w:tcPr>
          <w:p w14:paraId="362D9E37" w14:textId="77777777" w:rsidR="00C25C95" w:rsidRDefault="00000000">
            <w:r>
              <w:t>Degree of discomfort or dislike associated with previous dental experiences</w:t>
            </w:r>
          </w:p>
        </w:tc>
        <w:tc>
          <w:tcPr>
            <w:tcW w:w="6048" w:type="dxa"/>
            <w:tcMar>
              <w:top w:w="60" w:type="dxa"/>
              <w:left w:w="60" w:type="dxa"/>
              <w:bottom w:w="60" w:type="dxa"/>
              <w:right w:w="60" w:type="dxa"/>
            </w:tcMar>
            <w:vAlign w:val="center"/>
          </w:tcPr>
          <w:p w14:paraId="0F1B7AFA" w14:textId="77777777" w:rsidR="00C25C95" w:rsidRDefault="00000000">
            <w:r>
              <w:t>1 = none/very low to 5 = very high</w:t>
            </w:r>
          </w:p>
        </w:tc>
      </w:tr>
      <w:tr w:rsidR="00C25C95" w14:paraId="21C3B9FA" w14:textId="77777777">
        <w:trPr>
          <w:jc w:val="center"/>
        </w:trPr>
        <w:tc>
          <w:tcPr>
            <w:tcW w:w="1007" w:type="dxa"/>
            <w:tcMar>
              <w:top w:w="60" w:type="dxa"/>
              <w:left w:w="60" w:type="dxa"/>
              <w:bottom w:w="60" w:type="dxa"/>
              <w:right w:w="60" w:type="dxa"/>
            </w:tcMar>
            <w:vAlign w:val="center"/>
          </w:tcPr>
          <w:p w14:paraId="1988A8EA" w14:textId="77777777" w:rsidR="00C25C95" w:rsidRDefault="00000000">
            <w:r>
              <w:t>A11</w:t>
            </w:r>
          </w:p>
        </w:tc>
        <w:tc>
          <w:tcPr>
            <w:tcW w:w="7200" w:type="dxa"/>
            <w:tcMar>
              <w:top w:w="60" w:type="dxa"/>
              <w:left w:w="60" w:type="dxa"/>
              <w:bottom w:w="60" w:type="dxa"/>
              <w:right w:w="60" w:type="dxa"/>
            </w:tcMar>
            <w:vAlign w:val="center"/>
          </w:tcPr>
          <w:p w14:paraId="2AC4D900" w14:textId="77777777" w:rsidR="00C25C95" w:rsidRDefault="00000000">
            <w:r>
              <w:t>Degree of discomfort or dislike associated with previous medical experiences</w:t>
            </w:r>
          </w:p>
        </w:tc>
        <w:tc>
          <w:tcPr>
            <w:tcW w:w="6048" w:type="dxa"/>
            <w:tcMar>
              <w:top w:w="60" w:type="dxa"/>
              <w:left w:w="60" w:type="dxa"/>
              <w:bottom w:w="60" w:type="dxa"/>
              <w:right w:w="60" w:type="dxa"/>
            </w:tcMar>
            <w:vAlign w:val="center"/>
          </w:tcPr>
          <w:p w14:paraId="5CC58D1F" w14:textId="77777777" w:rsidR="00C25C95" w:rsidRDefault="00000000">
            <w:r>
              <w:t>1 = none/very low to 5 = very high</w:t>
            </w:r>
          </w:p>
        </w:tc>
      </w:tr>
      <w:tr w:rsidR="00C25C95" w14:paraId="162AD9F8" w14:textId="77777777">
        <w:trPr>
          <w:jc w:val="center"/>
        </w:trPr>
        <w:tc>
          <w:tcPr>
            <w:tcW w:w="1007" w:type="dxa"/>
            <w:tcMar>
              <w:top w:w="60" w:type="dxa"/>
              <w:left w:w="60" w:type="dxa"/>
              <w:bottom w:w="60" w:type="dxa"/>
              <w:right w:w="60" w:type="dxa"/>
            </w:tcMar>
            <w:vAlign w:val="center"/>
          </w:tcPr>
          <w:p w14:paraId="6CC26BE2" w14:textId="77777777" w:rsidR="00C25C95" w:rsidRDefault="00000000">
            <w:r>
              <w:t>A12</w:t>
            </w:r>
          </w:p>
        </w:tc>
        <w:tc>
          <w:tcPr>
            <w:tcW w:w="7200" w:type="dxa"/>
            <w:tcMar>
              <w:top w:w="60" w:type="dxa"/>
              <w:left w:w="60" w:type="dxa"/>
              <w:bottom w:w="60" w:type="dxa"/>
              <w:right w:w="60" w:type="dxa"/>
            </w:tcMar>
            <w:vAlign w:val="center"/>
          </w:tcPr>
          <w:p w14:paraId="79B1A28D" w14:textId="77777777" w:rsidR="00C25C95" w:rsidRDefault="00000000">
            <w:r>
              <w:t>Previous experience caring for or looking after children</w:t>
            </w:r>
          </w:p>
        </w:tc>
        <w:tc>
          <w:tcPr>
            <w:tcW w:w="6048" w:type="dxa"/>
            <w:tcMar>
              <w:top w:w="60" w:type="dxa"/>
              <w:left w:w="60" w:type="dxa"/>
              <w:bottom w:w="60" w:type="dxa"/>
              <w:right w:w="60" w:type="dxa"/>
            </w:tcMar>
            <w:vAlign w:val="center"/>
          </w:tcPr>
          <w:p w14:paraId="2EB5F954" w14:textId="77777777" w:rsidR="00C25C95" w:rsidRDefault="00000000">
            <w:r>
              <w:t>1 = none/very low to 5 = very high</w:t>
            </w:r>
          </w:p>
        </w:tc>
      </w:tr>
    </w:tbl>
    <w:p w14:paraId="04F8B964" w14:textId="77777777" w:rsidR="00C25C95" w:rsidRDefault="00000000">
      <w:r>
        <w:br w:type="page"/>
      </w:r>
    </w:p>
    <w:p w14:paraId="54ECF0F1" w14:textId="77777777" w:rsidR="00C25C95" w:rsidRDefault="00000000">
      <w:r>
        <w:rPr>
          <w:b/>
        </w:rPr>
        <w:lastRenderedPageBreak/>
        <w:t>Section B. Acceptance of paediatric behaviour management techniques</w:t>
      </w:r>
    </w:p>
    <w:p w14:paraId="20E42F8F" w14:textId="77777777" w:rsidR="00C25C95" w:rsidRDefault="00000000">
      <w:r>
        <w:t>For each technique, indicate your level of agreement with its use in the management of paediatric dental patients, using the 1-5 scale shown above.</w:t>
      </w:r>
    </w:p>
    <w:tbl>
      <w:tblPr>
        <w:tblStyle w:val="Tablaconcuadrcula"/>
        <w:tblW w:w="0" w:type="auto"/>
        <w:jc w:val="center"/>
        <w:tblLook w:val="04A0" w:firstRow="1" w:lastRow="0" w:firstColumn="1" w:lastColumn="0" w:noHBand="0" w:noVBand="1"/>
      </w:tblPr>
      <w:tblGrid>
        <w:gridCol w:w="792"/>
        <w:gridCol w:w="7632"/>
        <w:gridCol w:w="936"/>
        <w:gridCol w:w="936"/>
        <w:gridCol w:w="936"/>
        <w:gridCol w:w="936"/>
        <w:gridCol w:w="936"/>
      </w:tblGrid>
      <w:tr w:rsidR="00C25C95" w14:paraId="5CE24817" w14:textId="77777777">
        <w:trPr>
          <w:jc w:val="center"/>
        </w:trPr>
        <w:tc>
          <w:tcPr>
            <w:tcW w:w="792" w:type="dxa"/>
            <w:tcMar>
              <w:top w:w="60" w:type="dxa"/>
              <w:left w:w="60" w:type="dxa"/>
              <w:bottom w:w="60" w:type="dxa"/>
              <w:right w:w="60" w:type="dxa"/>
            </w:tcMar>
            <w:vAlign w:val="center"/>
          </w:tcPr>
          <w:p w14:paraId="6D014AE7" w14:textId="77777777" w:rsidR="00C25C95" w:rsidRDefault="00000000">
            <w:pPr>
              <w:jc w:val="center"/>
            </w:pPr>
            <w:r>
              <w:rPr>
                <w:b/>
              </w:rPr>
              <w:t>Code</w:t>
            </w:r>
          </w:p>
        </w:tc>
        <w:tc>
          <w:tcPr>
            <w:tcW w:w="7632" w:type="dxa"/>
            <w:tcMar>
              <w:top w:w="60" w:type="dxa"/>
              <w:left w:w="60" w:type="dxa"/>
              <w:bottom w:w="60" w:type="dxa"/>
              <w:right w:w="60" w:type="dxa"/>
            </w:tcMar>
            <w:vAlign w:val="center"/>
          </w:tcPr>
          <w:p w14:paraId="65A36478" w14:textId="77777777" w:rsidR="00C25C95" w:rsidRDefault="00000000">
            <w:pPr>
              <w:jc w:val="center"/>
            </w:pPr>
            <w:r>
              <w:rPr>
                <w:b/>
              </w:rPr>
              <w:t>Technique</w:t>
            </w:r>
          </w:p>
        </w:tc>
        <w:tc>
          <w:tcPr>
            <w:tcW w:w="936" w:type="dxa"/>
            <w:tcMar>
              <w:top w:w="60" w:type="dxa"/>
              <w:left w:w="60" w:type="dxa"/>
              <w:bottom w:w="60" w:type="dxa"/>
              <w:right w:w="60" w:type="dxa"/>
            </w:tcMar>
            <w:vAlign w:val="center"/>
          </w:tcPr>
          <w:p w14:paraId="485246CE" w14:textId="77777777" w:rsidR="00C25C95" w:rsidRDefault="00000000">
            <w:pPr>
              <w:jc w:val="center"/>
            </w:pPr>
            <w:r>
              <w:rPr>
                <w:b/>
              </w:rPr>
              <w:t>1</w:t>
            </w:r>
          </w:p>
        </w:tc>
        <w:tc>
          <w:tcPr>
            <w:tcW w:w="936" w:type="dxa"/>
            <w:tcMar>
              <w:top w:w="60" w:type="dxa"/>
              <w:left w:w="60" w:type="dxa"/>
              <w:bottom w:w="60" w:type="dxa"/>
              <w:right w:w="60" w:type="dxa"/>
            </w:tcMar>
            <w:vAlign w:val="center"/>
          </w:tcPr>
          <w:p w14:paraId="1773264E" w14:textId="77777777" w:rsidR="00C25C95" w:rsidRDefault="00000000">
            <w:pPr>
              <w:jc w:val="center"/>
            </w:pPr>
            <w:r>
              <w:rPr>
                <w:b/>
              </w:rPr>
              <w:t>2</w:t>
            </w:r>
          </w:p>
        </w:tc>
        <w:tc>
          <w:tcPr>
            <w:tcW w:w="936" w:type="dxa"/>
            <w:tcMar>
              <w:top w:w="60" w:type="dxa"/>
              <w:left w:w="60" w:type="dxa"/>
              <w:bottom w:w="60" w:type="dxa"/>
              <w:right w:w="60" w:type="dxa"/>
            </w:tcMar>
            <w:vAlign w:val="center"/>
          </w:tcPr>
          <w:p w14:paraId="37912D2B" w14:textId="77777777" w:rsidR="00C25C95" w:rsidRDefault="00000000">
            <w:pPr>
              <w:jc w:val="center"/>
            </w:pPr>
            <w:r>
              <w:rPr>
                <w:b/>
              </w:rPr>
              <w:t>3</w:t>
            </w:r>
          </w:p>
        </w:tc>
        <w:tc>
          <w:tcPr>
            <w:tcW w:w="936" w:type="dxa"/>
            <w:tcMar>
              <w:top w:w="60" w:type="dxa"/>
              <w:left w:w="60" w:type="dxa"/>
              <w:bottom w:w="60" w:type="dxa"/>
              <w:right w:w="60" w:type="dxa"/>
            </w:tcMar>
            <w:vAlign w:val="center"/>
          </w:tcPr>
          <w:p w14:paraId="577E9240" w14:textId="77777777" w:rsidR="00C25C95" w:rsidRDefault="00000000">
            <w:pPr>
              <w:jc w:val="center"/>
            </w:pPr>
            <w:r>
              <w:rPr>
                <w:b/>
              </w:rPr>
              <w:t>4</w:t>
            </w:r>
          </w:p>
        </w:tc>
        <w:tc>
          <w:tcPr>
            <w:tcW w:w="936" w:type="dxa"/>
            <w:tcMar>
              <w:top w:w="60" w:type="dxa"/>
              <w:left w:w="60" w:type="dxa"/>
              <w:bottom w:w="60" w:type="dxa"/>
              <w:right w:w="60" w:type="dxa"/>
            </w:tcMar>
            <w:vAlign w:val="center"/>
          </w:tcPr>
          <w:p w14:paraId="2DBD93F7" w14:textId="77777777" w:rsidR="00C25C95" w:rsidRDefault="00000000">
            <w:pPr>
              <w:jc w:val="center"/>
            </w:pPr>
            <w:r>
              <w:rPr>
                <w:b/>
              </w:rPr>
              <w:t>5</w:t>
            </w:r>
          </w:p>
        </w:tc>
      </w:tr>
      <w:tr w:rsidR="00C25C95" w14:paraId="400344BE" w14:textId="77777777">
        <w:trPr>
          <w:jc w:val="center"/>
        </w:trPr>
        <w:tc>
          <w:tcPr>
            <w:tcW w:w="792" w:type="dxa"/>
            <w:tcMar>
              <w:top w:w="60" w:type="dxa"/>
              <w:left w:w="60" w:type="dxa"/>
              <w:bottom w:w="60" w:type="dxa"/>
              <w:right w:w="60" w:type="dxa"/>
            </w:tcMar>
            <w:vAlign w:val="center"/>
          </w:tcPr>
          <w:p w14:paraId="6FF480A1" w14:textId="77777777" w:rsidR="00C25C95" w:rsidRDefault="00000000">
            <w:r>
              <w:t>T1</w:t>
            </w:r>
          </w:p>
        </w:tc>
        <w:tc>
          <w:tcPr>
            <w:tcW w:w="7632" w:type="dxa"/>
            <w:tcMar>
              <w:top w:w="60" w:type="dxa"/>
              <w:left w:w="60" w:type="dxa"/>
              <w:bottom w:w="60" w:type="dxa"/>
              <w:right w:w="60" w:type="dxa"/>
            </w:tcMar>
            <w:vAlign w:val="center"/>
          </w:tcPr>
          <w:p w14:paraId="11F79E5F" w14:textId="77777777" w:rsidR="00C25C95" w:rsidRDefault="00000000">
            <w:r>
              <w:t>Tell-show-do</w:t>
            </w:r>
          </w:p>
        </w:tc>
        <w:tc>
          <w:tcPr>
            <w:tcW w:w="936" w:type="dxa"/>
            <w:tcMar>
              <w:top w:w="60" w:type="dxa"/>
              <w:left w:w="60" w:type="dxa"/>
              <w:bottom w:w="60" w:type="dxa"/>
              <w:right w:w="60" w:type="dxa"/>
            </w:tcMar>
            <w:vAlign w:val="center"/>
          </w:tcPr>
          <w:p w14:paraId="63835BFB" w14:textId="77777777" w:rsidR="00C25C95" w:rsidRDefault="00000000">
            <w:pPr>
              <w:jc w:val="center"/>
            </w:pPr>
            <w:r>
              <w:t>☐</w:t>
            </w:r>
          </w:p>
        </w:tc>
        <w:tc>
          <w:tcPr>
            <w:tcW w:w="936" w:type="dxa"/>
            <w:tcMar>
              <w:top w:w="60" w:type="dxa"/>
              <w:left w:w="60" w:type="dxa"/>
              <w:bottom w:w="60" w:type="dxa"/>
              <w:right w:w="60" w:type="dxa"/>
            </w:tcMar>
            <w:vAlign w:val="center"/>
          </w:tcPr>
          <w:p w14:paraId="416C923C" w14:textId="77777777" w:rsidR="00C25C95" w:rsidRDefault="00000000">
            <w:pPr>
              <w:jc w:val="center"/>
            </w:pPr>
            <w:r>
              <w:t>☐</w:t>
            </w:r>
          </w:p>
        </w:tc>
        <w:tc>
          <w:tcPr>
            <w:tcW w:w="936" w:type="dxa"/>
            <w:tcMar>
              <w:top w:w="60" w:type="dxa"/>
              <w:left w:w="60" w:type="dxa"/>
              <w:bottom w:w="60" w:type="dxa"/>
              <w:right w:w="60" w:type="dxa"/>
            </w:tcMar>
            <w:vAlign w:val="center"/>
          </w:tcPr>
          <w:p w14:paraId="7D32F0C5" w14:textId="77777777" w:rsidR="00C25C95" w:rsidRDefault="00000000">
            <w:pPr>
              <w:jc w:val="center"/>
            </w:pPr>
            <w:r>
              <w:t>☐</w:t>
            </w:r>
          </w:p>
        </w:tc>
        <w:tc>
          <w:tcPr>
            <w:tcW w:w="936" w:type="dxa"/>
            <w:tcMar>
              <w:top w:w="60" w:type="dxa"/>
              <w:left w:w="60" w:type="dxa"/>
              <w:bottom w:w="60" w:type="dxa"/>
              <w:right w:w="60" w:type="dxa"/>
            </w:tcMar>
            <w:vAlign w:val="center"/>
          </w:tcPr>
          <w:p w14:paraId="264BA1C4" w14:textId="77777777" w:rsidR="00C25C95" w:rsidRDefault="00000000">
            <w:pPr>
              <w:jc w:val="center"/>
            </w:pPr>
            <w:r>
              <w:t>☐</w:t>
            </w:r>
          </w:p>
        </w:tc>
        <w:tc>
          <w:tcPr>
            <w:tcW w:w="936" w:type="dxa"/>
            <w:tcMar>
              <w:top w:w="60" w:type="dxa"/>
              <w:left w:w="60" w:type="dxa"/>
              <w:bottom w:w="60" w:type="dxa"/>
              <w:right w:w="60" w:type="dxa"/>
            </w:tcMar>
            <w:vAlign w:val="center"/>
          </w:tcPr>
          <w:p w14:paraId="3E899AC5" w14:textId="77777777" w:rsidR="00C25C95" w:rsidRDefault="00000000">
            <w:pPr>
              <w:jc w:val="center"/>
            </w:pPr>
            <w:r>
              <w:t>☐</w:t>
            </w:r>
          </w:p>
        </w:tc>
      </w:tr>
      <w:tr w:rsidR="00C25C95" w14:paraId="418418CC" w14:textId="77777777">
        <w:trPr>
          <w:jc w:val="center"/>
        </w:trPr>
        <w:tc>
          <w:tcPr>
            <w:tcW w:w="792" w:type="dxa"/>
            <w:tcMar>
              <w:top w:w="60" w:type="dxa"/>
              <w:left w:w="60" w:type="dxa"/>
              <w:bottom w:w="60" w:type="dxa"/>
              <w:right w:w="60" w:type="dxa"/>
            </w:tcMar>
            <w:vAlign w:val="center"/>
          </w:tcPr>
          <w:p w14:paraId="58710A4F" w14:textId="77777777" w:rsidR="00C25C95" w:rsidRDefault="00000000">
            <w:r>
              <w:t>T2</w:t>
            </w:r>
          </w:p>
        </w:tc>
        <w:tc>
          <w:tcPr>
            <w:tcW w:w="7632" w:type="dxa"/>
            <w:tcMar>
              <w:top w:w="60" w:type="dxa"/>
              <w:left w:w="60" w:type="dxa"/>
              <w:bottom w:w="60" w:type="dxa"/>
              <w:right w:w="60" w:type="dxa"/>
            </w:tcMar>
            <w:vAlign w:val="center"/>
          </w:tcPr>
          <w:p w14:paraId="03A55803" w14:textId="77777777" w:rsidR="00C25C95" w:rsidRDefault="00000000">
            <w:r>
              <w:t>Not allowing the child to speak during treatment</w:t>
            </w:r>
          </w:p>
        </w:tc>
        <w:tc>
          <w:tcPr>
            <w:tcW w:w="936" w:type="dxa"/>
            <w:tcMar>
              <w:top w:w="60" w:type="dxa"/>
              <w:left w:w="60" w:type="dxa"/>
              <w:bottom w:w="60" w:type="dxa"/>
              <w:right w:w="60" w:type="dxa"/>
            </w:tcMar>
            <w:vAlign w:val="center"/>
          </w:tcPr>
          <w:p w14:paraId="792E205C" w14:textId="77777777" w:rsidR="00C25C95" w:rsidRDefault="00000000">
            <w:pPr>
              <w:jc w:val="center"/>
            </w:pPr>
            <w:r>
              <w:t>☐</w:t>
            </w:r>
          </w:p>
        </w:tc>
        <w:tc>
          <w:tcPr>
            <w:tcW w:w="936" w:type="dxa"/>
            <w:tcMar>
              <w:top w:w="60" w:type="dxa"/>
              <w:left w:w="60" w:type="dxa"/>
              <w:bottom w:w="60" w:type="dxa"/>
              <w:right w:w="60" w:type="dxa"/>
            </w:tcMar>
            <w:vAlign w:val="center"/>
          </w:tcPr>
          <w:p w14:paraId="799C6F3E" w14:textId="77777777" w:rsidR="00C25C95" w:rsidRDefault="00000000">
            <w:pPr>
              <w:jc w:val="center"/>
            </w:pPr>
            <w:r>
              <w:t>☐</w:t>
            </w:r>
          </w:p>
        </w:tc>
        <w:tc>
          <w:tcPr>
            <w:tcW w:w="936" w:type="dxa"/>
            <w:tcMar>
              <w:top w:w="60" w:type="dxa"/>
              <w:left w:w="60" w:type="dxa"/>
              <w:bottom w:w="60" w:type="dxa"/>
              <w:right w:w="60" w:type="dxa"/>
            </w:tcMar>
            <w:vAlign w:val="center"/>
          </w:tcPr>
          <w:p w14:paraId="01648740" w14:textId="77777777" w:rsidR="00C25C95" w:rsidRDefault="00000000">
            <w:pPr>
              <w:jc w:val="center"/>
            </w:pPr>
            <w:r>
              <w:t>☐</w:t>
            </w:r>
          </w:p>
        </w:tc>
        <w:tc>
          <w:tcPr>
            <w:tcW w:w="936" w:type="dxa"/>
            <w:tcMar>
              <w:top w:w="60" w:type="dxa"/>
              <w:left w:w="60" w:type="dxa"/>
              <w:bottom w:w="60" w:type="dxa"/>
              <w:right w:w="60" w:type="dxa"/>
            </w:tcMar>
            <w:vAlign w:val="center"/>
          </w:tcPr>
          <w:p w14:paraId="08A5611E" w14:textId="77777777" w:rsidR="00C25C95" w:rsidRDefault="00000000">
            <w:pPr>
              <w:jc w:val="center"/>
            </w:pPr>
            <w:r>
              <w:t>☐</w:t>
            </w:r>
          </w:p>
        </w:tc>
        <w:tc>
          <w:tcPr>
            <w:tcW w:w="936" w:type="dxa"/>
            <w:tcMar>
              <w:top w:w="60" w:type="dxa"/>
              <w:left w:w="60" w:type="dxa"/>
              <w:bottom w:w="60" w:type="dxa"/>
              <w:right w:w="60" w:type="dxa"/>
            </w:tcMar>
            <w:vAlign w:val="center"/>
          </w:tcPr>
          <w:p w14:paraId="4B8B7E96" w14:textId="77777777" w:rsidR="00C25C95" w:rsidRDefault="00000000">
            <w:pPr>
              <w:jc w:val="center"/>
            </w:pPr>
            <w:r>
              <w:t>☐</w:t>
            </w:r>
          </w:p>
        </w:tc>
      </w:tr>
      <w:tr w:rsidR="00C25C95" w14:paraId="7CFB7B7C" w14:textId="77777777">
        <w:trPr>
          <w:jc w:val="center"/>
        </w:trPr>
        <w:tc>
          <w:tcPr>
            <w:tcW w:w="792" w:type="dxa"/>
            <w:tcMar>
              <w:top w:w="60" w:type="dxa"/>
              <w:left w:w="60" w:type="dxa"/>
              <w:bottom w:w="60" w:type="dxa"/>
              <w:right w:w="60" w:type="dxa"/>
            </w:tcMar>
            <w:vAlign w:val="center"/>
          </w:tcPr>
          <w:p w14:paraId="03B8133E" w14:textId="77777777" w:rsidR="00C25C95" w:rsidRDefault="00000000">
            <w:r>
              <w:t>T3</w:t>
            </w:r>
          </w:p>
        </w:tc>
        <w:tc>
          <w:tcPr>
            <w:tcW w:w="7632" w:type="dxa"/>
            <w:tcMar>
              <w:top w:w="60" w:type="dxa"/>
              <w:left w:w="60" w:type="dxa"/>
              <w:bottom w:w="60" w:type="dxa"/>
              <w:right w:w="60" w:type="dxa"/>
            </w:tcMar>
            <w:vAlign w:val="center"/>
          </w:tcPr>
          <w:p w14:paraId="47C6EFCA" w14:textId="77777777" w:rsidR="00C25C95" w:rsidRDefault="00000000">
            <w:r>
              <w:t>Voice control</w:t>
            </w:r>
          </w:p>
        </w:tc>
        <w:tc>
          <w:tcPr>
            <w:tcW w:w="936" w:type="dxa"/>
            <w:tcMar>
              <w:top w:w="60" w:type="dxa"/>
              <w:left w:w="60" w:type="dxa"/>
              <w:bottom w:w="60" w:type="dxa"/>
              <w:right w:w="60" w:type="dxa"/>
            </w:tcMar>
            <w:vAlign w:val="center"/>
          </w:tcPr>
          <w:p w14:paraId="35E9F00D" w14:textId="77777777" w:rsidR="00C25C95" w:rsidRDefault="00000000">
            <w:pPr>
              <w:jc w:val="center"/>
            </w:pPr>
            <w:r>
              <w:t>☐</w:t>
            </w:r>
          </w:p>
        </w:tc>
        <w:tc>
          <w:tcPr>
            <w:tcW w:w="936" w:type="dxa"/>
            <w:tcMar>
              <w:top w:w="60" w:type="dxa"/>
              <w:left w:w="60" w:type="dxa"/>
              <w:bottom w:w="60" w:type="dxa"/>
              <w:right w:w="60" w:type="dxa"/>
            </w:tcMar>
            <w:vAlign w:val="center"/>
          </w:tcPr>
          <w:p w14:paraId="6AAAEA21" w14:textId="77777777" w:rsidR="00C25C95" w:rsidRDefault="00000000">
            <w:pPr>
              <w:jc w:val="center"/>
            </w:pPr>
            <w:r>
              <w:t>☐</w:t>
            </w:r>
          </w:p>
        </w:tc>
        <w:tc>
          <w:tcPr>
            <w:tcW w:w="936" w:type="dxa"/>
            <w:tcMar>
              <w:top w:w="60" w:type="dxa"/>
              <w:left w:w="60" w:type="dxa"/>
              <w:bottom w:w="60" w:type="dxa"/>
              <w:right w:w="60" w:type="dxa"/>
            </w:tcMar>
            <w:vAlign w:val="center"/>
          </w:tcPr>
          <w:p w14:paraId="39E4D1CD" w14:textId="77777777" w:rsidR="00C25C95" w:rsidRDefault="00000000">
            <w:pPr>
              <w:jc w:val="center"/>
            </w:pPr>
            <w:r>
              <w:t>☐</w:t>
            </w:r>
          </w:p>
        </w:tc>
        <w:tc>
          <w:tcPr>
            <w:tcW w:w="936" w:type="dxa"/>
            <w:tcMar>
              <w:top w:w="60" w:type="dxa"/>
              <w:left w:w="60" w:type="dxa"/>
              <w:bottom w:w="60" w:type="dxa"/>
              <w:right w:w="60" w:type="dxa"/>
            </w:tcMar>
            <w:vAlign w:val="center"/>
          </w:tcPr>
          <w:p w14:paraId="1A5168D6" w14:textId="77777777" w:rsidR="00C25C95" w:rsidRDefault="00000000">
            <w:pPr>
              <w:jc w:val="center"/>
            </w:pPr>
            <w:r>
              <w:t>☐</w:t>
            </w:r>
          </w:p>
        </w:tc>
        <w:tc>
          <w:tcPr>
            <w:tcW w:w="936" w:type="dxa"/>
            <w:tcMar>
              <w:top w:w="60" w:type="dxa"/>
              <w:left w:w="60" w:type="dxa"/>
              <w:bottom w:w="60" w:type="dxa"/>
              <w:right w:w="60" w:type="dxa"/>
            </w:tcMar>
            <w:vAlign w:val="center"/>
          </w:tcPr>
          <w:p w14:paraId="402F9888" w14:textId="77777777" w:rsidR="00C25C95" w:rsidRDefault="00000000">
            <w:pPr>
              <w:jc w:val="center"/>
            </w:pPr>
            <w:r>
              <w:t>☐</w:t>
            </w:r>
          </w:p>
        </w:tc>
      </w:tr>
      <w:tr w:rsidR="00C25C95" w14:paraId="5B3D24CE" w14:textId="77777777">
        <w:trPr>
          <w:jc w:val="center"/>
        </w:trPr>
        <w:tc>
          <w:tcPr>
            <w:tcW w:w="792" w:type="dxa"/>
            <w:tcMar>
              <w:top w:w="60" w:type="dxa"/>
              <w:left w:w="60" w:type="dxa"/>
              <w:bottom w:w="60" w:type="dxa"/>
              <w:right w:w="60" w:type="dxa"/>
            </w:tcMar>
            <w:vAlign w:val="center"/>
          </w:tcPr>
          <w:p w14:paraId="56BD3B55" w14:textId="77777777" w:rsidR="00C25C95" w:rsidRDefault="00000000">
            <w:r>
              <w:t>T4</w:t>
            </w:r>
          </w:p>
        </w:tc>
        <w:tc>
          <w:tcPr>
            <w:tcW w:w="7632" w:type="dxa"/>
            <w:tcMar>
              <w:top w:w="60" w:type="dxa"/>
              <w:left w:w="60" w:type="dxa"/>
              <w:bottom w:w="60" w:type="dxa"/>
              <w:right w:w="60" w:type="dxa"/>
            </w:tcMar>
            <w:vAlign w:val="center"/>
          </w:tcPr>
          <w:p w14:paraId="349A0C50" w14:textId="77777777" w:rsidR="00C25C95" w:rsidRDefault="00000000">
            <w:r>
              <w:t>Hand-over-mouth</w:t>
            </w:r>
          </w:p>
        </w:tc>
        <w:tc>
          <w:tcPr>
            <w:tcW w:w="936" w:type="dxa"/>
            <w:tcMar>
              <w:top w:w="60" w:type="dxa"/>
              <w:left w:w="60" w:type="dxa"/>
              <w:bottom w:w="60" w:type="dxa"/>
              <w:right w:w="60" w:type="dxa"/>
            </w:tcMar>
            <w:vAlign w:val="center"/>
          </w:tcPr>
          <w:p w14:paraId="14D72A23" w14:textId="77777777" w:rsidR="00C25C95" w:rsidRDefault="00000000">
            <w:pPr>
              <w:jc w:val="center"/>
            </w:pPr>
            <w:r>
              <w:t>☐</w:t>
            </w:r>
          </w:p>
        </w:tc>
        <w:tc>
          <w:tcPr>
            <w:tcW w:w="936" w:type="dxa"/>
            <w:tcMar>
              <w:top w:w="60" w:type="dxa"/>
              <w:left w:w="60" w:type="dxa"/>
              <w:bottom w:w="60" w:type="dxa"/>
              <w:right w:w="60" w:type="dxa"/>
            </w:tcMar>
            <w:vAlign w:val="center"/>
          </w:tcPr>
          <w:p w14:paraId="1D7848B9" w14:textId="77777777" w:rsidR="00C25C95" w:rsidRDefault="00000000">
            <w:pPr>
              <w:jc w:val="center"/>
            </w:pPr>
            <w:r>
              <w:t>☐</w:t>
            </w:r>
          </w:p>
        </w:tc>
        <w:tc>
          <w:tcPr>
            <w:tcW w:w="936" w:type="dxa"/>
            <w:tcMar>
              <w:top w:w="60" w:type="dxa"/>
              <w:left w:w="60" w:type="dxa"/>
              <w:bottom w:w="60" w:type="dxa"/>
              <w:right w:w="60" w:type="dxa"/>
            </w:tcMar>
            <w:vAlign w:val="center"/>
          </w:tcPr>
          <w:p w14:paraId="2A8AAA0A" w14:textId="77777777" w:rsidR="00C25C95" w:rsidRDefault="00000000">
            <w:pPr>
              <w:jc w:val="center"/>
            </w:pPr>
            <w:r>
              <w:t>☐</w:t>
            </w:r>
          </w:p>
        </w:tc>
        <w:tc>
          <w:tcPr>
            <w:tcW w:w="936" w:type="dxa"/>
            <w:tcMar>
              <w:top w:w="60" w:type="dxa"/>
              <w:left w:w="60" w:type="dxa"/>
              <w:bottom w:w="60" w:type="dxa"/>
              <w:right w:w="60" w:type="dxa"/>
            </w:tcMar>
            <w:vAlign w:val="center"/>
          </w:tcPr>
          <w:p w14:paraId="24AA0A64" w14:textId="77777777" w:rsidR="00C25C95" w:rsidRDefault="00000000">
            <w:pPr>
              <w:jc w:val="center"/>
            </w:pPr>
            <w:r>
              <w:t>☐</w:t>
            </w:r>
          </w:p>
        </w:tc>
        <w:tc>
          <w:tcPr>
            <w:tcW w:w="936" w:type="dxa"/>
            <w:tcMar>
              <w:top w:w="60" w:type="dxa"/>
              <w:left w:w="60" w:type="dxa"/>
              <w:bottom w:w="60" w:type="dxa"/>
              <w:right w:w="60" w:type="dxa"/>
            </w:tcMar>
            <w:vAlign w:val="center"/>
          </w:tcPr>
          <w:p w14:paraId="2A5D601E" w14:textId="77777777" w:rsidR="00C25C95" w:rsidRDefault="00000000">
            <w:pPr>
              <w:jc w:val="center"/>
            </w:pPr>
            <w:r>
              <w:t>☐</w:t>
            </w:r>
          </w:p>
        </w:tc>
      </w:tr>
      <w:tr w:rsidR="00C25C95" w14:paraId="43992511" w14:textId="77777777">
        <w:trPr>
          <w:jc w:val="center"/>
        </w:trPr>
        <w:tc>
          <w:tcPr>
            <w:tcW w:w="792" w:type="dxa"/>
            <w:tcMar>
              <w:top w:w="60" w:type="dxa"/>
              <w:left w:w="60" w:type="dxa"/>
              <w:bottom w:w="60" w:type="dxa"/>
              <w:right w:w="60" w:type="dxa"/>
            </w:tcMar>
            <w:vAlign w:val="center"/>
          </w:tcPr>
          <w:p w14:paraId="53B9DEBB" w14:textId="77777777" w:rsidR="00C25C95" w:rsidRDefault="00000000">
            <w:r>
              <w:t>T5</w:t>
            </w:r>
          </w:p>
        </w:tc>
        <w:tc>
          <w:tcPr>
            <w:tcW w:w="7632" w:type="dxa"/>
            <w:tcMar>
              <w:top w:w="60" w:type="dxa"/>
              <w:left w:w="60" w:type="dxa"/>
              <w:bottom w:w="60" w:type="dxa"/>
              <w:right w:w="60" w:type="dxa"/>
            </w:tcMar>
            <w:vAlign w:val="center"/>
          </w:tcPr>
          <w:p w14:paraId="1CA29B5B" w14:textId="77777777" w:rsidR="00C25C95" w:rsidRDefault="00000000">
            <w:r>
              <w:t>Nitrous oxide/inhaled oxygen</w:t>
            </w:r>
          </w:p>
        </w:tc>
        <w:tc>
          <w:tcPr>
            <w:tcW w:w="936" w:type="dxa"/>
            <w:tcMar>
              <w:top w:w="60" w:type="dxa"/>
              <w:left w:w="60" w:type="dxa"/>
              <w:bottom w:w="60" w:type="dxa"/>
              <w:right w:w="60" w:type="dxa"/>
            </w:tcMar>
            <w:vAlign w:val="center"/>
          </w:tcPr>
          <w:p w14:paraId="252EA95C" w14:textId="77777777" w:rsidR="00C25C95" w:rsidRDefault="00000000">
            <w:pPr>
              <w:jc w:val="center"/>
            </w:pPr>
            <w:r>
              <w:t>☐</w:t>
            </w:r>
          </w:p>
        </w:tc>
        <w:tc>
          <w:tcPr>
            <w:tcW w:w="936" w:type="dxa"/>
            <w:tcMar>
              <w:top w:w="60" w:type="dxa"/>
              <w:left w:w="60" w:type="dxa"/>
              <w:bottom w:w="60" w:type="dxa"/>
              <w:right w:w="60" w:type="dxa"/>
            </w:tcMar>
            <w:vAlign w:val="center"/>
          </w:tcPr>
          <w:p w14:paraId="0A23E3D9" w14:textId="77777777" w:rsidR="00C25C95" w:rsidRDefault="00000000">
            <w:pPr>
              <w:jc w:val="center"/>
            </w:pPr>
            <w:r>
              <w:t>☐</w:t>
            </w:r>
          </w:p>
        </w:tc>
        <w:tc>
          <w:tcPr>
            <w:tcW w:w="936" w:type="dxa"/>
            <w:tcMar>
              <w:top w:w="60" w:type="dxa"/>
              <w:left w:w="60" w:type="dxa"/>
              <w:bottom w:w="60" w:type="dxa"/>
              <w:right w:w="60" w:type="dxa"/>
            </w:tcMar>
            <w:vAlign w:val="center"/>
          </w:tcPr>
          <w:p w14:paraId="1DE8C2DE" w14:textId="77777777" w:rsidR="00C25C95" w:rsidRDefault="00000000">
            <w:pPr>
              <w:jc w:val="center"/>
            </w:pPr>
            <w:r>
              <w:t>☐</w:t>
            </w:r>
          </w:p>
        </w:tc>
        <w:tc>
          <w:tcPr>
            <w:tcW w:w="936" w:type="dxa"/>
            <w:tcMar>
              <w:top w:w="60" w:type="dxa"/>
              <w:left w:w="60" w:type="dxa"/>
              <w:bottom w:w="60" w:type="dxa"/>
              <w:right w:w="60" w:type="dxa"/>
            </w:tcMar>
            <w:vAlign w:val="center"/>
          </w:tcPr>
          <w:p w14:paraId="0588799F" w14:textId="77777777" w:rsidR="00C25C95" w:rsidRDefault="00000000">
            <w:pPr>
              <w:jc w:val="center"/>
            </w:pPr>
            <w:r>
              <w:t>☐</w:t>
            </w:r>
          </w:p>
        </w:tc>
        <w:tc>
          <w:tcPr>
            <w:tcW w:w="936" w:type="dxa"/>
            <w:tcMar>
              <w:top w:w="60" w:type="dxa"/>
              <w:left w:w="60" w:type="dxa"/>
              <w:bottom w:w="60" w:type="dxa"/>
              <w:right w:w="60" w:type="dxa"/>
            </w:tcMar>
            <w:vAlign w:val="center"/>
          </w:tcPr>
          <w:p w14:paraId="5FAE7A5D" w14:textId="77777777" w:rsidR="00C25C95" w:rsidRDefault="00000000">
            <w:pPr>
              <w:jc w:val="center"/>
            </w:pPr>
            <w:r>
              <w:t>☐</w:t>
            </w:r>
          </w:p>
        </w:tc>
      </w:tr>
      <w:tr w:rsidR="00C25C95" w14:paraId="02CEA10B" w14:textId="77777777">
        <w:trPr>
          <w:jc w:val="center"/>
        </w:trPr>
        <w:tc>
          <w:tcPr>
            <w:tcW w:w="792" w:type="dxa"/>
            <w:tcMar>
              <w:top w:w="60" w:type="dxa"/>
              <w:left w:w="60" w:type="dxa"/>
              <w:bottom w:w="60" w:type="dxa"/>
              <w:right w:w="60" w:type="dxa"/>
            </w:tcMar>
            <w:vAlign w:val="center"/>
          </w:tcPr>
          <w:p w14:paraId="652FCA80" w14:textId="77777777" w:rsidR="00C25C95" w:rsidRDefault="00000000">
            <w:r>
              <w:t>T6</w:t>
            </w:r>
          </w:p>
        </w:tc>
        <w:tc>
          <w:tcPr>
            <w:tcW w:w="7632" w:type="dxa"/>
            <w:tcMar>
              <w:top w:w="60" w:type="dxa"/>
              <w:left w:w="60" w:type="dxa"/>
              <w:bottom w:w="60" w:type="dxa"/>
              <w:right w:w="60" w:type="dxa"/>
            </w:tcMar>
            <w:vAlign w:val="center"/>
          </w:tcPr>
          <w:p w14:paraId="75787BB8" w14:textId="77777777" w:rsidR="00C25C95" w:rsidRDefault="00000000">
            <w:r>
              <w:t>Encouraging the child not to be a coward</w:t>
            </w:r>
          </w:p>
        </w:tc>
        <w:tc>
          <w:tcPr>
            <w:tcW w:w="936" w:type="dxa"/>
            <w:tcMar>
              <w:top w:w="60" w:type="dxa"/>
              <w:left w:w="60" w:type="dxa"/>
              <w:bottom w:w="60" w:type="dxa"/>
              <w:right w:w="60" w:type="dxa"/>
            </w:tcMar>
            <w:vAlign w:val="center"/>
          </w:tcPr>
          <w:p w14:paraId="2A2F3F46" w14:textId="77777777" w:rsidR="00C25C95" w:rsidRDefault="00000000">
            <w:pPr>
              <w:jc w:val="center"/>
            </w:pPr>
            <w:r>
              <w:t>☐</w:t>
            </w:r>
          </w:p>
        </w:tc>
        <w:tc>
          <w:tcPr>
            <w:tcW w:w="936" w:type="dxa"/>
            <w:tcMar>
              <w:top w:w="60" w:type="dxa"/>
              <w:left w:w="60" w:type="dxa"/>
              <w:bottom w:w="60" w:type="dxa"/>
              <w:right w:w="60" w:type="dxa"/>
            </w:tcMar>
            <w:vAlign w:val="center"/>
          </w:tcPr>
          <w:p w14:paraId="719B3CF7" w14:textId="77777777" w:rsidR="00C25C95" w:rsidRDefault="00000000">
            <w:pPr>
              <w:jc w:val="center"/>
            </w:pPr>
            <w:r>
              <w:t>☐</w:t>
            </w:r>
          </w:p>
        </w:tc>
        <w:tc>
          <w:tcPr>
            <w:tcW w:w="936" w:type="dxa"/>
            <w:tcMar>
              <w:top w:w="60" w:type="dxa"/>
              <w:left w:w="60" w:type="dxa"/>
              <w:bottom w:w="60" w:type="dxa"/>
              <w:right w:w="60" w:type="dxa"/>
            </w:tcMar>
            <w:vAlign w:val="center"/>
          </w:tcPr>
          <w:p w14:paraId="6B7EB615" w14:textId="77777777" w:rsidR="00C25C95" w:rsidRDefault="00000000">
            <w:pPr>
              <w:jc w:val="center"/>
            </w:pPr>
            <w:r>
              <w:t>☐</w:t>
            </w:r>
          </w:p>
        </w:tc>
        <w:tc>
          <w:tcPr>
            <w:tcW w:w="936" w:type="dxa"/>
            <w:tcMar>
              <w:top w:w="60" w:type="dxa"/>
              <w:left w:w="60" w:type="dxa"/>
              <w:bottom w:w="60" w:type="dxa"/>
              <w:right w:w="60" w:type="dxa"/>
            </w:tcMar>
            <w:vAlign w:val="center"/>
          </w:tcPr>
          <w:p w14:paraId="771C2243" w14:textId="77777777" w:rsidR="00C25C95" w:rsidRDefault="00000000">
            <w:pPr>
              <w:jc w:val="center"/>
            </w:pPr>
            <w:r>
              <w:t>☐</w:t>
            </w:r>
          </w:p>
        </w:tc>
        <w:tc>
          <w:tcPr>
            <w:tcW w:w="936" w:type="dxa"/>
            <w:tcMar>
              <w:top w:w="60" w:type="dxa"/>
              <w:left w:w="60" w:type="dxa"/>
              <w:bottom w:w="60" w:type="dxa"/>
              <w:right w:w="60" w:type="dxa"/>
            </w:tcMar>
            <w:vAlign w:val="center"/>
          </w:tcPr>
          <w:p w14:paraId="0D5B4E11" w14:textId="77777777" w:rsidR="00C25C95" w:rsidRDefault="00000000">
            <w:pPr>
              <w:jc w:val="center"/>
            </w:pPr>
            <w:r>
              <w:t>☐</w:t>
            </w:r>
          </w:p>
        </w:tc>
      </w:tr>
      <w:tr w:rsidR="00C25C95" w14:paraId="14029F93" w14:textId="77777777">
        <w:trPr>
          <w:jc w:val="center"/>
        </w:trPr>
        <w:tc>
          <w:tcPr>
            <w:tcW w:w="792" w:type="dxa"/>
            <w:tcMar>
              <w:top w:w="60" w:type="dxa"/>
              <w:left w:w="60" w:type="dxa"/>
              <w:bottom w:w="60" w:type="dxa"/>
              <w:right w:w="60" w:type="dxa"/>
            </w:tcMar>
            <w:vAlign w:val="center"/>
          </w:tcPr>
          <w:p w14:paraId="4C04E5AF" w14:textId="77777777" w:rsidR="00C25C95" w:rsidRDefault="00000000">
            <w:r>
              <w:t>T7</w:t>
            </w:r>
          </w:p>
        </w:tc>
        <w:tc>
          <w:tcPr>
            <w:tcW w:w="7632" w:type="dxa"/>
            <w:tcMar>
              <w:top w:w="60" w:type="dxa"/>
              <w:left w:w="60" w:type="dxa"/>
              <w:bottom w:w="60" w:type="dxa"/>
              <w:right w:w="60" w:type="dxa"/>
            </w:tcMar>
            <w:vAlign w:val="center"/>
          </w:tcPr>
          <w:p w14:paraId="72EC3760" w14:textId="77777777" w:rsidR="00C25C95" w:rsidRDefault="00000000">
            <w:r>
              <w:t>Active immobilisation</w:t>
            </w:r>
          </w:p>
        </w:tc>
        <w:tc>
          <w:tcPr>
            <w:tcW w:w="936" w:type="dxa"/>
            <w:tcMar>
              <w:top w:w="60" w:type="dxa"/>
              <w:left w:w="60" w:type="dxa"/>
              <w:bottom w:w="60" w:type="dxa"/>
              <w:right w:w="60" w:type="dxa"/>
            </w:tcMar>
            <w:vAlign w:val="center"/>
          </w:tcPr>
          <w:p w14:paraId="6B1555AF" w14:textId="77777777" w:rsidR="00C25C95" w:rsidRDefault="00000000">
            <w:pPr>
              <w:jc w:val="center"/>
            </w:pPr>
            <w:r>
              <w:t>☐</w:t>
            </w:r>
          </w:p>
        </w:tc>
        <w:tc>
          <w:tcPr>
            <w:tcW w:w="936" w:type="dxa"/>
            <w:tcMar>
              <w:top w:w="60" w:type="dxa"/>
              <w:left w:w="60" w:type="dxa"/>
              <w:bottom w:w="60" w:type="dxa"/>
              <w:right w:w="60" w:type="dxa"/>
            </w:tcMar>
            <w:vAlign w:val="center"/>
          </w:tcPr>
          <w:p w14:paraId="2C850580" w14:textId="77777777" w:rsidR="00C25C95" w:rsidRDefault="00000000">
            <w:pPr>
              <w:jc w:val="center"/>
            </w:pPr>
            <w:r>
              <w:t>☐</w:t>
            </w:r>
          </w:p>
        </w:tc>
        <w:tc>
          <w:tcPr>
            <w:tcW w:w="936" w:type="dxa"/>
            <w:tcMar>
              <w:top w:w="60" w:type="dxa"/>
              <w:left w:w="60" w:type="dxa"/>
              <w:bottom w:w="60" w:type="dxa"/>
              <w:right w:w="60" w:type="dxa"/>
            </w:tcMar>
            <w:vAlign w:val="center"/>
          </w:tcPr>
          <w:p w14:paraId="0630BAC6" w14:textId="77777777" w:rsidR="00C25C95" w:rsidRDefault="00000000">
            <w:pPr>
              <w:jc w:val="center"/>
            </w:pPr>
            <w:r>
              <w:t>☐</w:t>
            </w:r>
          </w:p>
        </w:tc>
        <w:tc>
          <w:tcPr>
            <w:tcW w:w="936" w:type="dxa"/>
            <w:tcMar>
              <w:top w:w="60" w:type="dxa"/>
              <w:left w:w="60" w:type="dxa"/>
              <w:bottom w:w="60" w:type="dxa"/>
              <w:right w:w="60" w:type="dxa"/>
            </w:tcMar>
            <w:vAlign w:val="center"/>
          </w:tcPr>
          <w:p w14:paraId="1679E50C" w14:textId="77777777" w:rsidR="00C25C95" w:rsidRDefault="00000000">
            <w:pPr>
              <w:jc w:val="center"/>
            </w:pPr>
            <w:r>
              <w:t>☐</w:t>
            </w:r>
          </w:p>
        </w:tc>
        <w:tc>
          <w:tcPr>
            <w:tcW w:w="936" w:type="dxa"/>
            <w:tcMar>
              <w:top w:w="60" w:type="dxa"/>
              <w:left w:w="60" w:type="dxa"/>
              <w:bottom w:w="60" w:type="dxa"/>
              <w:right w:w="60" w:type="dxa"/>
            </w:tcMar>
            <w:vAlign w:val="center"/>
          </w:tcPr>
          <w:p w14:paraId="5D54A9CA" w14:textId="77777777" w:rsidR="00C25C95" w:rsidRDefault="00000000">
            <w:pPr>
              <w:jc w:val="center"/>
            </w:pPr>
            <w:r>
              <w:t>☐</w:t>
            </w:r>
          </w:p>
        </w:tc>
      </w:tr>
      <w:tr w:rsidR="00C25C95" w14:paraId="3E74A87B" w14:textId="77777777">
        <w:trPr>
          <w:jc w:val="center"/>
        </w:trPr>
        <w:tc>
          <w:tcPr>
            <w:tcW w:w="792" w:type="dxa"/>
            <w:tcMar>
              <w:top w:w="60" w:type="dxa"/>
              <w:left w:w="60" w:type="dxa"/>
              <w:bottom w:w="60" w:type="dxa"/>
              <w:right w:w="60" w:type="dxa"/>
            </w:tcMar>
            <w:vAlign w:val="center"/>
          </w:tcPr>
          <w:p w14:paraId="43B0812D" w14:textId="77777777" w:rsidR="00C25C95" w:rsidRDefault="00000000">
            <w:r>
              <w:t>T8</w:t>
            </w:r>
          </w:p>
        </w:tc>
        <w:tc>
          <w:tcPr>
            <w:tcW w:w="7632" w:type="dxa"/>
            <w:tcMar>
              <w:top w:w="60" w:type="dxa"/>
              <w:left w:w="60" w:type="dxa"/>
              <w:bottom w:w="60" w:type="dxa"/>
              <w:right w:w="60" w:type="dxa"/>
            </w:tcMar>
            <w:vAlign w:val="center"/>
          </w:tcPr>
          <w:p w14:paraId="65586CB8" w14:textId="77777777" w:rsidR="00C25C95" w:rsidRDefault="00000000">
            <w:r>
              <w:t>Passive restraint (straps)</w:t>
            </w:r>
          </w:p>
        </w:tc>
        <w:tc>
          <w:tcPr>
            <w:tcW w:w="936" w:type="dxa"/>
            <w:tcMar>
              <w:top w:w="60" w:type="dxa"/>
              <w:left w:w="60" w:type="dxa"/>
              <w:bottom w:w="60" w:type="dxa"/>
              <w:right w:w="60" w:type="dxa"/>
            </w:tcMar>
            <w:vAlign w:val="center"/>
          </w:tcPr>
          <w:p w14:paraId="0C4FB2BA" w14:textId="77777777" w:rsidR="00C25C95" w:rsidRDefault="00000000">
            <w:pPr>
              <w:jc w:val="center"/>
            </w:pPr>
            <w:r>
              <w:t>☐</w:t>
            </w:r>
          </w:p>
        </w:tc>
        <w:tc>
          <w:tcPr>
            <w:tcW w:w="936" w:type="dxa"/>
            <w:tcMar>
              <w:top w:w="60" w:type="dxa"/>
              <w:left w:w="60" w:type="dxa"/>
              <w:bottom w:w="60" w:type="dxa"/>
              <w:right w:w="60" w:type="dxa"/>
            </w:tcMar>
            <w:vAlign w:val="center"/>
          </w:tcPr>
          <w:p w14:paraId="688841EA" w14:textId="77777777" w:rsidR="00C25C95" w:rsidRDefault="00000000">
            <w:pPr>
              <w:jc w:val="center"/>
            </w:pPr>
            <w:r>
              <w:t>☐</w:t>
            </w:r>
          </w:p>
        </w:tc>
        <w:tc>
          <w:tcPr>
            <w:tcW w:w="936" w:type="dxa"/>
            <w:tcMar>
              <w:top w:w="60" w:type="dxa"/>
              <w:left w:w="60" w:type="dxa"/>
              <w:bottom w:w="60" w:type="dxa"/>
              <w:right w:w="60" w:type="dxa"/>
            </w:tcMar>
            <w:vAlign w:val="center"/>
          </w:tcPr>
          <w:p w14:paraId="4E559EA0" w14:textId="77777777" w:rsidR="00C25C95" w:rsidRDefault="00000000">
            <w:pPr>
              <w:jc w:val="center"/>
            </w:pPr>
            <w:r>
              <w:t>☐</w:t>
            </w:r>
          </w:p>
        </w:tc>
        <w:tc>
          <w:tcPr>
            <w:tcW w:w="936" w:type="dxa"/>
            <w:tcMar>
              <w:top w:w="60" w:type="dxa"/>
              <w:left w:w="60" w:type="dxa"/>
              <w:bottom w:w="60" w:type="dxa"/>
              <w:right w:w="60" w:type="dxa"/>
            </w:tcMar>
            <w:vAlign w:val="center"/>
          </w:tcPr>
          <w:p w14:paraId="45B33A30" w14:textId="77777777" w:rsidR="00C25C95" w:rsidRDefault="00000000">
            <w:pPr>
              <w:jc w:val="center"/>
            </w:pPr>
            <w:r>
              <w:t>☐</w:t>
            </w:r>
          </w:p>
        </w:tc>
        <w:tc>
          <w:tcPr>
            <w:tcW w:w="936" w:type="dxa"/>
            <w:tcMar>
              <w:top w:w="60" w:type="dxa"/>
              <w:left w:w="60" w:type="dxa"/>
              <w:bottom w:w="60" w:type="dxa"/>
              <w:right w:w="60" w:type="dxa"/>
            </w:tcMar>
            <w:vAlign w:val="center"/>
          </w:tcPr>
          <w:p w14:paraId="07CC2A05" w14:textId="77777777" w:rsidR="00C25C95" w:rsidRDefault="00000000">
            <w:pPr>
              <w:jc w:val="center"/>
            </w:pPr>
            <w:r>
              <w:t>☐</w:t>
            </w:r>
          </w:p>
        </w:tc>
      </w:tr>
      <w:tr w:rsidR="00C25C95" w14:paraId="72B3FB0D" w14:textId="77777777">
        <w:trPr>
          <w:jc w:val="center"/>
        </w:trPr>
        <w:tc>
          <w:tcPr>
            <w:tcW w:w="792" w:type="dxa"/>
            <w:tcMar>
              <w:top w:w="60" w:type="dxa"/>
              <w:left w:w="60" w:type="dxa"/>
              <w:bottom w:w="60" w:type="dxa"/>
              <w:right w:w="60" w:type="dxa"/>
            </w:tcMar>
            <w:vAlign w:val="center"/>
          </w:tcPr>
          <w:p w14:paraId="1C704609" w14:textId="77777777" w:rsidR="00C25C95" w:rsidRDefault="00000000">
            <w:r>
              <w:t>T9</w:t>
            </w:r>
          </w:p>
        </w:tc>
        <w:tc>
          <w:tcPr>
            <w:tcW w:w="7632" w:type="dxa"/>
            <w:tcMar>
              <w:top w:w="60" w:type="dxa"/>
              <w:left w:w="60" w:type="dxa"/>
              <w:bottom w:w="60" w:type="dxa"/>
              <w:right w:w="60" w:type="dxa"/>
            </w:tcMar>
            <w:vAlign w:val="center"/>
          </w:tcPr>
          <w:p w14:paraId="1A3B8876" w14:textId="77777777" w:rsidR="00C25C95" w:rsidRDefault="00000000">
            <w:r>
              <w:t>Distraction with videos or music</w:t>
            </w:r>
          </w:p>
        </w:tc>
        <w:tc>
          <w:tcPr>
            <w:tcW w:w="936" w:type="dxa"/>
            <w:tcMar>
              <w:top w:w="60" w:type="dxa"/>
              <w:left w:w="60" w:type="dxa"/>
              <w:bottom w:w="60" w:type="dxa"/>
              <w:right w:w="60" w:type="dxa"/>
            </w:tcMar>
            <w:vAlign w:val="center"/>
          </w:tcPr>
          <w:p w14:paraId="78EECB64" w14:textId="77777777" w:rsidR="00C25C95" w:rsidRDefault="00000000">
            <w:pPr>
              <w:jc w:val="center"/>
            </w:pPr>
            <w:r>
              <w:t>☐</w:t>
            </w:r>
          </w:p>
        </w:tc>
        <w:tc>
          <w:tcPr>
            <w:tcW w:w="936" w:type="dxa"/>
            <w:tcMar>
              <w:top w:w="60" w:type="dxa"/>
              <w:left w:w="60" w:type="dxa"/>
              <w:bottom w:w="60" w:type="dxa"/>
              <w:right w:w="60" w:type="dxa"/>
            </w:tcMar>
            <w:vAlign w:val="center"/>
          </w:tcPr>
          <w:p w14:paraId="7BFDA1D4" w14:textId="77777777" w:rsidR="00C25C95" w:rsidRDefault="00000000">
            <w:pPr>
              <w:jc w:val="center"/>
            </w:pPr>
            <w:r>
              <w:t>☐</w:t>
            </w:r>
          </w:p>
        </w:tc>
        <w:tc>
          <w:tcPr>
            <w:tcW w:w="936" w:type="dxa"/>
            <w:tcMar>
              <w:top w:w="60" w:type="dxa"/>
              <w:left w:w="60" w:type="dxa"/>
              <w:bottom w:w="60" w:type="dxa"/>
              <w:right w:w="60" w:type="dxa"/>
            </w:tcMar>
            <w:vAlign w:val="center"/>
          </w:tcPr>
          <w:p w14:paraId="4C362E70" w14:textId="77777777" w:rsidR="00C25C95" w:rsidRDefault="00000000">
            <w:pPr>
              <w:jc w:val="center"/>
            </w:pPr>
            <w:r>
              <w:t>☐</w:t>
            </w:r>
          </w:p>
        </w:tc>
        <w:tc>
          <w:tcPr>
            <w:tcW w:w="936" w:type="dxa"/>
            <w:tcMar>
              <w:top w:w="60" w:type="dxa"/>
              <w:left w:w="60" w:type="dxa"/>
              <w:bottom w:w="60" w:type="dxa"/>
              <w:right w:w="60" w:type="dxa"/>
            </w:tcMar>
            <w:vAlign w:val="center"/>
          </w:tcPr>
          <w:p w14:paraId="55A0523B" w14:textId="77777777" w:rsidR="00C25C95" w:rsidRDefault="00000000">
            <w:pPr>
              <w:jc w:val="center"/>
            </w:pPr>
            <w:r>
              <w:t>☐</w:t>
            </w:r>
          </w:p>
        </w:tc>
        <w:tc>
          <w:tcPr>
            <w:tcW w:w="936" w:type="dxa"/>
            <w:tcMar>
              <w:top w:w="60" w:type="dxa"/>
              <w:left w:w="60" w:type="dxa"/>
              <w:bottom w:w="60" w:type="dxa"/>
              <w:right w:w="60" w:type="dxa"/>
            </w:tcMar>
            <w:vAlign w:val="center"/>
          </w:tcPr>
          <w:p w14:paraId="027F8F95" w14:textId="77777777" w:rsidR="00C25C95" w:rsidRDefault="00000000">
            <w:pPr>
              <w:jc w:val="center"/>
            </w:pPr>
            <w:r>
              <w:t>☐</w:t>
            </w:r>
          </w:p>
        </w:tc>
      </w:tr>
      <w:tr w:rsidR="00C25C95" w14:paraId="411C142D" w14:textId="77777777">
        <w:trPr>
          <w:jc w:val="center"/>
        </w:trPr>
        <w:tc>
          <w:tcPr>
            <w:tcW w:w="792" w:type="dxa"/>
            <w:tcMar>
              <w:top w:w="60" w:type="dxa"/>
              <w:left w:w="60" w:type="dxa"/>
              <w:bottom w:w="60" w:type="dxa"/>
              <w:right w:w="60" w:type="dxa"/>
            </w:tcMar>
            <w:vAlign w:val="center"/>
          </w:tcPr>
          <w:p w14:paraId="7DB31D34" w14:textId="77777777" w:rsidR="00C25C95" w:rsidRDefault="00000000">
            <w:r>
              <w:t>T10</w:t>
            </w:r>
          </w:p>
        </w:tc>
        <w:tc>
          <w:tcPr>
            <w:tcW w:w="7632" w:type="dxa"/>
            <w:tcMar>
              <w:top w:w="60" w:type="dxa"/>
              <w:left w:w="60" w:type="dxa"/>
              <w:bottom w:w="60" w:type="dxa"/>
              <w:right w:w="60" w:type="dxa"/>
            </w:tcMar>
            <w:vAlign w:val="center"/>
          </w:tcPr>
          <w:p w14:paraId="5B7451FE" w14:textId="77777777" w:rsidR="00C25C95" w:rsidRDefault="00000000">
            <w:r>
              <w:t>Positive reinforcement</w:t>
            </w:r>
          </w:p>
        </w:tc>
        <w:tc>
          <w:tcPr>
            <w:tcW w:w="936" w:type="dxa"/>
            <w:tcMar>
              <w:top w:w="60" w:type="dxa"/>
              <w:left w:w="60" w:type="dxa"/>
              <w:bottom w:w="60" w:type="dxa"/>
              <w:right w:w="60" w:type="dxa"/>
            </w:tcMar>
            <w:vAlign w:val="center"/>
          </w:tcPr>
          <w:p w14:paraId="187A7217" w14:textId="77777777" w:rsidR="00C25C95" w:rsidRDefault="00000000">
            <w:pPr>
              <w:jc w:val="center"/>
            </w:pPr>
            <w:r>
              <w:t>☐</w:t>
            </w:r>
          </w:p>
        </w:tc>
        <w:tc>
          <w:tcPr>
            <w:tcW w:w="936" w:type="dxa"/>
            <w:tcMar>
              <w:top w:w="60" w:type="dxa"/>
              <w:left w:w="60" w:type="dxa"/>
              <w:bottom w:w="60" w:type="dxa"/>
              <w:right w:w="60" w:type="dxa"/>
            </w:tcMar>
            <w:vAlign w:val="center"/>
          </w:tcPr>
          <w:p w14:paraId="2C7796A7" w14:textId="77777777" w:rsidR="00C25C95" w:rsidRDefault="00000000">
            <w:pPr>
              <w:jc w:val="center"/>
            </w:pPr>
            <w:r>
              <w:t>☐</w:t>
            </w:r>
          </w:p>
        </w:tc>
        <w:tc>
          <w:tcPr>
            <w:tcW w:w="936" w:type="dxa"/>
            <w:tcMar>
              <w:top w:w="60" w:type="dxa"/>
              <w:left w:w="60" w:type="dxa"/>
              <w:bottom w:w="60" w:type="dxa"/>
              <w:right w:w="60" w:type="dxa"/>
            </w:tcMar>
            <w:vAlign w:val="center"/>
          </w:tcPr>
          <w:p w14:paraId="02DB4449" w14:textId="77777777" w:rsidR="00C25C95" w:rsidRDefault="00000000">
            <w:pPr>
              <w:jc w:val="center"/>
            </w:pPr>
            <w:r>
              <w:t>☐</w:t>
            </w:r>
          </w:p>
        </w:tc>
        <w:tc>
          <w:tcPr>
            <w:tcW w:w="936" w:type="dxa"/>
            <w:tcMar>
              <w:top w:w="60" w:type="dxa"/>
              <w:left w:w="60" w:type="dxa"/>
              <w:bottom w:w="60" w:type="dxa"/>
              <w:right w:w="60" w:type="dxa"/>
            </w:tcMar>
            <w:vAlign w:val="center"/>
          </w:tcPr>
          <w:p w14:paraId="30D7602A" w14:textId="77777777" w:rsidR="00C25C95" w:rsidRDefault="00000000">
            <w:pPr>
              <w:jc w:val="center"/>
            </w:pPr>
            <w:r>
              <w:t>☐</w:t>
            </w:r>
          </w:p>
        </w:tc>
        <w:tc>
          <w:tcPr>
            <w:tcW w:w="936" w:type="dxa"/>
            <w:tcMar>
              <w:top w:w="60" w:type="dxa"/>
              <w:left w:w="60" w:type="dxa"/>
              <w:bottom w:w="60" w:type="dxa"/>
              <w:right w:w="60" w:type="dxa"/>
            </w:tcMar>
            <w:vAlign w:val="center"/>
          </w:tcPr>
          <w:p w14:paraId="5190F537" w14:textId="77777777" w:rsidR="00C25C95" w:rsidRDefault="00000000">
            <w:pPr>
              <w:jc w:val="center"/>
            </w:pPr>
            <w:r>
              <w:t>☐</w:t>
            </w:r>
          </w:p>
        </w:tc>
      </w:tr>
      <w:tr w:rsidR="00C25C95" w14:paraId="06902BF1" w14:textId="77777777">
        <w:trPr>
          <w:jc w:val="center"/>
        </w:trPr>
        <w:tc>
          <w:tcPr>
            <w:tcW w:w="792" w:type="dxa"/>
            <w:tcMar>
              <w:top w:w="60" w:type="dxa"/>
              <w:left w:w="60" w:type="dxa"/>
              <w:bottom w:w="60" w:type="dxa"/>
              <w:right w:w="60" w:type="dxa"/>
            </w:tcMar>
            <w:vAlign w:val="center"/>
          </w:tcPr>
          <w:p w14:paraId="6D3EC9FA" w14:textId="77777777" w:rsidR="00C25C95" w:rsidRDefault="00000000">
            <w:r>
              <w:t>T11</w:t>
            </w:r>
          </w:p>
        </w:tc>
        <w:tc>
          <w:tcPr>
            <w:tcW w:w="7632" w:type="dxa"/>
            <w:tcMar>
              <w:top w:w="60" w:type="dxa"/>
              <w:left w:w="60" w:type="dxa"/>
              <w:bottom w:w="60" w:type="dxa"/>
              <w:right w:w="60" w:type="dxa"/>
            </w:tcMar>
            <w:vAlign w:val="center"/>
          </w:tcPr>
          <w:p w14:paraId="1CD76E8A" w14:textId="77777777" w:rsidR="00C25C95" w:rsidRDefault="00000000">
            <w:r>
              <w:t>Sensory stimulation</w:t>
            </w:r>
          </w:p>
        </w:tc>
        <w:tc>
          <w:tcPr>
            <w:tcW w:w="936" w:type="dxa"/>
            <w:tcMar>
              <w:top w:w="60" w:type="dxa"/>
              <w:left w:w="60" w:type="dxa"/>
              <w:bottom w:w="60" w:type="dxa"/>
              <w:right w:w="60" w:type="dxa"/>
            </w:tcMar>
            <w:vAlign w:val="center"/>
          </w:tcPr>
          <w:p w14:paraId="0FB85B35" w14:textId="77777777" w:rsidR="00C25C95" w:rsidRDefault="00000000">
            <w:pPr>
              <w:jc w:val="center"/>
            </w:pPr>
            <w:r>
              <w:t>☐</w:t>
            </w:r>
          </w:p>
        </w:tc>
        <w:tc>
          <w:tcPr>
            <w:tcW w:w="936" w:type="dxa"/>
            <w:tcMar>
              <w:top w:w="60" w:type="dxa"/>
              <w:left w:w="60" w:type="dxa"/>
              <w:bottom w:w="60" w:type="dxa"/>
              <w:right w:w="60" w:type="dxa"/>
            </w:tcMar>
            <w:vAlign w:val="center"/>
          </w:tcPr>
          <w:p w14:paraId="2E8FC723" w14:textId="77777777" w:rsidR="00C25C95" w:rsidRDefault="00000000">
            <w:pPr>
              <w:jc w:val="center"/>
            </w:pPr>
            <w:r>
              <w:t>☐</w:t>
            </w:r>
          </w:p>
        </w:tc>
        <w:tc>
          <w:tcPr>
            <w:tcW w:w="936" w:type="dxa"/>
            <w:tcMar>
              <w:top w:w="60" w:type="dxa"/>
              <w:left w:w="60" w:type="dxa"/>
              <w:bottom w:w="60" w:type="dxa"/>
              <w:right w:w="60" w:type="dxa"/>
            </w:tcMar>
            <w:vAlign w:val="center"/>
          </w:tcPr>
          <w:p w14:paraId="5CD75D1C" w14:textId="77777777" w:rsidR="00C25C95" w:rsidRDefault="00000000">
            <w:pPr>
              <w:jc w:val="center"/>
            </w:pPr>
            <w:r>
              <w:t>☐</w:t>
            </w:r>
          </w:p>
        </w:tc>
        <w:tc>
          <w:tcPr>
            <w:tcW w:w="936" w:type="dxa"/>
            <w:tcMar>
              <w:top w:w="60" w:type="dxa"/>
              <w:left w:w="60" w:type="dxa"/>
              <w:bottom w:w="60" w:type="dxa"/>
              <w:right w:w="60" w:type="dxa"/>
            </w:tcMar>
            <w:vAlign w:val="center"/>
          </w:tcPr>
          <w:p w14:paraId="4D1BDB61" w14:textId="77777777" w:rsidR="00C25C95" w:rsidRDefault="00000000">
            <w:pPr>
              <w:jc w:val="center"/>
            </w:pPr>
            <w:r>
              <w:t>☐</w:t>
            </w:r>
          </w:p>
        </w:tc>
        <w:tc>
          <w:tcPr>
            <w:tcW w:w="936" w:type="dxa"/>
            <w:tcMar>
              <w:top w:w="60" w:type="dxa"/>
              <w:left w:w="60" w:type="dxa"/>
              <w:bottom w:w="60" w:type="dxa"/>
              <w:right w:w="60" w:type="dxa"/>
            </w:tcMar>
            <w:vAlign w:val="center"/>
          </w:tcPr>
          <w:p w14:paraId="40BBFAC5" w14:textId="77777777" w:rsidR="00C25C95" w:rsidRDefault="00000000">
            <w:pPr>
              <w:jc w:val="center"/>
            </w:pPr>
            <w:r>
              <w:t>☐</w:t>
            </w:r>
          </w:p>
        </w:tc>
      </w:tr>
      <w:tr w:rsidR="00C25C95" w14:paraId="0B140F98" w14:textId="77777777">
        <w:trPr>
          <w:jc w:val="center"/>
        </w:trPr>
        <w:tc>
          <w:tcPr>
            <w:tcW w:w="792" w:type="dxa"/>
            <w:tcMar>
              <w:top w:w="60" w:type="dxa"/>
              <w:left w:w="60" w:type="dxa"/>
              <w:bottom w:w="60" w:type="dxa"/>
              <w:right w:w="60" w:type="dxa"/>
            </w:tcMar>
            <w:vAlign w:val="center"/>
          </w:tcPr>
          <w:p w14:paraId="63F25DE4" w14:textId="77777777" w:rsidR="00C25C95" w:rsidRDefault="00000000">
            <w:r>
              <w:t>T12</w:t>
            </w:r>
          </w:p>
        </w:tc>
        <w:tc>
          <w:tcPr>
            <w:tcW w:w="7632" w:type="dxa"/>
            <w:tcMar>
              <w:top w:w="60" w:type="dxa"/>
              <w:left w:w="60" w:type="dxa"/>
              <w:bottom w:w="60" w:type="dxa"/>
              <w:right w:w="60" w:type="dxa"/>
            </w:tcMar>
            <w:vAlign w:val="center"/>
          </w:tcPr>
          <w:p w14:paraId="6408ED83" w14:textId="77777777" w:rsidR="00C25C95" w:rsidRDefault="00000000">
            <w:r>
              <w:t>Mentioning the possibility of pain</w:t>
            </w:r>
          </w:p>
        </w:tc>
        <w:tc>
          <w:tcPr>
            <w:tcW w:w="936" w:type="dxa"/>
            <w:tcMar>
              <w:top w:w="60" w:type="dxa"/>
              <w:left w:w="60" w:type="dxa"/>
              <w:bottom w:w="60" w:type="dxa"/>
              <w:right w:w="60" w:type="dxa"/>
            </w:tcMar>
            <w:vAlign w:val="center"/>
          </w:tcPr>
          <w:p w14:paraId="458C93D4" w14:textId="77777777" w:rsidR="00C25C95" w:rsidRDefault="00000000">
            <w:pPr>
              <w:jc w:val="center"/>
            </w:pPr>
            <w:r>
              <w:t>☐</w:t>
            </w:r>
          </w:p>
        </w:tc>
        <w:tc>
          <w:tcPr>
            <w:tcW w:w="936" w:type="dxa"/>
            <w:tcMar>
              <w:top w:w="60" w:type="dxa"/>
              <w:left w:w="60" w:type="dxa"/>
              <w:bottom w:w="60" w:type="dxa"/>
              <w:right w:w="60" w:type="dxa"/>
            </w:tcMar>
            <w:vAlign w:val="center"/>
          </w:tcPr>
          <w:p w14:paraId="3D1012AB" w14:textId="77777777" w:rsidR="00C25C95" w:rsidRDefault="00000000">
            <w:pPr>
              <w:jc w:val="center"/>
            </w:pPr>
            <w:r>
              <w:t>☐</w:t>
            </w:r>
          </w:p>
        </w:tc>
        <w:tc>
          <w:tcPr>
            <w:tcW w:w="936" w:type="dxa"/>
            <w:tcMar>
              <w:top w:w="60" w:type="dxa"/>
              <w:left w:w="60" w:type="dxa"/>
              <w:bottom w:w="60" w:type="dxa"/>
              <w:right w:w="60" w:type="dxa"/>
            </w:tcMar>
            <w:vAlign w:val="center"/>
          </w:tcPr>
          <w:p w14:paraId="2CA8FE1E" w14:textId="77777777" w:rsidR="00C25C95" w:rsidRDefault="00000000">
            <w:pPr>
              <w:jc w:val="center"/>
            </w:pPr>
            <w:r>
              <w:t>☐</w:t>
            </w:r>
          </w:p>
        </w:tc>
        <w:tc>
          <w:tcPr>
            <w:tcW w:w="936" w:type="dxa"/>
            <w:tcMar>
              <w:top w:w="60" w:type="dxa"/>
              <w:left w:w="60" w:type="dxa"/>
              <w:bottom w:w="60" w:type="dxa"/>
              <w:right w:w="60" w:type="dxa"/>
            </w:tcMar>
            <w:vAlign w:val="center"/>
          </w:tcPr>
          <w:p w14:paraId="6A299020" w14:textId="77777777" w:rsidR="00C25C95" w:rsidRDefault="00000000">
            <w:pPr>
              <w:jc w:val="center"/>
            </w:pPr>
            <w:r>
              <w:t>☐</w:t>
            </w:r>
          </w:p>
        </w:tc>
        <w:tc>
          <w:tcPr>
            <w:tcW w:w="936" w:type="dxa"/>
            <w:tcMar>
              <w:top w:w="60" w:type="dxa"/>
              <w:left w:w="60" w:type="dxa"/>
              <w:bottom w:w="60" w:type="dxa"/>
              <w:right w:w="60" w:type="dxa"/>
            </w:tcMar>
            <w:vAlign w:val="center"/>
          </w:tcPr>
          <w:p w14:paraId="578B038D" w14:textId="77777777" w:rsidR="00C25C95" w:rsidRDefault="00000000">
            <w:pPr>
              <w:jc w:val="center"/>
            </w:pPr>
            <w:r>
              <w:t>☐</w:t>
            </w:r>
          </w:p>
        </w:tc>
      </w:tr>
      <w:tr w:rsidR="00C25C95" w14:paraId="726B28BA" w14:textId="77777777">
        <w:trPr>
          <w:jc w:val="center"/>
        </w:trPr>
        <w:tc>
          <w:tcPr>
            <w:tcW w:w="792" w:type="dxa"/>
            <w:tcMar>
              <w:top w:w="60" w:type="dxa"/>
              <w:left w:w="60" w:type="dxa"/>
              <w:bottom w:w="60" w:type="dxa"/>
              <w:right w:w="60" w:type="dxa"/>
            </w:tcMar>
            <w:vAlign w:val="center"/>
          </w:tcPr>
          <w:p w14:paraId="1BA6E5C1" w14:textId="77777777" w:rsidR="00C25C95" w:rsidRDefault="00000000">
            <w:r>
              <w:t>T13</w:t>
            </w:r>
          </w:p>
        </w:tc>
        <w:tc>
          <w:tcPr>
            <w:tcW w:w="7632" w:type="dxa"/>
            <w:tcMar>
              <w:top w:w="60" w:type="dxa"/>
              <w:left w:w="60" w:type="dxa"/>
              <w:bottom w:w="60" w:type="dxa"/>
              <w:right w:w="60" w:type="dxa"/>
            </w:tcMar>
            <w:vAlign w:val="center"/>
          </w:tcPr>
          <w:p w14:paraId="6CC8E50B" w14:textId="77777777" w:rsidR="00C25C95" w:rsidRDefault="00000000">
            <w:r>
              <w:t>Explanation of the procedure</w:t>
            </w:r>
          </w:p>
        </w:tc>
        <w:tc>
          <w:tcPr>
            <w:tcW w:w="936" w:type="dxa"/>
            <w:tcMar>
              <w:top w:w="60" w:type="dxa"/>
              <w:left w:w="60" w:type="dxa"/>
              <w:bottom w:w="60" w:type="dxa"/>
              <w:right w:w="60" w:type="dxa"/>
            </w:tcMar>
            <w:vAlign w:val="center"/>
          </w:tcPr>
          <w:p w14:paraId="7207BF38" w14:textId="77777777" w:rsidR="00C25C95" w:rsidRDefault="00000000">
            <w:pPr>
              <w:jc w:val="center"/>
            </w:pPr>
            <w:r>
              <w:t>☐</w:t>
            </w:r>
          </w:p>
        </w:tc>
        <w:tc>
          <w:tcPr>
            <w:tcW w:w="936" w:type="dxa"/>
            <w:tcMar>
              <w:top w:w="60" w:type="dxa"/>
              <w:left w:w="60" w:type="dxa"/>
              <w:bottom w:w="60" w:type="dxa"/>
              <w:right w:w="60" w:type="dxa"/>
            </w:tcMar>
            <w:vAlign w:val="center"/>
          </w:tcPr>
          <w:p w14:paraId="2E3FBAA9" w14:textId="77777777" w:rsidR="00C25C95" w:rsidRDefault="00000000">
            <w:pPr>
              <w:jc w:val="center"/>
            </w:pPr>
            <w:r>
              <w:t>☐</w:t>
            </w:r>
          </w:p>
        </w:tc>
        <w:tc>
          <w:tcPr>
            <w:tcW w:w="936" w:type="dxa"/>
            <w:tcMar>
              <w:top w:w="60" w:type="dxa"/>
              <w:left w:w="60" w:type="dxa"/>
              <w:bottom w:w="60" w:type="dxa"/>
              <w:right w:w="60" w:type="dxa"/>
            </w:tcMar>
            <w:vAlign w:val="center"/>
          </w:tcPr>
          <w:p w14:paraId="5DE8ADD9" w14:textId="77777777" w:rsidR="00C25C95" w:rsidRDefault="00000000">
            <w:pPr>
              <w:jc w:val="center"/>
            </w:pPr>
            <w:r>
              <w:t>☐</w:t>
            </w:r>
          </w:p>
        </w:tc>
        <w:tc>
          <w:tcPr>
            <w:tcW w:w="936" w:type="dxa"/>
            <w:tcMar>
              <w:top w:w="60" w:type="dxa"/>
              <w:left w:w="60" w:type="dxa"/>
              <w:bottom w:w="60" w:type="dxa"/>
              <w:right w:w="60" w:type="dxa"/>
            </w:tcMar>
            <w:vAlign w:val="center"/>
          </w:tcPr>
          <w:p w14:paraId="42625079" w14:textId="77777777" w:rsidR="00C25C95" w:rsidRDefault="00000000">
            <w:pPr>
              <w:jc w:val="center"/>
            </w:pPr>
            <w:r>
              <w:t>☐</w:t>
            </w:r>
          </w:p>
        </w:tc>
        <w:tc>
          <w:tcPr>
            <w:tcW w:w="936" w:type="dxa"/>
            <w:tcMar>
              <w:top w:w="60" w:type="dxa"/>
              <w:left w:w="60" w:type="dxa"/>
              <w:bottom w:w="60" w:type="dxa"/>
              <w:right w:w="60" w:type="dxa"/>
            </w:tcMar>
            <w:vAlign w:val="center"/>
          </w:tcPr>
          <w:p w14:paraId="50B60859" w14:textId="77777777" w:rsidR="00C25C95" w:rsidRDefault="00000000">
            <w:pPr>
              <w:jc w:val="center"/>
            </w:pPr>
            <w:r>
              <w:t>☐</w:t>
            </w:r>
          </w:p>
        </w:tc>
      </w:tr>
      <w:tr w:rsidR="00C25C95" w14:paraId="01CFB1DF" w14:textId="77777777">
        <w:trPr>
          <w:jc w:val="center"/>
        </w:trPr>
        <w:tc>
          <w:tcPr>
            <w:tcW w:w="792" w:type="dxa"/>
            <w:tcMar>
              <w:top w:w="60" w:type="dxa"/>
              <w:left w:w="60" w:type="dxa"/>
              <w:bottom w:w="60" w:type="dxa"/>
              <w:right w:w="60" w:type="dxa"/>
            </w:tcMar>
            <w:vAlign w:val="center"/>
          </w:tcPr>
          <w:p w14:paraId="14066514" w14:textId="77777777" w:rsidR="00C25C95" w:rsidRDefault="00000000">
            <w:r>
              <w:t>T14</w:t>
            </w:r>
          </w:p>
        </w:tc>
        <w:tc>
          <w:tcPr>
            <w:tcW w:w="7632" w:type="dxa"/>
            <w:tcMar>
              <w:top w:w="60" w:type="dxa"/>
              <w:left w:w="60" w:type="dxa"/>
              <w:bottom w:w="60" w:type="dxa"/>
              <w:right w:w="60" w:type="dxa"/>
            </w:tcMar>
            <w:vAlign w:val="center"/>
          </w:tcPr>
          <w:p w14:paraId="54606D55" w14:textId="77777777" w:rsidR="00C25C95" w:rsidRDefault="00000000">
            <w:r>
              <w:t>Pharmacological sedation</w:t>
            </w:r>
          </w:p>
        </w:tc>
        <w:tc>
          <w:tcPr>
            <w:tcW w:w="936" w:type="dxa"/>
            <w:tcMar>
              <w:top w:w="60" w:type="dxa"/>
              <w:left w:w="60" w:type="dxa"/>
              <w:bottom w:w="60" w:type="dxa"/>
              <w:right w:w="60" w:type="dxa"/>
            </w:tcMar>
            <w:vAlign w:val="center"/>
          </w:tcPr>
          <w:p w14:paraId="124F3125" w14:textId="77777777" w:rsidR="00C25C95" w:rsidRDefault="00000000">
            <w:pPr>
              <w:jc w:val="center"/>
            </w:pPr>
            <w:r>
              <w:t>☐</w:t>
            </w:r>
          </w:p>
        </w:tc>
        <w:tc>
          <w:tcPr>
            <w:tcW w:w="936" w:type="dxa"/>
            <w:tcMar>
              <w:top w:w="60" w:type="dxa"/>
              <w:left w:w="60" w:type="dxa"/>
              <w:bottom w:w="60" w:type="dxa"/>
              <w:right w:w="60" w:type="dxa"/>
            </w:tcMar>
            <w:vAlign w:val="center"/>
          </w:tcPr>
          <w:p w14:paraId="031D1510" w14:textId="77777777" w:rsidR="00C25C95" w:rsidRDefault="00000000">
            <w:pPr>
              <w:jc w:val="center"/>
            </w:pPr>
            <w:r>
              <w:t>☐</w:t>
            </w:r>
          </w:p>
        </w:tc>
        <w:tc>
          <w:tcPr>
            <w:tcW w:w="936" w:type="dxa"/>
            <w:tcMar>
              <w:top w:w="60" w:type="dxa"/>
              <w:left w:w="60" w:type="dxa"/>
              <w:bottom w:w="60" w:type="dxa"/>
              <w:right w:w="60" w:type="dxa"/>
            </w:tcMar>
            <w:vAlign w:val="center"/>
          </w:tcPr>
          <w:p w14:paraId="0DBDB845" w14:textId="77777777" w:rsidR="00C25C95" w:rsidRDefault="00000000">
            <w:pPr>
              <w:jc w:val="center"/>
            </w:pPr>
            <w:r>
              <w:t>☐</w:t>
            </w:r>
          </w:p>
        </w:tc>
        <w:tc>
          <w:tcPr>
            <w:tcW w:w="936" w:type="dxa"/>
            <w:tcMar>
              <w:top w:w="60" w:type="dxa"/>
              <w:left w:w="60" w:type="dxa"/>
              <w:bottom w:w="60" w:type="dxa"/>
              <w:right w:w="60" w:type="dxa"/>
            </w:tcMar>
            <w:vAlign w:val="center"/>
          </w:tcPr>
          <w:p w14:paraId="4252DE0D" w14:textId="77777777" w:rsidR="00C25C95" w:rsidRDefault="00000000">
            <w:pPr>
              <w:jc w:val="center"/>
            </w:pPr>
            <w:r>
              <w:t>☐</w:t>
            </w:r>
          </w:p>
        </w:tc>
        <w:tc>
          <w:tcPr>
            <w:tcW w:w="936" w:type="dxa"/>
            <w:tcMar>
              <w:top w:w="60" w:type="dxa"/>
              <w:left w:w="60" w:type="dxa"/>
              <w:bottom w:w="60" w:type="dxa"/>
              <w:right w:w="60" w:type="dxa"/>
            </w:tcMar>
            <w:vAlign w:val="center"/>
          </w:tcPr>
          <w:p w14:paraId="001D5EEF" w14:textId="77777777" w:rsidR="00C25C95" w:rsidRDefault="00000000">
            <w:pPr>
              <w:jc w:val="center"/>
            </w:pPr>
            <w:r>
              <w:t>☐</w:t>
            </w:r>
          </w:p>
        </w:tc>
      </w:tr>
      <w:tr w:rsidR="00C25C95" w14:paraId="02B36A35" w14:textId="77777777">
        <w:trPr>
          <w:jc w:val="center"/>
        </w:trPr>
        <w:tc>
          <w:tcPr>
            <w:tcW w:w="792" w:type="dxa"/>
            <w:tcMar>
              <w:top w:w="60" w:type="dxa"/>
              <w:left w:w="60" w:type="dxa"/>
              <w:bottom w:w="60" w:type="dxa"/>
              <w:right w:w="60" w:type="dxa"/>
            </w:tcMar>
            <w:vAlign w:val="center"/>
          </w:tcPr>
          <w:p w14:paraId="17E77096" w14:textId="77777777" w:rsidR="00C25C95" w:rsidRDefault="00000000">
            <w:r>
              <w:t>T15</w:t>
            </w:r>
          </w:p>
        </w:tc>
        <w:tc>
          <w:tcPr>
            <w:tcW w:w="7632" w:type="dxa"/>
            <w:tcMar>
              <w:top w:w="60" w:type="dxa"/>
              <w:left w:w="60" w:type="dxa"/>
              <w:bottom w:w="60" w:type="dxa"/>
              <w:right w:w="60" w:type="dxa"/>
            </w:tcMar>
            <w:vAlign w:val="center"/>
          </w:tcPr>
          <w:p w14:paraId="24D6F1AA" w14:textId="77777777" w:rsidR="00C25C95" w:rsidRDefault="00000000">
            <w:r>
              <w:t>General anaesthesia</w:t>
            </w:r>
          </w:p>
        </w:tc>
        <w:tc>
          <w:tcPr>
            <w:tcW w:w="936" w:type="dxa"/>
            <w:tcMar>
              <w:top w:w="60" w:type="dxa"/>
              <w:left w:w="60" w:type="dxa"/>
              <w:bottom w:w="60" w:type="dxa"/>
              <w:right w:w="60" w:type="dxa"/>
            </w:tcMar>
            <w:vAlign w:val="center"/>
          </w:tcPr>
          <w:p w14:paraId="6501CFC6" w14:textId="77777777" w:rsidR="00C25C95" w:rsidRDefault="00000000">
            <w:pPr>
              <w:jc w:val="center"/>
            </w:pPr>
            <w:r>
              <w:t>☐</w:t>
            </w:r>
          </w:p>
        </w:tc>
        <w:tc>
          <w:tcPr>
            <w:tcW w:w="936" w:type="dxa"/>
            <w:tcMar>
              <w:top w:w="60" w:type="dxa"/>
              <w:left w:w="60" w:type="dxa"/>
              <w:bottom w:w="60" w:type="dxa"/>
              <w:right w:w="60" w:type="dxa"/>
            </w:tcMar>
            <w:vAlign w:val="center"/>
          </w:tcPr>
          <w:p w14:paraId="118CCC4A" w14:textId="77777777" w:rsidR="00C25C95" w:rsidRDefault="00000000">
            <w:pPr>
              <w:jc w:val="center"/>
            </w:pPr>
            <w:r>
              <w:t>☐</w:t>
            </w:r>
          </w:p>
        </w:tc>
        <w:tc>
          <w:tcPr>
            <w:tcW w:w="936" w:type="dxa"/>
            <w:tcMar>
              <w:top w:w="60" w:type="dxa"/>
              <w:left w:w="60" w:type="dxa"/>
              <w:bottom w:w="60" w:type="dxa"/>
              <w:right w:w="60" w:type="dxa"/>
            </w:tcMar>
            <w:vAlign w:val="center"/>
          </w:tcPr>
          <w:p w14:paraId="6185FD82" w14:textId="77777777" w:rsidR="00C25C95" w:rsidRDefault="00000000">
            <w:pPr>
              <w:jc w:val="center"/>
            </w:pPr>
            <w:r>
              <w:t>☐</w:t>
            </w:r>
          </w:p>
        </w:tc>
        <w:tc>
          <w:tcPr>
            <w:tcW w:w="936" w:type="dxa"/>
            <w:tcMar>
              <w:top w:w="60" w:type="dxa"/>
              <w:left w:w="60" w:type="dxa"/>
              <w:bottom w:w="60" w:type="dxa"/>
              <w:right w:w="60" w:type="dxa"/>
            </w:tcMar>
            <w:vAlign w:val="center"/>
          </w:tcPr>
          <w:p w14:paraId="6C5B6121" w14:textId="77777777" w:rsidR="00C25C95" w:rsidRDefault="00000000">
            <w:pPr>
              <w:jc w:val="center"/>
            </w:pPr>
            <w:r>
              <w:t>☐</w:t>
            </w:r>
          </w:p>
        </w:tc>
        <w:tc>
          <w:tcPr>
            <w:tcW w:w="936" w:type="dxa"/>
            <w:tcMar>
              <w:top w:w="60" w:type="dxa"/>
              <w:left w:w="60" w:type="dxa"/>
              <w:bottom w:w="60" w:type="dxa"/>
              <w:right w:w="60" w:type="dxa"/>
            </w:tcMar>
            <w:vAlign w:val="center"/>
          </w:tcPr>
          <w:p w14:paraId="08AA2754" w14:textId="77777777" w:rsidR="00C25C95" w:rsidRDefault="00000000">
            <w:pPr>
              <w:jc w:val="center"/>
            </w:pPr>
            <w:r>
              <w:t>☐</w:t>
            </w:r>
          </w:p>
        </w:tc>
      </w:tr>
      <w:tr w:rsidR="00C25C95" w14:paraId="184CA18F" w14:textId="77777777">
        <w:trPr>
          <w:jc w:val="center"/>
        </w:trPr>
        <w:tc>
          <w:tcPr>
            <w:tcW w:w="792" w:type="dxa"/>
            <w:tcMar>
              <w:top w:w="60" w:type="dxa"/>
              <w:left w:w="60" w:type="dxa"/>
              <w:bottom w:w="60" w:type="dxa"/>
              <w:right w:w="60" w:type="dxa"/>
            </w:tcMar>
            <w:vAlign w:val="center"/>
          </w:tcPr>
          <w:p w14:paraId="37FE1892" w14:textId="77777777" w:rsidR="00C25C95" w:rsidRDefault="00000000">
            <w:r>
              <w:t>T16</w:t>
            </w:r>
          </w:p>
        </w:tc>
        <w:tc>
          <w:tcPr>
            <w:tcW w:w="7632" w:type="dxa"/>
            <w:tcMar>
              <w:top w:w="60" w:type="dxa"/>
              <w:left w:w="60" w:type="dxa"/>
              <w:bottom w:w="60" w:type="dxa"/>
              <w:right w:w="60" w:type="dxa"/>
            </w:tcMar>
            <w:vAlign w:val="center"/>
          </w:tcPr>
          <w:p w14:paraId="2A015E0D" w14:textId="77777777" w:rsidR="00C25C95" w:rsidRDefault="00000000">
            <w:r>
              <w:t>Promising a present</w:t>
            </w:r>
          </w:p>
        </w:tc>
        <w:tc>
          <w:tcPr>
            <w:tcW w:w="936" w:type="dxa"/>
            <w:tcMar>
              <w:top w:w="60" w:type="dxa"/>
              <w:left w:w="60" w:type="dxa"/>
              <w:bottom w:w="60" w:type="dxa"/>
              <w:right w:w="60" w:type="dxa"/>
            </w:tcMar>
            <w:vAlign w:val="center"/>
          </w:tcPr>
          <w:p w14:paraId="1181EE5E" w14:textId="77777777" w:rsidR="00C25C95" w:rsidRDefault="00000000">
            <w:pPr>
              <w:jc w:val="center"/>
            </w:pPr>
            <w:r>
              <w:t>☐</w:t>
            </w:r>
          </w:p>
        </w:tc>
        <w:tc>
          <w:tcPr>
            <w:tcW w:w="936" w:type="dxa"/>
            <w:tcMar>
              <w:top w:w="60" w:type="dxa"/>
              <w:left w:w="60" w:type="dxa"/>
              <w:bottom w:w="60" w:type="dxa"/>
              <w:right w:w="60" w:type="dxa"/>
            </w:tcMar>
            <w:vAlign w:val="center"/>
          </w:tcPr>
          <w:p w14:paraId="40A2573A" w14:textId="77777777" w:rsidR="00C25C95" w:rsidRDefault="00000000">
            <w:pPr>
              <w:jc w:val="center"/>
            </w:pPr>
            <w:r>
              <w:t>☐</w:t>
            </w:r>
          </w:p>
        </w:tc>
        <w:tc>
          <w:tcPr>
            <w:tcW w:w="936" w:type="dxa"/>
            <w:tcMar>
              <w:top w:w="60" w:type="dxa"/>
              <w:left w:w="60" w:type="dxa"/>
              <w:bottom w:w="60" w:type="dxa"/>
              <w:right w:w="60" w:type="dxa"/>
            </w:tcMar>
            <w:vAlign w:val="center"/>
          </w:tcPr>
          <w:p w14:paraId="2EF92610" w14:textId="77777777" w:rsidR="00C25C95" w:rsidRDefault="00000000">
            <w:pPr>
              <w:jc w:val="center"/>
            </w:pPr>
            <w:r>
              <w:t>☐</w:t>
            </w:r>
          </w:p>
        </w:tc>
        <w:tc>
          <w:tcPr>
            <w:tcW w:w="936" w:type="dxa"/>
            <w:tcMar>
              <w:top w:w="60" w:type="dxa"/>
              <w:left w:w="60" w:type="dxa"/>
              <w:bottom w:w="60" w:type="dxa"/>
              <w:right w:w="60" w:type="dxa"/>
            </w:tcMar>
            <w:vAlign w:val="center"/>
          </w:tcPr>
          <w:p w14:paraId="2735ED0F" w14:textId="77777777" w:rsidR="00C25C95" w:rsidRDefault="00000000">
            <w:pPr>
              <w:jc w:val="center"/>
            </w:pPr>
            <w:r>
              <w:t>☐</w:t>
            </w:r>
          </w:p>
        </w:tc>
        <w:tc>
          <w:tcPr>
            <w:tcW w:w="936" w:type="dxa"/>
            <w:tcMar>
              <w:top w:w="60" w:type="dxa"/>
              <w:left w:w="60" w:type="dxa"/>
              <w:bottom w:w="60" w:type="dxa"/>
              <w:right w:w="60" w:type="dxa"/>
            </w:tcMar>
            <w:vAlign w:val="center"/>
          </w:tcPr>
          <w:p w14:paraId="5AD42998" w14:textId="77777777" w:rsidR="00C25C95" w:rsidRDefault="00000000">
            <w:pPr>
              <w:jc w:val="center"/>
            </w:pPr>
            <w:r>
              <w:t>☐</w:t>
            </w:r>
          </w:p>
        </w:tc>
      </w:tr>
      <w:tr w:rsidR="00C25C95" w14:paraId="0EF2958E" w14:textId="77777777">
        <w:trPr>
          <w:jc w:val="center"/>
        </w:trPr>
        <w:tc>
          <w:tcPr>
            <w:tcW w:w="792" w:type="dxa"/>
            <w:tcMar>
              <w:top w:w="60" w:type="dxa"/>
              <w:left w:w="60" w:type="dxa"/>
              <w:bottom w:w="60" w:type="dxa"/>
              <w:right w:w="60" w:type="dxa"/>
            </w:tcMar>
            <w:vAlign w:val="center"/>
          </w:tcPr>
          <w:p w14:paraId="4EDEAFA8" w14:textId="77777777" w:rsidR="00C25C95" w:rsidRDefault="00000000">
            <w:r>
              <w:t>T17</w:t>
            </w:r>
          </w:p>
        </w:tc>
        <w:tc>
          <w:tcPr>
            <w:tcW w:w="7632" w:type="dxa"/>
            <w:tcMar>
              <w:top w:w="60" w:type="dxa"/>
              <w:left w:w="60" w:type="dxa"/>
              <w:bottom w:w="60" w:type="dxa"/>
              <w:right w:w="60" w:type="dxa"/>
            </w:tcMar>
            <w:vAlign w:val="center"/>
          </w:tcPr>
          <w:p w14:paraId="5005AF86" w14:textId="77777777" w:rsidR="00C25C95" w:rsidRDefault="00000000">
            <w:r>
              <w:t>Use of euphemisms</w:t>
            </w:r>
          </w:p>
        </w:tc>
        <w:tc>
          <w:tcPr>
            <w:tcW w:w="936" w:type="dxa"/>
            <w:tcMar>
              <w:top w:w="60" w:type="dxa"/>
              <w:left w:w="60" w:type="dxa"/>
              <w:bottom w:w="60" w:type="dxa"/>
              <w:right w:w="60" w:type="dxa"/>
            </w:tcMar>
            <w:vAlign w:val="center"/>
          </w:tcPr>
          <w:p w14:paraId="052B8C50" w14:textId="77777777" w:rsidR="00C25C95" w:rsidRDefault="00000000">
            <w:pPr>
              <w:jc w:val="center"/>
            </w:pPr>
            <w:r>
              <w:t>☐</w:t>
            </w:r>
          </w:p>
        </w:tc>
        <w:tc>
          <w:tcPr>
            <w:tcW w:w="936" w:type="dxa"/>
            <w:tcMar>
              <w:top w:w="60" w:type="dxa"/>
              <w:left w:w="60" w:type="dxa"/>
              <w:bottom w:w="60" w:type="dxa"/>
              <w:right w:w="60" w:type="dxa"/>
            </w:tcMar>
            <w:vAlign w:val="center"/>
          </w:tcPr>
          <w:p w14:paraId="72B28A5D" w14:textId="77777777" w:rsidR="00C25C95" w:rsidRDefault="00000000">
            <w:pPr>
              <w:jc w:val="center"/>
            </w:pPr>
            <w:r>
              <w:t>☐</w:t>
            </w:r>
          </w:p>
        </w:tc>
        <w:tc>
          <w:tcPr>
            <w:tcW w:w="936" w:type="dxa"/>
            <w:tcMar>
              <w:top w:w="60" w:type="dxa"/>
              <w:left w:w="60" w:type="dxa"/>
              <w:bottom w:w="60" w:type="dxa"/>
              <w:right w:w="60" w:type="dxa"/>
            </w:tcMar>
            <w:vAlign w:val="center"/>
          </w:tcPr>
          <w:p w14:paraId="4672FF8E" w14:textId="77777777" w:rsidR="00C25C95" w:rsidRDefault="00000000">
            <w:pPr>
              <w:jc w:val="center"/>
            </w:pPr>
            <w:r>
              <w:t>☐</w:t>
            </w:r>
          </w:p>
        </w:tc>
        <w:tc>
          <w:tcPr>
            <w:tcW w:w="936" w:type="dxa"/>
            <w:tcMar>
              <w:top w:w="60" w:type="dxa"/>
              <w:left w:w="60" w:type="dxa"/>
              <w:bottom w:w="60" w:type="dxa"/>
              <w:right w:w="60" w:type="dxa"/>
            </w:tcMar>
            <w:vAlign w:val="center"/>
          </w:tcPr>
          <w:p w14:paraId="44C2C879" w14:textId="77777777" w:rsidR="00C25C95" w:rsidRDefault="00000000">
            <w:pPr>
              <w:jc w:val="center"/>
            </w:pPr>
            <w:r>
              <w:t>☐</w:t>
            </w:r>
          </w:p>
        </w:tc>
        <w:tc>
          <w:tcPr>
            <w:tcW w:w="936" w:type="dxa"/>
            <w:tcMar>
              <w:top w:w="60" w:type="dxa"/>
              <w:left w:w="60" w:type="dxa"/>
              <w:bottom w:w="60" w:type="dxa"/>
              <w:right w:w="60" w:type="dxa"/>
            </w:tcMar>
            <w:vAlign w:val="center"/>
          </w:tcPr>
          <w:p w14:paraId="7F919448" w14:textId="77777777" w:rsidR="00C25C95" w:rsidRDefault="00000000">
            <w:pPr>
              <w:jc w:val="center"/>
            </w:pPr>
            <w:r>
              <w:t>☐</w:t>
            </w:r>
          </w:p>
        </w:tc>
      </w:tr>
    </w:tbl>
    <w:p w14:paraId="0B6024C2" w14:textId="77777777" w:rsidR="00C25C95" w:rsidRDefault="00000000">
      <w:r>
        <w:rPr>
          <w:b/>
        </w:rPr>
        <w:t>Development and validation note</w:t>
      </w:r>
    </w:p>
    <w:p w14:paraId="026ED47D" w14:textId="77777777" w:rsidR="00C25C95" w:rsidRDefault="00000000">
      <w:r>
        <w:t>The original Spanish questionnaire was translated into English and back-translated into Spanish by native speakers. A reduced pilot sample was used to assess item-level agreement using weighted Cohen's kappa before final administration.</w:t>
      </w:r>
    </w:p>
    <w:sectPr w:rsidR="00C25C95" w:rsidSect="00034616">
      <w:pgSz w:w="15840" w:h="12240" w:orient="landscape"/>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49105370">
    <w:abstractNumId w:val="8"/>
  </w:num>
  <w:num w:numId="2" w16cid:durableId="928004986">
    <w:abstractNumId w:val="6"/>
  </w:num>
  <w:num w:numId="3" w16cid:durableId="893274684">
    <w:abstractNumId w:val="5"/>
  </w:num>
  <w:num w:numId="4" w16cid:durableId="417560412">
    <w:abstractNumId w:val="4"/>
  </w:num>
  <w:num w:numId="5" w16cid:durableId="158886051">
    <w:abstractNumId w:val="7"/>
  </w:num>
  <w:num w:numId="6" w16cid:durableId="541594766">
    <w:abstractNumId w:val="3"/>
  </w:num>
  <w:num w:numId="7" w16cid:durableId="1571651281">
    <w:abstractNumId w:val="2"/>
  </w:num>
  <w:num w:numId="8" w16cid:durableId="164637368">
    <w:abstractNumId w:val="1"/>
  </w:num>
  <w:num w:numId="9" w16cid:durableId="941492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4FB8"/>
    <w:rsid w:val="0015074B"/>
    <w:rsid w:val="0029639D"/>
    <w:rsid w:val="00326F90"/>
    <w:rsid w:val="005F39BC"/>
    <w:rsid w:val="00AA1D8D"/>
    <w:rsid w:val="00B47730"/>
    <w:rsid w:val="00C25C9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D5921"/>
  <w14:defaultImageDpi w14:val="300"/>
  <w15:docId w15:val="{AE3F66CB-0195-48FE-B175-054F0452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ALBERTO ADANERO VELASCO</cp:lastModifiedBy>
  <cp:revision>2</cp:revision>
  <dcterms:created xsi:type="dcterms:W3CDTF">2026-06-08T07:57:00Z</dcterms:created>
  <dcterms:modified xsi:type="dcterms:W3CDTF">2026-06-08T07:57:00Z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e58c13-ab4c-4d1d-90e8-b065a0b05dbd_Enabled">
    <vt:lpwstr>true</vt:lpwstr>
  </property>
  <property fmtid="{D5CDD505-2E9C-101B-9397-08002B2CF9AE}" pid="3" name="MSIP_Label_b7e58c13-ab4c-4d1d-90e8-b065a0b05dbd_SetDate">
    <vt:lpwstr>2026-06-08T07:57:51Z</vt:lpwstr>
  </property>
  <property fmtid="{D5CDD505-2E9C-101B-9397-08002B2CF9AE}" pid="4" name="MSIP_Label_b7e58c13-ab4c-4d1d-90e8-b065a0b05dbd_Method">
    <vt:lpwstr>Standard</vt:lpwstr>
  </property>
  <property fmtid="{D5CDD505-2E9C-101B-9397-08002B2CF9AE}" pid="5" name="MSIP_Label_b7e58c13-ab4c-4d1d-90e8-b065a0b05dbd_Name">
    <vt:lpwstr>Uso Interno</vt:lpwstr>
  </property>
  <property fmtid="{D5CDD505-2E9C-101B-9397-08002B2CF9AE}" pid="6" name="MSIP_Label_b7e58c13-ab4c-4d1d-90e8-b065a0b05dbd_SiteId">
    <vt:lpwstr>cfab0009-84b7-4397-a0f8-f77cdf1579c1</vt:lpwstr>
  </property>
  <property fmtid="{D5CDD505-2E9C-101B-9397-08002B2CF9AE}" pid="7" name="MSIP_Label_b7e58c13-ab4c-4d1d-90e8-b065a0b05dbd_ActionId">
    <vt:lpwstr>b0e6b73d-b82d-4833-a2a3-e8b9c260fc51</vt:lpwstr>
  </property>
  <property fmtid="{D5CDD505-2E9C-101B-9397-08002B2CF9AE}" pid="8" name="MSIP_Label_b7e58c13-ab4c-4d1d-90e8-b065a0b05dbd_ContentBits">
    <vt:lpwstr>0</vt:lpwstr>
  </property>
  <property fmtid="{D5CDD505-2E9C-101B-9397-08002B2CF9AE}" pid="9" name="MSIP_Label_b7e58c13-ab4c-4d1d-90e8-b065a0b05dbd_Tag">
    <vt:lpwstr>10, 3, 0, 1</vt:lpwstr>
  </property>
</Properties>
</file>