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3D7E" w14:textId="0A7A315B" w:rsidR="00EB1815" w:rsidRDefault="00000000">
      <w:pPr>
        <w:jc w:val="center"/>
      </w:pPr>
      <w:r>
        <w:rPr>
          <w:b/>
          <w:sz w:val="28"/>
        </w:rPr>
        <w:t xml:space="preserve">Additional file </w:t>
      </w:r>
      <w:r w:rsidR="00AF7D9D">
        <w:rPr>
          <w:b/>
          <w:sz w:val="28"/>
        </w:rPr>
        <w:t>3</w:t>
      </w:r>
      <w:r>
        <w:rPr>
          <w:b/>
          <w:sz w:val="28"/>
        </w:rPr>
        <w:t>: Preoperative case report form</w:t>
      </w:r>
    </w:p>
    <w:p w14:paraId="4159DD58" w14:textId="77777777" w:rsidR="00EB1815" w:rsidRDefault="00000000">
      <w:pPr>
        <w:jc w:val="center"/>
      </w:pPr>
      <w:r>
        <w:rPr>
          <w:i/>
        </w:rPr>
        <w:t>ANCORA randomized controlled trial</w:t>
      </w:r>
    </w:p>
    <w:p w14:paraId="2F8D5941" w14:textId="77777777" w:rsidR="00EB1815" w:rsidRDefault="00EB1815"/>
    <w:p w14:paraId="5CA5D5BF" w14:textId="77777777" w:rsidR="00000000" w:rsidRDefault="00000000">
      <w:r>
        <w:rPr>
          <w:b/>
        </w:rPr>
        <w:t>Preoperative Questionnaire</w:t>
      </w:r>
    </w:p>
    <w:p w14:paraId="6105F6FF" w14:textId="77777777" w:rsidR="00000000" w:rsidRDefault="00000000">
      <w:r>
        <w:t>1. Identification code: ______________________________________________</w:t>
      </w:r>
    </w:p>
    <w:p w14:paraId="3CE18315" w14:textId="77777777" w:rsidR="00000000" w:rsidRDefault="00000000">
      <w:r>
        <w:t>2. Origin: ______________________________________________</w:t>
      </w:r>
    </w:p>
    <w:p w14:paraId="326E8C6E" w14:textId="77777777" w:rsidR="00000000" w:rsidRDefault="00000000">
      <w:r>
        <w:t>3. Telephone: ______________________________________________</w:t>
      </w:r>
    </w:p>
    <w:p w14:paraId="560E1C98" w14:textId="77777777" w:rsidR="00000000" w:rsidRDefault="00000000">
      <w:r>
        <w:t>4. Place of birth: ______________________________________________</w:t>
      </w:r>
    </w:p>
    <w:p w14:paraId="766BDBBE" w14:textId="77777777" w:rsidR="00000000" w:rsidRDefault="00000000">
      <w:r>
        <w:t>5. Date of birth: ______________________________________________</w:t>
      </w:r>
    </w:p>
    <w:p w14:paraId="22D9F0C6" w14:textId="77777777" w:rsidR="00000000" w:rsidRDefault="00000000">
      <w:r>
        <w:t>6. Age: ______________________________________________</w:t>
      </w:r>
    </w:p>
    <w:p w14:paraId="1DF6B339" w14:textId="77777777" w:rsidR="00000000" w:rsidRDefault="00000000">
      <w:r>
        <w:t>7. Sex: F ( ) M ( ) Undetermined ( ): ______________________________________________</w:t>
      </w:r>
    </w:p>
    <w:p w14:paraId="1C465CA3" w14:textId="77777777" w:rsidR="00000000" w:rsidRDefault="00000000">
      <w:r>
        <w:t>8. Address: ______________________________________________</w:t>
      </w:r>
    </w:p>
    <w:p w14:paraId="525CA544" w14:textId="77777777" w:rsidR="00000000" w:rsidRDefault="00000000">
      <w:r>
        <w:t>9. Neighborhood: ______________________________________________</w:t>
      </w:r>
    </w:p>
    <w:p w14:paraId="473D098E" w14:textId="77777777" w:rsidR="00000000" w:rsidRDefault="00000000">
      <w:r>
        <w:t>10. Weight / height: ______________________________________________</w:t>
      </w:r>
    </w:p>
    <w:p w14:paraId="0BA45CFD" w14:textId="77777777" w:rsidR="00000000" w:rsidRDefault="00000000">
      <w:r>
        <w:t>11. BMI: ______________________________________________</w:t>
      </w:r>
    </w:p>
    <w:p w14:paraId="3B900591" w14:textId="77777777" w:rsidR="00000000" w:rsidRDefault="00000000">
      <w:r>
        <w:t>12. Associated comorbidities: hypertension ( ) diabetes mellitus ( ) obesity ( ) cardiovascular diseases ( ) other: ______________________________________________</w:t>
      </w:r>
    </w:p>
    <w:p w14:paraId="1F32533C" w14:textId="77777777" w:rsidR="00000000" w:rsidRDefault="00000000">
      <w:r>
        <w:t>13. Do you smoke? Frequency?: ______________________________________________</w:t>
      </w:r>
    </w:p>
    <w:p w14:paraId="68AFEA2E" w14:textId="77777777" w:rsidR="00000000" w:rsidRDefault="00000000">
      <w:r>
        <w:t>14. Allergies: yes ( ) If yes, to which medication? No ( ): ______________________________________________</w:t>
      </w:r>
    </w:p>
    <w:p w14:paraId="3FB7C831" w14:textId="77777777" w:rsidR="00000000" w:rsidRDefault="00000000">
      <w:r>
        <w:t>15. Previous neurosurgery: yes ( ) no ( ) If yes, which?: ______________________________________________</w:t>
      </w:r>
    </w:p>
    <w:p w14:paraId="0887E5B5" w14:textId="77777777" w:rsidR="00000000" w:rsidRDefault="00000000">
      <w:r>
        <w:t>16. Previous craniotomy ( ) or craniectomy ( ): ______________________________________________</w:t>
      </w:r>
    </w:p>
    <w:p w14:paraId="6084056D" w14:textId="77777777" w:rsidR="00000000" w:rsidRDefault="00000000">
      <w:r>
        <w:t>17. Medications in use: yes ( ) no ( ): ______________________________________________</w:t>
      </w:r>
    </w:p>
    <w:p w14:paraId="43D11B09" w14:textId="77777777" w:rsidR="00000000" w:rsidRDefault="00000000">
      <w:r>
        <w:t>18. Are you allergic to any specific anti-inflammatory or analgesic medication? Other: ______________________________________________</w:t>
      </w:r>
    </w:p>
    <w:p w14:paraId="48070C73" w14:textId="77777777" w:rsidR="00000000" w:rsidRDefault="00000000">
      <w:r>
        <w:lastRenderedPageBreak/>
        <w:t>19. Which ones?: ______________________________________________</w:t>
      </w:r>
    </w:p>
    <w:p w14:paraId="51756BFF" w14:textId="77777777" w:rsidR="00000000" w:rsidRDefault="00000000">
      <w:r>
        <w:t>20. Diagnosis: ______________________________________________</w:t>
      </w:r>
    </w:p>
    <w:p w14:paraId="20BCF5C6" w14:textId="77777777" w:rsidR="00000000" w:rsidRDefault="00000000">
      <w:r>
        <w:t>21. ICD code: ______________________________________________</w:t>
      </w:r>
    </w:p>
    <w:p w14:paraId="0C2D6222" w14:textId="77777777" w:rsidR="00000000" w:rsidRDefault="00000000">
      <w:r>
        <w:t>22. Proposed neurosurgical procedure: ______________________________________________</w:t>
      </w:r>
    </w:p>
    <w:sectPr w:rsidR="00BC5A0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1815733">
    <w:abstractNumId w:val="8"/>
  </w:num>
  <w:num w:numId="2" w16cid:durableId="1547722793">
    <w:abstractNumId w:val="6"/>
  </w:num>
  <w:num w:numId="3" w16cid:durableId="287276243">
    <w:abstractNumId w:val="5"/>
  </w:num>
  <w:num w:numId="4" w16cid:durableId="75517932">
    <w:abstractNumId w:val="4"/>
  </w:num>
  <w:num w:numId="5" w16cid:durableId="1537353845">
    <w:abstractNumId w:val="7"/>
  </w:num>
  <w:num w:numId="6" w16cid:durableId="1555193422">
    <w:abstractNumId w:val="3"/>
  </w:num>
  <w:num w:numId="7" w16cid:durableId="81799628">
    <w:abstractNumId w:val="2"/>
  </w:num>
  <w:num w:numId="8" w16cid:durableId="8144137">
    <w:abstractNumId w:val="1"/>
  </w:num>
  <w:num w:numId="9" w16cid:durableId="150721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7D9D"/>
    <w:rsid w:val="00B47730"/>
    <w:rsid w:val="00CB0664"/>
    <w:rsid w:val="00EB18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8D8A04"/>
  <w14:defaultImageDpi w14:val="300"/>
  <w15:docId w15:val="{EFC172AD-EE34-1344-82C2-5AB4993B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Juliano Cerbaro</cp:lastModifiedBy>
  <cp:revision>2</cp:revision>
  <dcterms:created xsi:type="dcterms:W3CDTF">2013-12-23T23:15:00Z</dcterms:created>
  <dcterms:modified xsi:type="dcterms:W3CDTF">2026-05-19T10:42:00Z</dcterms:modified>
  <cp:category/>
</cp:coreProperties>
</file>