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0314" w14:textId="05005534" w:rsidR="00B8747B" w:rsidRDefault="00000000">
      <w:pPr>
        <w:jc w:val="center"/>
      </w:pPr>
      <w:r>
        <w:rPr>
          <w:b/>
          <w:sz w:val="28"/>
        </w:rPr>
        <w:t xml:space="preserve">Additional file </w:t>
      </w:r>
      <w:r w:rsidR="007C4797">
        <w:rPr>
          <w:b/>
          <w:sz w:val="28"/>
        </w:rPr>
        <w:t>4</w:t>
      </w:r>
      <w:r>
        <w:rPr>
          <w:b/>
          <w:sz w:val="28"/>
        </w:rPr>
        <w:t>: Postoperative VAS questionnaire, phase 1</w:t>
      </w:r>
    </w:p>
    <w:p w14:paraId="10870636" w14:textId="77777777" w:rsidR="00B8747B" w:rsidRDefault="00000000">
      <w:pPr>
        <w:jc w:val="center"/>
      </w:pPr>
      <w:r>
        <w:rPr>
          <w:i/>
        </w:rPr>
        <w:t>ANCORA randomized controlled trial</w:t>
      </w:r>
    </w:p>
    <w:p w14:paraId="27060755" w14:textId="77777777" w:rsidR="00B8747B" w:rsidRDefault="00B8747B"/>
    <w:p w14:paraId="2D5406D2" w14:textId="77777777" w:rsidR="00AE4BBD" w:rsidRDefault="00000000">
      <w:r>
        <w:t>Identification code: ______________________________________________</w:t>
      </w:r>
    </w:p>
    <w:p w14:paraId="0B966FF2" w14:textId="30F64D55" w:rsidR="00AE4BBD" w:rsidRDefault="00000000" w:rsidP="00A909DF">
      <w:pPr>
        <w:pStyle w:val="PargrafodaLista"/>
        <w:numPr>
          <w:ilvl w:val="0"/>
          <w:numId w:val="10"/>
        </w:numPr>
      </w:pPr>
      <w:r>
        <w:t>Phase 1 - 24 hours: Date: ____/____/____ Time: ____________</w:t>
      </w:r>
    </w:p>
    <w:p w14:paraId="0FAB12A0" w14:textId="755E6947" w:rsidR="00A909DF" w:rsidRDefault="00A909DF" w:rsidP="00A909DF">
      <w:pPr>
        <w:jc w:val="center"/>
      </w:pPr>
      <w:r>
        <w:rPr>
          <w:noProof/>
        </w:rPr>
        <w:drawing>
          <wp:inline distT="0" distB="0" distL="0" distR="0" wp14:anchorId="41F9C852" wp14:editId="01FBC075">
            <wp:extent cx="3798277" cy="1282324"/>
            <wp:effectExtent l="0" t="0" r="0" b="635"/>
            <wp:docPr id="1493143490" name="Imagem 1" descr="Forma, Círcu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143490" name="Imagem 1" descr="Forma, Círcul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623" cy="130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5F99" w14:textId="77777777" w:rsidR="00AE4BBD" w:rsidRDefault="00000000">
      <w:r>
        <w:t>(Adapted from Anselmo-Lima and Sakano, 2015)</w:t>
      </w:r>
    </w:p>
    <w:p w14:paraId="0EE8075A" w14:textId="77777777" w:rsidR="00A909DF" w:rsidRDefault="00A909DF"/>
    <w:p w14:paraId="3DCD2B67" w14:textId="28A7B2E2" w:rsidR="00AE4BBD" w:rsidRDefault="00000000" w:rsidP="00A909DF">
      <w:pPr>
        <w:pStyle w:val="PargrafodaLista"/>
        <w:numPr>
          <w:ilvl w:val="0"/>
          <w:numId w:val="10"/>
        </w:numPr>
      </w:pPr>
      <w:r>
        <w:t>Phase 2 - 48 hours: Date: ____/____/____ Time: ____________</w:t>
      </w:r>
    </w:p>
    <w:p w14:paraId="0FFE44F2" w14:textId="5FFCFEA9" w:rsidR="00A909DF" w:rsidRDefault="00A909DF" w:rsidP="00A909DF">
      <w:pPr>
        <w:jc w:val="center"/>
      </w:pPr>
      <w:r>
        <w:rPr>
          <w:noProof/>
        </w:rPr>
        <w:drawing>
          <wp:inline distT="0" distB="0" distL="0" distR="0" wp14:anchorId="07C28FB6" wp14:editId="4E0FE553">
            <wp:extent cx="3798277" cy="1282324"/>
            <wp:effectExtent l="0" t="0" r="0" b="635"/>
            <wp:docPr id="431216198" name="Imagem 1" descr="Forma, Círcu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143490" name="Imagem 1" descr="Forma, Círcul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623" cy="130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6D873" w14:textId="77777777" w:rsidR="00AE4BBD" w:rsidRDefault="00000000">
      <w:r>
        <w:t>(Adapted from Anselmo-Lima and Sakano, 2015)</w:t>
      </w:r>
    </w:p>
    <w:p w14:paraId="5D282A9F" w14:textId="77777777" w:rsidR="00A909DF" w:rsidRDefault="00A909DF"/>
    <w:p w14:paraId="38AA78F0" w14:textId="7691DFEE" w:rsidR="00AE4BBD" w:rsidRDefault="00000000" w:rsidP="00A909DF">
      <w:pPr>
        <w:pStyle w:val="PargrafodaLista"/>
        <w:numPr>
          <w:ilvl w:val="0"/>
          <w:numId w:val="10"/>
        </w:numPr>
      </w:pPr>
      <w:r>
        <w:t>Phase 3 - 72 hours: Date: ____/____/____ Time: ____________</w:t>
      </w:r>
    </w:p>
    <w:p w14:paraId="0B988E25" w14:textId="10BFEAC9" w:rsidR="00A909DF" w:rsidRDefault="00A909DF" w:rsidP="00A909DF">
      <w:pPr>
        <w:jc w:val="center"/>
      </w:pPr>
      <w:r>
        <w:rPr>
          <w:noProof/>
        </w:rPr>
        <w:drawing>
          <wp:inline distT="0" distB="0" distL="0" distR="0" wp14:anchorId="2D9ED0FA" wp14:editId="40C3C3E3">
            <wp:extent cx="3798277" cy="1282324"/>
            <wp:effectExtent l="0" t="0" r="0" b="635"/>
            <wp:docPr id="1013733972" name="Imagem 1" descr="Forma, Círcu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143490" name="Imagem 1" descr="Forma, Círcul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623" cy="130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E5BC3" w14:textId="77777777" w:rsidR="00AE4BBD" w:rsidRDefault="00000000">
      <w:r>
        <w:t>(Adapted from Anselmo-Lima and Sakano, 2015)</w:t>
      </w:r>
    </w:p>
    <w:sectPr w:rsidR="00AE4BBD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B6638A"/>
    <w:multiLevelType w:val="hybridMultilevel"/>
    <w:tmpl w:val="72C439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636467">
    <w:abstractNumId w:val="8"/>
  </w:num>
  <w:num w:numId="2" w16cid:durableId="1385565681">
    <w:abstractNumId w:val="6"/>
  </w:num>
  <w:num w:numId="3" w16cid:durableId="894047444">
    <w:abstractNumId w:val="5"/>
  </w:num>
  <w:num w:numId="4" w16cid:durableId="2125613852">
    <w:abstractNumId w:val="4"/>
  </w:num>
  <w:num w:numId="5" w16cid:durableId="1705443814">
    <w:abstractNumId w:val="7"/>
  </w:num>
  <w:num w:numId="6" w16cid:durableId="315039943">
    <w:abstractNumId w:val="3"/>
  </w:num>
  <w:num w:numId="7" w16cid:durableId="347104140">
    <w:abstractNumId w:val="2"/>
  </w:num>
  <w:num w:numId="8" w16cid:durableId="1942760637">
    <w:abstractNumId w:val="1"/>
  </w:num>
  <w:num w:numId="9" w16cid:durableId="1318221153">
    <w:abstractNumId w:val="0"/>
  </w:num>
  <w:num w:numId="10" w16cid:durableId="10051276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C4797"/>
    <w:rsid w:val="00A909DF"/>
    <w:rsid w:val="00AA1D8D"/>
    <w:rsid w:val="00AE4BBD"/>
    <w:rsid w:val="00B47730"/>
    <w:rsid w:val="00B8747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B7005"/>
  <w14:defaultImageDpi w14:val="300"/>
  <w15:docId w15:val="{1AF83DB2-7A91-7A4C-9909-1B7906B3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Juliano Cerbaro</cp:lastModifiedBy>
  <cp:revision>3</cp:revision>
  <dcterms:created xsi:type="dcterms:W3CDTF">2013-12-23T23:15:00Z</dcterms:created>
  <dcterms:modified xsi:type="dcterms:W3CDTF">2026-05-19T10:42:00Z</dcterms:modified>
  <cp:category/>
</cp:coreProperties>
</file>