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C3E1F" w14:textId="77777777" w:rsidR="00700BBC" w:rsidRDefault="00000000">
      <w:pPr>
        <w:pStyle w:val="Title"/>
        <w:ind w:firstLine="0"/>
        <w:jc w:val="center"/>
      </w:pPr>
      <w:r>
        <w:t>Research Instruments for the Translational Writing Study</w:t>
      </w:r>
    </w:p>
    <w:p w14:paraId="2D947FBB" w14:textId="77777777" w:rsidR="00700BBC" w:rsidRDefault="00000000">
      <w:r>
        <w:rPr>
          <w:b/>
        </w:rPr>
        <w:t>This appendix</w:t>
      </w:r>
      <w:r>
        <w:t xml:space="preserve"> presents four research instruments designed to assess learners’ ability to recognize low-frequency academic English vocabulary, translate target items into contextually appropriate Arabic equivalents, reflect on dictionary use, and revise translational choices through peer and instructor feedback. The instruments are formatted for direct classroom and research administration.</w:t>
      </w:r>
    </w:p>
    <w:p w14:paraId="34F4E34E" w14:textId="77777777" w:rsidR="00700BBC" w:rsidRDefault="00000000">
      <w:r>
        <w:rPr>
          <w:b/>
        </w:rPr>
        <w:t>Administration note:</w:t>
      </w:r>
      <w:r>
        <w:t xml:space="preserve"> Student-facing test forms should include only the instructions and response spaces. Scoring criteria and validation notes are intended for instructors and researchers and should not be distributed during testing.</w:t>
      </w:r>
    </w:p>
    <w:p w14:paraId="31C0EDEB" w14:textId="55846B42" w:rsidR="00700BBC" w:rsidRDefault="00000000" w:rsidP="00D64134">
      <w:pPr>
        <w:pStyle w:val="Heading1"/>
        <w:spacing w:after="120"/>
        <w:ind w:firstLine="0"/>
      </w:pPr>
      <w:r>
        <w:rPr>
          <w:rFonts w:ascii="Times New Roman" w:eastAsia="Times New Roman" w:hAnsi="Times New Roman"/>
          <w:sz w:val="24"/>
        </w:rPr>
        <w:t xml:space="preserve">Instrument 1. Translational Writing Test: </w:t>
      </w:r>
    </w:p>
    <w:p w14:paraId="51742E41" w14:textId="77777777" w:rsidR="00700BBC" w:rsidRDefault="00000000" w:rsidP="00D64134">
      <w:pPr>
        <w:spacing w:after="0"/>
      </w:pPr>
      <w:r>
        <w:rPr>
          <w:b/>
        </w:rPr>
        <w:t>Student instructions:</w:t>
      </w:r>
      <w:r>
        <w:t xml:space="preserve"> For each item, read the sentence carefully. First, circle the option that best matches the meaning of the bolded English word in context. Second, write an Arabic equivalent that fits the meaning of the whole sentence, not merely the isolated dictionary meaning.</w:t>
      </w:r>
    </w:p>
    <w:p w14:paraId="5286B532" w14:textId="6A90F142" w:rsidR="00700BBC" w:rsidRDefault="00000000" w:rsidP="00D64134">
      <w:pPr>
        <w:pStyle w:val="Heading1"/>
        <w:spacing w:before="0"/>
        <w:ind w:firstLine="0"/>
      </w:pPr>
      <w:r>
        <w:rPr>
          <w:rFonts w:ascii="Times New Roman" w:eastAsia="Times New Roman" w:hAnsi="Times New Roman"/>
          <w:sz w:val="24"/>
        </w:rPr>
        <w:t xml:space="preserve">Instrument 1B. Translational Writing Test: </w:t>
      </w:r>
    </w:p>
    <w:p w14:paraId="14E21316" w14:textId="77777777" w:rsidR="00700BBC" w:rsidRDefault="00000000" w:rsidP="00D64134">
      <w:pPr>
        <w:spacing w:after="0"/>
      </w:pPr>
      <w:r>
        <w:rPr>
          <w:b/>
        </w:rPr>
        <w:t>Student instructions:</w:t>
      </w:r>
      <w:r>
        <w:t xml:space="preserve"> For each item, circle one meaning option and write one Arabic equivalent that fits the sentence context. Your Arabic answer should be accurate, natural, and context-sensitive.</w:t>
      </w:r>
    </w:p>
    <w:p w14:paraId="4002F741" w14:textId="77777777" w:rsidR="00700BBC" w:rsidRDefault="00000000">
      <w:r>
        <w:rPr>
          <w:b/>
        </w:rPr>
        <w:t>Student ID:</w:t>
      </w:r>
      <w:r>
        <w:t xml:space="preserve"> ____________________    Group: ____________________    Date: ____________________</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641"/>
        <w:gridCol w:w="4921"/>
        <w:gridCol w:w="4192"/>
        <w:gridCol w:w="5630"/>
      </w:tblGrid>
      <w:tr w:rsidR="00700BBC" w14:paraId="3855FD24" w14:textId="77777777" w:rsidTr="00D64134">
        <w:trPr>
          <w:cantSplit/>
          <w:tblHeader/>
          <w:jc w:val="center"/>
        </w:trPr>
        <w:tc>
          <w:tcPr>
            <w:tcW w:w="644" w:type="dxa"/>
            <w:shd w:val="clear" w:color="auto" w:fill="D9EAF7"/>
            <w:vAlign w:val="center"/>
          </w:tcPr>
          <w:p w14:paraId="4CD43E4C" w14:textId="77777777" w:rsidR="00700BBC" w:rsidRDefault="00000000">
            <w:pPr>
              <w:spacing w:after="0" w:line="240" w:lineRule="auto"/>
              <w:ind w:firstLine="0"/>
              <w:jc w:val="center"/>
            </w:pPr>
            <w:r>
              <w:rPr>
                <w:b/>
                <w:sz w:val="18"/>
              </w:rPr>
              <w:t>No.</w:t>
            </w:r>
          </w:p>
        </w:tc>
        <w:tc>
          <w:tcPr>
            <w:tcW w:w="4993" w:type="dxa"/>
            <w:shd w:val="clear" w:color="auto" w:fill="D9EAF7"/>
            <w:vAlign w:val="center"/>
          </w:tcPr>
          <w:p w14:paraId="0566C09B" w14:textId="77777777" w:rsidR="00700BBC" w:rsidRDefault="00000000">
            <w:pPr>
              <w:spacing w:after="0" w:line="240" w:lineRule="auto"/>
              <w:ind w:firstLine="0"/>
              <w:jc w:val="center"/>
            </w:pPr>
            <w:r>
              <w:rPr>
                <w:b/>
                <w:sz w:val="18"/>
              </w:rPr>
              <w:t>Sentence Context</w:t>
            </w:r>
          </w:p>
        </w:tc>
        <w:tc>
          <w:tcPr>
            <w:tcW w:w="4252" w:type="dxa"/>
            <w:shd w:val="clear" w:color="auto" w:fill="D9EAF7"/>
            <w:vAlign w:val="center"/>
          </w:tcPr>
          <w:p w14:paraId="51F7A95D" w14:textId="77777777" w:rsidR="00700BBC" w:rsidRDefault="00000000">
            <w:pPr>
              <w:spacing w:after="0" w:line="240" w:lineRule="auto"/>
              <w:ind w:firstLine="0"/>
              <w:jc w:val="center"/>
            </w:pPr>
            <w:r>
              <w:rPr>
                <w:b/>
                <w:sz w:val="18"/>
              </w:rPr>
              <w:t>Multiple-Choice Options</w:t>
            </w:r>
          </w:p>
        </w:tc>
        <w:tc>
          <w:tcPr>
            <w:tcW w:w="5721" w:type="dxa"/>
            <w:shd w:val="clear" w:color="auto" w:fill="D9EAF7"/>
            <w:vAlign w:val="center"/>
          </w:tcPr>
          <w:p w14:paraId="25293153" w14:textId="77777777" w:rsidR="00700BBC" w:rsidRDefault="00000000">
            <w:pPr>
              <w:spacing w:after="0" w:line="240" w:lineRule="auto"/>
              <w:ind w:firstLine="0"/>
              <w:jc w:val="center"/>
            </w:pPr>
            <w:r>
              <w:rPr>
                <w:b/>
                <w:sz w:val="18"/>
              </w:rPr>
              <w:t>Arabic Translation</w:t>
            </w:r>
          </w:p>
        </w:tc>
      </w:tr>
      <w:tr w:rsidR="00700BBC" w14:paraId="4AC59B6E" w14:textId="77777777" w:rsidTr="00D64134">
        <w:trPr>
          <w:cantSplit/>
          <w:jc w:val="center"/>
        </w:trPr>
        <w:tc>
          <w:tcPr>
            <w:tcW w:w="644" w:type="dxa"/>
            <w:vAlign w:val="center"/>
          </w:tcPr>
          <w:p w14:paraId="55DD2C90" w14:textId="77777777" w:rsidR="00700BBC" w:rsidRDefault="00000000">
            <w:pPr>
              <w:spacing w:after="0" w:line="240" w:lineRule="auto"/>
              <w:ind w:firstLine="0"/>
              <w:jc w:val="center"/>
            </w:pPr>
            <w:r>
              <w:rPr>
                <w:sz w:val="18"/>
              </w:rPr>
              <w:t>1</w:t>
            </w:r>
          </w:p>
        </w:tc>
        <w:tc>
          <w:tcPr>
            <w:tcW w:w="4993" w:type="dxa"/>
            <w:vAlign w:val="center"/>
          </w:tcPr>
          <w:p w14:paraId="21036C07" w14:textId="77777777" w:rsidR="00700BBC" w:rsidRDefault="00000000">
            <w:pPr>
              <w:spacing w:after="0" w:line="240" w:lineRule="auto"/>
              <w:ind w:firstLine="0"/>
            </w:pPr>
            <w:r>
              <w:rPr>
                <w:sz w:val="18"/>
              </w:rPr>
              <w:t xml:space="preserve">Over time, strong waves can </w:t>
            </w:r>
            <w:r>
              <w:rPr>
                <w:b/>
                <w:sz w:val="18"/>
              </w:rPr>
              <w:t>abrade</w:t>
            </w:r>
            <w:r>
              <w:rPr>
                <w:sz w:val="18"/>
              </w:rPr>
              <w:t xml:space="preserve"> the rocky shore.</w:t>
            </w:r>
          </w:p>
        </w:tc>
        <w:tc>
          <w:tcPr>
            <w:tcW w:w="4252" w:type="dxa"/>
            <w:vAlign w:val="center"/>
          </w:tcPr>
          <w:p w14:paraId="1B54089C" w14:textId="77777777" w:rsidR="00700BBC" w:rsidRDefault="00000000">
            <w:pPr>
              <w:spacing w:after="0" w:line="240" w:lineRule="auto"/>
              <w:ind w:firstLine="0"/>
            </w:pPr>
            <w:r>
              <w:rPr>
                <w:sz w:val="18"/>
              </w:rPr>
              <w:t>a) Wash    b) Wear away    c) Fill    d) Build</w:t>
            </w:r>
          </w:p>
        </w:tc>
        <w:tc>
          <w:tcPr>
            <w:tcW w:w="5721" w:type="dxa"/>
            <w:vAlign w:val="center"/>
          </w:tcPr>
          <w:p w14:paraId="01DB07C4" w14:textId="77777777" w:rsidR="00700BBC" w:rsidRDefault="00000000">
            <w:pPr>
              <w:spacing w:after="0" w:line="240" w:lineRule="auto"/>
              <w:ind w:firstLine="0"/>
            </w:pPr>
            <w:r>
              <w:rPr>
                <w:sz w:val="18"/>
              </w:rPr>
              <w:br/>
            </w:r>
            <w:r>
              <w:rPr>
                <w:sz w:val="18"/>
              </w:rPr>
              <w:br/>
            </w:r>
          </w:p>
        </w:tc>
      </w:tr>
      <w:tr w:rsidR="00700BBC" w14:paraId="08E70E26" w14:textId="77777777" w:rsidTr="00D64134">
        <w:trPr>
          <w:cantSplit/>
          <w:jc w:val="center"/>
        </w:trPr>
        <w:tc>
          <w:tcPr>
            <w:tcW w:w="644" w:type="dxa"/>
            <w:vAlign w:val="center"/>
          </w:tcPr>
          <w:p w14:paraId="19E8B1C4" w14:textId="77777777" w:rsidR="00700BBC" w:rsidRDefault="00000000">
            <w:pPr>
              <w:spacing w:after="0" w:line="240" w:lineRule="auto"/>
              <w:ind w:firstLine="0"/>
              <w:jc w:val="center"/>
            </w:pPr>
            <w:r>
              <w:rPr>
                <w:sz w:val="18"/>
              </w:rPr>
              <w:t>2</w:t>
            </w:r>
          </w:p>
        </w:tc>
        <w:tc>
          <w:tcPr>
            <w:tcW w:w="4993" w:type="dxa"/>
            <w:vAlign w:val="center"/>
          </w:tcPr>
          <w:p w14:paraId="0EF87EC7" w14:textId="77777777" w:rsidR="00700BBC" w:rsidRDefault="00000000">
            <w:pPr>
              <w:spacing w:after="0" w:line="240" w:lineRule="auto"/>
              <w:ind w:firstLine="0"/>
            </w:pPr>
            <w:r>
              <w:rPr>
                <w:sz w:val="18"/>
              </w:rPr>
              <w:t xml:space="preserve">His joke was so </w:t>
            </w:r>
            <w:r>
              <w:rPr>
                <w:b/>
                <w:sz w:val="18"/>
              </w:rPr>
              <w:t>risible</w:t>
            </w:r>
            <w:r>
              <w:rPr>
                <w:sz w:val="18"/>
              </w:rPr>
              <w:t xml:space="preserve"> that the audience laughed immediately.</w:t>
            </w:r>
          </w:p>
        </w:tc>
        <w:tc>
          <w:tcPr>
            <w:tcW w:w="4252" w:type="dxa"/>
            <w:vAlign w:val="center"/>
          </w:tcPr>
          <w:p w14:paraId="6E245236" w14:textId="77777777" w:rsidR="00700BBC" w:rsidRDefault="00000000">
            <w:pPr>
              <w:spacing w:after="0" w:line="240" w:lineRule="auto"/>
              <w:ind w:firstLine="0"/>
            </w:pPr>
            <w:r>
              <w:rPr>
                <w:sz w:val="18"/>
              </w:rPr>
              <w:t>a) Sad    b) Long    c) Laughable    d) Boring</w:t>
            </w:r>
          </w:p>
        </w:tc>
        <w:tc>
          <w:tcPr>
            <w:tcW w:w="5721" w:type="dxa"/>
            <w:vAlign w:val="center"/>
          </w:tcPr>
          <w:p w14:paraId="0272CB1F" w14:textId="77777777" w:rsidR="00700BBC" w:rsidRDefault="00000000">
            <w:pPr>
              <w:spacing w:after="0" w:line="240" w:lineRule="auto"/>
              <w:ind w:firstLine="0"/>
            </w:pPr>
            <w:r>
              <w:rPr>
                <w:sz w:val="18"/>
              </w:rPr>
              <w:br/>
            </w:r>
            <w:r>
              <w:rPr>
                <w:sz w:val="18"/>
              </w:rPr>
              <w:br/>
            </w:r>
          </w:p>
        </w:tc>
      </w:tr>
      <w:tr w:rsidR="00700BBC" w14:paraId="6EF3B873" w14:textId="77777777" w:rsidTr="00D64134">
        <w:trPr>
          <w:cantSplit/>
          <w:jc w:val="center"/>
        </w:trPr>
        <w:tc>
          <w:tcPr>
            <w:tcW w:w="644" w:type="dxa"/>
            <w:vAlign w:val="center"/>
          </w:tcPr>
          <w:p w14:paraId="23168FE4" w14:textId="77777777" w:rsidR="00700BBC" w:rsidRDefault="00000000">
            <w:pPr>
              <w:spacing w:after="0" w:line="240" w:lineRule="auto"/>
              <w:ind w:firstLine="0"/>
              <w:jc w:val="center"/>
            </w:pPr>
            <w:r>
              <w:rPr>
                <w:sz w:val="18"/>
              </w:rPr>
              <w:t>3</w:t>
            </w:r>
          </w:p>
        </w:tc>
        <w:tc>
          <w:tcPr>
            <w:tcW w:w="4993" w:type="dxa"/>
            <w:vAlign w:val="center"/>
          </w:tcPr>
          <w:p w14:paraId="339ADE42" w14:textId="77777777" w:rsidR="00700BBC" w:rsidRDefault="00000000">
            <w:pPr>
              <w:spacing w:after="0" w:line="240" w:lineRule="auto"/>
              <w:ind w:firstLine="0"/>
            </w:pPr>
            <w:r>
              <w:rPr>
                <w:sz w:val="18"/>
              </w:rPr>
              <w:t xml:space="preserve">Do not let the false advertisement </w:t>
            </w:r>
            <w:r>
              <w:rPr>
                <w:b/>
                <w:sz w:val="18"/>
              </w:rPr>
              <w:t>hoodwink</w:t>
            </w:r>
            <w:r>
              <w:rPr>
                <w:sz w:val="18"/>
              </w:rPr>
              <w:t xml:space="preserve"> you.</w:t>
            </w:r>
          </w:p>
        </w:tc>
        <w:tc>
          <w:tcPr>
            <w:tcW w:w="4252" w:type="dxa"/>
            <w:vAlign w:val="center"/>
          </w:tcPr>
          <w:p w14:paraId="574D5CA9" w14:textId="77777777" w:rsidR="00700BBC" w:rsidRDefault="00000000">
            <w:pPr>
              <w:spacing w:after="0" w:line="240" w:lineRule="auto"/>
              <w:ind w:firstLine="0"/>
            </w:pPr>
            <w:r>
              <w:rPr>
                <w:sz w:val="18"/>
              </w:rPr>
              <w:t>a) Help    b) Teach    c) Deceive    d) Invite</w:t>
            </w:r>
          </w:p>
        </w:tc>
        <w:tc>
          <w:tcPr>
            <w:tcW w:w="5721" w:type="dxa"/>
            <w:vAlign w:val="center"/>
          </w:tcPr>
          <w:p w14:paraId="4DE896F3" w14:textId="77777777" w:rsidR="00700BBC" w:rsidRDefault="00000000">
            <w:pPr>
              <w:spacing w:after="0" w:line="240" w:lineRule="auto"/>
              <w:ind w:firstLine="0"/>
            </w:pPr>
            <w:r>
              <w:rPr>
                <w:sz w:val="18"/>
              </w:rPr>
              <w:br/>
            </w:r>
            <w:r>
              <w:rPr>
                <w:sz w:val="18"/>
              </w:rPr>
              <w:br/>
            </w:r>
          </w:p>
        </w:tc>
      </w:tr>
      <w:tr w:rsidR="00700BBC" w14:paraId="2DBD4C0D" w14:textId="77777777" w:rsidTr="00D64134">
        <w:trPr>
          <w:cantSplit/>
          <w:jc w:val="center"/>
        </w:trPr>
        <w:tc>
          <w:tcPr>
            <w:tcW w:w="644" w:type="dxa"/>
            <w:vAlign w:val="center"/>
          </w:tcPr>
          <w:p w14:paraId="16F7FB42" w14:textId="77777777" w:rsidR="00700BBC" w:rsidRDefault="00000000">
            <w:pPr>
              <w:spacing w:after="0" w:line="240" w:lineRule="auto"/>
              <w:ind w:firstLine="0"/>
              <w:jc w:val="center"/>
            </w:pPr>
            <w:r>
              <w:rPr>
                <w:sz w:val="18"/>
              </w:rPr>
              <w:t>4</w:t>
            </w:r>
          </w:p>
        </w:tc>
        <w:tc>
          <w:tcPr>
            <w:tcW w:w="4993" w:type="dxa"/>
            <w:vAlign w:val="center"/>
          </w:tcPr>
          <w:p w14:paraId="426EC09C" w14:textId="77777777" w:rsidR="00700BBC" w:rsidRDefault="00000000">
            <w:pPr>
              <w:spacing w:after="0" w:line="240" w:lineRule="auto"/>
              <w:ind w:firstLine="0"/>
            </w:pPr>
            <w:r>
              <w:rPr>
                <w:sz w:val="18"/>
              </w:rPr>
              <w:t xml:space="preserve">You must </w:t>
            </w:r>
            <w:r>
              <w:rPr>
                <w:b/>
                <w:sz w:val="18"/>
              </w:rPr>
              <w:t>conjugate</w:t>
            </w:r>
            <w:r>
              <w:rPr>
                <w:sz w:val="18"/>
              </w:rPr>
              <w:t xml:space="preserve"> the verb correctly in the past tense.</w:t>
            </w:r>
          </w:p>
        </w:tc>
        <w:tc>
          <w:tcPr>
            <w:tcW w:w="4252" w:type="dxa"/>
            <w:vAlign w:val="center"/>
          </w:tcPr>
          <w:p w14:paraId="2DDFEBE7" w14:textId="77777777" w:rsidR="00700BBC" w:rsidRDefault="00000000">
            <w:pPr>
              <w:spacing w:after="0" w:line="240" w:lineRule="auto"/>
              <w:ind w:firstLine="0"/>
            </w:pPr>
            <w:r>
              <w:rPr>
                <w:sz w:val="18"/>
              </w:rPr>
              <w:t>a) Write    b) Inflect    c) Delete    d) Pronounce</w:t>
            </w:r>
          </w:p>
        </w:tc>
        <w:tc>
          <w:tcPr>
            <w:tcW w:w="5721" w:type="dxa"/>
            <w:vAlign w:val="center"/>
          </w:tcPr>
          <w:p w14:paraId="0269BE7C" w14:textId="77777777" w:rsidR="00700BBC" w:rsidRDefault="00000000">
            <w:pPr>
              <w:spacing w:after="0" w:line="240" w:lineRule="auto"/>
              <w:ind w:firstLine="0"/>
            </w:pPr>
            <w:r>
              <w:rPr>
                <w:sz w:val="18"/>
              </w:rPr>
              <w:br/>
            </w:r>
            <w:r>
              <w:rPr>
                <w:sz w:val="18"/>
              </w:rPr>
              <w:br/>
            </w:r>
          </w:p>
        </w:tc>
      </w:tr>
      <w:tr w:rsidR="00700BBC" w14:paraId="3FB75D23" w14:textId="77777777" w:rsidTr="00D64134">
        <w:trPr>
          <w:cantSplit/>
          <w:jc w:val="center"/>
        </w:trPr>
        <w:tc>
          <w:tcPr>
            <w:tcW w:w="644" w:type="dxa"/>
            <w:vAlign w:val="center"/>
          </w:tcPr>
          <w:p w14:paraId="521B609F" w14:textId="77777777" w:rsidR="00700BBC" w:rsidRDefault="00000000">
            <w:pPr>
              <w:spacing w:after="0" w:line="240" w:lineRule="auto"/>
              <w:ind w:firstLine="0"/>
              <w:jc w:val="center"/>
            </w:pPr>
            <w:r>
              <w:rPr>
                <w:sz w:val="18"/>
              </w:rPr>
              <w:lastRenderedPageBreak/>
              <w:t>5</w:t>
            </w:r>
          </w:p>
        </w:tc>
        <w:tc>
          <w:tcPr>
            <w:tcW w:w="4993" w:type="dxa"/>
            <w:vAlign w:val="center"/>
          </w:tcPr>
          <w:p w14:paraId="7F5692B1" w14:textId="77777777" w:rsidR="00700BBC" w:rsidRDefault="00000000">
            <w:pPr>
              <w:spacing w:after="0" w:line="240" w:lineRule="auto"/>
              <w:ind w:firstLine="0"/>
            </w:pPr>
            <w:r>
              <w:rPr>
                <w:sz w:val="18"/>
              </w:rPr>
              <w:t xml:space="preserve">The character was portrayed as a loud </w:t>
            </w:r>
            <w:r>
              <w:rPr>
                <w:b/>
                <w:sz w:val="18"/>
              </w:rPr>
              <w:t>virago</w:t>
            </w:r>
            <w:r>
              <w:rPr>
                <w:sz w:val="18"/>
              </w:rPr>
              <w:t xml:space="preserve"> who frightened the servants.</w:t>
            </w:r>
          </w:p>
        </w:tc>
        <w:tc>
          <w:tcPr>
            <w:tcW w:w="4252" w:type="dxa"/>
            <w:vAlign w:val="center"/>
          </w:tcPr>
          <w:p w14:paraId="374695D3" w14:textId="77777777" w:rsidR="00700BBC" w:rsidRDefault="00000000">
            <w:pPr>
              <w:spacing w:after="0" w:line="240" w:lineRule="auto"/>
              <w:ind w:firstLine="0"/>
            </w:pPr>
            <w:r>
              <w:rPr>
                <w:sz w:val="18"/>
              </w:rPr>
              <w:t>a) Heroine    b) Singer    c) Shrew    d) Queen</w:t>
            </w:r>
          </w:p>
        </w:tc>
        <w:tc>
          <w:tcPr>
            <w:tcW w:w="5721" w:type="dxa"/>
            <w:vAlign w:val="center"/>
          </w:tcPr>
          <w:p w14:paraId="29EE8D81" w14:textId="77777777" w:rsidR="00700BBC" w:rsidRDefault="00000000">
            <w:pPr>
              <w:spacing w:after="0" w:line="240" w:lineRule="auto"/>
              <w:ind w:firstLine="0"/>
            </w:pPr>
            <w:r>
              <w:rPr>
                <w:sz w:val="18"/>
              </w:rPr>
              <w:br/>
            </w:r>
            <w:r>
              <w:rPr>
                <w:sz w:val="18"/>
              </w:rPr>
              <w:br/>
            </w:r>
          </w:p>
        </w:tc>
      </w:tr>
      <w:tr w:rsidR="00700BBC" w14:paraId="5A572CC8" w14:textId="77777777" w:rsidTr="00D64134">
        <w:trPr>
          <w:cantSplit/>
          <w:jc w:val="center"/>
        </w:trPr>
        <w:tc>
          <w:tcPr>
            <w:tcW w:w="644" w:type="dxa"/>
            <w:vAlign w:val="center"/>
          </w:tcPr>
          <w:p w14:paraId="787CE84B" w14:textId="77777777" w:rsidR="00700BBC" w:rsidRDefault="00000000">
            <w:pPr>
              <w:spacing w:after="0" w:line="240" w:lineRule="auto"/>
              <w:ind w:firstLine="0"/>
              <w:jc w:val="center"/>
            </w:pPr>
            <w:r>
              <w:rPr>
                <w:sz w:val="18"/>
              </w:rPr>
              <w:t>6</w:t>
            </w:r>
          </w:p>
        </w:tc>
        <w:tc>
          <w:tcPr>
            <w:tcW w:w="4993" w:type="dxa"/>
            <w:vAlign w:val="center"/>
          </w:tcPr>
          <w:p w14:paraId="6AE88A9E" w14:textId="77777777" w:rsidR="00700BBC" w:rsidRDefault="00000000">
            <w:pPr>
              <w:spacing w:after="0" w:line="240" w:lineRule="auto"/>
              <w:ind w:firstLine="0"/>
            </w:pPr>
            <w:r>
              <w:rPr>
                <w:sz w:val="18"/>
              </w:rPr>
              <w:t xml:space="preserve">The king appeared in full </w:t>
            </w:r>
            <w:r>
              <w:rPr>
                <w:b/>
                <w:sz w:val="18"/>
              </w:rPr>
              <w:t>regalia</w:t>
            </w:r>
            <w:r>
              <w:rPr>
                <w:sz w:val="18"/>
              </w:rPr>
              <w:t xml:space="preserve"> during the national ceremony.</w:t>
            </w:r>
          </w:p>
        </w:tc>
        <w:tc>
          <w:tcPr>
            <w:tcW w:w="4252" w:type="dxa"/>
            <w:vAlign w:val="center"/>
          </w:tcPr>
          <w:p w14:paraId="761AB586" w14:textId="77777777" w:rsidR="00700BBC" w:rsidRDefault="00000000">
            <w:pPr>
              <w:spacing w:after="0" w:line="240" w:lineRule="auto"/>
              <w:ind w:firstLine="0"/>
            </w:pPr>
            <w:r>
              <w:rPr>
                <w:sz w:val="18"/>
              </w:rPr>
              <w:t>a) Armor    b) Uniform    c) Finery    d) Cape</w:t>
            </w:r>
          </w:p>
        </w:tc>
        <w:tc>
          <w:tcPr>
            <w:tcW w:w="5721" w:type="dxa"/>
            <w:vAlign w:val="center"/>
          </w:tcPr>
          <w:p w14:paraId="79B2C5B2" w14:textId="77777777" w:rsidR="00700BBC" w:rsidRDefault="00000000">
            <w:pPr>
              <w:spacing w:after="0" w:line="240" w:lineRule="auto"/>
              <w:ind w:firstLine="0"/>
            </w:pPr>
            <w:r>
              <w:rPr>
                <w:sz w:val="18"/>
              </w:rPr>
              <w:br/>
            </w:r>
            <w:r>
              <w:rPr>
                <w:sz w:val="18"/>
              </w:rPr>
              <w:br/>
            </w:r>
          </w:p>
        </w:tc>
      </w:tr>
      <w:tr w:rsidR="00700BBC" w14:paraId="0803641A" w14:textId="77777777" w:rsidTr="00D64134">
        <w:trPr>
          <w:cantSplit/>
          <w:jc w:val="center"/>
        </w:trPr>
        <w:tc>
          <w:tcPr>
            <w:tcW w:w="644" w:type="dxa"/>
            <w:vAlign w:val="center"/>
          </w:tcPr>
          <w:p w14:paraId="5D5DDCE1" w14:textId="77777777" w:rsidR="00700BBC" w:rsidRDefault="00000000">
            <w:pPr>
              <w:spacing w:after="0" w:line="240" w:lineRule="auto"/>
              <w:ind w:firstLine="0"/>
              <w:jc w:val="center"/>
            </w:pPr>
            <w:r>
              <w:rPr>
                <w:sz w:val="18"/>
              </w:rPr>
              <w:t>7</w:t>
            </w:r>
          </w:p>
        </w:tc>
        <w:tc>
          <w:tcPr>
            <w:tcW w:w="4993" w:type="dxa"/>
            <w:vAlign w:val="center"/>
          </w:tcPr>
          <w:p w14:paraId="74EF96FA" w14:textId="77777777" w:rsidR="00700BBC" w:rsidRDefault="00000000">
            <w:pPr>
              <w:spacing w:after="0" w:line="240" w:lineRule="auto"/>
              <w:ind w:firstLine="0"/>
            </w:pPr>
            <w:r>
              <w:rPr>
                <w:sz w:val="18"/>
              </w:rPr>
              <w:t xml:space="preserve">After the dispute ended, they spoke without </w:t>
            </w:r>
            <w:r>
              <w:rPr>
                <w:b/>
                <w:sz w:val="18"/>
              </w:rPr>
              <w:t>rancor</w:t>
            </w:r>
            <w:r>
              <w:rPr>
                <w:sz w:val="18"/>
              </w:rPr>
              <w:t>.</w:t>
            </w:r>
          </w:p>
        </w:tc>
        <w:tc>
          <w:tcPr>
            <w:tcW w:w="4252" w:type="dxa"/>
            <w:vAlign w:val="center"/>
          </w:tcPr>
          <w:p w14:paraId="267FDC99" w14:textId="77777777" w:rsidR="00700BBC" w:rsidRDefault="00000000">
            <w:pPr>
              <w:spacing w:after="0" w:line="240" w:lineRule="auto"/>
              <w:ind w:firstLine="0"/>
            </w:pPr>
            <w:r>
              <w:rPr>
                <w:sz w:val="18"/>
              </w:rPr>
              <w:t>a) Love    b) Bitterness    c) Speed    d) Interest</w:t>
            </w:r>
          </w:p>
        </w:tc>
        <w:tc>
          <w:tcPr>
            <w:tcW w:w="5721" w:type="dxa"/>
            <w:vAlign w:val="center"/>
          </w:tcPr>
          <w:p w14:paraId="123EA317" w14:textId="77777777" w:rsidR="00700BBC" w:rsidRDefault="00000000">
            <w:pPr>
              <w:spacing w:after="0" w:line="240" w:lineRule="auto"/>
              <w:ind w:firstLine="0"/>
            </w:pPr>
            <w:r>
              <w:rPr>
                <w:sz w:val="18"/>
              </w:rPr>
              <w:br/>
            </w:r>
            <w:r>
              <w:rPr>
                <w:sz w:val="18"/>
              </w:rPr>
              <w:br/>
            </w:r>
          </w:p>
        </w:tc>
      </w:tr>
      <w:tr w:rsidR="00700BBC" w14:paraId="5D2AAC1F" w14:textId="77777777" w:rsidTr="00D64134">
        <w:trPr>
          <w:cantSplit/>
          <w:jc w:val="center"/>
        </w:trPr>
        <w:tc>
          <w:tcPr>
            <w:tcW w:w="644" w:type="dxa"/>
            <w:vAlign w:val="center"/>
          </w:tcPr>
          <w:p w14:paraId="0523FC83" w14:textId="77777777" w:rsidR="00700BBC" w:rsidRDefault="00000000">
            <w:pPr>
              <w:spacing w:after="0" w:line="240" w:lineRule="auto"/>
              <w:ind w:firstLine="0"/>
              <w:jc w:val="center"/>
            </w:pPr>
            <w:r>
              <w:rPr>
                <w:sz w:val="18"/>
              </w:rPr>
              <w:t>8</w:t>
            </w:r>
          </w:p>
        </w:tc>
        <w:tc>
          <w:tcPr>
            <w:tcW w:w="4993" w:type="dxa"/>
            <w:vAlign w:val="center"/>
          </w:tcPr>
          <w:p w14:paraId="509AD081" w14:textId="77777777" w:rsidR="00700BBC" w:rsidRDefault="00000000">
            <w:pPr>
              <w:spacing w:after="0" w:line="240" w:lineRule="auto"/>
              <w:ind w:firstLine="0"/>
            </w:pPr>
            <w:r>
              <w:rPr>
                <w:sz w:val="18"/>
              </w:rPr>
              <w:t xml:space="preserve">He is a </w:t>
            </w:r>
            <w:r>
              <w:rPr>
                <w:b/>
                <w:sz w:val="18"/>
              </w:rPr>
              <w:t>consummate</w:t>
            </w:r>
            <w:r>
              <w:rPr>
                <w:sz w:val="18"/>
              </w:rPr>
              <w:t xml:space="preserve"> professional who performs every task with skill.</w:t>
            </w:r>
          </w:p>
        </w:tc>
        <w:tc>
          <w:tcPr>
            <w:tcW w:w="4252" w:type="dxa"/>
            <w:vAlign w:val="center"/>
          </w:tcPr>
          <w:p w14:paraId="5E3DD76D" w14:textId="77777777" w:rsidR="00700BBC" w:rsidRDefault="00000000">
            <w:pPr>
              <w:spacing w:after="0" w:line="240" w:lineRule="auto"/>
              <w:ind w:firstLine="0"/>
            </w:pPr>
            <w:r>
              <w:rPr>
                <w:sz w:val="18"/>
              </w:rPr>
              <w:t>a) New    b) Perfect    c) Lazy    d) Rude</w:t>
            </w:r>
          </w:p>
        </w:tc>
        <w:tc>
          <w:tcPr>
            <w:tcW w:w="5721" w:type="dxa"/>
            <w:vAlign w:val="center"/>
          </w:tcPr>
          <w:p w14:paraId="057E6664" w14:textId="77777777" w:rsidR="00700BBC" w:rsidRDefault="00000000">
            <w:pPr>
              <w:spacing w:after="0" w:line="240" w:lineRule="auto"/>
              <w:ind w:firstLine="0"/>
            </w:pPr>
            <w:r>
              <w:rPr>
                <w:sz w:val="18"/>
              </w:rPr>
              <w:br/>
            </w:r>
            <w:r>
              <w:rPr>
                <w:sz w:val="18"/>
              </w:rPr>
              <w:br/>
            </w:r>
          </w:p>
        </w:tc>
      </w:tr>
      <w:tr w:rsidR="00700BBC" w14:paraId="130F46CC" w14:textId="77777777" w:rsidTr="00D64134">
        <w:trPr>
          <w:cantSplit/>
          <w:jc w:val="center"/>
        </w:trPr>
        <w:tc>
          <w:tcPr>
            <w:tcW w:w="644" w:type="dxa"/>
            <w:vAlign w:val="center"/>
          </w:tcPr>
          <w:p w14:paraId="4919F807" w14:textId="77777777" w:rsidR="00700BBC" w:rsidRDefault="00000000">
            <w:pPr>
              <w:spacing w:after="0" w:line="240" w:lineRule="auto"/>
              <w:ind w:firstLine="0"/>
              <w:jc w:val="center"/>
            </w:pPr>
            <w:r>
              <w:rPr>
                <w:sz w:val="18"/>
              </w:rPr>
              <w:t>9</w:t>
            </w:r>
          </w:p>
        </w:tc>
        <w:tc>
          <w:tcPr>
            <w:tcW w:w="4993" w:type="dxa"/>
            <w:vAlign w:val="center"/>
          </w:tcPr>
          <w:p w14:paraId="044D0B6C" w14:textId="77777777" w:rsidR="00700BBC" w:rsidRDefault="00000000">
            <w:pPr>
              <w:spacing w:after="0" w:line="240" w:lineRule="auto"/>
              <w:ind w:firstLine="0"/>
            </w:pPr>
            <w:r>
              <w:rPr>
                <w:sz w:val="18"/>
              </w:rPr>
              <w:t xml:space="preserve">The committee will </w:t>
            </w:r>
            <w:r>
              <w:rPr>
                <w:b/>
                <w:sz w:val="18"/>
              </w:rPr>
              <w:t>cull</w:t>
            </w:r>
            <w:r>
              <w:rPr>
                <w:sz w:val="18"/>
              </w:rPr>
              <w:t xml:space="preserve"> outdated files from the archive.</w:t>
            </w:r>
          </w:p>
        </w:tc>
        <w:tc>
          <w:tcPr>
            <w:tcW w:w="4252" w:type="dxa"/>
            <w:vAlign w:val="center"/>
          </w:tcPr>
          <w:p w14:paraId="1ABBF0C6" w14:textId="77777777" w:rsidR="00700BBC" w:rsidRDefault="00000000">
            <w:pPr>
              <w:spacing w:after="0" w:line="240" w:lineRule="auto"/>
              <w:ind w:firstLine="0"/>
            </w:pPr>
            <w:r>
              <w:rPr>
                <w:sz w:val="18"/>
              </w:rPr>
              <w:t>a) Sort    b) Save    c) Select or remove    d) Print</w:t>
            </w:r>
          </w:p>
        </w:tc>
        <w:tc>
          <w:tcPr>
            <w:tcW w:w="5721" w:type="dxa"/>
            <w:vAlign w:val="center"/>
          </w:tcPr>
          <w:p w14:paraId="37109ACC" w14:textId="77777777" w:rsidR="00700BBC" w:rsidRDefault="00000000">
            <w:pPr>
              <w:spacing w:after="0" w:line="240" w:lineRule="auto"/>
              <w:ind w:firstLine="0"/>
            </w:pPr>
            <w:r>
              <w:rPr>
                <w:sz w:val="18"/>
              </w:rPr>
              <w:br/>
            </w:r>
            <w:r>
              <w:rPr>
                <w:sz w:val="18"/>
              </w:rPr>
              <w:br/>
            </w:r>
          </w:p>
        </w:tc>
      </w:tr>
      <w:tr w:rsidR="00700BBC" w14:paraId="764FA0E0" w14:textId="77777777" w:rsidTr="00D64134">
        <w:trPr>
          <w:cantSplit/>
          <w:jc w:val="center"/>
        </w:trPr>
        <w:tc>
          <w:tcPr>
            <w:tcW w:w="644" w:type="dxa"/>
            <w:vAlign w:val="center"/>
          </w:tcPr>
          <w:p w14:paraId="4C1BCCE9" w14:textId="77777777" w:rsidR="00700BBC" w:rsidRDefault="00000000">
            <w:pPr>
              <w:spacing w:after="0" w:line="240" w:lineRule="auto"/>
              <w:ind w:firstLine="0"/>
              <w:jc w:val="center"/>
            </w:pPr>
            <w:r>
              <w:rPr>
                <w:sz w:val="18"/>
              </w:rPr>
              <w:t>10</w:t>
            </w:r>
          </w:p>
        </w:tc>
        <w:tc>
          <w:tcPr>
            <w:tcW w:w="4993" w:type="dxa"/>
            <w:vAlign w:val="center"/>
          </w:tcPr>
          <w:p w14:paraId="6190E773" w14:textId="77777777" w:rsidR="00700BBC" w:rsidRDefault="00000000">
            <w:pPr>
              <w:spacing w:after="0" w:line="240" w:lineRule="auto"/>
              <w:ind w:firstLine="0"/>
            </w:pPr>
            <w:r>
              <w:rPr>
                <w:sz w:val="18"/>
              </w:rPr>
              <w:t xml:space="preserve">With rest and treatment, time may </w:t>
            </w:r>
            <w:r>
              <w:rPr>
                <w:b/>
                <w:sz w:val="18"/>
              </w:rPr>
              <w:t>recure</w:t>
            </w:r>
            <w:r>
              <w:rPr>
                <w:sz w:val="18"/>
              </w:rPr>
              <w:t xml:space="preserve"> his health after the illness.</w:t>
            </w:r>
          </w:p>
        </w:tc>
        <w:tc>
          <w:tcPr>
            <w:tcW w:w="4252" w:type="dxa"/>
            <w:vAlign w:val="center"/>
          </w:tcPr>
          <w:p w14:paraId="0F0C1AB2" w14:textId="77777777" w:rsidR="00700BBC" w:rsidRDefault="00000000">
            <w:pPr>
              <w:spacing w:after="0" w:line="240" w:lineRule="auto"/>
              <w:ind w:firstLine="0"/>
            </w:pPr>
            <w:r>
              <w:rPr>
                <w:sz w:val="18"/>
              </w:rPr>
              <w:t>a) Damage    b) Change    c) Heal    d) Watch</w:t>
            </w:r>
          </w:p>
        </w:tc>
        <w:tc>
          <w:tcPr>
            <w:tcW w:w="5721" w:type="dxa"/>
            <w:vAlign w:val="center"/>
          </w:tcPr>
          <w:p w14:paraId="5E68D210" w14:textId="77777777" w:rsidR="00700BBC" w:rsidRDefault="00000000">
            <w:pPr>
              <w:spacing w:after="0" w:line="240" w:lineRule="auto"/>
              <w:ind w:firstLine="0"/>
            </w:pPr>
            <w:r>
              <w:rPr>
                <w:sz w:val="18"/>
              </w:rPr>
              <w:br/>
            </w:r>
            <w:r>
              <w:rPr>
                <w:sz w:val="18"/>
              </w:rPr>
              <w:br/>
            </w:r>
          </w:p>
        </w:tc>
      </w:tr>
      <w:tr w:rsidR="00700BBC" w14:paraId="7071CD58" w14:textId="77777777" w:rsidTr="00D64134">
        <w:trPr>
          <w:cantSplit/>
          <w:jc w:val="center"/>
        </w:trPr>
        <w:tc>
          <w:tcPr>
            <w:tcW w:w="644" w:type="dxa"/>
            <w:vAlign w:val="center"/>
          </w:tcPr>
          <w:p w14:paraId="67DBB53F" w14:textId="77777777" w:rsidR="00700BBC" w:rsidRDefault="00000000">
            <w:pPr>
              <w:spacing w:after="0" w:line="240" w:lineRule="auto"/>
              <w:ind w:firstLine="0"/>
              <w:jc w:val="center"/>
            </w:pPr>
            <w:r>
              <w:rPr>
                <w:sz w:val="18"/>
              </w:rPr>
              <w:t>11</w:t>
            </w:r>
          </w:p>
        </w:tc>
        <w:tc>
          <w:tcPr>
            <w:tcW w:w="4993" w:type="dxa"/>
            <w:vAlign w:val="center"/>
          </w:tcPr>
          <w:p w14:paraId="72C52619" w14:textId="77777777" w:rsidR="00700BBC" w:rsidRDefault="00000000">
            <w:pPr>
              <w:spacing w:after="0" w:line="240" w:lineRule="auto"/>
              <w:ind w:firstLine="0"/>
            </w:pPr>
            <w:r>
              <w:rPr>
                <w:sz w:val="18"/>
              </w:rPr>
              <w:t xml:space="preserve">The old man lived as a </w:t>
            </w:r>
            <w:r>
              <w:rPr>
                <w:b/>
                <w:sz w:val="18"/>
              </w:rPr>
              <w:t>pauper</w:t>
            </w:r>
            <w:r>
              <w:rPr>
                <w:sz w:val="18"/>
              </w:rPr>
              <w:t xml:space="preserve"> despite once being wealthy.</w:t>
            </w:r>
          </w:p>
        </w:tc>
        <w:tc>
          <w:tcPr>
            <w:tcW w:w="4252" w:type="dxa"/>
            <w:vAlign w:val="center"/>
          </w:tcPr>
          <w:p w14:paraId="105382B9" w14:textId="77777777" w:rsidR="00700BBC" w:rsidRDefault="00000000">
            <w:pPr>
              <w:spacing w:after="0" w:line="240" w:lineRule="auto"/>
              <w:ind w:firstLine="0"/>
            </w:pPr>
            <w:r>
              <w:rPr>
                <w:sz w:val="18"/>
              </w:rPr>
              <w:t>a) King    b) Poor person    c) Soldier    d) Merchant</w:t>
            </w:r>
          </w:p>
        </w:tc>
        <w:tc>
          <w:tcPr>
            <w:tcW w:w="5721" w:type="dxa"/>
            <w:vAlign w:val="center"/>
          </w:tcPr>
          <w:p w14:paraId="6ECAAD93" w14:textId="77777777" w:rsidR="00700BBC" w:rsidRDefault="00000000">
            <w:pPr>
              <w:spacing w:after="0" w:line="240" w:lineRule="auto"/>
              <w:ind w:firstLine="0"/>
            </w:pPr>
            <w:r>
              <w:rPr>
                <w:sz w:val="18"/>
              </w:rPr>
              <w:br/>
            </w:r>
            <w:r>
              <w:rPr>
                <w:sz w:val="18"/>
              </w:rPr>
              <w:br/>
            </w:r>
          </w:p>
        </w:tc>
      </w:tr>
      <w:tr w:rsidR="00700BBC" w14:paraId="7DF98C8F" w14:textId="77777777" w:rsidTr="00D64134">
        <w:trPr>
          <w:cantSplit/>
          <w:jc w:val="center"/>
        </w:trPr>
        <w:tc>
          <w:tcPr>
            <w:tcW w:w="644" w:type="dxa"/>
            <w:vAlign w:val="center"/>
          </w:tcPr>
          <w:p w14:paraId="58DFAD5E" w14:textId="77777777" w:rsidR="00700BBC" w:rsidRDefault="00000000">
            <w:pPr>
              <w:spacing w:after="0" w:line="240" w:lineRule="auto"/>
              <w:ind w:firstLine="0"/>
              <w:jc w:val="center"/>
            </w:pPr>
            <w:r>
              <w:rPr>
                <w:sz w:val="18"/>
              </w:rPr>
              <w:t>12</w:t>
            </w:r>
          </w:p>
        </w:tc>
        <w:tc>
          <w:tcPr>
            <w:tcW w:w="4993" w:type="dxa"/>
            <w:vAlign w:val="center"/>
          </w:tcPr>
          <w:p w14:paraId="180AC77E" w14:textId="77777777" w:rsidR="00700BBC" w:rsidRDefault="00000000">
            <w:pPr>
              <w:spacing w:after="0" w:line="240" w:lineRule="auto"/>
              <w:ind w:firstLine="0"/>
            </w:pPr>
            <w:r>
              <w:rPr>
                <w:sz w:val="18"/>
              </w:rPr>
              <w:t xml:space="preserve">A clear safety plan can </w:t>
            </w:r>
            <w:r>
              <w:rPr>
                <w:b/>
                <w:sz w:val="18"/>
              </w:rPr>
              <w:t>obviate</w:t>
            </w:r>
            <w:r>
              <w:rPr>
                <w:sz w:val="18"/>
              </w:rPr>
              <w:t xml:space="preserve"> many workplace risks.</w:t>
            </w:r>
          </w:p>
        </w:tc>
        <w:tc>
          <w:tcPr>
            <w:tcW w:w="4252" w:type="dxa"/>
            <w:vAlign w:val="center"/>
          </w:tcPr>
          <w:p w14:paraId="7093E62A" w14:textId="77777777" w:rsidR="00700BBC" w:rsidRDefault="00000000">
            <w:pPr>
              <w:spacing w:after="0" w:line="240" w:lineRule="auto"/>
              <w:ind w:firstLine="0"/>
            </w:pPr>
            <w:r>
              <w:rPr>
                <w:sz w:val="18"/>
              </w:rPr>
              <w:t>a) Increase    b) Remove    c) Explain    d) Hide</w:t>
            </w:r>
          </w:p>
        </w:tc>
        <w:tc>
          <w:tcPr>
            <w:tcW w:w="5721" w:type="dxa"/>
            <w:vAlign w:val="center"/>
          </w:tcPr>
          <w:p w14:paraId="74F1DEB4" w14:textId="77777777" w:rsidR="00700BBC" w:rsidRDefault="00000000">
            <w:pPr>
              <w:spacing w:after="0" w:line="240" w:lineRule="auto"/>
              <w:ind w:firstLine="0"/>
            </w:pPr>
            <w:r>
              <w:rPr>
                <w:sz w:val="18"/>
              </w:rPr>
              <w:br/>
            </w:r>
            <w:r>
              <w:rPr>
                <w:sz w:val="18"/>
              </w:rPr>
              <w:br/>
            </w:r>
          </w:p>
        </w:tc>
      </w:tr>
      <w:tr w:rsidR="00700BBC" w14:paraId="146F1A10" w14:textId="77777777" w:rsidTr="00D64134">
        <w:trPr>
          <w:cantSplit/>
          <w:jc w:val="center"/>
        </w:trPr>
        <w:tc>
          <w:tcPr>
            <w:tcW w:w="644" w:type="dxa"/>
            <w:vAlign w:val="center"/>
          </w:tcPr>
          <w:p w14:paraId="69923CD0" w14:textId="77777777" w:rsidR="00700BBC" w:rsidRDefault="00000000">
            <w:pPr>
              <w:spacing w:after="0" w:line="240" w:lineRule="auto"/>
              <w:ind w:firstLine="0"/>
              <w:jc w:val="center"/>
            </w:pPr>
            <w:r>
              <w:rPr>
                <w:sz w:val="18"/>
              </w:rPr>
              <w:t>13</w:t>
            </w:r>
          </w:p>
        </w:tc>
        <w:tc>
          <w:tcPr>
            <w:tcW w:w="4993" w:type="dxa"/>
            <w:vAlign w:val="center"/>
          </w:tcPr>
          <w:p w14:paraId="2A33E2F0" w14:textId="77777777" w:rsidR="00700BBC" w:rsidRDefault="00000000">
            <w:pPr>
              <w:spacing w:after="0" w:line="240" w:lineRule="auto"/>
              <w:ind w:firstLine="0"/>
            </w:pPr>
            <w:r>
              <w:rPr>
                <w:sz w:val="18"/>
              </w:rPr>
              <w:t xml:space="preserve">He tried to </w:t>
            </w:r>
            <w:r>
              <w:rPr>
                <w:b/>
                <w:sz w:val="18"/>
              </w:rPr>
              <w:t>purloin</w:t>
            </w:r>
            <w:r>
              <w:rPr>
                <w:sz w:val="18"/>
              </w:rPr>
              <w:t xml:space="preserve"> the expensive watch from the display case.</w:t>
            </w:r>
          </w:p>
        </w:tc>
        <w:tc>
          <w:tcPr>
            <w:tcW w:w="4252" w:type="dxa"/>
            <w:vAlign w:val="center"/>
          </w:tcPr>
          <w:p w14:paraId="2395CFD4" w14:textId="77777777" w:rsidR="00700BBC" w:rsidRDefault="00000000">
            <w:pPr>
              <w:spacing w:after="0" w:line="240" w:lineRule="auto"/>
              <w:ind w:firstLine="0"/>
            </w:pPr>
            <w:r>
              <w:rPr>
                <w:sz w:val="18"/>
              </w:rPr>
              <w:t>a) Buy    b) Fix    c) Steal    d) Sell</w:t>
            </w:r>
          </w:p>
        </w:tc>
        <w:tc>
          <w:tcPr>
            <w:tcW w:w="5721" w:type="dxa"/>
            <w:vAlign w:val="center"/>
          </w:tcPr>
          <w:p w14:paraId="4552CC29" w14:textId="77777777" w:rsidR="00700BBC" w:rsidRDefault="00000000">
            <w:pPr>
              <w:spacing w:after="0" w:line="240" w:lineRule="auto"/>
              <w:ind w:firstLine="0"/>
            </w:pPr>
            <w:r>
              <w:rPr>
                <w:sz w:val="18"/>
              </w:rPr>
              <w:br/>
            </w:r>
            <w:r>
              <w:rPr>
                <w:sz w:val="18"/>
              </w:rPr>
              <w:br/>
            </w:r>
          </w:p>
        </w:tc>
      </w:tr>
      <w:tr w:rsidR="00700BBC" w14:paraId="3C096AE5" w14:textId="77777777" w:rsidTr="00D64134">
        <w:trPr>
          <w:cantSplit/>
          <w:jc w:val="center"/>
        </w:trPr>
        <w:tc>
          <w:tcPr>
            <w:tcW w:w="644" w:type="dxa"/>
            <w:vAlign w:val="center"/>
          </w:tcPr>
          <w:p w14:paraId="05479123" w14:textId="77777777" w:rsidR="00700BBC" w:rsidRDefault="00000000">
            <w:pPr>
              <w:spacing w:after="0" w:line="240" w:lineRule="auto"/>
              <w:ind w:firstLine="0"/>
              <w:jc w:val="center"/>
            </w:pPr>
            <w:r>
              <w:rPr>
                <w:sz w:val="18"/>
              </w:rPr>
              <w:t>14</w:t>
            </w:r>
          </w:p>
        </w:tc>
        <w:tc>
          <w:tcPr>
            <w:tcW w:w="4993" w:type="dxa"/>
            <w:vAlign w:val="center"/>
          </w:tcPr>
          <w:p w14:paraId="25979D78" w14:textId="77777777" w:rsidR="00700BBC" w:rsidRDefault="00000000">
            <w:pPr>
              <w:spacing w:after="0" w:line="240" w:lineRule="auto"/>
              <w:ind w:firstLine="0"/>
            </w:pPr>
            <w:r>
              <w:rPr>
                <w:sz w:val="18"/>
              </w:rPr>
              <w:t xml:space="preserve">The museum displayed several </w:t>
            </w:r>
            <w:r>
              <w:rPr>
                <w:b/>
                <w:sz w:val="18"/>
              </w:rPr>
              <w:t>ichthyic</w:t>
            </w:r>
            <w:r>
              <w:rPr>
                <w:sz w:val="18"/>
              </w:rPr>
              <w:t xml:space="preserve"> fossils from ancient seas.</w:t>
            </w:r>
          </w:p>
        </w:tc>
        <w:tc>
          <w:tcPr>
            <w:tcW w:w="4252" w:type="dxa"/>
            <w:vAlign w:val="center"/>
          </w:tcPr>
          <w:p w14:paraId="4480CF72" w14:textId="77777777" w:rsidR="00700BBC" w:rsidRDefault="00000000">
            <w:pPr>
              <w:spacing w:after="0" w:line="240" w:lineRule="auto"/>
              <w:ind w:firstLine="0"/>
            </w:pPr>
            <w:r>
              <w:rPr>
                <w:sz w:val="18"/>
              </w:rPr>
              <w:t>a) Human    b) Bird    c) Fish-like    d) Plant</w:t>
            </w:r>
          </w:p>
        </w:tc>
        <w:tc>
          <w:tcPr>
            <w:tcW w:w="5721" w:type="dxa"/>
            <w:vAlign w:val="center"/>
          </w:tcPr>
          <w:p w14:paraId="1CA333DD" w14:textId="77777777" w:rsidR="00700BBC" w:rsidRDefault="00000000">
            <w:pPr>
              <w:spacing w:after="0" w:line="240" w:lineRule="auto"/>
              <w:ind w:firstLine="0"/>
            </w:pPr>
            <w:r>
              <w:rPr>
                <w:sz w:val="18"/>
              </w:rPr>
              <w:br/>
            </w:r>
            <w:r>
              <w:rPr>
                <w:sz w:val="18"/>
              </w:rPr>
              <w:br/>
            </w:r>
          </w:p>
        </w:tc>
      </w:tr>
      <w:tr w:rsidR="00700BBC" w14:paraId="176794E5" w14:textId="77777777" w:rsidTr="00D64134">
        <w:trPr>
          <w:cantSplit/>
          <w:jc w:val="center"/>
        </w:trPr>
        <w:tc>
          <w:tcPr>
            <w:tcW w:w="644" w:type="dxa"/>
            <w:vAlign w:val="center"/>
          </w:tcPr>
          <w:p w14:paraId="5056A337" w14:textId="77777777" w:rsidR="00700BBC" w:rsidRDefault="00000000">
            <w:pPr>
              <w:spacing w:after="0" w:line="240" w:lineRule="auto"/>
              <w:ind w:firstLine="0"/>
              <w:jc w:val="center"/>
            </w:pPr>
            <w:r>
              <w:rPr>
                <w:sz w:val="18"/>
              </w:rPr>
              <w:t>15</w:t>
            </w:r>
          </w:p>
        </w:tc>
        <w:tc>
          <w:tcPr>
            <w:tcW w:w="4993" w:type="dxa"/>
            <w:vAlign w:val="center"/>
          </w:tcPr>
          <w:p w14:paraId="26C04E86" w14:textId="77777777" w:rsidR="00700BBC" w:rsidRDefault="00000000">
            <w:pPr>
              <w:spacing w:after="0" w:line="240" w:lineRule="auto"/>
              <w:ind w:firstLine="0"/>
            </w:pPr>
            <w:r>
              <w:rPr>
                <w:sz w:val="18"/>
              </w:rPr>
              <w:t xml:space="preserve">The lecturer sounded like a </w:t>
            </w:r>
            <w:r>
              <w:rPr>
                <w:b/>
                <w:sz w:val="18"/>
              </w:rPr>
              <w:t>pedant</w:t>
            </w:r>
            <w:r>
              <w:rPr>
                <w:sz w:val="18"/>
              </w:rPr>
              <w:t xml:space="preserve"> who cared only about minor rules.</w:t>
            </w:r>
          </w:p>
        </w:tc>
        <w:tc>
          <w:tcPr>
            <w:tcW w:w="4252" w:type="dxa"/>
            <w:vAlign w:val="center"/>
          </w:tcPr>
          <w:p w14:paraId="3A91207B" w14:textId="77777777" w:rsidR="00700BBC" w:rsidRDefault="00000000">
            <w:pPr>
              <w:spacing w:after="0" w:line="240" w:lineRule="auto"/>
              <w:ind w:firstLine="0"/>
            </w:pPr>
            <w:r>
              <w:rPr>
                <w:sz w:val="18"/>
              </w:rPr>
              <w:t>a) Teacher    b) Rule-obsessed person    c) Leader    d) Child</w:t>
            </w:r>
          </w:p>
        </w:tc>
        <w:tc>
          <w:tcPr>
            <w:tcW w:w="5721" w:type="dxa"/>
            <w:vAlign w:val="center"/>
          </w:tcPr>
          <w:p w14:paraId="6C97D231" w14:textId="77777777" w:rsidR="00700BBC" w:rsidRDefault="00000000">
            <w:pPr>
              <w:spacing w:after="0" w:line="240" w:lineRule="auto"/>
              <w:ind w:firstLine="0"/>
            </w:pPr>
            <w:r>
              <w:rPr>
                <w:sz w:val="18"/>
              </w:rPr>
              <w:br/>
            </w:r>
            <w:r>
              <w:rPr>
                <w:sz w:val="18"/>
              </w:rPr>
              <w:br/>
            </w:r>
          </w:p>
        </w:tc>
      </w:tr>
      <w:tr w:rsidR="00700BBC" w14:paraId="5F98C315" w14:textId="77777777" w:rsidTr="00D64134">
        <w:trPr>
          <w:cantSplit/>
          <w:jc w:val="center"/>
        </w:trPr>
        <w:tc>
          <w:tcPr>
            <w:tcW w:w="644" w:type="dxa"/>
            <w:vAlign w:val="center"/>
          </w:tcPr>
          <w:p w14:paraId="7BC7C8AA" w14:textId="77777777" w:rsidR="00700BBC" w:rsidRDefault="00000000">
            <w:pPr>
              <w:spacing w:after="0" w:line="240" w:lineRule="auto"/>
              <w:ind w:firstLine="0"/>
              <w:jc w:val="center"/>
            </w:pPr>
            <w:r>
              <w:rPr>
                <w:sz w:val="18"/>
              </w:rPr>
              <w:t>16</w:t>
            </w:r>
          </w:p>
        </w:tc>
        <w:tc>
          <w:tcPr>
            <w:tcW w:w="4993" w:type="dxa"/>
            <w:vAlign w:val="center"/>
          </w:tcPr>
          <w:p w14:paraId="3A6A19CB" w14:textId="77777777" w:rsidR="00700BBC" w:rsidRDefault="00000000">
            <w:pPr>
              <w:spacing w:after="0" w:line="240" w:lineRule="auto"/>
              <w:ind w:firstLine="0"/>
            </w:pPr>
            <w:r>
              <w:rPr>
                <w:sz w:val="18"/>
              </w:rPr>
              <w:t xml:space="preserve">At the festival, there were prizes </w:t>
            </w:r>
            <w:r>
              <w:rPr>
                <w:b/>
                <w:sz w:val="18"/>
              </w:rPr>
              <w:t>galore</w:t>
            </w:r>
            <w:r>
              <w:rPr>
                <w:sz w:val="18"/>
              </w:rPr>
              <w:t xml:space="preserve"> for the children.</w:t>
            </w:r>
          </w:p>
        </w:tc>
        <w:tc>
          <w:tcPr>
            <w:tcW w:w="4252" w:type="dxa"/>
            <w:vAlign w:val="center"/>
          </w:tcPr>
          <w:p w14:paraId="136C5A4A" w14:textId="77777777" w:rsidR="00700BBC" w:rsidRDefault="00000000">
            <w:pPr>
              <w:spacing w:after="0" w:line="240" w:lineRule="auto"/>
              <w:ind w:firstLine="0"/>
            </w:pPr>
            <w:r>
              <w:rPr>
                <w:sz w:val="18"/>
              </w:rPr>
              <w:t>a) Empty    b) In abundance    c) Rare    d) Expensive</w:t>
            </w:r>
          </w:p>
        </w:tc>
        <w:tc>
          <w:tcPr>
            <w:tcW w:w="5721" w:type="dxa"/>
            <w:vAlign w:val="center"/>
          </w:tcPr>
          <w:p w14:paraId="3ED07EAF" w14:textId="77777777" w:rsidR="00700BBC" w:rsidRDefault="00000000">
            <w:pPr>
              <w:spacing w:after="0" w:line="240" w:lineRule="auto"/>
              <w:ind w:firstLine="0"/>
            </w:pPr>
            <w:r>
              <w:rPr>
                <w:sz w:val="18"/>
              </w:rPr>
              <w:br/>
            </w:r>
            <w:r>
              <w:rPr>
                <w:sz w:val="18"/>
              </w:rPr>
              <w:br/>
            </w:r>
          </w:p>
        </w:tc>
      </w:tr>
      <w:tr w:rsidR="00700BBC" w14:paraId="09FBAA52" w14:textId="77777777" w:rsidTr="00D64134">
        <w:trPr>
          <w:cantSplit/>
          <w:jc w:val="center"/>
        </w:trPr>
        <w:tc>
          <w:tcPr>
            <w:tcW w:w="644" w:type="dxa"/>
            <w:vAlign w:val="center"/>
          </w:tcPr>
          <w:p w14:paraId="0280EFB9" w14:textId="77777777" w:rsidR="00700BBC" w:rsidRDefault="00000000">
            <w:pPr>
              <w:spacing w:after="0" w:line="240" w:lineRule="auto"/>
              <w:ind w:firstLine="0"/>
              <w:jc w:val="center"/>
            </w:pPr>
            <w:r>
              <w:rPr>
                <w:sz w:val="18"/>
              </w:rPr>
              <w:t>17</w:t>
            </w:r>
          </w:p>
        </w:tc>
        <w:tc>
          <w:tcPr>
            <w:tcW w:w="4993" w:type="dxa"/>
            <w:vAlign w:val="center"/>
          </w:tcPr>
          <w:p w14:paraId="27793FAF" w14:textId="77777777" w:rsidR="00700BBC" w:rsidRDefault="00000000">
            <w:pPr>
              <w:spacing w:after="0" w:line="240" w:lineRule="auto"/>
              <w:ind w:firstLine="0"/>
            </w:pPr>
            <w:r>
              <w:rPr>
                <w:sz w:val="18"/>
              </w:rPr>
              <w:t xml:space="preserve">His careless actions provoked her </w:t>
            </w:r>
            <w:r>
              <w:rPr>
                <w:b/>
                <w:sz w:val="18"/>
              </w:rPr>
              <w:t>ire</w:t>
            </w:r>
            <w:r>
              <w:rPr>
                <w:sz w:val="18"/>
              </w:rPr>
              <w:t>.</w:t>
            </w:r>
          </w:p>
        </w:tc>
        <w:tc>
          <w:tcPr>
            <w:tcW w:w="4252" w:type="dxa"/>
            <w:vAlign w:val="center"/>
          </w:tcPr>
          <w:p w14:paraId="718CEE3F" w14:textId="77777777" w:rsidR="00700BBC" w:rsidRDefault="00000000">
            <w:pPr>
              <w:spacing w:after="0" w:line="240" w:lineRule="auto"/>
              <w:ind w:firstLine="0"/>
            </w:pPr>
            <w:r>
              <w:rPr>
                <w:sz w:val="18"/>
              </w:rPr>
              <w:t>a) Joy    b) Fear    c) Anger    d) Surprise</w:t>
            </w:r>
          </w:p>
        </w:tc>
        <w:tc>
          <w:tcPr>
            <w:tcW w:w="5721" w:type="dxa"/>
            <w:vAlign w:val="center"/>
          </w:tcPr>
          <w:p w14:paraId="469CD747" w14:textId="77777777" w:rsidR="00700BBC" w:rsidRDefault="00000000">
            <w:pPr>
              <w:spacing w:after="0" w:line="240" w:lineRule="auto"/>
              <w:ind w:firstLine="0"/>
            </w:pPr>
            <w:r>
              <w:rPr>
                <w:sz w:val="18"/>
              </w:rPr>
              <w:br/>
            </w:r>
            <w:r>
              <w:rPr>
                <w:sz w:val="18"/>
              </w:rPr>
              <w:br/>
            </w:r>
          </w:p>
        </w:tc>
      </w:tr>
      <w:tr w:rsidR="00700BBC" w14:paraId="7DC0E8E6" w14:textId="77777777" w:rsidTr="00D64134">
        <w:trPr>
          <w:cantSplit/>
          <w:jc w:val="center"/>
        </w:trPr>
        <w:tc>
          <w:tcPr>
            <w:tcW w:w="644" w:type="dxa"/>
            <w:vAlign w:val="center"/>
          </w:tcPr>
          <w:p w14:paraId="16C1B201" w14:textId="77777777" w:rsidR="00700BBC" w:rsidRDefault="00000000">
            <w:pPr>
              <w:spacing w:after="0" w:line="240" w:lineRule="auto"/>
              <w:ind w:firstLine="0"/>
              <w:jc w:val="center"/>
            </w:pPr>
            <w:r>
              <w:rPr>
                <w:sz w:val="18"/>
              </w:rPr>
              <w:t>18</w:t>
            </w:r>
          </w:p>
        </w:tc>
        <w:tc>
          <w:tcPr>
            <w:tcW w:w="4993" w:type="dxa"/>
            <w:vAlign w:val="center"/>
          </w:tcPr>
          <w:p w14:paraId="1FD69C45" w14:textId="77777777" w:rsidR="00700BBC" w:rsidRDefault="00000000">
            <w:pPr>
              <w:spacing w:after="0" w:line="240" w:lineRule="auto"/>
              <w:ind w:firstLine="0"/>
            </w:pPr>
            <w:r>
              <w:rPr>
                <w:sz w:val="18"/>
              </w:rPr>
              <w:t xml:space="preserve">We must </w:t>
            </w:r>
            <w:r>
              <w:rPr>
                <w:b/>
                <w:sz w:val="18"/>
              </w:rPr>
              <w:t>forefend</w:t>
            </w:r>
            <w:r>
              <w:rPr>
                <w:sz w:val="18"/>
              </w:rPr>
              <w:t xml:space="preserve"> such a disaster through early planning.</w:t>
            </w:r>
          </w:p>
        </w:tc>
        <w:tc>
          <w:tcPr>
            <w:tcW w:w="4252" w:type="dxa"/>
            <w:vAlign w:val="center"/>
          </w:tcPr>
          <w:p w14:paraId="0735B69F" w14:textId="77777777" w:rsidR="00700BBC" w:rsidRDefault="00000000">
            <w:pPr>
              <w:spacing w:after="0" w:line="240" w:lineRule="auto"/>
              <w:ind w:firstLine="0"/>
            </w:pPr>
            <w:r>
              <w:rPr>
                <w:sz w:val="18"/>
              </w:rPr>
              <w:t>a) Cause    b) Predict    c) Prevent    d) Ignore</w:t>
            </w:r>
          </w:p>
        </w:tc>
        <w:tc>
          <w:tcPr>
            <w:tcW w:w="5721" w:type="dxa"/>
            <w:vAlign w:val="center"/>
          </w:tcPr>
          <w:p w14:paraId="32ABA40A" w14:textId="77777777" w:rsidR="00700BBC" w:rsidRDefault="00000000">
            <w:pPr>
              <w:spacing w:after="0" w:line="240" w:lineRule="auto"/>
              <w:ind w:firstLine="0"/>
            </w:pPr>
            <w:r>
              <w:rPr>
                <w:sz w:val="18"/>
              </w:rPr>
              <w:br/>
            </w:r>
            <w:r>
              <w:rPr>
                <w:sz w:val="18"/>
              </w:rPr>
              <w:br/>
            </w:r>
          </w:p>
        </w:tc>
      </w:tr>
      <w:tr w:rsidR="00700BBC" w14:paraId="49CF72D3" w14:textId="77777777" w:rsidTr="00D64134">
        <w:trPr>
          <w:cantSplit/>
          <w:jc w:val="center"/>
        </w:trPr>
        <w:tc>
          <w:tcPr>
            <w:tcW w:w="644" w:type="dxa"/>
            <w:vAlign w:val="center"/>
          </w:tcPr>
          <w:p w14:paraId="6CB3B484" w14:textId="77777777" w:rsidR="00700BBC" w:rsidRDefault="00000000">
            <w:pPr>
              <w:spacing w:after="0" w:line="240" w:lineRule="auto"/>
              <w:ind w:firstLine="0"/>
              <w:jc w:val="center"/>
            </w:pPr>
            <w:r>
              <w:rPr>
                <w:sz w:val="18"/>
              </w:rPr>
              <w:lastRenderedPageBreak/>
              <w:t>19</w:t>
            </w:r>
          </w:p>
        </w:tc>
        <w:tc>
          <w:tcPr>
            <w:tcW w:w="4993" w:type="dxa"/>
            <w:vAlign w:val="center"/>
          </w:tcPr>
          <w:p w14:paraId="45211A9F" w14:textId="77777777" w:rsidR="00700BBC" w:rsidRDefault="00000000">
            <w:pPr>
              <w:spacing w:after="0" w:line="240" w:lineRule="auto"/>
              <w:ind w:firstLine="0"/>
            </w:pPr>
            <w:r>
              <w:rPr>
                <w:sz w:val="18"/>
              </w:rPr>
              <w:t xml:space="preserve">She accepted the new responsibility with great </w:t>
            </w:r>
            <w:r>
              <w:rPr>
                <w:b/>
                <w:sz w:val="18"/>
              </w:rPr>
              <w:t>alacrity</w:t>
            </w:r>
            <w:r>
              <w:rPr>
                <w:sz w:val="18"/>
              </w:rPr>
              <w:t>.</w:t>
            </w:r>
          </w:p>
        </w:tc>
        <w:tc>
          <w:tcPr>
            <w:tcW w:w="4252" w:type="dxa"/>
            <w:vAlign w:val="center"/>
          </w:tcPr>
          <w:p w14:paraId="22072A8B" w14:textId="77777777" w:rsidR="00700BBC" w:rsidRDefault="00000000">
            <w:pPr>
              <w:spacing w:after="0" w:line="240" w:lineRule="auto"/>
              <w:ind w:firstLine="0"/>
            </w:pPr>
            <w:r>
              <w:rPr>
                <w:sz w:val="18"/>
              </w:rPr>
              <w:t>a) Laziness    b) Readiness    c) Doubt    d) Anger</w:t>
            </w:r>
          </w:p>
        </w:tc>
        <w:tc>
          <w:tcPr>
            <w:tcW w:w="5721" w:type="dxa"/>
            <w:vAlign w:val="center"/>
          </w:tcPr>
          <w:p w14:paraId="07F7D5BD" w14:textId="77777777" w:rsidR="00700BBC" w:rsidRDefault="00000000">
            <w:pPr>
              <w:spacing w:after="0" w:line="240" w:lineRule="auto"/>
              <w:ind w:firstLine="0"/>
            </w:pPr>
            <w:r>
              <w:rPr>
                <w:sz w:val="18"/>
              </w:rPr>
              <w:br/>
            </w:r>
            <w:r>
              <w:rPr>
                <w:sz w:val="18"/>
              </w:rPr>
              <w:br/>
            </w:r>
          </w:p>
        </w:tc>
      </w:tr>
      <w:tr w:rsidR="00700BBC" w14:paraId="1D36E9E4" w14:textId="77777777" w:rsidTr="00D64134">
        <w:trPr>
          <w:cantSplit/>
          <w:jc w:val="center"/>
        </w:trPr>
        <w:tc>
          <w:tcPr>
            <w:tcW w:w="644" w:type="dxa"/>
            <w:vAlign w:val="center"/>
          </w:tcPr>
          <w:p w14:paraId="3674E736" w14:textId="77777777" w:rsidR="00700BBC" w:rsidRDefault="00000000">
            <w:pPr>
              <w:spacing w:after="0" w:line="240" w:lineRule="auto"/>
              <w:ind w:firstLine="0"/>
              <w:jc w:val="center"/>
            </w:pPr>
            <w:r>
              <w:rPr>
                <w:sz w:val="18"/>
              </w:rPr>
              <w:t>20</w:t>
            </w:r>
          </w:p>
        </w:tc>
        <w:tc>
          <w:tcPr>
            <w:tcW w:w="4993" w:type="dxa"/>
            <w:vAlign w:val="center"/>
          </w:tcPr>
          <w:p w14:paraId="3DD6E54C" w14:textId="77777777" w:rsidR="00700BBC" w:rsidRDefault="00000000">
            <w:pPr>
              <w:spacing w:after="0" w:line="240" w:lineRule="auto"/>
              <w:ind w:firstLine="0"/>
            </w:pPr>
            <w:r>
              <w:rPr>
                <w:sz w:val="18"/>
              </w:rPr>
              <w:t xml:space="preserve">The unexpected result was an </w:t>
            </w:r>
            <w:r>
              <w:rPr>
                <w:b/>
                <w:sz w:val="18"/>
              </w:rPr>
              <w:t>anomaly</w:t>
            </w:r>
            <w:r>
              <w:rPr>
                <w:sz w:val="18"/>
              </w:rPr>
              <w:t xml:space="preserve"> in the experiment.</w:t>
            </w:r>
          </w:p>
        </w:tc>
        <w:tc>
          <w:tcPr>
            <w:tcW w:w="4252" w:type="dxa"/>
            <w:vAlign w:val="center"/>
          </w:tcPr>
          <w:p w14:paraId="782776EA" w14:textId="77777777" w:rsidR="00700BBC" w:rsidRDefault="00000000">
            <w:pPr>
              <w:spacing w:after="0" w:line="240" w:lineRule="auto"/>
              <w:ind w:firstLine="0"/>
            </w:pPr>
            <w:r>
              <w:rPr>
                <w:sz w:val="18"/>
              </w:rPr>
              <w:t>a) Normal event    b) Abnormality    c) Secret    d) Fact</w:t>
            </w:r>
          </w:p>
        </w:tc>
        <w:tc>
          <w:tcPr>
            <w:tcW w:w="5721" w:type="dxa"/>
            <w:vAlign w:val="center"/>
          </w:tcPr>
          <w:p w14:paraId="1D09D4D6" w14:textId="77777777" w:rsidR="00700BBC" w:rsidRDefault="00000000">
            <w:pPr>
              <w:spacing w:after="0" w:line="240" w:lineRule="auto"/>
              <w:ind w:firstLine="0"/>
            </w:pPr>
            <w:r>
              <w:rPr>
                <w:sz w:val="18"/>
              </w:rPr>
              <w:br/>
            </w:r>
            <w:r>
              <w:rPr>
                <w:sz w:val="18"/>
              </w:rPr>
              <w:br/>
            </w:r>
          </w:p>
        </w:tc>
      </w:tr>
      <w:tr w:rsidR="00700BBC" w14:paraId="6F13510E" w14:textId="77777777" w:rsidTr="00D64134">
        <w:trPr>
          <w:cantSplit/>
          <w:jc w:val="center"/>
        </w:trPr>
        <w:tc>
          <w:tcPr>
            <w:tcW w:w="644" w:type="dxa"/>
            <w:vAlign w:val="center"/>
          </w:tcPr>
          <w:p w14:paraId="5EB782A1" w14:textId="77777777" w:rsidR="00700BBC" w:rsidRDefault="00000000">
            <w:pPr>
              <w:spacing w:after="0" w:line="240" w:lineRule="auto"/>
              <w:ind w:firstLine="0"/>
              <w:jc w:val="center"/>
            </w:pPr>
            <w:r>
              <w:rPr>
                <w:sz w:val="18"/>
              </w:rPr>
              <w:t>21</w:t>
            </w:r>
          </w:p>
        </w:tc>
        <w:tc>
          <w:tcPr>
            <w:tcW w:w="4993" w:type="dxa"/>
            <w:vAlign w:val="center"/>
          </w:tcPr>
          <w:p w14:paraId="411B3A2C" w14:textId="77777777" w:rsidR="00700BBC" w:rsidRDefault="00000000">
            <w:pPr>
              <w:spacing w:after="0" w:line="240" w:lineRule="auto"/>
              <w:ind w:firstLine="0"/>
            </w:pPr>
            <w:r>
              <w:rPr>
                <w:sz w:val="18"/>
              </w:rPr>
              <w:t xml:space="preserve">He became </w:t>
            </w:r>
            <w:r>
              <w:rPr>
                <w:b/>
                <w:sz w:val="18"/>
              </w:rPr>
              <w:t>belligerent</w:t>
            </w:r>
            <w:r>
              <w:rPr>
                <w:sz w:val="18"/>
              </w:rPr>
              <w:t xml:space="preserve"> during the debate and attacked everyone’s views.</w:t>
            </w:r>
          </w:p>
        </w:tc>
        <w:tc>
          <w:tcPr>
            <w:tcW w:w="4252" w:type="dxa"/>
            <w:vAlign w:val="center"/>
          </w:tcPr>
          <w:p w14:paraId="4C938219" w14:textId="77777777" w:rsidR="00700BBC" w:rsidRDefault="00000000">
            <w:pPr>
              <w:spacing w:after="0" w:line="240" w:lineRule="auto"/>
              <w:ind w:firstLine="0"/>
            </w:pPr>
            <w:r>
              <w:rPr>
                <w:sz w:val="18"/>
              </w:rPr>
              <w:t>a) Friendly    b) Quiet    c) Aggressive    d) Smart</w:t>
            </w:r>
          </w:p>
        </w:tc>
        <w:tc>
          <w:tcPr>
            <w:tcW w:w="5721" w:type="dxa"/>
            <w:vAlign w:val="center"/>
          </w:tcPr>
          <w:p w14:paraId="51F2EA4C" w14:textId="77777777" w:rsidR="00700BBC" w:rsidRDefault="00000000">
            <w:pPr>
              <w:spacing w:after="0" w:line="240" w:lineRule="auto"/>
              <w:ind w:firstLine="0"/>
            </w:pPr>
            <w:r>
              <w:rPr>
                <w:sz w:val="18"/>
              </w:rPr>
              <w:br/>
            </w:r>
            <w:r>
              <w:rPr>
                <w:sz w:val="18"/>
              </w:rPr>
              <w:br/>
            </w:r>
          </w:p>
        </w:tc>
      </w:tr>
      <w:tr w:rsidR="00700BBC" w14:paraId="211BE1B0" w14:textId="77777777" w:rsidTr="00D64134">
        <w:trPr>
          <w:cantSplit/>
          <w:jc w:val="center"/>
        </w:trPr>
        <w:tc>
          <w:tcPr>
            <w:tcW w:w="644" w:type="dxa"/>
            <w:vAlign w:val="center"/>
          </w:tcPr>
          <w:p w14:paraId="5319720F" w14:textId="77777777" w:rsidR="00700BBC" w:rsidRDefault="00000000">
            <w:pPr>
              <w:spacing w:after="0" w:line="240" w:lineRule="auto"/>
              <w:ind w:firstLine="0"/>
              <w:jc w:val="center"/>
            </w:pPr>
            <w:r>
              <w:rPr>
                <w:sz w:val="18"/>
              </w:rPr>
              <w:t>22</w:t>
            </w:r>
          </w:p>
        </w:tc>
        <w:tc>
          <w:tcPr>
            <w:tcW w:w="4993" w:type="dxa"/>
            <w:vAlign w:val="center"/>
          </w:tcPr>
          <w:p w14:paraId="1239798D" w14:textId="77777777" w:rsidR="00700BBC" w:rsidRDefault="00000000">
            <w:pPr>
              <w:spacing w:after="0" w:line="240" w:lineRule="auto"/>
              <w:ind w:firstLine="0"/>
            </w:pPr>
            <w:r>
              <w:rPr>
                <w:sz w:val="18"/>
              </w:rPr>
              <w:t xml:space="preserve">Her </w:t>
            </w:r>
            <w:r>
              <w:rPr>
                <w:b/>
                <w:sz w:val="18"/>
              </w:rPr>
              <w:t>capricious</w:t>
            </w:r>
            <w:r>
              <w:rPr>
                <w:sz w:val="18"/>
              </w:rPr>
              <w:t xml:space="preserve"> mood made it difficult to predict her reaction.</w:t>
            </w:r>
          </w:p>
        </w:tc>
        <w:tc>
          <w:tcPr>
            <w:tcW w:w="4252" w:type="dxa"/>
            <w:vAlign w:val="center"/>
          </w:tcPr>
          <w:p w14:paraId="41F8D05E" w14:textId="77777777" w:rsidR="00700BBC" w:rsidRDefault="00000000">
            <w:pPr>
              <w:spacing w:after="0" w:line="240" w:lineRule="auto"/>
              <w:ind w:firstLine="0"/>
            </w:pPr>
            <w:r>
              <w:rPr>
                <w:sz w:val="18"/>
              </w:rPr>
              <w:t>a) Steady    b) Fickle    c) Happy    d) Sad</w:t>
            </w:r>
          </w:p>
        </w:tc>
        <w:tc>
          <w:tcPr>
            <w:tcW w:w="5721" w:type="dxa"/>
            <w:vAlign w:val="center"/>
          </w:tcPr>
          <w:p w14:paraId="015E7E31" w14:textId="77777777" w:rsidR="00700BBC" w:rsidRDefault="00000000">
            <w:pPr>
              <w:spacing w:after="0" w:line="240" w:lineRule="auto"/>
              <w:ind w:firstLine="0"/>
            </w:pPr>
            <w:r>
              <w:rPr>
                <w:sz w:val="18"/>
              </w:rPr>
              <w:br/>
            </w:r>
            <w:r>
              <w:rPr>
                <w:sz w:val="18"/>
              </w:rPr>
              <w:br/>
            </w:r>
          </w:p>
        </w:tc>
      </w:tr>
      <w:tr w:rsidR="00700BBC" w14:paraId="29A8F66D" w14:textId="77777777" w:rsidTr="00D64134">
        <w:trPr>
          <w:cantSplit/>
          <w:jc w:val="center"/>
        </w:trPr>
        <w:tc>
          <w:tcPr>
            <w:tcW w:w="644" w:type="dxa"/>
            <w:vAlign w:val="center"/>
          </w:tcPr>
          <w:p w14:paraId="45ADE625" w14:textId="77777777" w:rsidR="00700BBC" w:rsidRDefault="00000000">
            <w:pPr>
              <w:spacing w:after="0" w:line="240" w:lineRule="auto"/>
              <w:ind w:firstLine="0"/>
              <w:jc w:val="center"/>
            </w:pPr>
            <w:r>
              <w:rPr>
                <w:sz w:val="18"/>
              </w:rPr>
              <w:t>23</w:t>
            </w:r>
          </w:p>
        </w:tc>
        <w:tc>
          <w:tcPr>
            <w:tcW w:w="4993" w:type="dxa"/>
            <w:vAlign w:val="center"/>
          </w:tcPr>
          <w:p w14:paraId="3B62EA2D" w14:textId="77777777" w:rsidR="00700BBC" w:rsidRDefault="00000000">
            <w:pPr>
              <w:spacing w:after="0" w:line="240" w:lineRule="auto"/>
              <w:ind w:firstLine="0"/>
            </w:pPr>
            <w:r>
              <w:rPr>
                <w:sz w:val="18"/>
              </w:rPr>
              <w:t xml:space="preserve">The plants were </w:t>
            </w:r>
            <w:r>
              <w:rPr>
                <w:b/>
                <w:sz w:val="18"/>
              </w:rPr>
              <w:t>desiccated</w:t>
            </w:r>
            <w:r>
              <w:rPr>
                <w:sz w:val="18"/>
              </w:rPr>
              <w:t xml:space="preserve"> after weeks without rain.</w:t>
            </w:r>
          </w:p>
        </w:tc>
        <w:tc>
          <w:tcPr>
            <w:tcW w:w="4252" w:type="dxa"/>
            <w:vAlign w:val="center"/>
          </w:tcPr>
          <w:p w14:paraId="5CBEA281" w14:textId="77777777" w:rsidR="00700BBC" w:rsidRDefault="00000000">
            <w:pPr>
              <w:spacing w:after="0" w:line="240" w:lineRule="auto"/>
              <w:ind w:firstLine="0"/>
            </w:pPr>
            <w:r>
              <w:rPr>
                <w:sz w:val="18"/>
              </w:rPr>
              <w:t>a) Wet    b) Dried out    c) Green    d) Cold</w:t>
            </w:r>
          </w:p>
        </w:tc>
        <w:tc>
          <w:tcPr>
            <w:tcW w:w="5721" w:type="dxa"/>
            <w:vAlign w:val="center"/>
          </w:tcPr>
          <w:p w14:paraId="186D06C2" w14:textId="77777777" w:rsidR="00700BBC" w:rsidRDefault="00000000">
            <w:pPr>
              <w:spacing w:after="0" w:line="240" w:lineRule="auto"/>
              <w:ind w:firstLine="0"/>
            </w:pPr>
            <w:r>
              <w:rPr>
                <w:sz w:val="18"/>
              </w:rPr>
              <w:br/>
            </w:r>
            <w:r>
              <w:rPr>
                <w:sz w:val="18"/>
              </w:rPr>
              <w:br/>
            </w:r>
          </w:p>
        </w:tc>
      </w:tr>
      <w:tr w:rsidR="00700BBC" w14:paraId="1AF39DCF" w14:textId="77777777" w:rsidTr="00D64134">
        <w:trPr>
          <w:cantSplit/>
          <w:jc w:val="center"/>
        </w:trPr>
        <w:tc>
          <w:tcPr>
            <w:tcW w:w="644" w:type="dxa"/>
            <w:vAlign w:val="center"/>
          </w:tcPr>
          <w:p w14:paraId="5202850B" w14:textId="77777777" w:rsidR="00700BBC" w:rsidRDefault="00000000">
            <w:pPr>
              <w:spacing w:after="0" w:line="240" w:lineRule="auto"/>
              <w:ind w:firstLine="0"/>
              <w:jc w:val="center"/>
            </w:pPr>
            <w:r>
              <w:rPr>
                <w:sz w:val="18"/>
              </w:rPr>
              <w:t>24</w:t>
            </w:r>
          </w:p>
        </w:tc>
        <w:tc>
          <w:tcPr>
            <w:tcW w:w="4993" w:type="dxa"/>
            <w:vAlign w:val="center"/>
          </w:tcPr>
          <w:p w14:paraId="45B6E1D8" w14:textId="77777777" w:rsidR="00700BBC" w:rsidRDefault="00000000">
            <w:pPr>
              <w:spacing w:after="0" w:line="240" w:lineRule="auto"/>
              <w:ind w:firstLine="0"/>
            </w:pPr>
            <w:r>
              <w:rPr>
                <w:sz w:val="18"/>
              </w:rPr>
              <w:t xml:space="preserve">Online fame is often </w:t>
            </w:r>
            <w:r>
              <w:rPr>
                <w:b/>
                <w:sz w:val="18"/>
              </w:rPr>
              <w:t>ephemeral</w:t>
            </w:r>
            <w:r>
              <w:rPr>
                <w:sz w:val="18"/>
              </w:rPr>
              <w:t xml:space="preserve"> and disappears quickly.</w:t>
            </w:r>
          </w:p>
        </w:tc>
        <w:tc>
          <w:tcPr>
            <w:tcW w:w="4252" w:type="dxa"/>
            <w:vAlign w:val="center"/>
          </w:tcPr>
          <w:p w14:paraId="1402F60F" w14:textId="77777777" w:rsidR="00700BBC" w:rsidRDefault="00000000">
            <w:pPr>
              <w:spacing w:after="0" w:line="240" w:lineRule="auto"/>
              <w:ind w:firstLine="0"/>
            </w:pPr>
            <w:r>
              <w:rPr>
                <w:sz w:val="18"/>
              </w:rPr>
              <w:t>a) Eternal    b) Short-lived    c) Good    d) Bad</w:t>
            </w:r>
          </w:p>
        </w:tc>
        <w:tc>
          <w:tcPr>
            <w:tcW w:w="5721" w:type="dxa"/>
            <w:vAlign w:val="center"/>
          </w:tcPr>
          <w:p w14:paraId="50A66814" w14:textId="77777777" w:rsidR="00700BBC" w:rsidRDefault="00000000">
            <w:pPr>
              <w:spacing w:after="0" w:line="240" w:lineRule="auto"/>
              <w:ind w:firstLine="0"/>
            </w:pPr>
            <w:r>
              <w:rPr>
                <w:sz w:val="18"/>
              </w:rPr>
              <w:br/>
            </w:r>
            <w:r>
              <w:rPr>
                <w:sz w:val="18"/>
              </w:rPr>
              <w:br/>
            </w:r>
          </w:p>
        </w:tc>
      </w:tr>
      <w:tr w:rsidR="00700BBC" w14:paraId="24FE6F1F" w14:textId="77777777" w:rsidTr="00D64134">
        <w:trPr>
          <w:cantSplit/>
          <w:jc w:val="center"/>
        </w:trPr>
        <w:tc>
          <w:tcPr>
            <w:tcW w:w="644" w:type="dxa"/>
            <w:vAlign w:val="center"/>
          </w:tcPr>
          <w:p w14:paraId="0EF9E02D" w14:textId="77777777" w:rsidR="00700BBC" w:rsidRDefault="00000000">
            <w:pPr>
              <w:spacing w:after="0" w:line="240" w:lineRule="auto"/>
              <w:ind w:firstLine="0"/>
              <w:jc w:val="center"/>
            </w:pPr>
            <w:r>
              <w:rPr>
                <w:sz w:val="18"/>
              </w:rPr>
              <w:t>25</w:t>
            </w:r>
          </w:p>
        </w:tc>
        <w:tc>
          <w:tcPr>
            <w:tcW w:w="4993" w:type="dxa"/>
            <w:vAlign w:val="center"/>
          </w:tcPr>
          <w:p w14:paraId="2319C6E3" w14:textId="77777777" w:rsidR="00700BBC" w:rsidRDefault="00000000">
            <w:pPr>
              <w:spacing w:after="0" w:line="240" w:lineRule="auto"/>
              <w:ind w:firstLine="0"/>
            </w:pPr>
            <w:r>
              <w:rPr>
                <w:sz w:val="18"/>
              </w:rPr>
              <w:t xml:space="preserve">He was a </w:t>
            </w:r>
            <w:r>
              <w:rPr>
                <w:b/>
                <w:sz w:val="18"/>
              </w:rPr>
              <w:t>fervid</w:t>
            </w:r>
            <w:r>
              <w:rPr>
                <w:sz w:val="18"/>
              </w:rPr>
              <w:t xml:space="preserve"> supporter of the reform movement.</w:t>
            </w:r>
          </w:p>
        </w:tc>
        <w:tc>
          <w:tcPr>
            <w:tcW w:w="4252" w:type="dxa"/>
            <w:vAlign w:val="center"/>
          </w:tcPr>
          <w:p w14:paraId="2EEFB035" w14:textId="77777777" w:rsidR="00700BBC" w:rsidRDefault="00000000">
            <w:pPr>
              <w:spacing w:after="0" w:line="240" w:lineRule="auto"/>
              <w:ind w:firstLine="0"/>
            </w:pPr>
            <w:r>
              <w:rPr>
                <w:sz w:val="18"/>
              </w:rPr>
              <w:t>a) Weak    b) Intense    c) Secret    d) New</w:t>
            </w:r>
          </w:p>
        </w:tc>
        <w:tc>
          <w:tcPr>
            <w:tcW w:w="5721" w:type="dxa"/>
            <w:vAlign w:val="center"/>
          </w:tcPr>
          <w:p w14:paraId="3C47AE81" w14:textId="77777777" w:rsidR="00700BBC" w:rsidRDefault="00000000">
            <w:pPr>
              <w:spacing w:after="0" w:line="240" w:lineRule="auto"/>
              <w:ind w:firstLine="0"/>
            </w:pPr>
            <w:r>
              <w:rPr>
                <w:sz w:val="18"/>
              </w:rPr>
              <w:br/>
            </w:r>
            <w:r>
              <w:rPr>
                <w:sz w:val="18"/>
              </w:rPr>
              <w:br/>
            </w:r>
          </w:p>
        </w:tc>
      </w:tr>
      <w:tr w:rsidR="00700BBC" w14:paraId="64B1B3A3" w14:textId="77777777" w:rsidTr="00D64134">
        <w:trPr>
          <w:cantSplit/>
          <w:jc w:val="center"/>
        </w:trPr>
        <w:tc>
          <w:tcPr>
            <w:tcW w:w="644" w:type="dxa"/>
            <w:vAlign w:val="center"/>
          </w:tcPr>
          <w:p w14:paraId="4FF9AD16" w14:textId="77777777" w:rsidR="00700BBC" w:rsidRDefault="00000000">
            <w:pPr>
              <w:spacing w:after="0" w:line="240" w:lineRule="auto"/>
              <w:ind w:firstLine="0"/>
              <w:jc w:val="center"/>
            </w:pPr>
            <w:r>
              <w:rPr>
                <w:sz w:val="18"/>
              </w:rPr>
              <w:t>26</w:t>
            </w:r>
          </w:p>
        </w:tc>
        <w:tc>
          <w:tcPr>
            <w:tcW w:w="4993" w:type="dxa"/>
            <w:vAlign w:val="center"/>
          </w:tcPr>
          <w:p w14:paraId="38720101" w14:textId="77777777" w:rsidR="00700BBC" w:rsidRDefault="00000000">
            <w:pPr>
              <w:spacing w:after="0" w:line="240" w:lineRule="auto"/>
              <w:ind w:firstLine="0"/>
            </w:pPr>
            <w:r>
              <w:rPr>
                <w:sz w:val="18"/>
              </w:rPr>
              <w:t xml:space="preserve">The </w:t>
            </w:r>
            <w:r>
              <w:rPr>
                <w:b/>
                <w:sz w:val="18"/>
              </w:rPr>
              <w:t>garrulous</w:t>
            </w:r>
            <w:r>
              <w:rPr>
                <w:sz w:val="18"/>
              </w:rPr>
              <w:t xml:space="preserve"> neighbor talked for hours without stopping.</w:t>
            </w:r>
          </w:p>
        </w:tc>
        <w:tc>
          <w:tcPr>
            <w:tcW w:w="4252" w:type="dxa"/>
            <w:vAlign w:val="center"/>
          </w:tcPr>
          <w:p w14:paraId="089D5F4E" w14:textId="77777777" w:rsidR="00700BBC" w:rsidRDefault="00000000">
            <w:pPr>
              <w:spacing w:after="0" w:line="240" w:lineRule="auto"/>
              <w:ind w:firstLine="0"/>
            </w:pPr>
            <w:r>
              <w:rPr>
                <w:sz w:val="18"/>
              </w:rPr>
              <w:t>a) Silent    b) Talkative    c) Mean    d) Kind</w:t>
            </w:r>
          </w:p>
        </w:tc>
        <w:tc>
          <w:tcPr>
            <w:tcW w:w="5721" w:type="dxa"/>
            <w:vAlign w:val="center"/>
          </w:tcPr>
          <w:p w14:paraId="185DE1F2" w14:textId="77777777" w:rsidR="00700BBC" w:rsidRDefault="00000000">
            <w:pPr>
              <w:spacing w:after="0" w:line="240" w:lineRule="auto"/>
              <w:ind w:firstLine="0"/>
            </w:pPr>
            <w:r>
              <w:rPr>
                <w:sz w:val="18"/>
              </w:rPr>
              <w:br/>
            </w:r>
            <w:r>
              <w:rPr>
                <w:sz w:val="18"/>
              </w:rPr>
              <w:br/>
            </w:r>
          </w:p>
        </w:tc>
      </w:tr>
      <w:tr w:rsidR="00700BBC" w14:paraId="4252C885" w14:textId="77777777" w:rsidTr="00D64134">
        <w:trPr>
          <w:cantSplit/>
          <w:jc w:val="center"/>
        </w:trPr>
        <w:tc>
          <w:tcPr>
            <w:tcW w:w="644" w:type="dxa"/>
            <w:vAlign w:val="center"/>
          </w:tcPr>
          <w:p w14:paraId="1045734C" w14:textId="77777777" w:rsidR="00700BBC" w:rsidRDefault="00000000">
            <w:pPr>
              <w:spacing w:after="0" w:line="240" w:lineRule="auto"/>
              <w:ind w:firstLine="0"/>
              <w:jc w:val="center"/>
            </w:pPr>
            <w:r>
              <w:rPr>
                <w:sz w:val="18"/>
              </w:rPr>
              <w:t>27</w:t>
            </w:r>
          </w:p>
        </w:tc>
        <w:tc>
          <w:tcPr>
            <w:tcW w:w="4993" w:type="dxa"/>
            <w:vAlign w:val="center"/>
          </w:tcPr>
          <w:p w14:paraId="5364E07B" w14:textId="77777777" w:rsidR="00700BBC" w:rsidRDefault="00000000">
            <w:pPr>
              <w:spacing w:after="0" w:line="240" w:lineRule="auto"/>
              <w:ind w:firstLine="0"/>
            </w:pPr>
            <w:r>
              <w:rPr>
                <w:sz w:val="18"/>
              </w:rPr>
              <w:t xml:space="preserve">The research sample was </w:t>
            </w:r>
            <w:r>
              <w:rPr>
                <w:b/>
                <w:sz w:val="18"/>
              </w:rPr>
              <w:t>homogeneous</w:t>
            </w:r>
            <w:r>
              <w:rPr>
                <w:sz w:val="18"/>
              </w:rPr>
              <w:t xml:space="preserve"> in age and educational background.</w:t>
            </w:r>
          </w:p>
        </w:tc>
        <w:tc>
          <w:tcPr>
            <w:tcW w:w="4252" w:type="dxa"/>
            <w:vAlign w:val="center"/>
          </w:tcPr>
          <w:p w14:paraId="6004BF86" w14:textId="77777777" w:rsidR="00700BBC" w:rsidRDefault="00000000">
            <w:pPr>
              <w:spacing w:after="0" w:line="240" w:lineRule="auto"/>
              <w:ind w:firstLine="0"/>
            </w:pPr>
            <w:r>
              <w:rPr>
                <w:sz w:val="18"/>
              </w:rPr>
              <w:t>a) Mixed    b) Uniform    c) Small    d) Large</w:t>
            </w:r>
          </w:p>
        </w:tc>
        <w:tc>
          <w:tcPr>
            <w:tcW w:w="5721" w:type="dxa"/>
            <w:vAlign w:val="center"/>
          </w:tcPr>
          <w:p w14:paraId="313466A6" w14:textId="77777777" w:rsidR="00700BBC" w:rsidRDefault="00000000">
            <w:pPr>
              <w:spacing w:after="0" w:line="240" w:lineRule="auto"/>
              <w:ind w:firstLine="0"/>
            </w:pPr>
            <w:r>
              <w:rPr>
                <w:sz w:val="18"/>
              </w:rPr>
              <w:br/>
            </w:r>
            <w:r>
              <w:rPr>
                <w:sz w:val="18"/>
              </w:rPr>
              <w:br/>
            </w:r>
          </w:p>
        </w:tc>
      </w:tr>
      <w:tr w:rsidR="00700BBC" w14:paraId="43AC8D92" w14:textId="77777777" w:rsidTr="00D64134">
        <w:trPr>
          <w:cantSplit/>
          <w:jc w:val="center"/>
        </w:trPr>
        <w:tc>
          <w:tcPr>
            <w:tcW w:w="644" w:type="dxa"/>
            <w:vAlign w:val="center"/>
          </w:tcPr>
          <w:p w14:paraId="7CE36477" w14:textId="77777777" w:rsidR="00700BBC" w:rsidRDefault="00000000">
            <w:pPr>
              <w:spacing w:after="0" w:line="240" w:lineRule="auto"/>
              <w:ind w:firstLine="0"/>
              <w:jc w:val="center"/>
            </w:pPr>
            <w:r>
              <w:rPr>
                <w:sz w:val="18"/>
              </w:rPr>
              <w:t>28</w:t>
            </w:r>
          </w:p>
        </w:tc>
        <w:tc>
          <w:tcPr>
            <w:tcW w:w="4993" w:type="dxa"/>
            <w:vAlign w:val="center"/>
          </w:tcPr>
          <w:p w14:paraId="3A921461" w14:textId="77777777" w:rsidR="00700BBC" w:rsidRDefault="00000000">
            <w:pPr>
              <w:spacing w:after="0" w:line="240" w:lineRule="auto"/>
              <w:ind w:firstLine="0"/>
            </w:pPr>
            <w:r>
              <w:rPr>
                <w:sz w:val="18"/>
              </w:rPr>
              <w:t xml:space="preserve">He made an </w:t>
            </w:r>
            <w:r>
              <w:rPr>
                <w:b/>
                <w:sz w:val="18"/>
              </w:rPr>
              <w:t>ingenuous</w:t>
            </w:r>
            <w:r>
              <w:rPr>
                <w:sz w:val="18"/>
              </w:rPr>
              <w:t xml:space="preserve"> remark because he did not understand the hidden motive.</w:t>
            </w:r>
          </w:p>
        </w:tc>
        <w:tc>
          <w:tcPr>
            <w:tcW w:w="4252" w:type="dxa"/>
            <w:vAlign w:val="center"/>
          </w:tcPr>
          <w:p w14:paraId="11249D7D" w14:textId="77777777" w:rsidR="00700BBC" w:rsidRDefault="00000000">
            <w:pPr>
              <w:spacing w:after="0" w:line="240" w:lineRule="auto"/>
              <w:ind w:firstLine="0"/>
            </w:pPr>
            <w:r>
              <w:rPr>
                <w:sz w:val="18"/>
              </w:rPr>
              <w:t>a) Clever    b) Naive    c) Cruel    d) False</w:t>
            </w:r>
          </w:p>
        </w:tc>
        <w:tc>
          <w:tcPr>
            <w:tcW w:w="5721" w:type="dxa"/>
            <w:vAlign w:val="center"/>
          </w:tcPr>
          <w:p w14:paraId="44BA8C7E" w14:textId="77777777" w:rsidR="00700BBC" w:rsidRDefault="00000000">
            <w:pPr>
              <w:spacing w:after="0" w:line="240" w:lineRule="auto"/>
              <w:ind w:firstLine="0"/>
            </w:pPr>
            <w:r>
              <w:rPr>
                <w:sz w:val="18"/>
              </w:rPr>
              <w:br/>
            </w:r>
            <w:r>
              <w:rPr>
                <w:sz w:val="18"/>
              </w:rPr>
              <w:br/>
            </w:r>
          </w:p>
        </w:tc>
      </w:tr>
      <w:tr w:rsidR="00700BBC" w14:paraId="47AA97E4" w14:textId="77777777" w:rsidTr="00D64134">
        <w:trPr>
          <w:cantSplit/>
          <w:jc w:val="center"/>
        </w:trPr>
        <w:tc>
          <w:tcPr>
            <w:tcW w:w="644" w:type="dxa"/>
            <w:vAlign w:val="center"/>
          </w:tcPr>
          <w:p w14:paraId="4DC00509" w14:textId="77777777" w:rsidR="00700BBC" w:rsidRDefault="00000000">
            <w:pPr>
              <w:spacing w:after="0" w:line="240" w:lineRule="auto"/>
              <w:ind w:firstLine="0"/>
              <w:jc w:val="center"/>
            </w:pPr>
            <w:r>
              <w:rPr>
                <w:sz w:val="18"/>
              </w:rPr>
              <w:t>29</w:t>
            </w:r>
          </w:p>
        </w:tc>
        <w:tc>
          <w:tcPr>
            <w:tcW w:w="4993" w:type="dxa"/>
            <w:vAlign w:val="center"/>
          </w:tcPr>
          <w:p w14:paraId="5A8E12CB" w14:textId="77777777" w:rsidR="00700BBC" w:rsidRDefault="00000000">
            <w:pPr>
              <w:spacing w:after="0" w:line="240" w:lineRule="auto"/>
              <w:ind w:firstLine="0"/>
            </w:pPr>
            <w:r>
              <w:rPr>
                <w:sz w:val="18"/>
              </w:rPr>
              <w:t xml:space="preserve">The lawyer was so </w:t>
            </w:r>
            <w:r>
              <w:rPr>
                <w:b/>
                <w:sz w:val="18"/>
              </w:rPr>
              <w:t>loquacious</w:t>
            </w:r>
            <w:r>
              <w:rPr>
                <w:sz w:val="18"/>
              </w:rPr>
              <w:t xml:space="preserve"> that the judge asked him to be brief.</w:t>
            </w:r>
          </w:p>
        </w:tc>
        <w:tc>
          <w:tcPr>
            <w:tcW w:w="4252" w:type="dxa"/>
            <w:vAlign w:val="center"/>
          </w:tcPr>
          <w:p w14:paraId="1773DE80" w14:textId="77777777" w:rsidR="00700BBC" w:rsidRDefault="00000000">
            <w:pPr>
              <w:spacing w:after="0" w:line="240" w:lineRule="auto"/>
              <w:ind w:firstLine="0"/>
            </w:pPr>
            <w:r>
              <w:rPr>
                <w:sz w:val="18"/>
              </w:rPr>
              <w:t>a) Shy    b) Wordy    c) Angry    d) Honest</w:t>
            </w:r>
          </w:p>
        </w:tc>
        <w:tc>
          <w:tcPr>
            <w:tcW w:w="5721" w:type="dxa"/>
            <w:vAlign w:val="center"/>
          </w:tcPr>
          <w:p w14:paraId="532B856D" w14:textId="77777777" w:rsidR="00700BBC" w:rsidRDefault="00000000">
            <w:pPr>
              <w:spacing w:after="0" w:line="240" w:lineRule="auto"/>
              <w:ind w:firstLine="0"/>
            </w:pPr>
            <w:r>
              <w:rPr>
                <w:sz w:val="18"/>
              </w:rPr>
              <w:br/>
            </w:r>
            <w:r>
              <w:rPr>
                <w:sz w:val="18"/>
              </w:rPr>
              <w:br/>
            </w:r>
          </w:p>
        </w:tc>
      </w:tr>
      <w:tr w:rsidR="00700BBC" w14:paraId="0A3BBE31" w14:textId="77777777" w:rsidTr="00D64134">
        <w:trPr>
          <w:cantSplit/>
          <w:jc w:val="center"/>
        </w:trPr>
        <w:tc>
          <w:tcPr>
            <w:tcW w:w="644" w:type="dxa"/>
            <w:vAlign w:val="center"/>
          </w:tcPr>
          <w:p w14:paraId="7691D1E1" w14:textId="77777777" w:rsidR="00700BBC" w:rsidRDefault="00000000">
            <w:pPr>
              <w:spacing w:after="0" w:line="240" w:lineRule="auto"/>
              <w:ind w:firstLine="0"/>
              <w:jc w:val="center"/>
            </w:pPr>
            <w:r>
              <w:rPr>
                <w:sz w:val="18"/>
              </w:rPr>
              <w:t>30</w:t>
            </w:r>
          </w:p>
        </w:tc>
        <w:tc>
          <w:tcPr>
            <w:tcW w:w="4993" w:type="dxa"/>
            <w:vAlign w:val="center"/>
          </w:tcPr>
          <w:p w14:paraId="532D8C97" w14:textId="77777777" w:rsidR="00700BBC" w:rsidRDefault="00000000">
            <w:pPr>
              <w:spacing w:after="0" w:line="240" w:lineRule="auto"/>
              <w:ind w:firstLine="0"/>
            </w:pPr>
            <w:r>
              <w:rPr>
                <w:sz w:val="18"/>
              </w:rPr>
              <w:t xml:space="preserve">Iron becomes </w:t>
            </w:r>
            <w:r>
              <w:rPr>
                <w:b/>
                <w:sz w:val="18"/>
              </w:rPr>
              <w:t>malleable</w:t>
            </w:r>
            <w:r>
              <w:rPr>
                <w:sz w:val="18"/>
              </w:rPr>
              <w:t xml:space="preserve"> when it is heated.</w:t>
            </w:r>
          </w:p>
        </w:tc>
        <w:tc>
          <w:tcPr>
            <w:tcW w:w="4252" w:type="dxa"/>
            <w:vAlign w:val="center"/>
          </w:tcPr>
          <w:p w14:paraId="15774D68" w14:textId="77777777" w:rsidR="00700BBC" w:rsidRDefault="00000000">
            <w:pPr>
              <w:spacing w:after="0" w:line="240" w:lineRule="auto"/>
              <w:ind w:firstLine="0"/>
            </w:pPr>
            <w:r>
              <w:rPr>
                <w:sz w:val="18"/>
              </w:rPr>
              <w:t>a) Hard    b) Flexible    c) Shiny    d) Heavy</w:t>
            </w:r>
          </w:p>
        </w:tc>
        <w:tc>
          <w:tcPr>
            <w:tcW w:w="5721" w:type="dxa"/>
            <w:vAlign w:val="center"/>
          </w:tcPr>
          <w:p w14:paraId="1CE14C60" w14:textId="77777777" w:rsidR="00700BBC" w:rsidRDefault="00000000">
            <w:pPr>
              <w:spacing w:after="0" w:line="240" w:lineRule="auto"/>
              <w:ind w:firstLine="0"/>
            </w:pPr>
            <w:r>
              <w:rPr>
                <w:sz w:val="18"/>
              </w:rPr>
              <w:br/>
            </w:r>
            <w:r>
              <w:rPr>
                <w:sz w:val="18"/>
              </w:rPr>
              <w:br/>
            </w:r>
          </w:p>
        </w:tc>
      </w:tr>
      <w:tr w:rsidR="00700BBC" w14:paraId="6FE3759D" w14:textId="77777777" w:rsidTr="00D64134">
        <w:trPr>
          <w:cantSplit/>
          <w:jc w:val="center"/>
        </w:trPr>
        <w:tc>
          <w:tcPr>
            <w:tcW w:w="644" w:type="dxa"/>
            <w:vAlign w:val="center"/>
          </w:tcPr>
          <w:p w14:paraId="30FC23EF" w14:textId="77777777" w:rsidR="00700BBC" w:rsidRDefault="00000000">
            <w:pPr>
              <w:spacing w:after="0" w:line="240" w:lineRule="auto"/>
              <w:ind w:firstLine="0"/>
              <w:jc w:val="center"/>
            </w:pPr>
            <w:r>
              <w:rPr>
                <w:sz w:val="18"/>
              </w:rPr>
              <w:t>31</w:t>
            </w:r>
          </w:p>
        </w:tc>
        <w:tc>
          <w:tcPr>
            <w:tcW w:w="4993" w:type="dxa"/>
            <w:vAlign w:val="center"/>
          </w:tcPr>
          <w:p w14:paraId="53FB6243" w14:textId="77777777" w:rsidR="00700BBC" w:rsidRDefault="00000000">
            <w:pPr>
              <w:spacing w:after="0" w:line="240" w:lineRule="auto"/>
              <w:ind w:firstLine="0"/>
            </w:pPr>
            <w:r>
              <w:rPr>
                <w:sz w:val="18"/>
              </w:rPr>
              <w:t xml:space="preserve">He is a </w:t>
            </w:r>
            <w:r>
              <w:rPr>
                <w:b/>
                <w:sz w:val="18"/>
              </w:rPr>
              <w:t>neophyte</w:t>
            </w:r>
            <w:r>
              <w:rPr>
                <w:sz w:val="18"/>
              </w:rPr>
              <w:t xml:space="preserve"> in this field and still needs basic training.</w:t>
            </w:r>
          </w:p>
        </w:tc>
        <w:tc>
          <w:tcPr>
            <w:tcW w:w="4252" w:type="dxa"/>
            <w:vAlign w:val="center"/>
          </w:tcPr>
          <w:p w14:paraId="6DF58764" w14:textId="77777777" w:rsidR="00700BBC" w:rsidRDefault="00000000">
            <w:pPr>
              <w:spacing w:after="0" w:line="240" w:lineRule="auto"/>
              <w:ind w:firstLine="0"/>
            </w:pPr>
            <w:r>
              <w:rPr>
                <w:sz w:val="18"/>
              </w:rPr>
              <w:t>a) Expert    b) Beginner    c) Critic    d) Owner</w:t>
            </w:r>
          </w:p>
        </w:tc>
        <w:tc>
          <w:tcPr>
            <w:tcW w:w="5721" w:type="dxa"/>
            <w:vAlign w:val="center"/>
          </w:tcPr>
          <w:p w14:paraId="7F580C79" w14:textId="77777777" w:rsidR="00700BBC" w:rsidRDefault="00000000">
            <w:pPr>
              <w:spacing w:after="0" w:line="240" w:lineRule="auto"/>
              <w:ind w:firstLine="0"/>
            </w:pPr>
            <w:r>
              <w:rPr>
                <w:sz w:val="18"/>
              </w:rPr>
              <w:br/>
            </w:r>
            <w:r>
              <w:rPr>
                <w:sz w:val="18"/>
              </w:rPr>
              <w:br/>
            </w:r>
          </w:p>
        </w:tc>
      </w:tr>
      <w:tr w:rsidR="00700BBC" w14:paraId="78DF3932" w14:textId="77777777" w:rsidTr="00D64134">
        <w:trPr>
          <w:cantSplit/>
          <w:jc w:val="center"/>
        </w:trPr>
        <w:tc>
          <w:tcPr>
            <w:tcW w:w="644" w:type="dxa"/>
            <w:vAlign w:val="center"/>
          </w:tcPr>
          <w:p w14:paraId="04240B63" w14:textId="77777777" w:rsidR="00700BBC" w:rsidRDefault="00000000">
            <w:pPr>
              <w:spacing w:after="0" w:line="240" w:lineRule="auto"/>
              <w:ind w:firstLine="0"/>
              <w:jc w:val="center"/>
            </w:pPr>
            <w:r>
              <w:rPr>
                <w:sz w:val="18"/>
              </w:rPr>
              <w:t>32</w:t>
            </w:r>
          </w:p>
        </w:tc>
        <w:tc>
          <w:tcPr>
            <w:tcW w:w="4993" w:type="dxa"/>
            <w:vAlign w:val="center"/>
          </w:tcPr>
          <w:p w14:paraId="75D59879" w14:textId="77777777" w:rsidR="00700BBC" w:rsidRDefault="00000000">
            <w:pPr>
              <w:spacing w:after="0" w:line="240" w:lineRule="auto"/>
              <w:ind w:firstLine="0"/>
            </w:pPr>
            <w:r>
              <w:rPr>
                <w:sz w:val="18"/>
              </w:rPr>
              <w:t xml:space="preserve">She remained </w:t>
            </w:r>
            <w:r>
              <w:rPr>
                <w:b/>
                <w:sz w:val="18"/>
              </w:rPr>
              <w:t>obdurate</w:t>
            </w:r>
            <w:r>
              <w:rPr>
                <w:sz w:val="18"/>
              </w:rPr>
              <w:t xml:space="preserve"> in her refusal to sign the agreement.</w:t>
            </w:r>
          </w:p>
        </w:tc>
        <w:tc>
          <w:tcPr>
            <w:tcW w:w="4252" w:type="dxa"/>
            <w:vAlign w:val="center"/>
          </w:tcPr>
          <w:p w14:paraId="1E474D0D" w14:textId="77777777" w:rsidR="00700BBC" w:rsidRDefault="00000000">
            <w:pPr>
              <w:spacing w:after="0" w:line="240" w:lineRule="auto"/>
              <w:ind w:firstLine="0"/>
            </w:pPr>
            <w:r>
              <w:rPr>
                <w:sz w:val="18"/>
              </w:rPr>
              <w:t>a) Flexible    b) Stubborn    c) Unsure    d) Quick</w:t>
            </w:r>
          </w:p>
        </w:tc>
        <w:tc>
          <w:tcPr>
            <w:tcW w:w="5721" w:type="dxa"/>
            <w:vAlign w:val="center"/>
          </w:tcPr>
          <w:p w14:paraId="30639F33" w14:textId="77777777" w:rsidR="00700BBC" w:rsidRDefault="00000000">
            <w:pPr>
              <w:spacing w:after="0" w:line="240" w:lineRule="auto"/>
              <w:ind w:firstLine="0"/>
            </w:pPr>
            <w:r>
              <w:rPr>
                <w:sz w:val="18"/>
              </w:rPr>
              <w:br/>
            </w:r>
            <w:r>
              <w:rPr>
                <w:sz w:val="18"/>
              </w:rPr>
              <w:br/>
            </w:r>
          </w:p>
        </w:tc>
      </w:tr>
      <w:tr w:rsidR="00700BBC" w14:paraId="33B25481" w14:textId="77777777" w:rsidTr="00D64134">
        <w:trPr>
          <w:cantSplit/>
          <w:jc w:val="center"/>
        </w:trPr>
        <w:tc>
          <w:tcPr>
            <w:tcW w:w="644" w:type="dxa"/>
            <w:vAlign w:val="center"/>
          </w:tcPr>
          <w:p w14:paraId="26A232EB" w14:textId="77777777" w:rsidR="00700BBC" w:rsidRDefault="00000000">
            <w:pPr>
              <w:spacing w:after="0" w:line="240" w:lineRule="auto"/>
              <w:ind w:firstLine="0"/>
              <w:jc w:val="center"/>
            </w:pPr>
            <w:r>
              <w:rPr>
                <w:sz w:val="18"/>
              </w:rPr>
              <w:lastRenderedPageBreak/>
              <w:t>33</w:t>
            </w:r>
          </w:p>
        </w:tc>
        <w:tc>
          <w:tcPr>
            <w:tcW w:w="4993" w:type="dxa"/>
            <w:vAlign w:val="center"/>
          </w:tcPr>
          <w:p w14:paraId="37882FAC" w14:textId="77777777" w:rsidR="00700BBC" w:rsidRDefault="00000000">
            <w:pPr>
              <w:spacing w:after="0" w:line="240" w:lineRule="auto"/>
              <w:ind w:firstLine="0"/>
            </w:pPr>
            <w:r>
              <w:rPr>
                <w:sz w:val="18"/>
              </w:rPr>
              <w:t xml:space="preserve">The team chose a </w:t>
            </w:r>
            <w:r>
              <w:rPr>
                <w:b/>
                <w:sz w:val="18"/>
              </w:rPr>
              <w:t>pragmatic</w:t>
            </w:r>
            <w:r>
              <w:rPr>
                <w:sz w:val="18"/>
              </w:rPr>
              <w:t xml:space="preserve"> approach to solve the budget problem.</w:t>
            </w:r>
          </w:p>
        </w:tc>
        <w:tc>
          <w:tcPr>
            <w:tcW w:w="4252" w:type="dxa"/>
            <w:vAlign w:val="center"/>
          </w:tcPr>
          <w:p w14:paraId="7E99AC34" w14:textId="77777777" w:rsidR="00700BBC" w:rsidRDefault="00000000">
            <w:pPr>
              <w:spacing w:after="0" w:line="240" w:lineRule="auto"/>
              <w:ind w:firstLine="0"/>
            </w:pPr>
            <w:r>
              <w:rPr>
                <w:sz w:val="18"/>
              </w:rPr>
              <w:t>a) Idealistic    b) Practical    c) Hard    d) Fast</w:t>
            </w:r>
          </w:p>
        </w:tc>
        <w:tc>
          <w:tcPr>
            <w:tcW w:w="5721" w:type="dxa"/>
            <w:vAlign w:val="center"/>
          </w:tcPr>
          <w:p w14:paraId="6870351C" w14:textId="77777777" w:rsidR="00700BBC" w:rsidRDefault="00000000">
            <w:pPr>
              <w:spacing w:after="0" w:line="240" w:lineRule="auto"/>
              <w:ind w:firstLine="0"/>
            </w:pPr>
            <w:r>
              <w:rPr>
                <w:sz w:val="18"/>
              </w:rPr>
              <w:br/>
            </w:r>
            <w:r>
              <w:rPr>
                <w:sz w:val="18"/>
              </w:rPr>
              <w:br/>
            </w:r>
          </w:p>
        </w:tc>
      </w:tr>
      <w:tr w:rsidR="00700BBC" w14:paraId="0CF7976E" w14:textId="77777777" w:rsidTr="00D64134">
        <w:trPr>
          <w:cantSplit/>
          <w:jc w:val="center"/>
        </w:trPr>
        <w:tc>
          <w:tcPr>
            <w:tcW w:w="644" w:type="dxa"/>
            <w:vAlign w:val="center"/>
          </w:tcPr>
          <w:p w14:paraId="5B60B0D4" w14:textId="77777777" w:rsidR="00700BBC" w:rsidRDefault="00000000">
            <w:pPr>
              <w:spacing w:after="0" w:line="240" w:lineRule="auto"/>
              <w:ind w:firstLine="0"/>
              <w:jc w:val="center"/>
            </w:pPr>
            <w:r>
              <w:rPr>
                <w:sz w:val="18"/>
              </w:rPr>
              <w:t>34</w:t>
            </w:r>
          </w:p>
        </w:tc>
        <w:tc>
          <w:tcPr>
            <w:tcW w:w="4993" w:type="dxa"/>
            <w:vAlign w:val="center"/>
          </w:tcPr>
          <w:p w14:paraId="276C984C" w14:textId="77777777" w:rsidR="00700BBC" w:rsidRDefault="00000000">
            <w:pPr>
              <w:spacing w:after="0" w:line="240" w:lineRule="auto"/>
              <w:ind w:firstLine="0"/>
            </w:pPr>
            <w:r>
              <w:rPr>
                <w:sz w:val="18"/>
              </w:rPr>
              <w:t xml:space="preserve">The volcano has been </w:t>
            </w:r>
            <w:r>
              <w:rPr>
                <w:b/>
                <w:sz w:val="18"/>
              </w:rPr>
              <w:t>quiescent</w:t>
            </w:r>
            <w:r>
              <w:rPr>
                <w:sz w:val="18"/>
              </w:rPr>
              <w:t xml:space="preserve"> for several decades.</w:t>
            </w:r>
          </w:p>
        </w:tc>
        <w:tc>
          <w:tcPr>
            <w:tcW w:w="4252" w:type="dxa"/>
            <w:vAlign w:val="center"/>
          </w:tcPr>
          <w:p w14:paraId="0C1B68F0" w14:textId="77777777" w:rsidR="00700BBC" w:rsidRDefault="00000000">
            <w:pPr>
              <w:spacing w:after="0" w:line="240" w:lineRule="auto"/>
              <w:ind w:firstLine="0"/>
            </w:pPr>
            <w:r>
              <w:rPr>
                <w:sz w:val="18"/>
              </w:rPr>
              <w:t>a) Active    b) Inactive    c) Loud    d) Small</w:t>
            </w:r>
          </w:p>
        </w:tc>
        <w:tc>
          <w:tcPr>
            <w:tcW w:w="5721" w:type="dxa"/>
            <w:vAlign w:val="center"/>
          </w:tcPr>
          <w:p w14:paraId="1295840D" w14:textId="77777777" w:rsidR="00700BBC" w:rsidRDefault="00000000">
            <w:pPr>
              <w:spacing w:after="0" w:line="240" w:lineRule="auto"/>
              <w:ind w:firstLine="0"/>
            </w:pPr>
            <w:r>
              <w:rPr>
                <w:sz w:val="18"/>
              </w:rPr>
              <w:br/>
            </w:r>
            <w:r>
              <w:rPr>
                <w:sz w:val="18"/>
              </w:rPr>
              <w:br/>
            </w:r>
          </w:p>
        </w:tc>
      </w:tr>
      <w:tr w:rsidR="00700BBC" w14:paraId="7EB85E8C" w14:textId="77777777" w:rsidTr="00D64134">
        <w:trPr>
          <w:cantSplit/>
          <w:jc w:val="center"/>
        </w:trPr>
        <w:tc>
          <w:tcPr>
            <w:tcW w:w="644" w:type="dxa"/>
            <w:vAlign w:val="center"/>
          </w:tcPr>
          <w:p w14:paraId="11790CFD" w14:textId="77777777" w:rsidR="00700BBC" w:rsidRDefault="00000000">
            <w:pPr>
              <w:spacing w:after="0" w:line="240" w:lineRule="auto"/>
              <w:ind w:firstLine="0"/>
              <w:jc w:val="center"/>
            </w:pPr>
            <w:r>
              <w:rPr>
                <w:sz w:val="18"/>
              </w:rPr>
              <w:t>35</w:t>
            </w:r>
          </w:p>
        </w:tc>
        <w:tc>
          <w:tcPr>
            <w:tcW w:w="4993" w:type="dxa"/>
            <w:vAlign w:val="center"/>
          </w:tcPr>
          <w:p w14:paraId="6BF3F7F6" w14:textId="77777777" w:rsidR="00700BBC" w:rsidRDefault="00000000">
            <w:pPr>
              <w:spacing w:after="0" w:line="240" w:lineRule="auto"/>
              <w:ind w:firstLine="0"/>
            </w:pPr>
            <w:r>
              <w:rPr>
                <w:sz w:val="18"/>
              </w:rPr>
              <w:t xml:space="preserve">He was </w:t>
            </w:r>
            <w:r>
              <w:rPr>
                <w:b/>
                <w:sz w:val="18"/>
              </w:rPr>
              <w:t>reticent</w:t>
            </w:r>
            <w:r>
              <w:rPr>
                <w:sz w:val="18"/>
              </w:rPr>
              <w:t xml:space="preserve"> to speak about his personal problems.</w:t>
            </w:r>
          </w:p>
        </w:tc>
        <w:tc>
          <w:tcPr>
            <w:tcW w:w="4252" w:type="dxa"/>
            <w:vAlign w:val="center"/>
          </w:tcPr>
          <w:p w14:paraId="097C7F19" w14:textId="77777777" w:rsidR="00700BBC" w:rsidRDefault="00000000">
            <w:pPr>
              <w:spacing w:after="0" w:line="240" w:lineRule="auto"/>
              <w:ind w:firstLine="0"/>
            </w:pPr>
            <w:r>
              <w:rPr>
                <w:sz w:val="18"/>
              </w:rPr>
              <w:t>a) Eager    b) Reserved    c) Loud    d) Willing</w:t>
            </w:r>
          </w:p>
        </w:tc>
        <w:tc>
          <w:tcPr>
            <w:tcW w:w="5721" w:type="dxa"/>
            <w:vAlign w:val="center"/>
          </w:tcPr>
          <w:p w14:paraId="082496C3" w14:textId="77777777" w:rsidR="00700BBC" w:rsidRDefault="00000000">
            <w:pPr>
              <w:spacing w:after="0" w:line="240" w:lineRule="auto"/>
              <w:ind w:firstLine="0"/>
            </w:pPr>
            <w:r>
              <w:rPr>
                <w:sz w:val="18"/>
              </w:rPr>
              <w:br/>
            </w:r>
            <w:r>
              <w:rPr>
                <w:sz w:val="18"/>
              </w:rPr>
              <w:br/>
            </w:r>
          </w:p>
        </w:tc>
      </w:tr>
      <w:tr w:rsidR="00700BBC" w14:paraId="103F9E2F" w14:textId="77777777" w:rsidTr="00D64134">
        <w:trPr>
          <w:cantSplit/>
          <w:jc w:val="center"/>
        </w:trPr>
        <w:tc>
          <w:tcPr>
            <w:tcW w:w="644" w:type="dxa"/>
            <w:vAlign w:val="center"/>
          </w:tcPr>
          <w:p w14:paraId="02102B68" w14:textId="77777777" w:rsidR="00700BBC" w:rsidRDefault="00000000">
            <w:pPr>
              <w:spacing w:after="0" w:line="240" w:lineRule="auto"/>
              <w:ind w:firstLine="0"/>
              <w:jc w:val="center"/>
            </w:pPr>
            <w:r>
              <w:rPr>
                <w:sz w:val="18"/>
              </w:rPr>
              <w:t>36</w:t>
            </w:r>
          </w:p>
        </w:tc>
        <w:tc>
          <w:tcPr>
            <w:tcW w:w="4993" w:type="dxa"/>
            <w:vAlign w:val="center"/>
          </w:tcPr>
          <w:p w14:paraId="415DE2B6" w14:textId="77777777" w:rsidR="00700BBC" w:rsidRDefault="00000000">
            <w:pPr>
              <w:spacing w:after="0" w:line="240" w:lineRule="auto"/>
              <w:ind w:firstLine="0"/>
            </w:pPr>
            <w:r>
              <w:rPr>
                <w:sz w:val="18"/>
              </w:rPr>
              <w:t xml:space="preserve">The long lecture was </w:t>
            </w:r>
            <w:r>
              <w:rPr>
                <w:b/>
                <w:sz w:val="18"/>
              </w:rPr>
              <w:t>soporific</w:t>
            </w:r>
            <w:r>
              <w:rPr>
                <w:sz w:val="18"/>
              </w:rPr>
              <w:t xml:space="preserve"> and made several students sleepy.</w:t>
            </w:r>
          </w:p>
        </w:tc>
        <w:tc>
          <w:tcPr>
            <w:tcW w:w="4252" w:type="dxa"/>
            <w:vAlign w:val="center"/>
          </w:tcPr>
          <w:p w14:paraId="49CF4738" w14:textId="77777777" w:rsidR="00700BBC" w:rsidRDefault="00000000">
            <w:pPr>
              <w:spacing w:after="0" w:line="240" w:lineRule="auto"/>
              <w:ind w:firstLine="0"/>
            </w:pPr>
            <w:r>
              <w:rPr>
                <w:sz w:val="18"/>
              </w:rPr>
              <w:t>a) Exciting    b) Sleep-inducing    c) Short    d) New</w:t>
            </w:r>
          </w:p>
        </w:tc>
        <w:tc>
          <w:tcPr>
            <w:tcW w:w="5721" w:type="dxa"/>
            <w:vAlign w:val="center"/>
          </w:tcPr>
          <w:p w14:paraId="2FEC1DCA" w14:textId="77777777" w:rsidR="00700BBC" w:rsidRDefault="00000000">
            <w:pPr>
              <w:spacing w:after="0" w:line="240" w:lineRule="auto"/>
              <w:ind w:firstLine="0"/>
            </w:pPr>
            <w:r>
              <w:rPr>
                <w:sz w:val="18"/>
              </w:rPr>
              <w:br/>
            </w:r>
            <w:r>
              <w:rPr>
                <w:sz w:val="18"/>
              </w:rPr>
              <w:br/>
            </w:r>
          </w:p>
        </w:tc>
      </w:tr>
      <w:tr w:rsidR="00700BBC" w14:paraId="0054D227" w14:textId="77777777" w:rsidTr="00D64134">
        <w:trPr>
          <w:cantSplit/>
          <w:jc w:val="center"/>
        </w:trPr>
        <w:tc>
          <w:tcPr>
            <w:tcW w:w="644" w:type="dxa"/>
            <w:vAlign w:val="center"/>
          </w:tcPr>
          <w:p w14:paraId="73A435B5" w14:textId="77777777" w:rsidR="00700BBC" w:rsidRDefault="00000000">
            <w:pPr>
              <w:spacing w:after="0" w:line="240" w:lineRule="auto"/>
              <w:ind w:firstLine="0"/>
              <w:jc w:val="center"/>
            </w:pPr>
            <w:r>
              <w:rPr>
                <w:sz w:val="18"/>
              </w:rPr>
              <w:t>37</w:t>
            </w:r>
          </w:p>
        </w:tc>
        <w:tc>
          <w:tcPr>
            <w:tcW w:w="4993" w:type="dxa"/>
            <w:vAlign w:val="center"/>
          </w:tcPr>
          <w:p w14:paraId="7DAD4947" w14:textId="77777777" w:rsidR="00700BBC" w:rsidRDefault="00000000">
            <w:pPr>
              <w:spacing w:after="0" w:line="240" w:lineRule="auto"/>
              <w:ind w:firstLine="0"/>
            </w:pPr>
            <w:r>
              <w:rPr>
                <w:sz w:val="18"/>
              </w:rPr>
              <w:t xml:space="preserve">He is a </w:t>
            </w:r>
            <w:r>
              <w:rPr>
                <w:b/>
                <w:sz w:val="18"/>
              </w:rPr>
              <w:t>taciturn</w:t>
            </w:r>
            <w:r>
              <w:rPr>
                <w:sz w:val="18"/>
              </w:rPr>
              <w:t xml:space="preserve"> person who rarely speaks in meetings.</w:t>
            </w:r>
          </w:p>
        </w:tc>
        <w:tc>
          <w:tcPr>
            <w:tcW w:w="4252" w:type="dxa"/>
            <w:vAlign w:val="center"/>
          </w:tcPr>
          <w:p w14:paraId="7BE1119D" w14:textId="77777777" w:rsidR="00700BBC" w:rsidRDefault="00000000">
            <w:pPr>
              <w:spacing w:after="0" w:line="240" w:lineRule="auto"/>
              <w:ind w:firstLine="0"/>
            </w:pPr>
            <w:r>
              <w:rPr>
                <w:sz w:val="18"/>
              </w:rPr>
              <w:t>a) Loud    b) Silent    c) Funny    d) Busy</w:t>
            </w:r>
          </w:p>
        </w:tc>
        <w:tc>
          <w:tcPr>
            <w:tcW w:w="5721" w:type="dxa"/>
            <w:vAlign w:val="center"/>
          </w:tcPr>
          <w:p w14:paraId="046DB8BD" w14:textId="77777777" w:rsidR="00700BBC" w:rsidRDefault="00000000">
            <w:pPr>
              <w:spacing w:after="0" w:line="240" w:lineRule="auto"/>
              <w:ind w:firstLine="0"/>
            </w:pPr>
            <w:r>
              <w:rPr>
                <w:sz w:val="18"/>
              </w:rPr>
              <w:br/>
            </w:r>
            <w:r>
              <w:rPr>
                <w:sz w:val="18"/>
              </w:rPr>
              <w:br/>
            </w:r>
          </w:p>
        </w:tc>
      </w:tr>
      <w:tr w:rsidR="00700BBC" w14:paraId="52BEE962" w14:textId="77777777" w:rsidTr="00D64134">
        <w:trPr>
          <w:cantSplit/>
          <w:jc w:val="center"/>
        </w:trPr>
        <w:tc>
          <w:tcPr>
            <w:tcW w:w="644" w:type="dxa"/>
            <w:vAlign w:val="center"/>
          </w:tcPr>
          <w:p w14:paraId="510ECB14" w14:textId="77777777" w:rsidR="00700BBC" w:rsidRDefault="00000000">
            <w:pPr>
              <w:spacing w:after="0" w:line="240" w:lineRule="auto"/>
              <w:ind w:firstLine="0"/>
              <w:jc w:val="center"/>
            </w:pPr>
            <w:r>
              <w:rPr>
                <w:sz w:val="18"/>
              </w:rPr>
              <w:t>38</w:t>
            </w:r>
          </w:p>
        </w:tc>
        <w:tc>
          <w:tcPr>
            <w:tcW w:w="4993" w:type="dxa"/>
            <w:vAlign w:val="center"/>
          </w:tcPr>
          <w:p w14:paraId="3F919EDA" w14:textId="77777777" w:rsidR="00700BBC" w:rsidRDefault="00000000">
            <w:pPr>
              <w:spacing w:after="0" w:line="240" w:lineRule="auto"/>
              <w:ind w:firstLine="0"/>
            </w:pPr>
            <w:r>
              <w:rPr>
                <w:sz w:val="18"/>
              </w:rPr>
              <w:t xml:space="preserve">Do not </w:t>
            </w:r>
            <w:r>
              <w:rPr>
                <w:b/>
                <w:sz w:val="18"/>
              </w:rPr>
              <w:t>vacillate</w:t>
            </w:r>
            <w:r>
              <w:rPr>
                <w:sz w:val="18"/>
              </w:rPr>
              <w:t xml:space="preserve"> between choices when the deadline is close.</w:t>
            </w:r>
          </w:p>
        </w:tc>
        <w:tc>
          <w:tcPr>
            <w:tcW w:w="4252" w:type="dxa"/>
            <w:vAlign w:val="center"/>
          </w:tcPr>
          <w:p w14:paraId="5087D83A" w14:textId="77777777" w:rsidR="00700BBC" w:rsidRDefault="00000000">
            <w:pPr>
              <w:spacing w:after="0" w:line="240" w:lineRule="auto"/>
              <w:ind w:firstLine="0"/>
            </w:pPr>
            <w:r>
              <w:rPr>
                <w:sz w:val="18"/>
              </w:rPr>
              <w:t>a) Decide    b) Waver    c) Stay    d) Rush</w:t>
            </w:r>
          </w:p>
        </w:tc>
        <w:tc>
          <w:tcPr>
            <w:tcW w:w="5721" w:type="dxa"/>
            <w:vAlign w:val="center"/>
          </w:tcPr>
          <w:p w14:paraId="067F0A68" w14:textId="77777777" w:rsidR="00700BBC" w:rsidRDefault="00000000">
            <w:pPr>
              <w:spacing w:after="0" w:line="240" w:lineRule="auto"/>
              <w:ind w:firstLine="0"/>
            </w:pPr>
            <w:r>
              <w:rPr>
                <w:sz w:val="18"/>
              </w:rPr>
              <w:br/>
            </w:r>
            <w:r>
              <w:rPr>
                <w:sz w:val="18"/>
              </w:rPr>
              <w:br/>
            </w:r>
          </w:p>
        </w:tc>
      </w:tr>
      <w:tr w:rsidR="00700BBC" w14:paraId="45777CA9" w14:textId="77777777" w:rsidTr="00D64134">
        <w:trPr>
          <w:cantSplit/>
          <w:jc w:val="center"/>
        </w:trPr>
        <w:tc>
          <w:tcPr>
            <w:tcW w:w="644" w:type="dxa"/>
            <w:vAlign w:val="center"/>
          </w:tcPr>
          <w:p w14:paraId="010C37E3" w14:textId="77777777" w:rsidR="00700BBC" w:rsidRDefault="00000000">
            <w:pPr>
              <w:spacing w:after="0" w:line="240" w:lineRule="auto"/>
              <w:ind w:firstLine="0"/>
              <w:jc w:val="center"/>
            </w:pPr>
            <w:r>
              <w:rPr>
                <w:sz w:val="18"/>
              </w:rPr>
              <w:t>39</w:t>
            </w:r>
          </w:p>
        </w:tc>
        <w:tc>
          <w:tcPr>
            <w:tcW w:w="4993" w:type="dxa"/>
            <w:vAlign w:val="center"/>
          </w:tcPr>
          <w:p w14:paraId="4CC8A66D" w14:textId="77777777" w:rsidR="00700BBC" w:rsidRDefault="00000000">
            <w:pPr>
              <w:spacing w:after="0" w:line="240" w:lineRule="auto"/>
              <w:ind w:firstLine="0"/>
            </w:pPr>
            <w:r>
              <w:rPr>
                <w:sz w:val="18"/>
              </w:rPr>
              <w:t xml:space="preserve">He behaved like a </w:t>
            </w:r>
            <w:r>
              <w:rPr>
                <w:b/>
                <w:sz w:val="18"/>
              </w:rPr>
              <w:t>zealot</w:t>
            </w:r>
            <w:r>
              <w:rPr>
                <w:sz w:val="18"/>
              </w:rPr>
              <w:t xml:space="preserve"> who rejected every opposing opinion.</w:t>
            </w:r>
          </w:p>
        </w:tc>
        <w:tc>
          <w:tcPr>
            <w:tcW w:w="4252" w:type="dxa"/>
            <w:vAlign w:val="center"/>
          </w:tcPr>
          <w:p w14:paraId="48A58ED2" w14:textId="77777777" w:rsidR="00700BBC" w:rsidRDefault="00000000">
            <w:pPr>
              <w:spacing w:after="0" w:line="240" w:lineRule="auto"/>
              <w:ind w:firstLine="0"/>
            </w:pPr>
            <w:r>
              <w:rPr>
                <w:sz w:val="18"/>
              </w:rPr>
              <w:t>a) Critic    b) Fanatic    c) Leader    d) Student</w:t>
            </w:r>
          </w:p>
        </w:tc>
        <w:tc>
          <w:tcPr>
            <w:tcW w:w="5721" w:type="dxa"/>
            <w:vAlign w:val="center"/>
          </w:tcPr>
          <w:p w14:paraId="1264F0D3" w14:textId="77777777" w:rsidR="00700BBC" w:rsidRDefault="00000000">
            <w:pPr>
              <w:spacing w:after="0" w:line="240" w:lineRule="auto"/>
              <w:ind w:firstLine="0"/>
            </w:pPr>
            <w:r>
              <w:rPr>
                <w:sz w:val="18"/>
              </w:rPr>
              <w:br/>
            </w:r>
            <w:r>
              <w:rPr>
                <w:sz w:val="18"/>
              </w:rPr>
              <w:br/>
            </w:r>
          </w:p>
        </w:tc>
      </w:tr>
      <w:tr w:rsidR="00700BBC" w14:paraId="1ED4958A" w14:textId="77777777" w:rsidTr="00D64134">
        <w:trPr>
          <w:cantSplit/>
          <w:jc w:val="center"/>
        </w:trPr>
        <w:tc>
          <w:tcPr>
            <w:tcW w:w="644" w:type="dxa"/>
            <w:vAlign w:val="center"/>
          </w:tcPr>
          <w:p w14:paraId="13F6271B" w14:textId="77777777" w:rsidR="00700BBC" w:rsidRDefault="00000000">
            <w:pPr>
              <w:spacing w:after="0" w:line="240" w:lineRule="auto"/>
              <w:ind w:firstLine="0"/>
              <w:jc w:val="center"/>
            </w:pPr>
            <w:r>
              <w:rPr>
                <w:sz w:val="18"/>
              </w:rPr>
              <w:t>40</w:t>
            </w:r>
          </w:p>
        </w:tc>
        <w:tc>
          <w:tcPr>
            <w:tcW w:w="4993" w:type="dxa"/>
            <w:vAlign w:val="center"/>
          </w:tcPr>
          <w:p w14:paraId="6546E3C3" w14:textId="77777777" w:rsidR="00700BBC" w:rsidRDefault="00000000">
            <w:pPr>
              <w:spacing w:after="0" w:line="240" w:lineRule="auto"/>
              <w:ind w:firstLine="0"/>
            </w:pPr>
            <w:r>
              <w:rPr>
                <w:sz w:val="18"/>
              </w:rPr>
              <w:t xml:space="preserve">After midnight, the storm began to </w:t>
            </w:r>
            <w:r>
              <w:rPr>
                <w:b/>
                <w:sz w:val="18"/>
              </w:rPr>
              <w:t>abate</w:t>
            </w:r>
            <w:r>
              <w:rPr>
                <w:sz w:val="18"/>
              </w:rPr>
              <w:t>.</w:t>
            </w:r>
          </w:p>
        </w:tc>
        <w:tc>
          <w:tcPr>
            <w:tcW w:w="4252" w:type="dxa"/>
            <w:vAlign w:val="center"/>
          </w:tcPr>
          <w:p w14:paraId="6B9CAF71" w14:textId="77777777" w:rsidR="00700BBC" w:rsidRDefault="00000000">
            <w:pPr>
              <w:spacing w:after="0" w:line="240" w:lineRule="auto"/>
              <w:ind w:firstLine="0"/>
            </w:pPr>
            <w:r>
              <w:rPr>
                <w:sz w:val="18"/>
              </w:rPr>
              <w:t>a) Grow    b) Subside    c) Start    d) Change</w:t>
            </w:r>
          </w:p>
        </w:tc>
        <w:tc>
          <w:tcPr>
            <w:tcW w:w="5721" w:type="dxa"/>
            <w:vAlign w:val="center"/>
          </w:tcPr>
          <w:p w14:paraId="750368B3" w14:textId="77777777" w:rsidR="00700BBC" w:rsidRDefault="00000000">
            <w:pPr>
              <w:spacing w:after="0" w:line="240" w:lineRule="auto"/>
              <w:ind w:firstLine="0"/>
            </w:pPr>
            <w:r>
              <w:rPr>
                <w:sz w:val="18"/>
              </w:rPr>
              <w:br/>
            </w:r>
            <w:r>
              <w:rPr>
                <w:sz w:val="18"/>
              </w:rPr>
              <w:br/>
            </w:r>
          </w:p>
        </w:tc>
      </w:tr>
      <w:tr w:rsidR="00700BBC" w14:paraId="0F8DF91C" w14:textId="77777777" w:rsidTr="00D64134">
        <w:trPr>
          <w:cantSplit/>
          <w:jc w:val="center"/>
        </w:trPr>
        <w:tc>
          <w:tcPr>
            <w:tcW w:w="644" w:type="dxa"/>
            <w:vAlign w:val="center"/>
          </w:tcPr>
          <w:p w14:paraId="5C798202" w14:textId="77777777" w:rsidR="00700BBC" w:rsidRDefault="00000000">
            <w:pPr>
              <w:spacing w:after="0" w:line="240" w:lineRule="auto"/>
              <w:ind w:firstLine="0"/>
              <w:jc w:val="center"/>
            </w:pPr>
            <w:r>
              <w:rPr>
                <w:sz w:val="18"/>
              </w:rPr>
              <w:t>41</w:t>
            </w:r>
          </w:p>
        </w:tc>
        <w:tc>
          <w:tcPr>
            <w:tcW w:w="4993" w:type="dxa"/>
            <w:vAlign w:val="center"/>
          </w:tcPr>
          <w:p w14:paraId="3C7D6D61" w14:textId="77777777" w:rsidR="00700BBC" w:rsidRDefault="00000000">
            <w:pPr>
              <w:spacing w:after="0" w:line="240" w:lineRule="auto"/>
              <w:ind w:firstLine="0"/>
            </w:pPr>
            <w:r>
              <w:rPr>
                <w:sz w:val="18"/>
              </w:rPr>
              <w:t xml:space="preserve">His speech was </w:t>
            </w:r>
            <w:r>
              <w:rPr>
                <w:b/>
                <w:sz w:val="18"/>
              </w:rPr>
              <w:t>banal</w:t>
            </w:r>
            <w:r>
              <w:rPr>
                <w:sz w:val="18"/>
              </w:rPr>
              <w:t xml:space="preserve"> and repeated ideas everyone already knew.</w:t>
            </w:r>
          </w:p>
        </w:tc>
        <w:tc>
          <w:tcPr>
            <w:tcW w:w="4252" w:type="dxa"/>
            <w:vAlign w:val="center"/>
          </w:tcPr>
          <w:p w14:paraId="32D9F63C" w14:textId="77777777" w:rsidR="00700BBC" w:rsidRDefault="00000000">
            <w:pPr>
              <w:spacing w:after="0" w:line="240" w:lineRule="auto"/>
              <w:ind w:firstLine="0"/>
            </w:pPr>
            <w:r>
              <w:rPr>
                <w:sz w:val="18"/>
              </w:rPr>
              <w:t>a) Original    b) Trite or boring    c) Long    d) Loud</w:t>
            </w:r>
          </w:p>
        </w:tc>
        <w:tc>
          <w:tcPr>
            <w:tcW w:w="5721" w:type="dxa"/>
            <w:vAlign w:val="center"/>
          </w:tcPr>
          <w:p w14:paraId="6EC82706" w14:textId="77777777" w:rsidR="00700BBC" w:rsidRDefault="00000000">
            <w:pPr>
              <w:spacing w:after="0" w:line="240" w:lineRule="auto"/>
              <w:ind w:firstLine="0"/>
            </w:pPr>
            <w:r>
              <w:rPr>
                <w:sz w:val="18"/>
              </w:rPr>
              <w:br/>
            </w:r>
            <w:r>
              <w:rPr>
                <w:sz w:val="18"/>
              </w:rPr>
              <w:br/>
            </w:r>
          </w:p>
        </w:tc>
      </w:tr>
      <w:tr w:rsidR="00700BBC" w14:paraId="30762E6A" w14:textId="77777777" w:rsidTr="00D64134">
        <w:trPr>
          <w:cantSplit/>
          <w:jc w:val="center"/>
        </w:trPr>
        <w:tc>
          <w:tcPr>
            <w:tcW w:w="644" w:type="dxa"/>
            <w:vAlign w:val="center"/>
          </w:tcPr>
          <w:p w14:paraId="549A5840" w14:textId="77777777" w:rsidR="00700BBC" w:rsidRDefault="00000000">
            <w:pPr>
              <w:spacing w:after="0" w:line="240" w:lineRule="auto"/>
              <w:ind w:firstLine="0"/>
              <w:jc w:val="center"/>
            </w:pPr>
            <w:r>
              <w:rPr>
                <w:sz w:val="18"/>
              </w:rPr>
              <w:t>42</w:t>
            </w:r>
          </w:p>
        </w:tc>
        <w:tc>
          <w:tcPr>
            <w:tcW w:w="4993" w:type="dxa"/>
            <w:vAlign w:val="center"/>
          </w:tcPr>
          <w:p w14:paraId="4038681E" w14:textId="77777777" w:rsidR="00700BBC" w:rsidRDefault="00000000">
            <w:pPr>
              <w:spacing w:after="0" w:line="240" w:lineRule="auto"/>
              <w:ind w:firstLine="0"/>
            </w:pPr>
            <w:r>
              <w:rPr>
                <w:sz w:val="18"/>
              </w:rPr>
              <w:t xml:space="preserve">A </w:t>
            </w:r>
            <w:r>
              <w:rPr>
                <w:b/>
                <w:sz w:val="18"/>
              </w:rPr>
              <w:t>cacophony</w:t>
            </w:r>
            <w:r>
              <w:rPr>
                <w:sz w:val="18"/>
              </w:rPr>
              <w:t xml:space="preserve"> of sounds came from the crowded market.</w:t>
            </w:r>
          </w:p>
        </w:tc>
        <w:tc>
          <w:tcPr>
            <w:tcW w:w="4252" w:type="dxa"/>
            <w:vAlign w:val="center"/>
          </w:tcPr>
          <w:p w14:paraId="4EFF0AB5" w14:textId="77777777" w:rsidR="00700BBC" w:rsidRDefault="00000000">
            <w:pPr>
              <w:spacing w:after="0" w:line="240" w:lineRule="auto"/>
              <w:ind w:firstLine="0"/>
            </w:pPr>
            <w:r>
              <w:rPr>
                <w:sz w:val="18"/>
              </w:rPr>
              <w:t>a) Harmony    b) Harsh noise    c) Silence    d) Song</w:t>
            </w:r>
          </w:p>
        </w:tc>
        <w:tc>
          <w:tcPr>
            <w:tcW w:w="5721" w:type="dxa"/>
            <w:vAlign w:val="center"/>
          </w:tcPr>
          <w:p w14:paraId="294AAA5B" w14:textId="77777777" w:rsidR="00700BBC" w:rsidRDefault="00000000">
            <w:pPr>
              <w:spacing w:after="0" w:line="240" w:lineRule="auto"/>
              <w:ind w:firstLine="0"/>
            </w:pPr>
            <w:r>
              <w:rPr>
                <w:sz w:val="18"/>
              </w:rPr>
              <w:br/>
            </w:r>
            <w:r>
              <w:rPr>
                <w:sz w:val="18"/>
              </w:rPr>
              <w:br/>
            </w:r>
          </w:p>
        </w:tc>
      </w:tr>
      <w:tr w:rsidR="00700BBC" w14:paraId="7F779897" w14:textId="77777777" w:rsidTr="00D64134">
        <w:trPr>
          <w:cantSplit/>
          <w:jc w:val="center"/>
        </w:trPr>
        <w:tc>
          <w:tcPr>
            <w:tcW w:w="644" w:type="dxa"/>
            <w:vAlign w:val="center"/>
          </w:tcPr>
          <w:p w14:paraId="40DF6BAE" w14:textId="77777777" w:rsidR="00700BBC" w:rsidRDefault="00000000">
            <w:pPr>
              <w:spacing w:after="0" w:line="240" w:lineRule="auto"/>
              <w:ind w:firstLine="0"/>
              <w:jc w:val="center"/>
            </w:pPr>
            <w:r>
              <w:rPr>
                <w:sz w:val="18"/>
              </w:rPr>
              <w:t>43</w:t>
            </w:r>
          </w:p>
        </w:tc>
        <w:tc>
          <w:tcPr>
            <w:tcW w:w="4993" w:type="dxa"/>
            <w:vAlign w:val="center"/>
          </w:tcPr>
          <w:p w14:paraId="5632BD83" w14:textId="77777777" w:rsidR="00700BBC" w:rsidRDefault="00000000">
            <w:pPr>
              <w:spacing w:after="0" w:line="240" w:lineRule="auto"/>
              <w:ind w:firstLine="0"/>
            </w:pPr>
            <w:r>
              <w:rPr>
                <w:sz w:val="18"/>
              </w:rPr>
              <w:t xml:space="preserve">Children are often taught to show </w:t>
            </w:r>
            <w:r>
              <w:rPr>
                <w:b/>
                <w:sz w:val="18"/>
              </w:rPr>
              <w:t>deference</w:t>
            </w:r>
            <w:r>
              <w:rPr>
                <w:sz w:val="18"/>
              </w:rPr>
              <w:t xml:space="preserve"> to elders.</w:t>
            </w:r>
          </w:p>
        </w:tc>
        <w:tc>
          <w:tcPr>
            <w:tcW w:w="4252" w:type="dxa"/>
            <w:vAlign w:val="center"/>
          </w:tcPr>
          <w:p w14:paraId="739D397B" w14:textId="77777777" w:rsidR="00700BBC" w:rsidRDefault="00000000">
            <w:pPr>
              <w:spacing w:after="0" w:line="240" w:lineRule="auto"/>
              <w:ind w:firstLine="0"/>
            </w:pPr>
            <w:r>
              <w:rPr>
                <w:sz w:val="18"/>
              </w:rPr>
              <w:t>a) Hate    b) Respect    c) Fear    d) Rudeness</w:t>
            </w:r>
          </w:p>
        </w:tc>
        <w:tc>
          <w:tcPr>
            <w:tcW w:w="5721" w:type="dxa"/>
            <w:vAlign w:val="center"/>
          </w:tcPr>
          <w:p w14:paraId="71B31D4A" w14:textId="77777777" w:rsidR="00700BBC" w:rsidRDefault="00000000">
            <w:pPr>
              <w:spacing w:after="0" w:line="240" w:lineRule="auto"/>
              <w:ind w:firstLine="0"/>
            </w:pPr>
            <w:r>
              <w:rPr>
                <w:sz w:val="18"/>
              </w:rPr>
              <w:br/>
            </w:r>
            <w:r>
              <w:rPr>
                <w:sz w:val="18"/>
              </w:rPr>
              <w:br/>
            </w:r>
          </w:p>
        </w:tc>
      </w:tr>
      <w:tr w:rsidR="00700BBC" w14:paraId="5F9A564C" w14:textId="77777777" w:rsidTr="00D64134">
        <w:trPr>
          <w:cantSplit/>
          <w:jc w:val="center"/>
        </w:trPr>
        <w:tc>
          <w:tcPr>
            <w:tcW w:w="644" w:type="dxa"/>
            <w:vAlign w:val="center"/>
          </w:tcPr>
          <w:p w14:paraId="2A25CAAC" w14:textId="77777777" w:rsidR="00700BBC" w:rsidRDefault="00000000">
            <w:pPr>
              <w:spacing w:after="0" w:line="240" w:lineRule="auto"/>
              <w:ind w:firstLine="0"/>
              <w:jc w:val="center"/>
            </w:pPr>
            <w:r>
              <w:rPr>
                <w:sz w:val="18"/>
              </w:rPr>
              <w:t>44</w:t>
            </w:r>
          </w:p>
        </w:tc>
        <w:tc>
          <w:tcPr>
            <w:tcW w:w="4993" w:type="dxa"/>
            <w:vAlign w:val="center"/>
          </w:tcPr>
          <w:p w14:paraId="06DCFF08" w14:textId="77777777" w:rsidR="00700BBC" w:rsidRDefault="00000000">
            <w:pPr>
              <w:spacing w:after="0" w:line="240" w:lineRule="auto"/>
              <w:ind w:firstLine="0"/>
            </w:pPr>
            <w:r>
              <w:rPr>
                <w:sz w:val="18"/>
              </w:rPr>
              <w:t xml:space="preserve">The drug has high </w:t>
            </w:r>
            <w:r>
              <w:rPr>
                <w:b/>
                <w:sz w:val="18"/>
              </w:rPr>
              <w:t>efficacy</w:t>
            </w:r>
            <w:r>
              <w:rPr>
                <w:sz w:val="18"/>
              </w:rPr>
              <w:t xml:space="preserve"> in reducing pain.</w:t>
            </w:r>
          </w:p>
        </w:tc>
        <w:tc>
          <w:tcPr>
            <w:tcW w:w="4252" w:type="dxa"/>
            <w:vAlign w:val="center"/>
          </w:tcPr>
          <w:p w14:paraId="67308183" w14:textId="77777777" w:rsidR="00700BBC" w:rsidRDefault="00000000">
            <w:pPr>
              <w:spacing w:after="0" w:line="240" w:lineRule="auto"/>
              <w:ind w:firstLine="0"/>
            </w:pPr>
            <w:r>
              <w:rPr>
                <w:sz w:val="18"/>
              </w:rPr>
              <w:t>a) Price    b) Effectiveness    c) Danger    d) Color</w:t>
            </w:r>
          </w:p>
        </w:tc>
        <w:tc>
          <w:tcPr>
            <w:tcW w:w="5721" w:type="dxa"/>
            <w:vAlign w:val="center"/>
          </w:tcPr>
          <w:p w14:paraId="4AE573DA" w14:textId="77777777" w:rsidR="00700BBC" w:rsidRDefault="00000000">
            <w:pPr>
              <w:spacing w:after="0" w:line="240" w:lineRule="auto"/>
              <w:ind w:firstLine="0"/>
            </w:pPr>
            <w:r>
              <w:rPr>
                <w:sz w:val="18"/>
              </w:rPr>
              <w:br/>
            </w:r>
            <w:r>
              <w:rPr>
                <w:sz w:val="18"/>
              </w:rPr>
              <w:br/>
            </w:r>
          </w:p>
        </w:tc>
      </w:tr>
      <w:tr w:rsidR="00700BBC" w14:paraId="64E2C384" w14:textId="77777777" w:rsidTr="00D64134">
        <w:trPr>
          <w:cantSplit/>
          <w:jc w:val="center"/>
        </w:trPr>
        <w:tc>
          <w:tcPr>
            <w:tcW w:w="644" w:type="dxa"/>
            <w:vAlign w:val="center"/>
          </w:tcPr>
          <w:p w14:paraId="3EED9539" w14:textId="77777777" w:rsidR="00700BBC" w:rsidRDefault="00000000">
            <w:pPr>
              <w:spacing w:after="0" w:line="240" w:lineRule="auto"/>
              <w:ind w:firstLine="0"/>
              <w:jc w:val="center"/>
            </w:pPr>
            <w:r>
              <w:rPr>
                <w:sz w:val="18"/>
              </w:rPr>
              <w:t>45</w:t>
            </w:r>
          </w:p>
        </w:tc>
        <w:tc>
          <w:tcPr>
            <w:tcW w:w="4993" w:type="dxa"/>
            <w:vAlign w:val="center"/>
          </w:tcPr>
          <w:p w14:paraId="3B828FF6" w14:textId="77777777" w:rsidR="00700BBC" w:rsidRDefault="00000000">
            <w:pPr>
              <w:spacing w:after="0" w:line="240" w:lineRule="auto"/>
              <w:ind w:firstLine="0"/>
            </w:pPr>
            <w:r>
              <w:rPr>
                <w:sz w:val="18"/>
              </w:rPr>
              <w:t xml:space="preserve">The angry speech seemed to </w:t>
            </w:r>
            <w:r>
              <w:rPr>
                <w:b/>
                <w:sz w:val="18"/>
              </w:rPr>
              <w:t>foment</w:t>
            </w:r>
            <w:r>
              <w:rPr>
                <w:sz w:val="18"/>
              </w:rPr>
              <w:t xml:space="preserve"> trouble among the crowd.</w:t>
            </w:r>
          </w:p>
        </w:tc>
        <w:tc>
          <w:tcPr>
            <w:tcW w:w="4252" w:type="dxa"/>
            <w:vAlign w:val="center"/>
          </w:tcPr>
          <w:p w14:paraId="1AD9AB8F" w14:textId="77777777" w:rsidR="00700BBC" w:rsidRDefault="00000000">
            <w:pPr>
              <w:spacing w:after="0" w:line="240" w:lineRule="auto"/>
              <w:ind w:firstLine="0"/>
            </w:pPr>
            <w:r>
              <w:rPr>
                <w:sz w:val="18"/>
              </w:rPr>
              <w:t>a) Stop    b) Instigate    c) Watch    d) Record</w:t>
            </w:r>
          </w:p>
        </w:tc>
        <w:tc>
          <w:tcPr>
            <w:tcW w:w="5721" w:type="dxa"/>
            <w:vAlign w:val="center"/>
          </w:tcPr>
          <w:p w14:paraId="2B974299" w14:textId="77777777" w:rsidR="00700BBC" w:rsidRDefault="00000000">
            <w:pPr>
              <w:spacing w:after="0" w:line="240" w:lineRule="auto"/>
              <w:ind w:firstLine="0"/>
            </w:pPr>
            <w:r>
              <w:rPr>
                <w:sz w:val="18"/>
              </w:rPr>
              <w:br/>
            </w:r>
            <w:r>
              <w:rPr>
                <w:sz w:val="18"/>
              </w:rPr>
              <w:br/>
            </w:r>
          </w:p>
        </w:tc>
      </w:tr>
      <w:tr w:rsidR="00700BBC" w14:paraId="17EBA75F" w14:textId="77777777" w:rsidTr="00D64134">
        <w:trPr>
          <w:cantSplit/>
          <w:jc w:val="center"/>
        </w:trPr>
        <w:tc>
          <w:tcPr>
            <w:tcW w:w="644" w:type="dxa"/>
            <w:vAlign w:val="center"/>
          </w:tcPr>
          <w:p w14:paraId="6A739A48" w14:textId="77777777" w:rsidR="00700BBC" w:rsidRDefault="00000000">
            <w:pPr>
              <w:spacing w:after="0" w:line="240" w:lineRule="auto"/>
              <w:ind w:firstLine="0"/>
              <w:jc w:val="center"/>
            </w:pPr>
            <w:r>
              <w:rPr>
                <w:sz w:val="18"/>
              </w:rPr>
              <w:t>46</w:t>
            </w:r>
          </w:p>
        </w:tc>
        <w:tc>
          <w:tcPr>
            <w:tcW w:w="4993" w:type="dxa"/>
            <w:vAlign w:val="center"/>
          </w:tcPr>
          <w:p w14:paraId="6FF2BB9B" w14:textId="77777777" w:rsidR="00700BBC" w:rsidRDefault="00000000">
            <w:pPr>
              <w:spacing w:after="0" w:line="240" w:lineRule="auto"/>
              <w:ind w:firstLine="0"/>
            </w:pPr>
            <w:r>
              <w:rPr>
                <w:sz w:val="18"/>
              </w:rPr>
              <w:t xml:space="preserve">He used </w:t>
            </w:r>
            <w:r>
              <w:rPr>
                <w:b/>
                <w:sz w:val="18"/>
              </w:rPr>
              <w:t>guile</w:t>
            </w:r>
            <w:r>
              <w:rPr>
                <w:sz w:val="18"/>
              </w:rPr>
              <w:t xml:space="preserve"> rather than honesty to win the argument.</w:t>
            </w:r>
          </w:p>
        </w:tc>
        <w:tc>
          <w:tcPr>
            <w:tcW w:w="4252" w:type="dxa"/>
            <w:vAlign w:val="center"/>
          </w:tcPr>
          <w:p w14:paraId="4E142863" w14:textId="77777777" w:rsidR="00700BBC" w:rsidRDefault="00000000">
            <w:pPr>
              <w:spacing w:after="0" w:line="240" w:lineRule="auto"/>
              <w:ind w:firstLine="0"/>
            </w:pPr>
            <w:r>
              <w:rPr>
                <w:sz w:val="18"/>
              </w:rPr>
              <w:t>a) Strength    b) Deceit    c) Money    d) Luck</w:t>
            </w:r>
          </w:p>
        </w:tc>
        <w:tc>
          <w:tcPr>
            <w:tcW w:w="5721" w:type="dxa"/>
            <w:vAlign w:val="center"/>
          </w:tcPr>
          <w:p w14:paraId="765E3A33" w14:textId="77777777" w:rsidR="00700BBC" w:rsidRDefault="00000000">
            <w:pPr>
              <w:spacing w:after="0" w:line="240" w:lineRule="auto"/>
              <w:ind w:firstLine="0"/>
            </w:pPr>
            <w:r>
              <w:rPr>
                <w:sz w:val="18"/>
              </w:rPr>
              <w:br/>
            </w:r>
            <w:r>
              <w:rPr>
                <w:sz w:val="18"/>
              </w:rPr>
              <w:br/>
            </w:r>
          </w:p>
        </w:tc>
      </w:tr>
      <w:tr w:rsidR="00700BBC" w14:paraId="5E3D8F0B" w14:textId="77777777" w:rsidTr="00D64134">
        <w:trPr>
          <w:cantSplit/>
          <w:jc w:val="center"/>
        </w:trPr>
        <w:tc>
          <w:tcPr>
            <w:tcW w:w="644" w:type="dxa"/>
            <w:vAlign w:val="center"/>
          </w:tcPr>
          <w:p w14:paraId="4680B044" w14:textId="77777777" w:rsidR="00700BBC" w:rsidRDefault="00000000">
            <w:pPr>
              <w:spacing w:after="0" w:line="240" w:lineRule="auto"/>
              <w:ind w:firstLine="0"/>
              <w:jc w:val="center"/>
            </w:pPr>
            <w:r>
              <w:rPr>
                <w:sz w:val="18"/>
              </w:rPr>
              <w:lastRenderedPageBreak/>
              <w:t>47</w:t>
            </w:r>
          </w:p>
        </w:tc>
        <w:tc>
          <w:tcPr>
            <w:tcW w:w="4993" w:type="dxa"/>
            <w:vAlign w:val="center"/>
          </w:tcPr>
          <w:p w14:paraId="51F708DA" w14:textId="77777777" w:rsidR="00700BBC" w:rsidRDefault="00000000">
            <w:pPr>
              <w:spacing w:after="0" w:line="240" w:lineRule="auto"/>
              <w:ind w:firstLine="0"/>
            </w:pPr>
            <w:r>
              <w:rPr>
                <w:sz w:val="18"/>
              </w:rPr>
              <w:t xml:space="preserve">He is a social </w:t>
            </w:r>
            <w:r>
              <w:rPr>
                <w:b/>
                <w:sz w:val="18"/>
              </w:rPr>
              <w:t>iconoclast</w:t>
            </w:r>
            <w:r>
              <w:rPr>
                <w:sz w:val="18"/>
              </w:rPr>
              <w:t xml:space="preserve"> who challenges old traditions.</w:t>
            </w:r>
          </w:p>
        </w:tc>
        <w:tc>
          <w:tcPr>
            <w:tcW w:w="4252" w:type="dxa"/>
            <w:vAlign w:val="center"/>
          </w:tcPr>
          <w:p w14:paraId="0D1B7F78" w14:textId="77777777" w:rsidR="00700BBC" w:rsidRDefault="00000000">
            <w:pPr>
              <w:spacing w:after="0" w:line="240" w:lineRule="auto"/>
              <w:ind w:firstLine="0"/>
            </w:pPr>
            <w:r>
              <w:rPr>
                <w:sz w:val="18"/>
              </w:rPr>
              <w:t>a) Follower    b) Rebel    c) Artist    d) Hero</w:t>
            </w:r>
          </w:p>
        </w:tc>
        <w:tc>
          <w:tcPr>
            <w:tcW w:w="5721" w:type="dxa"/>
            <w:vAlign w:val="center"/>
          </w:tcPr>
          <w:p w14:paraId="72F5E420" w14:textId="77777777" w:rsidR="00700BBC" w:rsidRDefault="00000000">
            <w:pPr>
              <w:spacing w:after="0" w:line="240" w:lineRule="auto"/>
              <w:ind w:firstLine="0"/>
            </w:pPr>
            <w:r>
              <w:rPr>
                <w:sz w:val="18"/>
              </w:rPr>
              <w:br/>
            </w:r>
            <w:r>
              <w:rPr>
                <w:sz w:val="18"/>
              </w:rPr>
              <w:br/>
            </w:r>
          </w:p>
        </w:tc>
      </w:tr>
      <w:tr w:rsidR="00700BBC" w14:paraId="5D93BC60" w14:textId="77777777" w:rsidTr="00D64134">
        <w:trPr>
          <w:cantSplit/>
          <w:jc w:val="center"/>
        </w:trPr>
        <w:tc>
          <w:tcPr>
            <w:tcW w:w="644" w:type="dxa"/>
            <w:vAlign w:val="center"/>
          </w:tcPr>
          <w:p w14:paraId="7AA576BA" w14:textId="77777777" w:rsidR="00700BBC" w:rsidRDefault="00000000">
            <w:pPr>
              <w:spacing w:after="0" w:line="240" w:lineRule="auto"/>
              <w:ind w:firstLine="0"/>
              <w:jc w:val="center"/>
            </w:pPr>
            <w:r>
              <w:rPr>
                <w:sz w:val="18"/>
              </w:rPr>
              <w:t>48</w:t>
            </w:r>
          </w:p>
        </w:tc>
        <w:tc>
          <w:tcPr>
            <w:tcW w:w="4993" w:type="dxa"/>
            <w:vAlign w:val="center"/>
          </w:tcPr>
          <w:p w14:paraId="38C8C6B1" w14:textId="77777777" w:rsidR="00700BBC" w:rsidRDefault="00000000">
            <w:pPr>
              <w:spacing w:after="0" w:line="240" w:lineRule="auto"/>
              <w:ind w:firstLine="0"/>
            </w:pPr>
            <w:r>
              <w:rPr>
                <w:sz w:val="18"/>
              </w:rPr>
              <w:t xml:space="preserve">Scientific </w:t>
            </w:r>
            <w:r>
              <w:rPr>
                <w:b/>
                <w:sz w:val="18"/>
              </w:rPr>
              <w:t>jargon</w:t>
            </w:r>
            <w:r>
              <w:rPr>
                <w:sz w:val="18"/>
              </w:rPr>
              <w:t xml:space="preserve"> can be difficult for non-specialists to understand.</w:t>
            </w:r>
          </w:p>
        </w:tc>
        <w:tc>
          <w:tcPr>
            <w:tcW w:w="4252" w:type="dxa"/>
            <w:vAlign w:val="center"/>
          </w:tcPr>
          <w:p w14:paraId="097B375E" w14:textId="77777777" w:rsidR="00700BBC" w:rsidRDefault="00000000">
            <w:pPr>
              <w:spacing w:after="0" w:line="240" w:lineRule="auto"/>
              <w:ind w:firstLine="0"/>
            </w:pPr>
            <w:r>
              <w:rPr>
                <w:sz w:val="18"/>
              </w:rPr>
              <w:t>a) Food    b) Slang or technical term    c) Tool    d) Map</w:t>
            </w:r>
          </w:p>
        </w:tc>
        <w:tc>
          <w:tcPr>
            <w:tcW w:w="5721" w:type="dxa"/>
            <w:vAlign w:val="center"/>
          </w:tcPr>
          <w:p w14:paraId="5707B410" w14:textId="77777777" w:rsidR="00700BBC" w:rsidRDefault="00000000">
            <w:pPr>
              <w:spacing w:after="0" w:line="240" w:lineRule="auto"/>
              <w:ind w:firstLine="0"/>
            </w:pPr>
            <w:r>
              <w:rPr>
                <w:sz w:val="18"/>
              </w:rPr>
              <w:br/>
            </w:r>
            <w:r>
              <w:rPr>
                <w:sz w:val="18"/>
              </w:rPr>
              <w:br/>
            </w:r>
          </w:p>
        </w:tc>
      </w:tr>
      <w:tr w:rsidR="00700BBC" w14:paraId="618D59CF" w14:textId="77777777" w:rsidTr="00D64134">
        <w:trPr>
          <w:cantSplit/>
          <w:jc w:val="center"/>
        </w:trPr>
        <w:tc>
          <w:tcPr>
            <w:tcW w:w="644" w:type="dxa"/>
            <w:vAlign w:val="center"/>
          </w:tcPr>
          <w:p w14:paraId="07AEA4AB" w14:textId="77777777" w:rsidR="00700BBC" w:rsidRDefault="00000000">
            <w:pPr>
              <w:spacing w:after="0" w:line="240" w:lineRule="auto"/>
              <w:ind w:firstLine="0"/>
              <w:jc w:val="center"/>
            </w:pPr>
            <w:r>
              <w:rPr>
                <w:sz w:val="18"/>
              </w:rPr>
              <w:t>49</w:t>
            </w:r>
          </w:p>
        </w:tc>
        <w:tc>
          <w:tcPr>
            <w:tcW w:w="4993" w:type="dxa"/>
            <w:vAlign w:val="center"/>
          </w:tcPr>
          <w:p w14:paraId="51EFD5EA" w14:textId="77777777" w:rsidR="00700BBC" w:rsidRDefault="00000000">
            <w:pPr>
              <w:spacing w:after="0" w:line="240" w:lineRule="auto"/>
              <w:ind w:firstLine="0"/>
            </w:pPr>
            <w:r>
              <w:rPr>
                <w:sz w:val="18"/>
              </w:rPr>
              <w:t xml:space="preserve">The campers used dry wood to </w:t>
            </w:r>
            <w:r>
              <w:rPr>
                <w:b/>
                <w:sz w:val="18"/>
              </w:rPr>
              <w:t>kindle</w:t>
            </w:r>
            <w:r>
              <w:rPr>
                <w:sz w:val="18"/>
              </w:rPr>
              <w:t xml:space="preserve"> the fire.</w:t>
            </w:r>
          </w:p>
        </w:tc>
        <w:tc>
          <w:tcPr>
            <w:tcW w:w="4252" w:type="dxa"/>
            <w:vAlign w:val="center"/>
          </w:tcPr>
          <w:p w14:paraId="78EE48C6" w14:textId="77777777" w:rsidR="00700BBC" w:rsidRDefault="00000000">
            <w:pPr>
              <w:spacing w:after="0" w:line="240" w:lineRule="auto"/>
              <w:ind w:firstLine="0"/>
            </w:pPr>
            <w:r>
              <w:rPr>
                <w:sz w:val="18"/>
              </w:rPr>
              <w:t>a) Put out    b) Light    c) Buy    d) Find</w:t>
            </w:r>
          </w:p>
        </w:tc>
        <w:tc>
          <w:tcPr>
            <w:tcW w:w="5721" w:type="dxa"/>
            <w:vAlign w:val="center"/>
          </w:tcPr>
          <w:p w14:paraId="686ABACE" w14:textId="77777777" w:rsidR="00700BBC" w:rsidRDefault="00000000">
            <w:pPr>
              <w:spacing w:after="0" w:line="240" w:lineRule="auto"/>
              <w:ind w:firstLine="0"/>
            </w:pPr>
            <w:r>
              <w:rPr>
                <w:sz w:val="18"/>
              </w:rPr>
              <w:br/>
            </w:r>
            <w:r>
              <w:rPr>
                <w:sz w:val="18"/>
              </w:rPr>
              <w:br/>
            </w:r>
          </w:p>
        </w:tc>
      </w:tr>
      <w:tr w:rsidR="00700BBC" w14:paraId="3F47EE44" w14:textId="77777777" w:rsidTr="00D64134">
        <w:trPr>
          <w:cantSplit/>
          <w:jc w:val="center"/>
        </w:trPr>
        <w:tc>
          <w:tcPr>
            <w:tcW w:w="644" w:type="dxa"/>
            <w:vAlign w:val="center"/>
          </w:tcPr>
          <w:p w14:paraId="06BB4666" w14:textId="77777777" w:rsidR="00700BBC" w:rsidRDefault="00000000">
            <w:pPr>
              <w:spacing w:after="0" w:line="240" w:lineRule="auto"/>
              <w:ind w:firstLine="0"/>
              <w:jc w:val="center"/>
            </w:pPr>
            <w:r>
              <w:rPr>
                <w:sz w:val="18"/>
              </w:rPr>
              <w:t>50</w:t>
            </w:r>
          </w:p>
        </w:tc>
        <w:tc>
          <w:tcPr>
            <w:tcW w:w="4993" w:type="dxa"/>
            <w:vAlign w:val="center"/>
          </w:tcPr>
          <w:p w14:paraId="5988759E" w14:textId="77777777" w:rsidR="00700BBC" w:rsidRDefault="00000000">
            <w:pPr>
              <w:spacing w:after="0" w:line="240" w:lineRule="auto"/>
              <w:ind w:firstLine="0"/>
            </w:pPr>
            <w:r>
              <w:rPr>
                <w:sz w:val="18"/>
              </w:rPr>
              <w:t xml:space="preserve">Her explanation was </w:t>
            </w:r>
            <w:r>
              <w:rPr>
                <w:b/>
                <w:sz w:val="18"/>
              </w:rPr>
              <w:t>lucid</w:t>
            </w:r>
            <w:r>
              <w:rPr>
                <w:sz w:val="18"/>
              </w:rPr>
              <w:t xml:space="preserve"> and easy to follow.</w:t>
            </w:r>
          </w:p>
        </w:tc>
        <w:tc>
          <w:tcPr>
            <w:tcW w:w="4252" w:type="dxa"/>
            <w:vAlign w:val="center"/>
          </w:tcPr>
          <w:p w14:paraId="631521F0" w14:textId="77777777" w:rsidR="00700BBC" w:rsidRDefault="00000000">
            <w:pPr>
              <w:spacing w:after="0" w:line="240" w:lineRule="auto"/>
              <w:ind w:firstLine="0"/>
            </w:pPr>
            <w:r>
              <w:rPr>
                <w:sz w:val="18"/>
              </w:rPr>
              <w:t>a) Confusing    b) Clear    c) Wrong    d) Short</w:t>
            </w:r>
          </w:p>
        </w:tc>
        <w:tc>
          <w:tcPr>
            <w:tcW w:w="5721" w:type="dxa"/>
            <w:vAlign w:val="center"/>
          </w:tcPr>
          <w:p w14:paraId="3CC3D179" w14:textId="77777777" w:rsidR="00700BBC" w:rsidRDefault="00000000">
            <w:pPr>
              <w:spacing w:after="0" w:line="240" w:lineRule="auto"/>
              <w:ind w:firstLine="0"/>
            </w:pPr>
            <w:r>
              <w:rPr>
                <w:sz w:val="18"/>
              </w:rPr>
              <w:br/>
            </w:r>
            <w:r>
              <w:rPr>
                <w:sz w:val="18"/>
              </w:rPr>
              <w:br/>
            </w:r>
          </w:p>
        </w:tc>
      </w:tr>
      <w:tr w:rsidR="00700BBC" w14:paraId="6DB55E08" w14:textId="77777777" w:rsidTr="00D64134">
        <w:trPr>
          <w:cantSplit/>
          <w:jc w:val="center"/>
        </w:trPr>
        <w:tc>
          <w:tcPr>
            <w:tcW w:w="644" w:type="dxa"/>
            <w:vAlign w:val="center"/>
          </w:tcPr>
          <w:p w14:paraId="458C8257" w14:textId="77777777" w:rsidR="00700BBC" w:rsidRDefault="00000000">
            <w:pPr>
              <w:spacing w:after="0" w:line="240" w:lineRule="auto"/>
              <w:ind w:firstLine="0"/>
              <w:jc w:val="center"/>
            </w:pPr>
            <w:r>
              <w:rPr>
                <w:sz w:val="18"/>
              </w:rPr>
              <w:t>51</w:t>
            </w:r>
          </w:p>
        </w:tc>
        <w:tc>
          <w:tcPr>
            <w:tcW w:w="4993" w:type="dxa"/>
            <w:vAlign w:val="center"/>
          </w:tcPr>
          <w:p w14:paraId="3A712311" w14:textId="77777777" w:rsidR="00700BBC" w:rsidRDefault="00000000">
            <w:pPr>
              <w:spacing w:after="0" w:line="240" w:lineRule="auto"/>
              <w:ind w:firstLine="0"/>
            </w:pPr>
            <w:r>
              <w:rPr>
                <w:sz w:val="18"/>
              </w:rPr>
              <w:t xml:space="preserve">The medicine helped </w:t>
            </w:r>
            <w:r>
              <w:rPr>
                <w:b/>
                <w:sz w:val="18"/>
              </w:rPr>
              <w:t>mitigate</w:t>
            </w:r>
            <w:r>
              <w:rPr>
                <w:sz w:val="18"/>
              </w:rPr>
              <w:t xml:space="preserve"> the patient’s pain.</w:t>
            </w:r>
          </w:p>
        </w:tc>
        <w:tc>
          <w:tcPr>
            <w:tcW w:w="4252" w:type="dxa"/>
            <w:vAlign w:val="center"/>
          </w:tcPr>
          <w:p w14:paraId="215B0663" w14:textId="77777777" w:rsidR="00700BBC" w:rsidRDefault="00000000">
            <w:pPr>
              <w:spacing w:after="0" w:line="240" w:lineRule="auto"/>
              <w:ind w:firstLine="0"/>
            </w:pPr>
            <w:r>
              <w:rPr>
                <w:sz w:val="18"/>
              </w:rPr>
              <w:t>a) Increase    b) Lessen    c) Cause    d) Study</w:t>
            </w:r>
          </w:p>
        </w:tc>
        <w:tc>
          <w:tcPr>
            <w:tcW w:w="5721" w:type="dxa"/>
            <w:vAlign w:val="center"/>
          </w:tcPr>
          <w:p w14:paraId="3C10DB2F" w14:textId="77777777" w:rsidR="00700BBC" w:rsidRDefault="00000000">
            <w:pPr>
              <w:spacing w:after="0" w:line="240" w:lineRule="auto"/>
              <w:ind w:firstLine="0"/>
            </w:pPr>
            <w:r>
              <w:rPr>
                <w:sz w:val="18"/>
              </w:rPr>
              <w:br/>
            </w:r>
            <w:r>
              <w:rPr>
                <w:sz w:val="18"/>
              </w:rPr>
              <w:br/>
            </w:r>
          </w:p>
        </w:tc>
      </w:tr>
      <w:tr w:rsidR="00700BBC" w14:paraId="54786C70" w14:textId="77777777" w:rsidTr="00D64134">
        <w:trPr>
          <w:cantSplit/>
          <w:jc w:val="center"/>
        </w:trPr>
        <w:tc>
          <w:tcPr>
            <w:tcW w:w="644" w:type="dxa"/>
            <w:vAlign w:val="center"/>
          </w:tcPr>
          <w:p w14:paraId="61E54F71" w14:textId="77777777" w:rsidR="00700BBC" w:rsidRDefault="00000000">
            <w:pPr>
              <w:spacing w:after="0" w:line="240" w:lineRule="auto"/>
              <w:ind w:firstLine="0"/>
              <w:jc w:val="center"/>
            </w:pPr>
            <w:r>
              <w:rPr>
                <w:sz w:val="18"/>
              </w:rPr>
              <w:t>52</w:t>
            </w:r>
          </w:p>
        </w:tc>
        <w:tc>
          <w:tcPr>
            <w:tcW w:w="4993" w:type="dxa"/>
            <w:vAlign w:val="center"/>
          </w:tcPr>
          <w:p w14:paraId="352589AD" w14:textId="77777777" w:rsidR="00700BBC" w:rsidRDefault="00000000">
            <w:pPr>
              <w:spacing w:after="0" w:line="240" w:lineRule="auto"/>
              <w:ind w:firstLine="0"/>
            </w:pPr>
            <w:r>
              <w:rPr>
                <w:sz w:val="18"/>
              </w:rPr>
              <w:t xml:space="preserve">Renewable energy is a </w:t>
            </w:r>
            <w:r>
              <w:rPr>
                <w:b/>
                <w:sz w:val="18"/>
              </w:rPr>
              <w:t>nascent</w:t>
            </w:r>
            <w:r>
              <w:rPr>
                <w:sz w:val="18"/>
              </w:rPr>
              <w:t xml:space="preserve"> industry in some regions.</w:t>
            </w:r>
          </w:p>
        </w:tc>
        <w:tc>
          <w:tcPr>
            <w:tcW w:w="4252" w:type="dxa"/>
            <w:vAlign w:val="center"/>
          </w:tcPr>
          <w:p w14:paraId="7C1F93B3" w14:textId="77777777" w:rsidR="00700BBC" w:rsidRDefault="00000000">
            <w:pPr>
              <w:spacing w:after="0" w:line="240" w:lineRule="auto"/>
              <w:ind w:firstLine="0"/>
            </w:pPr>
            <w:r>
              <w:rPr>
                <w:sz w:val="18"/>
              </w:rPr>
              <w:t>a) Dying    b) Emerging    c) Global    d) Old</w:t>
            </w:r>
          </w:p>
        </w:tc>
        <w:tc>
          <w:tcPr>
            <w:tcW w:w="5721" w:type="dxa"/>
            <w:vAlign w:val="center"/>
          </w:tcPr>
          <w:p w14:paraId="627242C5" w14:textId="77777777" w:rsidR="00700BBC" w:rsidRDefault="00000000">
            <w:pPr>
              <w:spacing w:after="0" w:line="240" w:lineRule="auto"/>
              <w:ind w:firstLine="0"/>
            </w:pPr>
            <w:r>
              <w:rPr>
                <w:sz w:val="18"/>
              </w:rPr>
              <w:br/>
            </w:r>
            <w:r>
              <w:rPr>
                <w:sz w:val="18"/>
              </w:rPr>
              <w:br/>
            </w:r>
          </w:p>
        </w:tc>
      </w:tr>
      <w:tr w:rsidR="00700BBC" w14:paraId="74957C85" w14:textId="77777777" w:rsidTr="00D64134">
        <w:trPr>
          <w:cantSplit/>
          <w:jc w:val="center"/>
        </w:trPr>
        <w:tc>
          <w:tcPr>
            <w:tcW w:w="644" w:type="dxa"/>
            <w:vAlign w:val="center"/>
          </w:tcPr>
          <w:p w14:paraId="2AE4DB9B" w14:textId="77777777" w:rsidR="00700BBC" w:rsidRDefault="00000000">
            <w:pPr>
              <w:spacing w:after="0" w:line="240" w:lineRule="auto"/>
              <w:ind w:firstLine="0"/>
              <w:jc w:val="center"/>
            </w:pPr>
            <w:r>
              <w:rPr>
                <w:sz w:val="18"/>
              </w:rPr>
              <w:t>53</w:t>
            </w:r>
          </w:p>
        </w:tc>
        <w:tc>
          <w:tcPr>
            <w:tcW w:w="4993" w:type="dxa"/>
            <w:vAlign w:val="center"/>
          </w:tcPr>
          <w:p w14:paraId="28C997C3" w14:textId="77777777" w:rsidR="00700BBC" w:rsidRDefault="00000000">
            <w:pPr>
              <w:spacing w:after="0" w:line="240" w:lineRule="auto"/>
              <w:ind w:firstLine="0"/>
            </w:pPr>
            <w:r>
              <w:rPr>
                <w:sz w:val="18"/>
              </w:rPr>
              <w:t xml:space="preserve">The official faced public </w:t>
            </w:r>
            <w:r>
              <w:rPr>
                <w:b/>
                <w:sz w:val="18"/>
              </w:rPr>
              <w:t>opprobrium</w:t>
            </w:r>
            <w:r>
              <w:rPr>
                <w:sz w:val="18"/>
              </w:rPr>
              <w:t xml:space="preserve"> after the scandal.</w:t>
            </w:r>
          </w:p>
        </w:tc>
        <w:tc>
          <w:tcPr>
            <w:tcW w:w="4252" w:type="dxa"/>
            <w:vAlign w:val="center"/>
          </w:tcPr>
          <w:p w14:paraId="58CFCE22" w14:textId="77777777" w:rsidR="00700BBC" w:rsidRDefault="00000000">
            <w:pPr>
              <w:spacing w:after="0" w:line="240" w:lineRule="auto"/>
              <w:ind w:firstLine="0"/>
            </w:pPr>
            <w:r>
              <w:rPr>
                <w:sz w:val="18"/>
              </w:rPr>
              <w:t>a) Praise    b) Disgrace    c) Interest    d) Wealth</w:t>
            </w:r>
          </w:p>
        </w:tc>
        <w:tc>
          <w:tcPr>
            <w:tcW w:w="5721" w:type="dxa"/>
            <w:vAlign w:val="center"/>
          </w:tcPr>
          <w:p w14:paraId="3723D454" w14:textId="77777777" w:rsidR="00700BBC" w:rsidRDefault="00000000">
            <w:pPr>
              <w:spacing w:after="0" w:line="240" w:lineRule="auto"/>
              <w:ind w:firstLine="0"/>
            </w:pPr>
            <w:r>
              <w:rPr>
                <w:sz w:val="18"/>
              </w:rPr>
              <w:br/>
            </w:r>
            <w:r>
              <w:rPr>
                <w:sz w:val="18"/>
              </w:rPr>
              <w:br/>
            </w:r>
          </w:p>
        </w:tc>
      </w:tr>
      <w:tr w:rsidR="00700BBC" w14:paraId="14DC4E55" w14:textId="77777777" w:rsidTr="00D64134">
        <w:trPr>
          <w:cantSplit/>
          <w:jc w:val="center"/>
        </w:trPr>
        <w:tc>
          <w:tcPr>
            <w:tcW w:w="644" w:type="dxa"/>
            <w:vAlign w:val="center"/>
          </w:tcPr>
          <w:p w14:paraId="25D6EAA3" w14:textId="77777777" w:rsidR="00700BBC" w:rsidRDefault="00000000">
            <w:pPr>
              <w:spacing w:after="0" w:line="240" w:lineRule="auto"/>
              <w:ind w:firstLine="0"/>
              <w:jc w:val="center"/>
            </w:pPr>
            <w:r>
              <w:rPr>
                <w:sz w:val="18"/>
              </w:rPr>
              <w:t>54</w:t>
            </w:r>
          </w:p>
        </w:tc>
        <w:tc>
          <w:tcPr>
            <w:tcW w:w="4993" w:type="dxa"/>
            <w:vAlign w:val="center"/>
          </w:tcPr>
          <w:p w14:paraId="40F42D7B" w14:textId="77777777" w:rsidR="00700BBC" w:rsidRDefault="00000000">
            <w:pPr>
              <w:spacing w:after="0" w:line="240" w:lineRule="auto"/>
              <w:ind w:firstLine="0"/>
            </w:pPr>
            <w:r>
              <w:rPr>
                <w:sz w:val="18"/>
              </w:rPr>
              <w:t xml:space="preserve">She is considered a </w:t>
            </w:r>
            <w:r>
              <w:rPr>
                <w:b/>
                <w:sz w:val="18"/>
              </w:rPr>
              <w:t>paragon</w:t>
            </w:r>
            <w:r>
              <w:rPr>
                <w:sz w:val="18"/>
              </w:rPr>
              <w:t xml:space="preserve"> of honesty in her community.</w:t>
            </w:r>
          </w:p>
        </w:tc>
        <w:tc>
          <w:tcPr>
            <w:tcW w:w="4252" w:type="dxa"/>
            <w:vAlign w:val="center"/>
          </w:tcPr>
          <w:p w14:paraId="72819F59" w14:textId="77777777" w:rsidR="00700BBC" w:rsidRDefault="00000000">
            <w:pPr>
              <w:spacing w:after="0" w:line="240" w:lineRule="auto"/>
              <w:ind w:firstLine="0"/>
            </w:pPr>
            <w:r>
              <w:rPr>
                <w:sz w:val="18"/>
              </w:rPr>
              <w:t>a) Critic    b) Model    c) Enemy    d) Student</w:t>
            </w:r>
          </w:p>
        </w:tc>
        <w:tc>
          <w:tcPr>
            <w:tcW w:w="5721" w:type="dxa"/>
            <w:vAlign w:val="center"/>
          </w:tcPr>
          <w:p w14:paraId="71CB0719" w14:textId="77777777" w:rsidR="00700BBC" w:rsidRDefault="00000000">
            <w:pPr>
              <w:spacing w:after="0" w:line="240" w:lineRule="auto"/>
              <w:ind w:firstLine="0"/>
            </w:pPr>
            <w:r>
              <w:rPr>
                <w:sz w:val="18"/>
              </w:rPr>
              <w:br/>
            </w:r>
            <w:r>
              <w:rPr>
                <w:sz w:val="18"/>
              </w:rPr>
              <w:br/>
            </w:r>
          </w:p>
        </w:tc>
      </w:tr>
      <w:tr w:rsidR="00700BBC" w14:paraId="46AE2AC6" w14:textId="77777777" w:rsidTr="00D64134">
        <w:trPr>
          <w:cantSplit/>
          <w:jc w:val="center"/>
        </w:trPr>
        <w:tc>
          <w:tcPr>
            <w:tcW w:w="644" w:type="dxa"/>
            <w:vAlign w:val="center"/>
          </w:tcPr>
          <w:p w14:paraId="62B5DD48" w14:textId="77777777" w:rsidR="00700BBC" w:rsidRDefault="00000000">
            <w:pPr>
              <w:spacing w:after="0" w:line="240" w:lineRule="auto"/>
              <w:ind w:firstLine="0"/>
              <w:jc w:val="center"/>
            </w:pPr>
            <w:r>
              <w:rPr>
                <w:sz w:val="18"/>
              </w:rPr>
              <w:t>55</w:t>
            </w:r>
          </w:p>
        </w:tc>
        <w:tc>
          <w:tcPr>
            <w:tcW w:w="4993" w:type="dxa"/>
            <w:vAlign w:val="center"/>
          </w:tcPr>
          <w:p w14:paraId="75F6FB27" w14:textId="77777777" w:rsidR="00700BBC" w:rsidRDefault="00000000">
            <w:pPr>
              <w:spacing w:after="0" w:line="240" w:lineRule="auto"/>
              <w:ind w:firstLine="0"/>
            </w:pPr>
            <w:r>
              <w:rPr>
                <w:sz w:val="18"/>
              </w:rPr>
              <w:t xml:space="preserve">His plan to end poverty in one week was </w:t>
            </w:r>
            <w:r>
              <w:rPr>
                <w:b/>
                <w:sz w:val="18"/>
              </w:rPr>
              <w:t>quixotic</w:t>
            </w:r>
            <w:r>
              <w:rPr>
                <w:sz w:val="18"/>
              </w:rPr>
              <w:t>.</w:t>
            </w:r>
          </w:p>
        </w:tc>
        <w:tc>
          <w:tcPr>
            <w:tcW w:w="4252" w:type="dxa"/>
            <w:vAlign w:val="center"/>
          </w:tcPr>
          <w:p w14:paraId="1F0E0BDE" w14:textId="77777777" w:rsidR="00700BBC" w:rsidRDefault="00000000">
            <w:pPr>
              <w:spacing w:after="0" w:line="240" w:lineRule="auto"/>
              <w:ind w:firstLine="0"/>
            </w:pPr>
            <w:r>
              <w:rPr>
                <w:sz w:val="18"/>
              </w:rPr>
              <w:t>a) Realistic    b) Impractical    c) Fast    d) Safe</w:t>
            </w:r>
          </w:p>
        </w:tc>
        <w:tc>
          <w:tcPr>
            <w:tcW w:w="5721" w:type="dxa"/>
            <w:vAlign w:val="center"/>
          </w:tcPr>
          <w:p w14:paraId="78EA117F" w14:textId="77777777" w:rsidR="00700BBC" w:rsidRDefault="00000000">
            <w:pPr>
              <w:spacing w:after="0" w:line="240" w:lineRule="auto"/>
              <w:ind w:firstLine="0"/>
            </w:pPr>
            <w:r>
              <w:rPr>
                <w:sz w:val="18"/>
              </w:rPr>
              <w:br/>
            </w:r>
            <w:r>
              <w:rPr>
                <w:sz w:val="18"/>
              </w:rPr>
              <w:br/>
            </w:r>
          </w:p>
        </w:tc>
      </w:tr>
      <w:tr w:rsidR="00700BBC" w14:paraId="40E00F7A" w14:textId="77777777" w:rsidTr="00D64134">
        <w:trPr>
          <w:cantSplit/>
          <w:jc w:val="center"/>
        </w:trPr>
        <w:tc>
          <w:tcPr>
            <w:tcW w:w="644" w:type="dxa"/>
            <w:vAlign w:val="center"/>
          </w:tcPr>
          <w:p w14:paraId="22ABCEAA" w14:textId="77777777" w:rsidR="00700BBC" w:rsidRDefault="00000000">
            <w:pPr>
              <w:spacing w:after="0" w:line="240" w:lineRule="auto"/>
              <w:ind w:firstLine="0"/>
              <w:jc w:val="center"/>
            </w:pPr>
            <w:r>
              <w:rPr>
                <w:sz w:val="18"/>
              </w:rPr>
              <w:t>56</w:t>
            </w:r>
          </w:p>
        </w:tc>
        <w:tc>
          <w:tcPr>
            <w:tcW w:w="4993" w:type="dxa"/>
            <w:vAlign w:val="center"/>
          </w:tcPr>
          <w:p w14:paraId="34241657" w14:textId="77777777" w:rsidR="00700BBC" w:rsidRDefault="00000000">
            <w:pPr>
              <w:spacing w:after="0" w:line="240" w:lineRule="auto"/>
              <w:ind w:firstLine="0"/>
            </w:pPr>
            <w:r>
              <w:rPr>
                <w:sz w:val="18"/>
              </w:rPr>
              <w:t xml:space="preserve">At high altitude, the air begins to </w:t>
            </w:r>
            <w:r>
              <w:rPr>
                <w:b/>
                <w:sz w:val="18"/>
              </w:rPr>
              <w:t>rarefy</w:t>
            </w:r>
            <w:r>
              <w:rPr>
                <w:sz w:val="18"/>
              </w:rPr>
              <w:t>.</w:t>
            </w:r>
          </w:p>
        </w:tc>
        <w:tc>
          <w:tcPr>
            <w:tcW w:w="4252" w:type="dxa"/>
            <w:vAlign w:val="center"/>
          </w:tcPr>
          <w:p w14:paraId="6779E57D" w14:textId="77777777" w:rsidR="00700BBC" w:rsidRDefault="00000000">
            <w:pPr>
              <w:spacing w:after="0" w:line="240" w:lineRule="auto"/>
              <w:ind w:firstLine="0"/>
            </w:pPr>
            <w:r>
              <w:rPr>
                <w:sz w:val="18"/>
              </w:rPr>
              <w:t>a) Thicken    b) Become thin    c) Heat    d) Cool</w:t>
            </w:r>
          </w:p>
        </w:tc>
        <w:tc>
          <w:tcPr>
            <w:tcW w:w="5721" w:type="dxa"/>
            <w:vAlign w:val="center"/>
          </w:tcPr>
          <w:p w14:paraId="4A65DD1A" w14:textId="77777777" w:rsidR="00700BBC" w:rsidRDefault="00000000">
            <w:pPr>
              <w:spacing w:after="0" w:line="240" w:lineRule="auto"/>
              <w:ind w:firstLine="0"/>
            </w:pPr>
            <w:r>
              <w:rPr>
                <w:sz w:val="18"/>
              </w:rPr>
              <w:br/>
            </w:r>
            <w:r>
              <w:rPr>
                <w:sz w:val="18"/>
              </w:rPr>
              <w:br/>
            </w:r>
          </w:p>
        </w:tc>
      </w:tr>
      <w:tr w:rsidR="00700BBC" w14:paraId="3216BD7F" w14:textId="77777777" w:rsidTr="00D64134">
        <w:trPr>
          <w:cantSplit/>
          <w:jc w:val="center"/>
        </w:trPr>
        <w:tc>
          <w:tcPr>
            <w:tcW w:w="644" w:type="dxa"/>
            <w:vAlign w:val="center"/>
          </w:tcPr>
          <w:p w14:paraId="6EBE9DC6" w14:textId="77777777" w:rsidR="00700BBC" w:rsidRDefault="00000000">
            <w:pPr>
              <w:spacing w:after="0" w:line="240" w:lineRule="auto"/>
              <w:ind w:firstLine="0"/>
              <w:jc w:val="center"/>
            </w:pPr>
            <w:r>
              <w:rPr>
                <w:sz w:val="18"/>
              </w:rPr>
              <w:t>57</w:t>
            </w:r>
          </w:p>
        </w:tc>
        <w:tc>
          <w:tcPr>
            <w:tcW w:w="4993" w:type="dxa"/>
            <w:vAlign w:val="center"/>
          </w:tcPr>
          <w:p w14:paraId="21B7A8B2" w14:textId="77777777" w:rsidR="00700BBC" w:rsidRDefault="00000000">
            <w:pPr>
              <w:spacing w:after="0" w:line="240" w:lineRule="auto"/>
              <w:ind w:firstLine="0"/>
            </w:pPr>
            <w:r>
              <w:rPr>
                <w:sz w:val="18"/>
              </w:rPr>
              <w:t xml:space="preserve">Regular exercise is </w:t>
            </w:r>
            <w:r>
              <w:rPr>
                <w:b/>
                <w:sz w:val="18"/>
              </w:rPr>
              <w:t>salubrious</w:t>
            </w:r>
            <w:r>
              <w:rPr>
                <w:sz w:val="18"/>
              </w:rPr>
              <w:t xml:space="preserve"> for the body and mind.</w:t>
            </w:r>
          </w:p>
        </w:tc>
        <w:tc>
          <w:tcPr>
            <w:tcW w:w="4252" w:type="dxa"/>
            <w:vAlign w:val="center"/>
          </w:tcPr>
          <w:p w14:paraId="1DCF8092" w14:textId="77777777" w:rsidR="00700BBC" w:rsidRDefault="00000000">
            <w:pPr>
              <w:spacing w:after="0" w:line="240" w:lineRule="auto"/>
              <w:ind w:firstLine="0"/>
            </w:pPr>
            <w:r>
              <w:rPr>
                <w:sz w:val="18"/>
              </w:rPr>
              <w:t>a) Boring    b) Healthful    c) Hard    d) Cheap</w:t>
            </w:r>
          </w:p>
        </w:tc>
        <w:tc>
          <w:tcPr>
            <w:tcW w:w="5721" w:type="dxa"/>
            <w:vAlign w:val="center"/>
          </w:tcPr>
          <w:p w14:paraId="3C841497" w14:textId="77777777" w:rsidR="00700BBC" w:rsidRDefault="00000000">
            <w:pPr>
              <w:spacing w:after="0" w:line="240" w:lineRule="auto"/>
              <w:ind w:firstLine="0"/>
            </w:pPr>
            <w:r>
              <w:rPr>
                <w:sz w:val="18"/>
              </w:rPr>
              <w:br/>
            </w:r>
            <w:r>
              <w:rPr>
                <w:sz w:val="18"/>
              </w:rPr>
              <w:br/>
            </w:r>
          </w:p>
        </w:tc>
      </w:tr>
      <w:tr w:rsidR="00700BBC" w14:paraId="390D094B" w14:textId="77777777" w:rsidTr="00D64134">
        <w:trPr>
          <w:cantSplit/>
          <w:jc w:val="center"/>
        </w:trPr>
        <w:tc>
          <w:tcPr>
            <w:tcW w:w="644" w:type="dxa"/>
            <w:vAlign w:val="center"/>
          </w:tcPr>
          <w:p w14:paraId="2D708668" w14:textId="77777777" w:rsidR="00700BBC" w:rsidRDefault="00000000">
            <w:pPr>
              <w:spacing w:after="0" w:line="240" w:lineRule="auto"/>
              <w:ind w:firstLine="0"/>
              <w:jc w:val="center"/>
            </w:pPr>
            <w:r>
              <w:rPr>
                <w:sz w:val="18"/>
              </w:rPr>
              <w:t>58</w:t>
            </w:r>
          </w:p>
        </w:tc>
        <w:tc>
          <w:tcPr>
            <w:tcW w:w="4993" w:type="dxa"/>
            <w:vAlign w:val="center"/>
          </w:tcPr>
          <w:p w14:paraId="50E11261" w14:textId="77777777" w:rsidR="00700BBC" w:rsidRDefault="00000000">
            <w:pPr>
              <w:spacing w:after="0" w:line="240" w:lineRule="auto"/>
              <w:ind w:firstLine="0"/>
            </w:pPr>
            <w:r>
              <w:rPr>
                <w:sz w:val="18"/>
              </w:rPr>
              <w:t xml:space="preserve">Her reply was </w:t>
            </w:r>
            <w:r>
              <w:rPr>
                <w:b/>
                <w:sz w:val="18"/>
              </w:rPr>
              <w:t>terse</w:t>
            </w:r>
            <w:r>
              <w:rPr>
                <w:sz w:val="18"/>
              </w:rPr>
              <w:t xml:space="preserve"> but clear.</w:t>
            </w:r>
          </w:p>
        </w:tc>
        <w:tc>
          <w:tcPr>
            <w:tcW w:w="4252" w:type="dxa"/>
            <w:vAlign w:val="center"/>
          </w:tcPr>
          <w:p w14:paraId="658B01D5" w14:textId="77777777" w:rsidR="00700BBC" w:rsidRDefault="00000000">
            <w:pPr>
              <w:spacing w:after="0" w:line="240" w:lineRule="auto"/>
              <w:ind w:firstLine="0"/>
            </w:pPr>
            <w:r>
              <w:rPr>
                <w:sz w:val="18"/>
              </w:rPr>
              <w:t>a) Long    b) Concise    c) Polite    d) Wrong</w:t>
            </w:r>
          </w:p>
        </w:tc>
        <w:tc>
          <w:tcPr>
            <w:tcW w:w="5721" w:type="dxa"/>
            <w:vAlign w:val="center"/>
          </w:tcPr>
          <w:p w14:paraId="20D2261E" w14:textId="77777777" w:rsidR="00700BBC" w:rsidRDefault="00000000">
            <w:pPr>
              <w:spacing w:after="0" w:line="240" w:lineRule="auto"/>
              <w:ind w:firstLine="0"/>
            </w:pPr>
            <w:r>
              <w:rPr>
                <w:sz w:val="18"/>
              </w:rPr>
              <w:br/>
            </w:r>
            <w:r>
              <w:rPr>
                <w:sz w:val="18"/>
              </w:rPr>
              <w:br/>
            </w:r>
          </w:p>
        </w:tc>
      </w:tr>
      <w:tr w:rsidR="00700BBC" w14:paraId="0374E7E6" w14:textId="77777777" w:rsidTr="00D64134">
        <w:trPr>
          <w:cantSplit/>
          <w:jc w:val="center"/>
        </w:trPr>
        <w:tc>
          <w:tcPr>
            <w:tcW w:w="644" w:type="dxa"/>
            <w:vAlign w:val="center"/>
          </w:tcPr>
          <w:p w14:paraId="442A4528" w14:textId="77777777" w:rsidR="00700BBC" w:rsidRDefault="00000000">
            <w:pPr>
              <w:spacing w:after="0" w:line="240" w:lineRule="auto"/>
              <w:ind w:firstLine="0"/>
              <w:jc w:val="center"/>
            </w:pPr>
            <w:r>
              <w:rPr>
                <w:sz w:val="18"/>
              </w:rPr>
              <w:t>59</w:t>
            </w:r>
          </w:p>
        </w:tc>
        <w:tc>
          <w:tcPr>
            <w:tcW w:w="4993" w:type="dxa"/>
            <w:vAlign w:val="center"/>
          </w:tcPr>
          <w:p w14:paraId="24ABF13D" w14:textId="77777777" w:rsidR="00700BBC" w:rsidRDefault="00000000">
            <w:pPr>
              <w:spacing w:after="0" w:line="240" w:lineRule="auto"/>
              <w:ind w:firstLine="0"/>
            </w:pPr>
            <w:r>
              <w:rPr>
                <w:sz w:val="18"/>
              </w:rPr>
              <w:t xml:space="preserve">Smartphones are </w:t>
            </w:r>
            <w:r>
              <w:rPr>
                <w:b/>
                <w:sz w:val="18"/>
              </w:rPr>
              <w:t>ubiquitous</w:t>
            </w:r>
            <w:r>
              <w:rPr>
                <w:sz w:val="18"/>
              </w:rPr>
              <w:t xml:space="preserve"> in modern society.</w:t>
            </w:r>
          </w:p>
        </w:tc>
        <w:tc>
          <w:tcPr>
            <w:tcW w:w="4252" w:type="dxa"/>
            <w:vAlign w:val="center"/>
          </w:tcPr>
          <w:p w14:paraId="7352859A" w14:textId="77777777" w:rsidR="00700BBC" w:rsidRDefault="00000000">
            <w:pPr>
              <w:spacing w:after="0" w:line="240" w:lineRule="auto"/>
              <w:ind w:firstLine="0"/>
            </w:pPr>
            <w:r>
              <w:rPr>
                <w:sz w:val="18"/>
              </w:rPr>
              <w:t>a) Rare    b) Everywhere    c) Broken    d) New</w:t>
            </w:r>
          </w:p>
        </w:tc>
        <w:tc>
          <w:tcPr>
            <w:tcW w:w="5721" w:type="dxa"/>
            <w:vAlign w:val="center"/>
          </w:tcPr>
          <w:p w14:paraId="3FDC59FC" w14:textId="77777777" w:rsidR="00700BBC" w:rsidRDefault="00000000">
            <w:pPr>
              <w:spacing w:after="0" w:line="240" w:lineRule="auto"/>
              <w:ind w:firstLine="0"/>
            </w:pPr>
            <w:r>
              <w:rPr>
                <w:sz w:val="18"/>
              </w:rPr>
              <w:br/>
            </w:r>
            <w:r>
              <w:rPr>
                <w:sz w:val="18"/>
              </w:rPr>
              <w:br/>
            </w:r>
          </w:p>
        </w:tc>
      </w:tr>
      <w:tr w:rsidR="00700BBC" w14:paraId="3CFE77C1" w14:textId="77777777" w:rsidTr="00D64134">
        <w:trPr>
          <w:cantSplit/>
          <w:jc w:val="center"/>
        </w:trPr>
        <w:tc>
          <w:tcPr>
            <w:tcW w:w="644" w:type="dxa"/>
            <w:vAlign w:val="center"/>
          </w:tcPr>
          <w:p w14:paraId="36F123BE" w14:textId="77777777" w:rsidR="00700BBC" w:rsidRDefault="00000000">
            <w:pPr>
              <w:spacing w:after="0" w:line="240" w:lineRule="auto"/>
              <w:ind w:firstLine="0"/>
              <w:jc w:val="center"/>
            </w:pPr>
            <w:r>
              <w:rPr>
                <w:sz w:val="18"/>
              </w:rPr>
              <w:t>60</w:t>
            </w:r>
          </w:p>
        </w:tc>
        <w:tc>
          <w:tcPr>
            <w:tcW w:w="4993" w:type="dxa"/>
            <w:vAlign w:val="center"/>
          </w:tcPr>
          <w:p w14:paraId="5BF50AE9" w14:textId="77777777" w:rsidR="00700BBC" w:rsidRDefault="00000000">
            <w:pPr>
              <w:spacing w:after="0" w:line="240" w:lineRule="auto"/>
              <w:ind w:firstLine="0"/>
            </w:pPr>
            <w:r>
              <w:rPr>
                <w:sz w:val="18"/>
              </w:rPr>
              <w:t xml:space="preserve">Many families </w:t>
            </w:r>
            <w:r>
              <w:rPr>
                <w:b/>
                <w:sz w:val="18"/>
              </w:rPr>
              <w:t>venerate</w:t>
            </w:r>
            <w:r>
              <w:rPr>
                <w:sz w:val="18"/>
              </w:rPr>
              <w:t xml:space="preserve"> their ancestors through traditional ceremonies.</w:t>
            </w:r>
          </w:p>
        </w:tc>
        <w:tc>
          <w:tcPr>
            <w:tcW w:w="4252" w:type="dxa"/>
            <w:vAlign w:val="center"/>
          </w:tcPr>
          <w:p w14:paraId="62B07325" w14:textId="77777777" w:rsidR="00700BBC" w:rsidRDefault="00000000">
            <w:pPr>
              <w:spacing w:after="0" w:line="240" w:lineRule="auto"/>
              <w:ind w:firstLine="0"/>
            </w:pPr>
            <w:r>
              <w:rPr>
                <w:sz w:val="18"/>
              </w:rPr>
              <w:t>a) Forget    b) Honor    c) Fear    d) Help</w:t>
            </w:r>
          </w:p>
        </w:tc>
        <w:tc>
          <w:tcPr>
            <w:tcW w:w="5721" w:type="dxa"/>
            <w:vAlign w:val="center"/>
          </w:tcPr>
          <w:p w14:paraId="263E3EDD" w14:textId="77777777" w:rsidR="00700BBC" w:rsidRDefault="00000000">
            <w:pPr>
              <w:spacing w:after="0" w:line="240" w:lineRule="auto"/>
              <w:ind w:firstLine="0"/>
            </w:pPr>
            <w:r>
              <w:rPr>
                <w:sz w:val="18"/>
              </w:rPr>
              <w:br/>
            </w:r>
            <w:r>
              <w:rPr>
                <w:sz w:val="18"/>
              </w:rPr>
              <w:br/>
            </w:r>
          </w:p>
        </w:tc>
      </w:tr>
      <w:tr w:rsidR="00700BBC" w14:paraId="09620196" w14:textId="77777777" w:rsidTr="00D64134">
        <w:trPr>
          <w:cantSplit/>
          <w:jc w:val="center"/>
        </w:trPr>
        <w:tc>
          <w:tcPr>
            <w:tcW w:w="644" w:type="dxa"/>
            <w:vAlign w:val="center"/>
          </w:tcPr>
          <w:p w14:paraId="09450E4B" w14:textId="77777777" w:rsidR="00700BBC" w:rsidRDefault="00000000">
            <w:pPr>
              <w:spacing w:after="0" w:line="240" w:lineRule="auto"/>
              <w:ind w:firstLine="0"/>
              <w:jc w:val="center"/>
            </w:pPr>
            <w:r>
              <w:rPr>
                <w:sz w:val="18"/>
              </w:rPr>
              <w:lastRenderedPageBreak/>
              <w:t>61</w:t>
            </w:r>
          </w:p>
        </w:tc>
        <w:tc>
          <w:tcPr>
            <w:tcW w:w="4993" w:type="dxa"/>
            <w:vAlign w:val="center"/>
          </w:tcPr>
          <w:p w14:paraId="39420B4B" w14:textId="77777777" w:rsidR="00700BBC" w:rsidRDefault="00000000">
            <w:pPr>
              <w:spacing w:after="0" w:line="240" w:lineRule="auto"/>
              <w:ind w:firstLine="0"/>
            </w:pPr>
            <w:r>
              <w:rPr>
                <w:sz w:val="18"/>
              </w:rPr>
              <w:t xml:space="preserve">Do not </w:t>
            </w:r>
            <w:r>
              <w:rPr>
                <w:b/>
                <w:sz w:val="18"/>
              </w:rPr>
              <w:t>waver</w:t>
            </w:r>
            <w:r>
              <w:rPr>
                <w:sz w:val="18"/>
              </w:rPr>
              <w:t xml:space="preserve"> in your commitment to justice.</w:t>
            </w:r>
          </w:p>
        </w:tc>
        <w:tc>
          <w:tcPr>
            <w:tcW w:w="4252" w:type="dxa"/>
            <w:vAlign w:val="center"/>
          </w:tcPr>
          <w:p w14:paraId="35B810FE" w14:textId="77777777" w:rsidR="00700BBC" w:rsidRDefault="00000000">
            <w:pPr>
              <w:spacing w:after="0" w:line="240" w:lineRule="auto"/>
              <w:ind w:firstLine="0"/>
            </w:pPr>
            <w:r>
              <w:rPr>
                <w:sz w:val="18"/>
              </w:rPr>
              <w:t>a) Grow    b) Shake or falter    c) Speak    d) Act</w:t>
            </w:r>
          </w:p>
        </w:tc>
        <w:tc>
          <w:tcPr>
            <w:tcW w:w="5721" w:type="dxa"/>
            <w:vAlign w:val="center"/>
          </w:tcPr>
          <w:p w14:paraId="7170A475" w14:textId="77777777" w:rsidR="00700BBC" w:rsidRDefault="00000000">
            <w:pPr>
              <w:spacing w:after="0" w:line="240" w:lineRule="auto"/>
              <w:ind w:firstLine="0"/>
            </w:pPr>
            <w:r>
              <w:rPr>
                <w:sz w:val="18"/>
              </w:rPr>
              <w:br/>
            </w:r>
            <w:r>
              <w:rPr>
                <w:sz w:val="18"/>
              </w:rPr>
              <w:br/>
            </w:r>
          </w:p>
        </w:tc>
      </w:tr>
      <w:tr w:rsidR="00700BBC" w14:paraId="3851AFCF" w14:textId="77777777" w:rsidTr="00D64134">
        <w:trPr>
          <w:cantSplit/>
          <w:jc w:val="center"/>
        </w:trPr>
        <w:tc>
          <w:tcPr>
            <w:tcW w:w="644" w:type="dxa"/>
            <w:vAlign w:val="center"/>
          </w:tcPr>
          <w:p w14:paraId="0FE38C52" w14:textId="77777777" w:rsidR="00700BBC" w:rsidRDefault="00000000">
            <w:pPr>
              <w:spacing w:after="0" w:line="240" w:lineRule="auto"/>
              <w:ind w:firstLine="0"/>
              <w:jc w:val="center"/>
            </w:pPr>
            <w:r>
              <w:rPr>
                <w:sz w:val="18"/>
              </w:rPr>
              <w:t>62</w:t>
            </w:r>
          </w:p>
        </w:tc>
        <w:tc>
          <w:tcPr>
            <w:tcW w:w="4993" w:type="dxa"/>
            <w:vAlign w:val="center"/>
          </w:tcPr>
          <w:p w14:paraId="278ADB71" w14:textId="77777777" w:rsidR="00700BBC" w:rsidRDefault="00000000">
            <w:pPr>
              <w:spacing w:after="0" w:line="240" w:lineRule="auto"/>
              <w:ind w:firstLine="0"/>
            </w:pPr>
            <w:r>
              <w:rPr>
                <w:sz w:val="18"/>
              </w:rPr>
              <w:t xml:space="preserve">He worked with great </w:t>
            </w:r>
            <w:r>
              <w:rPr>
                <w:b/>
                <w:sz w:val="18"/>
              </w:rPr>
              <w:t>zeal</w:t>
            </w:r>
            <w:r>
              <w:rPr>
                <w:sz w:val="18"/>
              </w:rPr>
              <w:t xml:space="preserve"> until the project was complete.</w:t>
            </w:r>
          </w:p>
        </w:tc>
        <w:tc>
          <w:tcPr>
            <w:tcW w:w="4252" w:type="dxa"/>
            <w:vAlign w:val="center"/>
          </w:tcPr>
          <w:p w14:paraId="151133A1" w14:textId="77777777" w:rsidR="00700BBC" w:rsidRDefault="00000000">
            <w:pPr>
              <w:spacing w:after="0" w:line="240" w:lineRule="auto"/>
              <w:ind w:firstLine="0"/>
            </w:pPr>
            <w:r>
              <w:rPr>
                <w:sz w:val="18"/>
              </w:rPr>
              <w:t>a) Anger    b) Enthusiasm    c) Fear    d) Hate</w:t>
            </w:r>
          </w:p>
        </w:tc>
        <w:tc>
          <w:tcPr>
            <w:tcW w:w="5721" w:type="dxa"/>
            <w:vAlign w:val="center"/>
          </w:tcPr>
          <w:p w14:paraId="4FF65618" w14:textId="77777777" w:rsidR="00700BBC" w:rsidRDefault="00000000">
            <w:pPr>
              <w:spacing w:after="0" w:line="240" w:lineRule="auto"/>
              <w:ind w:firstLine="0"/>
            </w:pPr>
            <w:r>
              <w:rPr>
                <w:sz w:val="18"/>
              </w:rPr>
              <w:br/>
            </w:r>
            <w:r>
              <w:rPr>
                <w:sz w:val="18"/>
              </w:rPr>
              <w:br/>
            </w:r>
          </w:p>
        </w:tc>
      </w:tr>
      <w:tr w:rsidR="00700BBC" w14:paraId="7AD8D053" w14:textId="77777777" w:rsidTr="00D64134">
        <w:trPr>
          <w:cantSplit/>
          <w:jc w:val="center"/>
        </w:trPr>
        <w:tc>
          <w:tcPr>
            <w:tcW w:w="644" w:type="dxa"/>
            <w:vAlign w:val="center"/>
          </w:tcPr>
          <w:p w14:paraId="30D270EA" w14:textId="77777777" w:rsidR="00700BBC" w:rsidRDefault="00000000">
            <w:pPr>
              <w:spacing w:after="0" w:line="240" w:lineRule="auto"/>
              <w:ind w:firstLine="0"/>
              <w:jc w:val="center"/>
            </w:pPr>
            <w:r>
              <w:rPr>
                <w:sz w:val="18"/>
              </w:rPr>
              <w:t>63</w:t>
            </w:r>
          </w:p>
        </w:tc>
        <w:tc>
          <w:tcPr>
            <w:tcW w:w="4993" w:type="dxa"/>
            <w:vAlign w:val="center"/>
          </w:tcPr>
          <w:p w14:paraId="14429D3F" w14:textId="77777777" w:rsidR="00700BBC" w:rsidRDefault="00000000">
            <w:pPr>
              <w:spacing w:after="0" w:line="240" w:lineRule="auto"/>
              <w:ind w:firstLine="0"/>
            </w:pPr>
            <w:r>
              <w:rPr>
                <w:sz w:val="18"/>
              </w:rPr>
              <w:t xml:space="preserve">You should </w:t>
            </w:r>
            <w:r>
              <w:rPr>
                <w:b/>
                <w:sz w:val="18"/>
              </w:rPr>
              <w:t>abstain</w:t>
            </w:r>
            <w:r>
              <w:rPr>
                <w:sz w:val="18"/>
              </w:rPr>
              <w:t xml:space="preserve"> from sugar if your doctor advises it.</w:t>
            </w:r>
          </w:p>
        </w:tc>
        <w:tc>
          <w:tcPr>
            <w:tcW w:w="4252" w:type="dxa"/>
            <w:vAlign w:val="center"/>
          </w:tcPr>
          <w:p w14:paraId="5A97445D" w14:textId="77777777" w:rsidR="00700BBC" w:rsidRDefault="00000000">
            <w:pPr>
              <w:spacing w:after="0" w:line="240" w:lineRule="auto"/>
              <w:ind w:firstLine="0"/>
            </w:pPr>
            <w:r>
              <w:rPr>
                <w:sz w:val="18"/>
              </w:rPr>
              <w:t>a) Eat    b) Refrain    c) Buy    d) Mix</w:t>
            </w:r>
          </w:p>
        </w:tc>
        <w:tc>
          <w:tcPr>
            <w:tcW w:w="5721" w:type="dxa"/>
            <w:vAlign w:val="center"/>
          </w:tcPr>
          <w:p w14:paraId="782692C0" w14:textId="77777777" w:rsidR="00700BBC" w:rsidRDefault="00000000">
            <w:pPr>
              <w:spacing w:after="0" w:line="240" w:lineRule="auto"/>
              <w:ind w:firstLine="0"/>
            </w:pPr>
            <w:r>
              <w:rPr>
                <w:sz w:val="18"/>
              </w:rPr>
              <w:br/>
            </w:r>
            <w:r>
              <w:rPr>
                <w:sz w:val="18"/>
              </w:rPr>
              <w:br/>
            </w:r>
          </w:p>
        </w:tc>
      </w:tr>
      <w:tr w:rsidR="00700BBC" w14:paraId="09F50860" w14:textId="77777777" w:rsidTr="00D64134">
        <w:trPr>
          <w:cantSplit/>
          <w:jc w:val="center"/>
        </w:trPr>
        <w:tc>
          <w:tcPr>
            <w:tcW w:w="644" w:type="dxa"/>
            <w:vAlign w:val="center"/>
          </w:tcPr>
          <w:p w14:paraId="6ABCF4AA" w14:textId="77777777" w:rsidR="00700BBC" w:rsidRDefault="00000000">
            <w:pPr>
              <w:spacing w:after="0" w:line="240" w:lineRule="auto"/>
              <w:ind w:firstLine="0"/>
              <w:jc w:val="center"/>
            </w:pPr>
            <w:r>
              <w:rPr>
                <w:sz w:val="18"/>
              </w:rPr>
              <w:t>64</w:t>
            </w:r>
          </w:p>
        </w:tc>
        <w:tc>
          <w:tcPr>
            <w:tcW w:w="4993" w:type="dxa"/>
            <w:vAlign w:val="center"/>
          </w:tcPr>
          <w:p w14:paraId="6E0308FA" w14:textId="77777777" w:rsidR="00700BBC" w:rsidRDefault="00000000">
            <w:pPr>
              <w:spacing w:after="0" w:line="240" w:lineRule="auto"/>
              <w:ind w:firstLine="0"/>
            </w:pPr>
            <w:r>
              <w:rPr>
                <w:sz w:val="18"/>
              </w:rPr>
              <w:t xml:space="preserve">The new evidence will </w:t>
            </w:r>
            <w:r>
              <w:rPr>
                <w:b/>
                <w:sz w:val="18"/>
              </w:rPr>
              <w:t>bolster</w:t>
            </w:r>
            <w:r>
              <w:rPr>
                <w:sz w:val="18"/>
              </w:rPr>
              <w:t xml:space="preserve"> the argument.</w:t>
            </w:r>
          </w:p>
        </w:tc>
        <w:tc>
          <w:tcPr>
            <w:tcW w:w="4252" w:type="dxa"/>
            <w:vAlign w:val="center"/>
          </w:tcPr>
          <w:p w14:paraId="057C5C41" w14:textId="77777777" w:rsidR="00700BBC" w:rsidRDefault="00000000">
            <w:pPr>
              <w:spacing w:after="0" w:line="240" w:lineRule="auto"/>
              <w:ind w:firstLine="0"/>
            </w:pPr>
            <w:r>
              <w:rPr>
                <w:sz w:val="18"/>
              </w:rPr>
              <w:t>a) Weaken    b) Support    c) Ignore    d) End</w:t>
            </w:r>
          </w:p>
        </w:tc>
        <w:tc>
          <w:tcPr>
            <w:tcW w:w="5721" w:type="dxa"/>
            <w:vAlign w:val="center"/>
          </w:tcPr>
          <w:p w14:paraId="0EEBDFCA" w14:textId="77777777" w:rsidR="00700BBC" w:rsidRDefault="00000000">
            <w:pPr>
              <w:spacing w:after="0" w:line="240" w:lineRule="auto"/>
              <w:ind w:firstLine="0"/>
            </w:pPr>
            <w:r>
              <w:rPr>
                <w:sz w:val="18"/>
              </w:rPr>
              <w:br/>
            </w:r>
            <w:r>
              <w:rPr>
                <w:sz w:val="18"/>
              </w:rPr>
              <w:br/>
            </w:r>
          </w:p>
        </w:tc>
      </w:tr>
      <w:tr w:rsidR="00700BBC" w14:paraId="445C5534" w14:textId="77777777" w:rsidTr="00D64134">
        <w:trPr>
          <w:cantSplit/>
          <w:jc w:val="center"/>
        </w:trPr>
        <w:tc>
          <w:tcPr>
            <w:tcW w:w="644" w:type="dxa"/>
            <w:vAlign w:val="center"/>
          </w:tcPr>
          <w:p w14:paraId="184F0300" w14:textId="77777777" w:rsidR="00700BBC" w:rsidRDefault="00000000">
            <w:pPr>
              <w:spacing w:after="0" w:line="240" w:lineRule="auto"/>
              <w:ind w:firstLine="0"/>
              <w:jc w:val="center"/>
            </w:pPr>
            <w:r>
              <w:rPr>
                <w:sz w:val="18"/>
              </w:rPr>
              <w:t>65</w:t>
            </w:r>
          </w:p>
        </w:tc>
        <w:tc>
          <w:tcPr>
            <w:tcW w:w="4993" w:type="dxa"/>
            <w:vAlign w:val="center"/>
          </w:tcPr>
          <w:p w14:paraId="2A32CC5A" w14:textId="77777777" w:rsidR="00700BBC" w:rsidRDefault="00000000">
            <w:pPr>
              <w:spacing w:after="0" w:line="240" w:lineRule="auto"/>
              <w:ind w:firstLine="0"/>
            </w:pPr>
            <w:r>
              <w:rPr>
                <w:sz w:val="18"/>
              </w:rPr>
              <w:t xml:space="preserve">The witness’s statement helped </w:t>
            </w:r>
            <w:r>
              <w:rPr>
                <w:b/>
                <w:sz w:val="18"/>
              </w:rPr>
              <w:t>corroborate</w:t>
            </w:r>
            <w:r>
              <w:rPr>
                <w:sz w:val="18"/>
              </w:rPr>
              <w:t xml:space="preserve"> the evidence.</w:t>
            </w:r>
          </w:p>
        </w:tc>
        <w:tc>
          <w:tcPr>
            <w:tcW w:w="4252" w:type="dxa"/>
            <w:vAlign w:val="center"/>
          </w:tcPr>
          <w:p w14:paraId="79D658C1" w14:textId="77777777" w:rsidR="00700BBC" w:rsidRDefault="00000000">
            <w:pPr>
              <w:spacing w:after="0" w:line="240" w:lineRule="auto"/>
              <w:ind w:firstLine="0"/>
            </w:pPr>
            <w:r>
              <w:rPr>
                <w:sz w:val="18"/>
              </w:rPr>
              <w:t>a) Deny    b) Confirm    c) Hide    d) Change</w:t>
            </w:r>
          </w:p>
        </w:tc>
        <w:tc>
          <w:tcPr>
            <w:tcW w:w="5721" w:type="dxa"/>
            <w:vAlign w:val="center"/>
          </w:tcPr>
          <w:p w14:paraId="2F17EFEE" w14:textId="77777777" w:rsidR="00700BBC" w:rsidRDefault="00000000">
            <w:pPr>
              <w:spacing w:after="0" w:line="240" w:lineRule="auto"/>
              <w:ind w:firstLine="0"/>
            </w:pPr>
            <w:r>
              <w:rPr>
                <w:sz w:val="18"/>
              </w:rPr>
              <w:br/>
            </w:r>
            <w:r>
              <w:rPr>
                <w:sz w:val="18"/>
              </w:rPr>
              <w:br/>
            </w:r>
          </w:p>
        </w:tc>
      </w:tr>
      <w:tr w:rsidR="00700BBC" w14:paraId="6F1C01E8" w14:textId="77777777" w:rsidTr="00D64134">
        <w:trPr>
          <w:cantSplit/>
          <w:jc w:val="center"/>
        </w:trPr>
        <w:tc>
          <w:tcPr>
            <w:tcW w:w="644" w:type="dxa"/>
            <w:vAlign w:val="center"/>
          </w:tcPr>
          <w:p w14:paraId="253D7A45" w14:textId="77777777" w:rsidR="00700BBC" w:rsidRDefault="00000000">
            <w:pPr>
              <w:spacing w:after="0" w:line="240" w:lineRule="auto"/>
              <w:ind w:firstLine="0"/>
              <w:jc w:val="center"/>
            </w:pPr>
            <w:r>
              <w:rPr>
                <w:sz w:val="18"/>
              </w:rPr>
              <w:t>66</w:t>
            </w:r>
          </w:p>
        </w:tc>
        <w:tc>
          <w:tcPr>
            <w:tcW w:w="4993" w:type="dxa"/>
            <w:vAlign w:val="center"/>
          </w:tcPr>
          <w:p w14:paraId="42885C64" w14:textId="77777777" w:rsidR="00700BBC" w:rsidRDefault="00000000">
            <w:pPr>
              <w:spacing w:after="0" w:line="240" w:lineRule="auto"/>
              <w:ind w:firstLine="0"/>
            </w:pPr>
            <w:r>
              <w:rPr>
                <w:sz w:val="18"/>
              </w:rPr>
              <w:t xml:space="preserve">There is a </w:t>
            </w:r>
            <w:r>
              <w:rPr>
                <w:b/>
                <w:sz w:val="18"/>
              </w:rPr>
              <w:t>discrepancy</w:t>
            </w:r>
            <w:r>
              <w:rPr>
                <w:sz w:val="18"/>
              </w:rPr>
              <w:t xml:space="preserve"> between the two reports.</w:t>
            </w:r>
          </w:p>
        </w:tc>
        <w:tc>
          <w:tcPr>
            <w:tcW w:w="4252" w:type="dxa"/>
            <w:vAlign w:val="center"/>
          </w:tcPr>
          <w:p w14:paraId="044D526E" w14:textId="77777777" w:rsidR="00700BBC" w:rsidRDefault="00000000">
            <w:pPr>
              <w:spacing w:after="0" w:line="240" w:lineRule="auto"/>
              <w:ind w:firstLine="0"/>
            </w:pPr>
            <w:r>
              <w:rPr>
                <w:sz w:val="18"/>
              </w:rPr>
              <w:t>a) Similarity    b) Inconsistency    c) Rule    d) Fact</w:t>
            </w:r>
          </w:p>
        </w:tc>
        <w:tc>
          <w:tcPr>
            <w:tcW w:w="5721" w:type="dxa"/>
            <w:vAlign w:val="center"/>
          </w:tcPr>
          <w:p w14:paraId="2560013B" w14:textId="77777777" w:rsidR="00700BBC" w:rsidRDefault="00000000">
            <w:pPr>
              <w:spacing w:after="0" w:line="240" w:lineRule="auto"/>
              <w:ind w:firstLine="0"/>
            </w:pPr>
            <w:r>
              <w:rPr>
                <w:sz w:val="18"/>
              </w:rPr>
              <w:br/>
            </w:r>
            <w:r>
              <w:rPr>
                <w:sz w:val="18"/>
              </w:rPr>
              <w:br/>
            </w:r>
          </w:p>
        </w:tc>
      </w:tr>
      <w:tr w:rsidR="00700BBC" w14:paraId="27C7C473" w14:textId="77777777" w:rsidTr="00D64134">
        <w:trPr>
          <w:cantSplit/>
          <w:jc w:val="center"/>
        </w:trPr>
        <w:tc>
          <w:tcPr>
            <w:tcW w:w="644" w:type="dxa"/>
            <w:vAlign w:val="center"/>
          </w:tcPr>
          <w:p w14:paraId="20821A71" w14:textId="77777777" w:rsidR="00700BBC" w:rsidRDefault="00000000">
            <w:pPr>
              <w:spacing w:after="0" w:line="240" w:lineRule="auto"/>
              <w:ind w:firstLine="0"/>
              <w:jc w:val="center"/>
            </w:pPr>
            <w:r>
              <w:rPr>
                <w:sz w:val="18"/>
              </w:rPr>
              <w:t>67</w:t>
            </w:r>
          </w:p>
        </w:tc>
        <w:tc>
          <w:tcPr>
            <w:tcW w:w="4993" w:type="dxa"/>
            <w:vAlign w:val="center"/>
          </w:tcPr>
          <w:p w14:paraId="3A3D2FF3" w14:textId="77777777" w:rsidR="00700BBC" w:rsidRDefault="00000000">
            <w:pPr>
              <w:spacing w:after="0" w:line="240" w:lineRule="auto"/>
              <w:ind w:firstLine="0"/>
            </w:pPr>
            <w:r>
              <w:rPr>
                <w:sz w:val="18"/>
              </w:rPr>
              <w:t xml:space="preserve">The extreme heat can </w:t>
            </w:r>
            <w:r>
              <w:rPr>
                <w:b/>
                <w:sz w:val="18"/>
              </w:rPr>
              <w:t>enervate</w:t>
            </w:r>
            <w:r>
              <w:rPr>
                <w:sz w:val="18"/>
              </w:rPr>
              <w:t xml:space="preserve"> even experienced workers.</w:t>
            </w:r>
          </w:p>
        </w:tc>
        <w:tc>
          <w:tcPr>
            <w:tcW w:w="4252" w:type="dxa"/>
            <w:vAlign w:val="center"/>
          </w:tcPr>
          <w:p w14:paraId="58656161" w14:textId="77777777" w:rsidR="00700BBC" w:rsidRDefault="00000000">
            <w:pPr>
              <w:spacing w:after="0" w:line="240" w:lineRule="auto"/>
              <w:ind w:firstLine="0"/>
            </w:pPr>
            <w:r>
              <w:rPr>
                <w:sz w:val="18"/>
              </w:rPr>
              <w:t>a) Energize    b) Weaken    c) Cool    d) Help</w:t>
            </w:r>
          </w:p>
        </w:tc>
        <w:tc>
          <w:tcPr>
            <w:tcW w:w="5721" w:type="dxa"/>
            <w:vAlign w:val="center"/>
          </w:tcPr>
          <w:p w14:paraId="4455B9DA" w14:textId="77777777" w:rsidR="00700BBC" w:rsidRDefault="00000000">
            <w:pPr>
              <w:spacing w:after="0" w:line="240" w:lineRule="auto"/>
              <w:ind w:firstLine="0"/>
            </w:pPr>
            <w:r>
              <w:rPr>
                <w:sz w:val="18"/>
              </w:rPr>
              <w:br/>
            </w:r>
            <w:r>
              <w:rPr>
                <w:sz w:val="18"/>
              </w:rPr>
              <w:br/>
            </w:r>
          </w:p>
        </w:tc>
      </w:tr>
      <w:tr w:rsidR="00700BBC" w14:paraId="68861F54" w14:textId="77777777" w:rsidTr="00D64134">
        <w:trPr>
          <w:cantSplit/>
          <w:jc w:val="center"/>
        </w:trPr>
        <w:tc>
          <w:tcPr>
            <w:tcW w:w="644" w:type="dxa"/>
            <w:vAlign w:val="center"/>
          </w:tcPr>
          <w:p w14:paraId="35C84AF7" w14:textId="77777777" w:rsidR="00700BBC" w:rsidRDefault="00000000">
            <w:pPr>
              <w:spacing w:after="0" w:line="240" w:lineRule="auto"/>
              <w:ind w:firstLine="0"/>
              <w:jc w:val="center"/>
            </w:pPr>
            <w:r>
              <w:rPr>
                <w:sz w:val="18"/>
              </w:rPr>
              <w:t>68</w:t>
            </w:r>
          </w:p>
        </w:tc>
        <w:tc>
          <w:tcPr>
            <w:tcW w:w="4993" w:type="dxa"/>
            <w:vAlign w:val="center"/>
          </w:tcPr>
          <w:p w14:paraId="5FF0C1BE" w14:textId="77777777" w:rsidR="00700BBC" w:rsidRDefault="00000000">
            <w:pPr>
              <w:spacing w:after="0" w:line="240" w:lineRule="auto"/>
              <w:ind w:firstLine="0"/>
            </w:pPr>
            <w:r>
              <w:rPr>
                <w:sz w:val="18"/>
              </w:rPr>
              <w:t xml:space="preserve">His writing is too </w:t>
            </w:r>
            <w:r>
              <w:rPr>
                <w:b/>
                <w:sz w:val="18"/>
              </w:rPr>
              <w:t>florid</w:t>
            </w:r>
            <w:r>
              <w:rPr>
                <w:sz w:val="18"/>
              </w:rPr>
              <w:t xml:space="preserve"> and full of unnecessary decoration.</w:t>
            </w:r>
          </w:p>
        </w:tc>
        <w:tc>
          <w:tcPr>
            <w:tcW w:w="4252" w:type="dxa"/>
            <w:vAlign w:val="center"/>
          </w:tcPr>
          <w:p w14:paraId="324571F6" w14:textId="77777777" w:rsidR="00700BBC" w:rsidRDefault="00000000">
            <w:pPr>
              <w:spacing w:after="0" w:line="240" w:lineRule="auto"/>
              <w:ind w:firstLine="0"/>
            </w:pPr>
            <w:r>
              <w:rPr>
                <w:sz w:val="18"/>
              </w:rPr>
              <w:t>a) Simple    b) Flowery or fancy    c) Bad    d) Short</w:t>
            </w:r>
          </w:p>
        </w:tc>
        <w:tc>
          <w:tcPr>
            <w:tcW w:w="5721" w:type="dxa"/>
            <w:vAlign w:val="center"/>
          </w:tcPr>
          <w:p w14:paraId="2D31BF56" w14:textId="77777777" w:rsidR="00700BBC" w:rsidRDefault="00000000">
            <w:pPr>
              <w:spacing w:after="0" w:line="240" w:lineRule="auto"/>
              <w:ind w:firstLine="0"/>
            </w:pPr>
            <w:r>
              <w:rPr>
                <w:sz w:val="18"/>
              </w:rPr>
              <w:br/>
            </w:r>
            <w:r>
              <w:rPr>
                <w:sz w:val="18"/>
              </w:rPr>
              <w:br/>
            </w:r>
          </w:p>
        </w:tc>
      </w:tr>
      <w:tr w:rsidR="00700BBC" w14:paraId="5EA7C137" w14:textId="77777777" w:rsidTr="00D64134">
        <w:trPr>
          <w:cantSplit/>
          <w:jc w:val="center"/>
        </w:trPr>
        <w:tc>
          <w:tcPr>
            <w:tcW w:w="644" w:type="dxa"/>
            <w:vAlign w:val="center"/>
          </w:tcPr>
          <w:p w14:paraId="7C6CD897" w14:textId="77777777" w:rsidR="00700BBC" w:rsidRDefault="00000000">
            <w:pPr>
              <w:spacing w:after="0" w:line="240" w:lineRule="auto"/>
              <w:ind w:firstLine="0"/>
              <w:jc w:val="center"/>
            </w:pPr>
            <w:r>
              <w:rPr>
                <w:sz w:val="18"/>
              </w:rPr>
              <w:t>69</w:t>
            </w:r>
          </w:p>
        </w:tc>
        <w:tc>
          <w:tcPr>
            <w:tcW w:w="4993" w:type="dxa"/>
            <w:vAlign w:val="center"/>
          </w:tcPr>
          <w:p w14:paraId="76BE1B74" w14:textId="77777777" w:rsidR="00700BBC" w:rsidRDefault="00000000">
            <w:pPr>
              <w:spacing w:after="0" w:line="240" w:lineRule="auto"/>
              <w:ind w:firstLine="0"/>
            </w:pPr>
            <w:r>
              <w:rPr>
                <w:sz w:val="18"/>
              </w:rPr>
              <w:t xml:space="preserve">He is a </w:t>
            </w:r>
            <w:r>
              <w:rPr>
                <w:b/>
                <w:sz w:val="18"/>
              </w:rPr>
              <w:t>gregarious</w:t>
            </w:r>
            <w:r>
              <w:rPr>
                <w:sz w:val="18"/>
              </w:rPr>
              <w:t xml:space="preserve"> person who enjoys meeting new people.</w:t>
            </w:r>
          </w:p>
        </w:tc>
        <w:tc>
          <w:tcPr>
            <w:tcW w:w="4252" w:type="dxa"/>
            <w:vAlign w:val="center"/>
          </w:tcPr>
          <w:p w14:paraId="7630220E" w14:textId="77777777" w:rsidR="00700BBC" w:rsidRDefault="00000000">
            <w:pPr>
              <w:spacing w:after="0" w:line="240" w:lineRule="auto"/>
              <w:ind w:firstLine="0"/>
            </w:pPr>
            <w:r>
              <w:rPr>
                <w:sz w:val="18"/>
              </w:rPr>
              <w:t>a) Shy    b) Sociable    c) Mean    d) Rich</w:t>
            </w:r>
          </w:p>
        </w:tc>
        <w:tc>
          <w:tcPr>
            <w:tcW w:w="5721" w:type="dxa"/>
            <w:vAlign w:val="center"/>
          </w:tcPr>
          <w:p w14:paraId="2F976919" w14:textId="77777777" w:rsidR="00700BBC" w:rsidRDefault="00000000">
            <w:pPr>
              <w:spacing w:after="0" w:line="240" w:lineRule="auto"/>
              <w:ind w:firstLine="0"/>
            </w:pPr>
            <w:r>
              <w:rPr>
                <w:sz w:val="18"/>
              </w:rPr>
              <w:br/>
            </w:r>
            <w:r>
              <w:rPr>
                <w:sz w:val="18"/>
              </w:rPr>
              <w:br/>
            </w:r>
          </w:p>
        </w:tc>
      </w:tr>
      <w:tr w:rsidR="00700BBC" w14:paraId="221B9860" w14:textId="77777777" w:rsidTr="00D64134">
        <w:trPr>
          <w:cantSplit/>
          <w:jc w:val="center"/>
        </w:trPr>
        <w:tc>
          <w:tcPr>
            <w:tcW w:w="644" w:type="dxa"/>
            <w:vAlign w:val="center"/>
          </w:tcPr>
          <w:p w14:paraId="64AC52B7" w14:textId="77777777" w:rsidR="00700BBC" w:rsidRDefault="00000000">
            <w:pPr>
              <w:spacing w:after="0" w:line="240" w:lineRule="auto"/>
              <w:ind w:firstLine="0"/>
              <w:jc w:val="center"/>
            </w:pPr>
            <w:r>
              <w:rPr>
                <w:sz w:val="18"/>
              </w:rPr>
              <w:t>70</w:t>
            </w:r>
          </w:p>
        </w:tc>
        <w:tc>
          <w:tcPr>
            <w:tcW w:w="4993" w:type="dxa"/>
            <w:vAlign w:val="center"/>
          </w:tcPr>
          <w:p w14:paraId="41EE1A5C" w14:textId="77777777" w:rsidR="00700BBC" w:rsidRDefault="00000000">
            <w:pPr>
              <w:spacing w:after="0" w:line="240" w:lineRule="auto"/>
              <w:ind w:firstLine="0"/>
            </w:pPr>
            <w:r>
              <w:rPr>
                <w:sz w:val="18"/>
              </w:rPr>
              <w:t xml:space="preserve">Do not make an </w:t>
            </w:r>
            <w:r>
              <w:rPr>
                <w:b/>
                <w:sz w:val="18"/>
              </w:rPr>
              <w:t>impetuous</w:t>
            </w:r>
            <w:r>
              <w:rPr>
                <w:sz w:val="18"/>
              </w:rPr>
              <w:t xml:space="preserve"> decision without thinking.</w:t>
            </w:r>
          </w:p>
        </w:tc>
        <w:tc>
          <w:tcPr>
            <w:tcW w:w="4252" w:type="dxa"/>
            <w:vAlign w:val="center"/>
          </w:tcPr>
          <w:p w14:paraId="66761A21" w14:textId="77777777" w:rsidR="00700BBC" w:rsidRDefault="00000000">
            <w:pPr>
              <w:spacing w:after="0" w:line="240" w:lineRule="auto"/>
              <w:ind w:firstLine="0"/>
            </w:pPr>
            <w:r>
              <w:rPr>
                <w:sz w:val="18"/>
              </w:rPr>
              <w:t>a) Careful    b) Impulsive    c) Slow    d) Wise</w:t>
            </w:r>
          </w:p>
        </w:tc>
        <w:tc>
          <w:tcPr>
            <w:tcW w:w="5721" w:type="dxa"/>
            <w:vAlign w:val="center"/>
          </w:tcPr>
          <w:p w14:paraId="5BD5549B" w14:textId="77777777" w:rsidR="00700BBC" w:rsidRDefault="00000000">
            <w:pPr>
              <w:spacing w:after="0" w:line="240" w:lineRule="auto"/>
              <w:ind w:firstLine="0"/>
            </w:pPr>
            <w:r>
              <w:rPr>
                <w:sz w:val="18"/>
              </w:rPr>
              <w:br/>
            </w:r>
            <w:r>
              <w:rPr>
                <w:sz w:val="18"/>
              </w:rPr>
              <w:br/>
            </w:r>
          </w:p>
        </w:tc>
      </w:tr>
      <w:tr w:rsidR="00700BBC" w14:paraId="1DAA80E8" w14:textId="77777777" w:rsidTr="00D64134">
        <w:trPr>
          <w:cantSplit/>
          <w:jc w:val="center"/>
        </w:trPr>
        <w:tc>
          <w:tcPr>
            <w:tcW w:w="644" w:type="dxa"/>
            <w:vAlign w:val="center"/>
          </w:tcPr>
          <w:p w14:paraId="17B15B17" w14:textId="77777777" w:rsidR="00700BBC" w:rsidRDefault="00000000">
            <w:pPr>
              <w:spacing w:after="0" w:line="240" w:lineRule="auto"/>
              <w:ind w:firstLine="0"/>
              <w:jc w:val="center"/>
            </w:pPr>
            <w:r>
              <w:rPr>
                <w:sz w:val="18"/>
              </w:rPr>
              <w:t>71</w:t>
            </w:r>
          </w:p>
        </w:tc>
        <w:tc>
          <w:tcPr>
            <w:tcW w:w="4993" w:type="dxa"/>
            <w:vAlign w:val="center"/>
          </w:tcPr>
          <w:p w14:paraId="0A004E63" w14:textId="77777777" w:rsidR="00700BBC" w:rsidRDefault="00000000">
            <w:pPr>
              <w:spacing w:after="0" w:line="240" w:lineRule="auto"/>
              <w:ind w:firstLine="0"/>
            </w:pPr>
            <w:r>
              <w:rPr>
                <w:sz w:val="18"/>
              </w:rPr>
              <w:t xml:space="preserve">They </w:t>
            </w:r>
            <w:r>
              <w:rPr>
                <w:b/>
                <w:sz w:val="18"/>
              </w:rPr>
              <w:t>lament</w:t>
            </w:r>
            <w:r>
              <w:rPr>
                <w:sz w:val="18"/>
              </w:rPr>
              <w:t xml:space="preserve"> the loss of their historic neighborhood.</w:t>
            </w:r>
          </w:p>
        </w:tc>
        <w:tc>
          <w:tcPr>
            <w:tcW w:w="4252" w:type="dxa"/>
            <w:vAlign w:val="center"/>
          </w:tcPr>
          <w:p w14:paraId="48CBD4F3" w14:textId="77777777" w:rsidR="00700BBC" w:rsidRDefault="00000000">
            <w:pPr>
              <w:spacing w:after="0" w:line="240" w:lineRule="auto"/>
              <w:ind w:firstLine="0"/>
            </w:pPr>
            <w:r>
              <w:rPr>
                <w:sz w:val="18"/>
              </w:rPr>
              <w:t>a) Celebrate    b) Mourn    c) Forget    d) Deny</w:t>
            </w:r>
          </w:p>
        </w:tc>
        <w:tc>
          <w:tcPr>
            <w:tcW w:w="5721" w:type="dxa"/>
            <w:vAlign w:val="center"/>
          </w:tcPr>
          <w:p w14:paraId="4EB555D4" w14:textId="77777777" w:rsidR="00700BBC" w:rsidRDefault="00000000">
            <w:pPr>
              <w:spacing w:after="0" w:line="240" w:lineRule="auto"/>
              <w:ind w:firstLine="0"/>
            </w:pPr>
            <w:r>
              <w:rPr>
                <w:sz w:val="18"/>
              </w:rPr>
              <w:br/>
            </w:r>
            <w:r>
              <w:rPr>
                <w:sz w:val="18"/>
              </w:rPr>
              <w:br/>
            </w:r>
          </w:p>
        </w:tc>
      </w:tr>
      <w:tr w:rsidR="00700BBC" w14:paraId="018ACF85" w14:textId="77777777" w:rsidTr="00D64134">
        <w:trPr>
          <w:cantSplit/>
          <w:jc w:val="center"/>
        </w:trPr>
        <w:tc>
          <w:tcPr>
            <w:tcW w:w="644" w:type="dxa"/>
            <w:vAlign w:val="center"/>
          </w:tcPr>
          <w:p w14:paraId="3120046C" w14:textId="77777777" w:rsidR="00700BBC" w:rsidRDefault="00000000">
            <w:pPr>
              <w:spacing w:after="0" w:line="240" w:lineRule="auto"/>
              <w:ind w:firstLine="0"/>
              <w:jc w:val="center"/>
            </w:pPr>
            <w:r>
              <w:rPr>
                <w:sz w:val="18"/>
              </w:rPr>
              <w:t>72</w:t>
            </w:r>
          </w:p>
        </w:tc>
        <w:tc>
          <w:tcPr>
            <w:tcW w:w="4993" w:type="dxa"/>
            <w:vAlign w:val="center"/>
          </w:tcPr>
          <w:p w14:paraId="3456694B" w14:textId="77777777" w:rsidR="00700BBC" w:rsidRDefault="00000000">
            <w:pPr>
              <w:spacing w:after="0" w:line="240" w:lineRule="auto"/>
              <w:ind w:firstLine="0"/>
            </w:pPr>
            <w:r>
              <w:rPr>
                <w:sz w:val="18"/>
              </w:rPr>
              <w:t xml:space="preserve">She is </w:t>
            </w:r>
            <w:r>
              <w:rPr>
                <w:b/>
                <w:sz w:val="18"/>
              </w:rPr>
              <w:t>meticulous</w:t>
            </w:r>
            <w:r>
              <w:rPr>
                <w:sz w:val="18"/>
              </w:rPr>
              <w:t xml:space="preserve"> about every detail in the report.</w:t>
            </w:r>
          </w:p>
        </w:tc>
        <w:tc>
          <w:tcPr>
            <w:tcW w:w="4252" w:type="dxa"/>
            <w:vAlign w:val="center"/>
          </w:tcPr>
          <w:p w14:paraId="721235B7" w14:textId="77777777" w:rsidR="00700BBC" w:rsidRDefault="00000000">
            <w:pPr>
              <w:spacing w:after="0" w:line="240" w:lineRule="auto"/>
              <w:ind w:firstLine="0"/>
            </w:pPr>
            <w:r>
              <w:rPr>
                <w:sz w:val="18"/>
              </w:rPr>
              <w:t>a) Careless    b) Precise    c) Fast    d) Lazy</w:t>
            </w:r>
          </w:p>
        </w:tc>
        <w:tc>
          <w:tcPr>
            <w:tcW w:w="5721" w:type="dxa"/>
            <w:vAlign w:val="center"/>
          </w:tcPr>
          <w:p w14:paraId="3FA394A8" w14:textId="77777777" w:rsidR="00700BBC" w:rsidRDefault="00000000">
            <w:pPr>
              <w:spacing w:after="0" w:line="240" w:lineRule="auto"/>
              <w:ind w:firstLine="0"/>
            </w:pPr>
            <w:r>
              <w:rPr>
                <w:sz w:val="18"/>
              </w:rPr>
              <w:br/>
            </w:r>
            <w:r>
              <w:rPr>
                <w:sz w:val="18"/>
              </w:rPr>
              <w:br/>
            </w:r>
          </w:p>
        </w:tc>
      </w:tr>
      <w:tr w:rsidR="00700BBC" w14:paraId="2B43E6CC" w14:textId="77777777" w:rsidTr="00D64134">
        <w:trPr>
          <w:cantSplit/>
          <w:jc w:val="center"/>
        </w:trPr>
        <w:tc>
          <w:tcPr>
            <w:tcW w:w="644" w:type="dxa"/>
            <w:vAlign w:val="center"/>
          </w:tcPr>
          <w:p w14:paraId="4547D6AA" w14:textId="77777777" w:rsidR="00700BBC" w:rsidRDefault="00000000">
            <w:pPr>
              <w:spacing w:after="0" w:line="240" w:lineRule="auto"/>
              <w:ind w:firstLine="0"/>
              <w:jc w:val="center"/>
            </w:pPr>
            <w:r>
              <w:rPr>
                <w:sz w:val="18"/>
              </w:rPr>
              <w:t>73</w:t>
            </w:r>
          </w:p>
        </w:tc>
        <w:tc>
          <w:tcPr>
            <w:tcW w:w="4993" w:type="dxa"/>
            <w:vAlign w:val="center"/>
          </w:tcPr>
          <w:p w14:paraId="70031E2F" w14:textId="77777777" w:rsidR="00700BBC" w:rsidRDefault="00000000">
            <w:pPr>
              <w:spacing w:after="0" w:line="240" w:lineRule="auto"/>
              <w:ind w:firstLine="0"/>
            </w:pPr>
            <w:r>
              <w:rPr>
                <w:sz w:val="18"/>
              </w:rPr>
              <w:t xml:space="preserve">He was </w:t>
            </w:r>
            <w:r>
              <w:rPr>
                <w:b/>
                <w:sz w:val="18"/>
              </w:rPr>
              <w:t>nonplussed</w:t>
            </w:r>
            <w:r>
              <w:rPr>
                <w:sz w:val="18"/>
              </w:rPr>
              <w:t xml:space="preserve"> by the unexpected news.</w:t>
            </w:r>
          </w:p>
        </w:tc>
        <w:tc>
          <w:tcPr>
            <w:tcW w:w="4252" w:type="dxa"/>
            <w:vAlign w:val="center"/>
          </w:tcPr>
          <w:p w14:paraId="42A9E1FE" w14:textId="77777777" w:rsidR="00700BBC" w:rsidRDefault="00000000">
            <w:pPr>
              <w:spacing w:after="0" w:line="240" w:lineRule="auto"/>
              <w:ind w:firstLine="0"/>
            </w:pPr>
            <w:r>
              <w:rPr>
                <w:sz w:val="18"/>
              </w:rPr>
              <w:t>a) Happy    b) Confused    c) Bored    d) Ready</w:t>
            </w:r>
          </w:p>
        </w:tc>
        <w:tc>
          <w:tcPr>
            <w:tcW w:w="5721" w:type="dxa"/>
            <w:vAlign w:val="center"/>
          </w:tcPr>
          <w:p w14:paraId="0A4F9CED" w14:textId="77777777" w:rsidR="00700BBC" w:rsidRDefault="00000000">
            <w:pPr>
              <w:spacing w:after="0" w:line="240" w:lineRule="auto"/>
              <w:ind w:firstLine="0"/>
            </w:pPr>
            <w:r>
              <w:rPr>
                <w:sz w:val="18"/>
              </w:rPr>
              <w:br/>
            </w:r>
            <w:r>
              <w:rPr>
                <w:sz w:val="18"/>
              </w:rPr>
              <w:br/>
            </w:r>
          </w:p>
        </w:tc>
      </w:tr>
      <w:tr w:rsidR="00700BBC" w14:paraId="706CD512" w14:textId="77777777" w:rsidTr="00D64134">
        <w:trPr>
          <w:cantSplit/>
          <w:jc w:val="center"/>
        </w:trPr>
        <w:tc>
          <w:tcPr>
            <w:tcW w:w="644" w:type="dxa"/>
            <w:vAlign w:val="center"/>
          </w:tcPr>
          <w:p w14:paraId="66F9EA83" w14:textId="77777777" w:rsidR="00700BBC" w:rsidRDefault="00000000">
            <w:pPr>
              <w:spacing w:after="0" w:line="240" w:lineRule="auto"/>
              <w:ind w:firstLine="0"/>
              <w:jc w:val="center"/>
            </w:pPr>
            <w:r>
              <w:rPr>
                <w:sz w:val="18"/>
              </w:rPr>
              <w:t>74</w:t>
            </w:r>
          </w:p>
        </w:tc>
        <w:tc>
          <w:tcPr>
            <w:tcW w:w="4993" w:type="dxa"/>
            <w:vAlign w:val="center"/>
          </w:tcPr>
          <w:p w14:paraId="1CA68B98" w14:textId="77777777" w:rsidR="00700BBC" w:rsidRDefault="00000000">
            <w:pPr>
              <w:spacing w:after="0" w:line="240" w:lineRule="auto"/>
              <w:ind w:firstLine="0"/>
            </w:pPr>
            <w:r>
              <w:rPr>
                <w:sz w:val="18"/>
              </w:rPr>
              <w:t xml:space="preserve">The ceremony avoided unnecessary </w:t>
            </w:r>
            <w:r>
              <w:rPr>
                <w:b/>
                <w:sz w:val="18"/>
              </w:rPr>
              <w:t>ostentation</w:t>
            </w:r>
            <w:r>
              <w:rPr>
                <w:sz w:val="18"/>
              </w:rPr>
              <w:t xml:space="preserve"> and remained simple.</w:t>
            </w:r>
          </w:p>
        </w:tc>
        <w:tc>
          <w:tcPr>
            <w:tcW w:w="4252" w:type="dxa"/>
            <w:vAlign w:val="center"/>
          </w:tcPr>
          <w:p w14:paraId="3C45FE31" w14:textId="77777777" w:rsidR="00700BBC" w:rsidRDefault="00000000">
            <w:pPr>
              <w:spacing w:after="0" w:line="240" w:lineRule="auto"/>
              <w:ind w:firstLine="0"/>
            </w:pPr>
            <w:r>
              <w:rPr>
                <w:sz w:val="18"/>
              </w:rPr>
              <w:t>a) Showiness    b) Work    c) Debt    d) Speed</w:t>
            </w:r>
          </w:p>
        </w:tc>
        <w:tc>
          <w:tcPr>
            <w:tcW w:w="5721" w:type="dxa"/>
            <w:vAlign w:val="center"/>
          </w:tcPr>
          <w:p w14:paraId="64356B93" w14:textId="77777777" w:rsidR="00700BBC" w:rsidRDefault="00000000">
            <w:pPr>
              <w:spacing w:after="0" w:line="240" w:lineRule="auto"/>
              <w:ind w:firstLine="0"/>
            </w:pPr>
            <w:r>
              <w:rPr>
                <w:sz w:val="18"/>
              </w:rPr>
              <w:br/>
            </w:r>
            <w:r>
              <w:rPr>
                <w:sz w:val="18"/>
              </w:rPr>
              <w:br/>
            </w:r>
          </w:p>
        </w:tc>
      </w:tr>
      <w:tr w:rsidR="00700BBC" w14:paraId="56681E78" w14:textId="77777777" w:rsidTr="00D64134">
        <w:trPr>
          <w:cantSplit/>
          <w:jc w:val="center"/>
        </w:trPr>
        <w:tc>
          <w:tcPr>
            <w:tcW w:w="644" w:type="dxa"/>
            <w:vAlign w:val="center"/>
          </w:tcPr>
          <w:p w14:paraId="1A36F83F" w14:textId="77777777" w:rsidR="00700BBC" w:rsidRDefault="00000000">
            <w:pPr>
              <w:spacing w:after="0" w:line="240" w:lineRule="auto"/>
              <w:ind w:firstLine="0"/>
              <w:jc w:val="center"/>
            </w:pPr>
            <w:r>
              <w:rPr>
                <w:sz w:val="18"/>
              </w:rPr>
              <w:lastRenderedPageBreak/>
              <w:t>75</w:t>
            </w:r>
          </w:p>
        </w:tc>
        <w:tc>
          <w:tcPr>
            <w:tcW w:w="4993" w:type="dxa"/>
            <w:vAlign w:val="center"/>
          </w:tcPr>
          <w:p w14:paraId="49DE4128" w14:textId="77777777" w:rsidR="00700BBC" w:rsidRDefault="00000000">
            <w:pPr>
              <w:spacing w:after="0" w:line="240" w:lineRule="auto"/>
              <w:ind w:firstLine="0"/>
            </w:pPr>
            <w:r>
              <w:rPr>
                <w:sz w:val="18"/>
              </w:rPr>
              <w:t xml:space="preserve">A sudden price increase may </w:t>
            </w:r>
            <w:r>
              <w:rPr>
                <w:b/>
                <w:sz w:val="18"/>
              </w:rPr>
              <w:t>precipitate</w:t>
            </w:r>
            <w:r>
              <w:rPr>
                <w:sz w:val="18"/>
              </w:rPr>
              <w:t xml:space="preserve"> a crisis.</w:t>
            </w:r>
          </w:p>
        </w:tc>
        <w:tc>
          <w:tcPr>
            <w:tcW w:w="4252" w:type="dxa"/>
            <w:vAlign w:val="center"/>
          </w:tcPr>
          <w:p w14:paraId="6E76852D" w14:textId="77777777" w:rsidR="00700BBC" w:rsidRDefault="00000000">
            <w:pPr>
              <w:spacing w:after="0" w:line="240" w:lineRule="auto"/>
              <w:ind w:firstLine="0"/>
            </w:pPr>
            <w:r>
              <w:rPr>
                <w:sz w:val="18"/>
              </w:rPr>
              <w:t>a) Stop    b) Hasten    c) Explain    d) Delay</w:t>
            </w:r>
          </w:p>
        </w:tc>
        <w:tc>
          <w:tcPr>
            <w:tcW w:w="5721" w:type="dxa"/>
            <w:vAlign w:val="center"/>
          </w:tcPr>
          <w:p w14:paraId="53E013E5" w14:textId="77777777" w:rsidR="00700BBC" w:rsidRDefault="00000000">
            <w:pPr>
              <w:spacing w:after="0" w:line="240" w:lineRule="auto"/>
              <w:ind w:firstLine="0"/>
            </w:pPr>
            <w:r>
              <w:rPr>
                <w:sz w:val="18"/>
              </w:rPr>
              <w:br/>
            </w:r>
            <w:r>
              <w:rPr>
                <w:sz w:val="18"/>
              </w:rPr>
              <w:br/>
            </w:r>
          </w:p>
        </w:tc>
      </w:tr>
      <w:tr w:rsidR="00700BBC" w14:paraId="72F852C5" w14:textId="77777777" w:rsidTr="00D64134">
        <w:trPr>
          <w:cantSplit/>
          <w:jc w:val="center"/>
        </w:trPr>
        <w:tc>
          <w:tcPr>
            <w:tcW w:w="644" w:type="dxa"/>
            <w:vAlign w:val="center"/>
          </w:tcPr>
          <w:p w14:paraId="7365B91B" w14:textId="77777777" w:rsidR="00700BBC" w:rsidRDefault="00000000">
            <w:pPr>
              <w:spacing w:after="0" w:line="240" w:lineRule="auto"/>
              <w:ind w:firstLine="0"/>
              <w:jc w:val="center"/>
            </w:pPr>
            <w:r>
              <w:rPr>
                <w:sz w:val="18"/>
              </w:rPr>
              <w:t>76</w:t>
            </w:r>
          </w:p>
        </w:tc>
        <w:tc>
          <w:tcPr>
            <w:tcW w:w="4993" w:type="dxa"/>
            <w:vAlign w:val="center"/>
          </w:tcPr>
          <w:p w14:paraId="207B4702" w14:textId="77777777" w:rsidR="00700BBC" w:rsidRDefault="00000000">
            <w:pPr>
              <w:spacing w:after="0" w:line="240" w:lineRule="auto"/>
              <w:ind w:firstLine="0"/>
            </w:pPr>
            <w:r>
              <w:rPr>
                <w:sz w:val="18"/>
              </w:rPr>
              <w:t xml:space="preserve">The company will </w:t>
            </w:r>
            <w:r>
              <w:rPr>
                <w:b/>
                <w:sz w:val="18"/>
              </w:rPr>
              <w:t>repudiate</w:t>
            </w:r>
            <w:r>
              <w:rPr>
                <w:sz w:val="18"/>
              </w:rPr>
              <w:t xml:space="preserve"> the false claim.</w:t>
            </w:r>
          </w:p>
        </w:tc>
        <w:tc>
          <w:tcPr>
            <w:tcW w:w="4252" w:type="dxa"/>
            <w:vAlign w:val="center"/>
          </w:tcPr>
          <w:p w14:paraId="345FD77E" w14:textId="77777777" w:rsidR="00700BBC" w:rsidRDefault="00000000">
            <w:pPr>
              <w:spacing w:after="0" w:line="240" w:lineRule="auto"/>
              <w:ind w:firstLine="0"/>
            </w:pPr>
            <w:r>
              <w:rPr>
                <w:sz w:val="18"/>
              </w:rPr>
              <w:t>a) Accept    b) Reject    c) Write    d) Discuss</w:t>
            </w:r>
          </w:p>
        </w:tc>
        <w:tc>
          <w:tcPr>
            <w:tcW w:w="5721" w:type="dxa"/>
            <w:vAlign w:val="center"/>
          </w:tcPr>
          <w:p w14:paraId="5BDAC65A" w14:textId="77777777" w:rsidR="00700BBC" w:rsidRDefault="00000000">
            <w:pPr>
              <w:spacing w:after="0" w:line="240" w:lineRule="auto"/>
              <w:ind w:firstLine="0"/>
            </w:pPr>
            <w:r>
              <w:rPr>
                <w:sz w:val="18"/>
              </w:rPr>
              <w:br/>
            </w:r>
            <w:r>
              <w:rPr>
                <w:sz w:val="18"/>
              </w:rPr>
              <w:br/>
            </w:r>
          </w:p>
        </w:tc>
      </w:tr>
      <w:tr w:rsidR="00700BBC" w14:paraId="398BAC10" w14:textId="77777777" w:rsidTr="00D64134">
        <w:trPr>
          <w:cantSplit/>
          <w:jc w:val="center"/>
        </w:trPr>
        <w:tc>
          <w:tcPr>
            <w:tcW w:w="644" w:type="dxa"/>
            <w:vAlign w:val="center"/>
          </w:tcPr>
          <w:p w14:paraId="3B8C34DF" w14:textId="77777777" w:rsidR="00700BBC" w:rsidRDefault="00000000">
            <w:pPr>
              <w:spacing w:after="0" w:line="240" w:lineRule="auto"/>
              <w:ind w:firstLine="0"/>
              <w:jc w:val="center"/>
            </w:pPr>
            <w:r>
              <w:rPr>
                <w:sz w:val="18"/>
              </w:rPr>
              <w:t>77</w:t>
            </w:r>
          </w:p>
        </w:tc>
        <w:tc>
          <w:tcPr>
            <w:tcW w:w="4993" w:type="dxa"/>
            <w:vAlign w:val="center"/>
          </w:tcPr>
          <w:p w14:paraId="0CD518AB" w14:textId="77777777" w:rsidR="00700BBC" w:rsidRDefault="00000000">
            <w:pPr>
              <w:spacing w:after="0" w:line="240" w:lineRule="auto"/>
              <w:ind w:firstLine="0"/>
            </w:pPr>
            <w:r>
              <w:rPr>
                <w:sz w:val="18"/>
              </w:rPr>
              <w:t xml:space="preserve">A responsible reader should be a </w:t>
            </w:r>
            <w:r>
              <w:rPr>
                <w:b/>
                <w:sz w:val="18"/>
              </w:rPr>
              <w:t>skeptic</w:t>
            </w:r>
            <w:r>
              <w:rPr>
                <w:sz w:val="18"/>
              </w:rPr>
              <w:t xml:space="preserve"> of internet news.</w:t>
            </w:r>
          </w:p>
        </w:tc>
        <w:tc>
          <w:tcPr>
            <w:tcW w:w="4252" w:type="dxa"/>
            <w:vAlign w:val="center"/>
          </w:tcPr>
          <w:p w14:paraId="662020CD" w14:textId="77777777" w:rsidR="00700BBC" w:rsidRDefault="00000000">
            <w:pPr>
              <w:spacing w:after="0" w:line="240" w:lineRule="auto"/>
              <w:ind w:firstLine="0"/>
            </w:pPr>
            <w:r>
              <w:rPr>
                <w:sz w:val="18"/>
              </w:rPr>
              <w:t>a) Believer    b) Doubter    c) Writer    d) Fan</w:t>
            </w:r>
          </w:p>
        </w:tc>
        <w:tc>
          <w:tcPr>
            <w:tcW w:w="5721" w:type="dxa"/>
            <w:vAlign w:val="center"/>
          </w:tcPr>
          <w:p w14:paraId="799739A7" w14:textId="77777777" w:rsidR="00700BBC" w:rsidRDefault="00000000">
            <w:pPr>
              <w:spacing w:after="0" w:line="240" w:lineRule="auto"/>
              <w:ind w:firstLine="0"/>
            </w:pPr>
            <w:r>
              <w:rPr>
                <w:sz w:val="18"/>
              </w:rPr>
              <w:br/>
            </w:r>
            <w:r>
              <w:rPr>
                <w:sz w:val="18"/>
              </w:rPr>
              <w:br/>
            </w:r>
          </w:p>
        </w:tc>
      </w:tr>
      <w:tr w:rsidR="00700BBC" w14:paraId="65F98131" w14:textId="77777777" w:rsidTr="00D64134">
        <w:trPr>
          <w:cantSplit/>
          <w:jc w:val="center"/>
        </w:trPr>
        <w:tc>
          <w:tcPr>
            <w:tcW w:w="644" w:type="dxa"/>
            <w:vAlign w:val="center"/>
          </w:tcPr>
          <w:p w14:paraId="3E54A6F9" w14:textId="77777777" w:rsidR="00700BBC" w:rsidRDefault="00000000">
            <w:pPr>
              <w:spacing w:after="0" w:line="240" w:lineRule="auto"/>
              <w:ind w:firstLine="0"/>
              <w:jc w:val="center"/>
            </w:pPr>
            <w:r>
              <w:rPr>
                <w:sz w:val="18"/>
              </w:rPr>
              <w:t>78</w:t>
            </w:r>
          </w:p>
        </w:tc>
        <w:tc>
          <w:tcPr>
            <w:tcW w:w="4993" w:type="dxa"/>
            <w:vAlign w:val="center"/>
          </w:tcPr>
          <w:p w14:paraId="50966B08" w14:textId="77777777" w:rsidR="00700BBC" w:rsidRDefault="00000000">
            <w:pPr>
              <w:spacing w:after="0" w:line="240" w:lineRule="auto"/>
              <w:ind w:firstLine="0"/>
            </w:pPr>
            <w:r>
              <w:rPr>
                <w:sz w:val="18"/>
              </w:rPr>
              <w:t xml:space="preserve">After the heavy meal, he fell into a state of </w:t>
            </w:r>
            <w:r>
              <w:rPr>
                <w:b/>
                <w:sz w:val="18"/>
              </w:rPr>
              <w:t>torpor</w:t>
            </w:r>
            <w:r>
              <w:rPr>
                <w:sz w:val="18"/>
              </w:rPr>
              <w:t>.</w:t>
            </w:r>
          </w:p>
        </w:tc>
        <w:tc>
          <w:tcPr>
            <w:tcW w:w="4252" w:type="dxa"/>
            <w:vAlign w:val="center"/>
          </w:tcPr>
          <w:p w14:paraId="3595042C" w14:textId="77777777" w:rsidR="00700BBC" w:rsidRDefault="00000000">
            <w:pPr>
              <w:spacing w:after="0" w:line="240" w:lineRule="auto"/>
              <w:ind w:firstLine="0"/>
            </w:pPr>
            <w:r>
              <w:rPr>
                <w:sz w:val="18"/>
              </w:rPr>
              <w:t>a) Activity    b) Inactivity    c) Joy    d) Health</w:t>
            </w:r>
          </w:p>
        </w:tc>
        <w:tc>
          <w:tcPr>
            <w:tcW w:w="5721" w:type="dxa"/>
            <w:vAlign w:val="center"/>
          </w:tcPr>
          <w:p w14:paraId="30CDE5E6" w14:textId="77777777" w:rsidR="00700BBC" w:rsidRDefault="00000000">
            <w:pPr>
              <w:spacing w:after="0" w:line="240" w:lineRule="auto"/>
              <w:ind w:firstLine="0"/>
            </w:pPr>
            <w:r>
              <w:rPr>
                <w:sz w:val="18"/>
              </w:rPr>
              <w:br/>
            </w:r>
            <w:r>
              <w:rPr>
                <w:sz w:val="18"/>
              </w:rPr>
              <w:br/>
            </w:r>
          </w:p>
        </w:tc>
      </w:tr>
      <w:tr w:rsidR="00700BBC" w14:paraId="405DAA01" w14:textId="77777777" w:rsidTr="00D64134">
        <w:trPr>
          <w:cantSplit/>
          <w:jc w:val="center"/>
        </w:trPr>
        <w:tc>
          <w:tcPr>
            <w:tcW w:w="644" w:type="dxa"/>
            <w:vAlign w:val="center"/>
          </w:tcPr>
          <w:p w14:paraId="2FDE306F" w14:textId="77777777" w:rsidR="00700BBC" w:rsidRDefault="00000000">
            <w:pPr>
              <w:spacing w:after="0" w:line="240" w:lineRule="auto"/>
              <w:ind w:firstLine="0"/>
              <w:jc w:val="center"/>
            </w:pPr>
            <w:r>
              <w:rPr>
                <w:sz w:val="18"/>
              </w:rPr>
              <w:t>79</w:t>
            </w:r>
          </w:p>
        </w:tc>
        <w:tc>
          <w:tcPr>
            <w:tcW w:w="4993" w:type="dxa"/>
            <w:vAlign w:val="center"/>
          </w:tcPr>
          <w:p w14:paraId="79F4E0EC" w14:textId="77777777" w:rsidR="00700BBC" w:rsidRDefault="00000000">
            <w:pPr>
              <w:spacing w:after="0" w:line="240" w:lineRule="auto"/>
              <w:ind w:firstLine="0"/>
            </w:pPr>
            <w:r>
              <w:rPr>
                <w:sz w:val="18"/>
              </w:rPr>
              <w:t xml:space="preserve">The journalist checked the </w:t>
            </w:r>
            <w:r>
              <w:rPr>
                <w:b/>
                <w:sz w:val="18"/>
              </w:rPr>
              <w:t>veracity</w:t>
            </w:r>
            <w:r>
              <w:rPr>
                <w:sz w:val="18"/>
              </w:rPr>
              <w:t xml:space="preserve"> of the report.</w:t>
            </w:r>
          </w:p>
        </w:tc>
        <w:tc>
          <w:tcPr>
            <w:tcW w:w="4252" w:type="dxa"/>
            <w:vAlign w:val="center"/>
          </w:tcPr>
          <w:p w14:paraId="4265AC54" w14:textId="77777777" w:rsidR="00700BBC" w:rsidRDefault="00000000">
            <w:pPr>
              <w:spacing w:after="0" w:line="240" w:lineRule="auto"/>
              <w:ind w:firstLine="0"/>
            </w:pPr>
            <w:r>
              <w:rPr>
                <w:sz w:val="18"/>
              </w:rPr>
              <w:t>a) Length    b) Truthfulness    c) Price    d) Date</w:t>
            </w:r>
          </w:p>
        </w:tc>
        <w:tc>
          <w:tcPr>
            <w:tcW w:w="5721" w:type="dxa"/>
            <w:vAlign w:val="center"/>
          </w:tcPr>
          <w:p w14:paraId="5190F040" w14:textId="77777777" w:rsidR="00700BBC" w:rsidRDefault="00000000">
            <w:pPr>
              <w:spacing w:after="0" w:line="240" w:lineRule="auto"/>
              <w:ind w:firstLine="0"/>
            </w:pPr>
            <w:r>
              <w:rPr>
                <w:sz w:val="18"/>
              </w:rPr>
              <w:br/>
            </w:r>
            <w:r>
              <w:rPr>
                <w:sz w:val="18"/>
              </w:rPr>
              <w:br/>
            </w:r>
          </w:p>
        </w:tc>
      </w:tr>
      <w:tr w:rsidR="00700BBC" w14:paraId="3282152A" w14:textId="77777777" w:rsidTr="00D64134">
        <w:trPr>
          <w:cantSplit/>
          <w:jc w:val="center"/>
        </w:trPr>
        <w:tc>
          <w:tcPr>
            <w:tcW w:w="644" w:type="dxa"/>
            <w:vAlign w:val="center"/>
          </w:tcPr>
          <w:p w14:paraId="644FD1A3" w14:textId="77777777" w:rsidR="00700BBC" w:rsidRDefault="00000000">
            <w:pPr>
              <w:spacing w:after="0" w:line="240" w:lineRule="auto"/>
              <w:ind w:firstLine="0"/>
              <w:jc w:val="center"/>
            </w:pPr>
            <w:r>
              <w:rPr>
                <w:sz w:val="18"/>
              </w:rPr>
              <w:t>80</w:t>
            </w:r>
          </w:p>
        </w:tc>
        <w:tc>
          <w:tcPr>
            <w:tcW w:w="4993" w:type="dxa"/>
            <w:vAlign w:val="center"/>
          </w:tcPr>
          <w:p w14:paraId="652A3BEB" w14:textId="77777777" w:rsidR="00700BBC" w:rsidRDefault="00000000">
            <w:pPr>
              <w:spacing w:after="0" w:line="240" w:lineRule="auto"/>
              <w:ind w:firstLine="0"/>
            </w:pPr>
            <w:r>
              <w:rPr>
                <w:sz w:val="18"/>
              </w:rPr>
              <w:t xml:space="preserve">The land is </w:t>
            </w:r>
            <w:r>
              <w:rPr>
                <w:b/>
                <w:sz w:val="18"/>
              </w:rPr>
              <w:t>arid</w:t>
            </w:r>
            <w:r>
              <w:rPr>
                <w:sz w:val="18"/>
              </w:rPr>
              <w:t xml:space="preserve"> and receives very little rainfall.</w:t>
            </w:r>
          </w:p>
        </w:tc>
        <w:tc>
          <w:tcPr>
            <w:tcW w:w="4252" w:type="dxa"/>
            <w:vAlign w:val="center"/>
          </w:tcPr>
          <w:p w14:paraId="2049A12E" w14:textId="77777777" w:rsidR="00700BBC" w:rsidRDefault="00000000">
            <w:pPr>
              <w:spacing w:after="0" w:line="240" w:lineRule="auto"/>
              <w:ind w:firstLine="0"/>
            </w:pPr>
            <w:r>
              <w:rPr>
                <w:sz w:val="18"/>
              </w:rPr>
              <w:t>a) Green    b) Dry    c) Cold    d) High</w:t>
            </w:r>
          </w:p>
        </w:tc>
        <w:tc>
          <w:tcPr>
            <w:tcW w:w="5721" w:type="dxa"/>
            <w:vAlign w:val="center"/>
          </w:tcPr>
          <w:p w14:paraId="43B93063" w14:textId="77777777" w:rsidR="00700BBC" w:rsidRDefault="00000000">
            <w:pPr>
              <w:spacing w:after="0" w:line="240" w:lineRule="auto"/>
              <w:ind w:firstLine="0"/>
            </w:pPr>
            <w:r>
              <w:rPr>
                <w:sz w:val="18"/>
              </w:rPr>
              <w:br/>
            </w:r>
            <w:r>
              <w:rPr>
                <w:sz w:val="18"/>
              </w:rPr>
              <w:br/>
            </w:r>
          </w:p>
        </w:tc>
      </w:tr>
      <w:tr w:rsidR="00700BBC" w14:paraId="72799200" w14:textId="77777777" w:rsidTr="00D64134">
        <w:trPr>
          <w:cantSplit/>
          <w:jc w:val="center"/>
        </w:trPr>
        <w:tc>
          <w:tcPr>
            <w:tcW w:w="644" w:type="dxa"/>
            <w:vAlign w:val="center"/>
          </w:tcPr>
          <w:p w14:paraId="4372C5DF" w14:textId="77777777" w:rsidR="00700BBC" w:rsidRDefault="00000000">
            <w:pPr>
              <w:spacing w:after="0" w:line="240" w:lineRule="auto"/>
              <w:ind w:firstLine="0"/>
              <w:jc w:val="center"/>
            </w:pPr>
            <w:r>
              <w:rPr>
                <w:sz w:val="18"/>
              </w:rPr>
              <w:t>81</w:t>
            </w:r>
          </w:p>
        </w:tc>
        <w:tc>
          <w:tcPr>
            <w:tcW w:w="4993" w:type="dxa"/>
            <w:vAlign w:val="center"/>
          </w:tcPr>
          <w:p w14:paraId="251DDF25" w14:textId="77777777" w:rsidR="00700BBC" w:rsidRDefault="00000000">
            <w:pPr>
              <w:spacing w:after="0" w:line="240" w:lineRule="auto"/>
              <w:ind w:firstLine="0"/>
            </w:pPr>
            <w:r>
              <w:rPr>
                <w:sz w:val="18"/>
              </w:rPr>
              <w:t xml:space="preserve">He acted as a </w:t>
            </w:r>
            <w:r>
              <w:rPr>
                <w:b/>
                <w:sz w:val="18"/>
              </w:rPr>
              <w:t>broker</w:t>
            </w:r>
            <w:r>
              <w:rPr>
                <w:sz w:val="18"/>
              </w:rPr>
              <w:t xml:space="preserve"> between the buyer and the seller.</w:t>
            </w:r>
          </w:p>
        </w:tc>
        <w:tc>
          <w:tcPr>
            <w:tcW w:w="4252" w:type="dxa"/>
            <w:vAlign w:val="center"/>
          </w:tcPr>
          <w:p w14:paraId="06064DD6" w14:textId="77777777" w:rsidR="00700BBC" w:rsidRDefault="00000000">
            <w:pPr>
              <w:spacing w:after="0" w:line="240" w:lineRule="auto"/>
              <w:ind w:firstLine="0"/>
            </w:pPr>
            <w:r>
              <w:rPr>
                <w:sz w:val="18"/>
              </w:rPr>
              <w:t>a) Soldier    b) Middleman    c) Enemy    d) King</w:t>
            </w:r>
          </w:p>
        </w:tc>
        <w:tc>
          <w:tcPr>
            <w:tcW w:w="5721" w:type="dxa"/>
            <w:vAlign w:val="center"/>
          </w:tcPr>
          <w:p w14:paraId="3AE4B17B" w14:textId="77777777" w:rsidR="00700BBC" w:rsidRDefault="00000000">
            <w:pPr>
              <w:spacing w:after="0" w:line="240" w:lineRule="auto"/>
              <w:ind w:firstLine="0"/>
            </w:pPr>
            <w:r>
              <w:rPr>
                <w:sz w:val="18"/>
              </w:rPr>
              <w:br/>
            </w:r>
            <w:r>
              <w:rPr>
                <w:sz w:val="18"/>
              </w:rPr>
              <w:br/>
            </w:r>
          </w:p>
        </w:tc>
      </w:tr>
      <w:tr w:rsidR="00700BBC" w14:paraId="0153D1BD" w14:textId="77777777" w:rsidTr="00D64134">
        <w:trPr>
          <w:cantSplit/>
          <w:jc w:val="center"/>
        </w:trPr>
        <w:tc>
          <w:tcPr>
            <w:tcW w:w="644" w:type="dxa"/>
            <w:vAlign w:val="center"/>
          </w:tcPr>
          <w:p w14:paraId="3CE2ED6E" w14:textId="77777777" w:rsidR="00700BBC" w:rsidRDefault="00000000">
            <w:pPr>
              <w:spacing w:after="0" w:line="240" w:lineRule="auto"/>
              <w:ind w:firstLine="0"/>
              <w:jc w:val="center"/>
            </w:pPr>
            <w:r>
              <w:rPr>
                <w:sz w:val="18"/>
              </w:rPr>
              <w:t>82</w:t>
            </w:r>
          </w:p>
        </w:tc>
        <w:tc>
          <w:tcPr>
            <w:tcW w:w="4993" w:type="dxa"/>
            <w:vAlign w:val="center"/>
          </w:tcPr>
          <w:p w14:paraId="68BB704C" w14:textId="77777777" w:rsidR="00700BBC" w:rsidRDefault="00000000">
            <w:pPr>
              <w:spacing w:after="0" w:line="240" w:lineRule="auto"/>
              <w:ind w:firstLine="0"/>
            </w:pPr>
            <w:r>
              <w:rPr>
                <w:sz w:val="18"/>
              </w:rPr>
              <w:t xml:space="preserve">The new law became a </w:t>
            </w:r>
            <w:r>
              <w:rPr>
                <w:b/>
                <w:sz w:val="18"/>
              </w:rPr>
              <w:t>catalyst</w:t>
            </w:r>
            <w:r>
              <w:rPr>
                <w:sz w:val="18"/>
              </w:rPr>
              <w:t xml:space="preserve"> for change.</w:t>
            </w:r>
          </w:p>
        </w:tc>
        <w:tc>
          <w:tcPr>
            <w:tcW w:w="4252" w:type="dxa"/>
            <w:vAlign w:val="center"/>
          </w:tcPr>
          <w:p w14:paraId="79CFFD8E" w14:textId="77777777" w:rsidR="00700BBC" w:rsidRDefault="00000000">
            <w:pPr>
              <w:spacing w:after="0" w:line="240" w:lineRule="auto"/>
              <w:ind w:firstLine="0"/>
            </w:pPr>
            <w:r>
              <w:rPr>
                <w:sz w:val="18"/>
              </w:rPr>
              <w:t>a) Barrier    b) Stimulant    c) End    d) Result</w:t>
            </w:r>
          </w:p>
        </w:tc>
        <w:tc>
          <w:tcPr>
            <w:tcW w:w="5721" w:type="dxa"/>
            <w:vAlign w:val="center"/>
          </w:tcPr>
          <w:p w14:paraId="3B3F2AA5" w14:textId="77777777" w:rsidR="00700BBC" w:rsidRDefault="00000000">
            <w:pPr>
              <w:spacing w:after="0" w:line="240" w:lineRule="auto"/>
              <w:ind w:firstLine="0"/>
            </w:pPr>
            <w:r>
              <w:rPr>
                <w:sz w:val="18"/>
              </w:rPr>
              <w:br/>
            </w:r>
            <w:r>
              <w:rPr>
                <w:sz w:val="18"/>
              </w:rPr>
              <w:br/>
            </w:r>
          </w:p>
        </w:tc>
      </w:tr>
      <w:tr w:rsidR="00700BBC" w14:paraId="188F905E" w14:textId="77777777" w:rsidTr="00D64134">
        <w:trPr>
          <w:cantSplit/>
          <w:jc w:val="center"/>
        </w:trPr>
        <w:tc>
          <w:tcPr>
            <w:tcW w:w="644" w:type="dxa"/>
            <w:vAlign w:val="center"/>
          </w:tcPr>
          <w:p w14:paraId="07A1F251" w14:textId="77777777" w:rsidR="00700BBC" w:rsidRDefault="00000000">
            <w:pPr>
              <w:spacing w:after="0" w:line="240" w:lineRule="auto"/>
              <w:ind w:firstLine="0"/>
              <w:jc w:val="center"/>
            </w:pPr>
            <w:r>
              <w:rPr>
                <w:sz w:val="18"/>
              </w:rPr>
              <w:t>83</w:t>
            </w:r>
          </w:p>
        </w:tc>
        <w:tc>
          <w:tcPr>
            <w:tcW w:w="4993" w:type="dxa"/>
            <w:vAlign w:val="center"/>
          </w:tcPr>
          <w:p w14:paraId="6AD9B8CF" w14:textId="77777777" w:rsidR="00700BBC" w:rsidRDefault="00000000">
            <w:pPr>
              <w:spacing w:after="0" w:line="240" w:lineRule="auto"/>
              <w:ind w:firstLine="0"/>
            </w:pPr>
            <w:r>
              <w:rPr>
                <w:sz w:val="18"/>
              </w:rPr>
              <w:t xml:space="preserve">He is very </w:t>
            </w:r>
            <w:r>
              <w:rPr>
                <w:b/>
                <w:sz w:val="18"/>
              </w:rPr>
              <w:t>dogmatic</w:t>
            </w:r>
            <w:r>
              <w:rPr>
                <w:sz w:val="18"/>
              </w:rPr>
              <w:t xml:space="preserve"> and refuses to consider other views.</w:t>
            </w:r>
          </w:p>
        </w:tc>
        <w:tc>
          <w:tcPr>
            <w:tcW w:w="4252" w:type="dxa"/>
            <w:vAlign w:val="center"/>
          </w:tcPr>
          <w:p w14:paraId="3D93C90F" w14:textId="77777777" w:rsidR="00700BBC" w:rsidRDefault="00000000">
            <w:pPr>
              <w:spacing w:after="0" w:line="240" w:lineRule="auto"/>
              <w:ind w:firstLine="0"/>
            </w:pPr>
            <w:r>
              <w:rPr>
                <w:sz w:val="18"/>
              </w:rPr>
              <w:t>a) Flexible    b) Opinionated    c) Kind    d) Unsure</w:t>
            </w:r>
          </w:p>
        </w:tc>
        <w:tc>
          <w:tcPr>
            <w:tcW w:w="5721" w:type="dxa"/>
            <w:vAlign w:val="center"/>
          </w:tcPr>
          <w:p w14:paraId="69951D3D" w14:textId="77777777" w:rsidR="00700BBC" w:rsidRDefault="00000000">
            <w:pPr>
              <w:spacing w:after="0" w:line="240" w:lineRule="auto"/>
              <w:ind w:firstLine="0"/>
            </w:pPr>
            <w:r>
              <w:rPr>
                <w:sz w:val="18"/>
              </w:rPr>
              <w:br/>
            </w:r>
            <w:r>
              <w:rPr>
                <w:sz w:val="18"/>
              </w:rPr>
              <w:br/>
            </w:r>
          </w:p>
        </w:tc>
      </w:tr>
      <w:tr w:rsidR="00700BBC" w14:paraId="1D4E9B50" w14:textId="77777777" w:rsidTr="00D64134">
        <w:trPr>
          <w:cantSplit/>
          <w:jc w:val="center"/>
        </w:trPr>
        <w:tc>
          <w:tcPr>
            <w:tcW w:w="644" w:type="dxa"/>
            <w:vAlign w:val="center"/>
          </w:tcPr>
          <w:p w14:paraId="56A22C81" w14:textId="77777777" w:rsidR="00700BBC" w:rsidRDefault="00000000">
            <w:pPr>
              <w:spacing w:after="0" w:line="240" w:lineRule="auto"/>
              <w:ind w:firstLine="0"/>
              <w:jc w:val="center"/>
            </w:pPr>
            <w:r>
              <w:rPr>
                <w:sz w:val="18"/>
              </w:rPr>
              <w:t>84</w:t>
            </w:r>
          </w:p>
        </w:tc>
        <w:tc>
          <w:tcPr>
            <w:tcW w:w="4993" w:type="dxa"/>
            <w:vAlign w:val="center"/>
          </w:tcPr>
          <w:p w14:paraId="26924035" w14:textId="77777777" w:rsidR="00700BBC" w:rsidRDefault="00000000">
            <w:pPr>
              <w:spacing w:after="0" w:line="240" w:lineRule="auto"/>
              <w:ind w:firstLine="0"/>
            </w:pPr>
            <w:r>
              <w:rPr>
                <w:sz w:val="18"/>
              </w:rPr>
              <w:t xml:space="preserve">Writers sometimes </w:t>
            </w:r>
            <w:r>
              <w:rPr>
                <w:b/>
                <w:sz w:val="18"/>
              </w:rPr>
              <w:t>embellish</w:t>
            </w:r>
            <w:r>
              <w:rPr>
                <w:sz w:val="18"/>
              </w:rPr>
              <w:t xml:space="preserve"> a story to make it more interesting.</w:t>
            </w:r>
          </w:p>
        </w:tc>
        <w:tc>
          <w:tcPr>
            <w:tcW w:w="4252" w:type="dxa"/>
            <w:vAlign w:val="center"/>
          </w:tcPr>
          <w:p w14:paraId="53B607F2" w14:textId="77777777" w:rsidR="00700BBC" w:rsidRDefault="00000000">
            <w:pPr>
              <w:spacing w:after="0" w:line="240" w:lineRule="auto"/>
              <w:ind w:firstLine="0"/>
            </w:pPr>
            <w:r>
              <w:rPr>
                <w:sz w:val="18"/>
              </w:rPr>
              <w:t>a) Simplify    b) Decorate or add detail    c) Tell    d) Shorten</w:t>
            </w:r>
          </w:p>
        </w:tc>
        <w:tc>
          <w:tcPr>
            <w:tcW w:w="5721" w:type="dxa"/>
            <w:vAlign w:val="center"/>
          </w:tcPr>
          <w:p w14:paraId="095BAED3" w14:textId="77777777" w:rsidR="00700BBC" w:rsidRDefault="00000000">
            <w:pPr>
              <w:spacing w:after="0" w:line="240" w:lineRule="auto"/>
              <w:ind w:firstLine="0"/>
            </w:pPr>
            <w:r>
              <w:rPr>
                <w:sz w:val="18"/>
              </w:rPr>
              <w:br/>
            </w:r>
            <w:r>
              <w:rPr>
                <w:sz w:val="18"/>
              </w:rPr>
              <w:br/>
            </w:r>
          </w:p>
        </w:tc>
      </w:tr>
      <w:tr w:rsidR="00700BBC" w14:paraId="66FF897E" w14:textId="77777777" w:rsidTr="00D64134">
        <w:trPr>
          <w:cantSplit/>
          <w:jc w:val="center"/>
        </w:trPr>
        <w:tc>
          <w:tcPr>
            <w:tcW w:w="644" w:type="dxa"/>
            <w:vAlign w:val="center"/>
          </w:tcPr>
          <w:p w14:paraId="6BA90A8D" w14:textId="77777777" w:rsidR="00700BBC" w:rsidRDefault="00000000">
            <w:pPr>
              <w:spacing w:after="0" w:line="240" w:lineRule="auto"/>
              <w:ind w:firstLine="0"/>
              <w:jc w:val="center"/>
            </w:pPr>
            <w:r>
              <w:rPr>
                <w:sz w:val="18"/>
              </w:rPr>
              <w:t>85</w:t>
            </w:r>
          </w:p>
        </w:tc>
        <w:tc>
          <w:tcPr>
            <w:tcW w:w="4993" w:type="dxa"/>
            <w:vAlign w:val="center"/>
          </w:tcPr>
          <w:p w14:paraId="4F06AFCB" w14:textId="77777777" w:rsidR="00700BBC" w:rsidRDefault="00000000">
            <w:pPr>
              <w:spacing w:after="0" w:line="240" w:lineRule="auto"/>
              <w:ind w:firstLine="0"/>
            </w:pPr>
            <w:r>
              <w:rPr>
                <w:sz w:val="18"/>
              </w:rPr>
              <w:t>The recording system produces high-</w:t>
            </w:r>
            <w:r>
              <w:rPr>
                <w:b/>
                <w:sz w:val="18"/>
              </w:rPr>
              <w:t>fidelity</w:t>
            </w:r>
            <w:r>
              <w:rPr>
                <w:sz w:val="18"/>
              </w:rPr>
              <w:t xml:space="preserve"> sound.</w:t>
            </w:r>
          </w:p>
        </w:tc>
        <w:tc>
          <w:tcPr>
            <w:tcW w:w="4252" w:type="dxa"/>
            <w:vAlign w:val="center"/>
          </w:tcPr>
          <w:p w14:paraId="4E92E03A" w14:textId="77777777" w:rsidR="00700BBC" w:rsidRDefault="00000000">
            <w:pPr>
              <w:spacing w:after="0" w:line="240" w:lineRule="auto"/>
              <w:ind w:firstLine="0"/>
            </w:pPr>
            <w:r>
              <w:rPr>
                <w:sz w:val="18"/>
              </w:rPr>
              <w:t>a) Noise    b) Faithfulness    c) Volume    d) Speed</w:t>
            </w:r>
          </w:p>
        </w:tc>
        <w:tc>
          <w:tcPr>
            <w:tcW w:w="5721" w:type="dxa"/>
            <w:vAlign w:val="center"/>
          </w:tcPr>
          <w:p w14:paraId="73B0F6F8" w14:textId="77777777" w:rsidR="00700BBC" w:rsidRDefault="00000000">
            <w:pPr>
              <w:spacing w:after="0" w:line="240" w:lineRule="auto"/>
              <w:ind w:firstLine="0"/>
            </w:pPr>
            <w:r>
              <w:rPr>
                <w:sz w:val="18"/>
              </w:rPr>
              <w:br/>
            </w:r>
            <w:r>
              <w:rPr>
                <w:sz w:val="18"/>
              </w:rPr>
              <w:br/>
            </w:r>
          </w:p>
        </w:tc>
      </w:tr>
      <w:tr w:rsidR="00700BBC" w14:paraId="3941ACE4" w14:textId="77777777" w:rsidTr="00D64134">
        <w:trPr>
          <w:cantSplit/>
          <w:jc w:val="center"/>
        </w:trPr>
        <w:tc>
          <w:tcPr>
            <w:tcW w:w="644" w:type="dxa"/>
            <w:vAlign w:val="center"/>
          </w:tcPr>
          <w:p w14:paraId="744A9B49" w14:textId="77777777" w:rsidR="00700BBC" w:rsidRDefault="00000000">
            <w:pPr>
              <w:spacing w:after="0" w:line="240" w:lineRule="auto"/>
              <w:ind w:firstLine="0"/>
              <w:jc w:val="center"/>
            </w:pPr>
            <w:r>
              <w:rPr>
                <w:sz w:val="18"/>
              </w:rPr>
              <w:t>86</w:t>
            </w:r>
          </w:p>
        </w:tc>
        <w:tc>
          <w:tcPr>
            <w:tcW w:w="4993" w:type="dxa"/>
            <w:vAlign w:val="center"/>
          </w:tcPr>
          <w:p w14:paraId="6D342AAA" w14:textId="77777777" w:rsidR="00700BBC" w:rsidRDefault="00000000">
            <w:pPr>
              <w:spacing w:after="0" w:line="240" w:lineRule="auto"/>
              <w:ind w:firstLine="0"/>
            </w:pPr>
            <w:r>
              <w:rPr>
                <w:sz w:val="18"/>
              </w:rPr>
              <w:t xml:space="preserve">He gave a </w:t>
            </w:r>
            <w:r>
              <w:rPr>
                <w:b/>
                <w:sz w:val="18"/>
              </w:rPr>
              <w:t>glib</w:t>
            </w:r>
            <w:r>
              <w:rPr>
                <w:sz w:val="18"/>
              </w:rPr>
              <w:t xml:space="preserve"> answer that sounded smooth but lacked thought.</w:t>
            </w:r>
          </w:p>
        </w:tc>
        <w:tc>
          <w:tcPr>
            <w:tcW w:w="4252" w:type="dxa"/>
            <w:vAlign w:val="center"/>
          </w:tcPr>
          <w:p w14:paraId="0555B260" w14:textId="77777777" w:rsidR="00700BBC" w:rsidRDefault="00000000">
            <w:pPr>
              <w:spacing w:after="0" w:line="240" w:lineRule="auto"/>
              <w:ind w:firstLine="0"/>
            </w:pPr>
            <w:r>
              <w:rPr>
                <w:sz w:val="18"/>
              </w:rPr>
              <w:t>a) Thoughtful    b) Superficial    c) Long    d) Mean</w:t>
            </w:r>
          </w:p>
        </w:tc>
        <w:tc>
          <w:tcPr>
            <w:tcW w:w="5721" w:type="dxa"/>
            <w:vAlign w:val="center"/>
          </w:tcPr>
          <w:p w14:paraId="43A8AEAB" w14:textId="77777777" w:rsidR="00700BBC" w:rsidRDefault="00000000">
            <w:pPr>
              <w:spacing w:after="0" w:line="240" w:lineRule="auto"/>
              <w:ind w:firstLine="0"/>
            </w:pPr>
            <w:r>
              <w:rPr>
                <w:sz w:val="18"/>
              </w:rPr>
              <w:br/>
            </w:r>
            <w:r>
              <w:rPr>
                <w:sz w:val="18"/>
              </w:rPr>
              <w:br/>
            </w:r>
          </w:p>
        </w:tc>
      </w:tr>
      <w:tr w:rsidR="00700BBC" w14:paraId="1337CC96" w14:textId="77777777" w:rsidTr="00D64134">
        <w:trPr>
          <w:cantSplit/>
          <w:jc w:val="center"/>
        </w:trPr>
        <w:tc>
          <w:tcPr>
            <w:tcW w:w="644" w:type="dxa"/>
            <w:vAlign w:val="center"/>
          </w:tcPr>
          <w:p w14:paraId="27926758" w14:textId="77777777" w:rsidR="00700BBC" w:rsidRDefault="00000000">
            <w:pPr>
              <w:spacing w:after="0" w:line="240" w:lineRule="auto"/>
              <w:ind w:firstLine="0"/>
              <w:jc w:val="center"/>
            </w:pPr>
            <w:r>
              <w:rPr>
                <w:sz w:val="18"/>
              </w:rPr>
              <w:t>87</w:t>
            </w:r>
          </w:p>
        </w:tc>
        <w:tc>
          <w:tcPr>
            <w:tcW w:w="4993" w:type="dxa"/>
            <w:vAlign w:val="center"/>
          </w:tcPr>
          <w:p w14:paraId="36935D82" w14:textId="77777777" w:rsidR="00700BBC" w:rsidRDefault="00000000">
            <w:pPr>
              <w:spacing w:after="0" w:line="240" w:lineRule="auto"/>
              <w:ind w:firstLine="0"/>
            </w:pPr>
            <w:r>
              <w:rPr>
                <w:sz w:val="18"/>
              </w:rPr>
              <w:t xml:space="preserve">The politician was accused of </w:t>
            </w:r>
            <w:r>
              <w:rPr>
                <w:b/>
                <w:sz w:val="18"/>
              </w:rPr>
              <w:t>hypocrisy</w:t>
            </w:r>
            <w:r>
              <w:rPr>
                <w:sz w:val="18"/>
              </w:rPr>
              <w:t xml:space="preserve"> after breaking his own rule.</w:t>
            </w:r>
          </w:p>
        </w:tc>
        <w:tc>
          <w:tcPr>
            <w:tcW w:w="4252" w:type="dxa"/>
            <w:vAlign w:val="center"/>
          </w:tcPr>
          <w:p w14:paraId="4E770317" w14:textId="77777777" w:rsidR="00700BBC" w:rsidRDefault="00000000">
            <w:pPr>
              <w:spacing w:after="0" w:line="240" w:lineRule="auto"/>
              <w:ind w:firstLine="0"/>
            </w:pPr>
            <w:r>
              <w:rPr>
                <w:sz w:val="18"/>
              </w:rPr>
              <w:t>a) Honesty    b) Insincerity    c) Anger    d) Wealth</w:t>
            </w:r>
          </w:p>
        </w:tc>
        <w:tc>
          <w:tcPr>
            <w:tcW w:w="5721" w:type="dxa"/>
            <w:vAlign w:val="center"/>
          </w:tcPr>
          <w:p w14:paraId="46BE7268" w14:textId="77777777" w:rsidR="00700BBC" w:rsidRDefault="00000000">
            <w:pPr>
              <w:spacing w:after="0" w:line="240" w:lineRule="auto"/>
              <w:ind w:firstLine="0"/>
            </w:pPr>
            <w:r>
              <w:rPr>
                <w:sz w:val="18"/>
              </w:rPr>
              <w:br/>
            </w:r>
            <w:r>
              <w:rPr>
                <w:sz w:val="18"/>
              </w:rPr>
              <w:br/>
            </w:r>
          </w:p>
        </w:tc>
      </w:tr>
      <w:tr w:rsidR="00700BBC" w14:paraId="3F71B78F" w14:textId="77777777" w:rsidTr="00D64134">
        <w:trPr>
          <w:cantSplit/>
          <w:jc w:val="center"/>
        </w:trPr>
        <w:tc>
          <w:tcPr>
            <w:tcW w:w="644" w:type="dxa"/>
            <w:vAlign w:val="center"/>
          </w:tcPr>
          <w:p w14:paraId="5EB050EF" w14:textId="77777777" w:rsidR="00700BBC" w:rsidRDefault="00000000">
            <w:pPr>
              <w:spacing w:after="0" w:line="240" w:lineRule="auto"/>
              <w:ind w:firstLine="0"/>
              <w:jc w:val="center"/>
            </w:pPr>
            <w:r>
              <w:rPr>
                <w:sz w:val="18"/>
              </w:rPr>
              <w:t>88</w:t>
            </w:r>
          </w:p>
        </w:tc>
        <w:tc>
          <w:tcPr>
            <w:tcW w:w="4993" w:type="dxa"/>
            <w:vAlign w:val="center"/>
          </w:tcPr>
          <w:p w14:paraId="2D1DD4BD" w14:textId="77777777" w:rsidR="00700BBC" w:rsidRDefault="00000000">
            <w:pPr>
              <w:spacing w:after="0" w:line="240" w:lineRule="auto"/>
              <w:ind w:firstLine="0"/>
            </w:pPr>
            <w:r>
              <w:rPr>
                <w:sz w:val="18"/>
              </w:rPr>
              <w:t xml:space="preserve">They had an </w:t>
            </w:r>
            <w:r>
              <w:rPr>
                <w:b/>
                <w:sz w:val="18"/>
              </w:rPr>
              <w:t>implicit</w:t>
            </w:r>
            <w:r>
              <w:rPr>
                <w:sz w:val="18"/>
              </w:rPr>
              <w:t xml:space="preserve"> agreement that did not need to be spoken.</w:t>
            </w:r>
          </w:p>
        </w:tc>
        <w:tc>
          <w:tcPr>
            <w:tcW w:w="4252" w:type="dxa"/>
            <w:vAlign w:val="center"/>
          </w:tcPr>
          <w:p w14:paraId="6C77306C" w14:textId="77777777" w:rsidR="00700BBC" w:rsidRDefault="00000000">
            <w:pPr>
              <w:spacing w:after="0" w:line="240" w:lineRule="auto"/>
              <w:ind w:firstLine="0"/>
            </w:pPr>
            <w:r>
              <w:rPr>
                <w:sz w:val="18"/>
              </w:rPr>
              <w:t>a) Spoken    b) Implied    c) Legal    d) New</w:t>
            </w:r>
          </w:p>
        </w:tc>
        <w:tc>
          <w:tcPr>
            <w:tcW w:w="5721" w:type="dxa"/>
            <w:vAlign w:val="center"/>
          </w:tcPr>
          <w:p w14:paraId="3389904D" w14:textId="77777777" w:rsidR="00700BBC" w:rsidRDefault="00000000">
            <w:pPr>
              <w:spacing w:after="0" w:line="240" w:lineRule="auto"/>
              <w:ind w:firstLine="0"/>
            </w:pPr>
            <w:r>
              <w:rPr>
                <w:sz w:val="18"/>
              </w:rPr>
              <w:br/>
            </w:r>
            <w:r>
              <w:rPr>
                <w:sz w:val="18"/>
              </w:rPr>
              <w:br/>
            </w:r>
          </w:p>
        </w:tc>
      </w:tr>
      <w:tr w:rsidR="00700BBC" w14:paraId="45053DE4" w14:textId="77777777" w:rsidTr="00D64134">
        <w:trPr>
          <w:cantSplit/>
          <w:jc w:val="center"/>
        </w:trPr>
        <w:tc>
          <w:tcPr>
            <w:tcW w:w="644" w:type="dxa"/>
            <w:vAlign w:val="center"/>
          </w:tcPr>
          <w:p w14:paraId="089BBDC6" w14:textId="77777777" w:rsidR="00700BBC" w:rsidRDefault="00000000">
            <w:pPr>
              <w:spacing w:after="0" w:line="240" w:lineRule="auto"/>
              <w:ind w:firstLine="0"/>
              <w:jc w:val="center"/>
            </w:pPr>
            <w:r>
              <w:rPr>
                <w:sz w:val="18"/>
              </w:rPr>
              <w:lastRenderedPageBreak/>
              <w:t>89</w:t>
            </w:r>
          </w:p>
        </w:tc>
        <w:tc>
          <w:tcPr>
            <w:tcW w:w="4993" w:type="dxa"/>
            <w:vAlign w:val="center"/>
          </w:tcPr>
          <w:p w14:paraId="59CBF9B8" w14:textId="77777777" w:rsidR="00700BBC" w:rsidRDefault="00000000">
            <w:pPr>
              <w:spacing w:after="0" w:line="240" w:lineRule="auto"/>
              <w:ind w:firstLine="0"/>
            </w:pPr>
            <w:r>
              <w:rPr>
                <w:sz w:val="18"/>
              </w:rPr>
              <w:t xml:space="preserve">He felt </w:t>
            </w:r>
            <w:r>
              <w:rPr>
                <w:b/>
                <w:sz w:val="18"/>
              </w:rPr>
              <w:t>lethargic</w:t>
            </w:r>
            <w:r>
              <w:rPr>
                <w:sz w:val="18"/>
              </w:rPr>
              <w:t xml:space="preserve"> after staying awake all night.</w:t>
            </w:r>
          </w:p>
        </w:tc>
        <w:tc>
          <w:tcPr>
            <w:tcW w:w="4252" w:type="dxa"/>
            <w:vAlign w:val="center"/>
          </w:tcPr>
          <w:p w14:paraId="0137E8CE" w14:textId="77777777" w:rsidR="00700BBC" w:rsidRDefault="00000000">
            <w:pPr>
              <w:spacing w:after="0" w:line="240" w:lineRule="auto"/>
              <w:ind w:firstLine="0"/>
            </w:pPr>
            <w:r>
              <w:rPr>
                <w:sz w:val="18"/>
              </w:rPr>
              <w:t>a) Active    b) Sluggish    c) Excited    d) Healthy</w:t>
            </w:r>
          </w:p>
        </w:tc>
        <w:tc>
          <w:tcPr>
            <w:tcW w:w="5721" w:type="dxa"/>
            <w:vAlign w:val="center"/>
          </w:tcPr>
          <w:p w14:paraId="58EADBF5" w14:textId="77777777" w:rsidR="00700BBC" w:rsidRDefault="00000000">
            <w:pPr>
              <w:spacing w:after="0" w:line="240" w:lineRule="auto"/>
              <w:ind w:firstLine="0"/>
            </w:pPr>
            <w:r>
              <w:rPr>
                <w:sz w:val="18"/>
              </w:rPr>
              <w:br/>
            </w:r>
            <w:r>
              <w:rPr>
                <w:sz w:val="18"/>
              </w:rPr>
              <w:br/>
            </w:r>
          </w:p>
        </w:tc>
      </w:tr>
      <w:tr w:rsidR="00700BBC" w14:paraId="4FE2FECD" w14:textId="77777777" w:rsidTr="00D64134">
        <w:trPr>
          <w:cantSplit/>
          <w:jc w:val="center"/>
        </w:trPr>
        <w:tc>
          <w:tcPr>
            <w:tcW w:w="644" w:type="dxa"/>
            <w:vAlign w:val="center"/>
          </w:tcPr>
          <w:p w14:paraId="75242ABE" w14:textId="77777777" w:rsidR="00700BBC" w:rsidRDefault="00000000">
            <w:pPr>
              <w:spacing w:after="0" w:line="240" w:lineRule="auto"/>
              <w:ind w:firstLine="0"/>
              <w:jc w:val="center"/>
            </w:pPr>
            <w:r>
              <w:rPr>
                <w:sz w:val="18"/>
              </w:rPr>
              <w:t>90</w:t>
            </w:r>
          </w:p>
        </w:tc>
        <w:tc>
          <w:tcPr>
            <w:tcW w:w="4993" w:type="dxa"/>
            <w:vAlign w:val="center"/>
          </w:tcPr>
          <w:p w14:paraId="0788AFD7" w14:textId="77777777" w:rsidR="00700BBC" w:rsidRDefault="00000000">
            <w:pPr>
              <w:spacing w:after="0" w:line="240" w:lineRule="auto"/>
              <w:ind w:firstLine="0"/>
            </w:pPr>
            <w:r>
              <w:rPr>
                <w:sz w:val="18"/>
              </w:rPr>
              <w:t xml:space="preserve">She is a </w:t>
            </w:r>
            <w:r>
              <w:rPr>
                <w:b/>
                <w:sz w:val="18"/>
              </w:rPr>
              <w:t>maverick</w:t>
            </w:r>
            <w:r>
              <w:rPr>
                <w:sz w:val="18"/>
              </w:rPr>
              <w:t xml:space="preserve"> thinker who rarely follows conventional ideas.</w:t>
            </w:r>
          </w:p>
        </w:tc>
        <w:tc>
          <w:tcPr>
            <w:tcW w:w="4252" w:type="dxa"/>
            <w:vAlign w:val="center"/>
          </w:tcPr>
          <w:p w14:paraId="21CE857A" w14:textId="77777777" w:rsidR="00700BBC" w:rsidRDefault="00000000">
            <w:pPr>
              <w:spacing w:after="0" w:line="240" w:lineRule="auto"/>
              <w:ind w:firstLine="0"/>
            </w:pPr>
            <w:r>
              <w:rPr>
                <w:sz w:val="18"/>
              </w:rPr>
              <w:t>a) Follower    b) Independent    c) Slow    d) Good</w:t>
            </w:r>
          </w:p>
        </w:tc>
        <w:tc>
          <w:tcPr>
            <w:tcW w:w="5721" w:type="dxa"/>
            <w:vAlign w:val="center"/>
          </w:tcPr>
          <w:p w14:paraId="0AE35FE8" w14:textId="77777777" w:rsidR="00700BBC" w:rsidRDefault="00000000">
            <w:pPr>
              <w:spacing w:after="0" w:line="240" w:lineRule="auto"/>
              <w:ind w:firstLine="0"/>
            </w:pPr>
            <w:r>
              <w:rPr>
                <w:sz w:val="18"/>
              </w:rPr>
              <w:br/>
            </w:r>
            <w:r>
              <w:rPr>
                <w:sz w:val="18"/>
              </w:rPr>
              <w:br/>
            </w:r>
          </w:p>
        </w:tc>
      </w:tr>
      <w:tr w:rsidR="00700BBC" w14:paraId="7A12AF8D" w14:textId="77777777" w:rsidTr="00D64134">
        <w:trPr>
          <w:cantSplit/>
          <w:jc w:val="center"/>
        </w:trPr>
        <w:tc>
          <w:tcPr>
            <w:tcW w:w="644" w:type="dxa"/>
            <w:vAlign w:val="center"/>
          </w:tcPr>
          <w:p w14:paraId="5255EF2A" w14:textId="77777777" w:rsidR="00700BBC" w:rsidRDefault="00000000">
            <w:pPr>
              <w:spacing w:after="0" w:line="240" w:lineRule="auto"/>
              <w:ind w:firstLine="0"/>
              <w:jc w:val="center"/>
            </w:pPr>
            <w:r>
              <w:rPr>
                <w:sz w:val="18"/>
              </w:rPr>
              <w:t>91</w:t>
            </w:r>
          </w:p>
        </w:tc>
        <w:tc>
          <w:tcPr>
            <w:tcW w:w="4993" w:type="dxa"/>
            <w:vAlign w:val="center"/>
          </w:tcPr>
          <w:p w14:paraId="45C4FF4A" w14:textId="77777777" w:rsidR="00700BBC" w:rsidRDefault="00000000">
            <w:pPr>
              <w:spacing w:after="0" w:line="240" w:lineRule="auto"/>
              <w:ind w:firstLine="0"/>
            </w:pPr>
            <w:r>
              <w:rPr>
                <w:sz w:val="18"/>
              </w:rPr>
              <w:t xml:space="preserve">The organization charged only a </w:t>
            </w:r>
            <w:r>
              <w:rPr>
                <w:b/>
                <w:sz w:val="18"/>
              </w:rPr>
              <w:t>nominal</w:t>
            </w:r>
            <w:r>
              <w:rPr>
                <w:sz w:val="18"/>
              </w:rPr>
              <w:t xml:space="preserve"> fee for membership.</w:t>
            </w:r>
          </w:p>
        </w:tc>
        <w:tc>
          <w:tcPr>
            <w:tcW w:w="4252" w:type="dxa"/>
            <w:vAlign w:val="center"/>
          </w:tcPr>
          <w:p w14:paraId="31829C57" w14:textId="77777777" w:rsidR="00700BBC" w:rsidRDefault="00000000">
            <w:pPr>
              <w:spacing w:after="0" w:line="240" w:lineRule="auto"/>
              <w:ind w:firstLine="0"/>
            </w:pPr>
            <w:r>
              <w:rPr>
                <w:sz w:val="18"/>
              </w:rPr>
              <w:t>a) Large    b) Small or token    c) Monthly    d) Fair</w:t>
            </w:r>
          </w:p>
        </w:tc>
        <w:tc>
          <w:tcPr>
            <w:tcW w:w="5721" w:type="dxa"/>
            <w:vAlign w:val="center"/>
          </w:tcPr>
          <w:p w14:paraId="7AB48301" w14:textId="77777777" w:rsidR="00700BBC" w:rsidRDefault="00000000">
            <w:pPr>
              <w:spacing w:after="0" w:line="240" w:lineRule="auto"/>
              <w:ind w:firstLine="0"/>
            </w:pPr>
            <w:r>
              <w:rPr>
                <w:sz w:val="18"/>
              </w:rPr>
              <w:br/>
            </w:r>
            <w:r>
              <w:rPr>
                <w:sz w:val="18"/>
              </w:rPr>
              <w:br/>
            </w:r>
          </w:p>
        </w:tc>
      </w:tr>
      <w:tr w:rsidR="00700BBC" w14:paraId="6E136104" w14:textId="77777777" w:rsidTr="00D64134">
        <w:trPr>
          <w:cantSplit/>
          <w:jc w:val="center"/>
        </w:trPr>
        <w:tc>
          <w:tcPr>
            <w:tcW w:w="644" w:type="dxa"/>
            <w:vAlign w:val="center"/>
          </w:tcPr>
          <w:p w14:paraId="39E5AD88" w14:textId="77777777" w:rsidR="00700BBC" w:rsidRDefault="00000000">
            <w:pPr>
              <w:spacing w:after="0" w:line="240" w:lineRule="auto"/>
              <w:ind w:firstLine="0"/>
              <w:jc w:val="center"/>
            </w:pPr>
            <w:r>
              <w:rPr>
                <w:sz w:val="18"/>
              </w:rPr>
              <w:t>92</w:t>
            </w:r>
          </w:p>
        </w:tc>
        <w:tc>
          <w:tcPr>
            <w:tcW w:w="4993" w:type="dxa"/>
            <w:vAlign w:val="center"/>
          </w:tcPr>
          <w:p w14:paraId="3B3F173E" w14:textId="77777777" w:rsidR="00700BBC" w:rsidRDefault="00000000">
            <w:pPr>
              <w:spacing w:after="0" w:line="240" w:lineRule="auto"/>
              <w:ind w:firstLine="0"/>
            </w:pPr>
            <w:r>
              <w:rPr>
                <w:sz w:val="18"/>
              </w:rPr>
              <w:t xml:space="preserve">The assistant was too </w:t>
            </w:r>
            <w:r>
              <w:rPr>
                <w:b/>
                <w:sz w:val="18"/>
              </w:rPr>
              <w:t>obsequious</w:t>
            </w:r>
            <w:r>
              <w:rPr>
                <w:sz w:val="18"/>
              </w:rPr>
              <w:t xml:space="preserve"> when speaking to the director.</w:t>
            </w:r>
          </w:p>
        </w:tc>
        <w:tc>
          <w:tcPr>
            <w:tcW w:w="4252" w:type="dxa"/>
            <w:vAlign w:val="center"/>
          </w:tcPr>
          <w:p w14:paraId="7E6B8162" w14:textId="77777777" w:rsidR="00700BBC" w:rsidRDefault="00000000">
            <w:pPr>
              <w:spacing w:after="0" w:line="240" w:lineRule="auto"/>
              <w:ind w:firstLine="0"/>
            </w:pPr>
            <w:r>
              <w:rPr>
                <w:sz w:val="18"/>
              </w:rPr>
              <w:t>a) Rude    b) Fawning or submissive    c) Brave    d) Rich</w:t>
            </w:r>
          </w:p>
        </w:tc>
        <w:tc>
          <w:tcPr>
            <w:tcW w:w="5721" w:type="dxa"/>
            <w:vAlign w:val="center"/>
          </w:tcPr>
          <w:p w14:paraId="7D4F80F6" w14:textId="77777777" w:rsidR="00700BBC" w:rsidRDefault="00000000">
            <w:pPr>
              <w:spacing w:after="0" w:line="240" w:lineRule="auto"/>
              <w:ind w:firstLine="0"/>
            </w:pPr>
            <w:r>
              <w:rPr>
                <w:sz w:val="18"/>
              </w:rPr>
              <w:br/>
            </w:r>
            <w:r>
              <w:rPr>
                <w:sz w:val="18"/>
              </w:rPr>
              <w:br/>
            </w:r>
          </w:p>
        </w:tc>
      </w:tr>
      <w:tr w:rsidR="00700BBC" w14:paraId="23D06454" w14:textId="77777777" w:rsidTr="00D64134">
        <w:trPr>
          <w:cantSplit/>
          <w:jc w:val="center"/>
        </w:trPr>
        <w:tc>
          <w:tcPr>
            <w:tcW w:w="644" w:type="dxa"/>
            <w:vAlign w:val="center"/>
          </w:tcPr>
          <w:p w14:paraId="787DB5D5" w14:textId="77777777" w:rsidR="00700BBC" w:rsidRDefault="00000000">
            <w:pPr>
              <w:spacing w:after="0" w:line="240" w:lineRule="auto"/>
              <w:ind w:firstLine="0"/>
              <w:jc w:val="center"/>
            </w:pPr>
            <w:r>
              <w:rPr>
                <w:sz w:val="18"/>
              </w:rPr>
              <w:t>93</w:t>
            </w:r>
          </w:p>
        </w:tc>
        <w:tc>
          <w:tcPr>
            <w:tcW w:w="4993" w:type="dxa"/>
            <w:vAlign w:val="center"/>
          </w:tcPr>
          <w:p w14:paraId="09B5B56D" w14:textId="77777777" w:rsidR="00700BBC" w:rsidRDefault="00000000">
            <w:pPr>
              <w:spacing w:after="0" w:line="240" w:lineRule="auto"/>
              <w:ind w:firstLine="0"/>
            </w:pPr>
            <w:r>
              <w:rPr>
                <w:sz w:val="18"/>
              </w:rPr>
              <w:t xml:space="preserve">The smell of smoke was </w:t>
            </w:r>
            <w:r>
              <w:rPr>
                <w:b/>
                <w:sz w:val="18"/>
              </w:rPr>
              <w:t>pervasive</w:t>
            </w:r>
            <w:r>
              <w:rPr>
                <w:sz w:val="18"/>
              </w:rPr>
              <w:t xml:space="preserve"> throughout the building.</w:t>
            </w:r>
          </w:p>
        </w:tc>
        <w:tc>
          <w:tcPr>
            <w:tcW w:w="4252" w:type="dxa"/>
            <w:vAlign w:val="center"/>
          </w:tcPr>
          <w:p w14:paraId="1AFDD29E" w14:textId="77777777" w:rsidR="00700BBC" w:rsidRDefault="00000000">
            <w:pPr>
              <w:spacing w:after="0" w:line="240" w:lineRule="auto"/>
              <w:ind w:firstLine="0"/>
            </w:pPr>
            <w:r>
              <w:rPr>
                <w:sz w:val="18"/>
              </w:rPr>
              <w:t>a) Weak    b) Spreading    c) Good    d) Fresh</w:t>
            </w:r>
          </w:p>
        </w:tc>
        <w:tc>
          <w:tcPr>
            <w:tcW w:w="5721" w:type="dxa"/>
            <w:vAlign w:val="center"/>
          </w:tcPr>
          <w:p w14:paraId="1685BDD5" w14:textId="77777777" w:rsidR="00700BBC" w:rsidRDefault="00000000">
            <w:pPr>
              <w:spacing w:after="0" w:line="240" w:lineRule="auto"/>
              <w:ind w:firstLine="0"/>
            </w:pPr>
            <w:r>
              <w:rPr>
                <w:sz w:val="18"/>
              </w:rPr>
              <w:br/>
            </w:r>
            <w:r>
              <w:rPr>
                <w:sz w:val="18"/>
              </w:rPr>
              <w:br/>
            </w:r>
          </w:p>
        </w:tc>
      </w:tr>
      <w:tr w:rsidR="00700BBC" w14:paraId="63989F32" w14:textId="77777777" w:rsidTr="00D64134">
        <w:trPr>
          <w:cantSplit/>
          <w:jc w:val="center"/>
        </w:trPr>
        <w:tc>
          <w:tcPr>
            <w:tcW w:w="644" w:type="dxa"/>
            <w:vAlign w:val="center"/>
          </w:tcPr>
          <w:p w14:paraId="0CA5BD17" w14:textId="77777777" w:rsidR="00700BBC" w:rsidRDefault="00000000">
            <w:pPr>
              <w:spacing w:after="0" w:line="240" w:lineRule="auto"/>
              <w:ind w:firstLine="0"/>
              <w:jc w:val="center"/>
            </w:pPr>
            <w:r>
              <w:rPr>
                <w:sz w:val="18"/>
              </w:rPr>
              <w:t>94</w:t>
            </w:r>
          </w:p>
        </w:tc>
        <w:tc>
          <w:tcPr>
            <w:tcW w:w="4993" w:type="dxa"/>
            <w:vAlign w:val="center"/>
          </w:tcPr>
          <w:p w14:paraId="4D53D546" w14:textId="77777777" w:rsidR="00700BBC" w:rsidRDefault="00000000">
            <w:pPr>
              <w:spacing w:after="0" w:line="240" w:lineRule="auto"/>
              <w:ind w:firstLine="0"/>
            </w:pPr>
            <w:r>
              <w:rPr>
                <w:sz w:val="18"/>
              </w:rPr>
              <w:t xml:space="preserve">The coach decided to </w:t>
            </w:r>
            <w:r>
              <w:rPr>
                <w:b/>
                <w:sz w:val="18"/>
              </w:rPr>
              <w:t>relegate</w:t>
            </w:r>
            <w:r>
              <w:rPr>
                <w:sz w:val="18"/>
              </w:rPr>
              <w:t xml:space="preserve"> him to a minor role.</w:t>
            </w:r>
          </w:p>
        </w:tc>
        <w:tc>
          <w:tcPr>
            <w:tcW w:w="4252" w:type="dxa"/>
            <w:vAlign w:val="center"/>
          </w:tcPr>
          <w:p w14:paraId="2429C7EE" w14:textId="77777777" w:rsidR="00700BBC" w:rsidRDefault="00000000">
            <w:pPr>
              <w:spacing w:after="0" w:line="240" w:lineRule="auto"/>
              <w:ind w:firstLine="0"/>
            </w:pPr>
            <w:r>
              <w:rPr>
                <w:sz w:val="18"/>
              </w:rPr>
              <w:t>a) Promote    b) Demote or assign    c) Help    d) Fire</w:t>
            </w:r>
          </w:p>
        </w:tc>
        <w:tc>
          <w:tcPr>
            <w:tcW w:w="5721" w:type="dxa"/>
            <w:vAlign w:val="center"/>
          </w:tcPr>
          <w:p w14:paraId="71E7C5B5" w14:textId="77777777" w:rsidR="00700BBC" w:rsidRDefault="00000000">
            <w:pPr>
              <w:spacing w:after="0" w:line="240" w:lineRule="auto"/>
              <w:ind w:firstLine="0"/>
            </w:pPr>
            <w:r>
              <w:rPr>
                <w:sz w:val="18"/>
              </w:rPr>
              <w:br/>
            </w:r>
            <w:r>
              <w:rPr>
                <w:sz w:val="18"/>
              </w:rPr>
              <w:br/>
            </w:r>
          </w:p>
        </w:tc>
      </w:tr>
      <w:tr w:rsidR="00700BBC" w14:paraId="12572563" w14:textId="77777777" w:rsidTr="00D64134">
        <w:trPr>
          <w:cantSplit/>
          <w:jc w:val="center"/>
        </w:trPr>
        <w:tc>
          <w:tcPr>
            <w:tcW w:w="644" w:type="dxa"/>
            <w:vAlign w:val="center"/>
          </w:tcPr>
          <w:p w14:paraId="71203779" w14:textId="77777777" w:rsidR="00700BBC" w:rsidRDefault="00000000">
            <w:pPr>
              <w:spacing w:after="0" w:line="240" w:lineRule="auto"/>
              <w:ind w:firstLine="0"/>
              <w:jc w:val="center"/>
            </w:pPr>
            <w:r>
              <w:rPr>
                <w:sz w:val="18"/>
              </w:rPr>
              <w:t>95</w:t>
            </w:r>
          </w:p>
        </w:tc>
        <w:tc>
          <w:tcPr>
            <w:tcW w:w="4993" w:type="dxa"/>
            <w:vAlign w:val="center"/>
          </w:tcPr>
          <w:p w14:paraId="7BFD15E3" w14:textId="77777777" w:rsidR="00700BBC" w:rsidRDefault="00000000">
            <w:pPr>
              <w:spacing w:after="0" w:line="240" w:lineRule="auto"/>
              <w:ind w:firstLine="0"/>
            </w:pPr>
            <w:r>
              <w:rPr>
                <w:sz w:val="18"/>
              </w:rPr>
              <w:t xml:space="preserve">A </w:t>
            </w:r>
            <w:r>
              <w:rPr>
                <w:b/>
                <w:sz w:val="18"/>
              </w:rPr>
              <w:t>sedentary</w:t>
            </w:r>
            <w:r>
              <w:rPr>
                <w:sz w:val="18"/>
              </w:rPr>
              <w:t xml:space="preserve"> lifestyle can harm long-term health.</w:t>
            </w:r>
          </w:p>
        </w:tc>
        <w:tc>
          <w:tcPr>
            <w:tcW w:w="4252" w:type="dxa"/>
            <w:vAlign w:val="center"/>
          </w:tcPr>
          <w:p w14:paraId="373DAC43" w14:textId="77777777" w:rsidR="00700BBC" w:rsidRDefault="00000000">
            <w:pPr>
              <w:spacing w:after="0" w:line="240" w:lineRule="auto"/>
              <w:ind w:firstLine="0"/>
            </w:pPr>
            <w:r>
              <w:rPr>
                <w:sz w:val="18"/>
              </w:rPr>
              <w:t>a) Active    b) Inactive or sitting    c) Healthy    d) New</w:t>
            </w:r>
          </w:p>
        </w:tc>
        <w:tc>
          <w:tcPr>
            <w:tcW w:w="5721" w:type="dxa"/>
            <w:vAlign w:val="center"/>
          </w:tcPr>
          <w:p w14:paraId="5406577C" w14:textId="77777777" w:rsidR="00700BBC" w:rsidRDefault="00000000">
            <w:pPr>
              <w:spacing w:after="0" w:line="240" w:lineRule="auto"/>
              <w:ind w:firstLine="0"/>
            </w:pPr>
            <w:r>
              <w:rPr>
                <w:sz w:val="18"/>
              </w:rPr>
              <w:br/>
            </w:r>
            <w:r>
              <w:rPr>
                <w:sz w:val="18"/>
              </w:rPr>
              <w:br/>
            </w:r>
          </w:p>
        </w:tc>
      </w:tr>
      <w:tr w:rsidR="00700BBC" w14:paraId="6916BAD2" w14:textId="77777777" w:rsidTr="00D64134">
        <w:trPr>
          <w:cantSplit/>
          <w:jc w:val="center"/>
        </w:trPr>
        <w:tc>
          <w:tcPr>
            <w:tcW w:w="644" w:type="dxa"/>
            <w:vAlign w:val="center"/>
          </w:tcPr>
          <w:p w14:paraId="34420BAD" w14:textId="77777777" w:rsidR="00700BBC" w:rsidRDefault="00000000">
            <w:pPr>
              <w:spacing w:after="0" w:line="240" w:lineRule="auto"/>
              <w:ind w:firstLine="0"/>
              <w:jc w:val="center"/>
            </w:pPr>
            <w:r>
              <w:rPr>
                <w:sz w:val="18"/>
              </w:rPr>
              <w:t>96</w:t>
            </w:r>
          </w:p>
        </w:tc>
        <w:tc>
          <w:tcPr>
            <w:tcW w:w="4993" w:type="dxa"/>
            <w:vAlign w:val="center"/>
          </w:tcPr>
          <w:p w14:paraId="64C6B4FA" w14:textId="77777777" w:rsidR="00700BBC" w:rsidRDefault="00000000">
            <w:pPr>
              <w:spacing w:after="0" w:line="240" w:lineRule="auto"/>
              <w:ind w:firstLine="0"/>
            </w:pPr>
            <w:r>
              <w:rPr>
                <w:sz w:val="18"/>
              </w:rPr>
              <w:t xml:space="preserve">The city has a </w:t>
            </w:r>
            <w:r>
              <w:rPr>
                <w:b/>
                <w:sz w:val="18"/>
              </w:rPr>
              <w:t>transient</w:t>
            </w:r>
            <w:r>
              <w:rPr>
                <w:sz w:val="18"/>
              </w:rPr>
              <w:t xml:space="preserve"> population of seasonal workers.</w:t>
            </w:r>
          </w:p>
        </w:tc>
        <w:tc>
          <w:tcPr>
            <w:tcW w:w="4252" w:type="dxa"/>
            <w:vAlign w:val="center"/>
          </w:tcPr>
          <w:p w14:paraId="3619BF73" w14:textId="77777777" w:rsidR="00700BBC" w:rsidRDefault="00000000">
            <w:pPr>
              <w:spacing w:after="0" w:line="240" w:lineRule="auto"/>
              <w:ind w:firstLine="0"/>
            </w:pPr>
            <w:r>
              <w:rPr>
                <w:sz w:val="18"/>
              </w:rPr>
              <w:t>a) Permanent    b) Temporary    c) Large    d) Poor</w:t>
            </w:r>
          </w:p>
        </w:tc>
        <w:tc>
          <w:tcPr>
            <w:tcW w:w="5721" w:type="dxa"/>
            <w:vAlign w:val="center"/>
          </w:tcPr>
          <w:p w14:paraId="14D27672" w14:textId="77777777" w:rsidR="00700BBC" w:rsidRDefault="00000000">
            <w:pPr>
              <w:spacing w:after="0" w:line="240" w:lineRule="auto"/>
              <w:ind w:firstLine="0"/>
            </w:pPr>
            <w:r>
              <w:rPr>
                <w:sz w:val="18"/>
              </w:rPr>
              <w:br/>
            </w:r>
            <w:r>
              <w:rPr>
                <w:sz w:val="18"/>
              </w:rPr>
              <w:br/>
            </w:r>
          </w:p>
        </w:tc>
      </w:tr>
      <w:tr w:rsidR="00700BBC" w14:paraId="571D6B32" w14:textId="77777777" w:rsidTr="00D64134">
        <w:trPr>
          <w:cantSplit/>
          <w:jc w:val="center"/>
        </w:trPr>
        <w:tc>
          <w:tcPr>
            <w:tcW w:w="644" w:type="dxa"/>
            <w:vAlign w:val="center"/>
          </w:tcPr>
          <w:p w14:paraId="2809E81A" w14:textId="77777777" w:rsidR="00700BBC" w:rsidRDefault="00000000">
            <w:pPr>
              <w:spacing w:after="0" w:line="240" w:lineRule="auto"/>
              <w:ind w:firstLine="0"/>
              <w:jc w:val="center"/>
            </w:pPr>
            <w:r>
              <w:rPr>
                <w:sz w:val="18"/>
              </w:rPr>
              <w:t>97</w:t>
            </w:r>
          </w:p>
        </w:tc>
        <w:tc>
          <w:tcPr>
            <w:tcW w:w="4993" w:type="dxa"/>
            <w:vAlign w:val="center"/>
          </w:tcPr>
          <w:p w14:paraId="1F19F0CF" w14:textId="77777777" w:rsidR="00700BBC" w:rsidRDefault="00000000">
            <w:pPr>
              <w:spacing w:after="0" w:line="240" w:lineRule="auto"/>
              <w:ind w:firstLine="0"/>
            </w:pPr>
            <w:r>
              <w:rPr>
                <w:sz w:val="18"/>
              </w:rPr>
              <w:t xml:space="preserve">The </w:t>
            </w:r>
            <w:r>
              <w:rPr>
                <w:b/>
                <w:sz w:val="18"/>
              </w:rPr>
              <w:t>unctuous</w:t>
            </w:r>
            <w:r>
              <w:rPr>
                <w:sz w:val="18"/>
              </w:rPr>
              <w:t xml:space="preserve"> salesperson sounded friendly but insincere.</w:t>
            </w:r>
          </w:p>
        </w:tc>
        <w:tc>
          <w:tcPr>
            <w:tcW w:w="4252" w:type="dxa"/>
            <w:vAlign w:val="center"/>
          </w:tcPr>
          <w:p w14:paraId="4137F3FD" w14:textId="77777777" w:rsidR="00700BBC" w:rsidRDefault="00000000">
            <w:pPr>
              <w:spacing w:after="0" w:line="240" w:lineRule="auto"/>
              <w:ind w:firstLine="0"/>
            </w:pPr>
            <w:r>
              <w:rPr>
                <w:sz w:val="18"/>
              </w:rPr>
              <w:t>a) Honest    b) Oily or insincere    c) Fast    d) Rude</w:t>
            </w:r>
          </w:p>
        </w:tc>
        <w:tc>
          <w:tcPr>
            <w:tcW w:w="5721" w:type="dxa"/>
            <w:vAlign w:val="center"/>
          </w:tcPr>
          <w:p w14:paraId="1A9812FE" w14:textId="77777777" w:rsidR="00700BBC" w:rsidRDefault="00000000">
            <w:pPr>
              <w:spacing w:after="0" w:line="240" w:lineRule="auto"/>
              <w:ind w:firstLine="0"/>
            </w:pPr>
            <w:r>
              <w:rPr>
                <w:sz w:val="18"/>
              </w:rPr>
              <w:br/>
            </w:r>
            <w:r>
              <w:rPr>
                <w:sz w:val="18"/>
              </w:rPr>
              <w:br/>
            </w:r>
          </w:p>
        </w:tc>
      </w:tr>
      <w:tr w:rsidR="00700BBC" w14:paraId="4612A5FC" w14:textId="77777777" w:rsidTr="00D64134">
        <w:trPr>
          <w:cantSplit/>
          <w:jc w:val="center"/>
        </w:trPr>
        <w:tc>
          <w:tcPr>
            <w:tcW w:w="644" w:type="dxa"/>
            <w:vAlign w:val="center"/>
          </w:tcPr>
          <w:p w14:paraId="1EA63D99" w14:textId="77777777" w:rsidR="00700BBC" w:rsidRDefault="00000000">
            <w:pPr>
              <w:spacing w:after="0" w:line="240" w:lineRule="auto"/>
              <w:ind w:firstLine="0"/>
              <w:jc w:val="center"/>
            </w:pPr>
            <w:r>
              <w:rPr>
                <w:sz w:val="18"/>
              </w:rPr>
              <w:t>98</w:t>
            </w:r>
          </w:p>
        </w:tc>
        <w:tc>
          <w:tcPr>
            <w:tcW w:w="4993" w:type="dxa"/>
            <w:vAlign w:val="center"/>
          </w:tcPr>
          <w:p w14:paraId="6A95E7A7" w14:textId="77777777" w:rsidR="00700BBC" w:rsidRDefault="00000000">
            <w:pPr>
              <w:spacing w:after="0" w:line="240" w:lineRule="auto"/>
              <w:ind w:firstLine="0"/>
            </w:pPr>
            <w:r>
              <w:rPr>
                <w:sz w:val="18"/>
              </w:rPr>
              <w:t xml:space="preserve">The political situation became </w:t>
            </w:r>
            <w:r>
              <w:rPr>
                <w:b/>
                <w:sz w:val="18"/>
              </w:rPr>
              <w:t>volatile</w:t>
            </w:r>
            <w:r>
              <w:rPr>
                <w:sz w:val="18"/>
              </w:rPr>
              <w:t xml:space="preserve"> after the announcement.</w:t>
            </w:r>
          </w:p>
        </w:tc>
        <w:tc>
          <w:tcPr>
            <w:tcW w:w="4252" w:type="dxa"/>
            <w:vAlign w:val="center"/>
          </w:tcPr>
          <w:p w14:paraId="13E4E00A" w14:textId="77777777" w:rsidR="00700BBC" w:rsidRDefault="00000000">
            <w:pPr>
              <w:spacing w:after="0" w:line="240" w:lineRule="auto"/>
              <w:ind w:firstLine="0"/>
            </w:pPr>
            <w:r>
              <w:rPr>
                <w:sz w:val="18"/>
              </w:rPr>
              <w:t>a) Stable    b) Unstable    c) Boring    d) Safe</w:t>
            </w:r>
          </w:p>
        </w:tc>
        <w:tc>
          <w:tcPr>
            <w:tcW w:w="5721" w:type="dxa"/>
            <w:vAlign w:val="center"/>
          </w:tcPr>
          <w:p w14:paraId="4E73A876" w14:textId="77777777" w:rsidR="00700BBC" w:rsidRDefault="00000000">
            <w:pPr>
              <w:spacing w:after="0" w:line="240" w:lineRule="auto"/>
              <w:ind w:firstLine="0"/>
            </w:pPr>
            <w:r>
              <w:rPr>
                <w:sz w:val="18"/>
              </w:rPr>
              <w:br/>
            </w:r>
            <w:r>
              <w:rPr>
                <w:sz w:val="18"/>
              </w:rPr>
              <w:br/>
            </w:r>
          </w:p>
        </w:tc>
      </w:tr>
      <w:tr w:rsidR="00700BBC" w14:paraId="00491201" w14:textId="77777777" w:rsidTr="00D64134">
        <w:trPr>
          <w:cantSplit/>
          <w:jc w:val="center"/>
        </w:trPr>
        <w:tc>
          <w:tcPr>
            <w:tcW w:w="644" w:type="dxa"/>
            <w:vAlign w:val="center"/>
          </w:tcPr>
          <w:p w14:paraId="54769CB2" w14:textId="77777777" w:rsidR="00700BBC" w:rsidRDefault="00000000">
            <w:pPr>
              <w:spacing w:after="0" w:line="240" w:lineRule="auto"/>
              <w:ind w:firstLine="0"/>
              <w:jc w:val="center"/>
            </w:pPr>
            <w:r>
              <w:rPr>
                <w:sz w:val="18"/>
              </w:rPr>
              <w:t>99</w:t>
            </w:r>
          </w:p>
        </w:tc>
        <w:tc>
          <w:tcPr>
            <w:tcW w:w="4993" w:type="dxa"/>
            <w:vAlign w:val="center"/>
          </w:tcPr>
          <w:p w14:paraId="656644EF" w14:textId="77777777" w:rsidR="00700BBC" w:rsidRDefault="00000000">
            <w:pPr>
              <w:spacing w:after="0" w:line="240" w:lineRule="auto"/>
              <w:ind w:firstLine="0"/>
            </w:pPr>
            <w:r>
              <w:rPr>
                <w:sz w:val="18"/>
              </w:rPr>
              <w:t xml:space="preserve">The designer proposed a </w:t>
            </w:r>
            <w:r>
              <w:rPr>
                <w:b/>
                <w:sz w:val="18"/>
              </w:rPr>
              <w:t>whimsical</w:t>
            </w:r>
            <w:r>
              <w:rPr>
                <w:sz w:val="18"/>
              </w:rPr>
              <w:t xml:space="preserve"> idea for the children’s library.</w:t>
            </w:r>
          </w:p>
        </w:tc>
        <w:tc>
          <w:tcPr>
            <w:tcW w:w="4252" w:type="dxa"/>
            <w:vAlign w:val="center"/>
          </w:tcPr>
          <w:p w14:paraId="1F6F70B9" w14:textId="77777777" w:rsidR="00700BBC" w:rsidRDefault="00000000">
            <w:pPr>
              <w:spacing w:after="0" w:line="240" w:lineRule="auto"/>
              <w:ind w:firstLine="0"/>
            </w:pPr>
            <w:r>
              <w:rPr>
                <w:sz w:val="18"/>
              </w:rPr>
              <w:t>a) Serious    b) Playful or odd    c) Bad    d) Useful</w:t>
            </w:r>
          </w:p>
        </w:tc>
        <w:tc>
          <w:tcPr>
            <w:tcW w:w="5721" w:type="dxa"/>
            <w:vAlign w:val="center"/>
          </w:tcPr>
          <w:p w14:paraId="11443244" w14:textId="77777777" w:rsidR="00700BBC" w:rsidRDefault="00000000">
            <w:pPr>
              <w:spacing w:after="0" w:line="240" w:lineRule="auto"/>
              <w:ind w:firstLine="0"/>
            </w:pPr>
            <w:r>
              <w:rPr>
                <w:sz w:val="18"/>
              </w:rPr>
              <w:br/>
            </w:r>
            <w:r>
              <w:rPr>
                <w:sz w:val="18"/>
              </w:rPr>
              <w:br/>
            </w:r>
          </w:p>
        </w:tc>
      </w:tr>
      <w:tr w:rsidR="00700BBC" w14:paraId="1E49BA66" w14:textId="77777777" w:rsidTr="00D64134">
        <w:trPr>
          <w:cantSplit/>
          <w:jc w:val="center"/>
        </w:trPr>
        <w:tc>
          <w:tcPr>
            <w:tcW w:w="644" w:type="dxa"/>
            <w:vAlign w:val="center"/>
          </w:tcPr>
          <w:p w14:paraId="0E4465CA" w14:textId="77777777" w:rsidR="00700BBC" w:rsidRDefault="00000000">
            <w:pPr>
              <w:spacing w:after="0" w:line="240" w:lineRule="auto"/>
              <w:ind w:firstLine="0"/>
              <w:jc w:val="center"/>
            </w:pPr>
            <w:r>
              <w:rPr>
                <w:sz w:val="18"/>
              </w:rPr>
              <w:t>100</w:t>
            </w:r>
          </w:p>
        </w:tc>
        <w:tc>
          <w:tcPr>
            <w:tcW w:w="4993" w:type="dxa"/>
            <w:vAlign w:val="center"/>
          </w:tcPr>
          <w:p w14:paraId="7101BD6A" w14:textId="77777777" w:rsidR="00700BBC" w:rsidRDefault="00000000">
            <w:pPr>
              <w:spacing w:after="0" w:line="240" w:lineRule="auto"/>
              <w:ind w:firstLine="0"/>
            </w:pPr>
            <w:r>
              <w:rPr>
                <w:sz w:val="18"/>
              </w:rPr>
              <w:t xml:space="preserve">Winning the international award was the </w:t>
            </w:r>
            <w:r>
              <w:rPr>
                <w:b/>
                <w:sz w:val="18"/>
              </w:rPr>
              <w:t>zenith</w:t>
            </w:r>
            <w:r>
              <w:rPr>
                <w:sz w:val="18"/>
              </w:rPr>
              <w:t xml:space="preserve"> of his career.</w:t>
            </w:r>
          </w:p>
        </w:tc>
        <w:tc>
          <w:tcPr>
            <w:tcW w:w="4252" w:type="dxa"/>
            <w:vAlign w:val="center"/>
          </w:tcPr>
          <w:p w14:paraId="6ACC7B34" w14:textId="77777777" w:rsidR="00700BBC" w:rsidRDefault="00000000">
            <w:pPr>
              <w:spacing w:after="0" w:line="240" w:lineRule="auto"/>
              <w:ind w:firstLine="0"/>
            </w:pPr>
            <w:r>
              <w:rPr>
                <w:sz w:val="18"/>
              </w:rPr>
              <w:t>a) Start    b) Peak    c) End    d) Failure</w:t>
            </w:r>
          </w:p>
        </w:tc>
        <w:tc>
          <w:tcPr>
            <w:tcW w:w="5721" w:type="dxa"/>
            <w:vAlign w:val="center"/>
          </w:tcPr>
          <w:p w14:paraId="419F7B4B" w14:textId="77777777" w:rsidR="00700BBC" w:rsidRDefault="00000000">
            <w:pPr>
              <w:spacing w:after="0" w:line="240" w:lineRule="auto"/>
              <w:ind w:firstLine="0"/>
            </w:pPr>
            <w:r>
              <w:rPr>
                <w:sz w:val="18"/>
              </w:rPr>
              <w:br/>
            </w:r>
            <w:r>
              <w:rPr>
                <w:sz w:val="18"/>
              </w:rPr>
              <w:br/>
            </w:r>
          </w:p>
        </w:tc>
      </w:tr>
    </w:tbl>
    <w:p w14:paraId="0D809FD8" w14:textId="77777777" w:rsidR="00700BBC" w:rsidRDefault="00700BBC">
      <w:pPr>
        <w:sectPr w:rsidR="00700BBC">
          <w:footerReference w:type="default" r:id="rId8"/>
          <w:pgSz w:w="16834" w:h="11909" w:orient="landscape"/>
          <w:pgMar w:top="792" w:right="720" w:bottom="792" w:left="720" w:header="720" w:footer="720" w:gutter="0"/>
          <w:cols w:space="720"/>
          <w:docGrid w:linePitch="360"/>
        </w:sectPr>
      </w:pPr>
    </w:p>
    <w:p w14:paraId="1A80CB35" w14:textId="77777777" w:rsidR="00700BBC" w:rsidRDefault="00000000">
      <w:pPr>
        <w:pStyle w:val="Heading2"/>
        <w:spacing w:after="120"/>
        <w:ind w:firstLine="0"/>
      </w:pPr>
      <w:r>
        <w:rPr>
          <w:rFonts w:ascii="Times New Roman" w:eastAsia="Times New Roman" w:hAnsi="Times New Roman"/>
          <w:sz w:val="24"/>
        </w:rPr>
        <w:lastRenderedPageBreak/>
        <w:t>Scoring Guide for Instrument 1</w:t>
      </w:r>
    </w:p>
    <w:p w14:paraId="5A006A66" w14:textId="77777777" w:rsidR="00700BBC" w:rsidRDefault="00000000">
      <w:r>
        <w:rPr>
          <w:b/>
        </w:rPr>
        <w:t>Multiple-choice recognition score:</w:t>
      </w:r>
      <w:r>
        <w:t xml:space="preserve"> Award 1 point for each correct meaning option. The maximum score for this component is 100 points.</w:t>
      </w:r>
    </w:p>
    <w:p w14:paraId="5CFEA318" w14:textId="77777777" w:rsidR="00700BBC" w:rsidRDefault="00000000">
      <w:r>
        <w:rPr>
          <w:b/>
        </w:rPr>
        <w:t>Arabic translation score:</w:t>
      </w:r>
      <w:r>
        <w:t xml:space="preserve"> Award 2 points for an accurate Arabic equivalent that fits the sentence context; 1 point for a technically acceptable equivalent that is contextually awkward or stylistically weak; and 0 points for an incorrect, unrelated, or blank response. The maximum score for this component is 200 points.</w:t>
      </w:r>
    </w:p>
    <w:p w14:paraId="2FC3B9F8" w14:textId="77777777" w:rsidR="00700BBC" w:rsidRDefault="00000000">
      <w:r>
        <w:rPr>
          <w:b/>
        </w:rPr>
        <w:t>Total combined score:</w:t>
      </w:r>
      <w:r>
        <w:t xml:space="preserve"> The full test yields a maximum of 300 points: 100 points for recognition and 200 points for context-sensitive Arabic translation.</w:t>
      </w:r>
    </w:p>
    <w:p w14:paraId="02C2284E" w14:textId="77777777" w:rsidR="00700BBC" w:rsidRDefault="00000000">
      <w:r>
        <w:rPr>
          <w:b/>
        </w:rPr>
        <w:t>Validation note:</w:t>
      </w:r>
      <w:r>
        <w:t xml:space="preserve"> In the methodological description, this 100-item set is reported as having been examined through confirmatory factor analysis with N = 300, with items loading onto four dimensions: contextual decoding, L1 mapping, syntactic fitting, and lexical precision.</w:t>
      </w:r>
    </w:p>
    <w:p w14:paraId="76F30ACD" w14:textId="77777777" w:rsidR="00D64134" w:rsidRDefault="00D64134">
      <w:pPr>
        <w:spacing w:after="200" w:line="276" w:lineRule="auto"/>
        <w:ind w:firstLine="0"/>
        <w:rPr>
          <w:rFonts w:cstheme="majorBidi"/>
          <w:b/>
          <w:bCs/>
          <w:color w:val="000000"/>
          <w:szCs w:val="28"/>
        </w:rPr>
      </w:pPr>
      <w:r>
        <w:br w:type="page"/>
      </w:r>
    </w:p>
    <w:p w14:paraId="6D90D734" w14:textId="6B8F63C2" w:rsidR="00700BBC" w:rsidRDefault="00000000" w:rsidP="008B0B7A">
      <w:pPr>
        <w:pStyle w:val="Heading1"/>
        <w:spacing w:after="120"/>
        <w:ind w:firstLine="0"/>
        <w:jc w:val="center"/>
      </w:pPr>
      <w:r>
        <w:rPr>
          <w:rFonts w:ascii="Times New Roman" w:eastAsia="Times New Roman" w:hAnsi="Times New Roman"/>
          <w:sz w:val="24"/>
        </w:rPr>
        <w:lastRenderedPageBreak/>
        <w:t>Instrument 2. Translational Writing Rubric</w:t>
      </w:r>
    </w:p>
    <w:p w14:paraId="689CDFCD" w14:textId="77777777" w:rsidR="00700BBC" w:rsidRDefault="00000000">
      <w:r>
        <w:rPr>
          <w:b/>
        </w:rPr>
        <w:t>Purpose:</w:t>
      </w:r>
      <w:r>
        <w:t xml:space="preserve"> This rubric is used by instructors or trained raters to evaluate the writing quality of learners’ Arabic translations beyond isolated lexical recognition. Intermediate scores of 2 and 4 may be assigned when performance falls between the listed descriptors.</w:t>
      </w:r>
    </w:p>
    <w:tbl>
      <w:tblPr>
        <w:tblStyle w:val="TableGrid"/>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852"/>
        <w:gridCol w:w="2539"/>
        <w:gridCol w:w="2608"/>
        <w:gridCol w:w="2596"/>
      </w:tblGrid>
      <w:tr w:rsidR="00700BBC" w14:paraId="1D3AEB5E" w14:textId="77777777" w:rsidTr="008B0B7A">
        <w:trPr>
          <w:cantSplit/>
          <w:tblHeader/>
          <w:jc w:val="center"/>
        </w:trPr>
        <w:tc>
          <w:tcPr>
            <w:tcW w:w="965" w:type="pct"/>
            <w:shd w:val="clear" w:color="auto" w:fill="D9EAF7"/>
            <w:vAlign w:val="center"/>
          </w:tcPr>
          <w:p w14:paraId="65429A41" w14:textId="77777777" w:rsidR="00700BBC" w:rsidRDefault="00000000">
            <w:pPr>
              <w:spacing w:after="0" w:line="276" w:lineRule="auto"/>
              <w:ind w:firstLine="0"/>
              <w:jc w:val="center"/>
            </w:pPr>
            <w:r>
              <w:rPr>
                <w:b/>
                <w:sz w:val="20"/>
              </w:rPr>
              <w:t>Criterion</w:t>
            </w:r>
          </w:p>
        </w:tc>
        <w:tc>
          <w:tcPr>
            <w:tcW w:w="1323" w:type="pct"/>
            <w:shd w:val="clear" w:color="auto" w:fill="D9EAF7"/>
            <w:vAlign w:val="center"/>
          </w:tcPr>
          <w:p w14:paraId="4724A733" w14:textId="77777777" w:rsidR="00700BBC" w:rsidRDefault="00000000">
            <w:pPr>
              <w:spacing w:after="0" w:line="276" w:lineRule="auto"/>
              <w:ind w:firstLine="0"/>
              <w:jc w:val="center"/>
            </w:pPr>
            <w:r>
              <w:rPr>
                <w:b/>
                <w:sz w:val="20"/>
              </w:rPr>
              <w:t>5 = Excellent</w:t>
            </w:r>
          </w:p>
        </w:tc>
        <w:tc>
          <w:tcPr>
            <w:tcW w:w="1359" w:type="pct"/>
            <w:shd w:val="clear" w:color="auto" w:fill="D9EAF7"/>
            <w:vAlign w:val="center"/>
          </w:tcPr>
          <w:p w14:paraId="642F2578" w14:textId="77777777" w:rsidR="00700BBC" w:rsidRDefault="00000000">
            <w:pPr>
              <w:spacing w:after="0" w:line="276" w:lineRule="auto"/>
              <w:ind w:firstLine="0"/>
              <w:jc w:val="center"/>
            </w:pPr>
            <w:r>
              <w:rPr>
                <w:b/>
                <w:sz w:val="20"/>
              </w:rPr>
              <w:t>3 = Developing</w:t>
            </w:r>
          </w:p>
        </w:tc>
        <w:tc>
          <w:tcPr>
            <w:tcW w:w="1354" w:type="pct"/>
            <w:shd w:val="clear" w:color="auto" w:fill="D9EAF7"/>
            <w:vAlign w:val="center"/>
          </w:tcPr>
          <w:p w14:paraId="7FBD538B" w14:textId="77777777" w:rsidR="00700BBC" w:rsidRDefault="00000000">
            <w:pPr>
              <w:spacing w:after="0" w:line="276" w:lineRule="auto"/>
              <w:ind w:firstLine="0"/>
              <w:jc w:val="center"/>
            </w:pPr>
            <w:r>
              <w:rPr>
                <w:b/>
                <w:sz w:val="20"/>
              </w:rPr>
              <w:t>1 = Poor / Needs Revision</w:t>
            </w:r>
          </w:p>
        </w:tc>
      </w:tr>
      <w:tr w:rsidR="00700BBC" w14:paraId="24044BA3" w14:textId="77777777" w:rsidTr="008B0B7A">
        <w:trPr>
          <w:cantSplit/>
          <w:jc w:val="center"/>
        </w:trPr>
        <w:tc>
          <w:tcPr>
            <w:tcW w:w="965" w:type="pct"/>
            <w:vAlign w:val="center"/>
          </w:tcPr>
          <w:p w14:paraId="78642FF7" w14:textId="77777777" w:rsidR="00700BBC" w:rsidRDefault="00000000">
            <w:pPr>
              <w:spacing w:after="0" w:line="276" w:lineRule="auto"/>
              <w:ind w:firstLine="0"/>
            </w:pPr>
            <w:r>
              <w:rPr>
                <w:b/>
                <w:sz w:val="20"/>
              </w:rPr>
              <w:t>Idea Extraction</w:t>
            </w:r>
          </w:p>
        </w:tc>
        <w:tc>
          <w:tcPr>
            <w:tcW w:w="1323" w:type="pct"/>
            <w:vAlign w:val="center"/>
          </w:tcPr>
          <w:p w14:paraId="36910720" w14:textId="77777777" w:rsidR="00700BBC" w:rsidRDefault="00000000">
            <w:pPr>
              <w:spacing w:after="0" w:line="276" w:lineRule="auto"/>
              <w:ind w:firstLine="0"/>
            </w:pPr>
            <w:r>
              <w:rPr>
                <w:sz w:val="20"/>
              </w:rPr>
              <w:t>Fully captures the core idea, nuance, tone, and intended meaning of the English source sentence.</w:t>
            </w:r>
          </w:p>
        </w:tc>
        <w:tc>
          <w:tcPr>
            <w:tcW w:w="1359" w:type="pct"/>
            <w:vAlign w:val="center"/>
          </w:tcPr>
          <w:p w14:paraId="74CB1BC8" w14:textId="77777777" w:rsidR="00700BBC" w:rsidRDefault="00000000">
            <w:pPr>
              <w:spacing w:after="0" w:line="276" w:lineRule="auto"/>
              <w:ind w:firstLine="0"/>
            </w:pPr>
            <w:r>
              <w:rPr>
                <w:sz w:val="20"/>
              </w:rPr>
              <w:t>Captures the basic meaning but misses some nuance, emphasis, or contextual implication.</w:t>
            </w:r>
          </w:p>
        </w:tc>
        <w:tc>
          <w:tcPr>
            <w:tcW w:w="1354" w:type="pct"/>
            <w:vAlign w:val="center"/>
          </w:tcPr>
          <w:p w14:paraId="2EF5BA99" w14:textId="77777777" w:rsidR="00700BBC" w:rsidRDefault="00000000">
            <w:pPr>
              <w:spacing w:after="0" w:line="276" w:lineRule="auto"/>
              <w:ind w:firstLine="0"/>
            </w:pPr>
            <w:r>
              <w:rPr>
                <w:sz w:val="20"/>
              </w:rPr>
              <w:t>Fails to identify the core concept or misunderstands the sentence meaning.</w:t>
            </w:r>
          </w:p>
        </w:tc>
      </w:tr>
      <w:tr w:rsidR="00700BBC" w14:paraId="10F5F735" w14:textId="77777777" w:rsidTr="008B0B7A">
        <w:trPr>
          <w:cantSplit/>
          <w:jc w:val="center"/>
        </w:trPr>
        <w:tc>
          <w:tcPr>
            <w:tcW w:w="965" w:type="pct"/>
            <w:vAlign w:val="center"/>
          </w:tcPr>
          <w:p w14:paraId="53D66DB4" w14:textId="77777777" w:rsidR="00700BBC" w:rsidRDefault="00000000">
            <w:pPr>
              <w:spacing w:after="0" w:line="276" w:lineRule="auto"/>
              <w:ind w:firstLine="0"/>
            </w:pPr>
            <w:r>
              <w:rPr>
                <w:b/>
                <w:sz w:val="20"/>
              </w:rPr>
              <w:t>Paraphrasing and Naturalness</w:t>
            </w:r>
          </w:p>
        </w:tc>
        <w:tc>
          <w:tcPr>
            <w:tcW w:w="1323" w:type="pct"/>
            <w:vAlign w:val="center"/>
          </w:tcPr>
          <w:p w14:paraId="643B62C9" w14:textId="77777777" w:rsidR="00700BBC" w:rsidRDefault="00000000">
            <w:pPr>
              <w:spacing w:after="0" w:line="276" w:lineRule="auto"/>
              <w:ind w:firstLine="0"/>
            </w:pPr>
            <w:r>
              <w:rPr>
                <w:sz w:val="20"/>
              </w:rPr>
              <w:t>Produces natural Arabic phrasing that reads fluently and appropriately in the target context.</w:t>
            </w:r>
          </w:p>
        </w:tc>
        <w:tc>
          <w:tcPr>
            <w:tcW w:w="1359" w:type="pct"/>
            <w:vAlign w:val="center"/>
          </w:tcPr>
          <w:p w14:paraId="5549B566" w14:textId="77777777" w:rsidR="00700BBC" w:rsidRDefault="00000000">
            <w:pPr>
              <w:spacing w:after="0" w:line="276" w:lineRule="auto"/>
              <w:ind w:firstLine="0"/>
            </w:pPr>
            <w:r>
              <w:rPr>
                <w:sz w:val="20"/>
              </w:rPr>
              <w:t>Produces a mostly understandable translation, but the phrasing is literal, awkward, or insufficiently idiomatic.</w:t>
            </w:r>
          </w:p>
        </w:tc>
        <w:tc>
          <w:tcPr>
            <w:tcW w:w="1354" w:type="pct"/>
            <w:vAlign w:val="center"/>
          </w:tcPr>
          <w:p w14:paraId="07C0F7FA" w14:textId="77777777" w:rsidR="00700BBC" w:rsidRDefault="00000000">
            <w:pPr>
              <w:spacing w:after="0" w:line="276" w:lineRule="auto"/>
              <w:ind w:firstLine="0"/>
            </w:pPr>
            <w:r>
              <w:rPr>
                <w:sz w:val="20"/>
              </w:rPr>
              <w:t>Produces unnatural or syntactically faulty Arabic that weakens or distorts the intended meaning.</w:t>
            </w:r>
          </w:p>
        </w:tc>
      </w:tr>
      <w:tr w:rsidR="00700BBC" w14:paraId="62858300" w14:textId="77777777" w:rsidTr="008B0B7A">
        <w:trPr>
          <w:cantSplit/>
          <w:jc w:val="center"/>
        </w:trPr>
        <w:tc>
          <w:tcPr>
            <w:tcW w:w="965" w:type="pct"/>
            <w:vAlign w:val="center"/>
          </w:tcPr>
          <w:p w14:paraId="4719675F" w14:textId="77777777" w:rsidR="00700BBC" w:rsidRDefault="00000000">
            <w:pPr>
              <w:spacing w:after="0" w:line="276" w:lineRule="auto"/>
              <w:ind w:firstLine="0"/>
            </w:pPr>
            <w:r>
              <w:rPr>
                <w:b/>
                <w:sz w:val="20"/>
              </w:rPr>
              <w:t>Editing and Revision Accuracy</w:t>
            </w:r>
          </w:p>
        </w:tc>
        <w:tc>
          <w:tcPr>
            <w:tcW w:w="1323" w:type="pct"/>
            <w:vAlign w:val="center"/>
          </w:tcPr>
          <w:p w14:paraId="349F8D6A" w14:textId="77777777" w:rsidR="00700BBC" w:rsidRDefault="00000000">
            <w:pPr>
              <w:spacing w:after="0" w:line="276" w:lineRule="auto"/>
              <w:ind w:firstLine="0"/>
            </w:pPr>
            <w:r>
              <w:rPr>
                <w:sz w:val="20"/>
              </w:rPr>
              <w:t>Contains no significant grammatical, spelling, punctuation, or agreement errors in Arabic.</w:t>
            </w:r>
          </w:p>
        </w:tc>
        <w:tc>
          <w:tcPr>
            <w:tcW w:w="1359" w:type="pct"/>
            <w:vAlign w:val="center"/>
          </w:tcPr>
          <w:p w14:paraId="6800F68B" w14:textId="77777777" w:rsidR="00700BBC" w:rsidRDefault="00000000">
            <w:pPr>
              <w:spacing w:after="0" w:line="276" w:lineRule="auto"/>
              <w:ind w:firstLine="0"/>
            </w:pPr>
            <w:r>
              <w:rPr>
                <w:sz w:val="20"/>
              </w:rPr>
              <w:t>Contains minor errors that do not seriously obstruct comprehension.</w:t>
            </w:r>
          </w:p>
        </w:tc>
        <w:tc>
          <w:tcPr>
            <w:tcW w:w="1354" w:type="pct"/>
            <w:vAlign w:val="center"/>
          </w:tcPr>
          <w:p w14:paraId="07FF26F0" w14:textId="77777777" w:rsidR="00700BBC" w:rsidRDefault="00000000">
            <w:pPr>
              <w:spacing w:after="0" w:line="276" w:lineRule="auto"/>
              <w:ind w:firstLine="0"/>
            </w:pPr>
            <w:r>
              <w:rPr>
                <w:sz w:val="20"/>
              </w:rPr>
              <w:t>Contains frequent or serious Arabic writing errors that interfere with meaning.</w:t>
            </w:r>
          </w:p>
        </w:tc>
      </w:tr>
      <w:tr w:rsidR="00700BBC" w14:paraId="4C35937A" w14:textId="77777777" w:rsidTr="008B0B7A">
        <w:trPr>
          <w:cantSplit/>
          <w:jc w:val="center"/>
        </w:trPr>
        <w:tc>
          <w:tcPr>
            <w:tcW w:w="965" w:type="pct"/>
            <w:vAlign w:val="center"/>
          </w:tcPr>
          <w:p w14:paraId="36FF9195" w14:textId="77777777" w:rsidR="00700BBC" w:rsidRDefault="00000000">
            <w:pPr>
              <w:spacing w:after="0" w:line="276" w:lineRule="auto"/>
              <w:ind w:firstLine="0"/>
            </w:pPr>
            <w:r>
              <w:rPr>
                <w:b/>
                <w:sz w:val="20"/>
              </w:rPr>
              <w:t>Contextual Vocabulary Choice</w:t>
            </w:r>
          </w:p>
        </w:tc>
        <w:tc>
          <w:tcPr>
            <w:tcW w:w="1323" w:type="pct"/>
            <w:vAlign w:val="center"/>
          </w:tcPr>
          <w:p w14:paraId="0580E144" w14:textId="77777777" w:rsidR="00700BBC" w:rsidRDefault="00000000">
            <w:pPr>
              <w:spacing w:after="0" w:line="276" w:lineRule="auto"/>
              <w:ind w:firstLine="0"/>
            </w:pPr>
            <w:r>
              <w:rPr>
                <w:sz w:val="20"/>
              </w:rPr>
              <w:t>Selects an Arabic equivalent that fits the specific professional, academic, social, or rhetorical context of the sentence.</w:t>
            </w:r>
          </w:p>
        </w:tc>
        <w:tc>
          <w:tcPr>
            <w:tcW w:w="1359" w:type="pct"/>
            <w:vAlign w:val="center"/>
          </w:tcPr>
          <w:p w14:paraId="3C4EA2E7" w14:textId="77777777" w:rsidR="00700BBC" w:rsidRDefault="00000000">
            <w:pPr>
              <w:spacing w:after="0" w:line="276" w:lineRule="auto"/>
              <w:ind w:firstLine="0"/>
            </w:pPr>
            <w:r>
              <w:rPr>
                <w:sz w:val="20"/>
              </w:rPr>
              <w:t>Selects a technically possible equivalent, but the word choice is contextually weak or stylistically inappropriate.</w:t>
            </w:r>
          </w:p>
        </w:tc>
        <w:tc>
          <w:tcPr>
            <w:tcW w:w="1354" w:type="pct"/>
            <w:vAlign w:val="center"/>
          </w:tcPr>
          <w:p w14:paraId="2FCC5069" w14:textId="77777777" w:rsidR="00700BBC" w:rsidRDefault="00000000">
            <w:pPr>
              <w:spacing w:after="0" w:line="276" w:lineRule="auto"/>
              <w:ind w:firstLine="0"/>
            </w:pPr>
            <w:r>
              <w:rPr>
                <w:sz w:val="20"/>
              </w:rPr>
              <w:t>Selects an incorrect Arabic equivalent or one that does not fit the sentence context.</w:t>
            </w:r>
          </w:p>
        </w:tc>
      </w:tr>
    </w:tbl>
    <w:p w14:paraId="3E67862A" w14:textId="77777777" w:rsidR="00700BBC" w:rsidRDefault="00000000">
      <w:r>
        <w:rPr>
          <w:b/>
        </w:rPr>
        <w:t>Suggested scoring:</w:t>
      </w:r>
      <w:r>
        <w:t xml:space="preserve"> Sum the four criterion scores to obtain a qualitative translational writing score ranging from 4 to 20. This score may be reported separately or used to explain patterns in the quantitative test results.</w:t>
      </w:r>
    </w:p>
    <w:p w14:paraId="41342918" w14:textId="77777777" w:rsidR="00D64134" w:rsidRDefault="00D64134">
      <w:pPr>
        <w:spacing w:after="200" w:line="276" w:lineRule="auto"/>
        <w:ind w:firstLine="0"/>
        <w:rPr>
          <w:rFonts w:cstheme="majorBidi"/>
          <w:b/>
          <w:bCs/>
          <w:color w:val="000000"/>
          <w:szCs w:val="28"/>
        </w:rPr>
      </w:pPr>
      <w:r>
        <w:br w:type="page"/>
      </w:r>
    </w:p>
    <w:p w14:paraId="2492C0BE" w14:textId="64F25F05" w:rsidR="00700BBC" w:rsidRDefault="00000000" w:rsidP="008B0B7A">
      <w:pPr>
        <w:pStyle w:val="Heading1"/>
        <w:spacing w:after="120"/>
        <w:ind w:firstLine="0"/>
        <w:jc w:val="center"/>
      </w:pPr>
      <w:r>
        <w:rPr>
          <w:rFonts w:ascii="Times New Roman" w:eastAsia="Times New Roman" w:hAnsi="Times New Roman"/>
          <w:sz w:val="24"/>
        </w:rPr>
        <w:lastRenderedPageBreak/>
        <w:t>Instrument 3. Dictionary Strategy Checklist</w:t>
      </w:r>
    </w:p>
    <w:p w14:paraId="2CF8F771" w14:textId="77777777" w:rsidR="00700BBC" w:rsidRDefault="00000000">
      <w:r>
        <w:rPr>
          <w:b/>
        </w:rPr>
        <w:t>Purpose:</w:t>
      </w:r>
      <w:r>
        <w:t xml:space="preserve"> This checklist is completed by participants in the experimental group after each intervention session. It documents the extent to which learners use dictionary-supported strategies during translational writing tasks.</w:t>
      </w:r>
    </w:p>
    <w:p w14:paraId="6639694A" w14:textId="77777777" w:rsidR="00700BBC" w:rsidRDefault="00000000">
      <w:r>
        <w:rPr>
          <w:b/>
        </w:rPr>
        <w:t>Response scale:</w:t>
      </w:r>
      <w:r>
        <w:t xml:space="preserve"> 1 = Never, 2 = Rarely, 3 = Sometimes, 4 = Often, 5 = Always.</w:t>
      </w:r>
    </w:p>
    <w:p w14:paraId="43892169" w14:textId="77777777" w:rsidR="00700BBC" w:rsidRDefault="00000000">
      <w:r>
        <w:rPr>
          <w:b/>
        </w:rPr>
        <w:t>Student ID:</w:t>
      </w:r>
      <w:r>
        <w:t xml:space="preserve"> ____________________    Session No.: ________    Date: ____________________</w:t>
      </w:r>
    </w:p>
    <w:tbl>
      <w:tblPr>
        <w:tblStyle w:val="TableGrid"/>
        <w:tblW w:w="1005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48"/>
        <w:gridCol w:w="6192"/>
        <w:gridCol w:w="3211"/>
      </w:tblGrid>
      <w:tr w:rsidR="00700BBC" w14:paraId="60A2972A" w14:textId="77777777" w:rsidTr="00D64134">
        <w:trPr>
          <w:cantSplit/>
          <w:jc w:val="center"/>
        </w:trPr>
        <w:tc>
          <w:tcPr>
            <w:tcW w:w="648" w:type="dxa"/>
            <w:shd w:val="clear" w:color="auto" w:fill="D9EAF7"/>
            <w:vAlign w:val="center"/>
          </w:tcPr>
          <w:p w14:paraId="7ED397B3" w14:textId="77777777" w:rsidR="00700BBC" w:rsidRDefault="00000000">
            <w:pPr>
              <w:spacing w:after="0" w:line="240" w:lineRule="auto"/>
              <w:ind w:firstLine="0"/>
              <w:jc w:val="center"/>
            </w:pPr>
            <w:r>
              <w:rPr>
                <w:b/>
                <w:sz w:val="20"/>
              </w:rPr>
              <w:t>No.</w:t>
            </w:r>
          </w:p>
        </w:tc>
        <w:tc>
          <w:tcPr>
            <w:tcW w:w="6192" w:type="dxa"/>
            <w:shd w:val="clear" w:color="auto" w:fill="D9EAF7"/>
            <w:vAlign w:val="center"/>
          </w:tcPr>
          <w:p w14:paraId="166FB713" w14:textId="77777777" w:rsidR="00700BBC" w:rsidRDefault="00000000">
            <w:pPr>
              <w:spacing w:after="0" w:line="240" w:lineRule="auto"/>
              <w:ind w:firstLine="0"/>
              <w:jc w:val="center"/>
            </w:pPr>
            <w:r>
              <w:rPr>
                <w:b/>
                <w:sz w:val="20"/>
              </w:rPr>
              <w:t>Strategy Statement</w:t>
            </w:r>
          </w:p>
        </w:tc>
        <w:tc>
          <w:tcPr>
            <w:tcW w:w="3211" w:type="dxa"/>
            <w:shd w:val="clear" w:color="auto" w:fill="D9EAF7"/>
            <w:vAlign w:val="center"/>
          </w:tcPr>
          <w:p w14:paraId="56CF0FEB" w14:textId="77777777" w:rsidR="00700BBC" w:rsidRDefault="00000000">
            <w:pPr>
              <w:spacing w:after="0" w:line="240" w:lineRule="auto"/>
              <w:ind w:firstLine="0"/>
              <w:jc w:val="center"/>
            </w:pPr>
            <w:r>
              <w:rPr>
                <w:b/>
                <w:sz w:val="18"/>
              </w:rPr>
              <w:t>Rating: circle/check one</w:t>
            </w:r>
            <w:r>
              <w:rPr>
                <w:b/>
                <w:sz w:val="18"/>
              </w:rPr>
              <w:br/>
              <w:t>1 = Never   2 = Rarely   3 = Sometimes   4 = Often   5 = Always</w:t>
            </w:r>
          </w:p>
        </w:tc>
      </w:tr>
      <w:tr w:rsidR="00700BBC" w14:paraId="26E8D124" w14:textId="77777777" w:rsidTr="00D64134">
        <w:trPr>
          <w:cantSplit/>
          <w:jc w:val="center"/>
        </w:trPr>
        <w:tc>
          <w:tcPr>
            <w:tcW w:w="648" w:type="dxa"/>
            <w:vAlign w:val="center"/>
          </w:tcPr>
          <w:p w14:paraId="588E1C92" w14:textId="77777777" w:rsidR="00700BBC" w:rsidRDefault="00000000">
            <w:pPr>
              <w:spacing w:after="0" w:line="240" w:lineRule="auto"/>
              <w:ind w:firstLine="0"/>
              <w:jc w:val="center"/>
            </w:pPr>
            <w:r>
              <w:rPr>
                <w:sz w:val="20"/>
              </w:rPr>
              <w:t>1</w:t>
            </w:r>
          </w:p>
        </w:tc>
        <w:tc>
          <w:tcPr>
            <w:tcW w:w="6192" w:type="dxa"/>
            <w:vAlign w:val="center"/>
          </w:tcPr>
          <w:p w14:paraId="5EEADF9C" w14:textId="77777777" w:rsidR="00700BBC" w:rsidRDefault="00000000">
            <w:pPr>
              <w:spacing w:after="0" w:line="240" w:lineRule="auto"/>
              <w:ind w:firstLine="0"/>
            </w:pPr>
            <w:r>
              <w:rPr>
                <w:sz w:val="20"/>
              </w:rPr>
              <w:t>I tried to infer the word’s meaning from the sentence before opening the dictionary.</w:t>
            </w:r>
          </w:p>
        </w:tc>
        <w:tc>
          <w:tcPr>
            <w:tcW w:w="3211" w:type="dxa"/>
            <w:vAlign w:val="center"/>
          </w:tcPr>
          <w:p w14:paraId="739143F4" w14:textId="77777777" w:rsidR="00700BBC" w:rsidRDefault="00000000">
            <w:pPr>
              <w:spacing w:after="0" w:line="240" w:lineRule="auto"/>
              <w:ind w:firstLine="0"/>
              <w:jc w:val="center"/>
            </w:pPr>
            <w:r>
              <w:rPr>
                <w:sz w:val="20"/>
              </w:rPr>
              <w:t>□ 1     □ 2     □ 3     □ 4     □ 5</w:t>
            </w:r>
          </w:p>
        </w:tc>
      </w:tr>
      <w:tr w:rsidR="00700BBC" w14:paraId="6862953C" w14:textId="77777777" w:rsidTr="00D64134">
        <w:trPr>
          <w:cantSplit/>
          <w:jc w:val="center"/>
        </w:trPr>
        <w:tc>
          <w:tcPr>
            <w:tcW w:w="648" w:type="dxa"/>
            <w:vAlign w:val="center"/>
          </w:tcPr>
          <w:p w14:paraId="4CAC2253" w14:textId="77777777" w:rsidR="00700BBC" w:rsidRDefault="00000000">
            <w:pPr>
              <w:spacing w:after="0" w:line="240" w:lineRule="auto"/>
              <w:ind w:firstLine="0"/>
              <w:jc w:val="center"/>
            </w:pPr>
            <w:r>
              <w:rPr>
                <w:sz w:val="20"/>
              </w:rPr>
              <w:t>2</w:t>
            </w:r>
          </w:p>
        </w:tc>
        <w:tc>
          <w:tcPr>
            <w:tcW w:w="6192" w:type="dxa"/>
            <w:vAlign w:val="center"/>
          </w:tcPr>
          <w:p w14:paraId="02ADB89A" w14:textId="77777777" w:rsidR="00700BBC" w:rsidRDefault="00000000">
            <w:pPr>
              <w:spacing w:after="0" w:line="240" w:lineRule="auto"/>
              <w:ind w:firstLine="0"/>
            </w:pPr>
            <w:r>
              <w:rPr>
                <w:sz w:val="20"/>
              </w:rPr>
              <w:t>I examined usage examples in the online dictionary to see how the word functions in a sentence.</w:t>
            </w:r>
          </w:p>
        </w:tc>
        <w:tc>
          <w:tcPr>
            <w:tcW w:w="3211" w:type="dxa"/>
            <w:vAlign w:val="center"/>
          </w:tcPr>
          <w:p w14:paraId="5D8F9561" w14:textId="77777777" w:rsidR="00700BBC" w:rsidRDefault="00000000">
            <w:pPr>
              <w:spacing w:after="0" w:line="240" w:lineRule="auto"/>
              <w:ind w:firstLine="0"/>
              <w:jc w:val="center"/>
            </w:pPr>
            <w:r>
              <w:rPr>
                <w:sz w:val="20"/>
              </w:rPr>
              <w:t>□ 1     □ 2     □ 3     □ 4     □ 5</w:t>
            </w:r>
          </w:p>
        </w:tc>
      </w:tr>
      <w:tr w:rsidR="00700BBC" w14:paraId="4ACB04C6" w14:textId="77777777" w:rsidTr="00D64134">
        <w:trPr>
          <w:cantSplit/>
          <w:jc w:val="center"/>
        </w:trPr>
        <w:tc>
          <w:tcPr>
            <w:tcW w:w="648" w:type="dxa"/>
            <w:vAlign w:val="center"/>
          </w:tcPr>
          <w:p w14:paraId="29041E54" w14:textId="77777777" w:rsidR="00700BBC" w:rsidRDefault="00000000">
            <w:pPr>
              <w:spacing w:after="0" w:line="240" w:lineRule="auto"/>
              <w:ind w:firstLine="0"/>
              <w:jc w:val="center"/>
            </w:pPr>
            <w:r>
              <w:rPr>
                <w:sz w:val="20"/>
              </w:rPr>
              <w:t>3</w:t>
            </w:r>
          </w:p>
        </w:tc>
        <w:tc>
          <w:tcPr>
            <w:tcW w:w="6192" w:type="dxa"/>
            <w:vAlign w:val="center"/>
          </w:tcPr>
          <w:p w14:paraId="1E0C35D7" w14:textId="77777777" w:rsidR="00700BBC" w:rsidRDefault="00000000">
            <w:pPr>
              <w:spacing w:after="0" w:line="240" w:lineRule="auto"/>
              <w:ind w:firstLine="0"/>
            </w:pPr>
            <w:r>
              <w:rPr>
                <w:sz w:val="20"/>
              </w:rPr>
              <w:t>I listened to the audio pronunciation or checked the phonetic transcription before finalizing my translation.</w:t>
            </w:r>
          </w:p>
        </w:tc>
        <w:tc>
          <w:tcPr>
            <w:tcW w:w="3211" w:type="dxa"/>
            <w:vAlign w:val="center"/>
          </w:tcPr>
          <w:p w14:paraId="557A2ADB" w14:textId="77777777" w:rsidR="00700BBC" w:rsidRDefault="00000000">
            <w:pPr>
              <w:spacing w:after="0" w:line="240" w:lineRule="auto"/>
              <w:ind w:firstLine="0"/>
              <w:jc w:val="center"/>
            </w:pPr>
            <w:r>
              <w:rPr>
                <w:sz w:val="20"/>
              </w:rPr>
              <w:t>□ 1     □ 2     □ 3     □ 4     □ 5</w:t>
            </w:r>
          </w:p>
        </w:tc>
      </w:tr>
      <w:tr w:rsidR="00700BBC" w14:paraId="594AA419" w14:textId="77777777" w:rsidTr="00D64134">
        <w:trPr>
          <w:cantSplit/>
          <w:jc w:val="center"/>
        </w:trPr>
        <w:tc>
          <w:tcPr>
            <w:tcW w:w="648" w:type="dxa"/>
            <w:vAlign w:val="center"/>
          </w:tcPr>
          <w:p w14:paraId="69830B60" w14:textId="77777777" w:rsidR="00700BBC" w:rsidRDefault="00000000">
            <w:pPr>
              <w:spacing w:after="0" w:line="240" w:lineRule="auto"/>
              <w:ind w:firstLine="0"/>
              <w:jc w:val="center"/>
            </w:pPr>
            <w:r>
              <w:rPr>
                <w:sz w:val="20"/>
              </w:rPr>
              <w:t>4</w:t>
            </w:r>
          </w:p>
        </w:tc>
        <w:tc>
          <w:tcPr>
            <w:tcW w:w="6192" w:type="dxa"/>
            <w:vAlign w:val="center"/>
          </w:tcPr>
          <w:p w14:paraId="63584DD8" w14:textId="77777777" w:rsidR="00700BBC" w:rsidRDefault="00000000">
            <w:pPr>
              <w:spacing w:after="0" w:line="240" w:lineRule="auto"/>
              <w:ind w:firstLine="0"/>
            </w:pPr>
            <w:r>
              <w:rPr>
                <w:sz w:val="20"/>
              </w:rPr>
              <w:t>I checked the part of speech of the target word before selecting the Arabic equivalent.</w:t>
            </w:r>
          </w:p>
        </w:tc>
        <w:tc>
          <w:tcPr>
            <w:tcW w:w="3211" w:type="dxa"/>
            <w:vAlign w:val="center"/>
          </w:tcPr>
          <w:p w14:paraId="4DAF4DDB" w14:textId="77777777" w:rsidR="00700BBC" w:rsidRDefault="00000000">
            <w:pPr>
              <w:spacing w:after="0" w:line="240" w:lineRule="auto"/>
              <w:ind w:firstLine="0"/>
              <w:jc w:val="center"/>
            </w:pPr>
            <w:r>
              <w:rPr>
                <w:sz w:val="20"/>
              </w:rPr>
              <w:t>□ 1     □ 2     □ 3     □ 4     □ 5</w:t>
            </w:r>
          </w:p>
        </w:tc>
      </w:tr>
      <w:tr w:rsidR="00700BBC" w14:paraId="43A6327F" w14:textId="77777777" w:rsidTr="00D64134">
        <w:trPr>
          <w:cantSplit/>
          <w:jc w:val="center"/>
        </w:trPr>
        <w:tc>
          <w:tcPr>
            <w:tcW w:w="648" w:type="dxa"/>
            <w:vAlign w:val="center"/>
          </w:tcPr>
          <w:p w14:paraId="1F862F3F" w14:textId="77777777" w:rsidR="00700BBC" w:rsidRDefault="00000000">
            <w:pPr>
              <w:spacing w:after="0" w:line="240" w:lineRule="auto"/>
              <w:ind w:firstLine="0"/>
              <w:jc w:val="center"/>
            </w:pPr>
            <w:r>
              <w:rPr>
                <w:sz w:val="20"/>
              </w:rPr>
              <w:t>5</w:t>
            </w:r>
          </w:p>
        </w:tc>
        <w:tc>
          <w:tcPr>
            <w:tcW w:w="6192" w:type="dxa"/>
            <w:vAlign w:val="center"/>
          </w:tcPr>
          <w:p w14:paraId="79CF4765" w14:textId="77777777" w:rsidR="00700BBC" w:rsidRDefault="00000000">
            <w:pPr>
              <w:spacing w:after="0" w:line="240" w:lineRule="auto"/>
              <w:ind w:firstLine="0"/>
            </w:pPr>
            <w:r>
              <w:rPr>
                <w:sz w:val="20"/>
              </w:rPr>
              <w:t>I connected the dictionary definition to my prior knowledge, classroom learning, or personal experience.</w:t>
            </w:r>
          </w:p>
        </w:tc>
        <w:tc>
          <w:tcPr>
            <w:tcW w:w="3211" w:type="dxa"/>
            <w:vAlign w:val="center"/>
          </w:tcPr>
          <w:p w14:paraId="1FF2E0C9" w14:textId="77777777" w:rsidR="00700BBC" w:rsidRDefault="00000000">
            <w:pPr>
              <w:spacing w:after="0" w:line="240" w:lineRule="auto"/>
              <w:ind w:firstLine="0"/>
              <w:jc w:val="center"/>
            </w:pPr>
            <w:r>
              <w:rPr>
                <w:sz w:val="20"/>
              </w:rPr>
              <w:t>□ 1     □ 2     □ 3     □ 4     □ 5</w:t>
            </w:r>
          </w:p>
        </w:tc>
      </w:tr>
    </w:tbl>
    <w:p w14:paraId="59EC03CF" w14:textId="77777777" w:rsidR="00700BBC" w:rsidRDefault="00000000">
      <w:pPr>
        <w:pStyle w:val="Heading1"/>
        <w:spacing w:after="120"/>
        <w:ind w:firstLine="0"/>
      </w:pPr>
      <w:r>
        <w:rPr>
          <w:rFonts w:ascii="Times New Roman" w:eastAsia="Times New Roman" w:hAnsi="Times New Roman"/>
          <w:sz w:val="24"/>
        </w:rPr>
        <w:t>Instrument 4. Metacognitive Peer-Review Sheet</w:t>
      </w:r>
    </w:p>
    <w:p w14:paraId="4E5AF597" w14:textId="77777777" w:rsidR="00700BBC" w:rsidRDefault="00000000">
      <w:r>
        <w:rPr>
          <w:b/>
        </w:rPr>
        <w:t>Purpose:</w:t>
      </w:r>
      <w:r>
        <w:t xml:space="preserve"> This sheet is used during the intervention sessions to help learners observe, discuss, and revise translation choices. It encourages attention to natural Arabic phrasing, dictionary evidence, instructor feedback, and metacognitive reflection.</w:t>
      </w:r>
    </w:p>
    <w:tbl>
      <w:tblPr>
        <w:tblStyle w:val="TableGrid"/>
        <w:tblW w:w="976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88"/>
        <w:gridCol w:w="7679"/>
      </w:tblGrid>
      <w:tr w:rsidR="00700BBC" w14:paraId="1C9FF895" w14:textId="77777777" w:rsidTr="00D64134">
        <w:trPr>
          <w:cantSplit/>
          <w:jc w:val="center"/>
        </w:trPr>
        <w:tc>
          <w:tcPr>
            <w:tcW w:w="2088" w:type="dxa"/>
            <w:shd w:val="clear" w:color="auto" w:fill="EDEDED"/>
            <w:vAlign w:val="center"/>
          </w:tcPr>
          <w:p w14:paraId="128C7015" w14:textId="77777777" w:rsidR="00700BBC" w:rsidRDefault="00000000">
            <w:pPr>
              <w:spacing w:after="0" w:line="240" w:lineRule="auto"/>
              <w:ind w:firstLine="0"/>
            </w:pPr>
            <w:r>
              <w:rPr>
                <w:b/>
                <w:sz w:val="20"/>
              </w:rPr>
              <w:t>Student Name</w:t>
            </w:r>
          </w:p>
        </w:tc>
        <w:tc>
          <w:tcPr>
            <w:tcW w:w="7679" w:type="dxa"/>
            <w:vAlign w:val="center"/>
          </w:tcPr>
          <w:p w14:paraId="30B4A162" w14:textId="77777777" w:rsidR="00700BBC" w:rsidRDefault="00000000">
            <w:pPr>
              <w:spacing w:after="0" w:line="240" w:lineRule="auto"/>
              <w:ind w:firstLine="0"/>
            </w:pPr>
            <w:r>
              <w:rPr>
                <w:sz w:val="20"/>
              </w:rPr>
              <w:t>________________________________________________________</w:t>
            </w:r>
          </w:p>
        </w:tc>
      </w:tr>
      <w:tr w:rsidR="00700BBC" w14:paraId="2352AE4C" w14:textId="77777777" w:rsidTr="00D64134">
        <w:trPr>
          <w:cantSplit/>
          <w:jc w:val="center"/>
        </w:trPr>
        <w:tc>
          <w:tcPr>
            <w:tcW w:w="2088" w:type="dxa"/>
            <w:shd w:val="clear" w:color="auto" w:fill="EDEDED"/>
            <w:vAlign w:val="center"/>
          </w:tcPr>
          <w:p w14:paraId="401026A6" w14:textId="77777777" w:rsidR="00700BBC" w:rsidRDefault="00000000">
            <w:pPr>
              <w:spacing w:after="0" w:line="240" w:lineRule="auto"/>
              <w:ind w:firstLine="0"/>
            </w:pPr>
            <w:r>
              <w:rPr>
                <w:b/>
                <w:sz w:val="20"/>
              </w:rPr>
              <w:t>Partner Name</w:t>
            </w:r>
          </w:p>
        </w:tc>
        <w:tc>
          <w:tcPr>
            <w:tcW w:w="7679" w:type="dxa"/>
            <w:vAlign w:val="center"/>
          </w:tcPr>
          <w:p w14:paraId="46A782D3" w14:textId="77777777" w:rsidR="00700BBC" w:rsidRDefault="00000000">
            <w:pPr>
              <w:spacing w:after="0" w:line="240" w:lineRule="auto"/>
              <w:ind w:firstLine="0"/>
            </w:pPr>
            <w:r>
              <w:rPr>
                <w:sz w:val="20"/>
              </w:rPr>
              <w:t>________________________________________________________</w:t>
            </w:r>
          </w:p>
        </w:tc>
      </w:tr>
      <w:tr w:rsidR="00700BBC" w14:paraId="6F659CB4" w14:textId="77777777" w:rsidTr="00D64134">
        <w:trPr>
          <w:cantSplit/>
          <w:jc w:val="center"/>
        </w:trPr>
        <w:tc>
          <w:tcPr>
            <w:tcW w:w="2088" w:type="dxa"/>
            <w:shd w:val="clear" w:color="auto" w:fill="EDEDED"/>
            <w:vAlign w:val="center"/>
          </w:tcPr>
          <w:p w14:paraId="35F564B0" w14:textId="77777777" w:rsidR="00700BBC" w:rsidRDefault="00000000">
            <w:pPr>
              <w:spacing w:after="0" w:line="240" w:lineRule="auto"/>
              <w:ind w:firstLine="0"/>
            </w:pPr>
            <w:r>
              <w:rPr>
                <w:b/>
                <w:sz w:val="20"/>
              </w:rPr>
              <w:t>Session No. / Date</w:t>
            </w:r>
          </w:p>
        </w:tc>
        <w:tc>
          <w:tcPr>
            <w:tcW w:w="7679" w:type="dxa"/>
            <w:vAlign w:val="center"/>
          </w:tcPr>
          <w:p w14:paraId="22248DEE" w14:textId="77777777" w:rsidR="00700BBC" w:rsidRDefault="00000000">
            <w:pPr>
              <w:spacing w:after="0" w:line="240" w:lineRule="auto"/>
              <w:ind w:firstLine="0"/>
            </w:pPr>
            <w:r>
              <w:rPr>
                <w:sz w:val="20"/>
              </w:rPr>
              <w:t>________________________________________________________</w:t>
            </w:r>
          </w:p>
        </w:tc>
      </w:tr>
      <w:tr w:rsidR="00700BBC" w14:paraId="06DBADC6" w14:textId="77777777" w:rsidTr="00D64134">
        <w:trPr>
          <w:cantSplit/>
          <w:jc w:val="center"/>
        </w:trPr>
        <w:tc>
          <w:tcPr>
            <w:tcW w:w="2088" w:type="dxa"/>
            <w:shd w:val="clear" w:color="auto" w:fill="EDEDED"/>
            <w:vAlign w:val="center"/>
          </w:tcPr>
          <w:p w14:paraId="28399CE7" w14:textId="77777777" w:rsidR="00700BBC" w:rsidRDefault="00000000">
            <w:pPr>
              <w:spacing w:after="0" w:line="240" w:lineRule="auto"/>
              <w:ind w:firstLine="0"/>
            </w:pPr>
            <w:r>
              <w:rPr>
                <w:b/>
                <w:sz w:val="20"/>
              </w:rPr>
              <w:t>Peer Observation</w:t>
            </w:r>
          </w:p>
        </w:tc>
        <w:tc>
          <w:tcPr>
            <w:tcW w:w="7679" w:type="dxa"/>
            <w:vAlign w:val="center"/>
          </w:tcPr>
          <w:p w14:paraId="454518F8" w14:textId="77777777" w:rsidR="00700BBC" w:rsidRDefault="00000000">
            <w:pPr>
              <w:spacing w:after="0" w:line="240" w:lineRule="auto"/>
              <w:ind w:firstLine="0"/>
            </w:pPr>
            <w:r>
              <w:rPr>
                <w:sz w:val="20"/>
              </w:rPr>
              <w:t>Did your partner choose an Arabic word or phrase that sounds natural in the sentence?  □ Yes    □ No</w:t>
            </w:r>
          </w:p>
        </w:tc>
      </w:tr>
      <w:tr w:rsidR="00700BBC" w14:paraId="4DF068F2" w14:textId="77777777" w:rsidTr="00D64134">
        <w:trPr>
          <w:cantSplit/>
          <w:jc w:val="center"/>
        </w:trPr>
        <w:tc>
          <w:tcPr>
            <w:tcW w:w="2088" w:type="dxa"/>
            <w:shd w:val="clear" w:color="auto" w:fill="EDEDED"/>
            <w:vAlign w:val="center"/>
          </w:tcPr>
          <w:p w14:paraId="34A649F1" w14:textId="77777777" w:rsidR="00700BBC" w:rsidRDefault="00000000">
            <w:pPr>
              <w:spacing w:after="0" w:line="240" w:lineRule="auto"/>
              <w:ind w:firstLine="0"/>
            </w:pPr>
            <w:r>
              <w:rPr>
                <w:b/>
                <w:sz w:val="20"/>
              </w:rPr>
              <w:t>Suggested Improvement</w:t>
            </w:r>
          </w:p>
        </w:tc>
        <w:tc>
          <w:tcPr>
            <w:tcW w:w="7679" w:type="dxa"/>
            <w:vAlign w:val="center"/>
          </w:tcPr>
          <w:p w14:paraId="6A6F6130" w14:textId="5E5A91DD" w:rsidR="00700BBC" w:rsidRDefault="00000000">
            <w:pPr>
              <w:spacing w:after="0" w:line="240" w:lineRule="auto"/>
              <w:ind w:firstLine="0"/>
            </w:pPr>
            <w:r>
              <w:rPr>
                <w:sz w:val="20"/>
              </w:rPr>
              <w:t>Write one specific suggestion that could improve your partner’s translation.</w:t>
            </w:r>
            <w:r>
              <w:rPr>
                <w:sz w:val="20"/>
              </w:rPr>
              <w:br/>
            </w:r>
            <w:r>
              <w:rPr>
                <w:sz w:val="20"/>
              </w:rPr>
              <w:br/>
            </w:r>
          </w:p>
        </w:tc>
      </w:tr>
      <w:tr w:rsidR="00700BBC" w14:paraId="18D3B565" w14:textId="77777777" w:rsidTr="00D64134">
        <w:trPr>
          <w:cantSplit/>
          <w:jc w:val="center"/>
        </w:trPr>
        <w:tc>
          <w:tcPr>
            <w:tcW w:w="2088" w:type="dxa"/>
            <w:shd w:val="clear" w:color="auto" w:fill="EDEDED"/>
            <w:vAlign w:val="center"/>
          </w:tcPr>
          <w:p w14:paraId="1AF6E515" w14:textId="77777777" w:rsidR="00700BBC" w:rsidRDefault="00000000">
            <w:pPr>
              <w:spacing w:after="0" w:line="240" w:lineRule="auto"/>
              <w:ind w:firstLine="0"/>
            </w:pPr>
            <w:r>
              <w:rPr>
                <w:b/>
                <w:sz w:val="20"/>
              </w:rPr>
              <w:t>Dictionary Insight</w:t>
            </w:r>
          </w:p>
        </w:tc>
        <w:tc>
          <w:tcPr>
            <w:tcW w:w="7679" w:type="dxa"/>
            <w:vAlign w:val="center"/>
          </w:tcPr>
          <w:p w14:paraId="0CBF0FF4" w14:textId="6FFC9FF0" w:rsidR="00700BBC" w:rsidRDefault="00000000">
            <w:pPr>
              <w:spacing w:after="0" w:line="240" w:lineRule="auto"/>
              <w:ind w:firstLine="0"/>
            </w:pPr>
            <w:r>
              <w:rPr>
                <w:sz w:val="20"/>
              </w:rPr>
              <w:t>What usage note, example sentence, collocation, or part-of-speech clue from the online dictionary helped you decide on the final translation?</w:t>
            </w:r>
            <w:r>
              <w:rPr>
                <w:sz w:val="20"/>
              </w:rPr>
              <w:br/>
            </w:r>
          </w:p>
        </w:tc>
      </w:tr>
      <w:tr w:rsidR="00700BBC" w14:paraId="433E0A86" w14:textId="77777777" w:rsidTr="00D64134">
        <w:trPr>
          <w:cantSplit/>
          <w:jc w:val="center"/>
        </w:trPr>
        <w:tc>
          <w:tcPr>
            <w:tcW w:w="2088" w:type="dxa"/>
            <w:shd w:val="clear" w:color="auto" w:fill="EDEDED"/>
            <w:vAlign w:val="center"/>
          </w:tcPr>
          <w:p w14:paraId="0CE2AE8C" w14:textId="77777777" w:rsidR="00700BBC" w:rsidRDefault="00000000">
            <w:pPr>
              <w:spacing w:after="0" w:line="240" w:lineRule="auto"/>
              <w:ind w:firstLine="0"/>
            </w:pPr>
            <w:r>
              <w:rPr>
                <w:b/>
                <w:sz w:val="20"/>
              </w:rPr>
              <w:t>Instructor Revision</w:t>
            </w:r>
          </w:p>
        </w:tc>
        <w:tc>
          <w:tcPr>
            <w:tcW w:w="7679" w:type="dxa"/>
            <w:vAlign w:val="center"/>
          </w:tcPr>
          <w:p w14:paraId="6F4EF5F1" w14:textId="77777777" w:rsidR="00700BBC" w:rsidRDefault="00000000">
            <w:pPr>
              <w:spacing w:after="0" w:line="240" w:lineRule="auto"/>
              <w:ind w:firstLine="0"/>
            </w:pPr>
            <w:r>
              <w:rPr>
                <w:sz w:val="20"/>
              </w:rPr>
              <w:t>After instructor feedback, what was the main reason for correcting or revising the initial translation?</w:t>
            </w:r>
            <w:r>
              <w:rPr>
                <w:sz w:val="20"/>
              </w:rPr>
              <w:br/>
              <w:t>□ Wrong context    □ Grammar error    □ Literal translation    □ Weak word choice    □ Other: ____________________</w:t>
            </w:r>
          </w:p>
        </w:tc>
      </w:tr>
      <w:tr w:rsidR="00700BBC" w14:paraId="07477084" w14:textId="77777777" w:rsidTr="00D64134">
        <w:trPr>
          <w:cantSplit/>
          <w:jc w:val="center"/>
        </w:trPr>
        <w:tc>
          <w:tcPr>
            <w:tcW w:w="2088" w:type="dxa"/>
            <w:shd w:val="clear" w:color="auto" w:fill="EDEDED"/>
            <w:vAlign w:val="center"/>
          </w:tcPr>
          <w:p w14:paraId="3E2686C7" w14:textId="77777777" w:rsidR="00700BBC" w:rsidRDefault="00000000">
            <w:pPr>
              <w:spacing w:after="0" w:line="240" w:lineRule="auto"/>
              <w:ind w:firstLine="0"/>
            </w:pPr>
            <w:r>
              <w:rPr>
                <w:b/>
                <w:sz w:val="20"/>
              </w:rPr>
              <w:t>Reflection</w:t>
            </w:r>
          </w:p>
        </w:tc>
        <w:tc>
          <w:tcPr>
            <w:tcW w:w="7679" w:type="dxa"/>
            <w:vAlign w:val="center"/>
          </w:tcPr>
          <w:p w14:paraId="670D60CC" w14:textId="50AA3BBB" w:rsidR="00700BBC" w:rsidRDefault="00000000">
            <w:pPr>
              <w:spacing w:after="0" w:line="240" w:lineRule="auto"/>
              <w:ind w:firstLine="0"/>
            </w:pPr>
            <w:r>
              <w:rPr>
                <w:sz w:val="20"/>
              </w:rPr>
              <w:t>What did you learn from this review that may improve your next translation task?</w:t>
            </w:r>
            <w:r>
              <w:rPr>
                <w:sz w:val="20"/>
              </w:rPr>
              <w:br/>
            </w:r>
          </w:p>
        </w:tc>
      </w:tr>
    </w:tbl>
    <w:p w14:paraId="5AB43BD6" w14:textId="688F591D" w:rsidR="00700BBC" w:rsidRDefault="00700BBC" w:rsidP="008B0B7A"/>
    <w:sectPr w:rsidR="00700BBC" w:rsidSect="00034616">
      <w:pgSz w:w="11909" w:h="16834"/>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95536" w14:textId="77777777" w:rsidR="00E34EFB" w:rsidRDefault="00E34EFB">
      <w:pPr>
        <w:spacing w:after="0" w:line="240" w:lineRule="auto"/>
      </w:pPr>
      <w:r>
        <w:separator/>
      </w:r>
    </w:p>
  </w:endnote>
  <w:endnote w:type="continuationSeparator" w:id="0">
    <w:p w14:paraId="59AE3C8B" w14:textId="77777777" w:rsidR="00E34EFB" w:rsidRDefault="00E3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17DE5" w14:textId="77777777" w:rsidR="00700BBC" w:rsidRDefault="00700B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C25E2" w14:textId="77777777" w:rsidR="00E34EFB" w:rsidRDefault="00E34EFB">
      <w:pPr>
        <w:spacing w:after="0" w:line="240" w:lineRule="auto"/>
      </w:pPr>
      <w:r>
        <w:separator/>
      </w:r>
    </w:p>
  </w:footnote>
  <w:footnote w:type="continuationSeparator" w:id="0">
    <w:p w14:paraId="78DC488D" w14:textId="77777777" w:rsidR="00E34EFB" w:rsidRDefault="00E34E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1192582">
    <w:abstractNumId w:val="8"/>
  </w:num>
  <w:num w:numId="2" w16cid:durableId="12192464">
    <w:abstractNumId w:val="6"/>
  </w:num>
  <w:num w:numId="3" w16cid:durableId="1813595108">
    <w:abstractNumId w:val="5"/>
  </w:num>
  <w:num w:numId="4" w16cid:durableId="786588270">
    <w:abstractNumId w:val="4"/>
  </w:num>
  <w:num w:numId="5" w16cid:durableId="1062556520">
    <w:abstractNumId w:val="7"/>
  </w:num>
  <w:num w:numId="6" w16cid:durableId="894199822">
    <w:abstractNumId w:val="3"/>
  </w:num>
  <w:num w:numId="7" w16cid:durableId="414593887">
    <w:abstractNumId w:val="2"/>
  </w:num>
  <w:num w:numId="8" w16cid:durableId="1943489758">
    <w:abstractNumId w:val="1"/>
  </w:num>
  <w:num w:numId="9" w16cid:durableId="494418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77A9"/>
    <w:rsid w:val="0029639D"/>
    <w:rsid w:val="00326F90"/>
    <w:rsid w:val="00455580"/>
    <w:rsid w:val="0046530B"/>
    <w:rsid w:val="00700BBC"/>
    <w:rsid w:val="008B0B7A"/>
    <w:rsid w:val="00AA1D8D"/>
    <w:rsid w:val="00B47730"/>
    <w:rsid w:val="00CB0664"/>
    <w:rsid w:val="00D64134"/>
    <w:rsid w:val="00E34E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F61875"/>
  <w14:defaultImageDpi w14:val="300"/>
  <w15:docId w15:val="{EBF3D022-57A8-40F1-A42A-DD4EAE379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ind w:firstLine="432"/>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432"/>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2935</Words>
  <Characters>15031</Characters>
  <Application>Microsoft Office Word</Application>
  <DocSecurity>0</DocSecurity>
  <Lines>835</Lines>
  <Paragraphs>472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Instruments for the Translational Writing Study</dc:title>
  <dc:subject>Translational writing assessment instruments</dc:subject>
  <dc:creator>mohamed39</dc:creator>
  <cp:keywords/>
  <dc:description>Generated and formatted as a clean Word document.</dc:description>
  <cp:lastModifiedBy>mohamed39</cp:lastModifiedBy>
  <cp:revision>3</cp:revision>
  <dcterms:created xsi:type="dcterms:W3CDTF">2026-05-03T16:17:00Z</dcterms:created>
  <dcterms:modified xsi:type="dcterms:W3CDTF">2026-05-04T20:18:00Z</dcterms:modified>
  <cp:category/>
</cp:coreProperties>
</file>