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ACFE" w14:textId="77777777" w:rsidR="00034F1F" w:rsidRDefault="00000000">
      <w:pPr>
        <w:spacing w:after="120"/>
        <w:jc w:val="center"/>
        <w:rPr>
          <w:sz w:val="28"/>
          <w:szCs w:val="28"/>
        </w:rPr>
      </w:pPr>
      <w:r>
        <w:rPr>
          <w:b/>
          <w:sz w:val="28"/>
          <w:szCs w:val="28"/>
        </w:rPr>
        <w:t>Online Resource 3</w:t>
      </w:r>
    </w:p>
    <w:p w14:paraId="2DD4A114" w14:textId="77777777" w:rsidR="00034F1F" w:rsidRDefault="00000000">
      <w:pPr>
        <w:spacing w:after="120"/>
        <w:jc w:val="center"/>
      </w:pPr>
      <w:r>
        <w:rPr>
          <w:b/>
          <w:sz w:val="28"/>
        </w:rPr>
        <w:t>Supplementary Diagnostics</w:t>
      </w:r>
    </w:p>
    <w:p w14:paraId="5134355C" w14:textId="69B07A6F" w:rsidR="00034F1F" w:rsidRPr="001F171C" w:rsidRDefault="00000000" w:rsidP="001F171C">
      <w:pPr>
        <w:spacing w:after="120"/>
        <w:jc w:val="center"/>
        <w:rPr>
          <w:sz w:val="20"/>
          <w:szCs w:val="20"/>
        </w:rPr>
      </w:pPr>
      <w:r w:rsidRPr="001F171C">
        <w:rPr>
          <w:sz w:val="20"/>
          <w:szCs w:val="20"/>
        </w:rPr>
        <w:t xml:space="preserve">Supplementary information for: </w:t>
      </w:r>
      <w:r w:rsidR="001F171C" w:rsidRPr="001F171C">
        <w:rPr>
          <w:sz w:val="20"/>
          <w:szCs w:val="20"/>
        </w:rPr>
        <w:t>The Digital Reputation Gap: Selective Corporate Digital Responsibility Disclosure in French Listed Companies</w:t>
      </w:r>
    </w:p>
    <w:p w14:paraId="5AEFF3FF" w14:textId="77777777" w:rsidR="00034F1F" w:rsidRDefault="00000000">
      <w:pPr>
        <w:spacing w:after="120"/>
        <w:jc w:val="center"/>
        <w:rPr>
          <w:sz w:val="20"/>
          <w:szCs w:val="20"/>
        </w:rPr>
      </w:pPr>
      <w:r>
        <w:rPr>
          <w:sz w:val="20"/>
          <w:szCs w:val="20"/>
        </w:rPr>
        <w:t>Journal: Corporate Reputation Review | Author information omitted for double-blind peer review</w:t>
      </w:r>
    </w:p>
    <w:p w14:paraId="427054DA" w14:textId="77777777" w:rsidR="00034F1F" w:rsidRDefault="00000000">
      <w:pPr>
        <w:spacing w:after="120"/>
        <w:rPr>
          <w:sz w:val="20"/>
          <w:szCs w:val="20"/>
        </w:rPr>
      </w:pPr>
      <w:r>
        <w:rPr>
          <w:b/>
          <w:sz w:val="20"/>
          <w:szCs w:val="20"/>
        </w:rPr>
        <w:t>Purpose and scope</w:t>
      </w:r>
    </w:p>
    <w:p w14:paraId="53C0FC71" w14:textId="77777777" w:rsidR="00034F1F" w:rsidRDefault="00000000">
      <w:pPr>
        <w:spacing w:after="120"/>
        <w:jc w:val="both"/>
        <w:rPr>
          <w:sz w:val="20"/>
          <w:szCs w:val="20"/>
        </w:rPr>
      </w:pPr>
      <w:r>
        <w:rPr>
          <w:sz w:val="20"/>
          <w:szCs w:val="20"/>
        </w:rPr>
        <w:t>This online resource reports supplementary dataset verification checks, the Pearson correlation matrix, and multicollinearity diagnostics used to support the empirical analysis. These diagnostics are provided to document the reliability of the estimation setup and should be read together with the main manuscript.</w:t>
      </w:r>
    </w:p>
    <w:p w14:paraId="0303D37E" w14:textId="085F86BF" w:rsidR="00034F1F" w:rsidRDefault="00000000">
      <w:pPr>
        <w:spacing w:after="120"/>
        <w:jc w:val="center"/>
        <w:rPr>
          <w:sz w:val="20"/>
          <w:szCs w:val="20"/>
        </w:rPr>
      </w:pPr>
      <w:r>
        <w:rPr>
          <w:b/>
          <w:sz w:val="22"/>
          <w:szCs w:val="20"/>
        </w:rPr>
        <w:t>Table OR3.1. Dataset verification and panel-structure checks</w:t>
      </w:r>
    </w:p>
    <w:tbl>
      <w:tblPr>
        <w:tblStyle w:val="Grilledutableau"/>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900"/>
        <w:gridCol w:w="2000"/>
      </w:tblGrid>
      <w:tr w:rsidR="00034F1F" w14:paraId="688B7A3A" w14:textId="77777777">
        <w:trPr>
          <w:cantSplit/>
          <w:tblHeader/>
          <w:jc w:val="center"/>
        </w:trPr>
        <w:tc>
          <w:tcPr>
            <w:tcW w:w="3900" w:type="dxa"/>
            <w:tcMar>
              <w:top w:w="60" w:type="dxa"/>
              <w:left w:w="60" w:type="dxa"/>
              <w:bottom w:w="60" w:type="dxa"/>
              <w:right w:w="60" w:type="dxa"/>
            </w:tcMar>
            <w:vAlign w:val="center"/>
          </w:tcPr>
          <w:p w14:paraId="44D549E3" w14:textId="77777777" w:rsidR="00034F1F" w:rsidRDefault="00000000">
            <w:pPr>
              <w:jc w:val="center"/>
            </w:pPr>
            <w:r>
              <w:rPr>
                <w:b/>
                <w:sz w:val="20"/>
              </w:rPr>
              <w:t>Diagnostic</w:t>
            </w:r>
          </w:p>
        </w:tc>
        <w:tc>
          <w:tcPr>
            <w:tcW w:w="2000" w:type="dxa"/>
            <w:tcMar>
              <w:top w:w="60" w:type="dxa"/>
              <w:left w:w="60" w:type="dxa"/>
              <w:bottom w:w="60" w:type="dxa"/>
              <w:right w:w="60" w:type="dxa"/>
            </w:tcMar>
            <w:vAlign w:val="center"/>
          </w:tcPr>
          <w:p w14:paraId="45805D63" w14:textId="77777777" w:rsidR="00034F1F" w:rsidRDefault="00000000">
            <w:pPr>
              <w:jc w:val="center"/>
            </w:pPr>
            <w:r>
              <w:rPr>
                <w:b/>
                <w:sz w:val="20"/>
              </w:rPr>
              <w:t>Result</w:t>
            </w:r>
          </w:p>
        </w:tc>
      </w:tr>
      <w:tr w:rsidR="00034F1F" w14:paraId="4FBB7B7A" w14:textId="77777777">
        <w:trPr>
          <w:cantSplit/>
          <w:jc w:val="center"/>
        </w:trPr>
        <w:tc>
          <w:tcPr>
            <w:tcW w:w="3900" w:type="dxa"/>
            <w:tcMar>
              <w:top w:w="60" w:type="dxa"/>
              <w:left w:w="60" w:type="dxa"/>
              <w:bottom w:w="60" w:type="dxa"/>
              <w:right w:w="60" w:type="dxa"/>
            </w:tcMar>
            <w:vAlign w:val="center"/>
          </w:tcPr>
          <w:p w14:paraId="49DCE60D" w14:textId="77777777" w:rsidR="00034F1F" w:rsidRDefault="00000000">
            <w:r>
              <w:rPr>
                <w:sz w:val="20"/>
              </w:rPr>
              <w:t>Firm-year observations</w:t>
            </w:r>
          </w:p>
        </w:tc>
        <w:tc>
          <w:tcPr>
            <w:tcW w:w="2000" w:type="dxa"/>
            <w:tcMar>
              <w:top w:w="60" w:type="dxa"/>
              <w:left w:w="60" w:type="dxa"/>
              <w:bottom w:w="60" w:type="dxa"/>
              <w:right w:w="60" w:type="dxa"/>
            </w:tcMar>
            <w:vAlign w:val="center"/>
          </w:tcPr>
          <w:p w14:paraId="3A72588A" w14:textId="77777777" w:rsidR="00034F1F" w:rsidRDefault="00000000">
            <w:pPr>
              <w:jc w:val="right"/>
            </w:pPr>
            <w:r>
              <w:rPr>
                <w:sz w:val="20"/>
              </w:rPr>
              <w:t>222</w:t>
            </w:r>
          </w:p>
        </w:tc>
      </w:tr>
      <w:tr w:rsidR="00034F1F" w14:paraId="4129774C" w14:textId="77777777">
        <w:trPr>
          <w:cantSplit/>
          <w:jc w:val="center"/>
        </w:trPr>
        <w:tc>
          <w:tcPr>
            <w:tcW w:w="3900" w:type="dxa"/>
            <w:tcMar>
              <w:top w:w="60" w:type="dxa"/>
              <w:left w:w="60" w:type="dxa"/>
              <w:bottom w:w="60" w:type="dxa"/>
              <w:right w:w="60" w:type="dxa"/>
            </w:tcMar>
            <w:vAlign w:val="center"/>
          </w:tcPr>
          <w:p w14:paraId="667CCCE3" w14:textId="77777777" w:rsidR="00034F1F" w:rsidRDefault="00000000">
            <w:r>
              <w:rPr>
                <w:sz w:val="20"/>
              </w:rPr>
              <w:t>Unique firms</w:t>
            </w:r>
          </w:p>
        </w:tc>
        <w:tc>
          <w:tcPr>
            <w:tcW w:w="2000" w:type="dxa"/>
            <w:tcMar>
              <w:top w:w="60" w:type="dxa"/>
              <w:left w:w="60" w:type="dxa"/>
              <w:bottom w:w="60" w:type="dxa"/>
              <w:right w:w="60" w:type="dxa"/>
            </w:tcMar>
            <w:vAlign w:val="center"/>
          </w:tcPr>
          <w:p w14:paraId="5CCD0AF0" w14:textId="77777777" w:rsidR="00034F1F" w:rsidRDefault="00000000">
            <w:pPr>
              <w:jc w:val="right"/>
            </w:pPr>
            <w:r>
              <w:rPr>
                <w:sz w:val="20"/>
              </w:rPr>
              <w:t>74</w:t>
            </w:r>
          </w:p>
        </w:tc>
      </w:tr>
      <w:tr w:rsidR="00034F1F" w14:paraId="5C9CCE71" w14:textId="77777777">
        <w:trPr>
          <w:cantSplit/>
          <w:jc w:val="center"/>
        </w:trPr>
        <w:tc>
          <w:tcPr>
            <w:tcW w:w="3900" w:type="dxa"/>
            <w:tcMar>
              <w:top w:w="60" w:type="dxa"/>
              <w:left w:w="60" w:type="dxa"/>
              <w:bottom w:w="60" w:type="dxa"/>
              <w:right w:w="60" w:type="dxa"/>
            </w:tcMar>
            <w:vAlign w:val="center"/>
          </w:tcPr>
          <w:p w14:paraId="6ED27DD7" w14:textId="77777777" w:rsidR="00034F1F" w:rsidRDefault="00000000">
            <w:r>
              <w:rPr>
                <w:sz w:val="20"/>
              </w:rPr>
              <w:t>Years observed</w:t>
            </w:r>
          </w:p>
        </w:tc>
        <w:tc>
          <w:tcPr>
            <w:tcW w:w="2000" w:type="dxa"/>
            <w:tcMar>
              <w:top w:w="60" w:type="dxa"/>
              <w:left w:w="60" w:type="dxa"/>
              <w:bottom w:w="60" w:type="dxa"/>
              <w:right w:w="60" w:type="dxa"/>
            </w:tcMar>
            <w:vAlign w:val="center"/>
          </w:tcPr>
          <w:p w14:paraId="1C329C24" w14:textId="77777777" w:rsidR="00034F1F" w:rsidRDefault="00000000">
            <w:pPr>
              <w:jc w:val="right"/>
            </w:pPr>
            <w:r>
              <w:rPr>
                <w:sz w:val="20"/>
              </w:rPr>
              <w:t>2021, 2022, 2023</w:t>
            </w:r>
          </w:p>
        </w:tc>
      </w:tr>
      <w:tr w:rsidR="00034F1F" w14:paraId="7B2F5D23" w14:textId="77777777">
        <w:trPr>
          <w:cantSplit/>
          <w:jc w:val="center"/>
        </w:trPr>
        <w:tc>
          <w:tcPr>
            <w:tcW w:w="3900" w:type="dxa"/>
            <w:tcMar>
              <w:top w:w="60" w:type="dxa"/>
              <w:left w:w="60" w:type="dxa"/>
              <w:bottom w:w="60" w:type="dxa"/>
              <w:right w:w="60" w:type="dxa"/>
            </w:tcMar>
            <w:vAlign w:val="center"/>
          </w:tcPr>
          <w:p w14:paraId="06A8BC31" w14:textId="77777777" w:rsidR="00034F1F" w:rsidRDefault="00000000">
            <w:r>
              <w:rPr>
                <w:sz w:val="20"/>
              </w:rPr>
              <w:t>Balanced panel</w:t>
            </w:r>
          </w:p>
        </w:tc>
        <w:tc>
          <w:tcPr>
            <w:tcW w:w="2000" w:type="dxa"/>
            <w:tcMar>
              <w:top w:w="60" w:type="dxa"/>
              <w:left w:w="60" w:type="dxa"/>
              <w:bottom w:w="60" w:type="dxa"/>
              <w:right w:w="60" w:type="dxa"/>
            </w:tcMar>
            <w:vAlign w:val="center"/>
          </w:tcPr>
          <w:p w14:paraId="12484FF0" w14:textId="77777777" w:rsidR="00034F1F" w:rsidRDefault="00000000">
            <w:pPr>
              <w:jc w:val="right"/>
            </w:pPr>
            <w:r>
              <w:rPr>
                <w:sz w:val="20"/>
              </w:rPr>
              <w:t>Yes: 74 firms x 3 years</w:t>
            </w:r>
          </w:p>
        </w:tc>
      </w:tr>
      <w:tr w:rsidR="00034F1F" w14:paraId="53518E5F" w14:textId="77777777">
        <w:trPr>
          <w:cantSplit/>
          <w:jc w:val="center"/>
        </w:trPr>
        <w:tc>
          <w:tcPr>
            <w:tcW w:w="3900" w:type="dxa"/>
            <w:tcMar>
              <w:top w:w="60" w:type="dxa"/>
              <w:left w:w="60" w:type="dxa"/>
              <w:bottom w:w="60" w:type="dxa"/>
              <w:right w:w="60" w:type="dxa"/>
            </w:tcMar>
            <w:vAlign w:val="center"/>
          </w:tcPr>
          <w:p w14:paraId="6314F555" w14:textId="77777777" w:rsidR="00034F1F" w:rsidRDefault="00000000">
            <w:r>
              <w:rPr>
                <w:sz w:val="20"/>
              </w:rPr>
              <w:t>Duplicate firm-year records</w:t>
            </w:r>
          </w:p>
        </w:tc>
        <w:tc>
          <w:tcPr>
            <w:tcW w:w="2000" w:type="dxa"/>
            <w:tcMar>
              <w:top w:w="60" w:type="dxa"/>
              <w:left w:w="60" w:type="dxa"/>
              <w:bottom w:w="60" w:type="dxa"/>
              <w:right w:w="60" w:type="dxa"/>
            </w:tcMar>
            <w:vAlign w:val="center"/>
          </w:tcPr>
          <w:p w14:paraId="3614B431" w14:textId="77777777" w:rsidR="00034F1F" w:rsidRDefault="00000000">
            <w:pPr>
              <w:jc w:val="right"/>
            </w:pPr>
            <w:r>
              <w:rPr>
                <w:sz w:val="20"/>
              </w:rPr>
              <w:t>0</w:t>
            </w:r>
          </w:p>
        </w:tc>
      </w:tr>
      <w:tr w:rsidR="00034F1F" w14:paraId="79EEE422" w14:textId="77777777">
        <w:trPr>
          <w:cantSplit/>
          <w:jc w:val="center"/>
        </w:trPr>
        <w:tc>
          <w:tcPr>
            <w:tcW w:w="3900" w:type="dxa"/>
            <w:tcMar>
              <w:top w:w="60" w:type="dxa"/>
              <w:left w:w="60" w:type="dxa"/>
              <w:bottom w:w="60" w:type="dxa"/>
              <w:right w:w="60" w:type="dxa"/>
            </w:tcMar>
            <w:vAlign w:val="center"/>
          </w:tcPr>
          <w:p w14:paraId="7ACFB2CB" w14:textId="77777777" w:rsidR="00034F1F" w:rsidRDefault="00000000">
            <w:r>
              <w:rPr>
                <w:sz w:val="20"/>
              </w:rPr>
              <w:t>Missing values in variables used for main models</w:t>
            </w:r>
          </w:p>
        </w:tc>
        <w:tc>
          <w:tcPr>
            <w:tcW w:w="2000" w:type="dxa"/>
            <w:tcMar>
              <w:top w:w="60" w:type="dxa"/>
              <w:left w:w="60" w:type="dxa"/>
              <w:bottom w:w="60" w:type="dxa"/>
              <w:right w:w="60" w:type="dxa"/>
            </w:tcMar>
            <w:vAlign w:val="center"/>
          </w:tcPr>
          <w:p w14:paraId="0D0AFF40" w14:textId="77777777" w:rsidR="00034F1F" w:rsidRDefault="00000000">
            <w:pPr>
              <w:jc w:val="right"/>
            </w:pPr>
            <w:r>
              <w:rPr>
                <w:sz w:val="20"/>
              </w:rPr>
              <w:t>0</w:t>
            </w:r>
          </w:p>
        </w:tc>
      </w:tr>
      <w:tr w:rsidR="00034F1F" w14:paraId="63BCD605" w14:textId="77777777">
        <w:trPr>
          <w:cantSplit/>
          <w:jc w:val="center"/>
        </w:trPr>
        <w:tc>
          <w:tcPr>
            <w:tcW w:w="3900" w:type="dxa"/>
            <w:tcMar>
              <w:top w:w="60" w:type="dxa"/>
              <w:left w:w="60" w:type="dxa"/>
              <w:bottom w:w="60" w:type="dxa"/>
              <w:right w:w="60" w:type="dxa"/>
            </w:tcMar>
            <w:vAlign w:val="center"/>
          </w:tcPr>
          <w:p w14:paraId="5CB2DACB" w14:textId="77777777" w:rsidR="00034F1F" w:rsidRDefault="00000000">
            <w:r>
              <w:rPr>
                <w:sz w:val="20"/>
              </w:rPr>
              <w:t>CDRDI binary disclosure items checked</w:t>
            </w:r>
          </w:p>
        </w:tc>
        <w:tc>
          <w:tcPr>
            <w:tcW w:w="2000" w:type="dxa"/>
            <w:tcMar>
              <w:top w:w="60" w:type="dxa"/>
              <w:left w:w="60" w:type="dxa"/>
              <w:bottom w:w="60" w:type="dxa"/>
              <w:right w:w="60" w:type="dxa"/>
            </w:tcMar>
            <w:vAlign w:val="center"/>
          </w:tcPr>
          <w:p w14:paraId="5480940F" w14:textId="77777777" w:rsidR="00034F1F" w:rsidRDefault="00000000">
            <w:pPr>
              <w:jc w:val="right"/>
            </w:pPr>
            <w:r>
              <w:rPr>
                <w:sz w:val="20"/>
              </w:rPr>
              <w:t>47</w:t>
            </w:r>
          </w:p>
        </w:tc>
      </w:tr>
      <w:tr w:rsidR="00034F1F" w14:paraId="71D2FA60" w14:textId="77777777">
        <w:trPr>
          <w:cantSplit/>
          <w:jc w:val="center"/>
        </w:trPr>
        <w:tc>
          <w:tcPr>
            <w:tcW w:w="3900" w:type="dxa"/>
            <w:tcMar>
              <w:top w:w="60" w:type="dxa"/>
              <w:left w:w="60" w:type="dxa"/>
              <w:bottom w:w="60" w:type="dxa"/>
              <w:right w:w="60" w:type="dxa"/>
            </w:tcMar>
            <w:vAlign w:val="center"/>
          </w:tcPr>
          <w:p w14:paraId="5E6B5E19" w14:textId="77777777" w:rsidR="00034F1F" w:rsidRDefault="00000000">
            <w:r>
              <w:rPr>
                <w:sz w:val="20"/>
              </w:rPr>
              <w:t>Non-binary values detected in CDRDI items</w:t>
            </w:r>
          </w:p>
        </w:tc>
        <w:tc>
          <w:tcPr>
            <w:tcW w:w="2000" w:type="dxa"/>
            <w:tcMar>
              <w:top w:w="60" w:type="dxa"/>
              <w:left w:w="60" w:type="dxa"/>
              <w:bottom w:w="60" w:type="dxa"/>
              <w:right w:w="60" w:type="dxa"/>
            </w:tcMar>
            <w:vAlign w:val="center"/>
          </w:tcPr>
          <w:p w14:paraId="5805CE94" w14:textId="77777777" w:rsidR="00034F1F" w:rsidRDefault="00000000">
            <w:pPr>
              <w:jc w:val="right"/>
            </w:pPr>
            <w:r>
              <w:rPr>
                <w:sz w:val="20"/>
              </w:rPr>
              <w:t>0</w:t>
            </w:r>
          </w:p>
        </w:tc>
      </w:tr>
    </w:tbl>
    <w:p w14:paraId="45DC2352" w14:textId="77777777" w:rsidR="00034F1F" w:rsidRDefault="00000000">
      <w:pPr>
        <w:spacing w:after="120"/>
        <w:rPr>
          <w:iCs/>
          <w:sz w:val="18"/>
          <w:szCs w:val="18"/>
        </w:rPr>
      </w:pPr>
      <w:r>
        <w:rPr>
          <w:i/>
          <w:sz w:val="20"/>
          <w:szCs w:val="18"/>
        </w:rPr>
        <w:t xml:space="preserve">Note. </w:t>
      </w:r>
      <w:r>
        <w:rPr>
          <w:iCs/>
          <w:sz w:val="20"/>
          <w:szCs w:val="18"/>
        </w:rPr>
        <w:t>The checks confirm that the dataset is a balanced panel with no duplicate firm-year observations and no missing values in the variables used for the main empirical models.</w:t>
      </w:r>
      <w:r>
        <w:rPr>
          <w:sz w:val="20"/>
        </w:rPr>
        <w:t xml:space="preserve"> Source: Author's calculations.</w:t>
      </w:r>
    </w:p>
    <w:p w14:paraId="2943D0BD" w14:textId="77777777" w:rsidR="00034F1F" w:rsidRDefault="00000000">
      <w:pPr>
        <w:spacing w:after="120"/>
        <w:jc w:val="center"/>
      </w:pPr>
      <w:r>
        <w:rPr>
          <w:b/>
          <w:sz w:val="22"/>
        </w:rPr>
        <w:t>Table OR3.2. Pearson correlation matrix for main model variables</w:t>
      </w:r>
    </w:p>
    <w:tbl>
      <w:tblPr>
        <w:tblStyle w:val="Grilledutableau"/>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00"/>
        <w:gridCol w:w="850"/>
        <w:gridCol w:w="850"/>
        <w:gridCol w:w="850"/>
        <w:gridCol w:w="850"/>
        <w:gridCol w:w="850"/>
        <w:gridCol w:w="850"/>
        <w:gridCol w:w="850"/>
        <w:gridCol w:w="850"/>
        <w:gridCol w:w="850"/>
        <w:gridCol w:w="850"/>
        <w:gridCol w:w="850"/>
        <w:gridCol w:w="850"/>
        <w:gridCol w:w="850"/>
      </w:tblGrid>
      <w:tr w:rsidR="00034F1F" w14:paraId="24F846F7" w14:textId="77777777">
        <w:trPr>
          <w:cantSplit/>
          <w:tblHeader/>
          <w:jc w:val="center"/>
        </w:trPr>
        <w:tc>
          <w:tcPr>
            <w:tcW w:w="1000" w:type="dxa"/>
            <w:tcMar>
              <w:top w:w="60" w:type="dxa"/>
              <w:left w:w="60" w:type="dxa"/>
              <w:bottom w:w="60" w:type="dxa"/>
              <w:right w:w="60" w:type="dxa"/>
            </w:tcMar>
            <w:vAlign w:val="center"/>
          </w:tcPr>
          <w:p w14:paraId="29ABB53C" w14:textId="77777777" w:rsidR="00034F1F" w:rsidRDefault="00000000">
            <w:pPr>
              <w:jc w:val="center"/>
            </w:pPr>
            <w:r>
              <w:rPr>
                <w:b/>
                <w:sz w:val="18"/>
              </w:rPr>
              <w:t>Variable</w:t>
            </w:r>
          </w:p>
        </w:tc>
        <w:tc>
          <w:tcPr>
            <w:tcW w:w="850" w:type="dxa"/>
            <w:tcMar>
              <w:top w:w="60" w:type="dxa"/>
              <w:left w:w="60" w:type="dxa"/>
              <w:bottom w:w="60" w:type="dxa"/>
              <w:right w:w="60" w:type="dxa"/>
            </w:tcMar>
            <w:vAlign w:val="center"/>
          </w:tcPr>
          <w:p w14:paraId="3B5478B8" w14:textId="77777777" w:rsidR="00034F1F" w:rsidRDefault="00000000">
            <w:pPr>
              <w:jc w:val="center"/>
            </w:pPr>
            <w:r>
              <w:rPr>
                <w:b/>
                <w:sz w:val="18"/>
              </w:rPr>
              <w:t>DRG</w:t>
            </w:r>
          </w:p>
        </w:tc>
        <w:tc>
          <w:tcPr>
            <w:tcW w:w="850" w:type="dxa"/>
            <w:tcMar>
              <w:top w:w="60" w:type="dxa"/>
              <w:left w:w="60" w:type="dxa"/>
              <w:bottom w:w="60" w:type="dxa"/>
              <w:right w:w="60" w:type="dxa"/>
            </w:tcMar>
            <w:vAlign w:val="center"/>
          </w:tcPr>
          <w:p w14:paraId="32A7EDFB" w14:textId="77777777" w:rsidR="00034F1F" w:rsidRDefault="00000000">
            <w:pPr>
              <w:jc w:val="center"/>
            </w:pPr>
            <w:r>
              <w:rPr>
                <w:b/>
                <w:sz w:val="18"/>
              </w:rPr>
              <w:t>BSIZE</w:t>
            </w:r>
          </w:p>
        </w:tc>
        <w:tc>
          <w:tcPr>
            <w:tcW w:w="850" w:type="dxa"/>
            <w:tcMar>
              <w:top w:w="60" w:type="dxa"/>
              <w:left w:w="60" w:type="dxa"/>
              <w:bottom w:w="60" w:type="dxa"/>
              <w:right w:w="60" w:type="dxa"/>
            </w:tcMar>
            <w:vAlign w:val="center"/>
          </w:tcPr>
          <w:p w14:paraId="6F61866E" w14:textId="77777777" w:rsidR="00034F1F" w:rsidRDefault="00000000">
            <w:pPr>
              <w:jc w:val="center"/>
            </w:pPr>
            <w:r>
              <w:rPr>
                <w:b/>
                <w:sz w:val="18"/>
              </w:rPr>
              <w:t>BI</w:t>
            </w:r>
          </w:p>
        </w:tc>
        <w:tc>
          <w:tcPr>
            <w:tcW w:w="850" w:type="dxa"/>
            <w:tcMar>
              <w:top w:w="60" w:type="dxa"/>
              <w:left w:w="60" w:type="dxa"/>
              <w:bottom w:w="60" w:type="dxa"/>
              <w:right w:w="60" w:type="dxa"/>
            </w:tcMar>
            <w:vAlign w:val="center"/>
          </w:tcPr>
          <w:p w14:paraId="0B6F1869" w14:textId="77777777" w:rsidR="00034F1F" w:rsidRDefault="00000000">
            <w:pPr>
              <w:jc w:val="center"/>
            </w:pPr>
            <w:r>
              <w:rPr>
                <w:b/>
                <w:sz w:val="18"/>
              </w:rPr>
              <w:t>CEO_D</w:t>
            </w:r>
          </w:p>
        </w:tc>
        <w:tc>
          <w:tcPr>
            <w:tcW w:w="850" w:type="dxa"/>
            <w:tcMar>
              <w:top w:w="60" w:type="dxa"/>
              <w:left w:w="60" w:type="dxa"/>
              <w:bottom w:w="60" w:type="dxa"/>
              <w:right w:w="60" w:type="dxa"/>
            </w:tcMar>
            <w:vAlign w:val="center"/>
          </w:tcPr>
          <w:p w14:paraId="40081DBB" w14:textId="77777777" w:rsidR="00034F1F" w:rsidRDefault="00000000">
            <w:pPr>
              <w:jc w:val="center"/>
            </w:pPr>
            <w:r>
              <w:rPr>
                <w:b/>
                <w:sz w:val="18"/>
              </w:rPr>
              <w:t>BDE</w:t>
            </w:r>
          </w:p>
        </w:tc>
        <w:tc>
          <w:tcPr>
            <w:tcW w:w="850" w:type="dxa"/>
            <w:tcMar>
              <w:top w:w="60" w:type="dxa"/>
              <w:left w:w="60" w:type="dxa"/>
              <w:bottom w:w="60" w:type="dxa"/>
              <w:right w:w="60" w:type="dxa"/>
            </w:tcMar>
            <w:vAlign w:val="center"/>
          </w:tcPr>
          <w:p w14:paraId="12696182" w14:textId="77777777" w:rsidR="00034F1F" w:rsidRDefault="00000000">
            <w:pPr>
              <w:jc w:val="center"/>
            </w:pPr>
            <w:r>
              <w:rPr>
                <w:b/>
                <w:sz w:val="18"/>
              </w:rPr>
              <w:t>ACI</w:t>
            </w:r>
          </w:p>
        </w:tc>
        <w:tc>
          <w:tcPr>
            <w:tcW w:w="850" w:type="dxa"/>
            <w:tcMar>
              <w:top w:w="60" w:type="dxa"/>
              <w:left w:w="60" w:type="dxa"/>
              <w:bottom w:w="60" w:type="dxa"/>
              <w:right w:w="60" w:type="dxa"/>
            </w:tcMar>
            <w:vAlign w:val="center"/>
          </w:tcPr>
          <w:p w14:paraId="6FCE7225" w14:textId="77777777" w:rsidR="00034F1F" w:rsidRDefault="00000000">
            <w:pPr>
              <w:jc w:val="center"/>
            </w:pPr>
            <w:r>
              <w:rPr>
                <w:b/>
                <w:sz w:val="18"/>
              </w:rPr>
              <w:t>DDC</w:t>
            </w:r>
          </w:p>
        </w:tc>
        <w:tc>
          <w:tcPr>
            <w:tcW w:w="850" w:type="dxa"/>
            <w:tcMar>
              <w:top w:w="60" w:type="dxa"/>
              <w:left w:w="60" w:type="dxa"/>
              <w:bottom w:w="60" w:type="dxa"/>
              <w:right w:w="60" w:type="dxa"/>
            </w:tcMar>
            <w:vAlign w:val="center"/>
          </w:tcPr>
          <w:p w14:paraId="5DFDDEF0" w14:textId="77777777" w:rsidR="00034F1F" w:rsidRDefault="00000000">
            <w:pPr>
              <w:jc w:val="center"/>
            </w:pPr>
            <w:r>
              <w:rPr>
                <w:b/>
                <w:sz w:val="18"/>
              </w:rPr>
              <w:t>ROA</w:t>
            </w:r>
          </w:p>
        </w:tc>
        <w:tc>
          <w:tcPr>
            <w:tcW w:w="850" w:type="dxa"/>
            <w:tcMar>
              <w:top w:w="60" w:type="dxa"/>
              <w:left w:w="60" w:type="dxa"/>
              <w:bottom w:w="60" w:type="dxa"/>
              <w:right w:w="60" w:type="dxa"/>
            </w:tcMar>
            <w:vAlign w:val="center"/>
          </w:tcPr>
          <w:p w14:paraId="6F5E93CC" w14:textId="77777777" w:rsidR="00034F1F" w:rsidRDefault="00000000">
            <w:pPr>
              <w:jc w:val="center"/>
            </w:pPr>
            <w:r>
              <w:rPr>
                <w:b/>
                <w:sz w:val="18"/>
              </w:rPr>
              <w:t>SIZE</w:t>
            </w:r>
          </w:p>
        </w:tc>
        <w:tc>
          <w:tcPr>
            <w:tcW w:w="850" w:type="dxa"/>
            <w:tcMar>
              <w:top w:w="60" w:type="dxa"/>
              <w:left w:w="60" w:type="dxa"/>
              <w:bottom w:w="60" w:type="dxa"/>
              <w:right w:w="60" w:type="dxa"/>
            </w:tcMar>
            <w:vAlign w:val="center"/>
          </w:tcPr>
          <w:p w14:paraId="1A58E78E" w14:textId="77777777" w:rsidR="00034F1F" w:rsidRDefault="00000000">
            <w:pPr>
              <w:jc w:val="center"/>
            </w:pPr>
            <w:r>
              <w:rPr>
                <w:b/>
                <w:sz w:val="18"/>
              </w:rPr>
              <w:t>AGE</w:t>
            </w:r>
          </w:p>
        </w:tc>
        <w:tc>
          <w:tcPr>
            <w:tcW w:w="850" w:type="dxa"/>
            <w:tcMar>
              <w:top w:w="60" w:type="dxa"/>
              <w:left w:w="60" w:type="dxa"/>
              <w:bottom w:w="60" w:type="dxa"/>
              <w:right w:w="60" w:type="dxa"/>
            </w:tcMar>
            <w:vAlign w:val="center"/>
          </w:tcPr>
          <w:p w14:paraId="5FB80288" w14:textId="77777777" w:rsidR="00034F1F" w:rsidRDefault="00000000">
            <w:pPr>
              <w:jc w:val="center"/>
            </w:pPr>
            <w:r>
              <w:rPr>
                <w:b/>
                <w:sz w:val="18"/>
              </w:rPr>
              <w:t>LEV</w:t>
            </w:r>
          </w:p>
        </w:tc>
        <w:tc>
          <w:tcPr>
            <w:tcW w:w="850" w:type="dxa"/>
            <w:tcMar>
              <w:top w:w="60" w:type="dxa"/>
              <w:left w:w="60" w:type="dxa"/>
              <w:bottom w:w="60" w:type="dxa"/>
              <w:right w:w="60" w:type="dxa"/>
            </w:tcMar>
            <w:vAlign w:val="center"/>
          </w:tcPr>
          <w:p w14:paraId="31461457" w14:textId="77777777" w:rsidR="00034F1F" w:rsidRDefault="00000000">
            <w:pPr>
              <w:jc w:val="center"/>
            </w:pPr>
            <w:r>
              <w:rPr>
                <w:b/>
                <w:sz w:val="18"/>
              </w:rPr>
              <w:t>INTL</w:t>
            </w:r>
          </w:p>
        </w:tc>
        <w:tc>
          <w:tcPr>
            <w:tcW w:w="850" w:type="dxa"/>
            <w:tcMar>
              <w:top w:w="60" w:type="dxa"/>
              <w:left w:w="60" w:type="dxa"/>
              <w:bottom w:w="60" w:type="dxa"/>
              <w:right w:w="60" w:type="dxa"/>
            </w:tcMar>
            <w:vAlign w:val="center"/>
          </w:tcPr>
          <w:p w14:paraId="68872DE3" w14:textId="77777777" w:rsidR="00034F1F" w:rsidRDefault="00000000">
            <w:pPr>
              <w:jc w:val="center"/>
            </w:pPr>
            <w:r>
              <w:rPr>
                <w:b/>
                <w:sz w:val="18"/>
              </w:rPr>
              <w:t>UMG</w:t>
            </w:r>
          </w:p>
        </w:tc>
      </w:tr>
      <w:tr w:rsidR="00034F1F" w14:paraId="7E90760C" w14:textId="77777777">
        <w:trPr>
          <w:cantSplit/>
          <w:jc w:val="center"/>
        </w:trPr>
        <w:tc>
          <w:tcPr>
            <w:tcW w:w="1000" w:type="dxa"/>
            <w:tcMar>
              <w:top w:w="60" w:type="dxa"/>
              <w:left w:w="60" w:type="dxa"/>
              <w:bottom w:w="60" w:type="dxa"/>
              <w:right w:w="60" w:type="dxa"/>
            </w:tcMar>
            <w:vAlign w:val="center"/>
          </w:tcPr>
          <w:p w14:paraId="63C741FA" w14:textId="77777777" w:rsidR="00034F1F" w:rsidRDefault="00000000">
            <w:r>
              <w:rPr>
                <w:sz w:val="17"/>
              </w:rPr>
              <w:t>DRG</w:t>
            </w:r>
          </w:p>
        </w:tc>
        <w:tc>
          <w:tcPr>
            <w:tcW w:w="850" w:type="dxa"/>
            <w:tcMar>
              <w:top w:w="60" w:type="dxa"/>
              <w:left w:w="60" w:type="dxa"/>
              <w:bottom w:w="60" w:type="dxa"/>
              <w:right w:w="60" w:type="dxa"/>
            </w:tcMar>
            <w:vAlign w:val="center"/>
          </w:tcPr>
          <w:p w14:paraId="6E3B0243"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68D2BA80" w14:textId="77777777" w:rsidR="00034F1F" w:rsidRDefault="00034F1F">
            <w:pPr>
              <w:jc w:val="right"/>
            </w:pPr>
          </w:p>
        </w:tc>
        <w:tc>
          <w:tcPr>
            <w:tcW w:w="850" w:type="dxa"/>
            <w:tcMar>
              <w:top w:w="60" w:type="dxa"/>
              <w:left w:w="60" w:type="dxa"/>
              <w:bottom w:w="60" w:type="dxa"/>
              <w:right w:w="60" w:type="dxa"/>
            </w:tcMar>
            <w:vAlign w:val="center"/>
          </w:tcPr>
          <w:p w14:paraId="7749AB92" w14:textId="77777777" w:rsidR="00034F1F" w:rsidRDefault="00034F1F">
            <w:pPr>
              <w:jc w:val="right"/>
            </w:pPr>
          </w:p>
        </w:tc>
        <w:tc>
          <w:tcPr>
            <w:tcW w:w="850" w:type="dxa"/>
            <w:tcMar>
              <w:top w:w="60" w:type="dxa"/>
              <w:left w:w="60" w:type="dxa"/>
              <w:bottom w:w="60" w:type="dxa"/>
              <w:right w:w="60" w:type="dxa"/>
            </w:tcMar>
            <w:vAlign w:val="center"/>
          </w:tcPr>
          <w:p w14:paraId="6047EF88" w14:textId="77777777" w:rsidR="00034F1F" w:rsidRDefault="00034F1F">
            <w:pPr>
              <w:jc w:val="right"/>
            </w:pPr>
          </w:p>
        </w:tc>
        <w:tc>
          <w:tcPr>
            <w:tcW w:w="850" w:type="dxa"/>
            <w:tcMar>
              <w:top w:w="60" w:type="dxa"/>
              <w:left w:w="60" w:type="dxa"/>
              <w:bottom w:w="60" w:type="dxa"/>
              <w:right w:w="60" w:type="dxa"/>
            </w:tcMar>
            <w:vAlign w:val="center"/>
          </w:tcPr>
          <w:p w14:paraId="42BD1909" w14:textId="77777777" w:rsidR="00034F1F" w:rsidRDefault="00034F1F">
            <w:pPr>
              <w:jc w:val="right"/>
            </w:pPr>
          </w:p>
        </w:tc>
        <w:tc>
          <w:tcPr>
            <w:tcW w:w="850" w:type="dxa"/>
            <w:tcMar>
              <w:top w:w="60" w:type="dxa"/>
              <w:left w:w="60" w:type="dxa"/>
              <w:bottom w:w="60" w:type="dxa"/>
              <w:right w:w="60" w:type="dxa"/>
            </w:tcMar>
            <w:vAlign w:val="center"/>
          </w:tcPr>
          <w:p w14:paraId="6B7645EF" w14:textId="77777777" w:rsidR="00034F1F" w:rsidRDefault="00034F1F">
            <w:pPr>
              <w:jc w:val="right"/>
            </w:pPr>
          </w:p>
        </w:tc>
        <w:tc>
          <w:tcPr>
            <w:tcW w:w="850" w:type="dxa"/>
            <w:tcMar>
              <w:top w:w="60" w:type="dxa"/>
              <w:left w:w="60" w:type="dxa"/>
              <w:bottom w:w="60" w:type="dxa"/>
              <w:right w:w="60" w:type="dxa"/>
            </w:tcMar>
            <w:vAlign w:val="center"/>
          </w:tcPr>
          <w:p w14:paraId="3365CF98" w14:textId="77777777" w:rsidR="00034F1F" w:rsidRDefault="00034F1F">
            <w:pPr>
              <w:jc w:val="right"/>
            </w:pPr>
          </w:p>
        </w:tc>
        <w:tc>
          <w:tcPr>
            <w:tcW w:w="850" w:type="dxa"/>
            <w:tcMar>
              <w:top w:w="60" w:type="dxa"/>
              <w:left w:w="60" w:type="dxa"/>
              <w:bottom w:w="60" w:type="dxa"/>
              <w:right w:w="60" w:type="dxa"/>
            </w:tcMar>
            <w:vAlign w:val="center"/>
          </w:tcPr>
          <w:p w14:paraId="63D9D81A" w14:textId="77777777" w:rsidR="00034F1F" w:rsidRDefault="00034F1F">
            <w:pPr>
              <w:jc w:val="right"/>
            </w:pPr>
          </w:p>
        </w:tc>
        <w:tc>
          <w:tcPr>
            <w:tcW w:w="850" w:type="dxa"/>
            <w:tcMar>
              <w:top w:w="60" w:type="dxa"/>
              <w:left w:w="60" w:type="dxa"/>
              <w:bottom w:w="60" w:type="dxa"/>
              <w:right w:w="60" w:type="dxa"/>
            </w:tcMar>
            <w:vAlign w:val="center"/>
          </w:tcPr>
          <w:p w14:paraId="37444E23" w14:textId="77777777" w:rsidR="00034F1F" w:rsidRDefault="00034F1F">
            <w:pPr>
              <w:jc w:val="right"/>
            </w:pPr>
          </w:p>
        </w:tc>
        <w:tc>
          <w:tcPr>
            <w:tcW w:w="850" w:type="dxa"/>
            <w:tcMar>
              <w:top w:w="60" w:type="dxa"/>
              <w:left w:w="60" w:type="dxa"/>
              <w:bottom w:w="60" w:type="dxa"/>
              <w:right w:w="60" w:type="dxa"/>
            </w:tcMar>
            <w:vAlign w:val="center"/>
          </w:tcPr>
          <w:p w14:paraId="527675BF" w14:textId="77777777" w:rsidR="00034F1F" w:rsidRDefault="00034F1F">
            <w:pPr>
              <w:jc w:val="right"/>
            </w:pPr>
          </w:p>
        </w:tc>
        <w:tc>
          <w:tcPr>
            <w:tcW w:w="850" w:type="dxa"/>
            <w:tcMar>
              <w:top w:w="60" w:type="dxa"/>
              <w:left w:w="60" w:type="dxa"/>
              <w:bottom w:w="60" w:type="dxa"/>
              <w:right w:w="60" w:type="dxa"/>
            </w:tcMar>
            <w:vAlign w:val="center"/>
          </w:tcPr>
          <w:p w14:paraId="259002D8" w14:textId="77777777" w:rsidR="00034F1F" w:rsidRDefault="00034F1F">
            <w:pPr>
              <w:jc w:val="right"/>
            </w:pPr>
          </w:p>
        </w:tc>
        <w:tc>
          <w:tcPr>
            <w:tcW w:w="850" w:type="dxa"/>
            <w:tcMar>
              <w:top w:w="60" w:type="dxa"/>
              <w:left w:w="60" w:type="dxa"/>
              <w:bottom w:w="60" w:type="dxa"/>
              <w:right w:w="60" w:type="dxa"/>
            </w:tcMar>
            <w:vAlign w:val="center"/>
          </w:tcPr>
          <w:p w14:paraId="20C9E5DF" w14:textId="77777777" w:rsidR="00034F1F" w:rsidRDefault="00034F1F">
            <w:pPr>
              <w:jc w:val="right"/>
            </w:pPr>
          </w:p>
        </w:tc>
        <w:tc>
          <w:tcPr>
            <w:tcW w:w="850" w:type="dxa"/>
            <w:tcMar>
              <w:top w:w="60" w:type="dxa"/>
              <w:left w:w="60" w:type="dxa"/>
              <w:bottom w:w="60" w:type="dxa"/>
              <w:right w:w="60" w:type="dxa"/>
            </w:tcMar>
            <w:vAlign w:val="center"/>
          </w:tcPr>
          <w:p w14:paraId="7C8467D6" w14:textId="77777777" w:rsidR="00034F1F" w:rsidRDefault="00034F1F">
            <w:pPr>
              <w:jc w:val="right"/>
            </w:pPr>
          </w:p>
        </w:tc>
      </w:tr>
      <w:tr w:rsidR="00034F1F" w14:paraId="639A193F" w14:textId="77777777">
        <w:trPr>
          <w:cantSplit/>
          <w:jc w:val="center"/>
        </w:trPr>
        <w:tc>
          <w:tcPr>
            <w:tcW w:w="1000" w:type="dxa"/>
            <w:tcMar>
              <w:top w:w="60" w:type="dxa"/>
              <w:left w:w="60" w:type="dxa"/>
              <w:bottom w:w="60" w:type="dxa"/>
              <w:right w:w="60" w:type="dxa"/>
            </w:tcMar>
            <w:vAlign w:val="center"/>
          </w:tcPr>
          <w:p w14:paraId="070DAD90" w14:textId="77777777" w:rsidR="00034F1F" w:rsidRDefault="00000000">
            <w:r>
              <w:rPr>
                <w:sz w:val="17"/>
              </w:rPr>
              <w:t>BSIZE</w:t>
            </w:r>
          </w:p>
        </w:tc>
        <w:tc>
          <w:tcPr>
            <w:tcW w:w="850" w:type="dxa"/>
            <w:tcMar>
              <w:top w:w="60" w:type="dxa"/>
              <w:left w:w="60" w:type="dxa"/>
              <w:bottom w:w="60" w:type="dxa"/>
              <w:right w:w="60" w:type="dxa"/>
            </w:tcMar>
            <w:vAlign w:val="center"/>
          </w:tcPr>
          <w:p w14:paraId="32C822E3" w14:textId="77777777" w:rsidR="00034F1F" w:rsidRDefault="00000000">
            <w:pPr>
              <w:jc w:val="right"/>
            </w:pPr>
            <w:r>
              <w:rPr>
                <w:sz w:val="17"/>
              </w:rPr>
              <w:t>0.127</w:t>
            </w:r>
          </w:p>
        </w:tc>
        <w:tc>
          <w:tcPr>
            <w:tcW w:w="850" w:type="dxa"/>
            <w:tcMar>
              <w:top w:w="60" w:type="dxa"/>
              <w:left w:w="60" w:type="dxa"/>
              <w:bottom w:w="60" w:type="dxa"/>
              <w:right w:w="60" w:type="dxa"/>
            </w:tcMar>
            <w:vAlign w:val="center"/>
          </w:tcPr>
          <w:p w14:paraId="42EF336F"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6D950269" w14:textId="77777777" w:rsidR="00034F1F" w:rsidRDefault="00034F1F">
            <w:pPr>
              <w:jc w:val="right"/>
            </w:pPr>
          </w:p>
        </w:tc>
        <w:tc>
          <w:tcPr>
            <w:tcW w:w="850" w:type="dxa"/>
            <w:tcMar>
              <w:top w:w="60" w:type="dxa"/>
              <w:left w:w="60" w:type="dxa"/>
              <w:bottom w:w="60" w:type="dxa"/>
              <w:right w:w="60" w:type="dxa"/>
            </w:tcMar>
            <w:vAlign w:val="center"/>
          </w:tcPr>
          <w:p w14:paraId="088A753A" w14:textId="77777777" w:rsidR="00034F1F" w:rsidRDefault="00034F1F">
            <w:pPr>
              <w:jc w:val="right"/>
            </w:pPr>
          </w:p>
        </w:tc>
        <w:tc>
          <w:tcPr>
            <w:tcW w:w="850" w:type="dxa"/>
            <w:tcMar>
              <w:top w:w="60" w:type="dxa"/>
              <w:left w:w="60" w:type="dxa"/>
              <w:bottom w:w="60" w:type="dxa"/>
              <w:right w:w="60" w:type="dxa"/>
            </w:tcMar>
            <w:vAlign w:val="center"/>
          </w:tcPr>
          <w:p w14:paraId="42BFE7F2" w14:textId="77777777" w:rsidR="00034F1F" w:rsidRDefault="00034F1F">
            <w:pPr>
              <w:jc w:val="right"/>
            </w:pPr>
          </w:p>
        </w:tc>
        <w:tc>
          <w:tcPr>
            <w:tcW w:w="850" w:type="dxa"/>
            <w:tcMar>
              <w:top w:w="60" w:type="dxa"/>
              <w:left w:w="60" w:type="dxa"/>
              <w:bottom w:w="60" w:type="dxa"/>
              <w:right w:w="60" w:type="dxa"/>
            </w:tcMar>
            <w:vAlign w:val="center"/>
          </w:tcPr>
          <w:p w14:paraId="5731F964" w14:textId="77777777" w:rsidR="00034F1F" w:rsidRDefault="00034F1F">
            <w:pPr>
              <w:jc w:val="right"/>
            </w:pPr>
          </w:p>
        </w:tc>
        <w:tc>
          <w:tcPr>
            <w:tcW w:w="850" w:type="dxa"/>
            <w:tcMar>
              <w:top w:w="60" w:type="dxa"/>
              <w:left w:w="60" w:type="dxa"/>
              <w:bottom w:w="60" w:type="dxa"/>
              <w:right w:w="60" w:type="dxa"/>
            </w:tcMar>
            <w:vAlign w:val="center"/>
          </w:tcPr>
          <w:p w14:paraId="3339604C" w14:textId="77777777" w:rsidR="00034F1F" w:rsidRDefault="00034F1F">
            <w:pPr>
              <w:jc w:val="right"/>
            </w:pPr>
          </w:p>
        </w:tc>
        <w:tc>
          <w:tcPr>
            <w:tcW w:w="850" w:type="dxa"/>
            <w:tcMar>
              <w:top w:w="60" w:type="dxa"/>
              <w:left w:w="60" w:type="dxa"/>
              <w:bottom w:w="60" w:type="dxa"/>
              <w:right w:w="60" w:type="dxa"/>
            </w:tcMar>
            <w:vAlign w:val="center"/>
          </w:tcPr>
          <w:p w14:paraId="3B301DD3" w14:textId="77777777" w:rsidR="00034F1F" w:rsidRDefault="00034F1F">
            <w:pPr>
              <w:jc w:val="right"/>
            </w:pPr>
          </w:p>
        </w:tc>
        <w:tc>
          <w:tcPr>
            <w:tcW w:w="850" w:type="dxa"/>
            <w:tcMar>
              <w:top w:w="60" w:type="dxa"/>
              <w:left w:w="60" w:type="dxa"/>
              <w:bottom w:w="60" w:type="dxa"/>
              <w:right w:w="60" w:type="dxa"/>
            </w:tcMar>
            <w:vAlign w:val="center"/>
          </w:tcPr>
          <w:p w14:paraId="3FF4F5CE" w14:textId="77777777" w:rsidR="00034F1F" w:rsidRDefault="00034F1F">
            <w:pPr>
              <w:jc w:val="right"/>
            </w:pPr>
          </w:p>
        </w:tc>
        <w:tc>
          <w:tcPr>
            <w:tcW w:w="850" w:type="dxa"/>
            <w:tcMar>
              <w:top w:w="60" w:type="dxa"/>
              <w:left w:w="60" w:type="dxa"/>
              <w:bottom w:w="60" w:type="dxa"/>
              <w:right w:w="60" w:type="dxa"/>
            </w:tcMar>
            <w:vAlign w:val="center"/>
          </w:tcPr>
          <w:p w14:paraId="3386A49F" w14:textId="77777777" w:rsidR="00034F1F" w:rsidRDefault="00034F1F">
            <w:pPr>
              <w:jc w:val="right"/>
            </w:pPr>
          </w:p>
        </w:tc>
        <w:tc>
          <w:tcPr>
            <w:tcW w:w="850" w:type="dxa"/>
            <w:tcMar>
              <w:top w:w="60" w:type="dxa"/>
              <w:left w:w="60" w:type="dxa"/>
              <w:bottom w:w="60" w:type="dxa"/>
              <w:right w:w="60" w:type="dxa"/>
            </w:tcMar>
            <w:vAlign w:val="center"/>
          </w:tcPr>
          <w:p w14:paraId="4F6637DC" w14:textId="77777777" w:rsidR="00034F1F" w:rsidRDefault="00034F1F">
            <w:pPr>
              <w:jc w:val="right"/>
            </w:pPr>
          </w:p>
        </w:tc>
        <w:tc>
          <w:tcPr>
            <w:tcW w:w="850" w:type="dxa"/>
            <w:tcMar>
              <w:top w:w="60" w:type="dxa"/>
              <w:left w:w="60" w:type="dxa"/>
              <w:bottom w:w="60" w:type="dxa"/>
              <w:right w:w="60" w:type="dxa"/>
            </w:tcMar>
            <w:vAlign w:val="center"/>
          </w:tcPr>
          <w:p w14:paraId="1F79D36F" w14:textId="77777777" w:rsidR="00034F1F" w:rsidRDefault="00034F1F">
            <w:pPr>
              <w:jc w:val="right"/>
            </w:pPr>
          </w:p>
        </w:tc>
        <w:tc>
          <w:tcPr>
            <w:tcW w:w="850" w:type="dxa"/>
            <w:tcMar>
              <w:top w:w="60" w:type="dxa"/>
              <w:left w:w="60" w:type="dxa"/>
              <w:bottom w:w="60" w:type="dxa"/>
              <w:right w:w="60" w:type="dxa"/>
            </w:tcMar>
            <w:vAlign w:val="center"/>
          </w:tcPr>
          <w:p w14:paraId="1FB0FB01" w14:textId="77777777" w:rsidR="00034F1F" w:rsidRDefault="00034F1F">
            <w:pPr>
              <w:jc w:val="right"/>
            </w:pPr>
          </w:p>
        </w:tc>
      </w:tr>
      <w:tr w:rsidR="00034F1F" w14:paraId="27DF9128" w14:textId="77777777">
        <w:trPr>
          <w:cantSplit/>
          <w:jc w:val="center"/>
        </w:trPr>
        <w:tc>
          <w:tcPr>
            <w:tcW w:w="1000" w:type="dxa"/>
            <w:tcMar>
              <w:top w:w="60" w:type="dxa"/>
              <w:left w:w="60" w:type="dxa"/>
              <w:bottom w:w="60" w:type="dxa"/>
              <w:right w:w="60" w:type="dxa"/>
            </w:tcMar>
            <w:vAlign w:val="center"/>
          </w:tcPr>
          <w:p w14:paraId="29C77575" w14:textId="77777777" w:rsidR="00034F1F" w:rsidRDefault="00000000">
            <w:r>
              <w:rPr>
                <w:sz w:val="17"/>
              </w:rPr>
              <w:t>BI</w:t>
            </w:r>
          </w:p>
        </w:tc>
        <w:tc>
          <w:tcPr>
            <w:tcW w:w="850" w:type="dxa"/>
            <w:tcMar>
              <w:top w:w="60" w:type="dxa"/>
              <w:left w:w="60" w:type="dxa"/>
              <w:bottom w:w="60" w:type="dxa"/>
              <w:right w:w="60" w:type="dxa"/>
            </w:tcMar>
            <w:vAlign w:val="center"/>
          </w:tcPr>
          <w:p w14:paraId="63F1CEBC" w14:textId="77777777" w:rsidR="00034F1F" w:rsidRDefault="00000000">
            <w:pPr>
              <w:jc w:val="right"/>
            </w:pPr>
            <w:r>
              <w:rPr>
                <w:sz w:val="17"/>
              </w:rPr>
              <w:t>0.122</w:t>
            </w:r>
          </w:p>
        </w:tc>
        <w:tc>
          <w:tcPr>
            <w:tcW w:w="850" w:type="dxa"/>
            <w:tcMar>
              <w:top w:w="60" w:type="dxa"/>
              <w:left w:w="60" w:type="dxa"/>
              <w:bottom w:w="60" w:type="dxa"/>
              <w:right w:w="60" w:type="dxa"/>
            </w:tcMar>
            <w:vAlign w:val="center"/>
          </w:tcPr>
          <w:p w14:paraId="4E94FC34" w14:textId="77777777" w:rsidR="00034F1F" w:rsidRDefault="00000000">
            <w:pPr>
              <w:jc w:val="right"/>
            </w:pPr>
            <w:r>
              <w:rPr>
                <w:sz w:val="17"/>
              </w:rPr>
              <w:t>0.058</w:t>
            </w:r>
          </w:p>
        </w:tc>
        <w:tc>
          <w:tcPr>
            <w:tcW w:w="850" w:type="dxa"/>
            <w:tcMar>
              <w:top w:w="60" w:type="dxa"/>
              <w:left w:w="60" w:type="dxa"/>
              <w:bottom w:w="60" w:type="dxa"/>
              <w:right w:w="60" w:type="dxa"/>
            </w:tcMar>
            <w:vAlign w:val="center"/>
          </w:tcPr>
          <w:p w14:paraId="449C4509"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3A11448F" w14:textId="77777777" w:rsidR="00034F1F" w:rsidRDefault="00034F1F">
            <w:pPr>
              <w:jc w:val="right"/>
            </w:pPr>
          </w:p>
        </w:tc>
        <w:tc>
          <w:tcPr>
            <w:tcW w:w="850" w:type="dxa"/>
            <w:tcMar>
              <w:top w:w="60" w:type="dxa"/>
              <w:left w:w="60" w:type="dxa"/>
              <w:bottom w:w="60" w:type="dxa"/>
              <w:right w:w="60" w:type="dxa"/>
            </w:tcMar>
            <w:vAlign w:val="center"/>
          </w:tcPr>
          <w:p w14:paraId="437FF711" w14:textId="77777777" w:rsidR="00034F1F" w:rsidRDefault="00034F1F">
            <w:pPr>
              <w:jc w:val="right"/>
            </w:pPr>
          </w:p>
        </w:tc>
        <w:tc>
          <w:tcPr>
            <w:tcW w:w="850" w:type="dxa"/>
            <w:tcMar>
              <w:top w:w="60" w:type="dxa"/>
              <w:left w:w="60" w:type="dxa"/>
              <w:bottom w:w="60" w:type="dxa"/>
              <w:right w:w="60" w:type="dxa"/>
            </w:tcMar>
            <w:vAlign w:val="center"/>
          </w:tcPr>
          <w:p w14:paraId="1F362E34" w14:textId="77777777" w:rsidR="00034F1F" w:rsidRDefault="00034F1F">
            <w:pPr>
              <w:jc w:val="right"/>
            </w:pPr>
          </w:p>
        </w:tc>
        <w:tc>
          <w:tcPr>
            <w:tcW w:w="850" w:type="dxa"/>
            <w:tcMar>
              <w:top w:w="60" w:type="dxa"/>
              <w:left w:w="60" w:type="dxa"/>
              <w:bottom w:w="60" w:type="dxa"/>
              <w:right w:w="60" w:type="dxa"/>
            </w:tcMar>
            <w:vAlign w:val="center"/>
          </w:tcPr>
          <w:p w14:paraId="7C97515C" w14:textId="77777777" w:rsidR="00034F1F" w:rsidRDefault="00034F1F">
            <w:pPr>
              <w:jc w:val="right"/>
            </w:pPr>
          </w:p>
        </w:tc>
        <w:tc>
          <w:tcPr>
            <w:tcW w:w="850" w:type="dxa"/>
            <w:tcMar>
              <w:top w:w="60" w:type="dxa"/>
              <w:left w:w="60" w:type="dxa"/>
              <w:bottom w:w="60" w:type="dxa"/>
              <w:right w:w="60" w:type="dxa"/>
            </w:tcMar>
            <w:vAlign w:val="center"/>
          </w:tcPr>
          <w:p w14:paraId="541939C5" w14:textId="77777777" w:rsidR="00034F1F" w:rsidRDefault="00034F1F">
            <w:pPr>
              <w:jc w:val="right"/>
            </w:pPr>
          </w:p>
        </w:tc>
        <w:tc>
          <w:tcPr>
            <w:tcW w:w="850" w:type="dxa"/>
            <w:tcMar>
              <w:top w:w="60" w:type="dxa"/>
              <w:left w:w="60" w:type="dxa"/>
              <w:bottom w:w="60" w:type="dxa"/>
              <w:right w:w="60" w:type="dxa"/>
            </w:tcMar>
            <w:vAlign w:val="center"/>
          </w:tcPr>
          <w:p w14:paraId="66CA2470" w14:textId="77777777" w:rsidR="00034F1F" w:rsidRDefault="00034F1F">
            <w:pPr>
              <w:jc w:val="right"/>
            </w:pPr>
          </w:p>
        </w:tc>
        <w:tc>
          <w:tcPr>
            <w:tcW w:w="850" w:type="dxa"/>
            <w:tcMar>
              <w:top w:w="60" w:type="dxa"/>
              <w:left w:w="60" w:type="dxa"/>
              <w:bottom w:w="60" w:type="dxa"/>
              <w:right w:w="60" w:type="dxa"/>
            </w:tcMar>
            <w:vAlign w:val="center"/>
          </w:tcPr>
          <w:p w14:paraId="73E4CFC6" w14:textId="77777777" w:rsidR="00034F1F" w:rsidRDefault="00034F1F">
            <w:pPr>
              <w:jc w:val="right"/>
            </w:pPr>
          </w:p>
        </w:tc>
        <w:tc>
          <w:tcPr>
            <w:tcW w:w="850" w:type="dxa"/>
            <w:tcMar>
              <w:top w:w="60" w:type="dxa"/>
              <w:left w:w="60" w:type="dxa"/>
              <w:bottom w:w="60" w:type="dxa"/>
              <w:right w:w="60" w:type="dxa"/>
            </w:tcMar>
            <w:vAlign w:val="center"/>
          </w:tcPr>
          <w:p w14:paraId="2C03DF22" w14:textId="77777777" w:rsidR="00034F1F" w:rsidRDefault="00034F1F">
            <w:pPr>
              <w:jc w:val="right"/>
            </w:pPr>
          </w:p>
        </w:tc>
        <w:tc>
          <w:tcPr>
            <w:tcW w:w="850" w:type="dxa"/>
            <w:tcMar>
              <w:top w:w="60" w:type="dxa"/>
              <w:left w:w="60" w:type="dxa"/>
              <w:bottom w:w="60" w:type="dxa"/>
              <w:right w:w="60" w:type="dxa"/>
            </w:tcMar>
            <w:vAlign w:val="center"/>
          </w:tcPr>
          <w:p w14:paraId="2B93ED1A" w14:textId="77777777" w:rsidR="00034F1F" w:rsidRDefault="00034F1F">
            <w:pPr>
              <w:jc w:val="right"/>
            </w:pPr>
          </w:p>
        </w:tc>
        <w:tc>
          <w:tcPr>
            <w:tcW w:w="850" w:type="dxa"/>
            <w:tcMar>
              <w:top w:w="60" w:type="dxa"/>
              <w:left w:w="60" w:type="dxa"/>
              <w:bottom w:w="60" w:type="dxa"/>
              <w:right w:w="60" w:type="dxa"/>
            </w:tcMar>
            <w:vAlign w:val="center"/>
          </w:tcPr>
          <w:p w14:paraId="64FBB870" w14:textId="77777777" w:rsidR="00034F1F" w:rsidRDefault="00034F1F">
            <w:pPr>
              <w:jc w:val="right"/>
            </w:pPr>
          </w:p>
        </w:tc>
      </w:tr>
      <w:tr w:rsidR="00034F1F" w14:paraId="77E9643D" w14:textId="77777777">
        <w:trPr>
          <w:cantSplit/>
          <w:jc w:val="center"/>
        </w:trPr>
        <w:tc>
          <w:tcPr>
            <w:tcW w:w="1000" w:type="dxa"/>
            <w:tcMar>
              <w:top w:w="60" w:type="dxa"/>
              <w:left w:w="60" w:type="dxa"/>
              <w:bottom w:w="60" w:type="dxa"/>
              <w:right w:w="60" w:type="dxa"/>
            </w:tcMar>
            <w:vAlign w:val="center"/>
          </w:tcPr>
          <w:p w14:paraId="46D077A9" w14:textId="77777777" w:rsidR="00034F1F" w:rsidRDefault="00000000">
            <w:r>
              <w:rPr>
                <w:sz w:val="17"/>
              </w:rPr>
              <w:t>CEO_D</w:t>
            </w:r>
          </w:p>
        </w:tc>
        <w:tc>
          <w:tcPr>
            <w:tcW w:w="850" w:type="dxa"/>
            <w:tcMar>
              <w:top w:w="60" w:type="dxa"/>
              <w:left w:w="60" w:type="dxa"/>
              <w:bottom w:w="60" w:type="dxa"/>
              <w:right w:w="60" w:type="dxa"/>
            </w:tcMar>
            <w:vAlign w:val="center"/>
          </w:tcPr>
          <w:p w14:paraId="468B56DA" w14:textId="77777777" w:rsidR="00034F1F" w:rsidRDefault="00000000">
            <w:pPr>
              <w:jc w:val="right"/>
            </w:pPr>
            <w:r>
              <w:rPr>
                <w:sz w:val="17"/>
              </w:rPr>
              <w:t>0.079</w:t>
            </w:r>
          </w:p>
        </w:tc>
        <w:tc>
          <w:tcPr>
            <w:tcW w:w="850" w:type="dxa"/>
            <w:tcMar>
              <w:top w:w="60" w:type="dxa"/>
              <w:left w:w="60" w:type="dxa"/>
              <w:bottom w:w="60" w:type="dxa"/>
              <w:right w:w="60" w:type="dxa"/>
            </w:tcMar>
            <w:vAlign w:val="center"/>
          </w:tcPr>
          <w:p w14:paraId="6A8FB578" w14:textId="77777777" w:rsidR="00034F1F" w:rsidRDefault="00000000">
            <w:pPr>
              <w:jc w:val="right"/>
            </w:pPr>
            <w:r>
              <w:rPr>
                <w:sz w:val="17"/>
              </w:rPr>
              <w:t>-0.087</w:t>
            </w:r>
          </w:p>
        </w:tc>
        <w:tc>
          <w:tcPr>
            <w:tcW w:w="850" w:type="dxa"/>
            <w:tcMar>
              <w:top w:w="60" w:type="dxa"/>
              <w:left w:w="60" w:type="dxa"/>
              <w:bottom w:w="60" w:type="dxa"/>
              <w:right w:w="60" w:type="dxa"/>
            </w:tcMar>
            <w:vAlign w:val="center"/>
          </w:tcPr>
          <w:p w14:paraId="2631B95A" w14:textId="77777777" w:rsidR="00034F1F" w:rsidRDefault="00000000">
            <w:pPr>
              <w:jc w:val="right"/>
            </w:pPr>
            <w:r>
              <w:rPr>
                <w:sz w:val="17"/>
              </w:rPr>
              <w:t>-0.110</w:t>
            </w:r>
          </w:p>
        </w:tc>
        <w:tc>
          <w:tcPr>
            <w:tcW w:w="850" w:type="dxa"/>
            <w:tcMar>
              <w:top w:w="60" w:type="dxa"/>
              <w:left w:w="60" w:type="dxa"/>
              <w:bottom w:w="60" w:type="dxa"/>
              <w:right w:w="60" w:type="dxa"/>
            </w:tcMar>
            <w:vAlign w:val="center"/>
          </w:tcPr>
          <w:p w14:paraId="5CA075BB"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12D15E14" w14:textId="77777777" w:rsidR="00034F1F" w:rsidRDefault="00034F1F">
            <w:pPr>
              <w:jc w:val="right"/>
            </w:pPr>
          </w:p>
        </w:tc>
        <w:tc>
          <w:tcPr>
            <w:tcW w:w="850" w:type="dxa"/>
            <w:tcMar>
              <w:top w:w="60" w:type="dxa"/>
              <w:left w:w="60" w:type="dxa"/>
              <w:bottom w:w="60" w:type="dxa"/>
              <w:right w:w="60" w:type="dxa"/>
            </w:tcMar>
            <w:vAlign w:val="center"/>
          </w:tcPr>
          <w:p w14:paraId="0512E243" w14:textId="77777777" w:rsidR="00034F1F" w:rsidRDefault="00034F1F">
            <w:pPr>
              <w:jc w:val="right"/>
            </w:pPr>
          </w:p>
        </w:tc>
        <w:tc>
          <w:tcPr>
            <w:tcW w:w="850" w:type="dxa"/>
            <w:tcMar>
              <w:top w:w="60" w:type="dxa"/>
              <w:left w:w="60" w:type="dxa"/>
              <w:bottom w:w="60" w:type="dxa"/>
              <w:right w:w="60" w:type="dxa"/>
            </w:tcMar>
            <w:vAlign w:val="center"/>
          </w:tcPr>
          <w:p w14:paraId="407ED245" w14:textId="77777777" w:rsidR="00034F1F" w:rsidRDefault="00034F1F">
            <w:pPr>
              <w:jc w:val="right"/>
            </w:pPr>
          </w:p>
        </w:tc>
        <w:tc>
          <w:tcPr>
            <w:tcW w:w="850" w:type="dxa"/>
            <w:tcMar>
              <w:top w:w="60" w:type="dxa"/>
              <w:left w:w="60" w:type="dxa"/>
              <w:bottom w:w="60" w:type="dxa"/>
              <w:right w:w="60" w:type="dxa"/>
            </w:tcMar>
            <w:vAlign w:val="center"/>
          </w:tcPr>
          <w:p w14:paraId="5C55882B" w14:textId="77777777" w:rsidR="00034F1F" w:rsidRDefault="00034F1F">
            <w:pPr>
              <w:jc w:val="right"/>
            </w:pPr>
          </w:p>
        </w:tc>
        <w:tc>
          <w:tcPr>
            <w:tcW w:w="850" w:type="dxa"/>
            <w:tcMar>
              <w:top w:w="60" w:type="dxa"/>
              <w:left w:w="60" w:type="dxa"/>
              <w:bottom w:w="60" w:type="dxa"/>
              <w:right w:w="60" w:type="dxa"/>
            </w:tcMar>
            <w:vAlign w:val="center"/>
          </w:tcPr>
          <w:p w14:paraId="5855B110" w14:textId="77777777" w:rsidR="00034F1F" w:rsidRDefault="00034F1F">
            <w:pPr>
              <w:jc w:val="right"/>
            </w:pPr>
          </w:p>
        </w:tc>
        <w:tc>
          <w:tcPr>
            <w:tcW w:w="850" w:type="dxa"/>
            <w:tcMar>
              <w:top w:w="60" w:type="dxa"/>
              <w:left w:w="60" w:type="dxa"/>
              <w:bottom w:w="60" w:type="dxa"/>
              <w:right w:w="60" w:type="dxa"/>
            </w:tcMar>
            <w:vAlign w:val="center"/>
          </w:tcPr>
          <w:p w14:paraId="6A768BAD" w14:textId="77777777" w:rsidR="00034F1F" w:rsidRDefault="00034F1F">
            <w:pPr>
              <w:jc w:val="right"/>
            </w:pPr>
          </w:p>
        </w:tc>
        <w:tc>
          <w:tcPr>
            <w:tcW w:w="850" w:type="dxa"/>
            <w:tcMar>
              <w:top w:w="60" w:type="dxa"/>
              <w:left w:w="60" w:type="dxa"/>
              <w:bottom w:w="60" w:type="dxa"/>
              <w:right w:w="60" w:type="dxa"/>
            </w:tcMar>
            <w:vAlign w:val="center"/>
          </w:tcPr>
          <w:p w14:paraId="60D95605" w14:textId="77777777" w:rsidR="00034F1F" w:rsidRDefault="00034F1F">
            <w:pPr>
              <w:jc w:val="right"/>
            </w:pPr>
          </w:p>
        </w:tc>
        <w:tc>
          <w:tcPr>
            <w:tcW w:w="850" w:type="dxa"/>
            <w:tcMar>
              <w:top w:w="60" w:type="dxa"/>
              <w:left w:w="60" w:type="dxa"/>
              <w:bottom w:w="60" w:type="dxa"/>
              <w:right w:w="60" w:type="dxa"/>
            </w:tcMar>
            <w:vAlign w:val="center"/>
          </w:tcPr>
          <w:p w14:paraId="0CC5E66B" w14:textId="77777777" w:rsidR="00034F1F" w:rsidRDefault="00034F1F">
            <w:pPr>
              <w:jc w:val="right"/>
            </w:pPr>
          </w:p>
        </w:tc>
        <w:tc>
          <w:tcPr>
            <w:tcW w:w="850" w:type="dxa"/>
            <w:tcMar>
              <w:top w:w="60" w:type="dxa"/>
              <w:left w:w="60" w:type="dxa"/>
              <w:bottom w:w="60" w:type="dxa"/>
              <w:right w:w="60" w:type="dxa"/>
            </w:tcMar>
            <w:vAlign w:val="center"/>
          </w:tcPr>
          <w:p w14:paraId="1F25603A" w14:textId="77777777" w:rsidR="00034F1F" w:rsidRDefault="00034F1F">
            <w:pPr>
              <w:jc w:val="right"/>
            </w:pPr>
          </w:p>
        </w:tc>
      </w:tr>
      <w:tr w:rsidR="00034F1F" w14:paraId="46A921CF" w14:textId="77777777">
        <w:trPr>
          <w:cantSplit/>
          <w:jc w:val="center"/>
        </w:trPr>
        <w:tc>
          <w:tcPr>
            <w:tcW w:w="1000" w:type="dxa"/>
            <w:tcMar>
              <w:top w:w="60" w:type="dxa"/>
              <w:left w:w="60" w:type="dxa"/>
              <w:bottom w:w="60" w:type="dxa"/>
              <w:right w:w="60" w:type="dxa"/>
            </w:tcMar>
            <w:vAlign w:val="center"/>
          </w:tcPr>
          <w:p w14:paraId="4FB769D3" w14:textId="77777777" w:rsidR="00034F1F" w:rsidRDefault="00000000">
            <w:r>
              <w:rPr>
                <w:sz w:val="17"/>
              </w:rPr>
              <w:t>BDE</w:t>
            </w:r>
          </w:p>
        </w:tc>
        <w:tc>
          <w:tcPr>
            <w:tcW w:w="850" w:type="dxa"/>
            <w:tcMar>
              <w:top w:w="60" w:type="dxa"/>
              <w:left w:w="60" w:type="dxa"/>
              <w:bottom w:w="60" w:type="dxa"/>
              <w:right w:w="60" w:type="dxa"/>
            </w:tcMar>
            <w:vAlign w:val="center"/>
          </w:tcPr>
          <w:p w14:paraId="4A63B29F" w14:textId="77777777" w:rsidR="00034F1F" w:rsidRDefault="00000000">
            <w:pPr>
              <w:jc w:val="right"/>
            </w:pPr>
            <w:r>
              <w:rPr>
                <w:sz w:val="17"/>
              </w:rPr>
              <w:t>-0.035</w:t>
            </w:r>
          </w:p>
        </w:tc>
        <w:tc>
          <w:tcPr>
            <w:tcW w:w="850" w:type="dxa"/>
            <w:tcMar>
              <w:top w:w="60" w:type="dxa"/>
              <w:left w:w="60" w:type="dxa"/>
              <w:bottom w:w="60" w:type="dxa"/>
              <w:right w:w="60" w:type="dxa"/>
            </w:tcMar>
            <w:vAlign w:val="center"/>
          </w:tcPr>
          <w:p w14:paraId="6DC857F9" w14:textId="77777777" w:rsidR="00034F1F" w:rsidRDefault="00000000">
            <w:pPr>
              <w:jc w:val="right"/>
            </w:pPr>
            <w:r>
              <w:rPr>
                <w:sz w:val="17"/>
              </w:rPr>
              <w:t>0.084</w:t>
            </w:r>
          </w:p>
        </w:tc>
        <w:tc>
          <w:tcPr>
            <w:tcW w:w="850" w:type="dxa"/>
            <w:tcMar>
              <w:top w:w="60" w:type="dxa"/>
              <w:left w:w="60" w:type="dxa"/>
              <w:bottom w:w="60" w:type="dxa"/>
              <w:right w:w="60" w:type="dxa"/>
            </w:tcMar>
            <w:vAlign w:val="center"/>
          </w:tcPr>
          <w:p w14:paraId="39E3DFF9" w14:textId="77777777" w:rsidR="00034F1F" w:rsidRDefault="00000000">
            <w:pPr>
              <w:jc w:val="right"/>
            </w:pPr>
            <w:r>
              <w:rPr>
                <w:sz w:val="17"/>
              </w:rPr>
              <w:t>0.046</w:t>
            </w:r>
          </w:p>
        </w:tc>
        <w:tc>
          <w:tcPr>
            <w:tcW w:w="850" w:type="dxa"/>
            <w:tcMar>
              <w:top w:w="60" w:type="dxa"/>
              <w:left w:w="60" w:type="dxa"/>
              <w:bottom w:w="60" w:type="dxa"/>
              <w:right w:w="60" w:type="dxa"/>
            </w:tcMar>
            <w:vAlign w:val="center"/>
          </w:tcPr>
          <w:p w14:paraId="76141850" w14:textId="77777777" w:rsidR="00034F1F" w:rsidRDefault="00000000">
            <w:pPr>
              <w:jc w:val="right"/>
            </w:pPr>
            <w:r>
              <w:rPr>
                <w:sz w:val="17"/>
              </w:rPr>
              <w:t>-0.074</w:t>
            </w:r>
          </w:p>
        </w:tc>
        <w:tc>
          <w:tcPr>
            <w:tcW w:w="850" w:type="dxa"/>
            <w:tcMar>
              <w:top w:w="60" w:type="dxa"/>
              <w:left w:w="60" w:type="dxa"/>
              <w:bottom w:w="60" w:type="dxa"/>
              <w:right w:w="60" w:type="dxa"/>
            </w:tcMar>
            <w:vAlign w:val="center"/>
          </w:tcPr>
          <w:p w14:paraId="7BF5B27D"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1BCD6850" w14:textId="77777777" w:rsidR="00034F1F" w:rsidRDefault="00034F1F">
            <w:pPr>
              <w:jc w:val="right"/>
            </w:pPr>
          </w:p>
        </w:tc>
        <w:tc>
          <w:tcPr>
            <w:tcW w:w="850" w:type="dxa"/>
            <w:tcMar>
              <w:top w:w="60" w:type="dxa"/>
              <w:left w:w="60" w:type="dxa"/>
              <w:bottom w:w="60" w:type="dxa"/>
              <w:right w:w="60" w:type="dxa"/>
            </w:tcMar>
            <w:vAlign w:val="center"/>
          </w:tcPr>
          <w:p w14:paraId="32278521" w14:textId="77777777" w:rsidR="00034F1F" w:rsidRDefault="00034F1F">
            <w:pPr>
              <w:jc w:val="right"/>
            </w:pPr>
          </w:p>
        </w:tc>
        <w:tc>
          <w:tcPr>
            <w:tcW w:w="850" w:type="dxa"/>
            <w:tcMar>
              <w:top w:w="60" w:type="dxa"/>
              <w:left w:w="60" w:type="dxa"/>
              <w:bottom w:w="60" w:type="dxa"/>
              <w:right w:w="60" w:type="dxa"/>
            </w:tcMar>
            <w:vAlign w:val="center"/>
          </w:tcPr>
          <w:p w14:paraId="312B0214" w14:textId="77777777" w:rsidR="00034F1F" w:rsidRDefault="00034F1F">
            <w:pPr>
              <w:jc w:val="right"/>
            </w:pPr>
          </w:p>
        </w:tc>
        <w:tc>
          <w:tcPr>
            <w:tcW w:w="850" w:type="dxa"/>
            <w:tcMar>
              <w:top w:w="60" w:type="dxa"/>
              <w:left w:w="60" w:type="dxa"/>
              <w:bottom w:w="60" w:type="dxa"/>
              <w:right w:w="60" w:type="dxa"/>
            </w:tcMar>
            <w:vAlign w:val="center"/>
          </w:tcPr>
          <w:p w14:paraId="59FB90DB" w14:textId="77777777" w:rsidR="00034F1F" w:rsidRDefault="00034F1F">
            <w:pPr>
              <w:jc w:val="right"/>
            </w:pPr>
          </w:p>
        </w:tc>
        <w:tc>
          <w:tcPr>
            <w:tcW w:w="850" w:type="dxa"/>
            <w:tcMar>
              <w:top w:w="60" w:type="dxa"/>
              <w:left w:w="60" w:type="dxa"/>
              <w:bottom w:w="60" w:type="dxa"/>
              <w:right w:w="60" w:type="dxa"/>
            </w:tcMar>
            <w:vAlign w:val="center"/>
          </w:tcPr>
          <w:p w14:paraId="22F1085D" w14:textId="77777777" w:rsidR="00034F1F" w:rsidRDefault="00034F1F">
            <w:pPr>
              <w:jc w:val="right"/>
            </w:pPr>
          </w:p>
        </w:tc>
        <w:tc>
          <w:tcPr>
            <w:tcW w:w="850" w:type="dxa"/>
            <w:tcMar>
              <w:top w:w="60" w:type="dxa"/>
              <w:left w:w="60" w:type="dxa"/>
              <w:bottom w:w="60" w:type="dxa"/>
              <w:right w:w="60" w:type="dxa"/>
            </w:tcMar>
            <w:vAlign w:val="center"/>
          </w:tcPr>
          <w:p w14:paraId="13DA935B" w14:textId="77777777" w:rsidR="00034F1F" w:rsidRDefault="00034F1F">
            <w:pPr>
              <w:jc w:val="right"/>
            </w:pPr>
          </w:p>
        </w:tc>
        <w:tc>
          <w:tcPr>
            <w:tcW w:w="850" w:type="dxa"/>
            <w:tcMar>
              <w:top w:w="60" w:type="dxa"/>
              <w:left w:w="60" w:type="dxa"/>
              <w:bottom w:w="60" w:type="dxa"/>
              <w:right w:w="60" w:type="dxa"/>
            </w:tcMar>
            <w:vAlign w:val="center"/>
          </w:tcPr>
          <w:p w14:paraId="4353CD0B" w14:textId="77777777" w:rsidR="00034F1F" w:rsidRDefault="00034F1F">
            <w:pPr>
              <w:jc w:val="right"/>
            </w:pPr>
          </w:p>
        </w:tc>
        <w:tc>
          <w:tcPr>
            <w:tcW w:w="850" w:type="dxa"/>
            <w:tcMar>
              <w:top w:w="60" w:type="dxa"/>
              <w:left w:w="60" w:type="dxa"/>
              <w:bottom w:w="60" w:type="dxa"/>
              <w:right w:w="60" w:type="dxa"/>
            </w:tcMar>
            <w:vAlign w:val="center"/>
          </w:tcPr>
          <w:p w14:paraId="00EE07AD" w14:textId="77777777" w:rsidR="00034F1F" w:rsidRDefault="00034F1F">
            <w:pPr>
              <w:jc w:val="right"/>
            </w:pPr>
          </w:p>
        </w:tc>
      </w:tr>
      <w:tr w:rsidR="00034F1F" w14:paraId="6DE0CE91" w14:textId="77777777">
        <w:trPr>
          <w:cantSplit/>
          <w:jc w:val="center"/>
        </w:trPr>
        <w:tc>
          <w:tcPr>
            <w:tcW w:w="1000" w:type="dxa"/>
            <w:tcMar>
              <w:top w:w="60" w:type="dxa"/>
              <w:left w:w="60" w:type="dxa"/>
              <w:bottom w:w="60" w:type="dxa"/>
              <w:right w:w="60" w:type="dxa"/>
            </w:tcMar>
            <w:vAlign w:val="center"/>
          </w:tcPr>
          <w:p w14:paraId="6182D13F" w14:textId="77777777" w:rsidR="00034F1F" w:rsidRDefault="00000000">
            <w:r>
              <w:rPr>
                <w:sz w:val="17"/>
              </w:rPr>
              <w:t>ACI</w:t>
            </w:r>
          </w:p>
        </w:tc>
        <w:tc>
          <w:tcPr>
            <w:tcW w:w="850" w:type="dxa"/>
            <w:tcMar>
              <w:top w:w="60" w:type="dxa"/>
              <w:left w:w="60" w:type="dxa"/>
              <w:bottom w:w="60" w:type="dxa"/>
              <w:right w:w="60" w:type="dxa"/>
            </w:tcMar>
            <w:vAlign w:val="center"/>
          </w:tcPr>
          <w:p w14:paraId="72A25B64" w14:textId="77777777" w:rsidR="00034F1F" w:rsidRDefault="00000000">
            <w:pPr>
              <w:jc w:val="right"/>
            </w:pPr>
            <w:r>
              <w:rPr>
                <w:sz w:val="17"/>
              </w:rPr>
              <w:t>-0.001</w:t>
            </w:r>
          </w:p>
        </w:tc>
        <w:tc>
          <w:tcPr>
            <w:tcW w:w="850" w:type="dxa"/>
            <w:tcMar>
              <w:top w:w="60" w:type="dxa"/>
              <w:left w:w="60" w:type="dxa"/>
              <w:bottom w:w="60" w:type="dxa"/>
              <w:right w:w="60" w:type="dxa"/>
            </w:tcMar>
            <w:vAlign w:val="center"/>
          </w:tcPr>
          <w:p w14:paraId="5998EEAF" w14:textId="77777777" w:rsidR="00034F1F" w:rsidRDefault="00000000">
            <w:pPr>
              <w:jc w:val="right"/>
            </w:pPr>
            <w:r>
              <w:rPr>
                <w:sz w:val="17"/>
              </w:rPr>
              <w:t>-0.101</w:t>
            </w:r>
          </w:p>
        </w:tc>
        <w:tc>
          <w:tcPr>
            <w:tcW w:w="850" w:type="dxa"/>
            <w:tcMar>
              <w:top w:w="60" w:type="dxa"/>
              <w:left w:w="60" w:type="dxa"/>
              <w:bottom w:w="60" w:type="dxa"/>
              <w:right w:w="60" w:type="dxa"/>
            </w:tcMar>
            <w:vAlign w:val="center"/>
          </w:tcPr>
          <w:p w14:paraId="5B098404" w14:textId="77777777" w:rsidR="00034F1F" w:rsidRDefault="00000000">
            <w:pPr>
              <w:jc w:val="right"/>
            </w:pPr>
            <w:r>
              <w:rPr>
                <w:sz w:val="17"/>
              </w:rPr>
              <w:t>0.541</w:t>
            </w:r>
          </w:p>
        </w:tc>
        <w:tc>
          <w:tcPr>
            <w:tcW w:w="850" w:type="dxa"/>
            <w:tcMar>
              <w:top w:w="60" w:type="dxa"/>
              <w:left w:w="60" w:type="dxa"/>
              <w:bottom w:w="60" w:type="dxa"/>
              <w:right w:w="60" w:type="dxa"/>
            </w:tcMar>
            <w:vAlign w:val="center"/>
          </w:tcPr>
          <w:p w14:paraId="171A827E" w14:textId="77777777" w:rsidR="00034F1F" w:rsidRDefault="00000000">
            <w:pPr>
              <w:jc w:val="right"/>
            </w:pPr>
            <w:r>
              <w:rPr>
                <w:sz w:val="17"/>
              </w:rPr>
              <w:t>-0.058</w:t>
            </w:r>
          </w:p>
        </w:tc>
        <w:tc>
          <w:tcPr>
            <w:tcW w:w="850" w:type="dxa"/>
            <w:tcMar>
              <w:top w:w="60" w:type="dxa"/>
              <w:left w:w="60" w:type="dxa"/>
              <w:bottom w:w="60" w:type="dxa"/>
              <w:right w:w="60" w:type="dxa"/>
            </w:tcMar>
            <w:vAlign w:val="center"/>
          </w:tcPr>
          <w:p w14:paraId="6F0CEAF8" w14:textId="77777777" w:rsidR="00034F1F" w:rsidRDefault="00000000">
            <w:pPr>
              <w:jc w:val="right"/>
            </w:pPr>
            <w:r>
              <w:rPr>
                <w:sz w:val="17"/>
              </w:rPr>
              <w:t>0.030</w:t>
            </w:r>
          </w:p>
        </w:tc>
        <w:tc>
          <w:tcPr>
            <w:tcW w:w="850" w:type="dxa"/>
            <w:tcMar>
              <w:top w:w="60" w:type="dxa"/>
              <w:left w:w="60" w:type="dxa"/>
              <w:bottom w:w="60" w:type="dxa"/>
              <w:right w:w="60" w:type="dxa"/>
            </w:tcMar>
            <w:vAlign w:val="center"/>
          </w:tcPr>
          <w:p w14:paraId="5D9F2C12"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3E6A91AB" w14:textId="77777777" w:rsidR="00034F1F" w:rsidRDefault="00034F1F">
            <w:pPr>
              <w:jc w:val="right"/>
            </w:pPr>
          </w:p>
        </w:tc>
        <w:tc>
          <w:tcPr>
            <w:tcW w:w="850" w:type="dxa"/>
            <w:tcMar>
              <w:top w:w="60" w:type="dxa"/>
              <w:left w:w="60" w:type="dxa"/>
              <w:bottom w:w="60" w:type="dxa"/>
              <w:right w:w="60" w:type="dxa"/>
            </w:tcMar>
            <w:vAlign w:val="center"/>
          </w:tcPr>
          <w:p w14:paraId="196332E0" w14:textId="77777777" w:rsidR="00034F1F" w:rsidRDefault="00034F1F">
            <w:pPr>
              <w:jc w:val="right"/>
            </w:pPr>
          </w:p>
        </w:tc>
        <w:tc>
          <w:tcPr>
            <w:tcW w:w="850" w:type="dxa"/>
            <w:tcMar>
              <w:top w:w="60" w:type="dxa"/>
              <w:left w:w="60" w:type="dxa"/>
              <w:bottom w:w="60" w:type="dxa"/>
              <w:right w:w="60" w:type="dxa"/>
            </w:tcMar>
            <w:vAlign w:val="center"/>
          </w:tcPr>
          <w:p w14:paraId="0DA3887B" w14:textId="77777777" w:rsidR="00034F1F" w:rsidRDefault="00034F1F">
            <w:pPr>
              <w:jc w:val="right"/>
            </w:pPr>
          </w:p>
        </w:tc>
        <w:tc>
          <w:tcPr>
            <w:tcW w:w="850" w:type="dxa"/>
            <w:tcMar>
              <w:top w:w="60" w:type="dxa"/>
              <w:left w:w="60" w:type="dxa"/>
              <w:bottom w:w="60" w:type="dxa"/>
              <w:right w:w="60" w:type="dxa"/>
            </w:tcMar>
            <w:vAlign w:val="center"/>
          </w:tcPr>
          <w:p w14:paraId="55B786A3" w14:textId="77777777" w:rsidR="00034F1F" w:rsidRDefault="00034F1F">
            <w:pPr>
              <w:jc w:val="right"/>
            </w:pPr>
          </w:p>
        </w:tc>
        <w:tc>
          <w:tcPr>
            <w:tcW w:w="850" w:type="dxa"/>
            <w:tcMar>
              <w:top w:w="60" w:type="dxa"/>
              <w:left w:w="60" w:type="dxa"/>
              <w:bottom w:w="60" w:type="dxa"/>
              <w:right w:w="60" w:type="dxa"/>
            </w:tcMar>
            <w:vAlign w:val="center"/>
          </w:tcPr>
          <w:p w14:paraId="7CB4FEA4" w14:textId="77777777" w:rsidR="00034F1F" w:rsidRDefault="00034F1F">
            <w:pPr>
              <w:jc w:val="right"/>
            </w:pPr>
          </w:p>
        </w:tc>
        <w:tc>
          <w:tcPr>
            <w:tcW w:w="850" w:type="dxa"/>
            <w:tcMar>
              <w:top w:w="60" w:type="dxa"/>
              <w:left w:w="60" w:type="dxa"/>
              <w:bottom w:w="60" w:type="dxa"/>
              <w:right w:w="60" w:type="dxa"/>
            </w:tcMar>
            <w:vAlign w:val="center"/>
          </w:tcPr>
          <w:p w14:paraId="4699DB34" w14:textId="77777777" w:rsidR="00034F1F" w:rsidRDefault="00034F1F">
            <w:pPr>
              <w:jc w:val="right"/>
            </w:pPr>
          </w:p>
        </w:tc>
        <w:tc>
          <w:tcPr>
            <w:tcW w:w="850" w:type="dxa"/>
            <w:tcMar>
              <w:top w:w="60" w:type="dxa"/>
              <w:left w:w="60" w:type="dxa"/>
              <w:bottom w:w="60" w:type="dxa"/>
              <w:right w:w="60" w:type="dxa"/>
            </w:tcMar>
            <w:vAlign w:val="center"/>
          </w:tcPr>
          <w:p w14:paraId="177B3D06" w14:textId="77777777" w:rsidR="00034F1F" w:rsidRDefault="00034F1F">
            <w:pPr>
              <w:jc w:val="right"/>
            </w:pPr>
          </w:p>
        </w:tc>
      </w:tr>
      <w:tr w:rsidR="00034F1F" w14:paraId="7F7B0F0C" w14:textId="77777777">
        <w:trPr>
          <w:cantSplit/>
          <w:jc w:val="center"/>
        </w:trPr>
        <w:tc>
          <w:tcPr>
            <w:tcW w:w="1000" w:type="dxa"/>
            <w:tcMar>
              <w:top w:w="60" w:type="dxa"/>
              <w:left w:w="60" w:type="dxa"/>
              <w:bottom w:w="60" w:type="dxa"/>
              <w:right w:w="60" w:type="dxa"/>
            </w:tcMar>
            <w:vAlign w:val="center"/>
          </w:tcPr>
          <w:p w14:paraId="64618423" w14:textId="77777777" w:rsidR="00034F1F" w:rsidRDefault="00000000">
            <w:r>
              <w:rPr>
                <w:sz w:val="17"/>
              </w:rPr>
              <w:lastRenderedPageBreak/>
              <w:t>DDC</w:t>
            </w:r>
          </w:p>
        </w:tc>
        <w:tc>
          <w:tcPr>
            <w:tcW w:w="850" w:type="dxa"/>
            <w:tcMar>
              <w:top w:w="60" w:type="dxa"/>
              <w:left w:w="60" w:type="dxa"/>
              <w:bottom w:w="60" w:type="dxa"/>
              <w:right w:w="60" w:type="dxa"/>
            </w:tcMar>
            <w:vAlign w:val="center"/>
          </w:tcPr>
          <w:p w14:paraId="0C172F79" w14:textId="77777777" w:rsidR="00034F1F" w:rsidRDefault="00000000">
            <w:pPr>
              <w:jc w:val="right"/>
            </w:pPr>
            <w:r>
              <w:rPr>
                <w:sz w:val="17"/>
              </w:rPr>
              <w:t>-0.014</w:t>
            </w:r>
          </w:p>
        </w:tc>
        <w:tc>
          <w:tcPr>
            <w:tcW w:w="850" w:type="dxa"/>
            <w:tcMar>
              <w:top w:w="60" w:type="dxa"/>
              <w:left w:w="60" w:type="dxa"/>
              <w:bottom w:w="60" w:type="dxa"/>
              <w:right w:w="60" w:type="dxa"/>
            </w:tcMar>
            <w:vAlign w:val="center"/>
          </w:tcPr>
          <w:p w14:paraId="7084F8FD" w14:textId="77777777" w:rsidR="00034F1F" w:rsidRDefault="00000000">
            <w:pPr>
              <w:jc w:val="right"/>
            </w:pPr>
            <w:r>
              <w:rPr>
                <w:sz w:val="17"/>
              </w:rPr>
              <w:t>0.151</w:t>
            </w:r>
          </w:p>
        </w:tc>
        <w:tc>
          <w:tcPr>
            <w:tcW w:w="850" w:type="dxa"/>
            <w:tcMar>
              <w:top w:w="60" w:type="dxa"/>
              <w:left w:w="60" w:type="dxa"/>
              <w:bottom w:w="60" w:type="dxa"/>
              <w:right w:w="60" w:type="dxa"/>
            </w:tcMar>
            <w:vAlign w:val="center"/>
          </w:tcPr>
          <w:p w14:paraId="3850FF6A" w14:textId="77777777" w:rsidR="00034F1F" w:rsidRDefault="00000000">
            <w:pPr>
              <w:jc w:val="right"/>
            </w:pPr>
            <w:r>
              <w:rPr>
                <w:sz w:val="17"/>
              </w:rPr>
              <w:t>0.066</w:t>
            </w:r>
          </w:p>
        </w:tc>
        <w:tc>
          <w:tcPr>
            <w:tcW w:w="850" w:type="dxa"/>
            <w:tcMar>
              <w:top w:w="60" w:type="dxa"/>
              <w:left w:w="60" w:type="dxa"/>
              <w:bottom w:w="60" w:type="dxa"/>
              <w:right w:w="60" w:type="dxa"/>
            </w:tcMar>
            <w:vAlign w:val="center"/>
          </w:tcPr>
          <w:p w14:paraId="166368F1" w14:textId="77777777" w:rsidR="00034F1F" w:rsidRDefault="00000000">
            <w:pPr>
              <w:jc w:val="right"/>
            </w:pPr>
            <w:r>
              <w:rPr>
                <w:sz w:val="17"/>
              </w:rPr>
              <w:t>-0.139</w:t>
            </w:r>
          </w:p>
        </w:tc>
        <w:tc>
          <w:tcPr>
            <w:tcW w:w="850" w:type="dxa"/>
            <w:tcMar>
              <w:top w:w="60" w:type="dxa"/>
              <w:left w:w="60" w:type="dxa"/>
              <w:bottom w:w="60" w:type="dxa"/>
              <w:right w:w="60" w:type="dxa"/>
            </w:tcMar>
            <w:vAlign w:val="center"/>
          </w:tcPr>
          <w:p w14:paraId="7EBD9A72" w14:textId="77777777" w:rsidR="00034F1F" w:rsidRDefault="00000000">
            <w:pPr>
              <w:jc w:val="right"/>
            </w:pPr>
            <w:r>
              <w:rPr>
                <w:sz w:val="17"/>
              </w:rPr>
              <w:t>0.123</w:t>
            </w:r>
          </w:p>
        </w:tc>
        <w:tc>
          <w:tcPr>
            <w:tcW w:w="850" w:type="dxa"/>
            <w:tcMar>
              <w:top w:w="60" w:type="dxa"/>
              <w:left w:w="60" w:type="dxa"/>
              <w:bottom w:w="60" w:type="dxa"/>
              <w:right w:w="60" w:type="dxa"/>
            </w:tcMar>
            <w:vAlign w:val="center"/>
          </w:tcPr>
          <w:p w14:paraId="4ADB10C2" w14:textId="77777777" w:rsidR="00034F1F" w:rsidRDefault="00000000">
            <w:pPr>
              <w:jc w:val="right"/>
            </w:pPr>
            <w:r>
              <w:rPr>
                <w:sz w:val="17"/>
              </w:rPr>
              <w:t>0.017</w:t>
            </w:r>
          </w:p>
        </w:tc>
        <w:tc>
          <w:tcPr>
            <w:tcW w:w="850" w:type="dxa"/>
            <w:tcMar>
              <w:top w:w="60" w:type="dxa"/>
              <w:left w:w="60" w:type="dxa"/>
              <w:bottom w:w="60" w:type="dxa"/>
              <w:right w:w="60" w:type="dxa"/>
            </w:tcMar>
            <w:vAlign w:val="center"/>
          </w:tcPr>
          <w:p w14:paraId="511EBA5E"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22E08476" w14:textId="77777777" w:rsidR="00034F1F" w:rsidRDefault="00034F1F">
            <w:pPr>
              <w:jc w:val="right"/>
            </w:pPr>
          </w:p>
        </w:tc>
        <w:tc>
          <w:tcPr>
            <w:tcW w:w="850" w:type="dxa"/>
            <w:tcMar>
              <w:top w:w="60" w:type="dxa"/>
              <w:left w:w="60" w:type="dxa"/>
              <w:bottom w:w="60" w:type="dxa"/>
              <w:right w:w="60" w:type="dxa"/>
            </w:tcMar>
            <w:vAlign w:val="center"/>
          </w:tcPr>
          <w:p w14:paraId="1A467451" w14:textId="77777777" w:rsidR="00034F1F" w:rsidRDefault="00034F1F">
            <w:pPr>
              <w:jc w:val="right"/>
            </w:pPr>
          </w:p>
        </w:tc>
        <w:tc>
          <w:tcPr>
            <w:tcW w:w="850" w:type="dxa"/>
            <w:tcMar>
              <w:top w:w="60" w:type="dxa"/>
              <w:left w:w="60" w:type="dxa"/>
              <w:bottom w:w="60" w:type="dxa"/>
              <w:right w:w="60" w:type="dxa"/>
            </w:tcMar>
            <w:vAlign w:val="center"/>
          </w:tcPr>
          <w:p w14:paraId="1BE90BEA" w14:textId="77777777" w:rsidR="00034F1F" w:rsidRDefault="00034F1F">
            <w:pPr>
              <w:jc w:val="right"/>
            </w:pPr>
          </w:p>
        </w:tc>
        <w:tc>
          <w:tcPr>
            <w:tcW w:w="850" w:type="dxa"/>
            <w:tcMar>
              <w:top w:w="60" w:type="dxa"/>
              <w:left w:w="60" w:type="dxa"/>
              <w:bottom w:w="60" w:type="dxa"/>
              <w:right w:w="60" w:type="dxa"/>
            </w:tcMar>
            <w:vAlign w:val="center"/>
          </w:tcPr>
          <w:p w14:paraId="567AC43B" w14:textId="77777777" w:rsidR="00034F1F" w:rsidRDefault="00034F1F">
            <w:pPr>
              <w:jc w:val="right"/>
            </w:pPr>
          </w:p>
        </w:tc>
        <w:tc>
          <w:tcPr>
            <w:tcW w:w="850" w:type="dxa"/>
            <w:tcMar>
              <w:top w:w="60" w:type="dxa"/>
              <w:left w:w="60" w:type="dxa"/>
              <w:bottom w:w="60" w:type="dxa"/>
              <w:right w:w="60" w:type="dxa"/>
            </w:tcMar>
            <w:vAlign w:val="center"/>
          </w:tcPr>
          <w:p w14:paraId="3EC6FC6D" w14:textId="77777777" w:rsidR="00034F1F" w:rsidRDefault="00034F1F">
            <w:pPr>
              <w:jc w:val="right"/>
            </w:pPr>
          </w:p>
        </w:tc>
        <w:tc>
          <w:tcPr>
            <w:tcW w:w="850" w:type="dxa"/>
            <w:tcMar>
              <w:top w:w="60" w:type="dxa"/>
              <w:left w:w="60" w:type="dxa"/>
              <w:bottom w:w="60" w:type="dxa"/>
              <w:right w:w="60" w:type="dxa"/>
            </w:tcMar>
            <w:vAlign w:val="center"/>
          </w:tcPr>
          <w:p w14:paraId="72CEB823" w14:textId="77777777" w:rsidR="00034F1F" w:rsidRDefault="00034F1F">
            <w:pPr>
              <w:jc w:val="right"/>
            </w:pPr>
          </w:p>
        </w:tc>
      </w:tr>
      <w:tr w:rsidR="00034F1F" w14:paraId="18F17C7D" w14:textId="77777777">
        <w:trPr>
          <w:cantSplit/>
          <w:jc w:val="center"/>
        </w:trPr>
        <w:tc>
          <w:tcPr>
            <w:tcW w:w="1000" w:type="dxa"/>
            <w:tcMar>
              <w:top w:w="60" w:type="dxa"/>
              <w:left w:w="60" w:type="dxa"/>
              <w:bottom w:w="60" w:type="dxa"/>
              <w:right w:w="60" w:type="dxa"/>
            </w:tcMar>
            <w:vAlign w:val="center"/>
          </w:tcPr>
          <w:p w14:paraId="2EFD34C6" w14:textId="77777777" w:rsidR="00034F1F" w:rsidRDefault="00000000">
            <w:r>
              <w:rPr>
                <w:sz w:val="17"/>
              </w:rPr>
              <w:t>ROA</w:t>
            </w:r>
          </w:p>
        </w:tc>
        <w:tc>
          <w:tcPr>
            <w:tcW w:w="850" w:type="dxa"/>
            <w:tcMar>
              <w:top w:w="60" w:type="dxa"/>
              <w:left w:w="60" w:type="dxa"/>
              <w:bottom w:w="60" w:type="dxa"/>
              <w:right w:w="60" w:type="dxa"/>
            </w:tcMar>
            <w:vAlign w:val="center"/>
          </w:tcPr>
          <w:p w14:paraId="42DE5BAF" w14:textId="77777777" w:rsidR="00034F1F" w:rsidRDefault="00000000">
            <w:pPr>
              <w:jc w:val="right"/>
            </w:pPr>
            <w:r>
              <w:rPr>
                <w:sz w:val="17"/>
              </w:rPr>
              <w:t>-0.100</w:t>
            </w:r>
          </w:p>
        </w:tc>
        <w:tc>
          <w:tcPr>
            <w:tcW w:w="850" w:type="dxa"/>
            <w:tcMar>
              <w:top w:w="60" w:type="dxa"/>
              <w:left w:w="60" w:type="dxa"/>
              <w:bottom w:w="60" w:type="dxa"/>
              <w:right w:w="60" w:type="dxa"/>
            </w:tcMar>
            <w:vAlign w:val="center"/>
          </w:tcPr>
          <w:p w14:paraId="6770148D" w14:textId="77777777" w:rsidR="00034F1F" w:rsidRDefault="00000000">
            <w:pPr>
              <w:jc w:val="right"/>
            </w:pPr>
            <w:r>
              <w:rPr>
                <w:sz w:val="17"/>
              </w:rPr>
              <w:t>-0.137</w:t>
            </w:r>
          </w:p>
        </w:tc>
        <w:tc>
          <w:tcPr>
            <w:tcW w:w="850" w:type="dxa"/>
            <w:tcMar>
              <w:top w:w="60" w:type="dxa"/>
              <w:left w:w="60" w:type="dxa"/>
              <w:bottom w:w="60" w:type="dxa"/>
              <w:right w:w="60" w:type="dxa"/>
            </w:tcMar>
            <w:vAlign w:val="center"/>
          </w:tcPr>
          <w:p w14:paraId="51D1461B" w14:textId="77777777" w:rsidR="00034F1F" w:rsidRDefault="00000000">
            <w:pPr>
              <w:jc w:val="right"/>
            </w:pPr>
            <w:r>
              <w:rPr>
                <w:sz w:val="17"/>
              </w:rPr>
              <w:t>-0.140</w:t>
            </w:r>
          </w:p>
        </w:tc>
        <w:tc>
          <w:tcPr>
            <w:tcW w:w="850" w:type="dxa"/>
            <w:tcMar>
              <w:top w:w="60" w:type="dxa"/>
              <w:left w:w="60" w:type="dxa"/>
              <w:bottom w:w="60" w:type="dxa"/>
              <w:right w:w="60" w:type="dxa"/>
            </w:tcMar>
            <w:vAlign w:val="center"/>
          </w:tcPr>
          <w:p w14:paraId="647B4E53" w14:textId="77777777" w:rsidR="00034F1F" w:rsidRDefault="00000000">
            <w:pPr>
              <w:jc w:val="right"/>
            </w:pPr>
            <w:r>
              <w:rPr>
                <w:sz w:val="17"/>
              </w:rPr>
              <w:t>-0.098</w:t>
            </w:r>
          </w:p>
        </w:tc>
        <w:tc>
          <w:tcPr>
            <w:tcW w:w="850" w:type="dxa"/>
            <w:tcMar>
              <w:top w:w="60" w:type="dxa"/>
              <w:left w:w="60" w:type="dxa"/>
              <w:bottom w:w="60" w:type="dxa"/>
              <w:right w:w="60" w:type="dxa"/>
            </w:tcMar>
            <w:vAlign w:val="center"/>
          </w:tcPr>
          <w:p w14:paraId="6978C228" w14:textId="77777777" w:rsidR="00034F1F" w:rsidRDefault="00000000">
            <w:pPr>
              <w:jc w:val="right"/>
            </w:pPr>
            <w:r>
              <w:rPr>
                <w:sz w:val="17"/>
              </w:rPr>
              <w:t>-0.011</w:t>
            </w:r>
          </w:p>
        </w:tc>
        <w:tc>
          <w:tcPr>
            <w:tcW w:w="850" w:type="dxa"/>
            <w:tcMar>
              <w:top w:w="60" w:type="dxa"/>
              <w:left w:w="60" w:type="dxa"/>
              <w:bottom w:w="60" w:type="dxa"/>
              <w:right w:w="60" w:type="dxa"/>
            </w:tcMar>
            <w:vAlign w:val="center"/>
          </w:tcPr>
          <w:p w14:paraId="58BD69F9" w14:textId="77777777" w:rsidR="00034F1F" w:rsidRDefault="00000000">
            <w:pPr>
              <w:jc w:val="right"/>
            </w:pPr>
            <w:r>
              <w:rPr>
                <w:sz w:val="17"/>
              </w:rPr>
              <w:t>-0.038</w:t>
            </w:r>
          </w:p>
        </w:tc>
        <w:tc>
          <w:tcPr>
            <w:tcW w:w="850" w:type="dxa"/>
            <w:tcMar>
              <w:top w:w="60" w:type="dxa"/>
              <w:left w:w="60" w:type="dxa"/>
              <w:bottom w:w="60" w:type="dxa"/>
              <w:right w:w="60" w:type="dxa"/>
            </w:tcMar>
            <w:vAlign w:val="center"/>
          </w:tcPr>
          <w:p w14:paraId="75974F71" w14:textId="77777777" w:rsidR="00034F1F" w:rsidRDefault="00000000">
            <w:pPr>
              <w:jc w:val="right"/>
            </w:pPr>
            <w:r>
              <w:rPr>
                <w:sz w:val="17"/>
              </w:rPr>
              <w:t>0.057</w:t>
            </w:r>
          </w:p>
        </w:tc>
        <w:tc>
          <w:tcPr>
            <w:tcW w:w="850" w:type="dxa"/>
            <w:tcMar>
              <w:top w:w="60" w:type="dxa"/>
              <w:left w:w="60" w:type="dxa"/>
              <w:bottom w:w="60" w:type="dxa"/>
              <w:right w:w="60" w:type="dxa"/>
            </w:tcMar>
            <w:vAlign w:val="center"/>
          </w:tcPr>
          <w:p w14:paraId="48CFA806"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616DBF53" w14:textId="77777777" w:rsidR="00034F1F" w:rsidRDefault="00034F1F">
            <w:pPr>
              <w:jc w:val="right"/>
            </w:pPr>
          </w:p>
        </w:tc>
        <w:tc>
          <w:tcPr>
            <w:tcW w:w="850" w:type="dxa"/>
            <w:tcMar>
              <w:top w:w="60" w:type="dxa"/>
              <w:left w:w="60" w:type="dxa"/>
              <w:bottom w:w="60" w:type="dxa"/>
              <w:right w:w="60" w:type="dxa"/>
            </w:tcMar>
            <w:vAlign w:val="center"/>
          </w:tcPr>
          <w:p w14:paraId="4A51C87D" w14:textId="77777777" w:rsidR="00034F1F" w:rsidRDefault="00034F1F">
            <w:pPr>
              <w:jc w:val="right"/>
            </w:pPr>
          </w:p>
        </w:tc>
        <w:tc>
          <w:tcPr>
            <w:tcW w:w="850" w:type="dxa"/>
            <w:tcMar>
              <w:top w:w="60" w:type="dxa"/>
              <w:left w:w="60" w:type="dxa"/>
              <w:bottom w:w="60" w:type="dxa"/>
              <w:right w:w="60" w:type="dxa"/>
            </w:tcMar>
            <w:vAlign w:val="center"/>
          </w:tcPr>
          <w:p w14:paraId="3E854E7C" w14:textId="77777777" w:rsidR="00034F1F" w:rsidRDefault="00034F1F">
            <w:pPr>
              <w:jc w:val="right"/>
            </w:pPr>
          </w:p>
        </w:tc>
        <w:tc>
          <w:tcPr>
            <w:tcW w:w="850" w:type="dxa"/>
            <w:tcMar>
              <w:top w:w="60" w:type="dxa"/>
              <w:left w:w="60" w:type="dxa"/>
              <w:bottom w:w="60" w:type="dxa"/>
              <w:right w:w="60" w:type="dxa"/>
            </w:tcMar>
            <w:vAlign w:val="center"/>
          </w:tcPr>
          <w:p w14:paraId="1B20B42E" w14:textId="77777777" w:rsidR="00034F1F" w:rsidRDefault="00034F1F">
            <w:pPr>
              <w:jc w:val="right"/>
            </w:pPr>
          </w:p>
        </w:tc>
        <w:tc>
          <w:tcPr>
            <w:tcW w:w="850" w:type="dxa"/>
            <w:tcMar>
              <w:top w:w="60" w:type="dxa"/>
              <w:left w:w="60" w:type="dxa"/>
              <w:bottom w:w="60" w:type="dxa"/>
              <w:right w:w="60" w:type="dxa"/>
            </w:tcMar>
            <w:vAlign w:val="center"/>
          </w:tcPr>
          <w:p w14:paraId="50AD06FA" w14:textId="77777777" w:rsidR="00034F1F" w:rsidRDefault="00034F1F">
            <w:pPr>
              <w:jc w:val="right"/>
            </w:pPr>
          </w:p>
        </w:tc>
      </w:tr>
      <w:tr w:rsidR="00034F1F" w14:paraId="273B689C" w14:textId="77777777">
        <w:trPr>
          <w:cantSplit/>
          <w:jc w:val="center"/>
        </w:trPr>
        <w:tc>
          <w:tcPr>
            <w:tcW w:w="1000" w:type="dxa"/>
            <w:tcMar>
              <w:top w:w="60" w:type="dxa"/>
              <w:left w:w="60" w:type="dxa"/>
              <w:bottom w:w="60" w:type="dxa"/>
              <w:right w:w="60" w:type="dxa"/>
            </w:tcMar>
            <w:vAlign w:val="center"/>
          </w:tcPr>
          <w:p w14:paraId="03418ED2" w14:textId="77777777" w:rsidR="00034F1F" w:rsidRDefault="00000000">
            <w:r>
              <w:rPr>
                <w:sz w:val="17"/>
              </w:rPr>
              <w:t>SIZE</w:t>
            </w:r>
          </w:p>
        </w:tc>
        <w:tc>
          <w:tcPr>
            <w:tcW w:w="850" w:type="dxa"/>
            <w:tcMar>
              <w:top w:w="60" w:type="dxa"/>
              <w:left w:w="60" w:type="dxa"/>
              <w:bottom w:w="60" w:type="dxa"/>
              <w:right w:w="60" w:type="dxa"/>
            </w:tcMar>
            <w:vAlign w:val="center"/>
          </w:tcPr>
          <w:p w14:paraId="0510C5BD" w14:textId="77777777" w:rsidR="00034F1F" w:rsidRDefault="00000000">
            <w:pPr>
              <w:jc w:val="right"/>
            </w:pPr>
            <w:r>
              <w:rPr>
                <w:sz w:val="17"/>
              </w:rPr>
              <w:t>0.129</w:t>
            </w:r>
          </w:p>
        </w:tc>
        <w:tc>
          <w:tcPr>
            <w:tcW w:w="850" w:type="dxa"/>
            <w:tcMar>
              <w:top w:w="60" w:type="dxa"/>
              <w:left w:w="60" w:type="dxa"/>
              <w:bottom w:w="60" w:type="dxa"/>
              <w:right w:w="60" w:type="dxa"/>
            </w:tcMar>
            <w:vAlign w:val="center"/>
          </w:tcPr>
          <w:p w14:paraId="6F7EA705" w14:textId="77777777" w:rsidR="00034F1F" w:rsidRDefault="00000000">
            <w:pPr>
              <w:jc w:val="right"/>
            </w:pPr>
            <w:r>
              <w:rPr>
                <w:sz w:val="17"/>
              </w:rPr>
              <w:t>0.395</w:t>
            </w:r>
          </w:p>
        </w:tc>
        <w:tc>
          <w:tcPr>
            <w:tcW w:w="850" w:type="dxa"/>
            <w:tcMar>
              <w:top w:w="60" w:type="dxa"/>
              <w:left w:w="60" w:type="dxa"/>
              <w:bottom w:w="60" w:type="dxa"/>
              <w:right w:w="60" w:type="dxa"/>
            </w:tcMar>
            <w:vAlign w:val="center"/>
          </w:tcPr>
          <w:p w14:paraId="68DA66F6" w14:textId="77777777" w:rsidR="00034F1F" w:rsidRDefault="00000000">
            <w:pPr>
              <w:jc w:val="right"/>
            </w:pPr>
            <w:r>
              <w:rPr>
                <w:sz w:val="17"/>
              </w:rPr>
              <w:t>0.362</w:t>
            </w:r>
          </w:p>
        </w:tc>
        <w:tc>
          <w:tcPr>
            <w:tcW w:w="850" w:type="dxa"/>
            <w:tcMar>
              <w:top w:w="60" w:type="dxa"/>
              <w:left w:w="60" w:type="dxa"/>
              <w:bottom w:w="60" w:type="dxa"/>
              <w:right w:w="60" w:type="dxa"/>
            </w:tcMar>
            <w:vAlign w:val="center"/>
          </w:tcPr>
          <w:p w14:paraId="1DACDB8A" w14:textId="77777777" w:rsidR="00034F1F" w:rsidRDefault="00000000">
            <w:pPr>
              <w:jc w:val="right"/>
            </w:pPr>
            <w:r>
              <w:rPr>
                <w:sz w:val="17"/>
              </w:rPr>
              <w:t>-0.004</w:t>
            </w:r>
          </w:p>
        </w:tc>
        <w:tc>
          <w:tcPr>
            <w:tcW w:w="850" w:type="dxa"/>
            <w:tcMar>
              <w:top w:w="60" w:type="dxa"/>
              <w:left w:w="60" w:type="dxa"/>
              <w:bottom w:w="60" w:type="dxa"/>
              <w:right w:w="60" w:type="dxa"/>
            </w:tcMar>
            <w:vAlign w:val="center"/>
          </w:tcPr>
          <w:p w14:paraId="0B6EED64" w14:textId="77777777" w:rsidR="00034F1F" w:rsidRDefault="00000000">
            <w:pPr>
              <w:jc w:val="right"/>
            </w:pPr>
            <w:r>
              <w:rPr>
                <w:sz w:val="17"/>
              </w:rPr>
              <w:t>-0.137</w:t>
            </w:r>
          </w:p>
        </w:tc>
        <w:tc>
          <w:tcPr>
            <w:tcW w:w="850" w:type="dxa"/>
            <w:tcMar>
              <w:top w:w="60" w:type="dxa"/>
              <w:left w:w="60" w:type="dxa"/>
              <w:bottom w:w="60" w:type="dxa"/>
              <w:right w:w="60" w:type="dxa"/>
            </w:tcMar>
            <w:vAlign w:val="center"/>
          </w:tcPr>
          <w:p w14:paraId="3995C7E8" w14:textId="77777777" w:rsidR="00034F1F" w:rsidRDefault="00000000">
            <w:pPr>
              <w:jc w:val="right"/>
            </w:pPr>
            <w:r>
              <w:rPr>
                <w:sz w:val="17"/>
              </w:rPr>
              <w:t>0.230</w:t>
            </w:r>
          </w:p>
        </w:tc>
        <w:tc>
          <w:tcPr>
            <w:tcW w:w="850" w:type="dxa"/>
            <w:tcMar>
              <w:top w:w="60" w:type="dxa"/>
              <w:left w:w="60" w:type="dxa"/>
              <w:bottom w:w="60" w:type="dxa"/>
              <w:right w:w="60" w:type="dxa"/>
            </w:tcMar>
            <w:vAlign w:val="center"/>
          </w:tcPr>
          <w:p w14:paraId="4222DA0F" w14:textId="77777777" w:rsidR="00034F1F" w:rsidRDefault="00000000">
            <w:pPr>
              <w:jc w:val="right"/>
            </w:pPr>
            <w:r>
              <w:rPr>
                <w:sz w:val="17"/>
              </w:rPr>
              <w:t>0.193</w:t>
            </w:r>
          </w:p>
        </w:tc>
        <w:tc>
          <w:tcPr>
            <w:tcW w:w="850" w:type="dxa"/>
            <w:tcMar>
              <w:top w:w="60" w:type="dxa"/>
              <w:left w:w="60" w:type="dxa"/>
              <w:bottom w:w="60" w:type="dxa"/>
              <w:right w:w="60" w:type="dxa"/>
            </w:tcMar>
            <w:vAlign w:val="center"/>
          </w:tcPr>
          <w:p w14:paraId="4E1455ED" w14:textId="77777777" w:rsidR="00034F1F" w:rsidRDefault="00000000">
            <w:pPr>
              <w:jc w:val="right"/>
            </w:pPr>
            <w:r>
              <w:rPr>
                <w:sz w:val="17"/>
              </w:rPr>
              <w:t>-0.069</w:t>
            </w:r>
          </w:p>
        </w:tc>
        <w:tc>
          <w:tcPr>
            <w:tcW w:w="850" w:type="dxa"/>
            <w:tcMar>
              <w:top w:w="60" w:type="dxa"/>
              <w:left w:w="60" w:type="dxa"/>
              <w:bottom w:w="60" w:type="dxa"/>
              <w:right w:w="60" w:type="dxa"/>
            </w:tcMar>
            <w:vAlign w:val="center"/>
          </w:tcPr>
          <w:p w14:paraId="7D315530"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689E0873" w14:textId="77777777" w:rsidR="00034F1F" w:rsidRDefault="00034F1F">
            <w:pPr>
              <w:jc w:val="right"/>
            </w:pPr>
          </w:p>
        </w:tc>
        <w:tc>
          <w:tcPr>
            <w:tcW w:w="850" w:type="dxa"/>
            <w:tcMar>
              <w:top w:w="60" w:type="dxa"/>
              <w:left w:w="60" w:type="dxa"/>
              <w:bottom w:w="60" w:type="dxa"/>
              <w:right w:w="60" w:type="dxa"/>
            </w:tcMar>
            <w:vAlign w:val="center"/>
          </w:tcPr>
          <w:p w14:paraId="11B700EB" w14:textId="77777777" w:rsidR="00034F1F" w:rsidRDefault="00034F1F">
            <w:pPr>
              <w:jc w:val="right"/>
            </w:pPr>
          </w:p>
        </w:tc>
        <w:tc>
          <w:tcPr>
            <w:tcW w:w="850" w:type="dxa"/>
            <w:tcMar>
              <w:top w:w="60" w:type="dxa"/>
              <w:left w:w="60" w:type="dxa"/>
              <w:bottom w:w="60" w:type="dxa"/>
              <w:right w:w="60" w:type="dxa"/>
            </w:tcMar>
            <w:vAlign w:val="center"/>
          </w:tcPr>
          <w:p w14:paraId="34AAE262" w14:textId="77777777" w:rsidR="00034F1F" w:rsidRDefault="00034F1F">
            <w:pPr>
              <w:jc w:val="right"/>
            </w:pPr>
          </w:p>
        </w:tc>
        <w:tc>
          <w:tcPr>
            <w:tcW w:w="850" w:type="dxa"/>
            <w:tcMar>
              <w:top w:w="60" w:type="dxa"/>
              <w:left w:w="60" w:type="dxa"/>
              <w:bottom w:w="60" w:type="dxa"/>
              <w:right w:w="60" w:type="dxa"/>
            </w:tcMar>
            <w:vAlign w:val="center"/>
          </w:tcPr>
          <w:p w14:paraId="1ABB871F" w14:textId="77777777" w:rsidR="00034F1F" w:rsidRDefault="00034F1F">
            <w:pPr>
              <w:jc w:val="right"/>
            </w:pPr>
          </w:p>
        </w:tc>
      </w:tr>
      <w:tr w:rsidR="00034F1F" w14:paraId="260C0BEA" w14:textId="77777777">
        <w:trPr>
          <w:cantSplit/>
          <w:jc w:val="center"/>
        </w:trPr>
        <w:tc>
          <w:tcPr>
            <w:tcW w:w="1000" w:type="dxa"/>
            <w:tcMar>
              <w:top w:w="60" w:type="dxa"/>
              <w:left w:w="60" w:type="dxa"/>
              <w:bottom w:w="60" w:type="dxa"/>
              <w:right w:w="60" w:type="dxa"/>
            </w:tcMar>
            <w:vAlign w:val="center"/>
          </w:tcPr>
          <w:p w14:paraId="2D28F2ED" w14:textId="77777777" w:rsidR="00034F1F" w:rsidRDefault="00000000">
            <w:r>
              <w:rPr>
                <w:sz w:val="17"/>
              </w:rPr>
              <w:t>AGE</w:t>
            </w:r>
          </w:p>
        </w:tc>
        <w:tc>
          <w:tcPr>
            <w:tcW w:w="850" w:type="dxa"/>
            <w:tcMar>
              <w:top w:w="60" w:type="dxa"/>
              <w:left w:w="60" w:type="dxa"/>
              <w:bottom w:w="60" w:type="dxa"/>
              <w:right w:w="60" w:type="dxa"/>
            </w:tcMar>
            <w:vAlign w:val="center"/>
          </w:tcPr>
          <w:p w14:paraId="16FC482A" w14:textId="77777777" w:rsidR="00034F1F" w:rsidRDefault="00000000">
            <w:pPr>
              <w:jc w:val="right"/>
            </w:pPr>
            <w:r>
              <w:rPr>
                <w:sz w:val="17"/>
              </w:rPr>
              <w:t>0.021</w:t>
            </w:r>
          </w:p>
        </w:tc>
        <w:tc>
          <w:tcPr>
            <w:tcW w:w="850" w:type="dxa"/>
            <w:tcMar>
              <w:top w:w="60" w:type="dxa"/>
              <w:left w:w="60" w:type="dxa"/>
              <w:bottom w:w="60" w:type="dxa"/>
              <w:right w:w="60" w:type="dxa"/>
            </w:tcMar>
            <w:vAlign w:val="center"/>
          </w:tcPr>
          <w:p w14:paraId="67693378" w14:textId="77777777" w:rsidR="00034F1F" w:rsidRDefault="00000000">
            <w:pPr>
              <w:jc w:val="right"/>
            </w:pPr>
            <w:r>
              <w:rPr>
                <w:sz w:val="17"/>
              </w:rPr>
              <w:t>0.068</w:t>
            </w:r>
          </w:p>
        </w:tc>
        <w:tc>
          <w:tcPr>
            <w:tcW w:w="850" w:type="dxa"/>
            <w:tcMar>
              <w:top w:w="60" w:type="dxa"/>
              <w:left w:w="60" w:type="dxa"/>
              <w:bottom w:w="60" w:type="dxa"/>
              <w:right w:w="60" w:type="dxa"/>
            </w:tcMar>
            <w:vAlign w:val="center"/>
          </w:tcPr>
          <w:p w14:paraId="49E875FC" w14:textId="77777777" w:rsidR="00034F1F" w:rsidRDefault="00000000">
            <w:pPr>
              <w:jc w:val="right"/>
            </w:pPr>
            <w:r>
              <w:rPr>
                <w:sz w:val="17"/>
              </w:rPr>
              <w:t>-0.008</w:t>
            </w:r>
          </w:p>
        </w:tc>
        <w:tc>
          <w:tcPr>
            <w:tcW w:w="850" w:type="dxa"/>
            <w:tcMar>
              <w:top w:w="60" w:type="dxa"/>
              <w:left w:w="60" w:type="dxa"/>
              <w:bottom w:w="60" w:type="dxa"/>
              <w:right w:w="60" w:type="dxa"/>
            </w:tcMar>
            <w:vAlign w:val="center"/>
          </w:tcPr>
          <w:p w14:paraId="760313E5" w14:textId="77777777" w:rsidR="00034F1F" w:rsidRDefault="00000000">
            <w:pPr>
              <w:jc w:val="right"/>
            </w:pPr>
            <w:r>
              <w:rPr>
                <w:sz w:val="17"/>
              </w:rPr>
              <w:t>-0.056</w:t>
            </w:r>
          </w:p>
        </w:tc>
        <w:tc>
          <w:tcPr>
            <w:tcW w:w="850" w:type="dxa"/>
            <w:tcMar>
              <w:top w:w="60" w:type="dxa"/>
              <w:left w:w="60" w:type="dxa"/>
              <w:bottom w:w="60" w:type="dxa"/>
              <w:right w:w="60" w:type="dxa"/>
            </w:tcMar>
            <w:vAlign w:val="center"/>
          </w:tcPr>
          <w:p w14:paraId="6F1F1FBD" w14:textId="77777777" w:rsidR="00034F1F" w:rsidRDefault="00000000">
            <w:pPr>
              <w:jc w:val="right"/>
            </w:pPr>
            <w:r>
              <w:rPr>
                <w:sz w:val="17"/>
              </w:rPr>
              <w:t>-0.331</w:t>
            </w:r>
          </w:p>
        </w:tc>
        <w:tc>
          <w:tcPr>
            <w:tcW w:w="850" w:type="dxa"/>
            <w:tcMar>
              <w:top w:w="60" w:type="dxa"/>
              <w:left w:w="60" w:type="dxa"/>
              <w:bottom w:w="60" w:type="dxa"/>
              <w:right w:w="60" w:type="dxa"/>
            </w:tcMar>
            <w:vAlign w:val="center"/>
          </w:tcPr>
          <w:p w14:paraId="18119710" w14:textId="77777777" w:rsidR="00034F1F" w:rsidRDefault="00000000">
            <w:pPr>
              <w:jc w:val="right"/>
            </w:pPr>
            <w:r>
              <w:rPr>
                <w:sz w:val="17"/>
              </w:rPr>
              <w:t>0.009</w:t>
            </w:r>
          </w:p>
        </w:tc>
        <w:tc>
          <w:tcPr>
            <w:tcW w:w="850" w:type="dxa"/>
            <w:tcMar>
              <w:top w:w="60" w:type="dxa"/>
              <w:left w:w="60" w:type="dxa"/>
              <w:bottom w:w="60" w:type="dxa"/>
              <w:right w:w="60" w:type="dxa"/>
            </w:tcMar>
            <w:vAlign w:val="center"/>
          </w:tcPr>
          <w:p w14:paraId="75DD0EF6" w14:textId="77777777" w:rsidR="00034F1F" w:rsidRDefault="00000000">
            <w:pPr>
              <w:jc w:val="right"/>
            </w:pPr>
            <w:r>
              <w:rPr>
                <w:sz w:val="17"/>
              </w:rPr>
              <w:t>0.022</w:t>
            </w:r>
          </w:p>
        </w:tc>
        <w:tc>
          <w:tcPr>
            <w:tcW w:w="850" w:type="dxa"/>
            <w:tcMar>
              <w:top w:w="60" w:type="dxa"/>
              <w:left w:w="60" w:type="dxa"/>
              <w:bottom w:w="60" w:type="dxa"/>
              <w:right w:w="60" w:type="dxa"/>
            </w:tcMar>
            <w:vAlign w:val="center"/>
          </w:tcPr>
          <w:p w14:paraId="3C93DE84" w14:textId="77777777" w:rsidR="00034F1F" w:rsidRDefault="00000000">
            <w:pPr>
              <w:jc w:val="right"/>
            </w:pPr>
            <w:r>
              <w:rPr>
                <w:sz w:val="17"/>
              </w:rPr>
              <w:t>0.169</w:t>
            </w:r>
          </w:p>
        </w:tc>
        <w:tc>
          <w:tcPr>
            <w:tcW w:w="850" w:type="dxa"/>
            <w:tcMar>
              <w:top w:w="60" w:type="dxa"/>
              <w:left w:w="60" w:type="dxa"/>
              <w:bottom w:w="60" w:type="dxa"/>
              <w:right w:w="60" w:type="dxa"/>
            </w:tcMar>
            <w:vAlign w:val="center"/>
          </w:tcPr>
          <w:p w14:paraId="0FCC3E34" w14:textId="77777777" w:rsidR="00034F1F" w:rsidRDefault="00000000">
            <w:pPr>
              <w:jc w:val="right"/>
            </w:pPr>
            <w:r>
              <w:rPr>
                <w:sz w:val="17"/>
              </w:rPr>
              <w:t>0.136</w:t>
            </w:r>
          </w:p>
        </w:tc>
        <w:tc>
          <w:tcPr>
            <w:tcW w:w="850" w:type="dxa"/>
            <w:tcMar>
              <w:top w:w="60" w:type="dxa"/>
              <w:left w:w="60" w:type="dxa"/>
              <w:bottom w:w="60" w:type="dxa"/>
              <w:right w:w="60" w:type="dxa"/>
            </w:tcMar>
            <w:vAlign w:val="center"/>
          </w:tcPr>
          <w:p w14:paraId="297B18F9"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7279D841" w14:textId="77777777" w:rsidR="00034F1F" w:rsidRDefault="00034F1F">
            <w:pPr>
              <w:jc w:val="right"/>
            </w:pPr>
          </w:p>
        </w:tc>
        <w:tc>
          <w:tcPr>
            <w:tcW w:w="850" w:type="dxa"/>
            <w:tcMar>
              <w:top w:w="60" w:type="dxa"/>
              <w:left w:w="60" w:type="dxa"/>
              <w:bottom w:w="60" w:type="dxa"/>
              <w:right w:w="60" w:type="dxa"/>
            </w:tcMar>
            <w:vAlign w:val="center"/>
          </w:tcPr>
          <w:p w14:paraId="476A209C" w14:textId="77777777" w:rsidR="00034F1F" w:rsidRDefault="00034F1F">
            <w:pPr>
              <w:jc w:val="right"/>
            </w:pPr>
          </w:p>
        </w:tc>
        <w:tc>
          <w:tcPr>
            <w:tcW w:w="850" w:type="dxa"/>
            <w:tcMar>
              <w:top w:w="60" w:type="dxa"/>
              <w:left w:w="60" w:type="dxa"/>
              <w:bottom w:w="60" w:type="dxa"/>
              <w:right w:w="60" w:type="dxa"/>
            </w:tcMar>
            <w:vAlign w:val="center"/>
          </w:tcPr>
          <w:p w14:paraId="4D71E932" w14:textId="77777777" w:rsidR="00034F1F" w:rsidRDefault="00034F1F">
            <w:pPr>
              <w:jc w:val="right"/>
            </w:pPr>
          </w:p>
        </w:tc>
      </w:tr>
      <w:tr w:rsidR="00034F1F" w14:paraId="7CAF2733" w14:textId="77777777">
        <w:trPr>
          <w:cantSplit/>
          <w:jc w:val="center"/>
        </w:trPr>
        <w:tc>
          <w:tcPr>
            <w:tcW w:w="1000" w:type="dxa"/>
            <w:tcMar>
              <w:top w:w="60" w:type="dxa"/>
              <w:left w:w="60" w:type="dxa"/>
              <w:bottom w:w="60" w:type="dxa"/>
              <w:right w:w="60" w:type="dxa"/>
            </w:tcMar>
            <w:vAlign w:val="center"/>
          </w:tcPr>
          <w:p w14:paraId="3731E74D" w14:textId="77777777" w:rsidR="00034F1F" w:rsidRDefault="00000000">
            <w:r>
              <w:rPr>
                <w:sz w:val="17"/>
              </w:rPr>
              <w:t>LEV</w:t>
            </w:r>
          </w:p>
        </w:tc>
        <w:tc>
          <w:tcPr>
            <w:tcW w:w="850" w:type="dxa"/>
            <w:tcMar>
              <w:top w:w="60" w:type="dxa"/>
              <w:left w:w="60" w:type="dxa"/>
              <w:bottom w:w="60" w:type="dxa"/>
              <w:right w:w="60" w:type="dxa"/>
            </w:tcMar>
            <w:vAlign w:val="center"/>
          </w:tcPr>
          <w:p w14:paraId="10833FE7" w14:textId="77777777" w:rsidR="00034F1F" w:rsidRDefault="00000000">
            <w:pPr>
              <w:jc w:val="right"/>
            </w:pPr>
            <w:r>
              <w:rPr>
                <w:sz w:val="17"/>
              </w:rPr>
              <w:t>0.090</w:t>
            </w:r>
          </w:p>
        </w:tc>
        <w:tc>
          <w:tcPr>
            <w:tcW w:w="850" w:type="dxa"/>
            <w:tcMar>
              <w:top w:w="60" w:type="dxa"/>
              <w:left w:w="60" w:type="dxa"/>
              <w:bottom w:w="60" w:type="dxa"/>
              <w:right w:w="60" w:type="dxa"/>
            </w:tcMar>
            <w:vAlign w:val="center"/>
          </w:tcPr>
          <w:p w14:paraId="16374CF9" w14:textId="77777777" w:rsidR="00034F1F" w:rsidRDefault="00000000">
            <w:pPr>
              <w:jc w:val="right"/>
            </w:pPr>
            <w:r>
              <w:rPr>
                <w:sz w:val="17"/>
              </w:rPr>
              <w:t>0.034</w:t>
            </w:r>
          </w:p>
        </w:tc>
        <w:tc>
          <w:tcPr>
            <w:tcW w:w="850" w:type="dxa"/>
            <w:tcMar>
              <w:top w:w="60" w:type="dxa"/>
              <w:left w:w="60" w:type="dxa"/>
              <w:bottom w:w="60" w:type="dxa"/>
              <w:right w:w="60" w:type="dxa"/>
            </w:tcMar>
            <w:vAlign w:val="center"/>
          </w:tcPr>
          <w:p w14:paraId="6290ADF1" w14:textId="77777777" w:rsidR="00034F1F" w:rsidRDefault="00000000">
            <w:pPr>
              <w:jc w:val="right"/>
            </w:pPr>
            <w:r>
              <w:rPr>
                <w:sz w:val="17"/>
              </w:rPr>
              <w:t>0.101</w:t>
            </w:r>
          </w:p>
        </w:tc>
        <w:tc>
          <w:tcPr>
            <w:tcW w:w="850" w:type="dxa"/>
            <w:tcMar>
              <w:top w:w="60" w:type="dxa"/>
              <w:left w:w="60" w:type="dxa"/>
              <w:bottom w:w="60" w:type="dxa"/>
              <w:right w:w="60" w:type="dxa"/>
            </w:tcMar>
            <w:vAlign w:val="center"/>
          </w:tcPr>
          <w:p w14:paraId="636DED4F" w14:textId="77777777" w:rsidR="00034F1F" w:rsidRDefault="00000000">
            <w:pPr>
              <w:jc w:val="right"/>
            </w:pPr>
            <w:r>
              <w:rPr>
                <w:sz w:val="17"/>
              </w:rPr>
              <w:t>0.064</w:t>
            </w:r>
          </w:p>
        </w:tc>
        <w:tc>
          <w:tcPr>
            <w:tcW w:w="850" w:type="dxa"/>
            <w:tcMar>
              <w:top w:w="60" w:type="dxa"/>
              <w:left w:w="60" w:type="dxa"/>
              <w:bottom w:w="60" w:type="dxa"/>
              <w:right w:w="60" w:type="dxa"/>
            </w:tcMar>
            <w:vAlign w:val="center"/>
          </w:tcPr>
          <w:p w14:paraId="0B35EC15" w14:textId="77777777" w:rsidR="00034F1F" w:rsidRDefault="00000000">
            <w:pPr>
              <w:jc w:val="right"/>
            </w:pPr>
            <w:r>
              <w:rPr>
                <w:sz w:val="17"/>
              </w:rPr>
              <w:t>-0.049</w:t>
            </w:r>
          </w:p>
        </w:tc>
        <w:tc>
          <w:tcPr>
            <w:tcW w:w="850" w:type="dxa"/>
            <w:tcMar>
              <w:top w:w="60" w:type="dxa"/>
              <w:left w:w="60" w:type="dxa"/>
              <w:bottom w:w="60" w:type="dxa"/>
              <w:right w:w="60" w:type="dxa"/>
            </w:tcMar>
            <w:vAlign w:val="center"/>
          </w:tcPr>
          <w:p w14:paraId="2EAEA930" w14:textId="77777777" w:rsidR="00034F1F" w:rsidRDefault="00000000">
            <w:pPr>
              <w:jc w:val="right"/>
            </w:pPr>
            <w:r>
              <w:rPr>
                <w:sz w:val="17"/>
              </w:rPr>
              <w:t>0.003</w:t>
            </w:r>
          </w:p>
        </w:tc>
        <w:tc>
          <w:tcPr>
            <w:tcW w:w="850" w:type="dxa"/>
            <w:tcMar>
              <w:top w:w="60" w:type="dxa"/>
              <w:left w:w="60" w:type="dxa"/>
              <w:bottom w:w="60" w:type="dxa"/>
              <w:right w:w="60" w:type="dxa"/>
            </w:tcMar>
            <w:vAlign w:val="center"/>
          </w:tcPr>
          <w:p w14:paraId="7D9D5BD1" w14:textId="77777777" w:rsidR="00034F1F" w:rsidRDefault="00000000">
            <w:pPr>
              <w:jc w:val="right"/>
            </w:pPr>
            <w:r>
              <w:rPr>
                <w:sz w:val="17"/>
              </w:rPr>
              <w:t>0.013</w:t>
            </w:r>
          </w:p>
        </w:tc>
        <w:tc>
          <w:tcPr>
            <w:tcW w:w="850" w:type="dxa"/>
            <w:tcMar>
              <w:top w:w="60" w:type="dxa"/>
              <w:left w:w="60" w:type="dxa"/>
              <w:bottom w:w="60" w:type="dxa"/>
              <w:right w:w="60" w:type="dxa"/>
            </w:tcMar>
            <w:vAlign w:val="center"/>
          </w:tcPr>
          <w:p w14:paraId="18D868C6" w14:textId="77777777" w:rsidR="00034F1F" w:rsidRDefault="00000000">
            <w:pPr>
              <w:jc w:val="right"/>
            </w:pPr>
            <w:r>
              <w:rPr>
                <w:sz w:val="17"/>
              </w:rPr>
              <w:t>-0.346</w:t>
            </w:r>
          </w:p>
        </w:tc>
        <w:tc>
          <w:tcPr>
            <w:tcW w:w="850" w:type="dxa"/>
            <w:tcMar>
              <w:top w:w="60" w:type="dxa"/>
              <w:left w:w="60" w:type="dxa"/>
              <w:bottom w:w="60" w:type="dxa"/>
              <w:right w:w="60" w:type="dxa"/>
            </w:tcMar>
            <w:vAlign w:val="center"/>
          </w:tcPr>
          <w:p w14:paraId="4138338B" w14:textId="77777777" w:rsidR="00034F1F" w:rsidRDefault="00000000">
            <w:pPr>
              <w:jc w:val="right"/>
            </w:pPr>
            <w:r>
              <w:rPr>
                <w:sz w:val="17"/>
              </w:rPr>
              <w:t>-0.046</w:t>
            </w:r>
          </w:p>
        </w:tc>
        <w:tc>
          <w:tcPr>
            <w:tcW w:w="850" w:type="dxa"/>
            <w:tcMar>
              <w:top w:w="60" w:type="dxa"/>
              <w:left w:w="60" w:type="dxa"/>
              <w:bottom w:w="60" w:type="dxa"/>
              <w:right w:w="60" w:type="dxa"/>
            </w:tcMar>
            <w:vAlign w:val="center"/>
          </w:tcPr>
          <w:p w14:paraId="241E3D81" w14:textId="77777777" w:rsidR="00034F1F" w:rsidRDefault="00000000">
            <w:pPr>
              <w:jc w:val="right"/>
            </w:pPr>
            <w:r>
              <w:rPr>
                <w:sz w:val="17"/>
              </w:rPr>
              <w:t>-0.082</w:t>
            </w:r>
          </w:p>
        </w:tc>
        <w:tc>
          <w:tcPr>
            <w:tcW w:w="850" w:type="dxa"/>
            <w:tcMar>
              <w:top w:w="60" w:type="dxa"/>
              <w:left w:w="60" w:type="dxa"/>
              <w:bottom w:w="60" w:type="dxa"/>
              <w:right w:w="60" w:type="dxa"/>
            </w:tcMar>
            <w:vAlign w:val="center"/>
          </w:tcPr>
          <w:p w14:paraId="372A47D2"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6C12017A" w14:textId="77777777" w:rsidR="00034F1F" w:rsidRDefault="00034F1F">
            <w:pPr>
              <w:jc w:val="right"/>
            </w:pPr>
          </w:p>
        </w:tc>
        <w:tc>
          <w:tcPr>
            <w:tcW w:w="850" w:type="dxa"/>
            <w:tcMar>
              <w:top w:w="60" w:type="dxa"/>
              <w:left w:w="60" w:type="dxa"/>
              <w:bottom w:w="60" w:type="dxa"/>
              <w:right w:w="60" w:type="dxa"/>
            </w:tcMar>
            <w:vAlign w:val="center"/>
          </w:tcPr>
          <w:p w14:paraId="09CF9C63" w14:textId="77777777" w:rsidR="00034F1F" w:rsidRDefault="00034F1F">
            <w:pPr>
              <w:jc w:val="right"/>
            </w:pPr>
          </w:p>
        </w:tc>
      </w:tr>
      <w:tr w:rsidR="00034F1F" w14:paraId="2DDF9E44" w14:textId="77777777">
        <w:trPr>
          <w:cantSplit/>
          <w:jc w:val="center"/>
        </w:trPr>
        <w:tc>
          <w:tcPr>
            <w:tcW w:w="1000" w:type="dxa"/>
            <w:tcMar>
              <w:top w:w="60" w:type="dxa"/>
              <w:left w:w="60" w:type="dxa"/>
              <w:bottom w:w="60" w:type="dxa"/>
              <w:right w:w="60" w:type="dxa"/>
            </w:tcMar>
            <w:vAlign w:val="center"/>
          </w:tcPr>
          <w:p w14:paraId="667FDA4B" w14:textId="77777777" w:rsidR="00034F1F" w:rsidRDefault="00000000">
            <w:r>
              <w:rPr>
                <w:sz w:val="17"/>
              </w:rPr>
              <w:t>INTL</w:t>
            </w:r>
          </w:p>
        </w:tc>
        <w:tc>
          <w:tcPr>
            <w:tcW w:w="850" w:type="dxa"/>
            <w:tcMar>
              <w:top w:w="60" w:type="dxa"/>
              <w:left w:w="60" w:type="dxa"/>
              <w:bottom w:w="60" w:type="dxa"/>
              <w:right w:w="60" w:type="dxa"/>
            </w:tcMar>
            <w:vAlign w:val="center"/>
          </w:tcPr>
          <w:p w14:paraId="51E6585F" w14:textId="77777777" w:rsidR="00034F1F" w:rsidRDefault="00000000">
            <w:pPr>
              <w:jc w:val="right"/>
            </w:pPr>
            <w:r>
              <w:rPr>
                <w:sz w:val="17"/>
              </w:rPr>
              <w:t>-0.039</w:t>
            </w:r>
          </w:p>
        </w:tc>
        <w:tc>
          <w:tcPr>
            <w:tcW w:w="850" w:type="dxa"/>
            <w:tcMar>
              <w:top w:w="60" w:type="dxa"/>
              <w:left w:w="60" w:type="dxa"/>
              <w:bottom w:w="60" w:type="dxa"/>
              <w:right w:w="60" w:type="dxa"/>
            </w:tcMar>
            <w:vAlign w:val="center"/>
          </w:tcPr>
          <w:p w14:paraId="0CD90849" w14:textId="77777777" w:rsidR="00034F1F" w:rsidRDefault="00000000">
            <w:pPr>
              <w:jc w:val="right"/>
            </w:pPr>
            <w:r>
              <w:rPr>
                <w:sz w:val="17"/>
              </w:rPr>
              <w:t>-0.120</w:t>
            </w:r>
          </w:p>
        </w:tc>
        <w:tc>
          <w:tcPr>
            <w:tcW w:w="850" w:type="dxa"/>
            <w:tcMar>
              <w:top w:w="60" w:type="dxa"/>
              <w:left w:w="60" w:type="dxa"/>
              <w:bottom w:w="60" w:type="dxa"/>
              <w:right w:w="60" w:type="dxa"/>
            </w:tcMar>
            <w:vAlign w:val="center"/>
          </w:tcPr>
          <w:p w14:paraId="7D1F8ED7" w14:textId="77777777" w:rsidR="00034F1F" w:rsidRDefault="00000000">
            <w:pPr>
              <w:jc w:val="right"/>
            </w:pPr>
            <w:r>
              <w:rPr>
                <w:sz w:val="17"/>
              </w:rPr>
              <w:t>0.258</w:t>
            </w:r>
          </w:p>
        </w:tc>
        <w:tc>
          <w:tcPr>
            <w:tcW w:w="850" w:type="dxa"/>
            <w:tcMar>
              <w:top w:w="60" w:type="dxa"/>
              <w:left w:w="60" w:type="dxa"/>
              <w:bottom w:w="60" w:type="dxa"/>
              <w:right w:w="60" w:type="dxa"/>
            </w:tcMar>
            <w:vAlign w:val="center"/>
          </w:tcPr>
          <w:p w14:paraId="3EB7C265" w14:textId="77777777" w:rsidR="00034F1F" w:rsidRDefault="00000000">
            <w:pPr>
              <w:jc w:val="right"/>
            </w:pPr>
            <w:r>
              <w:rPr>
                <w:sz w:val="17"/>
              </w:rPr>
              <w:t>-0.158</w:t>
            </w:r>
          </w:p>
        </w:tc>
        <w:tc>
          <w:tcPr>
            <w:tcW w:w="850" w:type="dxa"/>
            <w:tcMar>
              <w:top w:w="60" w:type="dxa"/>
              <w:left w:w="60" w:type="dxa"/>
              <w:bottom w:w="60" w:type="dxa"/>
              <w:right w:w="60" w:type="dxa"/>
            </w:tcMar>
            <w:vAlign w:val="center"/>
          </w:tcPr>
          <w:p w14:paraId="2AA972EF" w14:textId="77777777" w:rsidR="00034F1F" w:rsidRDefault="00000000">
            <w:pPr>
              <w:jc w:val="right"/>
            </w:pPr>
            <w:r>
              <w:rPr>
                <w:sz w:val="17"/>
              </w:rPr>
              <w:t>-0.122</w:t>
            </w:r>
          </w:p>
        </w:tc>
        <w:tc>
          <w:tcPr>
            <w:tcW w:w="850" w:type="dxa"/>
            <w:tcMar>
              <w:top w:w="60" w:type="dxa"/>
              <w:left w:w="60" w:type="dxa"/>
              <w:bottom w:w="60" w:type="dxa"/>
              <w:right w:w="60" w:type="dxa"/>
            </w:tcMar>
            <w:vAlign w:val="center"/>
          </w:tcPr>
          <w:p w14:paraId="41AB1749" w14:textId="77777777" w:rsidR="00034F1F" w:rsidRDefault="00000000">
            <w:pPr>
              <w:jc w:val="right"/>
            </w:pPr>
            <w:r>
              <w:rPr>
                <w:sz w:val="17"/>
              </w:rPr>
              <w:t>0.222</w:t>
            </w:r>
          </w:p>
        </w:tc>
        <w:tc>
          <w:tcPr>
            <w:tcW w:w="850" w:type="dxa"/>
            <w:tcMar>
              <w:top w:w="60" w:type="dxa"/>
              <w:left w:w="60" w:type="dxa"/>
              <w:bottom w:w="60" w:type="dxa"/>
              <w:right w:w="60" w:type="dxa"/>
            </w:tcMar>
            <w:vAlign w:val="center"/>
          </w:tcPr>
          <w:p w14:paraId="5BA92AE7" w14:textId="77777777" w:rsidR="00034F1F" w:rsidRDefault="00000000">
            <w:pPr>
              <w:jc w:val="right"/>
            </w:pPr>
            <w:r>
              <w:rPr>
                <w:sz w:val="17"/>
              </w:rPr>
              <w:t>0.093</w:t>
            </w:r>
          </w:p>
        </w:tc>
        <w:tc>
          <w:tcPr>
            <w:tcW w:w="850" w:type="dxa"/>
            <w:tcMar>
              <w:top w:w="60" w:type="dxa"/>
              <w:left w:w="60" w:type="dxa"/>
              <w:bottom w:w="60" w:type="dxa"/>
              <w:right w:w="60" w:type="dxa"/>
            </w:tcMar>
            <w:vAlign w:val="center"/>
          </w:tcPr>
          <w:p w14:paraId="03DFC287" w14:textId="77777777" w:rsidR="00034F1F" w:rsidRDefault="00000000">
            <w:pPr>
              <w:jc w:val="right"/>
            </w:pPr>
            <w:r>
              <w:rPr>
                <w:sz w:val="17"/>
              </w:rPr>
              <w:t>0.117</w:t>
            </w:r>
          </w:p>
        </w:tc>
        <w:tc>
          <w:tcPr>
            <w:tcW w:w="850" w:type="dxa"/>
            <w:tcMar>
              <w:top w:w="60" w:type="dxa"/>
              <w:left w:w="60" w:type="dxa"/>
              <w:bottom w:w="60" w:type="dxa"/>
              <w:right w:w="60" w:type="dxa"/>
            </w:tcMar>
            <w:vAlign w:val="center"/>
          </w:tcPr>
          <w:p w14:paraId="3A366A05" w14:textId="77777777" w:rsidR="00034F1F" w:rsidRDefault="00000000">
            <w:pPr>
              <w:jc w:val="right"/>
            </w:pPr>
            <w:r>
              <w:rPr>
                <w:sz w:val="17"/>
              </w:rPr>
              <w:t>0.049</w:t>
            </w:r>
          </w:p>
        </w:tc>
        <w:tc>
          <w:tcPr>
            <w:tcW w:w="850" w:type="dxa"/>
            <w:tcMar>
              <w:top w:w="60" w:type="dxa"/>
              <w:left w:w="60" w:type="dxa"/>
              <w:bottom w:w="60" w:type="dxa"/>
              <w:right w:w="60" w:type="dxa"/>
            </w:tcMar>
            <w:vAlign w:val="center"/>
          </w:tcPr>
          <w:p w14:paraId="548E0567" w14:textId="77777777" w:rsidR="00034F1F" w:rsidRDefault="00000000">
            <w:pPr>
              <w:jc w:val="right"/>
            </w:pPr>
            <w:r>
              <w:rPr>
                <w:sz w:val="17"/>
              </w:rPr>
              <w:t>0.154</w:t>
            </w:r>
          </w:p>
        </w:tc>
        <w:tc>
          <w:tcPr>
            <w:tcW w:w="850" w:type="dxa"/>
            <w:tcMar>
              <w:top w:w="60" w:type="dxa"/>
              <w:left w:w="60" w:type="dxa"/>
              <w:bottom w:w="60" w:type="dxa"/>
              <w:right w:w="60" w:type="dxa"/>
            </w:tcMar>
            <w:vAlign w:val="center"/>
          </w:tcPr>
          <w:p w14:paraId="6772141C" w14:textId="77777777" w:rsidR="00034F1F" w:rsidRDefault="00000000">
            <w:pPr>
              <w:jc w:val="right"/>
            </w:pPr>
            <w:r>
              <w:rPr>
                <w:sz w:val="17"/>
              </w:rPr>
              <w:t>-0.121</w:t>
            </w:r>
          </w:p>
        </w:tc>
        <w:tc>
          <w:tcPr>
            <w:tcW w:w="850" w:type="dxa"/>
            <w:tcMar>
              <w:top w:w="60" w:type="dxa"/>
              <w:left w:w="60" w:type="dxa"/>
              <w:bottom w:w="60" w:type="dxa"/>
              <w:right w:w="60" w:type="dxa"/>
            </w:tcMar>
            <w:vAlign w:val="center"/>
          </w:tcPr>
          <w:p w14:paraId="1E7A7241" w14:textId="77777777" w:rsidR="00034F1F" w:rsidRDefault="00000000">
            <w:pPr>
              <w:jc w:val="right"/>
            </w:pPr>
            <w:r>
              <w:rPr>
                <w:sz w:val="17"/>
              </w:rPr>
              <w:t>1.000</w:t>
            </w:r>
          </w:p>
        </w:tc>
        <w:tc>
          <w:tcPr>
            <w:tcW w:w="850" w:type="dxa"/>
            <w:tcMar>
              <w:top w:w="60" w:type="dxa"/>
              <w:left w:w="60" w:type="dxa"/>
              <w:bottom w:w="60" w:type="dxa"/>
              <w:right w:w="60" w:type="dxa"/>
            </w:tcMar>
            <w:vAlign w:val="center"/>
          </w:tcPr>
          <w:p w14:paraId="5A7DF9A9" w14:textId="77777777" w:rsidR="00034F1F" w:rsidRDefault="00034F1F">
            <w:pPr>
              <w:jc w:val="right"/>
            </w:pPr>
          </w:p>
        </w:tc>
      </w:tr>
      <w:tr w:rsidR="00034F1F" w14:paraId="44672379" w14:textId="77777777">
        <w:trPr>
          <w:cantSplit/>
          <w:jc w:val="center"/>
        </w:trPr>
        <w:tc>
          <w:tcPr>
            <w:tcW w:w="1000" w:type="dxa"/>
            <w:tcMar>
              <w:top w:w="60" w:type="dxa"/>
              <w:left w:w="60" w:type="dxa"/>
              <w:bottom w:w="60" w:type="dxa"/>
              <w:right w:w="60" w:type="dxa"/>
            </w:tcMar>
            <w:vAlign w:val="center"/>
          </w:tcPr>
          <w:p w14:paraId="76C75052" w14:textId="77777777" w:rsidR="00034F1F" w:rsidRDefault="00000000">
            <w:r>
              <w:rPr>
                <w:sz w:val="17"/>
              </w:rPr>
              <w:t>UMG</w:t>
            </w:r>
          </w:p>
        </w:tc>
        <w:tc>
          <w:tcPr>
            <w:tcW w:w="850" w:type="dxa"/>
            <w:tcMar>
              <w:top w:w="60" w:type="dxa"/>
              <w:left w:w="60" w:type="dxa"/>
              <w:bottom w:w="60" w:type="dxa"/>
              <w:right w:w="60" w:type="dxa"/>
            </w:tcMar>
            <w:vAlign w:val="center"/>
          </w:tcPr>
          <w:p w14:paraId="57614DC7" w14:textId="77777777" w:rsidR="00034F1F" w:rsidRDefault="00000000">
            <w:pPr>
              <w:jc w:val="right"/>
            </w:pPr>
            <w:r>
              <w:rPr>
                <w:sz w:val="17"/>
              </w:rPr>
              <w:t>-0.032</w:t>
            </w:r>
          </w:p>
        </w:tc>
        <w:tc>
          <w:tcPr>
            <w:tcW w:w="850" w:type="dxa"/>
            <w:tcMar>
              <w:top w:w="60" w:type="dxa"/>
              <w:left w:w="60" w:type="dxa"/>
              <w:bottom w:w="60" w:type="dxa"/>
              <w:right w:w="60" w:type="dxa"/>
            </w:tcMar>
            <w:vAlign w:val="center"/>
          </w:tcPr>
          <w:p w14:paraId="4AF1AC06" w14:textId="77777777" w:rsidR="00034F1F" w:rsidRDefault="00000000">
            <w:pPr>
              <w:jc w:val="right"/>
            </w:pPr>
            <w:r>
              <w:rPr>
                <w:sz w:val="17"/>
              </w:rPr>
              <w:t>-0.000</w:t>
            </w:r>
          </w:p>
        </w:tc>
        <w:tc>
          <w:tcPr>
            <w:tcW w:w="850" w:type="dxa"/>
            <w:tcMar>
              <w:top w:w="60" w:type="dxa"/>
              <w:left w:w="60" w:type="dxa"/>
              <w:bottom w:w="60" w:type="dxa"/>
              <w:right w:w="60" w:type="dxa"/>
            </w:tcMar>
            <w:vAlign w:val="center"/>
          </w:tcPr>
          <w:p w14:paraId="34614F20" w14:textId="77777777" w:rsidR="00034F1F" w:rsidRDefault="00000000">
            <w:pPr>
              <w:jc w:val="right"/>
            </w:pPr>
            <w:r>
              <w:rPr>
                <w:sz w:val="17"/>
              </w:rPr>
              <w:t>-0.017</w:t>
            </w:r>
          </w:p>
        </w:tc>
        <w:tc>
          <w:tcPr>
            <w:tcW w:w="850" w:type="dxa"/>
            <w:tcMar>
              <w:top w:w="60" w:type="dxa"/>
              <w:left w:w="60" w:type="dxa"/>
              <w:bottom w:w="60" w:type="dxa"/>
              <w:right w:w="60" w:type="dxa"/>
            </w:tcMar>
            <w:vAlign w:val="center"/>
          </w:tcPr>
          <w:p w14:paraId="14255C83" w14:textId="77777777" w:rsidR="00034F1F" w:rsidRDefault="00000000">
            <w:pPr>
              <w:jc w:val="right"/>
            </w:pPr>
            <w:r>
              <w:rPr>
                <w:sz w:val="17"/>
              </w:rPr>
              <w:t>-0.056</w:t>
            </w:r>
          </w:p>
        </w:tc>
        <w:tc>
          <w:tcPr>
            <w:tcW w:w="850" w:type="dxa"/>
            <w:tcMar>
              <w:top w:w="60" w:type="dxa"/>
              <w:left w:w="60" w:type="dxa"/>
              <w:bottom w:w="60" w:type="dxa"/>
              <w:right w:w="60" w:type="dxa"/>
            </w:tcMar>
            <w:vAlign w:val="center"/>
          </w:tcPr>
          <w:p w14:paraId="785AD7EA" w14:textId="77777777" w:rsidR="00034F1F" w:rsidRDefault="00000000">
            <w:pPr>
              <w:jc w:val="right"/>
            </w:pPr>
            <w:r>
              <w:rPr>
                <w:sz w:val="17"/>
              </w:rPr>
              <w:t>0.076</w:t>
            </w:r>
          </w:p>
        </w:tc>
        <w:tc>
          <w:tcPr>
            <w:tcW w:w="850" w:type="dxa"/>
            <w:tcMar>
              <w:top w:w="60" w:type="dxa"/>
              <w:left w:w="60" w:type="dxa"/>
              <w:bottom w:w="60" w:type="dxa"/>
              <w:right w:w="60" w:type="dxa"/>
            </w:tcMar>
            <w:vAlign w:val="center"/>
          </w:tcPr>
          <w:p w14:paraId="501A3367" w14:textId="77777777" w:rsidR="00034F1F" w:rsidRDefault="00000000">
            <w:pPr>
              <w:jc w:val="right"/>
            </w:pPr>
            <w:r>
              <w:rPr>
                <w:sz w:val="17"/>
              </w:rPr>
              <w:t>0.011</w:t>
            </w:r>
          </w:p>
        </w:tc>
        <w:tc>
          <w:tcPr>
            <w:tcW w:w="850" w:type="dxa"/>
            <w:tcMar>
              <w:top w:w="60" w:type="dxa"/>
              <w:left w:w="60" w:type="dxa"/>
              <w:bottom w:w="60" w:type="dxa"/>
              <w:right w:w="60" w:type="dxa"/>
            </w:tcMar>
            <w:vAlign w:val="center"/>
          </w:tcPr>
          <w:p w14:paraId="1832D8F4" w14:textId="77777777" w:rsidR="00034F1F" w:rsidRDefault="00000000">
            <w:pPr>
              <w:jc w:val="right"/>
            </w:pPr>
            <w:r>
              <w:rPr>
                <w:sz w:val="17"/>
              </w:rPr>
              <w:t>-0.030</w:t>
            </w:r>
          </w:p>
        </w:tc>
        <w:tc>
          <w:tcPr>
            <w:tcW w:w="850" w:type="dxa"/>
            <w:tcMar>
              <w:top w:w="60" w:type="dxa"/>
              <w:left w:w="60" w:type="dxa"/>
              <w:bottom w:w="60" w:type="dxa"/>
              <w:right w:w="60" w:type="dxa"/>
            </w:tcMar>
            <w:vAlign w:val="center"/>
          </w:tcPr>
          <w:p w14:paraId="71B9B6A5" w14:textId="77777777" w:rsidR="00034F1F" w:rsidRDefault="00000000">
            <w:pPr>
              <w:jc w:val="right"/>
            </w:pPr>
            <w:r>
              <w:rPr>
                <w:sz w:val="17"/>
              </w:rPr>
              <w:t>0.647</w:t>
            </w:r>
          </w:p>
        </w:tc>
        <w:tc>
          <w:tcPr>
            <w:tcW w:w="850" w:type="dxa"/>
            <w:tcMar>
              <w:top w:w="60" w:type="dxa"/>
              <w:left w:w="60" w:type="dxa"/>
              <w:bottom w:w="60" w:type="dxa"/>
              <w:right w:w="60" w:type="dxa"/>
            </w:tcMar>
            <w:vAlign w:val="center"/>
          </w:tcPr>
          <w:p w14:paraId="7CA0C602" w14:textId="77777777" w:rsidR="00034F1F" w:rsidRDefault="00000000">
            <w:pPr>
              <w:jc w:val="right"/>
            </w:pPr>
            <w:r>
              <w:rPr>
                <w:sz w:val="17"/>
              </w:rPr>
              <w:t>0.035</w:t>
            </w:r>
          </w:p>
        </w:tc>
        <w:tc>
          <w:tcPr>
            <w:tcW w:w="850" w:type="dxa"/>
            <w:tcMar>
              <w:top w:w="60" w:type="dxa"/>
              <w:left w:w="60" w:type="dxa"/>
              <w:bottom w:w="60" w:type="dxa"/>
              <w:right w:w="60" w:type="dxa"/>
            </w:tcMar>
            <w:vAlign w:val="center"/>
          </w:tcPr>
          <w:p w14:paraId="3ED9347C" w14:textId="77777777" w:rsidR="00034F1F" w:rsidRDefault="00000000">
            <w:pPr>
              <w:jc w:val="right"/>
            </w:pPr>
            <w:r>
              <w:rPr>
                <w:sz w:val="17"/>
              </w:rPr>
              <w:t>0.066</w:t>
            </w:r>
          </w:p>
        </w:tc>
        <w:tc>
          <w:tcPr>
            <w:tcW w:w="850" w:type="dxa"/>
            <w:tcMar>
              <w:top w:w="60" w:type="dxa"/>
              <w:left w:w="60" w:type="dxa"/>
              <w:bottom w:w="60" w:type="dxa"/>
              <w:right w:w="60" w:type="dxa"/>
            </w:tcMar>
            <w:vAlign w:val="center"/>
          </w:tcPr>
          <w:p w14:paraId="2DBF5955" w14:textId="77777777" w:rsidR="00034F1F" w:rsidRDefault="00000000">
            <w:pPr>
              <w:jc w:val="right"/>
            </w:pPr>
            <w:r>
              <w:rPr>
                <w:sz w:val="17"/>
              </w:rPr>
              <w:t>-0.061</w:t>
            </w:r>
          </w:p>
        </w:tc>
        <w:tc>
          <w:tcPr>
            <w:tcW w:w="850" w:type="dxa"/>
            <w:tcMar>
              <w:top w:w="60" w:type="dxa"/>
              <w:left w:w="60" w:type="dxa"/>
              <w:bottom w:w="60" w:type="dxa"/>
              <w:right w:w="60" w:type="dxa"/>
            </w:tcMar>
            <w:vAlign w:val="center"/>
          </w:tcPr>
          <w:p w14:paraId="20D2D504" w14:textId="77777777" w:rsidR="00034F1F" w:rsidRDefault="00000000">
            <w:pPr>
              <w:jc w:val="right"/>
            </w:pPr>
            <w:r>
              <w:rPr>
                <w:sz w:val="17"/>
              </w:rPr>
              <w:t>-0.072</w:t>
            </w:r>
          </w:p>
        </w:tc>
        <w:tc>
          <w:tcPr>
            <w:tcW w:w="850" w:type="dxa"/>
            <w:tcMar>
              <w:top w:w="60" w:type="dxa"/>
              <w:left w:w="60" w:type="dxa"/>
              <w:bottom w:w="60" w:type="dxa"/>
              <w:right w:w="60" w:type="dxa"/>
            </w:tcMar>
            <w:vAlign w:val="center"/>
          </w:tcPr>
          <w:p w14:paraId="5342CAB3" w14:textId="77777777" w:rsidR="00034F1F" w:rsidRDefault="00000000">
            <w:pPr>
              <w:jc w:val="right"/>
            </w:pPr>
            <w:r>
              <w:rPr>
                <w:sz w:val="17"/>
              </w:rPr>
              <w:t>1.000</w:t>
            </w:r>
          </w:p>
        </w:tc>
      </w:tr>
    </w:tbl>
    <w:p w14:paraId="43C8A8C1" w14:textId="77777777" w:rsidR="00034F1F" w:rsidRDefault="00000000">
      <w:pPr>
        <w:spacing w:after="120"/>
        <w:rPr>
          <w:iCs/>
        </w:rPr>
      </w:pPr>
      <w:r>
        <w:rPr>
          <w:i/>
          <w:sz w:val="20"/>
        </w:rPr>
        <w:t xml:space="preserve">Note. </w:t>
      </w:r>
      <w:r>
        <w:rPr>
          <w:iCs/>
          <w:sz w:val="20"/>
        </w:rPr>
        <w:t>Lower-triangular Pearson correlations are reported. BSIZE = board size; BI = board independence; CEO_D = CEO duality; BDE = board digital expertise; ACI = audit committee independence; DDC = dedicated digital committee; ROA = return on assets; SIZE = firm size; AGE = firm age; LEV = leverage; INTL = internationalization; UMG = Vivendi-UMG spin-off dummy.</w:t>
      </w:r>
      <w:r>
        <w:rPr>
          <w:sz w:val="20"/>
        </w:rPr>
        <w:t xml:space="preserve"> Source: Author's calculations.</w:t>
      </w:r>
    </w:p>
    <w:p w14:paraId="03FEDF1D" w14:textId="77777777" w:rsidR="00034F1F" w:rsidRDefault="00000000">
      <w:pPr>
        <w:spacing w:after="120"/>
      </w:pPr>
      <w:r>
        <w:rPr>
          <w:sz w:val="22"/>
        </w:rPr>
        <w:br w:type="page"/>
      </w:r>
    </w:p>
    <w:p w14:paraId="63C21DB2" w14:textId="77777777" w:rsidR="00034F1F" w:rsidRDefault="00000000">
      <w:pPr>
        <w:spacing w:after="120"/>
        <w:jc w:val="center"/>
        <w:rPr>
          <w:sz w:val="20"/>
          <w:szCs w:val="20"/>
        </w:rPr>
      </w:pPr>
      <w:r>
        <w:rPr>
          <w:b/>
          <w:sz w:val="22"/>
          <w:szCs w:val="20"/>
        </w:rPr>
        <w:t>Table OR3.3. Variance inflation factors</w:t>
      </w:r>
    </w:p>
    <w:tbl>
      <w:tblPr>
        <w:tblStyle w:val="Grilledutableau"/>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500"/>
        <w:gridCol w:w="1800"/>
      </w:tblGrid>
      <w:tr w:rsidR="00034F1F" w14:paraId="6E984666" w14:textId="77777777">
        <w:trPr>
          <w:cantSplit/>
          <w:tblHeader/>
          <w:jc w:val="center"/>
        </w:trPr>
        <w:tc>
          <w:tcPr>
            <w:tcW w:w="2500" w:type="dxa"/>
            <w:tcMar>
              <w:top w:w="60" w:type="dxa"/>
              <w:left w:w="60" w:type="dxa"/>
              <w:bottom w:w="60" w:type="dxa"/>
              <w:right w:w="60" w:type="dxa"/>
            </w:tcMar>
            <w:vAlign w:val="center"/>
          </w:tcPr>
          <w:p w14:paraId="28FA1E6A" w14:textId="77777777" w:rsidR="00034F1F" w:rsidRDefault="00000000">
            <w:pPr>
              <w:jc w:val="center"/>
            </w:pPr>
            <w:r>
              <w:rPr>
                <w:b/>
                <w:sz w:val="20"/>
              </w:rPr>
              <w:t>Variable</w:t>
            </w:r>
          </w:p>
        </w:tc>
        <w:tc>
          <w:tcPr>
            <w:tcW w:w="1800" w:type="dxa"/>
            <w:tcMar>
              <w:top w:w="60" w:type="dxa"/>
              <w:left w:w="60" w:type="dxa"/>
              <w:bottom w:w="60" w:type="dxa"/>
              <w:right w:w="60" w:type="dxa"/>
            </w:tcMar>
            <w:vAlign w:val="center"/>
          </w:tcPr>
          <w:p w14:paraId="1E6D9FCD" w14:textId="77777777" w:rsidR="00034F1F" w:rsidRDefault="00000000">
            <w:pPr>
              <w:jc w:val="center"/>
            </w:pPr>
            <w:r>
              <w:rPr>
                <w:b/>
                <w:sz w:val="20"/>
              </w:rPr>
              <w:t>VIF</w:t>
            </w:r>
          </w:p>
        </w:tc>
      </w:tr>
      <w:tr w:rsidR="00034F1F" w14:paraId="026DEDB0" w14:textId="77777777">
        <w:trPr>
          <w:cantSplit/>
          <w:jc w:val="center"/>
        </w:trPr>
        <w:tc>
          <w:tcPr>
            <w:tcW w:w="2500" w:type="dxa"/>
            <w:tcMar>
              <w:top w:w="60" w:type="dxa"/>
              <w:left w:w="60" w:type="dxa"/>
              <w:bottom w:w="60" w:type="dxa"/>
              <w:right w:w="60" w:type="dxa"/>
            </w:tcMar>
            <w:vAlign w:val="center"/>
          </w:tcPr>
          <w:p w14:paraId="62D1A978" w14:textId="77777777" w:rsidR="00034F1F" w:rsidRDefault="00000000">
            <w:r>
              <w:rPr>
                <w:sz w:val="20"/>
              </w:rPr>
              <w:t>ROA</w:t>
            </w:r>
          </w:p>
        </w:tc>
        <w:tc>
          <w:tcPr>
            <w:tcW w:w="1800" w:type="dxa"/>
            <w:tcMar>
              <w:top w:w="60" w:type="dxa"/>
              <w:left w:w="60" w:type="dxa"/>
              <w:bottom w:w="60" w:type="dxa"/>
              <w:right w:w="60" w:type="dxa"/>
            </w:tcMar>
            <w:vAlign w:val="center"/>
          </w:tcPr>
          <w:p w14:paraId="205F4886" w14:textId="77777777" w:rsidR="00034F1F" w:rsidRDefault="00000000">
            <w:pPr>
              <w:jc w:val="right"/>
            </w:pPr>
            <w:r>
              <w:rPr>
                <w:sz w:val="20"/>
              </w:rPr>
              <w:t>2.38</w:t>
            </w:r>
          </w:p>
        </w:tc>
      </w:tr>
      <w:tr w:rsidR="00034F1F" w14:paraId="2A13ECB2" w14:textId="77777777">
        <w:trPr>
          <w:cantSplit/>
          <w:jc w:val="center"/>
        </w:trPr>
        <w:tc>
          <w:tcPr>
            <w:tcW w:w="2500" w:type="dxa"/>
            <w:tcMar>
              <w:top w:w="60" w:type="dxa"/>
              <w:left w:w="60" w:type="dxa"/>
              <w:bottom w:w="60" w:type="dxa"/>
              <w:right w:w="60" w:type="dxa"/>
            </w:tcMar>
            <w:vAlign w:val="center"/>
          </w:tcPr>
          <w:p w14:paraId="4E442478" w14:textId="77777777" w:rsidR="00034F1F" w:rsidRDefault="00000000">
            <w:r>
              <w:rPr>
                <w:sz w:val="20"/>
              </w:rPr>
              <w:t>UMG</w:t>
            </w:r>
          </w:p>
        </w:tc>
        <w:tc>
          <w:tcPr>
            <w:tcW w:w="1800" w:type="dxa"/>
            <w:tcMar>
              <w:top w:w="60" w:type="dxa"/>
              <w:left w:w="60" w:type="dxa"/>
              <w:bottom w:w="60" w:type="dxa"/>
              <w:right w:w="60" w:type="dxa"/>
            </w:tcMar>
            <w:vAlign w:val="center"/>
          </w:tcPr>
          <w:p w14:paraId="2737FDE4" w14:textId="77777777" w:rsidR="00034F1F" w:rsidRDefault="00000000">
            <w:pPr>
              <w:jc w:val="right"/>
            </w:pPr>
            <w:r>
              <w:rPr>
                <w:sz w:val="20"/>
              </w:rPr>
              <w:t>2.00</w:t>
            </w:r>
          </w:p>
        </w:tc>
      </w:tr>
      <w:tr w:rsidR="00034F1F" w14:paraId="774F654D" w14:textId="77777777">
        <w:trPr>
          <w:cantSplit/>
          <w:jc w:val="center"/>
        </w:trPr>
        <w:tc>
          <w:tcPr>
            <w:tcW w:w="2500" w:type="dxa"/>
            <w:tcMar>
              <w:top w:w="60" w:type="dxa"/>
              <w:left w:w="60" w:type="dxa"/>
              <w:bottom w:w="60" w:type="dxa"/>
              <w:right w:w="60" w:type="dxa"/>
            </w:tcMar>
            <w:vAlign w:val="center"/>
          </w:tcPr>
          <w:p w14:paraId="596C2C79" w14:textId="77777777" w:rsidR="00034F1F" w:rsidRDefault="00000000">
            <w:r>
              <w:rPr>
                <w:sz w:val="20"/>
              </w:rPr>
              <w:t>BI</w:t>
            </w:r>
          </w:p>
        </w:tc>
        <w:tc>
          <w:tcPr>
            <w:tcW w:w="1800" w:type="dxa"/>
            <w:tcMar>
              <w:top w:w="60" w:type="dxa"/>
              <w:left w:w="60" w:type="dxa"/>
              <w:bottom w:w="60" w:type="dxa"/>
              <w:right w:w="60" w:type="dxa"/>
            </w:tcMar>
            <w:vAlign w:val="center"/>
          </w:tcPr>
          <w:p w14:paraId="25F3068F" w14:textId="77777777" w:rsidR="00034F1F" w:rsidRDefault="00000000">
            <w:pPr>
              <w:jc w:val="right"/>
            </w:pPr>
            <w:r>
              <w:rPr>
                <w:sz w:val="20"/>
              </w:rPr>
              <w:t>1.70</w:t>
            </w:r>
          </w:p>
        </w:tc>
      </w:tr>
      <w:tr w:rsidR="00034F1F" w14:paraId="76AF2BAD" w14:textId="77777777">
        <w:trPr>
          <w:cantSplit/>
          <w:jc w:val="center"/>
        </w:trPr>
        <w:tc>
          <w:tcPr>
            <w:tcW w:w="2500" w:type="dxa"/>
            <w:tcMar>
              <w:top w:w="60" w:type="dxa"/>
              <w:left w:w="60" w:type="dxa"/>
              <w:bottom w:w="60" w:type="dxa"/>
              <w:right w:w="60" w:type="dxa"/>
            </w:tcMar>
            <w:vAlign w:val="center"/>
          </w:tcPr>
          <w:p w14:paraId="3BEE3482" w14:textId="77777777" w:rsidR="00034F1F" w:rsidRDefault="00000000">
            <w:r>
              <w:rPr>
                <w:sz w:val="20"/>
              </w:rPr>
              <w:t>SIZE</w:t>
            </w:r>
          </w:p>
        </w:tc>
        <w:tc>
          <w:tcPr>
            <w:tcW w:w="1800" w:type="dxa"/>
            <w:tcMar>
              <w:top w:w="60" w:type="dxa"/>
              <w:left w:w="60" w:type="dxa"/>
              <w:bottom w:w="60" w:type="dxa"/>
              <w:right w:w="60" w:type="dxa"/>
            </w:tcMar>
            <w:vAlign w:val="center"/>
          </w:tcPr>
          <w:p w14:paraId="3C612AAE" w14:textId="77777777" w:rsidR="00034F1F" w:rsidRDefault="00000000">
            <w:pPr>
              <w:jc w:val="right"/>
            </w:pPr>
            <w:r>
              <w:rPr>
                <w:sz w:val="20"/>
              </w:rPr>
              <w:t>1.57</w:t>
            </w:r>
          </w:p>
        </w:tc>
      </w:tr>
      <w:tr w:rsidR="00034F1F" w14:paraId="53AB1599" w14:textId="77777777">
        <w:trPr>
          <w:cantSplit/>
          <w:jc w:val="center"/>
        </w:trPr>
        <w:tc>
          <w:tcPr>
            <w:tcW w:w="2500" w:type="dxa"/>
            <w:tcMar>
              <w:top w:w="60" w:type="dxa"/>
              <w:left w:w="60" w:type="dxa"/>
              <w:bottom w:w="60" w:type="dxa"/>
              <w:right w:w="60" w:type="dxa"/>
            </w:tcMar>
            <w:vAlign w:val="center"/>
          </w:tcPr>
          <w:p w14:paraId="392B7D37" w14:textId="77777777" w:rsidR="00034F1F" w:rsidRDefault="00000000">
            <w:r>
              <w:rPr>
                <w:sz w:val="20"/>
              </w:rPr>
              <w:t>ACI</w:t>
            </w:r>
          </w:p>
        </w:tc>
        <w:tc>
          <w:tcPr>
            <w:tcW w:w="1800" w:type="dxa"/>
            <w:tcMar>
              <w:top w:w="60" w:type="dxa"/>
              <w:left w:w="60" w:type="dxa"/>
              <w:bottom w:w="60" w:type="dxa"/>
              <w:right w:w="60" w:type="dxa"/>
            </w:tcMar>
            <w:vAlign w:val="center"/>
          </w:tcPr>
          <w:p w14:paraId="546F7A13" w14:textId="77777777" w:rsidR="00034F1F" w:rsidRDefault="00000000">
            <w:pPr>
              <w:jc w:val="right"/>
            </w:pPr>
            <w:r>
              <w:rPr>
                <w:sz w:val="20"/>
              </w:rPr>
              <w:t>1.49</w:t>
            </w:r>
          </w:p>
        </w:tc>
      </w:tr>
      <w:tr w:rsidR="00034F1F" w14:paraId="4AE540EF" w14:textId="77777777">
        <w:trPr>
          <w:cantSplit/>
          <w:jc w:val="center"/>
        </w:trPr>
        <w:tc>
          <w:tcPr>
            <w:tcW w:w="2500" w:type="dxa"/>
            <w:tcMar>
              <w:top w:w="60" w:type="dxa"/>
              <w:left w:w="60" w:type="dxa"/>
              <w:bottom w:w="60" w:type="dxa"/>
              <w:right w:w="60" w:type="dxa"/>
            </w:tcMar>
            <w:vAlign w:val="center"/>
          </w:tcPr>
          <w:p w14:paraId="65688198" w14:textId="77777777" w:rsidR="00034F1F" w:rsidRDefault="00000000">
            <w:r>
              <w:rPr>
                <w:sz w:val="20"/>
              </w:rPr>
              <w:t>BSIZE</w:t>
            </w:r>
          </w:p>
        </w:tc>
        <w:tc>
          <w:tcPr>
            <w:tcW w:w="1800" w:type="dxa"/>
            <w:tcMar>
              <w:top w:w="60" w:type="dxa"/>
              <w:left w:w="60" w:type="dxa"/>
              <w:bottom w:w="60" w:type="dxa"/>
              <w:right w:w="60" w:type="dxa"/>
            </w:tcMar>
            <w:vAlign w:val="center"/>
          </w:tcPr>
          <w:p w14:paraId="75409D73" w14:textId="77777777" w:rsidR="00034F1F" w:rsidRDefault="00000000">
            <w:pPr>
              <w:jc w:val="right"/>
            </w:pPr>
            <w:r>
              <w:rPr>
                <w:sz w:val="20"/>
              </w:rPr>
              <w:t>1.35</w:t>
            </w:r>
          </w:p>
        </w:tc>
      </w:tr>
      <w:tr w:rsidR="00034F1F" w14:paraId="459A2B72" w14:textId="77777777">
        <w:trPr>
          <w:cantSplit/>
          <w:jc w:val="center"/>
        </w:trPr>
        <w:tc>
          <w:tcPr>
            <w:tcW w:w="2500" w:type="dxa"/>
            <w:tcMar>
              <w:top w:w="60" w:type="dxa"/>
              <w:left w:w="60" w:type="dxa"/>
              <w:bottom w:w="60" w:type="dxa"/>
              <w:right w:w="60" w:type="dxa"/>
            </w:tcMar>
            <w:vAlign w:val="center"/>
          </w:tcPr>
          <w:p w14:paraId="57F8E9EA" w14:textId="77777777" w:rsidR="00034F1F" w:rsidRDefault="00000000">
            <w:r>
              <w:rPr>
                <w:sz w:val="20"/>
              </w:rPr>
              <w:t>BDE</w:t>
            </w:r>
          </w:p>
        </w:tc>
        <w:tc>
          <w:tcPr>
            <w:tcW w:w="1800" w:type="dxa"/>
            <w:tcMar>
              <w:top w:w="60" w:type="dxa"/>
              <w:left w:w="60" w:type="dxa"/>
              <w:bottom w:w="60" w:type="dxa"/>
              <w:right w:w="60" w:type="dxa"/>
            </w:tcMar>
            <w:vAlign w:val="center"/>
          </w:tcPr>
          <w:p w14:paraId="03328EBA" w14:textId="77777777" w:rsidR="00034F1F" w:rsidRDefault="00000000">
            <w:pPr>
              <w:jc w:val="right"/>
            </w:pPr>
            <w:r>
              <w:rPr>
                <w:sz w:val="20"/>
              </w:rPr>
              <w:t>1.27</w:t>
            </w:r>
          </w:p>
        </w:tc>
      </w:tr>
      <w:tr w:rsidR="00034F1F" w14:paraId="7421E79E" w14:textId="77777777">
        <w:trPr>
          <w:cantSplit/>
          <w:jc w:val="center"/>
        </w:trPr>
        <w:tc>
          <w:tcPr>
            <w:tcW w:w="2500" w:type="dxa"/>
            <w:tcMar>
              <w:top w:w="60" w:type="dxa"/>
              <w:left w:w="60" w:type="dxa"/>
              <w:bottom w:w="60" w:type="dxa"/>
              <w:right w:w="60" w:type="dxa"/>
            </w:tcMar>
            <w:vAlign w:val="center"/>
          </w:tcPr>
          <w:p w14:paraId="46817EE5" w14:textId="77777777" w:rsidR="00034F1F" w:rsidRDefault="00000000">
            <w:r>
              <w:rPr>
                <w:sz w:val="20"/>
              </w:rPr>
              <w:t>LEV</w:t>
            </w:r>
          </w:p>
        </w:tc>
        <w:tc>
          <w:tcPr>
            <w:tcW w:w="1800" w:type="dxa"/>
            <w:tcMar>
              <w:top w:w="60" w:type="dxa"/>
              <w:left w:w="60" w:type="dxa"/>
              <w:bottom w:w="60" w:type="dxa"/>
              <w:right w:w="60" w:type="dxa"/>
            </w:tcMar>
            <w:vAlign w:val="center"/>
          </w:tcPr>
          <w:p w14:paraId="70EDF6CC" w14:textId="77777777" w:rsidR="00034F1F" w:rsidRDefault="00000000">
            <w:pPr>
              <w:jc w:val="right"/>
            </w:pPr>
            <w:r>
              <w:rPr>
                <w:sz w:val="20"/>
              </w:rPr>
              <w:t>1.26</w:t>
            </w:r>
          </w:p>
        </w:tc>
      </w:tr>
      <w:tr w:rsidR="00034F1F" w14:paraId="603A5F67" w14:textId="77777777">
        <w:trPr>
          <w:cantSplit/>
          <w:jc w:val="center"/>
        </w:trPr>
        <w:tc>
          <w:tcPr>
            <w:tcW w:w="2500" w:type="dxa"/>
            <w:tcMar>
              <w:top w:w="60" w:type="dxa"/>
              <w:left w:w="60" w:type="dxa"/>
              <w:bottom w:w="60" w:type="dxa"/>
              <w:right w:w="60" w:type="dxa"/>
            </w:tcMar>
            <w:vAlign w:val="center"/>
          </w:tcPr>
          <w:p w14:paraId="53BF8DCF" w14:textId="77777777" w:rsidR="00034F1F" w:rsidRDefault="00000000">
            <w:r>
              <w:rPr>
                <w:sz w:val="20"/>
              </w:rPr>
              <w:t>INTL</w:t>
            </w:r>
          </w:p>
        </w:tc>
        <w:tc>
          <w:tcPr>
            <w:tcW w:w="1800" w:type="dxa"/>
            <w:tcMar>
              <w:top w:w="60" w:type="dxa"/>
              <w:left w:w="60" w:type="dxa"/>
              <w:bottom w:w="60" w:type="dxa"/>
              <w:right w:w="60" w:type="dxa"/>
            </w:tcMar>
            <w:vAlign w:val="center"/>
          </w:tcPr>
          <w:p w14:paraId="76B03050" w14:textId="77777777" w:rsidR="00034F1F" w:rsidRDefault="00000000">
            <w:pPr>
              <w:jc w:val="right"/>
            </w:pPr>
            <w:r>
              <w:rPr>
                <w:sz w:val="20"/>
              </w:rPr>
              <w:t>1.25</w:t>
            </w:r>
          </w:p>
        </w:tc>
      </w:tr>
      <w:tr w:rsidR="00034F1F" w14:paraId="16215C33" w14:textId="77777777">
        <w:trPr>
          <w:cantSplit/>
          <w:jc w:val="center"/>
        </w:trPr>
        <w:tc>
          <w:tcPr>
            <w:tcW w:w="2500" w:type="dxa"/>
            <w:tcMar>
              <w:top w:w="60" w:type="dxa"/>
              <w:left w:w="60" w:type="dxa"/>
              <w:bottom w:w="60" w:type="dxa"/>
              <w:right w:w="60" w:type="dxa"/>
            </w:tcMar>
            <w:vAlign w:val="center"/>
          </w:tcPr>
          <w:p w14:paraId="3A6AD373" w14:textId="77777777" w:rsidR="00034F1F" w:rsidRDefault="00000000">
            <w:r>
              <w:rPr>
                <w:sz w:val="20"/>
              </w:rPr>
              <w:t>AGE</w:t>
            </w:r>
          </w:p>
        </w:tc>
        <w:tc>
          <w:tcPr>
            <w:tcW w:w="1800" w:type="dxa"/>
            <w:tcMar>
              <w:top w:w="60" w:type="dxa"/>
              <w:left w:w="60" w:type="dxa"/>
              <w:bottom w:w="60" w:type="dxa"/>
              <w:right w:w="60" w:type="dxa"/>
            </w:tcMar>
            <w:vAlign w:val="center"/>
          </w:tcPr>
          <w:p w14:paraId="2F3EC53C" w14:textId="77777777" w:rsidR="00034F1F" w:rsidRDefault="00000000">
            <w:pPr>
              <w:jc w:val="right"/>
            </w:pPr>
            <w:r>
              <w:rPr>
                <w:sz w:val="20"/>
              </w:rPr>
              <w:t>1.20</w:t>
            </w:r>
          </w:p>
        </w:tc>
      </w:tr>
      <w:tr w:rsidR="00034F1F" w14:paraId="1D709D20" w14:textId="77777777">
        <w:trPr>
          <w:cantSplit/>
          <w:jc w:val="center"/>
        </w:trPr>
        <w:tc>
          <w:tcPr>
            <w:tcW w:w="2500" w:type="dxa"/>
            <w:tcMar>
              <w:top w:w="60" w:type="dxa"/>
              <w:left w:w="60" w:type="dxa"/>
              <w:bottom w:w="60" w:type="dxa"/>
              <w:right w:w="60" w:type="dxa"/>
            </w:tcMar>
            <w:vAlign w:val="center"/>
          </w:tcPr>
          <w:p w14:paraId="18DADC5C" w14:textId="77777777" w:rsidR="00034F1F" w:rsidRDefault="00000000">
            <w:r>
              <w:rPr>
                <w:sz w:val="20"/>
              </w:rPr>
              <w:t>DDC</w:t>
            </w:r>
          </w:p>
        </w:tc>
        <w:tc>
          <w:tcPr>
            <w:tcW w:w="1800" w:type="dxa"/>
            <w:tcMar>
              <w:top w:w="60" w:type="dxa"/>
              <w:left w:w="60" w:type="dxa"/>
              <w:bottom w:w="60" w:type="dxa"/>
              <w:right w:w="60" w:type="dxa"/>
            </w:tcMar>
            <w:vAlign w:val="center"/>
          </w:tcPr>
          <w:p w14:paraId="1F446202" w14:textId="77777777" w:rsidR="00034F1F" w:rsidRDefault="00000000">
            <w:pPr>
              <w:jc w:val="right"/>
            </w:pPr>
            <w:r>
              <w:rPr>
                <w:sz w:val="20"/>
              </w:rPr>
              <w:t>1.13</w:t>
            </w:r>
          </w:p>
        </w:tc>
      </w:tr>
      <w:tr w:rsidR="00034F1F" w14:paraId="6B551685" w14:textId="77777777">
        <w:trPr>
          <w:cantSplit/>
          <w:jc w:val="center"/>
        </w:trPr>
        <w:tc>
          <w:tcPr>
            <w:tcW w:w="2500" w:type="dxa"/>
            <w:tcMar>
              <w:top w:w="60" w:type="dxa"/>
              <w:left w:w="60" w:type="dxa"/>
              <w:bottom w:w="60" w:type="dxa"/>
              <w:right w:w="60" w:type="dxa"/>
            </w:tcMar>
            <w:vAlign w:val="center"/>
          </w:tcPr>
          <w:p w14:paraId="0448A986" w14:textId="77777777" w:rsidR="00034F1F" w:rsidRDefault="00000000">
            <w:r>
              <w:rPr>
                <w:sz w:val="20"/>
              </w:rPr>
              <w:t>CEO_D</w:t>
            </w:r>
          </w:p>
        </w:tc>
        <w:tc>
          <w:tcPr>
            <w:tcW w:w="1800" w:type="dxa"/>
            <w:tcMar>
              <w:top w:w="60" w:type="dxa"/>
              <w:left w:w="60" w:type="dxa"/>
              <w:bottom w:w="60" w:type="dxa"/>
              <w:right w:w="60" w:type="dxa"/>
            </w:tcMar>
            <w:vAlign w:val="center"/>
          </w:tcPr>
          <w:p w14:paraId="729C256F" w14:textId="77777777" w:rsidR="00034F1F" w:rsidRDefault="00000000">
            <w:pPr>
              <w:jc w:val="right"/>
            </w:pPr>
            <w:r>
              <w:rPr>
                <w:sz w:val="20"/>
              </w:rPr>
              <w:t>1.08</w:t>
            </w:r>
          </w:p>
        </w:tc>
      </w:tr>
    </w:tbl>
    <w:p w14:paraId="3A4DEE9E" w14:textId="77777777" w:rsidR="00034F1F" w:rsidRDefault="00000000">
      <w:pPr>
        <w:spacing w:after="120"/>
        <w:rPr>
          <w:iCs/>
          <w:sz w:val="18"/>
          <w:szCs w:val="18"/>
        </w:rPr>
      </w:pPr>
      <w:r>
        <w:rPr>
          <w:i/>
          <w:sz w:val="20"/>
          <w:szCs w:val="18"/>
        </w:rPr>
        <w:t>Note</w:t>
      </w:r>
      <w:r>
        <w:rPr>
          <w:iCs/>
          <w:sz w:val="20"/>
          <w:szCs w:val="18"/>
        </w:rPr>
        <w:t>. VIFs are calculated using the main DRG model specification. The maximum VIF is 2.38 and the mean VIF is 1.47, below conventional thresholds for problematic multicollinearity.</w:t>
      </w:r>
      <w:r>
        <w:rPr>
          <w:sz w:val="20"/>
        </w:rPr>
        <w:t xml:space="preserve"> Source: Author's calculations.</w:t>
      </w:r>
    </w:p>
    <w:sectPr w:rsidR="00034F1F">
      <w:pgSz w:w="15840" w:h="12240" w:orient="landscape"/>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14E1" w14:textId="77777777" w:rsidR="00BC55AA" w:rsidRDefault="00BC55AA" w:rsidP="0013268B">
      <w:pPr>
        <w:spacing w:after="0" w:line="240" w:lineRule="auto"/>
      </w:pPr>
      <w:r>
        <w:separator/>
      </w:r>
    </w:p>
  </w:endnote>
  <w:endnote w:type="continuationSeparator" w:id="0">
    <w:p w14:paraId="78C710B7" w14:textId="77777777" w:rsidR="00BC55AA" w:rsidRDefault="00BC55AA" w:rsidP="0013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13A8" w14:textId="77777777" w:rsidR="00BC55AA" w:rsidRDefault="00BC55AA" w:rsidP="0013268B">
      <w:pPr>
        <w:spacing w:after="0" w:line="240" w:lineRule="auto"/>
      </w:pPr>
      <w:r>
        <w:separator/>
      </w:r>
    </w:p>
  </w:footnote>
  <w:footnote w:type="continuationSeparator" w:id="0">
    <w:p w14:paraId="4E1EC27C" w14:textId="77777777" w:rsidR="00BC55AA" w:rsidRDefault="00BC55AA" w:rsidP="00132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276213297">
    <w:abstractNumId w:val="8"/>
  </w:num>
  <w:num w:numId="2" w16cid:durableId="2137018723">
    <w:abstractNumId w:val="6"/>
  </w:num>
  <w:num w:numId="3" w16cid:durableId="922449159">
    <w:abstractNumId w:val="5"/>
  </w:num>
  <w:num w:numId="4" w16cid:durableId="545063714">
    <w:abstractNumId w:val="4"/>
  </w:num>
  <w:num w:numId="5" w16cid:durableId="1198470340">
    <w:abstractNumId w:val="7"/>
  </w:num>
  <w:num w:numId="6" w16cid:durableId="1363285728">
    <w:abstractNumId w:val="3"/>
  </w:num>
  <w:num w:numId="7" w16cid:durableId="760179805">
    <w:abstractNumId w:val="2"/>
  </w:num>
  <w:num w:numId="8" w16cid:durableId="1470130086">
    <w:abstractNumId w:val="1"/>
  </w:num>
  <w:num w:numId="9" w16cid:durableId="89739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F1F"/>
    <w:rsid w:val="0006063C"/>
    <w:rsid w:val="0013268B"/>
    <w:rsid w:val="0015074B"/>
    <w:rsid w:val="001F171C"/>
    <w:rsid w:val="00202A76"/>
    <w:rsid w:val="00235255"/>
    <w:rsid w:val="00242FBC"/>
    <w:rsid w:val="0029639D"/>
    <w:rsid w:val="002F7DFA"/>
    <w:rsid w:val="00326F90"/>
    <w:rsid w:val="008E4223"/>
    <w:rsid w:val="008F276F"/>
    <w:rsid w:val="00AA1D8D"/>
    <w:rsid w:val="00AB45E3"/>
    <w:rsid w:val="00B47730"/>
    <w:rsid w:val="00BC55AA"/>
    <w:rsid w:val="00C04AAE"/>
    <w:rsid w:val="00CB0664"/>
    <w:rsid w:val="00DE7634"/>
    <w:rsid w:val="00F943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7952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2403</Characters>
  <Application>Microsoft Office Word</Application>
  <DocSecurity>0</DocSecurity>
  <Lines>20</Lines>
  <Paragraphs>5</Paragraphs>
  <ScaleCrop>false</ScaleCrop>
  <Manager/>
  <Company/>
  <LinksUpToDate>false</LinksUpToDate>
  <CharactersWithSpaces>2834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2026-05-15T08:44:00Z</dcterms:created>
  <dcterms:modified xsi:type="dcterms:W3CDTF">2026-05-15T08:51:00Z</dcterms:modified>
  <cp:category/>
  <cp:version/>
</cp:coreProperties>
</file>