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FA1CE" w14:textId="77777777" w:rsidR="0077568B" w:rsidRDefault="004C7B7C">
      <w:pPr>
        <w:spacing w:after="160"/>
        <w:jc w:val="center"/>
      </w:pPr>
      <w:r>
        <w:rPr>
          <w:rFonts w:ascii="Times New Roman" w:hAnsi="Times New Roman"/>
          <w:b/>
          <w:color w:val="000000"/>
          <w:sz w:val="36"/>
        </w:rPr>
        <w:t>Supplementary Tables</w:t>
      </w:r>
    </w:p>
    <w:p w14:paraId="61FF3BF8" w14:textId="77777777" w:rsidR="0077568B" w:rsidRPr="00947F3E" w:rsidRDefault="004C7B7C">
      <w:pPr>
        <w:spacing w:after="120"/>
        <w:jc w:val="center"/>
      </w:pPr>
      <w:r>
        <w:rPr>
          <w:rFonts w:ascii="Times New Roman" w:hAnsi="Times New Roman"/>
          <w:i/>
          <w:sz w:val="24"/>
        </w:rPr>
        <w:t>Sex-stratified path-analytic patterns of exercise prescription, BMI change, and physical fitness in overweight Korean adults: National Fitness Award cohort study</w:t>
      </w:r>
    </w:p>
    <w:p w14:paraId="17AC74A9" w14:textId="77777777" w:rsidR="0077568B" w:rsidRDefault="004C7B7C" w:rsidP="004C7B7C">
      <w:pPr>
        <w:spacing w:before="360" w:after="120"/>
      </w:pPr>
      <w:r>
        <w:rPr>
          <w:rFonts w:ascii="Times New Roman" w:hAnsi="Times New Roman"/>
          <w:b/>
          <w:color w:val="000000"/>
          <w:sz w:val="28"/>
        </w:rPr>
        <w:t>Table directory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134"/>
        <w:gridCol w:w="10318"/>
      </w:tblGrid>
      <w:tr w:rsidR="00947F3E" w14:paraId="2C2FA64F" w14:textId="77777777" w:rsidTr="00947F3E">
        <w:trPr>
          <w:trHeight w:val="132"/>
          <w:jc w:val="center"/>
        </w:trPr>
        <w:tc>
          <w:tcPr>
            <w:tcW w:w="2134" w:type="dxa"/>
            <w:shd w:val="clear" w:color="auto" w:fill="FFE6E6"/>
          </w:tcPr>
          <w:p w14:paraId="4E042985" w14:textId="77777777" w:rsid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Table</w:t>
            </w:r>
          </w:p>
        </w:tc>
        <w:tc>
          <w:tcPr>
            <w:tcW w:w="10318" w:type="dxa"/>
            <w:shd w:val="clear" w:color="auto" w:fill="FFE6E6"/>
          </w:tcPr>
          <w:p w14:paraId="10B9C104" w14:textId="77777777" w:rsid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Content</w:t>
            </w:r>
          </w:p>
        </w:tc>
      </w:tr>
      <w:tr w:rsidR="00947F3E" w14:paraId="68E85A15" w14:textId="77777777" w:rsidTr="00947F3E">
        <w:trPr>
          <w:trHeight w:val="284"/>
          <w:jc w:val="center"/>
        </w:trPr>
        <w:tc>
          <w:tcPr>
            <w:tcW w:w="2134" w:type="dxa"/>
            <w:vAlign w:val="center"/>
          </w:tcPr>
          <w:p w14:paraId="3B0BE31D" w14:textId="77777777" w:rsid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S1</w:t>
            </w:r>
          </w:p>
        </w:tc>
        <w:tc>
          <w:tcPr>
            <w:tcW w:w="10318" w:type="dxa"/>
            <w:vAlign w:val="center"/>
          </w:tcPr>
          <w:p w14:paraId="5214B523" w14:textId="77777777" w:rsidR="00947F3E" w:rsidRDefault="00947F3E">
            <w:r>
              <w:rPr>
                <w:rFonts w:ascii="Times New Roman" w:hAnsi="Times New Roman"/>
                <w:sz w:val="18"/>
              </w:rPr>
              <w:t>Baseline characteristics — male overweight sample (n = 10,173)</w:t>
            </w:r>
          </w:p>
        </w:tc>
      </w:tr>
      <w:tr w:rsidR="00947F3E" w14:paraId="7AA80B46" w14:textId="77777777" w:rsidTr="00947F3E">
        <w:trPr>
          <w:trHeight w:val="284"/>
          <w:jc w:val="center"/>
        </w:trPr>
        <w:tc>
          <w:tcPr>
            <w:tcW w:w="2134" w:type="dxa"/>
            <w:vAlign w:val="center"/>
          </w:tcPr>
          <w:p w14:paraId="34D4BA76" w14:textId="77777777" w:rsid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S2</w:t>
            </w:r>
          </w:p>
        </w:tc>
        <w:tc>
          <w:tcPr>
            <w:tcW w:w="10318" w:type="dxa"/>
            <w:vAlign w:val="center"/>
          </w:tcPr>
          <w:p w14:paraId="60020ABF" w14:textId="77777777" w:rsidR="00947F3E" w:rsidRDefault="00947F3E">
            <w:r>
              <w:rPr>
                <w:rFonts w:ascii="Times New Roman" w:hAnsi="Times New Roman"/>
                <w:sz w:val="18"/>
              </w:rPr>
              <w:t>Baseline characteristics — female overweight sample (n = 2,807)</w:t>
            </w:r>
          </w:p>
        </w:tc>
      </w:tr>
      <w:tr w:rsidR="00947F3E" w14:paraId="63C63CEA" w14:textId="77777777" w:rsidTr="00947F3E">
        <w:trPr>
          <w:trHeight w:val="284"/>
          <w:jc w:val="center"/>
        </w:trPr>
        <w:tc>
          <w:tcPr>
            <w:tcW w:w="2134" w:type="dxa"/>
            <w:vAlign w:val="center"/>
          </w:tcPr>
          <w:p w14:paraId="1BC56DF3" w14:textId="77777777" w:rsid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S3</w:t>
            </w:r>
          </w:p>
        </w:tc>
        <w:tc>
          <w:tcPr>
            <w:tcW w:w="10318" w:type="dxa"/>
            <w:vAlign w:val="center"/>
          </w:tcPr>
          <w:p w14:paraId="0017BDF3" w14:textId="77777777" w:rsidR="00947F3E" w:rsidRDefault="00947F3E">
            <w:r>
              <w:rPr>
                <w:rFonts w:ascii="Times New Roman" w:hAnsi="Times New Roman"/>
                <w:sz w:val="18"/>
              </w:rPr>
              <w:t>Repeated-measures ANCOVA of body composition changes — overall, male, and female samples (consolidated)</w:t>
            </w:r>
          </w:p>
        </w:tc>
      </w:tr>
      <w:tr w:rsidR="00947F3E" w14:paraId="30EEC4D3" w14:textId="77777777" w:rsidTr="00947F3E">
        <w:trPr>
          <w:trHeight w:val="284"/>
          <w:jc w:val="center"/>
        </w:trPr>
        <w:tc>
          <w:tcPr>
            <w:tcW w:w="2134" w:type="dxa"/>
            <w:vAlign w:val="center"/>
          </w:tcPr>
          <w:p w14:paraId="471BB679" w14:textId="77777777" w:rsid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S4</w:t>
            </w:r>
          </w:p>
        </w:tc>
        <w:tc>
          <w:tcPr>
            <w:tcW w:w="10318" w:type="dxa"/>
            <w:vAlign w:val="center"/>
          </w:tcPr>
          <w:p w14:paraId="0D341527" w14:textId="77777777" w:rsidR="00947F3E" w:rsidRDefault="00947F3E">
            <w:r>
              <w:rPr>
                <w:rFonts w:ascii="Times New Roman" w:hAnsi="Times New Roman"/>
                <w:sz w:val="18"/>
              </w:rPr>
              <w:t>Repeated-measures ANCOVA of blood pressure changes — overall, male, and female samples (consolidated)</w:t>
            </w:r>
          </w:p>
        </w:tc>
      </w:tr>
      <w:tr w:rsidR="00947F3E" w14:paraId="72D4C397" w14:textId="77777777" w:rsidTr="00947F3E">
        <w:trPr>
          <w:trHeight w:val="284"/>
          <w:jc w:val="center"/>
        </w:trPr>
        <w:tc>
          <w:tcPr>
            <w:tcW w:w="2134" w:type="dxa"/>
            <w:vAlign w:val="center"/>
          </w:tcPr>
          <w:p w14:paraId="5301B003" w14:textId="77777777" w:rsid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S5</w:t>
            </w:r>
          </w:p>
        </w:tc>
        <w:tc>
          <w:tcPr>
            <w:tcW w:w="10318" w:type="dxa"/>
            <w:vAlign w:val="center"/>
          </w:tcPr>
          <w:p w14:paraId="02CA495F" w14:textId="77777777" w:rsidR="00947F3E" w:rsidRDefault="00947F3E">
            <w:r>
              <w:rPr>
                <w:rFonts w:ascii="Times New Roman" w:hAnsi="Times New Roman"/>
                <w:sz w:val="18"/>
              </w:rPr>
              <w:t>ANCOVA cell means for principal fitness outcomes — overall, male, and female samples (consolidated)</w:t>
            </w:r>
          </w:p>
        </w:tc>
      </w:tr>
      <w:tr w:rsidR="00947F3E" w14:paraId="44F98D45" w14:textId="77777777" w:rsidTr="00947F3E">
        <w:trPr>
          <w:trHeight w:val="284"/>
          <w:jc w:val="center"/>
        </w:trPr>
        <w:tc>
          <w:tcPr>
            <w:tcW w:w="2134" w:type="dxa"/>
            <w:vAlign w:val="center"/>
          </w:tcPr>
          <w:p w14:paraId="676074E9" w14:textId="77777777" w:rsid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S6</w:t>
            </w:r>
          </w:p>
        </w:tc>
        <w:tc>
          <w:tcPr>
            <w:tcW w:w="10318" w:type="dxa"/>
            <w:vAlign w:val="center"/>
          </w:tcPr>
          <w:p w14:paraId="7A71EEA0" w14:textId="77777777" w:rsidR="00947F3E" w:rsidRDefault="00947F3E">
            <w:r>
              <w:rPr>
                <w:rFonts w:ascii="Times New Roman" w:hAnsi="Times New Roman"/>
                <w:sz w:val="18"/>
              </w:rPr>
              <w:t>Minimal detectable change (MDC) reference values for the 14 outcomes</w:t>
            </w:r>
          </w:p>
        </w:tc>
      </w:tr>
      <w:tr w:rsidR="00947F3E" w14:paraId="3635594D" w14:textId="77777777" w:rsidTr="00947F3E">
        <w:trPr>
          <w:trHeight w:val="284"/>
          <w:jc w:val="center"/>
        </w:trPr>
        <w:tc>
          <w:tcPr>
            <w:tcW w:w="2134" w:type="dxa"/>
            <w:vAlign w:val="center"/>
          </w:tcPr>
          <w:p w14:paraId="34AD56BA" w14:textId="77777777" w:rsid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S7</w:t>
            </w:r>
          </w:p>
        </w:tc>
        <w:tc>
          <w:tcPr>
            <w:tcW w:w="10318" w:type="dxa"/>
            <w:vAlign w:val="center"/>
          </w:tcPr>
          <w:p w14:paraId="78E4DC0F" w14:textId="77777777" w:rsidR="00947F3E" w:rsidRDefault="00947F3E">
            <w:r>
              <w:rPr>
                <w:rFonts w:ascii="Times New Roman" w:hAnsi="Times New Roman"/>
                <w:sz w:val="18"/>
              </w:rPr>
              <w:t xml:space="preserve">Detectable path-analytic associations — overall sample (n = 10,033); rows where 95% CI for at least one of c′, </w:t>
            </w:r>
            <w:proofErr w:type="spellStart"/>
            <w:r>
              <w:rPr>
                <w:rFonts w:ascii="Times New Roman" w:hAnsi="Times New Roman"/>
                <w:sz w:val="18"/>
              </w:rPr>
              <w:t>a·b</w:t>
            </w:r>
            <w:proofErr w:type="spellEnd"/>
            <w:r>
              <w:rPr>
                <w:rFonts w:ascii="Times New Roman" w:hAnsi="Times New Roman"/>
                <w:sz w:val="18"/>
              </w:rPr>
              <w:t>, or Total excludes zero</w:t>
            </w:r>
          </w:p>
        </w:tc>
      </w:tr>
      <w:tr w:rsidR="00947F3E" w14:paraId="4618B0B2" w14:textId="77777777" w:rsidTr="00947F3E">
        <w:trPr>
          <w:trHeight w:val="284"/>
          <w:jc w:val="center"/>
        </w:trPr>
        <w:tc>
          <w:tcPr>
            <w:tcW w:w="2134" w:type="dxa"/>
            <w:vAlign w:val="center"/>
          </w:tcPr>
          <w:p w14:paraId="37AF9E96" w14:textId="77777777" w:rsid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S8</w:t>
            </w:r>
          </w:p>
        </w:tc>
        <w:tc>
          <w:tcPr>
            <w:tcW w:w="10318" w:type="dxa"/>
            <w:vAlign w:val="center"/>
          </w:tcPr>
          <w:p w14:paraId="6763C27F" w14:textId="77777777" w:rsidR="00947F3E" w:rsidRDefault="00947F3E">
            <w:r>
              <w:rPr>
                <w:rFonts w:ascii="Times New Roman" w:hAnsi="Times New Roman"/>
                <w:sz w:val="18"/>
              </w:rPr>
              <w:t xml:space="preserve">Detectable path-analytic associations — male sample (n = 7,761); rows where 95% CI for at least one of c′, </w:t>
            </w:r>
            <w:proofErr w:type="spellStart"/>
            <w:r>
              <w:rPr>
                <w:rFonts w:ascii="Times New Roman" w:hAnsi="Times New Roman"/>
                <w:sz w:val="18"/>
              </w:rPr>
              <w:t>a·b</w:t>
            </w:r>
            <w:proofErr w:type="spellEnd"/>
            <w:r>
              <w:rPr>
                <w:rFonts w:ascii="Times New Roman" w:hAnsi="Times New Roman"/>
                <w:sz w:val="18"/>
              </w:rPr>
              <w:t>, or Total excludes zero</w:t>
            </w:r>
          </w:p>
        </w:tc>
      </w:tr>
      <w:tr w:rsidR="00947F3E" w14:paraId="36DC857C" w14:textId="77777777" w:rsidTr="00947F3E">
        <w:trPr>
          <w:trHeight w:val="284"/>
          <w:jc w:val="center"/>
        </w:trPr>
        <w:tc>
          <w:tcPr>
            <w:tcW w:w="2134" w:type="dxa"/>
            <w:vAlign w:val="center"/>
          </w:tcPr>
          <w:p w14:paraId="5C4227A7" w14:textId="77777777" w:rsid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S9</w:t>
            </w:r>
          </w:p>
        </w:tc>
        <w:tc>
          <w:tcPr>
            <w:tcW w:w="10318" w:type="dxa"/>
            <w:vAlign w:val="center"/>
          </w:tcPr>
          <w:p w14:paraId="70F81F10" w14:textId="77777777" w:rsidR="00947F3E" w:rsidRDefault="00947F3E">
            <w:r>
              <w:rPr>
                <w:rFonts w:ascii="Times New Roman" w:hAnsi="Times New Roman"/>
                <w:sz w:val="18"/>
              </w:rPr>
              <w:t xml:space="preserve">Detectable path-analytic associations — female sample (n = 2,272); rows where 95% CI for at least one of c′, </w:t>
            </w:r>
            <w:proofErr w:type="spellStart"/>
            <w:r>
              <w:rPr>
                <w:rFonts w:ascii="Times New Roman" w:hAnsi="Times New Roman"/>
                <w:sz w:val="18"/>
              </w:rPr>
              <w:t>a·b</w:t>
            </w:r>
            <w:proofErr w:type="spellEnd"/>
            <w:r>
              <w:rPr>
                <w:rFonts w:ascii="Times New Roman" w:hAnsi="Times New Roman"/>
                <w:sz w:val="18"/>
              </w:rPr>
              <w:t>, or Total excludes zero</w:t>
            </w:r>
          </w:p>
        </w:tc>
      </w:tr>
      <w:tr w:rsidR="00947F3E" w14:paraId="04D95C2B" w14:textId="77777777" w:rsidTr="00947F3E">
        <w:trPr>
          <w:trHeight w:val="284"/>
          <w:jc w:val="center"/>
        </w:trPr>
        <w:tc>
          <w:tcPr>
            <w:tcW w:w="2134" w:type="dxa"/>
            <w:vAlign w:val="center"/>
          </w:tcPr>
          <w:p w14:paraId="0B3A45F6" w14:textId="77777777" w:rsidR="00947F3E" w:rsidRP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S10</w:t>
            </w:r>
          </w:p>
        </w:tc>
        <w:tc>
          <w:tcPr>
            <w:tcW w:w="10318" w:type="dxa"/>
            <w:vAlign w:val="center"/>
          </w:tcPr>
          <w:p w14:paraId="559A9507" w14:textId="77777777" w:rsidR="00947F3E" w:rsidRPr="00947F3E" w:rsidRDefault="00947F3E">
            <w:r>
              <w:rPr>
                <w:rFonts w:ascii="Times New Roman" w:hAnsi="Times New Roman"/>
                <w:sz w:val="18"/>
              </w:rPr>
              <w:t>Enumeration of the five male-detectable direct prescription associations on principal BMI-independent fitness outcomes</w:t>
            </w:r>
          </w:p>
        </w:tc>
      </w:tr>
      <w:tr w:rsidR="00947F3E" w14:paraId="129E4177" w14:textId="77777777" w:rsidTr="00947F3E">
        <w:trPr>
          <w:trHeight w:val="284"/>
          <w:jc w:val="center"/>
        </w:trPr>
        <w:tc>
          <w:tcPr>
            <w:tcW w:w="2134" w:type="dxa"/>
            <w:vAlign w:val="center"/>
          </w:tcPr>
          <w:p w14:paraId="40E99E6E" w14:textId="77777777" w:rsid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S11</w:t>
            </w:r>
          </w:p>
        </w:tc>
        <w:tc>
          <w:tcPr>
            <w:tcW w:w="10318" w:type="dxa"/>
            <w:vAlign w:val="center"/>
          </w:tcPr>
          <w:p w14:paraId="5D6FA77E" w14:textId="77777777" w:rsidR="00947F3E" w:rsidRDefault="00947F3E">
            <w:r>
              <w:rPr>
                <w:rFonts w:ascii="Times New Roman" w:hAnsi="Times New Roman"/>
                <w:sz w:val="18"/>
              </w:rPr>
              <w:t xml:space="preserve">Directionality sensitivity: ΔBMI ↔ ΔY swap and </w:t>
            </w:r>
            <w:proofErr w:type="spellStart"/>
            <w:r>
              <w:rPr>
                <w:rFonts w:ascii="Times New Roman" w:hAnsi="Times New Roman"/>
                <w:sz w:val="18"/>
              </w:rPr>
              <w:t>a·b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magnitudes</w:t>
            </w:r>
          </w:p>
        </w:tc>
      </w:tr>
      <w:tr w:rsidR="00947F3E" w14:paraId="448CBBCA" w14:textId="77777777" w:rsidTr="00947F3E">
        <w:trPr>
          <w:trHeight w:val="284"/>
          <w:jc w:val="center"/>
        </w:trPr>
        <w:tc>
          <w:tcPr>
            <w:tcW w:w="2134" w:type="dxa"/>
            <w:vAlign w:val="center"/>
          </w:tcPr>
          <w:p w14:paraId="3C3F6D83" w14:textId="77777777" w:rsid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S12</w:t>
            </w:r>
          </w:p>
        </w:tc>
        <w:tc>
          <w:tcPr>
            <w:tcW w:w="10318" w:type="dxa"/>
            <w:vAlign w:val="center"/>
          </w:tcPr>
          <w:p w14:paraId="6859140D" w14:textId="77777777" w:rsidR="00947F3E" w:rsidRDefault="00947F3E"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modality-specific decomposition — female sample</w:t>
            </w:r>
          </w:p>
        </w:tc>
      </w:tr>
      <w:tr w:rsidR="00947F3E" w14:paraId="36E058ED" w14:textId="77777777" w:rsidTr="00947F3E">
        <w:trPr>
          <w:trHeight w:val="284"/>
          <w:jc w:val="center"/>
        </w:trPr>
        <w:tc>
          <w:tcPr>
            <w:tcW w:w="2134" w:type="dxa"/>
            <w:vAlign w:val="center"/>
          </w:tcPr>
          <w:p w14:paraId="443E6BD0" w14:textId="77777777" w:rsid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S13</w:t>
            </w:r>
          </w:p>
        </w:tc>
        <w:tc>
          <w:tcPr>
            <w:tcW w:w="10318" w:type="dxa"/>
            <w:vAlign w:val="center"/>
          </w:tcPr>
          <w:p w14:paraId="29BAF09E" w14:textId="77777777" w:rsidR="00947F3E" w:rsidRDefault="00947F3E">
            <w:r>
              <w:rPr>
                <w:rFonts w:ascii="Times New Roman" w:hAnsi="Times New Roman"/>
                <w:sz w:val="18"/>
              </w:rPr>
              <w:t>Sensitivity ANCOVA at ±3% and ±5% BMI-change cut-offs</w:t>
            </w:r>
          </w:p>
        </w:tc>
      </w:tr>
      <w:tr w:rsidR="00947F3E" w14:paraId="1ADDA638" w14:textId="77777777" w:rsidTr="00947F3E">
        <w:trPr>
          <w:trHeight w:val="284"/>
          <w:jc w:val="center"/>
        </w:trPr>
        <w:tc>
          <w:tcPr>
            <w:tcW w:w="2134" w:type="dxa"/>
            <w:vAlign w:val="center"/>
          </w:tcPr>
          <w:p w14:paraId="660D00BC" w14:textId="77777777" w:rsid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S14</w:t>
            </w:r>
          </w:p>
        </w:tc>
        <w:tc>
          <w:tcPr>
            <w:tcW w:w="10318" w:type="dxa"/>
            <w:vAlign w:val="center"/>
          </w:tcPr>
          <w:p w14:paraId="1BE209A9" w14:textId="77777777" w:rsidR="00947F3E" w:rsidRDefault="00947F3E">
            <w:r>
              <w:rPr>
                <w:rFonts w:ascii="Times New Roman" w:hAnsi="Times New Roman"/>
                <w:sz w:val="18"/>
              </w:rPr>
              <w:t>Propensity-score balance diagnostics before and after IPTW</w:t>
            </w:r>
          </w:p>
        </w:tc>
      </w:tr>
      <w:tr w:rsidR="00947F3E" w14:paraId="14F829D4" w14:textId="77777777" w:rsidTr="00947F3E">
        <w:trPr>
          <w:trHeight w:val="284"/>
          <w:jc w:val="center"/>
        </w:trPr>
        <w:tc>
          <w:tcPr>
            <w:tcW w:w="2134" w:type="dxa"/>
            <w:vAlign w:val="center"/>
          </w:tcPr>
          <w:p w14:paraId="703BCD51" w14:textId="77777777" w:rsid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S15</w:t>
            </w:r>
          </w:p>
        </w:tc>
        <w:tc>
          <w:tcPr>
            <w:tcW w:w="10318" w:type="dxa"/>
            <w:vAlign w:val="center"/>
          </w:tcPr>
          <w:p w14:paraId="4140A23F" w14:textId="77777777" w:rsidR="00947F3E" w:rsidRDefault="00947F3E">
            <w:r>
              <w:rPr>
                <w:rFonts w:ascii="Times New Roman" w:hAnsi="Times New Roman"/>
                <w:sz w:val="18"/>
              </w:rPr>
              <w:t xml:space="preserve">Random-intercept mixed-model cross-check for </w:t>
            </w:r>
            <w:proofErr w:type="spellStart"/>
            <w:r>
              <w:rPr>
                <w:rFonts w:ascii="Times New Roman" w:hAnsi="Times New Roman"/>
                <w:sz w:val="18"/>
              </w:rPr>
              <w:t>centre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clustering</w:t>
            </w:r>
          </w:p>
        </w:tc>
      </w:tr>
      <w:tr w:rsidR="00947F3E" w14:paraId="5604D7D3" w14:textId="77777777" w:rsidTr="00947F3E">
        <w:trPr>
          <w:trHeight w:val="284"/>
          <w:jc w:val="center"/>
        </w:trPr>
        <w:tc>
          <w:tcPr>
            <w:tcW w:w="2134" w:type="dxa"/>
            <w:vAlign w:val="center"/>
          </w:tcPr>
          <w:p w14:paraId="44F9AA02" w14:textId="77777777" w:rsid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S16</w:t>
            </w:r>
          </w:p>
        </w:tc>
        <w:tc>
          <w:tcPr>
            <w:tcW w:w="10318" w:type="dxa"/>
            <w:vAlign w:val="center"/>
          </w:tcPr>
          <w:p w14:paraId="38FBDEE7" w14:textId="77777777" w:rsidR="00947F3E" w:rsidRDefault="00947F3E">
            <w:r>
              <w:rPr>
                <w:rFonts w:ascii="Times New Roman" w:hAnsi="Times New Roman"/>
                <w:sz w:val="18"/>
              </w:rPr>
              <w:t>Age-stratified sensitivity analysis for cardiorespiratory outcomes (19–39 y vs 40–64 y)</w:t>
            </w:r>
          </w:p>
        </w:tc>
      </w:tr>
      <w:tr w:rsidR="00947F3E" w14:paraId="276DC8C3" w14:textId="77777777" w:rsidTr="00947F3E">
        <w:trPr>
          <w:trHeight w:val="284"/>
          <w:jc w:val="center"/>
        </w:trPr>
        <w:tc>
          <w:tcPr>
            <w:tcW w:w="2134" w:type="dxa"/>
            <w:vAlign w:val="center"/>
          </w:tcPr>
          <w:p w14:paraId="722356A2" w14:textId="77777777" w:rsid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S17</w:t>
            </w:r>
          </w:p>
        </w:tc>
        <w:tc>
          <w:tcPr>
            <w:tcW w:w="10318" w:type="dxa"/>
            <w:vAlign w:val="center"/>
          </w:tcPr>
          <w:p w14:paraId="50BF7338" w14:textId="77777777" w:rsidR="00947F3E" w:rsidRDefault="00947F3E">
            <w:r>
              <w:rPr>
                <w:rFonts w:ascii="Times New Roman" w:hAnsi="Times New Roman"/>
                <w:sz w:val="18"/>
              </w:rPr>
              <w:t>Baseline characteristics by cardiorespiratory test assignment (MNAR-by-design check)</w:t>
            </w:r>
          </w:p>
        </w:tc>
      </w:tr>
      <w:tr w:rsidR="00947F3E" w14:paraId="4E0404D5" w14:textId="77777777" w:rsidTr="00947F3E">
        <w:trPr>
          <w:trHeight w:val="284"/>
          <w:jc w:val="center"/>
        </w:trPr>
        <w:tc>
          <w:tcPr>
            <w:tcW w:w="2134" w:type="dxa"/>
            <w:vAlign w:val="center"/>
          </w:tcPr>
          <w:p w14:paraId="39BB9E82" w14:textId="77777777" w:rsidR="00947F3E" w:rsidRP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S18</w:t>
            </w:r>
          </w:p>
        </w:tc>
        <w:tc>
          <w:tcPr>
            <w:tcW w:w="10318" w:type="dxa"/>
            <w:vAlign w:val="center"/>
          </w:tcPr>
          <w:p w14:paraId="6DBCA782" w14:textId="77777777" w:rsidR="00947F3E" w:rsidRPr="00947F3E" w:rsidRDefault="00947F3E">
            <w:r>
              <w:rPr>
                <w:rFonts w:ascii="Times New Roman" w:hAnsi="Times New Roman"/>
                <w:sz w:val="18"/>
              </w:rPr>
              <w:t>Baseline comparison between path-analytic sample (classifiable prescription) and excluded participants (unclassifiable prescription) — selection-bias check</w:t>
            </w:r>
          </w:p>
        </w:tc>
      </w:tr>
      <w:tr w:rsidR="00947F3E" w14:paraId="34605F7B" w14:textId="77777777" w:rsidTr="00947F3E">
        <w:trPr>
          <w:trHeight w:val="284"/>
          <w:jc w:val="center"/>
        </w:trPr>
        <w:tc>
          <w:tcPr>
            <w:tcW w:w="2134" w:type="dxa"/>
            <w:vAlign w:val="center"/>
          </w:tcPr>
          <w:p w14:paraId="57C03AA9" w14:textId="77777777" w:rsid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S19</w:t>
            </w:r>
          </w:p>
        </w:tc>
        <w:tc>
          <w:tcPr>
            <w:tcW w:w="10318" w:type="dxa"/>
            <w:vAlign w:val="center"/>
          </w:tcPr>
          <w:p w14:paraId="049758F0" w14:textId="77777777" w:rsidR="00947F3E" w:rsidRDefault="00947F3E">
            <w:r>
              <w:rPr>
                <w:rFonts w:ascii="Times New Roman" w:hAnsi="Times New Roman"/>
                <w:sz w:val="18"/>
              </w:rPr>
              <w:t>BMI-change classification agreement (Cohen's κ)</w:t>
            </w:r>
          </w:p>
        </w:tc>
      </w:tr>
      <w:tr w:rsidR="00947F3E" w14:paraId="55EAF55D" w14:textId="77777777" w:rsidTr="00947F3E">
        <w:trPr>
          <w:trHeight w:val="284"/>
          <w:jc w:val="center"/>
        </w:trPr>
        <w:tc>
          <w:tcPr>
            <w:tcW w:w="2134" w:type="dxa"/>
            <w:vAlign w:val="center"/>
          </w:tcPr>
          <w:p w14:paraId="0F6965BD" w14:textId="77777777" w:rsid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S20</w:t>
            </w:r>
          </w:p>
        </w:tc>
        <w:tc>
          <w:tcPr>
            <w:tcW w:w="10318" w:type="dxa"/>
            <w:vAlign w:val="center"/>
          </w:tcPr>
          <w:p w14:paraId="5970AE38" w14:textId="77777777" w:rsidR="00947F3E" w:rsidRDefault="00947F3E">
            <w:r>
              <w:rPr>
                <w:rFonts w:ascii="Times New Roman" w:hAnsi="Times New Roman"/>
                <w:sz w:val="18"/>
              </w:rPr>
              <w:t>Path-analytic sensitivity using Aerobic as reference</w:t>
            </w:r>
          </w:p>
        </w:tc>
      </w:tr>
      <w:tr w:rsidR="00947F3E" w14:paraId="4F2B0848" w14:textId="77777777" w:rsidTr="00947F3E">
        <w:trPr>
          <w:trHeight w:val="284"/>
          <w:jc w:val="center"/>
        </w:trPr>
        <w:tc>
          <w:tcPr>
            <w:tcW w:w="2134" w:type="dxa"/>
            <w:vAlign w:val="center"/>
          </w:tcPr>
          <w:p w14:paraId="31D3DF28" w14:textId="77777777" w:rsid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S21</w:t>
            </w:r>
          </w:p>
        </w:tc>
        <w:tc>
          <w:tcPr>
            <w:tcW w:w="10318" w:type="dxa"/>
            <w:vAlign w:val="center"/>
          </w:tcPr>
          <w:p w14:paraId="2824CA5D" w14:textId="77777777" w:rsidR="00947F3E" w:rsidRDefault="00947F3E">
            <w:r>
              <w:rPr>
                <w:rFonts w:ascii="Times New Roman" w:hAnsi="Times New Roman"/>
                <w:sz w:val="18"/>
              </w:rPr>
              <w:t>20,000-iteration bootstrap diagnostics for three-decimal-precision outcomes</w:t>
            </w:r>
          </w:p>
        </w:tc>
      </w:tr>
      <w:tr w:rsidR="00947F3E" w14:paraId="5D6B22CF" w14:textId="77777777" w:rsidTr="00947F3E">
        <w:trPr>
          <w:trHeight w:val="284"/>
          <w:jc w:val="center"/>
        </w:trPr>
        <w:tc>
          <w:tcPr>
            <w:tcW w:w="2134" w:type="dxa"/>
            <w:vAlign w:val="center"/>
          </w:tcPr>
          <w:p w14:paraId="3B589D08" w14:textId="77777777" w:rsid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S22</w:t>
            </w:r>
          </w:p>
        </w:tc>
        <w:tc>
          <w:tcPr>
            <w:tcW w:w="10318" w:type="dxa"/>
            <w:vAlign w:val="center"/>
          </w:tcPr>
          <w:p w14:paraId="518D1DFD" w14:textId="77777777" w:rsidR="00947F3E" w:rsidRDefault="00947F3E">
            <w:r>
              <w:rPr>
                <w:rFonts w:ascii="Times New Roman" w:hAnsi="Times New Roman"/>
                <w:sz w:val="18"/>
              </w:rPr>
              <w:t>Variable-wise missingness after Tukey's 1.5×IQR outlier exclusion</w:t>
            </w:r>
          </w:p>
        </w:tc>
      </w:tr>
      <w:tr w:rsidR="00947F3E" w14:paraId="4342BA7B" w14:textId="77777777" w:rsidTr="00947F3E">
        <w:trPr>
          <w:trHeight w:val="284"/>
          <w:jc w:val="center"/>
        </w:trPr>
        <w:tc>
          <w:tcPr>
            <w:tcW w:w="2134" w:type="dxa"/>
            <w:vAlign w:val="center"/>
          </w:tcPr>
          <w:p w14:paraId="12D8A447" w14:textId="77777777" w:rsid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S23</w:t>
            </w:r>
          </w:p>
        </w:tc>
        <w:tc>
          <w:tcPr>
            <w:tcW w:w="10318" w:type="dxa"/>
            <w:vAlign w:val="center"/>
          </w:tcPr>
          <w:p w14:paraId="1C22FD7B" w14:textId="77777777" w:rsidR="00947F3E" w:rsidRDefault="00947F3E">
            <w:r>
              <w:rPr>
                <w:rFonts w:ascii="Times New Roman" w:hAnsi="Times New Roman"/>
                <w:sz w:val="18"/>
              </w:rPr>
              <w:t>Korean exercise term → English category mapping (top 30)</w:t>
            </w:r>
          </w:p>
        </w:tc>
      </w:tr>
      <w:tr w:rsidR="00947F3E" w14:paraId="55F53755" w14:textId="77777777" w:rsidTr="00947F3E">
        <w:trPr>
          <w:trHeight w:val="284"/>
          <w:jc w:val="center"/>
        </w:trPr>
        <w:tc>
          <w:tcPr>
            <w:tcW w:w="2134" w:type="dxa"/>
            <w:vAlign w:val="center"/>
          </w:tcPr>
          <w:p w14:paraId="71F8DD38" w14:textId="77777777" w:rsid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S24</w:t>
            </w:r>
          </w:p>
        </w:tc>
        <w:tc>
          <w:tcPr>
            <w:tcW w:w="10318" w:type="dxa"/>
            <w:vAlign w:val="center"/>
          </w:tcPr>
          <w:p w14:paraId="734B93B1" w14:textId="77777777" w:rsidR="00947F3E" w:rsidRDefault="00947F3E">
            <w:r>
              <w:rPr>
                <w:rFonts w:ascii="Times New Roman" w:hAnsi="Times New Roman"/>
                <w:sz w:val="18"/>
              </w:rPr>
              <w:t>Category-to-prescription-type classification rules</w:t>
            </w:r>
          </w:p>
        </w:tc>
      </w:tr>
    </w:tbl>
    <w:p w14:paraId="21B19226" w14:textId="77777777" w:rsidR="0077568B" w:rsidRPr="00947F3E" w:rsidRDefault="004C7B7C">
      <w:r>
        <w:br w:type="page"/>
      </w:r>
    </w:p>
    <w:p w14:paraId="34407BF2" w14:textId="77777777" w:rsidR="0077568B" w:rsidRPr="00947F3E" w:rsidRDefault="004C7B7C" w:rsidP="004C7B7C">
      <w:pPr>
        <w:spacing w:before="240" w:after="80"/>
      </w:pPr>
      <w:r>
        <w:rPr>
          <w:rFonts w:ascii="Times New Roman" w:hAnsi="Times New Roman"/>
          <w:b/>
          <w:sz w:val="24"/>
        </w:rPr>
        <w:lastRenderedPageBreak/>
        <w:t>Table S1. Baseline characteristics of the male overweight sample (n = 10,173)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936"/>
        <w:gridCol w:w="1938"/>
        <w:gridCol w:w="1938"/>
        <w:gridCol w:w="1938"/>
        <w:gridCol w:w="1937"/>
        <w:gridCol w:w="1937"/>
        <w:gridCol w:w="1938"/>
      </w:tblGrid>
      <w:tr w:rsidR="00947F3E" w:rsidRPr="00947F3E" w14:paraId="25D1348A" w14:textId="77777777">
        <w:trPr>
          <w:jc w:val="center"/>
        </w:trPr>
        <w:tc>
          <w:tcPr>
            <w:tcW w:w="1939" w:type="dxa"/>
            <w:shd w:val="clear" w:color="auto" w:fill="D9E2F3"/>
          </w:tcPr>
          <w:p w14:paraId="28DFB8F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Variable</w:t>
            </w:r>
          </w:p>
        </w:tc>
        <w:tc>
          <w:tcPr>
            <w:tcW w:w="1939" w:type="dxa"/>
            <w:shd w:val="clear" w:color="auto" w:fill="D9E2F3"/>
          </w:tcPr>
          <w:p w14:paraId="29C7FBE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DG (n=2,427)</w:t>
            </w:r>
          </w:p>
        </w:tc>
        <w:tc>
          <w:tcPr>
            <w:tcW w:w="1939" w:type="dxa"/>
            <w:shd w:val="clear" w:color="auto" w:fill="D9E2F3"/>
          </w:tcPr>
          <w:p w14:paraId="78189A4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MG (n=5,043)</w:t>
            </w:r>
          </w:p>
        </w:tc>
        <w:tc>
          <w:tcPr>
            <w:tcW w:w="1939" w:type="dxa"/>
            <w:shd w:val="clear" w:color="auto" w:fill="D9E2F3"/>
          </w:tcPr>
          <w:p w14:paraId="62E34DD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IG (n=2,703)</w:t>
            </w:r>
          </w:p>
        </w:tc>
        <w:tc>
          <w:tcPr>
            <w:tcW w:w="1939" w:type="dxa"/>
            <w:shd w:val="clear" w:color="auto" w:fill="D9E2F3"/>
          </w:tcPr>
          <w:p w14:paraId="452E05D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F</w:t>
            </w:r>
          </w:p>
        </w:tc>
        <w:tc>
          <w:tcPr>
            <w:tcW w:w="1939" w:type="dxa"/>
            <w:shd w:val="clear" w:color="auto" w:fill="D9E2F3"/>
          </w:tcPr>
          <w:p w14:paraId="11A3406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p</w:t>
            </w:r>
          </w:p>
        </w:tc>
        <w:tc>
          <w:tcPr>
            <w:tcW w:w="1939" w:type="dxa"/>
            <w:shd w:val="clear" w:color="auto" w:fill="D9E2F3"/>
          </w:tcPr>
          <w:p w14:paraId="3EE9AE5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Post-hoc</w:t>
            </w:r>
          </w:p>
        </w:tc>
      </w:tr>
      <w:tr w:rsidR="00947F3E" w:rsidRPr="00947F3E" w14:paraId="66B2647E" w14:textId="77777777">
        <w:trPr>
          <w:jc w:val="center"/>
        </w:trPr>
        <w:tc>
          <w:tcPr>
            <w:tcW w:w="1939" w:type="dxa"/>
          </w:tcPr>
          <w:p w14:paraId="65D9672D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Age (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yr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)</w:t>
            </w:r>
          </w:p>
        </w:tc>
        <w:tc>
          <w:tcPr>
            <w:tcW w:w="1939" w:type="dxa"/>
          </w:tcPr>
          <w:p w14:paraId="6058096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36.62±13.74</w:t>
            </w:r>
          </w:p>
        </w:tc>
        <w:tc>
          <w:tcPr>
            <w:tcW w:w="1939" w:type="dxa"/>
          </w:tcPr>
          <w:p w14:paraId="2C6DAF6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37.78±13.75</w:t>
            </w:r>
          </w:p>
        </w:tc>
        <w:tc>
          <w:tcPr>
            <w:tcW w:w="1939" w:type="dxa"/>
          </w:tcPr>
          <w:p w14:paraId="06EDD27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34.38±12.47</w:t>
            </w:r>
          </w:p>
        </w:tc>
        <w:tc>
          <w:tcPr>
            <w:tcW w:w="1939" w:type="dxa"/>
          </w:tcPr>
          <w:p w14:paraId="6CB0CC5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54.321</w:t>
            </w:r>
          </w:p>
        </w:tc>
        <w:tc>
          <w:tcPr>
            <w:tcW w:w="1939" w:type="dxa"/>
          </w:tcPr>
          <w:p w14:paraId="559D0C8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&lt;.001***</w:t>
            </w:r>
          </w:p>
        </w:tc>
        <w:tc>
          <w:tcPr>
            <w:tcW w:w="1939" w:type="dxa"/>
          </w:tcPr>
          <w:p w14:paraId="04F5D9D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IG&lt;DG&lt;MG</w:t>
            </w:r>
          </w:p>
        </w:tc>
      </w:tr>
      <w:tr w:rsidR="00947F3E" w:rsidRPr="00947F3E" w14:paraId="5FC56499" w14:textId="77777777">
        <w:trPr>
          <w:jc w:val="center"/>
        </w:trPr>
        <w:tc>
          <w:tcPr>
            <w:tcW w:w="1939" w:type="dxa"/>
          </w:tcPr>
          <w:p w14:paraId="64C624BE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Height (cm)</w:t>
            </w:r>
          </w:p>
        </w:tc>
        <w:tc>
          <w:tcPr>
            <w:tcW w:w="1939" w:type="dxa"/>
          </w:tcPr>
          <w:p w14:paraId="207C673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173.43±5.90</w:t>
            </w:r>
          </w:p>
        </w:tc>
        <w:tc>
          <w:tcPr>
            <w:tcW w:w="1939" w:type="dxa"/>
          </w:tcPr>
          <w:p w14:paraId="5F915D4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173.47±5.94</w:t>
            </w:r>
          </w:p>
        </w:tc>
        <w:tc>
          <w:tcPr>
            <w:tcW w:w="1939" w:type="dxa"/>
          </w:tcPr>
          <w:p w14:paraId="66B58AD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174.10±5.79</w:t>
            </w:r>
          </w:p>
        </w:tc>
        <w:tc>
          <w:tcPr>
            <w:tcW w:w="1939" w:type="dxa"/>
          </w:tcPr>
          <w:p w14:paraId="5D9C76E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11.464</w:t>
            </w:r>
          </w:p>
        </w:tc>
        <w:tc>
          <w:tcPr>
            <w:tcW w:w="1939" w:type="dxa"/>
          </w:tcPr>
          <w:p w14:paraId="568B68F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&lt;.001***</w:t>
            </w:r>
          </w:p>
        </w:tc>
        <w:tc>
          <w:tcPr>
            <w:tcW w:w="1939" w:type="dxa"/>
          </w:tcPr>
          <w:p w14:paraId="3D46CA23" w14:textId="77777777" w:rsidR="0077568B" w:rsidRPr="00947F3E" w:rsidRDefault="004C7B7C">
            <w:pPr>
              <w:jc w:val="center"/>
            </w:pPr>
            <w:proofErr w:type="gramStart"/>
            <w:r>
              <w:rPr>
                <w:rFonts w:ascii="Times New Roman" w:hAnsi="Times New Roman"/>
                <w:sz w:val="18"/>
              </w:rPr>
              <w:t>DG,MG</w:t>
            </w:r>
            <w:proofErr w:type="gramEnd"/>
            <w:r>
              <w:rPr>
                <w:rFonts w:ascii="Times New Roman" w:hAnsi="Times New Roman"/>
                <w:sz w:val="18"/>
              </w:rPr>
              <w:t>&lt;IG</w:t>
            </w:r>
          </w:p>
        </w:tc>
      </w:tr>
      <w:tr w:rsidR="00947F3E" w:rsidRPr="00947F3E" w14:paraId="33AFA50B" w14:textId="77777777">
        <w:trPr>
          <w:jc w:val="center"/>
        </w:trPr>
        <w:tc>
          <w:tcPr>
            <w:tcW w:w="1939" w:type="dxa"/>
          </w:tcPr>
          <w:p w14:paraId="32B13127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Body weight (kg)</w:t>
            </w:r>
          </w:p>
        </w:tc>
        <w:tc>
          <w:tcPr>
            <w:tcW w:w="1939" w:type="dxa"/>
          </w:tcPr>
          <w:p w14:paraId="52B76A6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81.19±6.82</w:t>
            </w:r>
          </w:p>
        </w:tc>
        <w:tc>
          <w:tcPr>
            <w:tcW w:w="1939" w:type="dxa"/>
          </w:tcPr>
          <w:p w14:paraId="6179C4F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80.85±6.58</w:t>
            </w:r>
          </w:p>
        </w:tc>
        <w:tc>
          <w:tcPr>
            <w:tcW w:w="1939" w:type="dxa"/>
          </w:tcPr>
          <w:p w14:paraId="1785FF8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80.88±6.50</w:t>
            </w:r>
          </w:p>
        </w:tc>
        <w:tc>
          <w:tcPr>
            <w:tcW w:w="1939" w:type="dxa"/>
          </w:tcPr>
          <w:p w14:paraId="0AA81EE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2.373</w:t>
            </w:r>
          </w:p>
        </w:tc>
        <w:tc>
          <w:tcPr>
            <w:tcW w:w="1939" w:type="dxa"/>
          </w:tcPr>
          <w:p w14:paraId="6EB572D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.094</w:t>
            </w:r>
          </w:p>
        </w:tc>
        <w:tc>
          <w:tcPr>
            <w:tcW w:w="1939" w:type="dxa"/>
          </w:tcPr>
          <w:p w14:paraId="4204229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—</w:t>
            </w:r>
          </w:p>
        </w:tc>
      </w:tr>
      <w:tr w:rsidR="00947F3E" w:rsidRPr="00947F3E" w14:paraId="1333EB3B" w14:textId="77777777">
        <w:trPr>
          <w:jc w:val="center"/>
        </w:trPr>
        <w:tc>
          <w:tcPr>
            <w:tcW w:w="1939" w:type="dxa"/>
          </w:tcPr>
          <w:p w14:paraId="745B5496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Body fat (%)</w:t>
            </w:r>
          </w:p>
        </w:tc>
        <w:tc>
          <w:tcPr>
            <w:tcW w:w="1939" w:type="dxa"/>
          </w:tcPr>
          <w:p w14:paraId="6EC8E42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25.77±4.80</w:t>
            </w:r>
          </w:p>
        </w:tc>
        <w:tc>
          <w:tcPr>
            <w:tcW w:w="1939" w:type="dxa"/>
          </w:tcPr>
          <w:p w14:paraId="2BE6323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25.08±4.98</w:t>
            </w:r>
          </w:p>
        </w:tc>
        <w:tc>
          <w:tcPr>
            <w:tcW w:w="1939" w:type="dxa"/>
          </w:tcPr>
          <w:p w14:paraId="3920634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24.33±5.05</w:t>
            </w:r>
          </w:p>
        </w:tc>
        <w:tc>
          <w:tcPr>
            <w:tcW w:w="1939" w:type="dxa"/>
          </w:tcPr>
          <w:p w14:paraId="2A8DA70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53.533</w:t>
            </w:r>
          </w:p>
        </w:tc>
        <w:tc>
          <w:tcPr>
            <w:tcW w:w="1939" w:type="dxa"/>
          </w:tcPr>
          <w:p w14:paraId="174EC57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&lt;.001***</w:t>
            </w:r>
          </w:p>
        </w:tc>
        <w:tc>
          <w:tcPr>
            <w:tcW w:w="1939" w:type="dxa"/>
          </w:tcPr>
          <w:p w14:paraId="43FB1A7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IG&lt;MG&lt;DG</w:t>
            </w:r>
          </w:p>
        </w:tc>
      </w:tr>
      <w:tr w:rsidR="00947F3E" w:rsidRPr="00947F3E" w14:paraId="15699B4A" w14:textId="77777777">
        <w:trPr>
          <w:jc w:val="center"/>
        </w:trPr>
        <w:tc>
          <w:tcPr>
            <w:tcW w:w="1939" w:type="dxa"/>
          </w:tcPr>
          <w:p w14:paraId="49D3E44A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BMI (kg/m²)</w:t>
            </w:r>
          </w:p>
        </w:tc>
        <w:tc>
          <w:tcPr>
            <w:tcW w:w="1939" w:type="dxa"/>
          </w:tcPr>
          <w:p w14:paraId="60E9CB0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27.00±1.39</w:t>
            </w:r>
          </w:p>
        </w:tc>
        <w:tc>
          <w:tcPr>
            <w:tcW w:w="1939" w:type="dxa"/>
          </w:tcPr>
          <w:p w14:paraId="041E340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26.89±1.34</w:t>
            </w:r>
          </w:p>
        </w:tc>
        <w:tc>
          <w:tcPr>
            <w:tcW w:w="1939" w:type="dxa"/>
          </w:tcPr>
          <w:p w14:paraId="15BE55F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26.69±1.25</w:t>
            </w:r>
          </w:p>
        </w:tc>
        <w:tc>
          <w:tcPr>
            <w:tcW w:w="1939" w:type="dxa"/>
          </w:tcPr>
          <w:p w14:paraId="41F3EC3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34.616</w:t>
            </w:r>
          </w:p>
        </w:tc>
        <w:tc>
          <w:tcPr>
            <w:tcW w:w="1939" w:type="dxa"/>
          </w:tcPr>
          <w:p w14:paraId="45BB03B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&lt;.001***</w:t>
            </w:r>
          </w:p>
        </w:tc>
        <w:tc>
          <w:tcPr>
            <w:tcW w:w="1939" w:type="dxa"/>
          </w:tcPr>
          <w:p w14:paraId="328AE46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IG&lt;MG&lt;DG</w:t>
            </w:r>
          </w:p>
        </w:tc>
      </w:tr>
      <w:tr w:rsidR="00947F3E" w:rsidRPr="00947F3E" w14:paraId="5225B2E1" w14:textId="77777777">
        <w:trPr>
          <w:jc w:val="center"/>
        </w:trPr>
        <w:tc>
          <w:tcPr>
            <w:tcW w:w="1939" w:type="dxa"/>
          </w:tcPr>
          <w:p w14:paraId="0F772520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Waist (cm)</w:t>
            </w:r>
          </w:p>
        </w:tc>
        <w:tc>
          <w:tcPr>
            <w:tcW w:w="1939" w:type="dxa"/>
          </w:tcPr>
          <w:p w14:paraId="68D7FBC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91.20±6.47</w:t>
            </w:r>
          </w:p>
        </w:tc>
        <w:tc>
          <w:tcPr>
            <w:tcW w:w="1939" w:type="dxa"/>
          </w:tcPr>
          <w:p w14:paraId="40E352F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90.56±6.30</w:t>
            </w:r>
          </w:p>
        </w:tc>
        <w:tc>
          <w:tcPr>
            <w:tcW w:w="1939" w:type="dxa"/>
          </w:tcPr>
          <w:p w14:paraId="6BF1CA3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89.59±6.50</w:t>
            </w:r>
          </w:p>
        </w:tc>
        <w:tc>
          <w:tcPr>
            <w:tcW w:w="1939" w:type="dxa"/>
          </w:tcPr>
          <w:p w14:paraId="35E81BB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19.125</w:t>
            </w:r>
          </w:p>
        </w:tc>
        <w:tc>
          <w:tcPr>
            <w:tcW w:w="1939" w:type="dxa"/>
          </w:tcPr>
          <w:p w14:paraId="247D077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&lt;.001***</w:t>
            </w:r>
          </w:p>
        </w:tc>
        <w:tc>
          <w:tcPr>
            <w:tcW w:w="1939" w:type="dxa"/>
          </w:tcPr>
          <w:p w14:paraId="6B951A7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IG&lt;MG&lt;DG</w:t>
            </w:r>
          </w:p>
        </w:tc>
      </w:tr>
      <w:tr w:rsidR="00947F3E" w:rsidRPr="00947F3E" w14:paraId="15C8403F" w14:textId="77777777">
        <w:trPr>
          <w:jc w:val="center"/>
        </w:trPr>
        <w:tc>
          <w:tcPr>
            <w:tcW w:w="1939" w:type="dxa"/>
          </w:tcPr>
          <w:p w14:paraId="0B4C459F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SBP (mmHg)</w:t>
            </w:r>
          </w:p>
        </w:tc>
        <w:tc>
          <w:tcPr>
            <w:tcW w:w="1939" w:type="dxa"/>
          </w:tcPr>
          <w:p w14:paraId="08179D1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136.00±12.77</w:t>
            </w:r>
          </w:p>
        </w:tc>
        <w:tc>
          <w:tcPr>
            <w:tcW w:w="1939" w:type="dxa"/>
          </w:tcPr>
          <w:p w14:paraId="0CF3056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135.56±13.05</w:t>
            </w:r>
          </w:p>
        </w:tc>
        <w:tc>
          <w:tcPr>
            <w:tcW w:w="1939" w:type="dxa"/>
          </w:tcPr>
          <w:p w14:paraId="622400A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133.30±12.98</w:t>
            </w:r>
          </w:p>
        </w:tc>
        <w:tc>
          <w:tcPr>
            <w:tcW w:w="1939" w:type="dxa"/>
          </w:tcPr>
          <w:p w14:paraId="1A3A39F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33.792</w:t>
            </w:r>
          </w:p>
        </w:tc>
        <w:tc>
          <w:tcPr>
            <w:tcW w:w="1939" w:type="dxa"/>
          </w:tcPr>
          <w:p w14:paraId="46CED27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&lt;.001***</w:t>
            </w:r>
          </w:p>
        </w:tc>
        <w:tc>
          <w:tcPr>
            <w:tcW w:w="1939" w:type="dxa"/>
          </w:tcPr>
          <w:p w14:paraId="076DAE6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IG&lt;</w:t>
            </w:r>
            <w:proofErr w:type="gramStart"/>
            <w:r>
              <w:rPr>
                <w:rFonts w:ascii="Times New Roman" w:hAnsi="Times New Roman"/>
                <w:sz w:val="18"/>
              </w:rPr>
              <w:t>DG,MG</w:t>
            </w:r>
            <w:proofErr w:type="gramEnd"/>
          </w:p>
        </w:tc>
      </w:tr>
      <w:tr w:rsidR="00947F3E" w:rsidRPr="00947F3E" w14:paraId="05E66855" w14:textId="77777777">
        <w:trPr>
          <w:jc w:val="center"/>
        </w:trPr>
        <w:tc>
          <w:tcPr>
            <w:tcW w:w="1939" w:type="dxa"/>
          </w:tcPr>
          <w:p w14:paraId="3E556569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DBP (mmHg)</w:t>
            </w:r>
          </w:p>
        </w:tc>
        <w:tc>
          <w:tcPr>
            <w:tcW w:w="1939" w:type="dxa"/>
          </w:tcPr>
          <w:p w14:paraId="6D2053A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82.40±9.78</w:t>
            </w:r>
          </w:p>
        </w:tc>
        <w:tc>
          <w:tcPr>
            <w:tcW w:w="1939" w:type="dxa"/>
          </w:tcPr>
          <w:p w14:paraId="0C35CD5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82.23±10.06</w:t>
            </w:r>
          </w:p>
        </w:tc>
        <w:tc>
          <w:tcPr>
            <w:tcW w:w="1939" w:type="dxa"/>
          </w:tcPr>
          <w:p w14:paraId="07143C5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80.66±10.36</w:t>
            </w:r>
          </w:p>
        </w:tc>
        <w:tc>
          <w:tcPr>
            <w:tcW w:w="1939" w:type="dxa"/>
          </w:tcPr>
          <w:p w14:paraId="2E5B50A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24.947</w:t>
            </w:r>
          </w:p>
        </w:tc>
        <w:tc>
          <w:tcPr>
            <w:tcW w:w="1939" w:type="dxa"/>
          </w:tcPr>
          <w:p w14:paraId="00323DB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&lt;.001***</w:t>
            </w:r>
          </w:p>
        </w:tc>
        <w:tc>
          <w:tcPr>
            <w:tcW w:w="1939" w:type="dxa"/>
          </w:tcPr>
          <w:p w14:paraId="227537B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IG&lt;</w:t>
            </w:r>
            <w:proofErr w:type="gramStart"/>
            <w:r>
              <w:rPr>
                <w:rFonts w:ascii="Times New Roman" w:hAnsi="Times New Roman"/>
                <w:sz w:val="18"/>
              </w:rPr>
              <w:t>DG,MG</w:t>
            </w:r>
            <w:proofErr w:type="gramEnd"/>
          </w:p>
        </w:tc>
      </w:tr>
      <w:tr w:rsidR="00947F3E" w:rsidRPr="00947F3E" w14:paraId="4EA0D084" w14:textId="77777777">
        <w:trPr>
          <w:jc w:val="center"/>
        </w:trPr>
        <w:tc>
          <w:tcPr>
            <w:tcW w:w="1939" w:type="dxa"/>
          </w:tcPr>
          <w:p w14:paraId="733D3D5F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Grip-L (kg)</w:t>
            </w:r>
          </w:p>
        </w:tc>
        <w:tc>
          <w:tcPr>
            <w:tcW w:w="1939" w:type="dxa"/>
          </w:tcPr>
          <w:p w14:paraId="0F68641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42.75±6.72</w:t>
            </w:r>
          </w:p>
        </w:tc>
        <w:tc>
          <w:tcPr>
            <w:tcW w:w="1939" w:type="dxa"/>
          </w:tcPr>
          <w:p w14:paraId="32D3B21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43.34±6.81</w:t>
            </w:r>
          </w:p>
        </w:tc>
        <w:tc>
          <w:tcPr>
            <w:tcW w:w="1939" w:type="dxa"/>
          </w:tcPr>
          <w:p w14:paraId="7E634AD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44.17±7.04</w:t>
            </w:r>
          </w:p>
        </w:tc>
        <w:tc>
          <w:tcPr>
            <w:tcW w:w="1939" w:type="dxa"/>
          </w:tcPr>
          <w:p w14:paraId="423AB59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26.993</w:t>
            </w:r>
          </w:p>
        </w:tc>
        <w:tc>
          <w:tcPr>
            <w:tcW w:w="1939" w:type="dxa"/>
          </w:tcPr>
          <w:p w14:paraId="6155C84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&lt;.001***</w:t>
            </w:r>
          </w:p>
        </w:tc>
        <w:tc>
          <w:tcPr>
            <w:tcW w:w="1939" w:type="dxa"/>
          </w:tcPr>
          <w:p w14:paraId="32F07AB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DG&lt;MG&lt;IG</w:t>
            </w:r>
          </w:p>
        </w:tc>
      </w:tr>
      <w:tr w:rsidR="00947F3E" w:rsidRPr="00947F3E" w14:paraId="317CAB1B" w14:textId="77777777">
        <w:trPr>
          <w:jc w:val="center"/>
        </w:trPr>
        <w:tc>
          <w:tcPr>
            <w:tcW w:w="1939" w:type="dxa"/>
          </w:tcPr>
          <w:p w14:paraId="0A6C3278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Grip-R (kg)</w:t>
            </w:r>
          </w:p>
        </w:tc>
        <w:tc>
          <w:tcPr>
            <w:tcW w:w="1939" w:type="dxa"/>
          </w:tcPr>
          <w:p w14:paraId="73D8E94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45.11±7.09</w:t>
            </w:r>
          </w:p>
        </w:tc>
        <w:tc>
          <w:tcPr>
            <w:tcW w:w="1939" w:type="dxa"/>
          </w:tcPr>
          <w:p w14:paraId="63793D4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45.88±7.24</w:t>
            </w:r>
          </w:p>
        </w:tc>
        <w:tc>
          <w:tcPr>
            <w:tcW w:w="1939" w:type="dxa"/>
          </w:tcPr>
          <w:p w14:paraId="3D309E8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46.79±7.51</w:t>
            </w:r>
          </w:p>
        </w:tc>
        <w:tc>
          <w:tcPr>
            <w:tcW w:w="1939" w:type="dxa"/>
          </w:tcPr>
          <w:p w14:paraId="0D3EF47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33.212</w:t>
            </w:r>
          </w:p>
        </w:tc>
        <w:tc>
          <w:tcPr>
            <w:tcW w:w="1939" w:type="dxa"/>
          </w:tcPr>
          <w:p w14:paraId="43364FE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&lt;.001***</w:t>
            </w:r>
          </w:p>
        </w:tc>
        <w:tc>
          <w:tcPr>
            <w:tcW w:w="1939" w:type="dxa"/>
          </w:tcPr>
          <w:p w14:paraId="15A336D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DG&lt;MG&lt;IG</w:t>
            </w:r>
          </w:p>
        </w:tc>
      </w:tr>
      <w:tr w:rsidR="00947F3E" w:rsidRPr="00947F3E" w14:paraId="6617D624" w14:textId="77777777">
        <w:trPr>
          <w:jc w:val="center"/>
        </w:trPr>
        <w:tc>
          <w:tcPr>
            <w:tcW w:w="1939" w:type="dxa"/>
          </w:tcPr>
          <w:p w14:paraId="16BCF717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Rel. grip (%)</w:t>
            </w:r>
          </w:p>
        </w:tc>
        <w:tc>
          <w:tcPr>
            <w:tcW w:w="1939" w:type="dxa"/>
          </w:tcPr>
          <w:p w14:paraId="6A5FDD6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56.53±8.06</w:t>
            </w:r>
          </w:p>
        </w:tc>
        <w:tc>
          <w:tcPr>
            <w:tcW w:w="1939" w:type="dxa"/>
          </w:tcPr>
          <w:p w14:paraId="7ABCE2F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57.61±8.26</w:t>
            </w:r>
          </w:p>
        </w:tc>
        <w:tc>
          <w:tcPr>
            <w:tcW w:w="1939" w:type="dxa"/>
          </w:tcPr>
          <w:p w14:paraId="3B5D4E2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58.67±8.46</w:t>
            </w:r>
          </w:p>
        </w:tc>
        <w:tc>
          <w:tcPr>
            <w:tcW w:w="1939" w:type="dxa"/>
          </w:tcPr>
          <w:p w14:paraId="058B9E8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41.931</w:t>
            </w:r>
          </w:p>
        </w:tc>
        <w:tc>
          <w:tcPr>
            <w:tcW w:w="1939" w:type="dxa"/>
          </w:tcPr>
          <w:p w14:paraId="584CBC7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&lt;.001***</w:t>
            </w:r>
          </w:p>
        </w:tc>
        <w:tc>
          <w:tcPr>
            <w:tcW w:w="1939" w:type="dxa"/>
          </w:tcPr>
          <w:p w14:paraId="12E7EA6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DG&lt;MG&lt;IG</w:t>
            </w:r>
          </w:p>
        </w:tc>
      </w:tr>
      <w:tr w:rsidR="00947F3E" w:rsidRPr="00947F3E" w14:paraId="0F073B3A" w14:textId="77777777">
        <w:trPr>
          <w:jc w:val="center"/>
        </w:trPr>
        <w:tc>
          <w:tcPr>
            <w:tcW w:w="1939" w:type="dxa"/>
          </w:tcPr>
          <w:p w14:paraId="3B7F1EC9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Interval (days)</w:t>
            </w:r>
          </w:p>
        </w:tc>
        <w:tc>
          <w:tcPr>
            <w:tcW w:w="1939" w:type="dxa"/>
          </w:tcPr>
          <w:p w14:paraId="16CCDA9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186.37±116.49</w:t>
            </w:r>
          </w:p>
        </w:tc>
        <w:tc>
          <w:tcPr>
            <w:tcW w:w="1939" w:type="dxa"/>
          </w:tcPr>
          <w:p w14:paraId="4BEA96F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184.67±121.40</w:t>
            </w:r>
          </w:p>
        </w:tc>
        <w:tc>
          <w:tcPr>
            <w:tcW w:w="1939" w:type="dxa"/>
          </w:tcPr>
          <w:p w14:paraId="01AE5FD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224.29±114.77</w:t>
            </w:r>
          </w:p>
        </w:tc>
        <w:tc>
          <w:tcPr>
            <w:tcW w:w="1939" w:type="dxa"/>
          </w:tcPr>
          <w:p w14:paraId="199F9A5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103.742</w:t>
            </w:r>
          </w:p>
        </w:tc>
        <w:tc>
          <w:tcPr>
            <w:tcW w:w="1939" w:type="dxa"/>
          </w:tcPr>
          <w:p w14:paraId="1AF0D04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&lt;.001***</w:t>
            </w:r>
          </w:p>
        </w:tc>
        <w:tc>
          <w:tcPr>
            <w:tcW w:w="1939" w:type="dxa"/>
          </w:tcPr>
          <w:p w14:paraId="23730804" w14:textId="77777777" w:rsidR="0077568B" w:rsidRPr="00947F3E" w:rsidRDefault="004C7B7C">
            <w:pPr>
              <w:jc w:val="center"/>
            </w:pPr>
            <w:proofErr w:type="gramStart"/>
            <w:r>
              <w:rPr>
                <w:rFonts w:ascii="Times New Roman" w:hAnsi="Times New Roman"/>
                <w:sz w:val="18"/>
              </w:rPr>
              <w:t>DG,MG</w:t>
            </w:r>
            <w:proofErr w:type="gramEnd"/>
            <w:r>
              <w:rPr>
                <w:rFonts w:ascii="Times New Roman" w:hAnsi="Times New Roman"/>
                <w:sz w:val="18"/>
              </w:rPr>
              <w:t>&lt;IG</w:t>
            </w:r>
          </w:p>
        </w:tc>
      </w:tr>
    </w:tbl>
    <w:p w14:paraId="2377D545" w14:textId="77777777" w:rsidR="0077568B" w:rsidRPr="00947F3E" w:rsidRDefault="004C7B7C">
      <w:pPr>
        <w:spacing w:before="60" w:after="240"/>
        <w:jc w:val="both"/>
      </w:pPr>
      <w:r>
        <w:rPr>
          <w:rFonts w:ascii="Times New Roman" w:hAnsi="Times New Roman"/>
          <w:i/>
          <w:sz w:val="20"/>
        </w:rPr>
        <w:t>Values are mean ± SD. Post-hoc by Bonferroni. *** p &lt; .001.</w:t>
      </w:r>
    </w:p>
    <w:p w14:paraId="473D908E" w14:textId="77777777" w:rsidR="0077568B" w:rsidRPr="00947F3E" w:rsidRDefault="004C7B7C" w:rsidP="004C7B7C">
      <w:pPr>
        <w:spacing w:before="240" w:after="80"/>
      </w:pPr>
      <w:r>
        <w:rPr>
          <w:rFonts w:ascii="Times New Roman" w:hAnsi="Times New Roman"/>
          <w:b/>
          <w:sz w:val="24"/>
        </w:rPr>
        <w:t>Table S2. Baseline characteristics of the female overweight sample (n = 2,807)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936"/>
        <w:gridCol w:w="1938"/>
        <w:gridCol w:w="1938"/>
        <w:gridCol w:w="1938"/>
        <w:gridCol w:w="1937"/>
        <w:gridCol w:w="1937"/>
        <w:gridCol w:w="1938"/>
      </w:tblGrid>
      <w:tr w:rsidR="00947F3E" w:rsidRPr="00947F3E" w14:paraId="49FF1EF8" w14:textId="77777777">
        <w:trPr>
          <w:jc w:val="center"/>
        </w:trPr>
        <w:tc>
          <w:tcPr>
            <w:tcW w:w="1939" w:type="dxa"/>
            <w:shd w:val="clear" w:color="auto" w:fill="D9E2F3"/>
          </w:tcPr>
          <w:p w14:paraId="1FDF854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Variable</w:t>
            </w:r>
          </w:p>
        </w:tc>
        <w:tc>
          <w:tcPr>
            <w:tcW w:w="1939" w:type="dxa"/>
            <w:shd w:val="clear" w:color="auto" w:fill="D9E2F3"/>
          </w:tcPr>
          <w:p w14:paraId="5D08F1F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DG (n=832)</w:t>
            </w:r>
          </w:p>
        </w:tc>
        <w:tc>
          <w:tcPr>
            <w:tcW w:w="1939" w:type="dxa"/>
            <w:shd w:val="clear" w:color="auto" w:fill="D9E2F3"/>
          </w:tcPr>
          <w:p w14:paraId="3B38B17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MG (n=1,433)</w:t>
            </w:r>
          </w:p>
        </w:tc>
        <w:tc>
          <w:tcPr>
            <w:tcW w:w="1939" w:type="dxa"/>
            <w:shd w:val="clear" w:color="auto" w:fill="D9E2F3"/>
          </w:tcPr>
          <w:p w14:paraId="08FDA07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IG (n=542)</w:t>
            </w:r>
          </w:p>
        </w:tc>
        <w:tc>
          <w:tcPr>
            <w:tcW w:w="1939" w:type="dxa"/>
            <w:shd w:val="clear" w:color="auto" w:fill="D9E2F3"/>
          </w:tcPr>
          <w:p w14:paraId="0501B47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F</w:t>
            </w:r>
          </w:p>
        </w:tc>
        <w:tc>
          <w:tcPr>
            <w:tcW w:w="1939" w:type="dxa"/>
            <w:shd w:val="clear" w:color="auto" w:fill="D9E2F3"/>
          </w:tcPr>
          <w:p w14:paraId="2D75451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p</w:t>
            </w:r>
          </w:p>
        </w:tc>
        <w:tc>
          <w:tcPr>
            <w:tcW w:w="1939" w:type="dxa"/>
            <w:shd w:val="clear" w:color="auto" w:fill="D9E2F3"/>
          </w:tcPr>
          <w:p w14:paraId="06E994D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Post-hoc</w:t>
            </w:r>
          </w:p>
        </w:tc>
      </w:tr>
      <w:tr w:rsidR="00947F3E" w:rsidRPr="00947F3E" w14:paraId="1D715332" w14:textId="77777777">
        <w:trPr>
          <w:jc w:val="center"/>
        </w:trPr>
        <w:tc>
          <w:tcPr>
            <w:tcW w:w="1939" w:type="dxa"/>
          </w:tcPr>
          <w:p w14:paraId="5B53F266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Age (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yr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)</w:t>
            </w:r>
          </w:p>
        </w:tc>
        <w:tc>
          <w:tcPr>
            <w:tcW w:w="1939" w:type="dxa"/>
          </w:tcPr>
          <w:p w14:paraId="3E8718E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41.02±14.08</w:t>
            </w:r>
          </w:p>
        </w:tc>
        <w:tc>
          <w:tcPr>
            <w:tcW w:w="1939" w:type="dxa"/>
          </w:tcPr>
          <w:p w14:paraId="5FD26A2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45.52±14.57</w:t>
            </w:r>
          </w:p>
        </w:tc>
        <w:tc>
          <w:tcPr>
            <w:tcW w:w="1939" w:type="dxa"/>
          </w:tcPr>
          <w:p w14:paraId="263FEC2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42.10±14.99</w:t>
            </w:r>
          </w:p>
        </w:tc>
        <w:tc>
          <w:tcPr>
            <w:tcW w:w="1939" w:type="dxa"/>
          </w:tcPr>
          <w:p w14:paraId="7D54848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26.943</w:t>
            </w:r>
          </w:p>
        </w:tc>
        <w:tc>
          <w:tcPr>
            <w:tcW w:w="1939" w:type="dxa"/>
          </w:tcPr>
          <w:p w14:paraId="2E6C93B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&lt;.001***</w:t>
            </w:r>
          </w:p>
        </w:tc>
        <w:tc>
          <w:tcPr>
            <w:tcW w:w="1939" w:type="dxa"/>
          </w:tcPr>
          <w:p w14:paraId="166AE21E" w14:textId="77777777" w:rsidR="0077568B" w:rsidRPr="00947F3E" w:rsidRDefault="004C7B7C">
            <w:pPr>
              <w:jc w:val="center"/>
            </w:pPr>
            <w:proofErr w:type="gramStart"/>
            <w:r>
              <w:rPr>
                <w:rFonts w:ascii="Times New Roman" w:hAnsi="Times New Roman"/>
                <w:sz w:val="18"/>
              </w:rPr>
              <w:t>DG,IG</w:t>
            </w:r>
            <w:proofErr w:type="gramEnd"/>
            <w:r>
              <w:rPr>
                <w:rFonts w:ascii="Times New Roman" w:hAnsi="Times New Roman"/>
                <w:sz w:val="18"/>
              </w:rPr>
              <w:t>&lt;MG</w:t>
            </w:r>
          </w:p>
        </w:tc>
      </w:tr>
      <w:tr w:rsidR="00947F3E" w:rsidRPr="00947F3E" w14:paraId="61227C66" w14:textId="77777777">
        <w:trPr>
          <w:jc w:val="center"/>
        </w:trPr>
        <w:tc>
          <w:tcPr>
            <w:tcW w:w="1939" w:type="dxa"/>
          </w:tcPr>
          <w:p w14:paraId="1F9164C8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Height (cm)</w:t>
            </w:r>
          </w:p>
        </w:tc>
        <w:tc>
          <w:tcPr>
            <w:tcW w:w="1939" w:type="dxa"/>
          </w:tcPr>
          <w:p w14:paraId="27D4084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160.11±5.84</w:t>
            </w:r>
          </w:p>
        </w:tc>
        <w:tc>
          <w:tcPr>
            <w:tcW w:w="1939" w:type="dxa"/>
          </w:tcPr>
          <w:p w14:paraId="0C4F3BE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159.07±5.92</w:t>
            </w:r>
          </w:p>
        </w:tc>
        <w:tc>
          <w:tcPr>
            <w:tcW w:w="1939" w:type="dxa"/>
          </w:tcPr>
          <w:p w14:paraId="56BAD7A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159.91±6.27</w:t>
            </w:r>
          </w:p>
        </w:tc>
        <w:tc>
          <w:tcPr>
            <w:tcW w:w="1939" w:type="dxa"/>
          </w:tcPr>
          <w:p w14:paraId="58EFF25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8.872</w:t>
            </w:r>
          </w:p>
        </w:tc>
        <w:tc>
          <w:tcPr>
            <w:tcW w:w="1939" w:type="dxa"/>
          </w:tcPr>
          <w:p w14:paraId="0831CBA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&lt;.001***</w:t>
            </w:r>
          </w:p>
        </w:tc>
        <w:tc>
          <w:tcPr>
            <w:tcW w:w="1939" w:type="dxa"/>
          </w:tcPr>
          <w:p w14:paraId="795F894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MG&lt;</w:t>
            </w:r>
            <w:proofErr w:type="gramStart"/>
            <w:r>
              <w:rPr>
                <w:rFonts w:ascii="Times New Roman" w:hAnsi="Times New Roman"/>
                <w:sz w:val="18"/>
              </w:rPr>
              <w:t>DG,IG</w:t>
            </w:r>
            <w:proofErr w:type="gramEnd"/>
          </w:p>
        </w:tc>
      </w:tr>
      <w:tr w:rsidR="00947F3E" w:rsidRPr="00947F3E" w14:paraId="1DEDF26F" w14:textId="77777777">
        <w:trPr>
          <w:jc w:val="center"/>
        </w:trPr>
        <w:tc>
          <w:tcPr>
            <w:tcW w:w="1939" w:type="dxa"/>
          </w:tcPr>
          <w:p w14:paraId="030B4EF8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Body weight (kg)</w:t>
            </w:r>
          </w:p>
        </w:tc>
        <w:tc>
          <w:tcPr>
            <w:tcW w:w="1939" w:type="dxa"/>
          </w:tcPr>
          <w:p w14:paraId="63E1218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68.94±5.68</w:t>
            </w:r>
          </w:p>
        </w:tc>
        <w:tc>
          <w:tcPr>
            <w:tcW w:w="1939" w:type="dxa"/>
          </w:tcPr>
          <w:p w14:paraId="4ECF78E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67.80±5.84</w:t>
            </w:r>
          </w:p>
        </w:tc>
        <w:tc>
          <w:tcPr>
            <w:tcW w:w="1939" w:type="dxa"/>
          </w:tcPr>
          <w:p w14:paraId="085D3BD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68.23±6.10</w:t>
            </w:r>
          </w:p>
        </w:tc>
        <w:tc>
          <w:tcPr>
            <w:tcW w:w="1939" w:type="dxa"/>
          </w:tcPr>
          <w:p w14:paraId="7BCE44E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8.612</w:t>
            </w:r>
          </w:p>
        </w:tc>
        <w:tc>
          <w:tcPr>
            <w:tcW w:w="1939" w:type="dxa"/>
          </w:tcPr>
          <w:p w14:paraId="3335636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&lt;.001***</w:t>
            </w:r>
          </w:p>
        </w:tc>
        <w:tc>
          <w:tcPr>
            <w:tcW w:w="1939" w:type="dxa"/>
          </w:tcPr>
          <w:p w14:paraId="22331D0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MG&lt;DG</w:t>
            </w:r>
          </w:p>
        </w:tc>
      </w:tr>
      <w:tr w:rsidR="00947F3E" w:rsidRPr="00947F3E" w14:paraId="20187D76" w14:textId="77777777">
        <w:trPr>
          <w:jc w:val="center"/>
        </w:trPr>
        <w:tc>
          <w:tcPr>
            <w:tcW w:w="1939" w:type="dxa"/>
          </w:tcPr>
          <w:p w14:paraId="4C7A5215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Body fat (%)</w:t>
            </w:r>
          </w:p>
        </w:tc>
        <w:tc>
          <w:tcPr>
            <w:tcW w:w="1939" w:type="dxa"/>
          </w:tcPr>
          <w:p w14:paraId="0BABCD9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37.68±3.72</w:t>
            </w:r>
          </w:p>
        </w:tc>
        <w:tc>
          <w:tcPr>
            <w:tcW w:w="1939" w:type="dxa"/>
          </w:tcPr>
          <w:p w14:paraId="58FAEB2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37.43±3.69</w:t>
            </w:r>
          </w:p>
        </w:tc>
        <w:tc>
          <w:tcPr>
            <w:tcW w:w="1939" w:type="dxa"/>
          </w:tcPr>
          <w:p w14:paraId="2D1C141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37.04±3.95</w:t>
            </w:r>
          </w:p>
        </w:tc>
        <w:tc>
          <w:tcPr>
            <w:tcW w:w="1939" w:type="dxa"/>
          </w:tcPr>
          <w:p w14:paraId="293B261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5.204</w:t>
            </w:r>
          </w:p>
        </w:tc>
        <w:tc>
          <w:tcPr>
            <w:tcW w:w="1939" w:type="dxa"/>
          </w:tcPr>
          <w:p w14:paraId="5D3156F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.006**</w:t>
            </w:r>
          </w:p>
        </w:tc>
        <w:tc>
          <w:tcPr>
            <w:tcW w:w="1939" w:type="dxa"/>
          </w:tcPr>
          <w:p w14:paraId="48E1F8F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IG&lt;DG</w:t>
            </w:r>
          </w:p>
        </w:tc>
      </w:tr>
      <w:tr w:rsidR="00947F3E" w:rsidRPr="00947F3E" w14:paraId="2CFF7754" w14:textId="77777777">
        <w:trPr>
          <w:jc w:val="center"/>
        </w:trPr>
        <w:tc>
          <w:tcPr>
            <w:tcW w:w="1939" w:type="dxa"/>
          </w:tcPr>
          <w:p w14:paraId="6691E305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BMI (kg/m²)</w:t>
            </w:r>
          </w:p>
        </w:tc>
        <w:tc>
          <w:tcPr>
            <w:tcW w:w="1939" w:type="dxa"/>
          </w:tcPr>
          <w:p w14:paraId="05BF17C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26.98±1.37</w:t>
            </w:r>
          </w:p>
        </w:tc>
        <w:tc>
          <w:tcPr>
            <w:tcW w:w="1939" w:type="dxa"/>
          </w:tcPr>
          <w:p w14:paraId="0EFFE26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26.83±1.32</w:t>
            </w:r>
          </w:p>
        </w:tc>
        <w:tc>
          <w:tcPr>
            <w:tcW w:w="1939" w:type="dxa"/>
          </w:tcPr>
          <w:p w14:paraId="099DF46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26.67±1.27</w:t>
            </w:r>
          </w:p>
        </w:tc>
        <w:tc>
          <w:tcPr>
            <w:tcW w:w="1939" w:type="dxa"/>
          </w:tcPr>
          <w:p w14:paraId="0BB5922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9.575</w:t>
            </w:r>
          </w:p>
        </w:tc>
        <w:tc>
          <w:tcPr>
            <w:tcW w:w="1939" w:type="dxa"/>
          </w:tcPr>
          <w:p w14:paraId="4FB46BE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&lt;.001***</w:t>
            </w:r>
          </w:p>
        </w:tc>
        <w:tc>
          <w:tcPr>
            <w:tcW w:w="1939" w:type="dxa"/>
          </w:tcPr>
          <w:p w14:paraId="579C94A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IG&lt;MG&lt;DG</w:t>
            </w:r>
          </w:p>
        </w:tc>
      </w:tr>
      <w:tr w:rsidR="00947F3E" w:rsidRPr="00947F3E" w14:paraId="00A07977" w14:textId="77777777">
        <w:trPr>
          <w:jc w:val="center"/>
        </w:trPr>
        <w:tc>
          <w:tcPr>
            <w:tcW w:w="1939" w:type="dxa"/>
          </w:tcPr>
          <w:p w14:paraId="5F918EE1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Waist (cm)</w:t>
            </w:r>
          </w:p>
        </w:tc>
        <w:tc>
          <w:tcPr>
            <w:tcW w:w="1939" w:type="dxa"/>
          </w:tcPr>
          <w:p w14:paraId="6E2344D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87.77±6.31</w:t>
            </w:r>
          </w:p>
        </w:tc>
        <w:tc>
          <w:tcPr>
            <w:tcW w:w="1939" w:type="dxa"/>
          </w:tcPr>
          <w:p w14:paraId="5A1617D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87.52±5.91</w:t>
            </w:r>
          </w:p>
        </w:tc>
        <w:tc>
          <w:tcPr>
            <w:tcW w:w="1939" w:type="dxa"/>
          </w:tcPr>
          <w:p w14:paraId="1C9E9F6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87.01±6.11</w:t>
            </w:r>
          </w:p>
        </w:tc>
        <w:tc>
          <w:tcPr>
            <w:tcW w:w="1939" w:type="dxa"/>
          </w:tcPr>
          <w:p w14:paraId="0C5600A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1.646</w:t>
            </w:r>
          </w:p>
        </w:tc>
        <w:tc>
          <w:tcPr>
            <w:tcW w:w="1939" w:type="dxa"/>
          </w:tcPr>
          <w:p w14:paraId="5A6385B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.194</w:t>
            </w:r>
          </w:p>
        </w:tc>
        <w:tc>
          <w:tcPr>
            <w:tcW w:w="1939" w:type="dxa"/>
          </w:tcPr>
          <w:p w14:paraId="370CC9A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—</w:t>
            </w:r>
          </w:p>
        </w:tc>
      </w:tr>
      <w:tr w:rsidR="00947F3E" w:rsidRPr="00947F3E" w14:paraId="47CD152B" w14:textId="77777777">
        <w:trPr>
          <w:jc w:val="center"/>
        </w:trPr>
        <w:tc>
          <w:tcPr>
            <w:tcW w:w="1939" w:type="dxa"/>
          </w:tcPr>
          <w:p w14:paraId="27607863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SBP (mmHg)</w:t>
            </w:r>
          </w:p>
        </w:tc>
        <w:tc>
          <w:tcPr>
            <w:tcW w:w="1939" w:type="dxa"/>
          </w:tcPr>
          <w:p w14:paraId="3AF7439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129.34±14.37</w:t>
            </w:r>
          </w:p>
        </w:tc>
        <w:tc>
          <w:tcPr>
            <w:tcW w:w="1939" w:type="dxa"/>
          </w:tcPr>
          <w:p w14:paraId="3AE98E4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129.97±14.31</w:t>
            </w:r>
          </w:p>
        </w:tc>
        <w:tc>
          <w:tcPr>
            <w:tcW w:w="1939" w:type="dxa"/>
          </w:tcPr>
          <w:p w14:paraId="2D0315D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128.62±14.41</w:t>
            </w:r>
          </w:p>
        </w:tc>
        <w:tc>
          <w:tcPr>
            <w:tcW w:w="1939" w:type="dxa"/>
          </w:tcPr>
          <w:p w14:paraId="6A6A158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2.127</w:t>
            </w:r>
          </w:p>
        </w:tc>
        <w:tc>
          <w:tcPr>
            <w:tcW w:w="1939" w:type="dxa"/>
          </w:tcPr>
          <w:p w14:paraId="02C9956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.120</w:t>
            </w:r>
          </w:p>
        </w:tc>
        <w:tc>
          <w:tcPr>
            <w:tcW w:w="1939" w:type="dxa"/>
          </w:tcPr>
          <w:p w14:paraId="0A750EF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—</w:t>
            </w:r>
          </w:p>
        </w:tc>
      </w:tr>
      <w:tr w:rsidR="00947F3E" w:rsidRPr="00947F3E" w14:paraId="75630D71" w14:textId="77777777">
        <w:trPr>
          <w:jc w:val="center"/>
        </w:trPr>
        <w:tc>
          <w:tcPr>
            <w:tcW w:w="1939" w:type="dxa"/>
          </w:tcPr>
          <w:p w14:paraId="21B1FCDD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DBP (mmHg)</w:t>
            </w:r>
          </w:p>
        </w:tc>
        <w:tc>
          <w:tcPr>
            <w:tcW w:w="1939" w:type="dxa"/>
          </w:tcPr>
          <w:p w14:paraId="443E643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78.12±10.33</w:t>
            </w:r>
          </w:p>
        </w:tc>
        <w:tc>
          <w:tcPr>
            <w:tcW w:w="1939" w:type="dxa"/>
          </w:tcPr>
          <w:p w14:paraId="2897086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78.44±10.45</w:t>
            </w:r>
          </w:p>
        </w:tc>
        <w:tc>
          <w:tcPr>
            <w:tcW w:w="1939" w:type="dxa"/>
          </w:tcPr>
          <w:p w14:paraId="4529B49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77.64±10.56</w:t>
            </w:r>
          </w:p>
        </w:tc>
        <w:tc>
          <w:tcPr>
            <w:tcW w:w="1939" w:type="dxa"/>
          </w:tcPr>
          <w:p w14:paraId="6C0159D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1.405</w:t>
            </w:r>
          </w:p>
        </w:tc>
        <w:tc>
          <w:tcPr>
            <w:tcW w:w="1939" w:type="dxa"/>
          </w:tcPr>
          <w:p w14:paraId="0AE0A9A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.248</w:t>
            </w:r>
          </w:p>
        </w:tc>
        <w:tc>
          <w:tcPr>
            <w:tcW w:w="1939" w:type="dxa"/>
          </w:tcPr>
          <w:p w14:paraId="67D8708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—</w:t>
            </w:r>
          </w:p>
        </w:tc>
      </w:tr>
      <w:tr w:rsidR="00947F3E" w:rsidRPr="00947F3E" w14:paraId="1035E2FE" w14:textId="77777777">
        <w:trPr>
          <w:jc w:val="center"/>
        </w:trPr>
        <w:tc>
          <w:tcPr>
            <w:tcW w:w="1939" w:type="dxa"/>
          </w:tcPr>
          <w:p w14:paraId="74078CAD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Grip-L (kg)</w:t>
            </w:r>
          </w:p>
        </w:tc>
        <w:tc>
          <w:tcPr>
            <w:tcW w:w="1939" w:type="dxa"/>
          </w:tcPr>
          <w:p w14:paraId="60ACC6F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25.61±4.64</w:t>
            </w:r>
          </w:p>
        </w:tc>
        <w:tc>
          <w:tcPr>
            <w:tcW w:w="1939" w:type="dxa"/>
          </w:tcPr>
          <w:p w14:paraId="5F594D1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25.00±4.79</w:t>
            </w:r>
          </w:p>
        </w:tc>
        <w:tc>
          <w:tcPr>
            <w:tcW w:w="1939" w:type="dxa"/>
          </w:tcPr>
          <w:p w14:paraId="7FEF4C0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25.06±5.01</w:t>
            </w:r>
          </w:p>
        </w:tc>
        <w:tc>
          <w:tcPr>
            <w:tcW w:w="1939" w:type="dxa"/>
          </w:tcPr>
          <w:p w14:paraId="1A43F51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3.932</w:t>
            </w:r>
          </w:p>
        </w:tc>
        <w:tc>
          <w:tcPr>
            <w:tcW w:w="1939" w:type="dxa"/>
          </w:tcPr>
          <w:p w14:paraId="3C1D6F4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.020*</w:t>
            </w:r>
          </w:p>
        </w:tc>
        <w:tc>
          <w:tcPr>
            <w:tcW w:w="1939" w:type="dxa"/>
          </w:tcPr>
          <w:p w14:paraId="504207E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MG&lt;DG</w:t>
            </w:r>
          </w:p>
        </w:tc>
      </w:tr>
      <w:tr w:rsidR="00947F3E" w:rsidRPr="00947F3E" w14:paraId="1451D910" w14:textId="77777777">
        <w:trPr>
          <w:jc w:val="center"/>
        </w:trPr>
        <w:tc>
          <w:tcPr>
            <w:tcW w:w="1939" w:type="dxa"/>
          </w:tcPr>
          <w:p w14:paraId="7E51D4FB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Grip-R (kg)</w:t>
            </w:r>
          </w:p>
        </w:tc>
        <w:tc>
          <w:tcPr>
            <w:tcW w:w="1939" w:type="dxa"/>
          </w:tcPr>
          <w:p w14:paraId="24648F8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27.50±5.06</w:t>
            </w:r>
          </w:p>
        </w:tc>
        <w:tc>
          <w:tcPr>
            <w:tcW w:w="1939" w:type="dxa"/>
          </w:tcPr>
          <w:p w14:paraId="40E4037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26.63±5.08</w:t>
            </w:r>
          </w:p>
        </w:tc>
        <w:tc>
          <w:tcPr>
            <w:tcW w:w="1939" w:type="dxa"/>
          </w:tcPr>
          <w:p w14:paraId="0666C88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26.92±5.23</w:t>
            </w:r>
          </w:p>
        </w:tc>
        <w:tc>
          <w:tcPr>
            <w:tcW w:w="1939" w:type="dxa"/>
          </w:tcPr>
          <w:p w14:paraId="3026942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6.543</w:t>
            </w:r>
          </w:p>
        </w:tc>
        <w:tc>
          <w:tcPr>
            <w:tcW w:w="1939" w:type="dxa"/>
          </w:tcPr>
          <w:p w14:paraId="530EFBE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.001**</w:t>
            </w:r>
          </w:p>
        </w:tc>
        <w:tc>
          <w:tcPr>
            <w:tcW w:w="1939" w:type="dxa"/>
          </w:tcPr>
          <w:p w14:paraId="00E2B54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MG&lt;DG</w:t>
            </w:r>
          </w:p>
        </w:tc>
      </w:tr>
      <w:tr w:rsidR="00947F3E" w:rsidRPr="00947F3E" w14:paraId="2462B099" w14:textId="77777777">
        <w:trPr>
          <w:jc w:val="center"/>
        </w:trPr>
        <w:tc>
          <w:tcPr>
            <w:tcW w:w="1939" w:type="dxa"/>
          </w:tcPr>
          <w:p w14:paraId="2300F3FC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Rel. grip (%)</w:t>
            </w:r>
          </w:p>
        </w:tc>
        <w:tc>
          <w:tcPr>
            <w:tcW w:w="1939" w:type="dxa"/>
          </w:tcPr>
          <w:p w14:paraId="769CE03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40.34±6.46</w:t>
            </w:r>
          </w:p>
        </w:tc>
        <w:tc>
          <w:tcPr>
            <w:tcW w:w="1939" w:type="dxa"/>
          </w:tcPr>
          <w:p w14:paraId="7B52F2D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40.02±6.72</w:t>
            </w:r>
          </w:p>
        </w:tc>
        <w:tc>
          <w:tcPr>
            <w:tcW w:w="1939" w:type="dxa"/>
          </w:tcPr>
          <w:p w14:paraId="383A00C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40.29±6.85</w:t>
            </w:r>
          </w:p>
        </w:tc>
        <w:tc>
          <w:tcPr>
            <w:tcW w:w="1939" w:type="dxa"/>
          </w:tcPr>
          <w:p w14:paraId="243CF62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0.675</w:t>
            </w:r>
          </w:p>
        </w:tc>
        <w:tc>
          <w:tcPr>
            <w:tcW w:w="1939" w:type="dxa"/>
          </w:tcPr>
          <w:p w14:paraId="51BC664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.510</w:t>
            </w:r>
          </w:p>
        </w:tc>
        <w:tc>
          <w:tcPr>
            <w:tcW w:w="1939" w:type="dxa"/>
          </w:tcPr>
          <w:p w14:paraId="43AB798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—</w:t>
            </w:r>
          </w:p>
        </w:tc>
      </w:tr>
      <w:tr w:rsidR="00947F3E" w:rsidRPr="00947F3E" w14:paraId="25D1758A" w14:textId="77777777">
        <w:trPr>
          <w:jc w:val="center"/>
        </w:trPr>
        <w:tc>
          <w:tcPr>
            <w:tcW w:w="1939" w:type="dxa"/>
          </w:tcPr>
          <w:p w14:paraId="791DB505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Interval (days)</w:t>
            </w:r>
          </w:p>
        </w:tc>
        <w:tc>
          <w:tcPr>
            <w:tcW w:w="1939" w:type="dxa"/>
          </w:tcPr>
          <w:p w14:paraId="03B6800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152.50±100.78</w:t>
            </w:r>
          </w:p>
        </w:tc>
        <w:tc>
          <w:tcPr>
            <w:tcW w:w="1939" w:type="dxa"/>
          </w:tcPr>
          <w:p w14:paraId="0B5B105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116.77±87.28</w:t>
            </w:r>
          </w:p>
        </w:tc>
        <w:tc>
          <w:tcPr>
            <w:tcW w:w="1939" w:type="dxa"/>
          </w:tcPr>
          <w:p w14:paraId="3F8DE9F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146.42±104.46</w:t>
            </w:r>
          </w:p>
        </w:tc>
        <w:tc>
          <w:tcPr>
            <w:tcW w:w="1939" w:type="dxa"/>
          </w:tcPr>
          <w:p w14:paraId="425569D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42.065</w:t>
            </w:r>
          </w:p>
        </w:tc>
        <w:tc>
          <w:tcPr>
            <w:tcW w:w="1939" w:type="dxa"/>
          </w:tcPr>
          <w:p w14:paraId="61CA576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&lt;.001***</w:t>
            </w:r>
          </w:p>
        </w:tc>
        <w:tc>
          <w:tcPr>
            <w:tcW w:w="1939" w:type="dxa"/>
          </w:tcPr>
          <w:p w14:paraId="2A875B9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MG&lt;</w:t>
            </w:r>
            <w:proofErr w:type="gramStart"/>
            <w:r>
              <w:rPr>
                <w:rFonts w:ascii="Times New Roman" w:hAnsi="Times New Roman"/>
                <w:sz w:val="18"/>
              </w:rPr>
              <w:t>DG,IG</w:t>
            </w:r>
            <w:proofErr w:type="gramEnd"/>
          </w:p>
        </w:tc>
      </w:tr>
    </w:tbl>
    <w:p w14:paraId="6F97061F" w14:textId="77777777" w:rsidR="0077568B" w:rsidRPr="00947F3E" w:rsidRDefault="004C7B7C">
      <w:pPr>
        <w:spacing w:before="60" w:after="240"/>
        <w:jc w:val="both"/>
      </w:pPr>
      <w:r>
        <w:rPr>
          <w:rFonts w:ascii="Times New Roman" w:hAnsi="Times New Roman"/>
          <w:i/>
          <w:sz w:val="20"/>
        </w:rPr>
        <w:t>Values are mean ± SD. * p &lt; .05; ** p &lt; .01; *** p &lt; .001.</w:t>
      </w:r>
    </w:p>
    <w:p w14:paraId="6784B18A" w14:textId="77777777" w:rsidR="00713D93" w:rsidRDefault="00713D93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0FD2CF0C" w14:textId="0CB3C477" w:rsidR="0077568B" w:rsidRPr="00947F3E" w:rsidRDefault="004C7B7C" w:rsidP="004C7B7C">
      <w:pPr>
        <w:spacing w:before="240" w:after="80"/>
      </w:pPr>
      <w:r>
        <w:rPr>
          <w:rFonts w:ascii="Times New Roman" w:hAnsi="Times New Roman"/>
          <w:b/>
          <w:sz w:val="24"/>
        </w:rPr>
        <w:lastRenderedPageBreak/>
        <w:t>Table S3. Repeated-measures ANCOVA of body composition changes — overall, male, and female overweight samples (consolidated)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156"/>
        <w:gridCol w:w="1141"/>
        <w:gridCol w:w="1186"/>
        <w:gridCol w:w="1186"/>
        <w:gridCol w:w="1186"/>
        <w:gridCol w:w="1186"/>
        <w:gridCol w:w="1186"/>
        <w:gridCol w:w="1186"/>
        <w:gridCol w:w="1383"/>
        <w:gridCol w:w="1383"/>
        <w:gridCol w:w="1383"/>
      </w:tblGrid>
      <w:tr w:rsidR="00947F3E" w:rsidRPr="00947F3E" w14:paraId="2B12AC12" w14:textId="77777777">
        <w:trPr>
          <w:jc w:val="center"/>
        </w:trPr>
        <w:tc>
          <w:tcPr>
            <w:tcW w:w="1234" w:type="dxa"/>
            <w:shd w:val="clear" w:color="auto" w:fill="D9E2F3"/>
          </w:tcPr>
          <w:p w14:paraId="255DB58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Outcome</w:t>
            </w:r>
          </w:p>
        </w:tc>
        <w:tc>
          <w:tcPr>
            <w:tcW w:w="1234" w:type="dxa"/>
            <w:shd w:val="clear" w:color="auto" w:fill="D9E2F3"/>
          </w:tcPr>
          <w:p w14:paraId="170A08C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Stratum</w:t>
            </w:r>
          </w:p>
        </w:tc>
        <w:tc>
          <w:tcPr>
            <w:tcW w:w="1234" w:type="dxa"/>
            <w:shd w:val="clear" w:color="auto" w:fill="D9E2F3"/>
          </w:tcPr>
          <w:p w14:paraId="76FED8F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DG Pre</w:t>
            </w:r>
          </w:p>
        </w:tc>
        <w:tc>
          <w:tcPr>
            <w:tcW w:w="1234" w:type="dxa"/>
            <w:shd w:val="clear" w:color="auto" w:fill="D9E2F3"/>
          </w:tcPr>
          <w:p w14:paraId="29D6311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DG Post</w:t>
            </w:r>
          </w:p>
        </w:tc>
        <w:tc>
          <w:tcPr>
            <w:tcW w:w="1234" w:type="dxa"/>
            <w:shd w:val="clear" w:color="auto" w:fill="D9E2F3"/>
          </w:tcPr>
          <w:p w14:paraId="1925B2B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MG Pre</w:t>
            </w:r>
          </w:p>
        </w:tc>
        <w:tc>
          <w:tcPr>
            <w:tcW w:w="1234" w:type="dxa"/>
            <w:shd w:val="clear" w:color="auto" w:fill="D9E2F3"/>
          </w:tcPr>
          <w:p w14:paraId="564515C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MG Post</w:t>
            </w:r>
          </w:p>
        </w:tc>
        <w:tc>
          <w:tcPr>
            <w:tcW w:w="1234" w:type="dxa"/>
            <w:shd w:val="clear" w:color="auto" w:fill="D9E2F3"/>
          </w:tcPr>
          <w:p w14:paraId="336064B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IG Pre</w:t>
            </w:r>
          </w:p>
        </w:tc>
        <w:tc>
          <w:tcPr>
            <w:tcW w:w="1234" w:type="dxa"/>
            <w:shd w:val="clear" w:color="auto" w:fill="D9E2F3"/>
          </w:tcPr>
          <w:p w14:paraId="1404343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IG Post</w:t>
            </w:r>
          </w:p>
        </w:tc>
        <w:tc>
          <w:tcPr>
            <w:tcW w:w="1234" w:type="dxa"/>
            <w:shd w:val="clear" w:color="auto" w:fill="D9E2F3"/>
          </w:tcPr>
          <w:p w14:paraId="00531DB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Time F (p) ηp²</w:t>
            </w:r>
          </w:p>
        </w:tc>
        <w:tc>
          <w:tcPr>
            <w:tcW w:w="1234" w:type="dxa"/>
            <w:shd w:val="clear" w:color="auto" w:fill="D9E2F3"/>
          </w:tcPr>
          <w:p w14:paraId="0FA8784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Group F (p) ηp²</w:t>
            </w:r>
          </w:p>
        </w:tc>
        <w:tc>
          <w:tcPr>
            <w:tcW w:w="1234" w:type="dxa"/>
            <w:shd w:val="clear" w:color="auto" w:fill="D9E2F3"/>
          </w:tcPr>
          <w:p w14:paraId="4D1B4AD5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Time×Group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F (p) ηp²</w:t>
            </w:r>
          </w:p>
        </w:tc>
      </w:tr>
      <w:tr w:rsidR="00947F3E" w:rsidRPr="00947F3E" w14:paraId="384FB3B5" w14:textId="77777777">
        <w:trPr>
          <w:jc w:val="center"/>
        </w:trPr>
        <w:tc>
          <w:tcPr>
            <w:tcW w:w="1234" w:type="dxa"/>
          </w:tcPr>
          <w:p w14:paraId="066000AA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Body weight (kg)</w:t>
            </w:r>
          </w:p>
        </w:tc>
        <w:tc>
          <w:tcPr>
            <w:tcW w:w="1234" w:type="dxa"/>
            <w:shd w:val="clear" w:color="auto" w:fill="F2F2F2"/>
          </w:tcPr>
          <w:p w14:paraId="2C06303B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Overall</w:t>
            </w:r>
          </w:p>
        </w:tc>
        <w:tc>
          <w:tcPr>
            <w:tcW w:w="1234" w:type="dxa"/>
          </w:tcPr>
          <w:p w14:paraId="0475234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78.23±8.45</w:t>
            </w:r>
          </w:p>
        </w:tc>
        <w:tc>
          <w:tcPr>
            <w:tcW w:w="1234" w:type="dxa"/>
          </w:tcPr>
          <w:p w14:paraId="1CD7E89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74.22±8.23</w:t>
            </w:r>
          </w:p>
        </w:tc>
        <w:tc>
          <w:tcPr>
            <w:tcW w:w="1234" w:type="dxa"/>
          </w:tcPr>
          <w:p w14:paraId="220385E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78.00±8.42</w:t>
            </w:r>
          </w:p>
        </w:tc>
        <w:tc>
          <w:tcPr>
            <w:tcW w:w="1234" w:type="dxa"/>
          </w:tcPr>
          <w:p w14:paraId="7C34077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77.47±8.51</w:t>
            </w:r>
          </w:p>
        </w:tc>
        <w:tc>
          <w:tcPr>
            <w:tcW w:w="1234" w:type="dxa"/>
          </w:tcPr>
          <w:p w14:paraId="730E59C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79.01±7.94</w:t>
            </w:r>
          </w:p>
        </w:tc>
        <w:tc>
          <w:tcPr>
            <w:tcW w:w="1234" w:type="dxa"/>
          </w:tcPr>
          <w:p w14:paraId="0898397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81.51±8.39</w:t>
            </w:r>
          </w:p>
        </w:tc>
        <w:tc>
          <w:tcPr>
            <w:tcW w:w="1234" w:type="dxa"/>
          </w:tcPr>
          <w:p w14:paraId="52E02C1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1039.506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.039</w:t>
            </w:r>
          </w:p>
        </w:tc>
        <w:tc>
          <w:tcPr>
            <w:tcW w:w="1234" w:type="dxa"/>
          </w:tcPr>
          <w:p w14:paraId="7D0772B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0.414 (.661) .000</w:t>
            </w:r>
          </w:p>
        </w:tc>
        <w:tc>
          <w:tcPr>
            <w:tcW w:w="1234" w:type="dxa"/>
          </w:tcPr>
          <w:p w14:paraId="21C9084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701.060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.052</w:t>
            </w:r>
          </w:p>
        </w:tc>
      </w:tr>
      <w:tr w:rsidR="00947F3E" w:rsidRPr="00947F3E" w14:paraId="7F47CF03" w14:textId="77777777">
        <w:trPr>
          <w:jc w:val="center"/>
        </w:trPr>
        <w:tc>
          <w:tcPr>
            <w:tcW w:w="1234" w:type="dxa"/>
          </w:tcPr>
          <w:p w14:paraId="64AE02C4" w14:textId="77777777" w:rsidR="0077568B" w:rsidRPr="00947F3E" w:rsidRDefault="0077568B"/>
        </w:tc>
        <w:tc>
          <w:tcPr>
            <w:tcW w:w="1234" w:type="dxa"/>
            <w:shd w:val="clear" w:color="auto" w:fill="EAF1F8"/>
          </w:tcPr>
          <w:p w14:paraId="02ACF525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Male</w:t>
            </w:r>
          </w:p>
        </w:tc>
        <w:tc>
          <w:tcPr>
            <w:tcW w:w="1234" w:type="dxa"/>
          </w:tcPr>
          <w:p w14:paraId="40453B0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81.19±6.82</w:t>
            </w:r>
          </w:p>
        </w:tc>
        <w:tc>
          <w:tcPr>
            <w:tcW w:w="1234" w:type="dxa"/>
          </w:tcPr>
          <w:p w14:paraId="3AF7147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77.25±6.71</w:t>
            </w:r>
          </w:p>
        </w:tc>
        <w:tc>
          <w:tcPr>
            <w:tcW w:w="1234" w:type="dxa"/>
          </w:tcPr>
          <w:p w14:paraId="33D86F7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80.85±6.58</w:t>
            </w:r>
          </w:p>
        </w:tc>
        <w:tc>
          <w:tcPr>
            <w:tcW w:w="1234" w:type="dxa"/>
          </w:tcPr>
          <w:p w14:paraId="113A2E4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80.47±6.72</w:t>
            </w:r>
          </w:p>
        </w:tc>
        <w:tc>
          <w:tcPr>
            <w:tcW w:w="1234" w:type="dxa"/>
          </w:tcPr>
          <w:p w14:paraId="000F580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80.88±6.50</w:t>
            </w:r>
          </w:p>
        </w:tc>
        <w:tc>
          <w:tcPr>
            <w:tcW w:w="1234" w:type="dxa"/>
          </w:tcPr>
          <w:p w14:paraId="67AFE6E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83.56±6.85</w:t>
            </w:r>
          </w:p>
        </w:tc>
        <w:tc>
          <w:tcPr>
            <w:tcW w:w="1234" w:type="dxa"/>
          </w:tcPr>
          <w:p w14:paraId="6239B27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797.298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.038</w:t>
            </w:r>
          </w:p>
        </w:tc>
        <w:tc>
          <w:tcPr>
            <w:tcW w:w="1234" w:type="dxa"/>
          </w:tcPr>
          <w:p w14:paraId="5A7F529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0.361 (.697) .000</w:t>
            </w:r>
          </w:p>
        </w:tc>
        <w:tc>
          <w:tcPr>
            <w:tcW w:w="1234" w:type="dxa"/>
          </w:tcPr>
          <w:p w14:paraId="61907E3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573.102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.054</w:t>
            </w:r>
          </w:p>
        </w:tc>
      </w:tr>
      <w:tr w:rsidR="00947F3E" w:rsidRPr="00947F3E" w14:paraId="6692B423" w14:textId="77777777">
        <w:trPr>
          <w:jc w:val="center"/>
        </w:trPr>
        <w:tc>
          <w:tcPr>
            <w:tcW w:w="1234" w:type="dxa"/>
          </w:tcPr>
          <w:p w14:paraId="00DD92AA" w14:textId="77777777" w:rsidR="0077568B" w:rsidRPr="00947F3E" w:rsidRDefault="0077568B"/>
        </w:tc>
        <w:tc>
          <w:tcPr>
            <w:tcW w:w="1234" w:type="dxa"/>
            <w:shd w:val="clear" w:color="auto" w:fill="FBE5E6"/>
          </w:tcPr>
          <w:p w14:paraId="4F503EE0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Female</w:t>
            </w:r>
          </w:p>
        </w:tc>
        <w:tc>
          <w:tcPr>
            <w:tcW w:w="1234" w:type="dxa"/>
          </w:tcPr>
          <w:p w14:paraId="5488FD4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68.94±5.68</w:t>
            </w:r>
          </w:p>
        </w:tc>
        <w:tc>
          <w:tcPr>
            <w:tcW w:w="1234" w:type="dxa"/>
          </w:tcPr>
          <w:p w14:paraId="2669734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65.01±5.77</w:t>
            </w:r>
          </w:p>
        </w:tc>
        <w:tc>
          <w:tcPr>
            <w:tcW w:w="1234" w:type="dxa"/>
          </w:tcPr>
          <w:p w14:paraId="3678F0A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67.80±5.84</w:t>
            </w:r>
          </w:p>
        </w:tc>
        <w:tc>
          <w:tcPr>
            <w:tcW w:w="1234" w:type="dxa"/>
          </w:tcPr>
          <w:p w14:paraId="58B5A39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67.13±5.89</w:t>
            </w:r>
          </w:p>
        </w:tc>
        <w:tc>
          <w:tcPr>
            <w:tcW w:w="1234" w:type="dxa"/>
          </w:tcPr>
          <w:p w14:paraId="4B51BF0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68.23±6.10</w:t>
            </w:r>
          </w:p>
        </w:tc>
        <w:tc>
          <w:tcPr>
            <w:tcW w:w="1234" w:type="dxa"/>
          </w:tcPr>
          <w:p w14:paraId="1A1A745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69.74±6.36</w:t>
            </w:r>
          </w:p>
        </w:tc>
        <w:tc>
          <w:tcPr>
            <w:tcW w:w="1234" w:type="dxa"/>
          </w:tcPr>
          <w:p w14:paraId="03ED1C2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281.896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.048</w:t>
            </w:r>
          </w:p>
        </w:tc>
        <w:tc>
          <w:tcPr>
            <w:tcW w:w="1234" w:type="dxa"/>
          </w:tcPr>
          <w:p w14:paraId="3A5E882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0.527 (.591) .000</w:t>
            </w:r>
          </w:p>
        </w:tc>
        <w:tc>
          <w:tcPr>
            <w:tcW w:w="1234" w:type="dxa"/>
          </w:tcPr>
          <w:p w14:paraId="579ABEB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143.134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.049</w:t>
            </w:r>
          </w:p>
        </w:tc>
      </w:tr>
      <w:tr w:rsidR="00947F3E" w:rsidRPr="00947F3E" w14:paraId="080B889A" w14:textId="77777777">
        <w:trPr>
          <w:jc w:val="center"/>
        </w:trPr>
        <w:tc>
          <w:tcPr>
            <w:tcW w:w="1234" w:type="dxa"/>
          </w:tcPr>
          <w:p w14:paraId="25159E20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Body fat (%)</w:t>
            </w:r>
          </w:p>
        </w:tc>
        <w:tc>
          <w:tcPr>
            <w:tcW w:w="1234" w:type="dxa"/>
            <w:shd w:val="clear" w:color="auto" w:fill="F2F2F2"/>
          </w:tcPr>
          <w:p w14:paraId="495FEB52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Overall</w:t>
            </w:r>
          </w:p>
        </w:tc>
        <w:tc>
          <w:tcPr>
            <w:tcW w:w="1234" w:type="dxa"/>
          </w:tcPr>
          <w:p w14:paraId="7FD37D6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28.74±6.87</w:t>
            </w:r>
          </w:p>
        </w:tc>
        <w:tc>
          <w:tcPr>
            <w:tcW w:w="1234" w:type="dxa"/>
          </w:tcPr>
          <w:p w14:paraId="6F7DF53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25.94±7.17</w:t>
            </w:r>
          </w:p>
        </w:tc>
        <w:tc>
          <w:tcPr>
            <w:tcW w:w="1234" w:type="dxa"/>
          </w:tcPr>
          <w:p w14:paraId="4E3505F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27.75±7.02</w:t>
            </w:r>
          </w:p>
        </w:tc>
        <w:tc>
          <w:tcPr>
            <w:tcW w:w="1234" w:type="dxa"/>
          </w:tcPr>
          <w:p w14:paraId="6331A2A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27.35±6.97</w:t>
            </w:r>
          </w:p>
        </w:tc>
        <w:tc>
          <w:tcPr>
            <w:tcW w:w="1234" w:type="dxa"/>
          </w:tcPr>
          <w:p w14:paraId="0238B72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26.48±6.92</w:t>
            </w:r>
          </w:p>
        </w:tc>
        <w:tc>
          <w:tcPr>
            <w:tcW w:w="1234" w:type="dxa"/>
          </w:tcPr>
          <w:p w14:paraId="54D83E7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28.02±6.68</w:t>
            </w:r>
          </w:p>
        </w:tc>
        <w:tc>
          <w:tcPr>
            <w:tcW w:w="1234" w:type="dxa"/>
          </w:tcPr>
          <w:p w14:paraId="06E25F5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695.934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.026</w:t>
            </w:r>
          </w:p>
        </w:tc>
        <w:tc>
          <w:tcPr>
            <w:tcW w:w="1234" w:type="dxa"/>
          </w:tcPr>
          <w:p w14:paraId="3571395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23.239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.002</w:t>
            </w:r>
          </w:p>
        </w:tc>
        <w:tc>
          <w:tcPr>
            <w:tcW w:w="1234" w:type="dxa"/>
          </w:tcPr>
          <w:p w14:paraId="53B2A90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420.063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.031</w:t>
            </w:r>
          </w:p>
        </w:tc>
      </w:tr>
      <w:tr w:rsidR="00947F3E" w:rsidRPr="00947F3E" w14:paraId="4452706B" w14:textId="77777777">
        <w:trPr>
          <w:jc w:val="center"/>
        </w:trPr>
        <w:tc>
          <w:tcPr>
            <w:tcW w:w="1234" w:type="dxa"/>
          </w:tcPr>
          <w:p w14:paraId="3D84369D" w14:textId="77777777" w:rsidR="0077568B" w:rsidRPr="00947F3E" w:rsidRDefault="0077568B"/>
        </w:tc>
        <w:tc>
          <w:tcPr>
            <w:tcW w:w="1234" w:type="dxa"/>
            <w:shd w:val="clear" w:color="auto" w:fill="EAF1F8"/>
          </w:tcPr>
          <w:p w14:paraId="1430077E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Male</w:t>
            </w:r>
          </w:p>
        </w:tc>
        <w:tc>
          <w:tcPr>
            <w:tcW w:w="1234" w:type="dxa"/>
          </w:tcPr>
          <w:p w14:paraId="119C3A2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25.77±4.80</w:t>
            </w:r>
          </w:p>
        </w:tc>
        <w:tc>
          <w:tcPr>
            <w:tcW w:w="1234" w:type="dxa"/>
          </w:tcPr>
          <w:p w14:paraId="31709C2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23.01±4.95</w:t>
            </w:r>
          </w:p>
        </w:tc>
        <w:tc>
          <w:tcPr>
            <w:tcW w:w="1234" w:type="dxa"/>
          </w:tcPr>
          <w:p w14:paraId="48243D4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25.08±4.98</w:t>
            </w:r>
          </w:p>
        </w:tc>
        <w:tc>
          <w:tcPr>
            <w:tcW w:w="1234" w:type="dxa"/>
          </w:tcPr>
          <w:p w14:paraId="3150430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24.76±5.00</w:t>
            </w:r>
          </w:p>
        </w:tc>
        <w:tc>
          <w:tcPr>
            <w:tcW w:w="1234" w:type="dxa"/>
          </w:tcPr>
          <w:p w14:paraId="6F27789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24.33±5.05</w:t>
            </w:r>
          </w:p>
        </w:tc>
        <w:tc>
          <w:tcPr>
            <w:tcW w:w="1234" w:type="dxa"/>
          </w:tcPr>
          <w:p w14:paraId="584B3DE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25.96±5.03</w:t>
            </w:r>
          </w:p>
        </w:tc>
        <w:tc>
          <w:tcPr>
            <w:tcW w:w="1234" w:type="dxa"/>
          </w:tcPr>
          <w:p w14:paraId="5991E3F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538.840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.026</w:t>
            </w:r>
          </w:p>
        </w:tc>
        <w:tc>
          <w:tcPr>
            <w:tcW w:w="1234" w:type="dxa"/>
          </w:tcPr>
          <w:p w14:paraId="4CE24A0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26.331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.003</w:t>
            </w:r>
          </w:p>
        </w:tc>
        <w:tc>
          <w:tcPr>
            <w:tcW w:w="1234" w:type="dxa"/>
          </w:tcPr>
          <w:p w14:paraId="203FA2B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350.637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.034</w:t>
            </w:r>
          </w:p>
        </w:tc>
      </w:tr>
      <w:tr w:rsidR="00947F3E" w:rsidRPr="00947F3E" w14:paraId="64395E25" w14:textId="77777777">
        <w:trPr>
          <w:jc w:val="center"/>
        </w:trPr>
        <w:tc>
          <w:tcPr>
            <w:tcW w:w="1234" w:type="dxa"/>
          </w:tcPr>
          <w:p w14:paraId="29AF9137" w14:textId="77777777" w:rsidR="0077568B" w:rsidRPr="00947F3E" w:rsidRDefault="0077568B"/>
        </w:tc>
        <w:tc>
          <w:tcPr>
            <w:tcW w:w="1234" w:type="dxa"/>
            <w:shd w:val="clear" w:color="auto" w:fill="FBE5E6"/>
          </w:tcPr>
          <w:p w14:paraId="4F62A460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Female</w:t>
            </w:r>
          </w:p>
        </w:tc>
        <w:tc>
          <w:tcPr>
            <w:tcW w:w="1234" w:type="dxa"/>
          </w:tcPr>
          <w:p w14:paraId="1648D5F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37.68±3.72</w:t>
            </w:r>
          </w:p>
        </w:tc>
        <w:tc>
          <w:tcPr>
            <w:tcW w:w="1234" w:type="dxa"/>
          </w:tcPr>
          <w:p w14:paraId="0345051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35.10±3.93</w:t>
            </w:r>
          </w:p>
        </w:tc>
        <w:tc>
          <w:tcPr>
            <w:tcW w:w="1234" w:type="dxa"/>
          </w:tcPr>
          <w:p w14:paraId="09E17BE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37.43±3.69</w:t>
            </w:r>
          </w:p>
        </w:tc>
        <w:tc>
          <w:tcPr>
            <w:tcW w:w="1234" w:type="dxa"/>
          </w:tcPr>
          <w:p w14:paraId="2A5B355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36.77±3.72</w:t>
            </w:r>
          </w:p>
        </w:tc>
        <w:tc>
          <w:tcPr>
            <w:tcW w:w="1234" w:type="dxa"/>
          </w:tcPr>
          <w:p w14:paraId="081B4FE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37.04±3.95</w:t>
            </w:r>
          </w:p>
        </w:tc>
        <w:tc>
          <w:tcPr>
            <w:tcW w:w="1234" w:type="dxa"/>
          </w:tcPr>
          <w:p w14:paraId="1AD5FA3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37.79±3.84</w:t>
            </w:r>
          </w:p>
        </w:tc>
        <w:tc>
          <w:tcPr>
            <w:tcW w:w="1234" w:type="dxa"/>
          </w:tcPr>
          <w:p w14:paraId="1DEC301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209.515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.037</w:t>
            </w:r>
          </w:p>
        </w:tc>
        <w:tc>
          <w:tcPr>
            <w:tcW w:w="1234" w:type="dxa"/>
          </w:tcPr>
          <w:p w14:paraId="08FE7F8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3.182 (.</w:t>
            </w:r>
            <w:proofErr w:type="gramStart"/>
            <w:r>
              <w:rPr>
                <w:rFonts w:ascii="Times New Roman" w:hAnsi="Times New Roman"/>
                <w:sz w:val="18"/>
              </w:rPr>
              <w:t>042)*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.001</w:t>
            </w:r>
          </w:p>
        </w:tc>
        <w:tc>
          <w:tcPr>
            <w:tcW w:w="1234" w:type="dxa"/>
          </w:tcPr>
          <w:p w14:paraId="266DFAC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92.748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.033</w:t>
            </w:r>
          </w:p>
        </w:tc>
      </w:tr>
      <w:tr w:rsidR="00947F3E" w:rsidRPr="00947F3E" w14:paraId="33DEF759" w14:textId="77777777">
        <w:trPr>
          <w:jc w:val="center"/>
        </w:trPr>
        <w:tc>
          <w:tcPr>
            <w:tcW w:w="1234" w:type="dxa"/>
          </w:tcPr>
          <w:p w14:paraId="07DD9117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Waist (cm)</w:t>
            </w:r>
          </w:p>
        </w:tc>
        <w:tc>
          <w:tcPr>
            <w:tcW w:w="1234" w:type="dxa"/>
            <w:shd w:val="clear" w:color="auto" w:fill="F2F2F2"/>
          </w:tcPr>
          <w:p w14:paraId="5A13E0D7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Overall</w:t>
            </w:r>
          </w:p>
        </w:tc>
        <w:tc>
          <w:tcPr>
            <w:tcW w:w="1234" w:type="dxa"/>
          </w:tcPr>
          <w:p w14:paraId="47A58ED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90.11±6.56</w:t>
            </w:r>
          </w:p>
        </w:tc>
        <w:tc>
          <w:tcPr>
            <w:tcW w:w="1234" w:type="dxa"/>
          </w:tcPr>
          <w:p w14:paraId="3566B0A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86.05±6.18</w:t>
            </w:r>
          </w:p>
        </w:tc>
        <w:tc>
          <w:tcPr>
            <w:tcW w:w="1234" w:type="dxa"/>
          </w:tcPr>
          <w:p w14:paraId="3F9457A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89.74±6.30</w:t>
            </w:r>
          </w:p>
        </w:tc>
        <w:tc>
          <w:tcPr>
            <w:tcW w:w="1234" w:type="dxa"/>
          </w:tcPr>
          <w:p w14:paraId="38F4739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88.89±6.25</w:t>
            </w:r>
          </w:p>
        </w:tc>
        <w:tc>
          <w:tcPr>
            <w:tcW w:w="1234" w:type="dxa"/>
          </w:tcPr>
          <w:p w14:paraId="15036FB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89.22±6.58</w:t>
            </w:r>
          </w:p>
        </w:tc>
        <w:tc>
          <w:tcPr>
            <w:tcW w:w="1234" w:type="dxa"/>
          </w:tcPr>
          <w:p w14:paraId="3FE10BE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91.54±6.69</w:t>
            </w:r>
          </w:p>
        </w:tc>
        <w:tc>
          <w:tcPr>
            <w:tcW w:w="1234" w:type="dxa"/>
          </w:tcPr>
          <w:p w14:paraId="3793848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487.737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.045</w:t>
            </w:r>
          </w:p>
        </w:tc>
        <w:tc>
          <w:tcPr>
            <w:tcW w:w="1234" w:type="dxa"/>
          </w:tcPr>
          <w:p w14:paraId="314EF09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2.078 (.125) .000</w:t>
            </w:r>
          </w:p>
        </w:tc>
        <w:tc>
          <w:tcPr>
            <w:tcW w:w="1234" w:type="dxa"/>
          </w:tcPr>
          <w:p w14:paraId="3C701B9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235.751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.044</w:t>
            </w:r>
          </w:p>
        </w:tc>
      </w:tr>
      <w:tr w:rsidR="00947F3E" w:rsidRPr="00947F3E" w14:paraId="1C38C908" w14:textId="77777777">
        <w:trPr>
          <w:jc w:val="center"/>
        </w:trPr>
        <w:tc>
          <w:tcPr>
            <w:tcW w:w="1234" w:type="dxa"/>
          </w:tcPr>
          <w:p w14:paraId="0BC3F178" w14:textId="77777777" w:rsidR="0077568B" w:rsidRPr="00947F3E" w:rsidRDefault="0077568B"/>
        </w:tc>
        <w:tc>
          <w:tcPr>
            <w:tcW w:w="1234" w:type="dxa"/>
            <w:shd w:val="clear" w:color="auto" w:fill="EAF1F8"/>
          </w:tcPr>
          <w:p w14:paraId="77133DCA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Male</w:t>
            </w:r>
          </w:p>
        </w:tc>
        <w:tc>
          <w:tcPr>
            <w:tcW w:w="1234" w:type="dxa"/>
          </w:tcPr>
          <w:p w14:paraId="38366D3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91.20±6.47</w:t>
            </w:r>
          </w:p>
        </w:tc>
        <w:tc>
          <w:tcPr>
            <w:tcW w:w="1234" w:type="dxa"/>
          </w:tcPr>
          <w:p w14:paraId="1B09849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86.83±6.10</w:t>
            </w:r>
          </w:p>
        </w:tc>
        <w:tc>
          <w:tcPr>
            <w:tcW w:w="1234" w:type="dxa"/>
          </w:tcPr>
          <w:p w14:paraId="572F8C7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90.56±6.30</w:t>
            </w:r>
          </w:p>
        </w:tc>
        <w:tc>
          <w:tcPr>
            <w:tcW w:w="1234" w:type="dxa"/>
          </w:tcPr>
          <w:p w14:paraId="562D5AC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89.89±6.30</w:t>
            </w:r>
          </w:p>
        </w:tc>
        <w:tc>
          <w:tcPr>
            <w:tcW w:w="1234" w:type="dxa"/>
          </w:tcPr>
          <w:p w14:paraId="25001CB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89.59±6.50</w:t>
            </w:r>
          </w:p>
        </w:tc>
        <w:tc>
          <w:tcPr>
            <w:tcW w:w="1234" w:type="dxa"/>
          </w:tcPr>
          <w:p w14:paraId="105AA0E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92.18±6.67</w:t>
            </w:r>
          </w:p>
        </w:tc>
        <w:tc>
          <w:tcPr>
            <w:tcW w:w="1234" w:type="dxa"/>
          </w:tcPr>
          <w:p w14:paraId="7FDC750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381.406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.049</w:t>
            </w:r>
          </w:p>
        </w:tc>
        <w:tc>
          <w:tcPr>
            <w:tcW w:w="1234" w:type="dxa"/>
          </w:tcPr>
          <w:p w14:paraId="4782214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3.508 (.</w:t>
            </w:r>
            <w:proofErr w:type="gramStart"/>
            <w:r>
              <w:rPr>
                <w:rFonts w:ascii="Times New Roman" w:hAnsi="Times New Roman"/>
                <w:sz w:val="18"/>
              </w:rPr>
              <w:t>030)*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.001</w:t>
            </w:r>
          </w:p>
        </w:tc>
        <w:tc>
          <w:tcPr>
            <w:tcW w:w="1234" w:type="dxa"/>
          </w:tcPr>
          <w:p w14:paraId="6642656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191.142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.049</w:t>
            </w:r>
          </w:p>
        </w:tc>
      </w:tr>
      <w:tr w:rsidR="00947F3E" w:rsidRPr="00947F3E" w14:paraId="5A4864DB" w14:textId="77777777">
        <w:trPr>
          <w:jc w:val="center"/>
        </w:trPr>
        <w:tc>
          <w:tcPr>
            <w:tcW w:w="1234" w:type="dxa"/>
          </w:tcPr>
          <w:p w14:paraId="4984FC9E" w14:textId="77777777" w:rsidR="0077568B" w:rsidRPr="00947F3E" w:rsidRDefault="0077568B"/>
        </w:tc>
        <w:tc>
          <w:tcPr>
            <w:tcW w:w="1234" w:type="dxa"/>
            <w:shd w:val="clear" w:color="auto" w:fill="FBE5E6"/>
          </w:tcPr>
          <w:p w14:paraId="0DDC0288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Female</w:t>
            </w:r>
          </w:p>
        </w:tc>
        <w:tc>
          <w:tcPr>
            <w:tcW w:w="1234" w:type="dxa"/>
          </w:tcPr>
          <w:p w14:paraId="4C59D9A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87.77±6.31</w:t>
            </w:r>
          </w:p>
        </w:tc>
        <w:tc>
          <w:tcPr>
            <w:tcW w:w="1234" w:type="dxa"/>
          </w:tcPr>
          <w:p w14:paraId="2E00732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83.90±6.08</w:t>
            </w:r>
          </w:p>
        </w:tc>
        <w:tc>
          <w:tcPr>
            <w:tcW w:w="1234" w:type="dxa"/>
          </w:tcPr>
          <w:p w14:paraId="624E669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87.52±5.91</w:t>
            </w:r>
          </w:p>
        </w:tc>
        <w:tc>
          <w:tcPr>
            <w:tcW w:w="1234" w:type="dxa"/>
          </w:tcPr>
          <w:p w14:paraId="74C1F33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86.42±5.66</w:t>
            </w:r>
          </w:p>
        </w:tc>
        <w:tc>
          <w:tcPr>
            <w:tcW w:w="1234" w:type="dxa"/>
          </w:tcPr>
          <w:p w14:paraId="4F9C485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87.01±6.11</w:t>
            </w:r>
          </w:p>
        </w:tc>
        <w:tc>
          <w:tcPr>
            <w:tcW w:w="1234" w:type="dxa"/>
          </w:tcPr>
          <w:p w14:paraId="399016D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88.34±6.26</w:t>
            </w:r>
          </w:p>
        </w:tc>
        <w:tc>
          <w:tcPr>
            <w:tcW w:w="1234" w:type="dxa"/>
          </w:tcPr>
          <w:p w14:paraId="67C8D26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123.647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.041</w:t>
            </w:r>
          </w:p>
        </w:tc>
        <w:tc>
          <w:tcPr>
            <w:tcW w:w="1234" w:type="dxa"/>
          </w:tcPr>
          <w:p w14:paraId="1E3D92C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0.311 (.733) .000</w:t>
            </w:r>
          </w:p>
        </w:tc>
        <w:tc>
          <w:tcPr>
            <w:tcW w:w="1234" w:type="dxa"/>
          </w:tcPr>
          <w:p w14:paraId="3B3423A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49.720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.034</w:t>
            </w:r>
          </w:p>
        </w:tc>
      </w:tr>
    </w:tbl>
    <w:p w14:paraId="2651FF53" w14:textId="77777777" w:rsidR="0077568B" w:rsidRPr="00947F3E" w:rsidRDefault="004C7B7C">
      <w:pPr>
        <w:spacing w:before="60" w:after="240"/>
        <w:jc w:val="both"/>
      </w:pPr>
      <w:r>
        <w:rPr>
          <w:rFonts w:ascii="Times New Roman" w:hAnsi="Times New Roman"/>
          <w:i/>
          <w:sz w:val="20"/>
        </w:rPr>
        <w:t xml:space="preserve">Values are mean ± SD. Covariates for the overall analysis: pre-measurement BMI, age, sex, and revisit interval. Covariates for sex-stratum analyses: pre-measurement BMI, age, and revisit interval (sex omitted as the sample was restricted to one sex). Stratum cells are </w:t>
      </w:r>
      <w:proofErr w:type="spellStart"/>
      <w:r>
        <w:rPr>
          <w:rFonts w:ascii="Times New Roman" w:hAnsi="Times New Roman"/>
          <w:i/>
          <w:sz w:val="20"/>
        </w:rPr>
        <w:t>colour</w:t>
      </w:r>
      <w:proofErr w:type="spellEnd"/>
      <w:r>
        <w:rPr>
          <w:rFonts w:ascii="Times New Roman" w:hAnsi="Times New Roman"/>
          <w:i/>
          <w:sz w:val="20"/>
        </w:rPr>
        <w:t>-coded (light grey = overall, light blue = male, light pink = female) for visual scanning. * p &lt; .05; *** p &lt; .001.</w:t>
      </w:r>
    </w:p>
    <w:p w14:paraId="32BCDDDB" w14:textId="77777777" w:rsidR="0077568B" w:rsidRPr="00947F3E" w:rsidRDefault="004C7B7C" w:rsidP="004C7B7C">
      <w:pPr>
        <w:spacing w:before="240" w:after="80"/>
      </w:pPr>
      <w:r>
        <w:rPr>
          <w:rFonts w:ascii="Times New Roman" w:hAnsi="Times New Roman"/>
          <w:b/>
          <w:sz w:val="24"/>
        </w:rPr>
        <w:t>Table S4. Repeated-measures ANCOVA of blood pressure changes — overall, male, and female overweight samples (consolidated)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055"/>
        <w:gridCol w:w="1020"/>
        <w:gridCol w:w="1223"/>
        <w:gridCol w:w="1223"/>
        <w:gridCol w:w="1223"/>
        <w:gridCol w:w="1223"/>
        <w:gridCol w:w="1223"/>
        <w:gridCol w:w="1223"/>
        <w:gridCol w:w="1383"/>
        <w:gridCol w:w="1383"/>
        <w:gridCol w:w="1383"/>
      </w:tblGrid>
      <w:tr w:rsidR="00947F3E" w:rsidRPr="00947F3E" w14:paraId="015CF43D" w14:textId="77777777">
        <w:trPr>
          <w:jc w:val="center"/>
        </w:trPr>
        <w:tc>
          <w:tcPr>
            <w:tcW w:w="1234" w:type="dxa"/>
            <w:shd w:val="clear" w:color="auto" w:fill="D9E2F3"/>
          </w:tcPr>
          <w:p w14:paraId="1297F81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Outcome</w:t>
            </w:r>
          </w:p>
        </w:tc>
        <w:tc>
          <w:tcPr>
            <w:tcW w:w="1234" w:type="dxa"/>
            <w:shd w:val="clear" w:color="auto" w:fill="D9E2F3"/>
          </w:tcPr>
          <w:p w14:paraId="6B14986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Stratum</w:t>
            </w:r>
          </w:p>
        </w:tc>
        <w:tc>
          <w:tcPr>
            <w:tcW w:w="1234" w:type="dxa"/>
            <w:shd w:val="clear" w:color="auto" w:fill="D9E2F3"/>
          </w:tcPr>
          <w:p w14:paraId="1027039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DG Pre</w:t>
            </w:r>
          </w:p>
        </w:tc>
        <w:tc>
          <w:tcPr>
            <w:tcW w:w="1234" w:type="dxa"/>
            <w:shd w:val="clear" w:color="auto" w:fill="D9E2F3"/>
          </w:tcPr>
          <w:p w14:paraId="43C20BA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DG Post</w:t>
            </w:r>
          </w:p>
        </w:tc>
        <w:tc>
          <w:tcPr>
            <w:tcW w:w="1234" w:type="dxa"/>
            <w:shd w:val="clear" w:color="auto" w:fill="D9E2F3"/>
          </w:tcPr>
          <w:p w14:paraId="0646D8C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MG Pre</w:t>
            </w:r>
          </w:p>
        </w:tc>
        <w:tc>
          <w:tcPr>
            <w:tcW w:w="1234" w:type="dxa"/>
            <w:shd w:val="clear" w:color="auto" w:fill="D9E2F3"/>
          </w:tcPr>
          <w:p w14:paraId="66F7C1A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MG Post</w:t>
            </w:r>
          </w:p>
        </w:tc>
        <w:tc>
          <w:tcPr>
            <w:tcW w:w="1234" w:type="dxa"/>
            <w:shd w:val="clear" w:color="auto" w:fill="D9E2F3"/>
          </w:tcPr>
          <w:p w14:paraId="49CC2E2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IG Pre</w:t>
            </w:r>
          </w:p>
        </w:tc>
        <w:tc>
          <w:tcPr>
            <w:tcW w:w="1234" w:type="dxa"/>
            <w:shd w:val="clear" w:color="auto" w:fill="D9E2F3"/>
          </w:tcPr>
          <w:p w14:paraId="39147BB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IG Post</w:t>
            </w:r>
          </w:p>
        </w:tc>
        <w:tc>
          <w:tcPr>
            <w:tcW w:w="1234" w:type="dxa"/>
            <w:shd w:val="clear" w:color="auto" w:fill="D9E2F3"/>
          </w:tcPr>
          <w:p w14:paraId="61DC0A7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Time F (p) ηp²</w:t>
            </w:r>
          </w:p>
        </w:tc>
        <w:tc>
          <w:tcPr>
            <w:tcW w:w="1234" w:type="dxa"/>
            <w:shd w:val="clear" w:color="auto" w:fill="D9E2F3"/>
          </w:tcPr>
          <w:p w14:paraId="518ADE1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Group F (p) ηp²</w:t>
            </w:r>
          </w:p>
        </w:tc>
        <w:tc>
          <w:tcPr>
            <w:tcW w:w="1234" w:type="dxa"/>
            <w:shd w:val="clear" w:color="auto" w:fill="D9E2F3"/>
          </w:tcPr>
          <w:p w14:paraId="5776BDD2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Time×Group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F (p) ηp²</w:t>
            </w:r>
          </w:p>
        </w:tc>
      </w:tr>
      <w:tr w:rsidR="00947F3E" w:rsidRPr="00947F3E" w14:paraId="2CA7A6D8" w14:textId="77777777">
        <w:trPr>
          <w:jc w:val="center"/>
        </w:trPr>
        <w:tc>
          <w:tcPr>
            <w:tcW w:w="1234" w:type="dxa"/>
          </w:tcPr>
          <w:p w14:paraId="66127E8E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SBP (mmHg)</w:t>
            </w:r>
          </w:p>
        </w:tc>
        <w:tc>
          <w:tcPr>
            <w:tcW w:w="1234" w:type="dxa"/>
            <w:shd w:val="clear" w:color="auto" w:fill="F2F2F2"/>
          </w:tcPr>
          <w:p w14:paraId="6E8E08D7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Overall</w:t>
            </w:r>
          </w:p>
        </w:tc>
        <w:tc>
          <w:tcPr>
            <w:tcW w:w="1234" w:type="dxa"/>
          </w:tcPr>
          <w:p w14:paraId="59F6240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134.32±13.50</w:t>
            </w:r>
          </w:p>
        </w:tc>
        <w:tc>
          <w:tcPr>
            <w:tcW w:w="1234" w:type="dxa"/>
          </w:tcPr>
          <w:p w14:paraId="52D201F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130.58±13.99</w:t>
            </w:r>
          </w:p>
        </w:tc>
        <w:tc>
          <w:tcPr>
            <w:tcW w:w="1234" w:type="dxa"/>
          </w:tcPr>
          <w:p w14:paraId="5DA2CC4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134.35±13.60</w:t>
            </w:r>
          </w:p>
        </w:tc>
        <w:tc>
          <w:tcPr>
            <w:tcW w:w="1234" w:type="dxa"/>
          </w:tcPr>
          <w:p w14:paraId="4984A92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132.89±13.59</w:t>
            </w:r>
          </w:p>
        </w:tc>
        <w:tc>
          <w:tcPr>
            <w:tcW w:w="1234" w:type="dxa"/>
          </w:tcPr>
          <w:p w14:paraId="015AD8D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132.48±13.35</w:t>
            </w:r>
          </w:p>
        </w:tc>
        <w:tc>
          <w:tcPr>
            <w:tcW w:w="1234" w:type="dxa"/>
          </w:tcPr>
          <w:p w14:paraId="153DCAD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133.60±13.13</w:t>
            </w:r>
          </w:p>
        </w:tc>
        <w:tc>
          <w:tcPr>
            <w:tcW w:w="1234" w:type="dxa"/>
          </w:tcPr>
          <w:p w14:paraId="7E9B2A9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138.794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.005</w:t>
            </w:r>
          </w:p>
        </w:tc>
        <w:tc>
          <w:tcPr>
            <w:tcW w:w="1234" w:type="dxa"/>
          </w:tcPr>
          <w:p w14:paraId="21BDC6B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17.776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.001</w:t>
            </w:r>
          </w:p>
        </w:tc>
        <w:tc>
          <w:tcPr>
            <w:tcW w:w="1234" w:type="dxa"/>
          </w:tcPr>
          <w:p w14:paraId="087C893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59.641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.005</w:t>
            </w:r>
          </w:p>
        </w:tc>
      </w:tr>
      <w:tr w:rsidR="00947F3E" w:rsidRPr="00947F3E" w14:paraId="4063B66C" w14:textId="77777777">
        <w:trPr>
          <w:jc w:val="center"/>
        </w:trPr>
        <w:tc>
          <w:tcPr>
            <w:tcW w:w="1234" w:type="dxa"/>
          </w:tcPr>
          <w:p w14:paraId="36B86CFC" w14:textId="77777777" w:rsidR="0077568B" w:rsidRPr="00947F3E" w:rsidRDefault="0077568B"/>
        </w:tc>
        <w:tc>
          <w:tcPr>
            <w:tcW w:w="1234" w:type="dxa"/>
            <w:shd w:val="clear" w:color="auto" w:fill="EAF1F8"/>
          </w:tcPr>
          <w:p w14:paraId="5C39C215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Male</w:t>
            </w:r>
          </w:p>
        </w:tc>
        <w:tc>
          <w:tcPr>
            <w:tcW w:w="1234" w:type="dxa"/>
          </w:tcPr>
          <w:p w14:paraId="2ED784D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136.00±12.77</w:t>
            </w:r>
          </w:p>
        </w:tc>
        <w:tc>
          <w:tcPr>
            <w:tcW w:w="1234" w:type="dxa"/>
          </w:tcPr>
          <w:p w14:paraId="1D10AE9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132.08±13.40</w:t>
            </w:r>
          </w:p>
        </w:tc>
        <w:tc>
          <w:tcPr>
            <w:tcW w:w="1234" w:type="dxa"/>
          </w:tcPr>
          <w:p w14:paraId="2407637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135.56±13.05</w:t>
            </w:r>
          </w:p>
        </w:tc>
        <w:tc>
          <w:tcPr>
            <w:tcW w:w="1234" w:type="dxa"/>
          </w:tcPr>
          <w:p w14:paraId="4A7FF9C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134.11±13.15</w:t>
            </w:r>
          </w:p>
        </w:tc>
        <w:tc>
          <w:tcPr>
            <w:tcW w:w="1234" w:type="dxa"/>
          </w:tcPr>
          <w:p w14:paraId="2A9DA1C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133.30±12.98</w:t>
            </w:r>
          </w:p>
        </w:tc>
        <w:tc>
          <w:tcPr>
            <w:tcW w:w="1234" w:type="dxa"/>
          </w:tcPr>
          <w:p w14:paraId="7C5342E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134.67±12.71</w:t>
            </w:r>
          </w:p>
        </w:tc>
        <w:tc>
          <w:tcPr>
            <w:tcW w:w="1234" w:type="dxa"/>
          </w:tcPr>
          <w:p w14:paraId="21397C7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124.791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.006</w:t>
            </w:r>
          </w:p>
        </w:tc>
        <w:tc>
          <w:tcPr>
            <w:tcW w:w="1234" w:type="dxa"/>
          </w:tcPr>
          <w:p w14:paraId="3567D8A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16.749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.002</w:t>
            </w:r>
          </w:p>
        </w:tc>
        <w:tc>
          <w:tcPr>
            <w:tcW w:w="1234" w:type="dxa"/>
          </w:tcPr>
          <w:p w14:paraId="6BEEBA0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58.430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.006</w:t>
            </w:r>
          </w:p>
        </w:tc>
      </w:tr>
      <w:tr w:rsidR="00947F3E" w:rsidRPr="00947F3E" w14:paraId="3EA956C6" w14:textId="77777777">
        <w:trPr>
          <w:jc w:val="center"/>
        </w:trPr>
        <w:tc>
          <w:tcPr>
            <w:tcW w:w="1234" w:type="dxa"/>
          </w:tcPr>
          <w:p w14:paraId="4C5A2E44" w14:textId="77777777" w:rsidR="0077568B" w:rsidRPr="00947F3E" w:rsidRDefault="0077568B"/>
        </w:tc>
        <w:tc>
          <w:tcPr>
            <w:tcW w:w="1234" w:type="dxa"/>
            <w:shd w:val="clear" w:color="auto" w:fill="FBE5E6"/>
          </w:tcPr>
          <w:p w14:paraId="3AADC929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Female</w:t>
            </w:r>
          </w:p>
        </w:tc>
        <w:tc>
          <w:tcPr>
            <w:tcW w:w="1234" w:type="dxa"/>
          </w:tcPr>
          <w:p w14:paraId="380AF74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129.34±14.37</w:t>
            </w:r>
          </w:p>
        </w:tc>
        <w:tc>
          <w:tcPr>
            <w:tcW w:w="1234" w:type="dxa"/>
          </w:tcPr>
          <w:p w14:paraId="17BDEA7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126.04±14.68</w:t>
            </w:r>
          </w:p>
        </w:tc>
        <w:tc>
          <w:tcPr>
            <w:tcW w:w="1234" w:type="dxa"/>
          </w:tcPr>
          <w:p w14:paraId="6BD79DA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129.97±14.31</w:t>
            </w:r>
          </w:p>
        </w:tc>
        <w:tc>
          <w:tcPr>
            <w:tcW w:w="1234" w:type="dxa"/>
          </w:tcPr>
          <w:p w14:paraId="49C72C9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128.50±14.35</w:t>
            </w:r>
          </w:p>
        </w:tc>
        <w:tc>
          <w:tcPr>
            <w:tcW w:w="1234" w:type="dxa"/>
          </w:tcPr>
          <w:p w14:paraId="7907581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128.62±14.41</w:t>
            </w:r>
          </w:p>
        </w:tc>
        <w:tc>
          <w:tcPr>
            <w:tcW w:w="1234" w:type="dxa"/>
          </w:tcPr>
          <w:p w14:paraId="29CAD75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128.43±14.08</w:t>
            </w:r>
          </w:p>
        </w:tc>
        <w:tc>
          <w:tcPr>
            <w:tcW w:w="1234" w:type="dxa"/>
          </w:tcPr>
          <w:p w14:paraId="65B35FE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19.628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.004</w:t>
            </w:r>
          </w:p>
        </w:tc>
        <w:tc>
          <w:tcPr>
            <w:tcW w:w="1234" w:type="dxa"/>
          </w:tcPr>
          <w:p w14:paraId="2D72BEB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0.435 (.647) .000</w:t>
            </w:r>
          </w:p>
        </w:tc>
        <w:tc>
          <w:tcPr>
            <w:tcW w:w="1234" w:type="dxa"/>
          </w:tcPr>
          <w:p w14:paraId="260C3DB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4.355 (.</w:t>
            </w:r>
            <w:proofErr w:type="gramStart"/>
            <w:r>
              <w:rPr>
                <w:rFonts w:ascii="Times New Roman" w:hAnsi="Times New Roman"/>
                <w:sz w:val="18"/>
              </w:rPr>
              <w:t>013)*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.002</w:t>
            </w:r>
          </w:p>
        </w:tc>
      </w:tr>
      <w:tr w:rsidR="00947F3E" w:rsidRPr="00947F3E" w14:paraId="4C3043A3" w14:textId="77777777">
        <w:trPr>
          <w:jc w:val="center"/>
        </w:trPr>
        <w:tc>
          <w:tcPr>
            <w:tcW w:w="1234" w:type="dxa"/>
          </w:tcPr>
          <w:p w14:paraId="0172BEFA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DBP (mmHg)</w:t>
            </w:r>
          </w:p>
        </w:tc>
        <w:tc>
          <w:tcPr>
            <w:tcW w:w="1234" w:type="dxa"/>
            <w:shd w:val="clear" w:color="auto" w:fill="F2F2F2"/>
          </w:tcPr>
          <w:p w14:paraId="2A153684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Overall</w:t>
            </w:r>
          </w:p>
        </w:tc>
        <w:tc>
          <w:tcPr>
            <w:tcW w:w="1234" w:type="dxa"/>
          </w:tcPr>
          <w:p w14:paraId="0AD93A8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81.24±10.10</w:t>
            </w:r>
          </w:p>
        </w:tc>
        <w:tc>
          <w:tcPr>
            <w:tcW w:w="1234" w:type="dxa"/>
          </w:tcPr>
          <w:p w14:paraId="4AA7F4F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78.74±10.19</w:t>
            </w:r>
          </w:p>
        </w:tc>
        <w:tc>
          <w:tcPr>
            <w:tcW w:w="1234" w:type="dxa"/>
          </w:tcPr>
          <w:p w14:paraId="286DCA1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81.40±10.25</w:t>
            </w:r>
          </w:p>
        </w:tc>
        <w:tc>
          <w:tcPr>
            <w:tcW w:w="1234" w:type="dxa"/>
          </w:tcPr>
          <w:p w14:paraId="16EDA2A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80.44±10.33</w:t>
            </w:r>
          </w:p>
        </w:tc>
        <w:tc>
          <w:tcPr>
            <w:tcW w:w="1234" w:type="dxa"/>
          </w:tcPr>
          <w:p w14:paraId="3584B3A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80.22±10.44</w:t>
            </w:r>
          </w:p>
        </w:tc>
        <w:tc>
          <w:tcPr>
            <w:tcW w:w="1234" w:type="dxa"/>
          </w:tcPr>
          <w:p w14:paraId="3EED249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80.89±10.29</w:t>
            </w:r>
          </w:p>
        </w:tc>
        <w:tc>
          <w:tcPr>
            <w:tcW w:w="1234" w:type="dxa"/>
          </w:tcPr>
          <w:p w14:paraId="2AA0EE8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103.481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.004</w:t>
            </w:r>
          </w:p>
        </w:tc>
        <w:tc>
          <w:tcPr>
            <w:tcW w:w="1234" w:type="dxa"/>
          </w:tcPr>
          <w:p w14:paraId="7AEA68D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12.408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.001</w:t>
            </w:r>
          </w:p>
        </w:tc>
        <w:tc>
          <w:tcPr>
            <w:tcW w:w="1234" w:type="dxa"/>
          </w:tcPr>
          <w:p w14:paraId="0DC4A66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41.766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.003</w:t>
            </w:r>
          </w:p>
        </w:tc>
      </w:tr>
      <w:tr w:rsidR="00947F3E" w:rsidRPr="00947F3E" w14:paraId="1382EDEE" w14:textId="77777777">
        <w:trPr>
          <w:jc w:val="center"/>
        </w:trPr>
        <w:tc>
          <w:tcPr>
            <w:tcW w:w="1234" w:type="dxa"/>
          </w:tcPr>
          <w:p w14:paraId="729FA0F9" w14:textId="77777777" w:rsidR="0077568B" w:rsidRPr="00947F3E" w:rsidRDefault="0077568B"/>
        </w:tc>
        <w:tc>
          <w:tcPr>
            <w:tcW w:w="1234" w:type="dxa"/>
            <w:shd w:val="clear" w:color="auto" w:fill="EAF1F8"/>
          </w:tcPr>
          <w:p w14:paraId="70EF6BB6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Male</w:t>
            </w:r>
          </w:p>
        </w:tc>
        <w:tc>
          <w:tcPr>
            <w:tcW w:w="1234" w:type="dxa"/>
          </w:tcPr>
          <w:p w14:paraId="2C041DA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82.40±9.78</w:t>
            </w:r>
          </w:p>
        </w:tc>
        <w:tc>
          <w:tcPr>
            <w:tcW w:w="1234" w:type="dxa"/>
          </w:tcPr>
          <w:p w14:paraId="34F359B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79.48±10.04</w:t>
            </w:r>
          </w:p>
        </w:tc>
        <w:tc>
          <w:tcPr>
            <w:tcW w:w="1234" w:type="dxa"/>
          </w:tcPr>
          <w:p w14:paraId="76C6134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82.23±10.06</w:t>
            </w:r>
          </w:p>
        </w:tc>
        <w:tc>
          <w:tcPr>
            <w:tcW w:w="1234" w:type="dxa"/>
          </w:tcPr>
          <w:p w14:paraId="27DE7B6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81.35±10.16</w:t>
            </w:r>
          </w:p>
        </w:tc>
        <w:tc>
          <w:tcPr>
            <w:tcW w:w="1234" w:type="dxa"/>
          </w:tcPr>
          <w:p w14:paraId="1D31454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80.66±10.36</w:t>
            </w:r>
          </w:p>
        </w:tc>
        <w:tc>
          <w:tcPr>
            <w:tcW w:w="1234" w:type="dxa"/>
          </w:tcPr>
          <w:p w14:paraId="063BC8B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81.48±10.14</w:t>
            </w:r>
          </w:p>
        </w:tc>
        <w:tc>
          <w:tcPr>
            <w:tcW w:w="1234" w:type="dxa"/>
          </w:tcPr>
          <w:p w14:paraId="3E8F6A4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111.379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.006</w:t>
            </w:r>
          </w:p>
        </w:tc>
        <w:tc>
          <w:tcPr>
            <w:tcW w:w="1234" w:type="dxa"/>
          </w:tcPr>
          <w:p w14:paraId="1EEDB55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10.914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.001</w:t>
            </w:r>
          </w:p>
        </w:tc>
        <w:tc>
          <w:tcPr>
            <w:tcW w:w="1234" w:type="dxa"/>
          </w:tcPr>
          <w:p w14:paraId="205261E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44.971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.004</w:t>
            </w:r>
          </w:p>
        </w:tc>
      </w:tr>
      <w:tr w:rsidR="00947F3E" w:rsidRPr="00947F3E" w14:paraId="4A0E9EF1" w14:textId="77777777">
        <w:trPr>
          <w:jc w:val="center"/>
        </w:trPr>
        <w:tc>
          <w:tcPr>
            <w:tcW w:w="1234" w:type="dxa"/>
          </w:tcPr>
          <w:p w14:paraId="20EE857A" w14:textId="77777777" w:rsidR="0077568B" w:rsidRPr="00947F3E" w:rsidRDefault="0077568B"/>
        </w:tc>
        <w:tc>
          <w:tcPr>
            <w:tcW w:w="1234" w:type="dxa"/>
            <w:shd w:val="clear" w:color="auto" w:fill="FBE5E6"/>
          </w:tcPr>
          <w:p w14:paraId="79834DC4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Female</w:t>
            </w:r>
          </w:p>
        </w:tc>
        <w:tc>
          <w:tcPr>
            <w:tcW w:w="1234" w:type="dxa"/>
          </w:tcPr>
          <w:p w14:paraId="3D4B5E1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78.12±10.33</w:t>
            </w:r>
          </w:p>
        </w:tc>
        <w:tc>
          <w:tcPr>
            <w:tcW w:w="1234" w:type="dxa"/>
          </w:tcPr>
          <w:p w14:paraId="0F65D5B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76.48±10.51</w:t>
            </w:r>
          </w:p>
        </w:tc>
        <w:tc>
          <w:tcPr>
            <w:tcW w:w="1234" w:type="dxa"/>
          </w:tcPr>
          <w:p w14:paraId="50C40E1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78.44±10.45</w:t>
            </w:r>
          </w:p>
        </w:tc>
        <w:tc>
          <w:tcPr>
            <w:tcW w:w="1234" w:type="dxa"/>
          </w:tcPr>
          <w:p w14:paraId="0C5D6EF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77.30±10.25</w:t>
            </w:r>
          </w:p>
        </w:tc>
        <w:tc>
          <w:tcPr>
            <w:tcW w:w="1234" w:type="dxa"/>
          </w:tcPr>
          <w:p w14:paraId="777593D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77.64±10.56</w:t>
            </w:r>
          </w:p>
        </w:tc>
        <w:tc>
          <w:tcPr>
            <w:tcW w:w="1234" w:type="dxa"/>
          </w:tcPr>
          <w:p w14:paraId="74B5E18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77.82±10.09</w:t>
            </w:r>
          </w:p>
        </w:tc>
        <w:tc>
          <w:tcPr>
            <w:tcW w:w="1234" w:type="dxa"/>
          </w:tcPr>
          <w:p w14:paraId="009A792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9.073 (.</w:t>
            </w:r>
            <w:proofErr w:type="gramStart"/>
            <w:r>
              <w:rPr>
                <w:rFonts w:ascii="Times New Roman" w:hAnsi="Times New Roman"/>
                <w:sz w:val="18"/>
              </w:rPr>
              <w:t>003)*</w:t>
            </w:r>
            <w:proofErr w:type="gramEnd"/>
            <w:r>
              <w:rPr>
                <w:rFonts w:ascii="Times New Roman" w:hAnsi="Times New Roman"/>
                <w:sz w:val="18"/>
              </w:rPr>
              <w:t>* .002</w:t>
            </w:r>
          </w:p>
        </w:tc>
        <w:tc>
          <w:tcPr>
            <w:tcW w:w="1234" w:type="dxa"/>
          </w:tcPr>
          <w:p w14:paraId="41257C3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0.820 (.441) .000</w:t>
            </w:r>
          </w:p>
        </w:tc>
        <w:tc>
          <w:tcPr>
            <w:tcW w:w="1234" w:type="dxa"/>
          </w:tcPr>
          <w:p w14:paraId="561A4D2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3.093 (.</w:t>
            </w:r>
            <w:proofErr w:type="gramStart"/>
            <w:r>
              <w:rPr>
                <w:rFonts w:ascii="Times New Roman" w:hAnsi="Times New Roman"/>
                <w:sz w:val="18"/>
              </w:rPr>
              <w:t>045)*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.001</w:t>
            </w:r>
          </w:p>
        </w:tc>
      </w:tr>
    </w:tbl>
    <w:p w14:paraId="2DF47239" w14:textId="77777777" w:rsidR="0077568B" w:rsidRPr="00947F3E" w:rsidRDefault="004C7B7C">
      <w:pPr>
        <w:spacing w:before="60" w:after="240"/>
        <w:jc w:val="both"/>
      </w:pPr>
      <w:r>
        <w:rPr>
          <w:rFonts w:ascii="Times New Roman" w:hAnsi="Times New Roman"/>
          <w:i/>
          <w:sz w:val="20"/>
        </w:rPr>
        <w:lastRenderedPageBreak/>
        <w:t>Covariates as in Table S3. The Time × Group interaction effect size for blood pressure was approximately one-third as large in women as in men. * p &lt; .05; ** p &lt; .01; *** p &lt; .001.</w:t>
      </w:r>
    </w:p>
    <w:p w14:paraId="15CEB30D" w14:textId="77777777" w:rsidR="0077568B" w:rsidRPr="00947F3E" w:rsidRDefault="004C7B7C" w:rsidP="004C7B7C">
      <w:pPr>
        <w:spacing w:before="240" w:after="80"/>
      </w:pPr>
      <w:r>
        <w:rPr>
          <w:rFonts w:ascii="Times New Roman" w:hAnsi="Times New Roman"/>
          <w:b/>
          <w:sz w:val="24"/>
        </w:rPr>
        <w:t>Table S5. Repeated-measures ANCOVA cell means for principal fitness outcomes — overall, male, and female overweight samples (consolidated)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059"/>
        <w:gridCol w:w="1016"/>
        <w:gridCol w:w="1223"/>
        <w:gridCol w:w="1223"/>
        <w:gridCol w:w="1223"/>
        <w:gridCol w:w="1223"/>
        <w:gridCol w:w="1223"/>
        <w:gridCol w:w="1223"/>
        <w:gridCol w:w="1383"/>
        <w:gridCol w:w="1383"/>
        <w:gridCol w:w="1383"/>
      </w:tblGrid>
      <w:tr w:rsidR="00947F3E" w:rsidRPr="00947F3E" w14:paraId="4F2F32EB" w14:textId="77777777">
        <w:trPr>
          <w:jc w:val="center"/>
        </w:trPr>
        <w:tc>
          <w:tcPr>
            <w:tcW w:w="1234" w:type="dxa"/>
            <w:shd w:val="clear" w:color="auto" w:fill="D9E2F3"/>
          </w:tcPr>
          <w:p w14:paraId="35B7B1F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Outcome</w:t>
            </w:r>
          </w:p>
        </w:tc>
        <w:tc>
          <w:tcPr>
            <w:tcW w:w="1234" w:type="dxa"/>
            <w:shd w:val="clear" w:color="auto" w:fill="D9E2F3"/>
          </w:tcPr>
          <w:p w14:paraId="633446E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Stratum</w:t>
            </w:r>
          </w:p>
        </w:tc>
        <w:tc>
          <w:tcPr>
            <w:tcW w:w="1234" w:type="dxa"/>
            <w:shd w:val="clear" w:color="auto" w:fill="D9E2F3"/>
          </w:tcPr>
          <w:p w14:paraId="6791A9E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DG Pre</w:t>
            </w:r>
          </w:p>
        </w:tc>
        <w:tc>
          <w:tcPr>
            <w:tcW w:w="1234" w:type="dxa"/>
            <w:shd w:val="clear" w:color="auto" w:fill="D9E2F3"/>
          </w:tcPr>
          <w:p w14:paraId="5A30829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DG Post</w:t>
            </w:r>
          </w:p>
        </w:tc>
        <w:tc>
          <w:tcPr>
            <w:tcW w:w="1234" w:type="dxa"/>
            <w:shd w:val="clear" w:color="auto" w:fill="D9E2F3"/>
          </w:tcPr>
          <w:p w14:paraId="120E11F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MG Pre</w:t>
            </w:r>
          </w:p>
        </w:tc>
        <w:tc>
          <w:tcPr>
            <w:tcW w:w="1234" w:type="dxa"/>
            <w:shd w:val="clear" w:color="auto" w:fill="D9E2F3"/>
          </w:tcPr>
          <w:p w14:paraId="40D37B3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MG Post</w:t>
            </w:r>
          </w:p>
        </w:tc>
        <w:tc>
          <w:tcPr>
            <w:tcW w:w="1234" w:type="dxa"/>
            <w:shd w:val="clear" w:color="auto" w:fill="D9E2F3"/>
          </w:tcPr>
          <w:p w14:paraId="0C2B6C1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IG Pre</w:t>
            </w:r>
          </w:p>
        </w:tc>
        <w:tc>
          <w:tcPr>
            <w:tcW w:w="1234" w:type="dxa"/>
            <w:shd w:val="clear" w:color="auto" w:fill="D9E2F3"/>
          </w:tcPr>
          <w:p w14:paraId="78DF5AA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IG Post</w:t>
            </w:r>
          </w:p>
        </w:tc>
        <w:tc>
          <w:tcPr>
            <w:tcW w:w="1234" w:type="dxa"/>
            <w:shd w:val="clear" w:color="auto" w:fill="D9E2F3"/>
          </w:tcPr>
          <w:p w14:paraId="2BA62C9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Time F (p) ηp²</w:t>
            </w:r>
          </w:p>
        </w:tc>
        <w:tc>
          <w:tcPr>
            <w:tcW w:w="1234" w:type="dxa"/>
            <w:shd w:val="clear" w:color="auto" w:fill="D9E2F3"/>
          </w:tcPr>
          <w:p w14:paraId="21084D1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Group F (p) ηp²</w:t>
            </w:r>
          </w:p>
        </w:tc>
        <w:tc>
          <w:tcPr>
            <w:tcW w:w="1234" w:type="dxa"/>
            <w:shd w:val="clear" w:color="auto" w:fill="D9E2F3"/>
          </w:tcPr>
          <w:p w14:paraId="5681DE04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Time×Group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F (p) ηp²</w:t>
            </w:r>
          </w:p>
        </w:tc>
      </w:tr>
      <w:tr w:rsidR="00947F3E" w:rsidRPr="00947F3E" w14:paraId="4C0838A7" w14:textId="77777777">
        <w:trPr>
          <w:jc w:val="center"/>
        </w:trPr>
        <w:tc>
          <w:tcPr>
            <w:tcW w:w="1234" w:type="dxa"/>
          </w:tcPr>
          <w:p w14:paraId="60C137B0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Sit-and-reach (cm)</w:t>
            </w:r>
          </w:p>
        </w:tc>
        <w:tc>
          <w:tcPr>
            <w:tcW w:w="1234" w:type="dxa"/>
            <w:shd w:val="clear" w:color="auto" w:fill="F2F2F2"/>
          </w:tcPr>
          <w:p w14:paraId="6F823E5D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Overall</w:t>
            </w:r>
          </w:p>
        </w:tc>
        <w:tc>
          <w:tcPr>
            <w:tcW w:w="1234" w:type="dxa"/>
          </w:tcPr>
          <w:p w14:paraId="729F776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9.72±8.68</w:t>
            </w:r>
          </w:p>
        </w:tc>
        <w:tc>
          <w:tcPr>
            <w:tcW w:w="1234" w:type="dxa"/>
          </w:tcPr>
          <w:p w14:paraId="6AB4DA4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11.70±8.08</w:t>
            </w:r>
          </w:p>
        </w:tc>
        <w:tc>
          <w:tcPr>
            <w:tcW w:w="1234" w:type="dxa"/>
          </w:tcPr>
          <w:p w14:paraId="3726954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10.03±8.53</w:t>
            </w:r>
          </w:p>
        </w:tc>
        <w:tc>
          <w:tcPr>
            <w:tcW w:w="1234" w:type="dxa"/>
          </w:tcPr>
          <w:p w14:paraId="5E38D90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11.26±7.82</w:t>
            </w:r>
          </w:p>
        </w:tc>
        <w:tc>
          <w:tcPr>
            <w:tcW w:w="1234" w:type="dxa"/>
          </w:tcPr>
          <w:p w14:paraId="45EB738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10.26±8.51</w:t>
            </w:r>
          </w:p>
        </w:tc>
        <w:tc>
          <w:tcPr>
            <w:tcW w:w="1234" w:type="dxa"/>
          </w:tcPr>
          <w:p w14:paraId="74BCF26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10.36±7.98</w:t>
            </w:r>
          </w:p>
        </w:tc>
        <w:tc>
          <w:tcPr>
            <w:tcW w:w="1234" w:type="dxa"/>
          </w:tcPr>
          <w:p w14:paraId="0FABBE1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88.615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.004</w:t>
            </w:r>
          </w:p>
        </w:tc>
        <w:tc>
          <w:tcPr>
            <w:tcW w:w="1234" w:type="dxa"/>
          </w:tcPr>
          <w:p w14:paraId="4AA786F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7.570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.001</w:t>
            </w:r>
          </w:p>
        </w:tc>
        <w:tc>
          <w:tcPr>
            <w:tcW w:w="1234" w:type="dxa"/>
          </w:tcPr>
          <w:p w14:paraId="17F2789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25.543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.002</w:t>
            </w:r>
          </w:p>
        </w:tc>
      </w:tr>
      <w:tr w:rsidR="00947F3E" w:rsidRPr="00947F3E" w14:paraId="2BDE0791" w14:textId="77777777">
        <w:trPr>
          <w:jc w:val="center"/>
        </w:trPr>
        <w:tc>
          <w:tcPr>
            <w:tcW w:w="1234" w:type="dxa"/>
          </w:tcPr>
          <w:p w14:paraId="727240AC" w14:textId="77777777" w:rsidR="0077568B" w:rsidRPr="00947F3E" w:rsidRDefault="0077568B"/>
        </w:tc>
        <w:tc>
          <w:tcPr>
            <w:tcW w:w="1234" w:type="dxa"/>
            <w:shd w:val="clear" w:color="auto" w:fill="EAF1F8"/>
          </w:tcPr>
          <w:p w14:paraId="2427F6CE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Male</w:t>
            </w:r>
          </w:p>
        </w:tc>
        <w:tc>
          <w:tcPr>
            <w:tcW w:w="1234" w:type="dxa"/>
          </w:tcPr>
          <w:p w14:paraId="2C33FB1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8.42±8.47</w:t>
            </w:r>
          </w:p>
        </w:tc>
        <w:tc>
          <w:tcPr>
            <w:tcW w:w="1234" w:type="dxa"/>
          </w:tcPr>
          <w:p w14:paraId="6134EC1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10.37±7.89</w:t>
            </w:r>
          </w:p>
        </w:tc>
        <w:tc>
          <w:tcPr>
            <w:tcW w:w="1234" w:type="dxa"/>
          </w:tcPr>
          <w:p w14:paraId="4652DBF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9.00±8.55</w:t>
            </w:r>
          </w:p>
        </w:tc>
        <w:tc>
          <w:tcPr>
            <w:tcW w:w="1234" w:type="dxa"/>
          </w:tcPr>
          <w:p w14:paraId="73CC8A5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10.16±7.80</w:t>
            </w:r>
          </w:p>
        </w:tc>
        <w:tc>
          <w:tcPr>
            <w:tcW w:w="1234" w:type="dxa"/>
          </w:tcPr>
          <w:p w14:paraId="08E4D52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9.62±8.48</w:t>
            </w:r>
          </w:p>
        </w:tc>
        <w:tc>
          <w:tcPr>
            <w:tcW w:w="1234" w:type="dxa"/>
          </w:tcPr>
          <w:p w14:paraId="4DD1D1A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9.63±7.86</w:t>
            </w:r>
          </w:p>
        </w:tc>
        <w:tc>
          <w:tcPr>
            <w:tcW w:w="1234" w:type="dxa"/>
          </w:tcPr>
          <w:p w14:paraId="0565762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67.152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.003</w:t>
            </w:r>
          </w:p>
        </w:tc>
        <w:tc>
          <w:tcPr>
            <w:tcW w:w="1234" w:type="dxa"/>
          </w:tcPr>
          <w:p w14:paraId="207342C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9.600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.001</w:t>
            </w:r>
          </w:p>
        </w:tc>
        <w:tc>
          <w:tcPr>
            <w:tcW w:w="1234" w:type="dxa"/>
          </w:tcPr>
          <w:p w14:paraId="00D5F9D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21.998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.002</w:t>
            </w:r>
          </w:p>
        </w:tc>
      </w:tr>
      <w:tr w:rsidR="00947F3E" w:rsidRPr="00947F3E" w14:paraId="02EE3708" w14:textId="77777777">
        <w:trPr>
          <w:jc w:val="center"/>
        </w:trPr>
        <w:tc>
          <w:tcPr>
            <w:tcW w:w="1234" w:type="dxa"/>
          </w:tcPr>
          <w:p w14:paraId="7FD51F70" w14:textId="77777777" w:rsidR="0077568B" w:rsidRPr="00947F3E" w:rsidRDefault="0077568B"/>
        </w:tc>
        <w:tc>
          <w:tcPr>
            <w:tcW w:w="1234" w:type="dxa"/>
            <w:shd w:val="clear" w:color="auto" w:fill="FBE5E6"/>
          </w:tcPr>
          <w:p w14:paraId="2E240842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Female</w:t>
            </w:r>
          </w:p>
        </w:tc>
        <w:tc>
          <w:tcPr>
            <w:tcW w:w="1234" w:type="dxa"/>
          </w:tcPr>
          <w:p w14:paraId="375D91E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13.99±7.59</w:t>
            </w:r>
          </w:p>
        </w:tc>
        <w:tc>
          <w:tcPr>
            <w:tcW w:w="1234" w:type="dxa"/>
          </w:tcPr>
          <w:p w14:paraId="1BB2770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15.94±7.00</w:t>
            </w:r>
          </w:p>
        </w:tc>
        <w:tc>
          <w:tcPr>
            <w:tcW w:w="1234" w:type="dxa"/>
          </w:tcPr>
          <w:p w14:paraId="288C040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13.59±7.43</w:t>
            </w:r>
          </w:p>
        </w:tc>
        <w:tc>
          <w:tcPr>
            <w:tcW w:w="1234" w:type="dxa"/>
          </w:tcPr>
          <w:p w14:paraId="1E846AC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14.94±6.79</w:t>
            </w:r>
          </w:p>
        </w:tc>
        <w:tc>
          <w:tcPr>
            <w:tcW w:w="1234" w:type="dxa"/>
          </w:tcPr>
          <w:p w14:paraId="58FFFD2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13.86±7.63</w:t>
            </w:r>
          </w:p>
        </w:tc>
        <w:tc>
          <w:tcPr>
            <w:tcW w:w="1234" w:type="dxa"/>
          </w:tcPr>
          <w:p w14:paraId="6FA06E6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14.67±7.00</w:t>
            </w:r>
          </w:p>
        </w:tc>
        <w:tc>
          <w:tcPr>
            <w:tcW w:w="1234" w:type="dxa"/>
          </w:tcPr>
          <w:p w14:paraId="78B7609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24.650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.005</w:t>
            </w:r>
          </w:p>
        </w:tc>
        <w:tc>
          <w:tcPr>
            <w:tcW w:w="1234" w:type="dxa"/>
          </w:tcPr>
          <w:p w14:paraId="2E00991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1.354 (.258) .001</w:t>
            </w:r>
          </w:p>
        </w:tc>
        <w:tc>
          <w:tcPr>
            <w:tcW w:w="1234" w:type="dxa"/>
          </w:tcPr>
          <w:p w14:paraId="67FD7E9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3.162 (.</w:t>
            </w:r>
            <w:proofErr w:type="gramStart"/>
            <w:r>
              <w:rPr>
                <w:rFonts w:ascii="Times New Roman" w:hAnsi="Times New Roman"/>
                <w:sz w:val="18"/>
              </w:rPr>
              <w:t>042)*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.001</w:t>
            </w:r>
          </w:p>
        </w:tc>
      </w:tr>
      <w:tr w:rsidR="00947F3E" w:rsidRPr="00947F3E" w14:paraId="1DCCDCC1" w14:textId="77777777">
        <w:trPr>
          <w:jc w:val="center"/>
        </w:trPr>
        <w:tc>
          <w:tcPr>
            <w:tcW w:w="1234" w:type="dxa"/>
          </w:tcPr>
          <w:p w14:paraId="07C1EF06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Cross sit-ups (reps)</w:t>
            </w:r>
          </w:p>
        </w:tc>
        <w:tc>
          <w:tcPr>
            <w:tcW w:w="1234" w:type="dxa"/>
            <w:shd w:val="clear" w:color="auto" w:fill="F2F2F2"/>
          </w:tcPr>
          <w:p w14:paraId="35FB66BD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Overall</w:t>
            </w:r>
          </w:p>
        </w:tc>
        <w:tc>
          <w:tcPr>
            <w:tcW w:w="1234" w:type="dxa"/>
          </w:tcPr>
          <w:p w14:paraId="08A13BE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33.09±14.61</w:t>
            </w:r>
          </w:p>
        </w:tc>
        <w:tc>
          <w:tcPr>
            <w:tcW w:w="1234" w:type="dxa"/>
          </w:tcPr>
          <w:p w14:paraId="2C8453B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35.93±14.56</w:t>
            </w:r>
          </w:p>
        </w:tc>
        <w:tc>
          <w:tcPr>
            <w:tcW w:w="1234" w:type="dxa"/>
          </w:tcPr>
          <w:p w14:paraId="6B8BF61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33.76±15.08</w:t>
            </w:r>
          </w:p>
        </w:tc>
        <w:tc>
          <w:tcPr>
            <w:tcW w:w="1234" w:type="dxa"/>
          </w:tcPr>
          <w:p w14:paraId="736D623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35.32±14.93</w:t>
            </w:r>
          </w:p>
        </w:tc>
        <w:tc>
          <w:tcPr>
            <w:tcW w:w="1234" w:type="dxa"/>
          </w:tcPr>
          <w:p w14:paraId="465DD44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37.35±14.88</w:t>
            </w:r>
          </w:p>
        </w:tc>
        <w:tc>
          <w:tcPr>
            <w:tcW w:w="1234" w:type="dxa"/>
          </w:tcPr>
          <w:p w14:paraId="18A5DB8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37.27±14.45</w:t>
            </w:r>
          </w:p>
        </w:tc>
        <w:tc>
          <w:tcPr>
            <w:tcW w:w="1234" w:type="dxa"/>
          </w:tcPr>
          <w:p w14:paraId="2DE45A5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118.666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.005</w:t>
            </w:r>
          </w:p>
        </w:tc>
        <w:tc>
          <w:tcPr>
            <w:tcW w:w="1234" w:type="dxa"/>
          </w:tcPr>
          <w:p w14:paraId="2C6A4BD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12.450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.001</w:t>
            </w:r>
          </w:p>
        </w:tc>
        <w:tc>
          <w:tcPr>
            <w:tcW w:w="1234" w:type="dxa"/>
          </w:tcPr>
          <w:p w14:paraId="04ED471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30.942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.002</w:t>
            </w:r>
          </w:p>
        </w:tc>
      </w:tr>
      <w:tr w:rsidR="00947F3E" w:rsidRPr="00947F3E" w14:paraId="3409CB23" w14:textId="77777777">
        <w:trPr>
          <w:jc w:val="center"/>
        </w:trPr>
        <w:tc>
          <w:tcPr>
            <w:tcW w:w="1234" w:type="dxa"/>
          </w:tcPr>
          <w:p w14:paraId="573D8FB6" w14:textId="77777777" w:rsidR="0077568B" w:rsidRPr="00947F3E" w:rsidRDefault="0077568B"/>
        </w:tc>
        <w:tc>
          <w:tcPr>
            <w:tcW w:w="1234" w:type="dxa"/>
            <w:shd w:val="clear" w:color="auto" w:fill="EAF1F8"/>
          </w:tcPr>
          <w:p w14:paraId="6FBF0A69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Male</w:t>
            </w:r>
          </w:p>
        </w:tc>
        <w:tc>
          <w:tcPr>
            <w:tcW w:w="1234" w:type="dxa"/>
          </w:tcPr>
          <w:p w14:paraId="0EFF616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38.24±11.49</w:t>
            </w:r>
          </w:p>
        </w:tc>
        <w:tc>
          <w:tcPr>
            <w:tcW w:w="1234" w:type="dxa"/>
          </w:tcPr>
          <w:p w14:paraId="764928B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41.03±11.22</w:t>
            </w:r>
          </w:p>
        </w:tc>
        <w:tc>
          <w:tcPr>
            <w:tcW w:w="1234" w:type="dxa"/>
          </w:tcPr>
          <w:p w14:paraId="6FAB4B4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38.82±11.76</w:t>
            </w:r>
          </w:p>
        </w:tc>
        <w:tc>
          <w:tcPr>
            <w:tcW w:w="1234" w:type="dxa"/>
          </w:tcPr>
          <w:p w14:paraId="197373C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40.36±11.43</w:t>
            </w:r>
          </w:p>
        </w:tc>
        <w:tc>
          <w:tcPr>
            <w:tcW w:w="1234" w:type="dxa"/>
          </w:tcPr>
          <w:p w14:paraId="7D2E624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41.61±11.63</w:t>
            </w:r>
          </w:p>
        </w:tc>
        <w:tc>
          <w:tcPr>
            <w:tcW w:w="1234" w:type="dxa"/>
          </w:tcPr>
          <w:p w14:paraId="777E143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41.33±11.36</w:t>
            </w:r>
          </w:p>
        </w:tc>
        <w:tc>
          <w:tcPr>
            <w:tcW w:w="1234" w:type="dxa"/>
          </w:tcPr>
          <w:p w14:paraId="3ADA5FB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102.282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.005</w:t>
            </w:r>
          </w:p>
        </w:tc>
        <w:tc>
          <w:tcPr>
            <w:tcW w:w="1234" w:type="dxa"/>
          </w:tcPr>
          <w:p w14:paraId="6696D24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19.860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.002</w:t>
            </w:r>
          </w:p>
        </w:tc>
        <w:tc>
          <w:tcPr>
            <w:tcW w:w="1234" w:type="dxa"/>
          </w:tcPr>
          <w:p w14:paraId="430F10F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32.714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.003</w:t>
            </w:r>
          </w:p>
        </w:tc>
      </w:tr>
      <w:tr w:rsidR="00947F3E" w:rsidRPr="00947F3E" w14:paraId="3CC56918" w14:textId="77777777">
        <w:trPr>
          <w:jc w:val="center"/>
        </w:trPr>
        <w:tc>
          <w:tcPr>
            <w:tcW w:w="1234" w:type="dxa"/>
          </w:tcPr>
          <w:p w14:paraId="76C2D288" w14:textId="77777777" w:rsidR="0077568B" w:rsidRPr="00947F3E" w:rsidRDefault="0077568B"/>
        </w:tc>
        <w:tc>
          <w:tcPr>
            <w:tcW w:w="1234" w:type="dxa"/>
            <w:shd w:val="clear" w:color="auto" w:fill="FBE5E6"/>
          </w:tcPr>
          <w:p w14:paraId="2B139CED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Female</w:t>
            </w:r>
          </w:p>
        </w:tc>
        <w:tc>
          <w:tcPr>
            <w:tcW w:w="1234" w:type="dxa"/>
          </w:tcPr>
          <w:p w14:paraId="2A77EAC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18.81±11.60</w:t>
            </w:r>
          </w:p>
        </w:tc>
        <w:tc>
          <w:tcPr>
            <w:tcW w:w="1234" w:type="dxa"/>
          </w:tcPr>
          <w:p w14:paraId="557643A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21.90±12.31</w:t>
            </w:r>
          </w:p>
        </w:tc>
        <w:tc>
          <w:tcPr>
            <w:tcW w:w="1234" w:type="dxa"/>
          </w:tcPr>
          <w:p w14:paraId="350E77C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17.21±11.98</w:t>
            </w:r>
          </w:p>
        </w:tc>
        <w:tc>
          <w:tcPr>
            <w:tcW w:w="1234" w:type="dxa"/>
          </w:tcPr>
          <w:p w14:paraId="071698F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19.79±12.23</w:t>
            </w:r>
          </w:p>
        </w:tc>
        <w:tc>
          <w:tcPr>
            <w:tcW w:w="1234" w:type="dxa"/>
          </w:tcPr>
          <w:p w14:paraId="08F6022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18.89±12.69</w:t>
            </w:r>
          </w:p>
        </w:tc>
        <w:tc>
          <w:tcPr>
            <w:tcW w:w="1234" w:type="dxa"/>
          </w:tcPr>
          <w:p w14:paraId="60BCAF1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20.54±12.15</w:t>
            </w:r>
          </w:p>
        </w:tc>
        <w:tc>
          <w:tcPr>
            <w:tcW w:w="1234" w:type="dxa"/>
          </w:tcPr>
          <w:p w14:paraId="4196C06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29.236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.005</w:t>
            </w:r>
          </w:p>
        </w:tc>
        <w:tc>
          <w:tcPr>
            <w:tcW w:w="1234" w:type="dxa"/>
          </w:tcPr>
          <w:p w14:paraId="4F610E1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0.211 (.809) .000</w:t>
            </w:r>
          </w:p>
        </w:tc>
        <w:tc>
          <w:tcPr>
            <w:tcW w:w="1234" w:type="dxa"/>
          </w:tcPr>
          <w:p w14:paraId="5966187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1.281 (.278) .000</w:t>
            </w:r>
          </w:p>
        </w:tc>
      </w:tr>
      <w:tr w:rsidR="00947F3E" w:rsidRPr="00947F3E" w14:paraId="178B780C" w14:textId="77777777">
        <w:trPr>
          <w:jc w:val="center"/>
        </w:trPr>
        <w:tc>
          <w:tcPr>
            <w:tcW w:w="1234" w:type="dxa"/>
          </w:tcPr>
          <w:p w14:paraId="7C5D8BB7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Standing long jump (cm)</w:t>
            </w:r>
          </w:p>
        </w:tc>
        <w:tc>
          <w:tcPr>
            <w:tcW w:w="1234" w:type="dxa"/>
            <w:shd w:val="clear" w:color="auto" w:fill="F2F2F2"/>
          </w:tcPr>
          <w:p w14:paraId="2BC5EF0E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Overall</w:t>
            </w:r>
          </w:p>
        </w:tc>
        <w:tc>
          <w:tcPr>
            <w:tcW w:w="1234" w:type="dxa"/>
          </w:tcPr>
          <w:p w14:paraId="6370C46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184.83±38.46</w:t>
            </w:r>
          </w:p>
        </w:tc>
        <w:tc>
          <w:tcPr>
            <w:tcW w:w="1234" w:type="dxa"/>
          </w:tcPr>
          <w:p w14:paraId="782C695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189.31±37.63</w:t>
            </w:r>
          </w:p>
        </w:tc>
        <w:tc>
          <w:tcPr>
            <w:tcW w:w="1234" w:type="dxa"/>
          </w:tcPr>
          <w:p w14:paraId="5AD2A72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188.56±39.16</w:t>
            </w:r>
          </w:p>
        </w:tc>
        <w:tc>
          <w:tcPr>
            <w:tcW w:w="1234" w:type="dxa"/>
          </w:tcPr>
          <w:p w14:paraId="5E62FD3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190.66±38.68</w:t>
            </w:r>
          </w:p>
        </w:tc>
        <w:tc>
          <w:tcPr>
            <w:tcW w:w="1234" w:type="dxa"/>
          </w:tcPr>
          <w:p w14:paraId="169A4CA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197.02±37.06</w:t>
            </w:r>
          </w:p>
        </w:tc>
        <w:tc>
          <w:tcPr>
            <w:tcW w:w="1234" w:type="dxa"/>
          </w:tcPr>
          <w:p w14:paraId="387C6D2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196.30±36.37</w:t>
            </w:r>
          </w:p>
        </w:tc>
        <w:tc>
          <w:tcPr>
            <w:tcW w:w="1234" w:type="dxa"/>
          </w:tcPr>
          <w:p w14:paraId="1875398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30.628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.002</w:t>
            </w:r>
          </w:p>
        </w:tc>
        <w:tc>
          <w:tcPr>
            <w:tcW w:w="1234" w:type="dxa"/>
          </w:tcPr>
          <w:p w14:paraId="642BE1C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11.192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.001</w:t>
            </w:r>
          </w:p>
        </w:tc>
        <w:tc>
          <w:tcPr>
            <w:tcW w:w="1234" w:type="dxa"/>
          </w:tcPr>
          <w:p w14:paraId="0280856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11.160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.001</w:t>
            </w:r>
          </w:p>
        </w:tc>
      </w:tr>
      <w:tr w:rsidR="00947F3E" w:rsidRPr="00947F3E" w14:paraId="4289B908" w14:textId="77777777">
        <w:trPr>
          <w:jc w:val="center"/>
        </w:trPr>
        <w:tc>
          <w:tcPr>
            <w:tcW w:w="1234" w:type="dxa"/>
          </w:tcPr>
          <w:p w14:paraId="5C8928D8" w14:textId="77777777" w:rsidR="0077568B" w:rsidRPr="00947F3E" w:rsidRDefault="0077568B"/>
        </w:tc>
        <w:tc>
          <w:tcPr>
            <w:tcW w:w="1234" w:type="dxa"/>
            <w:shd w:val="clear" w:color="auto" w:fill="EAF1F8"/>
          </w:tcPr>
          <w:p w14:paraId="14F0D810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Male</w:t>
            </w:r>
          </w:p>
        </w:tc>
        <w:tc>
          <w:tcPr>
            <w:tcW w:w="1234" w:type="dxa"/>
          </w:tcPr>
          <w:p w14:paraId="769D9F5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201.12±26.34</w:t>
            </w:r>
          </w:p>
        </w:tc>
        <w:tc>
          <w:tcPr>
            <w:tcW w:w="1234" w:type="dxa"/>
          </w:tcPr>
          <w:p w14:paraId="17F7FD3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205.33±25.54</w:t>
            </w:r>
          </w:p>
        </w:tc>
        <w:tc>
          <w:tcPr>
            <w:tcW w:w="1234" w:type="dxa"/>
          </w:tcPr>
          <w:p w14:paraId="1FBB059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203.60±26.78</w:t>
            </w:r>
          </w:p>
        </w:tc>
        <w:tc>
          <w:tcPr>
            <w:tcW w:w="1234" w:type="dxa"/>
          </w:tcPr>
          <w:p w14:paraId="64D187E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205.60±25.94</w:t>
            </w:r>
          </w:p>
        </w:tc>
        <w:tc>
          <w:tcPr>
            <w:tcW w:w="1234" w:type="dxa"/>
          </w:tcPr>
          <w:p w14:paraId="5557AF4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208.57±26.31</w:t>
            </w:r>
          </w:p>
        </w:tc>
        <w:tc>
          <w:tcPr>
            <w:tcW w:w="1234" w:type="dxa"/>
          </w:tcPr>
          <w:p w14:paraId="1FEB915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208.21±25.02</w:t>
            </w:r>
          </w:p>
        </w:tc>
        <w:tc>
          <w:tcPr>
            <w:tcW w:w="1234" w:type="dxa"/>
          </w:tcPr>
          <w:p w14:paraId="2B33244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22.842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.002</w:t>
            </w:r>
          </w:p>
        </w:tc>
        <w:tc>
          <w:tcPr>
            <w:tcW w:w="1234" w:type="dxa"/>
          </w:tcPr>
          <w:p w14:paraId="640271D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10.200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.002</w:t>
            </w:r>
          </w:p>
        </w:tc>
        <w:tc>
          <w:tcPr>
            <w:tcW w:w="1234" w:type="dxa"/>
          </w:tcPr>
          <w:p w14:paraId="4CD5D64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8.411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.001</w:t>
            </w:r>
          </w:p>
        </w:tc>
      </w:tr>
      <w:tr w:rsidR="00947F3E" w:rsidRPr="00947F3E" w14:paraId="3B044D49" w14:textId="77777777">
        <w:trPr>
          <w:jc w:val="center"/>
        </w:trPr>
        <w:tc>
          <w:tcPr>
            <w:tcW w:w="1234" w:type="dxa"/>
          </w:tcPr>
          <w:p w14:paraId="388C48F0" w14:textId="77777777" w:rsidR="0077568B" w:rsidRPr="00947F3E" w:rsidRDefault="0077568B"/>
        </w:tc>
        <w:tc>
          <w:tcPr>
            <w:tcW w:w="1234" w:type="dxa"/>
            <w:shd w:val="clear" w:color="auto" w:fill="FBE5E6"/>
          </w:tcPr>
          <w:p w14:paraId="78D701A4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Female</w:t>
            </w:r>
          </w:p>
        </w:tc>
        <w:tc>
          <w:tcPr>
            <w:tcW w:w="1234" w:type="dxa"/>
          </w:tcPr>
          <w:p w14:paraId="6B66E45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135.35±25.55</w:t>
            </w:r>
          </w:p>
        </w:tc>
        <w:tc>
          <w:tcPr>
            <w:tcW w:w="1234" w:type="dxa"/>
          </w:tcPr>
          <w:p w14:paraId="6552CFD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140.95±24.54</w:t>
            </w:r>
          </w:p>
        </w:tc>
        <w:tc>
          <w:tcPr>
            <w:tcW w:w="1234" w:type="dxa"/>
          </w:tcPr>
          <w:p w14:paraId="34FD780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132.69±27.66</w:t>
            </w:r>
          </w:p>
        </w:tc>
        <w:tc>
          <w:tcPr>
            <w:tcW w:w="1234" w:type="dxa"/>
          </w:tcPr>
          <w:p w14:paraId="7AF1779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135.91±26.13</w:t>
            </w:r>
          </w:p>
        </w:tc>
        <w:tc>
          <w:tcPr>
            <w:tcW w:w="1234" w:type="dxa"/>
          </w:tcPr>
          <w:p w14:paraId="1C866CD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136.69±27.96</w:t>
            </w:r>
          </w:p>
        </w:tc>
        <w:tc>
          <w:tcPr>
            <w:tcW w:w="1234" w:type="dxa"/>
          </w:tcPr>
          <w:p w14:paraId="6C09835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139.30±25.78</w:t>
            </w:r>
          </w:p>
        </w:tc>
        <w:tc>
          <w:tcPr>
            <w:tcW w:w="1234" w:type="dxa"/>
          </w:tcPr>
          <w:p w14:paraId="44006C4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9.796 (.</w:t>
            </w:r>
            <w:proofErr w:type="gramStart"/>
            <w:r>
              <w:rPr>
                <w:rFonts w:ascii="Times New Roman" w:hAnsi="Times New Roman"/>
                <w:sz w:val="18"/>
              </w:rPr>
              <w:t>002)*</w:t>
            </w:r>
            <w:proofErr w:type="gramEnd"/>
            <w:r>
              <w:rPr>
                <w:rFonts w:ascii="Times New Roman" w:hAnsi="Times New Roman"/>
                <w:sz w:val="18"/>
              </w:rPr>
              <w:t>* .003</w:t>
            </w:r>
          </w:p>
        </w:tc>
        <w:tc>
          <w:tcPr>
            <w:tcW w:w="1234" w:type="dxa"/>
          </w:tcPr>
          <w:p w14:paraId="5F46F1A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0.649 (.523) .000</w:t>
            </w:r>
          </w:p>
        </w:tc>
        <w:tc>
          <w:tcPr>
            <w:tcW w:w="1234" w:type="dxa"/>
          </w:tcPr>
          <w:p w14:paraId="3FB26CC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1.419 (.242) .001</w:t>
            </w:r>
          </w:p>
        </w:tc>
      </w:tr>
      <w:tr w:rsidR="00947F3E" w:rsidRPr="00947F3E" w14:paraId="1A798090" w14:textId="77777777">
        <w:trPr>
          <w:jc w:val="center"/>
        </w:trPr>
        <w:tc>
          <w:tcPr>
            <w:tcW w:w="1234" w:type="dxa"/>
          </w:tcPr>
          <w:p w14:paraId="2F15C36F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VO₂max-shuttle</w:t>
            </w:r>
            <w:proofErr w:type="spellEnd"/>
          </w:p>
        </w:tc>
        <w:tc>
          <w:tcPr>
            <w:tcW w:w="1234" w:type="dxa"/>
            <w:shd w:val="clear" w:color="auto" w:fill="F2F2F2"/>
          </w:tcPr>
          <w:p w14:paraId="70F751F6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Overall</w:t>
            </w:r>
          </w:p>
        </w:tc>
        <w:tc>
          <w:tcPr>
            <w:tcW w:w="1234" w:type="dxa"/>
          </w:tcPr>
          <w:p w14:paraId="5B1045F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36.11±5.58</w:t>
            </w:r>
          </w:p>
        </w:tc>
        <w:tc>
          <w:tcPr>
            <w:tcW w:w="1234" w:type="dxa"/>
          </w:tcPr>
          <w:p w14:paraId="1A5A3CC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37.80±5.84</w:t>
            </w:r>
          </w:p>
        </w:tc>
        <w:tc>
          <w:tcPr>
            <w:tcW w:w="1234" w:type="dxa"/>
          </w:tcPr>
          <w:p w14:paraId="12D967E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36.71±5.66</w:t>
            </w:r>
          </w:p>
        </w:tc>
        <w:tc>
          <w:tcPr>
            <w:tcW w:w="1234" w:type="dxa"/>
          </w:tcPr>
          <w:p w14:paraId="397477D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37.01±5.84</w:t>
            </w:r>
          </w:p>
        </w:tc>
        <w:tc>
          <w:tcPr>
            <w:tcW w:w="1234" w:type="dxa"/>
          </w:tcPr>
          <w:p w14:paraId="44273CC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38.11±5.64</w:t>
            </w:r>
          </w:p>
        </w:tc>
        <w:tc>
          <w:tcPr>
            <w:tcW w:w="1234" w:type="dxa"/>
          </w:tcPr>
          <w:p w14:paraId="3053F39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37.05±5.69</w:t>
            </w:r>
          </w:p>
        </w:tc>
        <w:tc>
          <w:tcPr>
            <w:tcW w:w="1234" w:type="dxa"/>
          </w:tcPr>
          <w:p w14:paraId="1FB5ACE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120.178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.021</w:t>
            </w:r>
          </w:p>
        </w:tc>
        <w:tc>
          <w:tcPr>
            <w:tcW w:w="1234" w:type="dxa"/>
          </w:tcPr>
          <w:p w14:paraId="17B6A56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0.051 (.950) .000</w:t>
            </w:r>
          </w:p>
        </w:tc>
        <w:tc>
          <w:tcPr>
            <w:tcW w:w="1234" w:type="dxa"/>
          </w:tcPr>
          <w:p w14:paraId="54F3726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47.257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.017</w:t>
            </w:r>
          </w:p>
        </w:tc>
      </w:tr>
      <w:tr w:rsidR="00947F3E" w:rsidRPr="00947F3E" w14:paraId="4E34CD3E" w14:textId="77777777">
        <w:trPr>
          <w:jc w:val="center"/>
        </w:trPr>
        <w:tc>
          <w:tcPr>
            <w:tcW w:w="1234" w:type="dxa"/>
          </w:tcPr>
          <w:p w14:paraId="4245DA4C" w14:textId="77777777" w:rsidR="0077568B" w:rsidRPr="00947F3E" w:rsidRDefault="0077568B"/>
        </w:tc>
        <w:tc>
          <w:tcPr>
            <w:tcW w:w="1234" w:type="dxa"/>
            <w:shd w:val="clear" w:color="auto" w:fill="EAF1F8"/>
          </w:tcPr>
          <w:p w14:paraId="0CD4621D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Male</w:t>
            </w:r>
          </w:p>
        </w:tc>
        <w:tc>
          <w:tcPr>
            <w:tcW w:w="1234" w:type="dxa"/>
          </w:tcPr>
          <w:p w14:paraId="4AC4B77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38.40±4.20</w:t>
            </w:r>
          </w:p>
        </w:tc>
        <w:tc>
          <w:tcPr>
            <w:tcW w:w="1234" w:type="dxa"/>
          </w:tcPr>
          <w:p w14:paraId="77BF54A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39.99±4.52</w:t>
            </w:r>
          </w:p>
        </w:tc>
        <w:tc>
          <w:tcPr>
            <w:tcW w:w="1234" w:type="dxa"/>
          </w:tcPr>
          <w:p w14:paraId="021E7CC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38.50±4.46</w:t>
            </w:r>
          </w:p>
        </w:tc>
        <w:tc>
          <w:tcPr>
            <w:tcW w:w="1234" w:type="dxa"/>
          </w:tcPr>
          <w:p w14:paraId="66A4D10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38.82±4.66</w:t>
            </w:r>
          </w:p>
        </w:tc>
        <w:tc>
          <w:tcPr>
            <w:tcW w:w="1234" w:type="dxa"/>
          </w:tcPr>
          <w:p w14:paraId="5BF4D0D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39.96±4.22</w:t>
            </w:r>
          </w:p>
        </w:tc>
        <w:tc>
          <w:tcPr>
            <w:tcW w:w="1234" w:type="dxa"/>
          </w:tcPr>
          <w:p w14:paraId="59FDA9C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38.81±4.50</w:t>
            </w:r>
          </w:p>
        </w:tc>
        <w:tc>
          <w:tcPr>
            <w:tcW w:w="1234" w:type="dxa"/>
          </w:tcPr>
          <w:p w14:paraId="7366AB3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86.976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.020</w:t>
            </w:r>
          </w:p>
        </w:tc>
        <w:tc>
          <w:tcPr>
            <w:tcW w:w="1234" w:type="dxa"/>
          </w:tcPr>
          <w:p w14:paraId="44C3C6E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0.034 (.967) .000</w:t>
            </w:r>
          </w:p>
        </w:tc>
        <w:tc>
          <w:tcPr>
            <w:tcW w:w="1234" w:type="dxa"/>
          </w:tcPr>
          <w:p w14:paraId="25B28F6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35.454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.016</w:t>
            </w:r>
          </w:p>
        </w:tc>
      </w:tr>
      <w:tr w:rsidR="00947F3E" w:rsidRPr="00947F3E" w14:paraId="4628C9AA" w14:textId="77777777">
        <w:trPr>
          <w:jc w:val="center"/>
        </w:trPr>
        <w:tc>
          <w:tcPr>
            <w:tcW w:w="1234" w:type="dxa"/>
          </w:tcPr>
          <w:p w14:paraId="5AB2A767" w14:textId="77777777" w:rsidR="0077568B" w:rsidRPr="00947F3E" w:rsidRDefault="0077568B"/>
        </w:tc>
        <w:tc>
          <w:tcPr>
            <w:tcW w:w="1234" w:type="dxa"/>
            <w:shd w:val="clear" w:color="auto" w:fill="FBE5E6"/>
          </w:tcPr>
          <w:p w14:paraId="12CCF921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Female</w:t>
            </w:r>
          </w:p>
        </w:tc>
        <w:tc>
          <w:tcPr>
            <w:tcW w:w="1234" w:type="dxa"/>
          </w:tcPr>
          <w:p w14:paraId="5C7E313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28.88±2.33</w:t>
            </w:r>
          </w:p>
        </w:tc>
        <w:tc>
          <w:tcPr>
            <w:tcW w:w="1234" w:type="dxa"/>
          </w:tcPr>
          <w:p w14:paraId="7033F19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30.36±2.53</w:t>
            </w:r>
          </w:p>
        </w:tc>
        <w:tc>
          <w:tcPr>
            <w:tcW w:w="1234" w:type="dxa"/>
          </w:tcPr>
          <w:p w14:paraId="13C7EE1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28.65±2.46</w:t>
            </w:r>
          </w:p>
        </w:tc>
        <w:tc>
          <w:tcPr>
            <w:tcW w:w="1234" w:type="dxa"/>
          </w:tcPr>
          <w:p w14:paraId="7804F5A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29.26±2.73</w:t>
            </w:r>
          </w:p>
        </w:tc>
        <w:tc>
          <w:tcPr>
            <w:tcW w:w="1234" w:type="dxa"/>
          </w:tcPr>
          <w:p w14:paraId="71506AE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28.99±2.64</w:t>
            </w:r>
          </w:p>
        </w:tc>
        <w:tc>
          <w:tcPr>
            <w:tcW w:w="1234" w:type="dxa"/>
          </w:tcPr>
          <w:p w14:paraId="3521B69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28.80±2.64</w:t>
            </w:r>
          </w:p>
        </w:tc>
        <w:tc>
          <w:tcPr>
            <w:tcW w:w="1234" w:type="dxa"/>
          </w:tcPr>
          <w:p w14:paraId="6967CD1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56.239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.047</w:t>
            </w:r>
          </w:p>
        </w:tc>
        <w:tc>
          <w:tcPr>
            <w:tcW w:w="1234" w:type="dxa"/>
          </w:tcPr>
          <w:p w14:paraId="4E34220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1.012 (.364) .002</w:t>
            </w:r>
          </w:p>
        </w:tc>
        <w:tc>
          <w:tcPr>
            <w:tcW w:w="1234" w:type="dxa"/>
          </w:tcPr>
          <w:p w14:paraId="410A609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16.517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.028</w:t>
            </w:r>
          </w:p>
        </w:tc>
      </w:tr>
      <w:tr w:rsidR="00947F3E" w:rsidRPr="00947F3E" w14:paraId="34916378" w14:textId="77777777">
        <w:trPr>
          <w:jc w:val="center"/>
        </w:trPr>
        <w:tc>
          <w:tcPr>
            <w:tcW w:w="1234" w:type="dxa"/>
          </w:tcPr>
          <w:p w14:paraId="25CD50CE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VO₂max-step</w:t>
            </w:r>
            <w:proofErr w:type="spellEnd"/>
          </w:p>
        </w:tc>
        <w:tc>
          <w:tcPr>
            <w:tcW w:w="1234" w:type="dxa"/>
            <w:shd w:val="clear" w:color="auto" w:fill="F2F2F2"/>
          </w:tcPr>
          <w:p w14:paraId="50A1C4B4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Overall</w:t>
            </w:r>
          </w:p>
        </w:tc>
        <w:tc>
          <w:tcPr>
            <w:tcW w:w="1234" w:type="dxa"/>
          </w:tcPr>
          <w:p w14:paraId="69040D5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38.00±5.85</w:t>
            </w:r>
          </w:p>
        </w:tc>
        <w:tc>
          <w:tcPr>
            <w:tcW w:w="1234" w:type="dxa"/>
          </w:tcPr>
          <w:p w14:paraId="5B81E98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39.69±5.88</w:t>
            </w:r>
          </w:p>
        </w:tc>
        <w:tc>
          <w:tcPr>
            <w:tcW w:w="1234" w:type="dxa"/>
          </w:tcPr>
          <w:p w14:paraId="21E7B43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38.33±5.77</w:t>
            </w:r>
          </w:p>
        </w:tc>
        <w:tc>
          <w:tcPr>
            <w:tcW w:w="1234" w:type="dxa"/>
          </w:tcPr>
          <w:p w14:paraId="50FA286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38.86±5.72</w:t>
            </w:r>
          </w:p>
        </w:tc>
        <w:tc>
          <w:tcPr>
            <w:tcW w:w="1234" w:type="dxa"/>
          </w:tcPr>
          <w:p w14:paraId="27EBEF2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39.76±5.38</w:t>
            </w:r>
          </w:p>
        </w:tc>
        <w:tc>
          <w:tcPr>
            <w:tcW w:w="1234" w:type="dxa"/>
          </w:tcPr>
          <w:p w14:paraId="214168F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39.07±5.26</w:t>
            </w:r>
          </w:p>
        </w:tc>
        <w:tc>
          <w:tcPr>
            <w:tcW w:w="1234" w:type="dxa"/>
          </w:tcPr>
          <w:p w14:paraId="656439A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236.805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.018</w:t>
            </w:r>
          </w:p>
        </w:tc>
        <w:tc>
          <w:tcPr>
            <w:tcW w:w="1234" w:type="dxa"/>
          </w:tcPr>
          <w:p w14:paraId="51055DF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6.003 (.</w:t>
            </w:r>
            <w:proofErr w:type="gramStart"/>
            <w:r>
              <w:rPr>
                <w:rFonts w:ascii="Times New Roman" w:hAnsi="Times New Roman"/>
                <w:sz w:val="18"/>
              </w:rPr>
              <w:t>002)*</w:t>
            </w:r>
            <w:proofErr w:type="gramEnd"/>
            <w:r>
              <w:rPr>
                <w:rFonts w:ascii="Times New Roman" w:hAnsi="Times New Roman"/>
                <w:sz w:val="18"/>
              </w:rPr>
              <w:t>* .001</w:t>
            </w:r>
          </w:p>
        </w:tc>
        <w:tc>
          <w:tcPr>
            <w:tcW w:w="1234" w:type="dxa"/>
          </w:tcPr>
          <w:p w14:paraId="55F1B3F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139.183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.021</w:t>
            </w:r>
          </w:p>
        </w:tc>
      </w:tr>
      <w:tr w:rsidR="00947F3E" w:rsidRPr="00947F3E" w14:paraId="402ECC97" w14:textId="77777777">
        <w:trPr>
          <w:jc w:val="center"/>
        </w:trPr>
        <w:tc>
          <w:tcPr>
            <w:tcW w:w="1234" w:type="dxa"/>
          </w:tcPr>
          <w:p w14:paraId="48A1C58A" w14:textId="77777777" w:rsidR="0077568B" w:rsidRPr="00947F3E" w:rsidRDefault="0077568B"/>
        </w:tc>
        <w:tc>
          <w:tcPr>
            <w:tcW w:w="1234" w:type="dxa"/>
            <w:shd w:val="clear" w:color="auto" w:fill="EAF1F8"/>
          </w:tcPr>
          <w:p w14:paraId="01241BE6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Male</w:t>
            </w:r>
          </w:p>
        </w:tc>
        <w:tc>
          <w:tcPr>
            <w:tcW w:w="1234" w:type="dxa"/>
          </w:tcPr>
          <w:p w14:paraId="614EF51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40.46±4.24</w:t>
            </w:r>
          </w:p>
        </w:tc>
        <w:tc>
          <w:tcPr>
            <w:tcW w:w="1234" w:type="dxa"/>
          </w:tcPr>
          <w:p w14:paraId="2D1D1F1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42.05±4.30</w:t>
            </w:r>
          </w:p>
        </w:tc>
        <w:tc>
          <w:tcPr>
            <w:tcW w:w="1234" w:type="dxa"/>
          </w:tcPr>
          <w:p w14:paraId="513F83D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40.46±4.26</w:t>
            </w:r>
          </w:p>
        </w:tc>
        <w:tc>
          <w:tcPr>
            <w:tcW w:w="1234" w:type="dxa"/>
          </w:tcPr>
          <w:p w14:paraId="0CB17C9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40.84±4.23</w:t>
            </w:r>
          </w:p>
        </w:tc>
        <w:tc>
          <w:tcPr>
            <w:tcW w:w="1234" w:type="dxa"/>
          </w:tcPr>
          <w:p w14:paraId="10056A2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41.27±4.10</w:t>
            </w:r>
          </w:p>
        </w:tc>
        <w:tc>
          <w:tcPr>
            <w:tcW w:w="1234" w:type="dxa"/>
          </w:tcPr>
          <w:p w14:paraId="3AC5FD9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40.52±4.04</w:t>
            </w:r>
          </w:p>
        </w:tc>
        <w:tc>
          <w:tcPr>
            <w:tcW w:w="1234" w:type="dxa"/>
          </w:tcPr>
          <w:p w14:paraId="589F204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175.802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.017</w:t>
            </w:r>
          </w:p>
        </w:tc>
        <w:tc>
          <w:tcPr>
            <w:tcW w:w="1234" w:type="dxa"/>
          </w:tcPr>
          <w:p w14:paraId="6BA68FD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2.892 (.056) .001</w:t>
            </w:r>
          </w:p>
        </w:tc>
        <w:tc>
          <w:tcPr>
            <w:tcW w:w="1234" w:type="dxa"/>
          </w:tcPr>
          <w:p w14:paraId="6FE85C6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115.688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.022</w:t>
            </w:r>
          </w:p>
        </w:tc>
      </w:tr>
      <w:tr w:rsidR="00947F3E" w:rsidRPr="00947F3E" w14:paraId="7EF68B49" w14:textId="77777777">
        <w:trPr>
          <w:jc w:val="center"/>
        </w:trPr>
        <w:tc>
          <w:tcPr>
            <w:tcW w:w="1234" w:type="dxa"/>
          </w:tcPr>
          <w:p w14:paraId="5E6B9498" w14:textId="77777777" w:rsidR="0077568B" w:rsidRPr="00947F3E" w:rsidRDefault="0077568B"/>
        </w:tc>
        <w:tc>
          <w:tcPr>
            <w:tcW w:w="1234" w:type="dxa"/>
            <w:shd w:val="clear" w:color="auto" w:fill="FBE5E6"/>
          </w:tcPr>
          <w:p w14:paraId="60307FF5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Female</w:t>
            </w:r>
          </w:p>
        </w:tc>
        <w:tc>
          <w:tcPr>
            <w:tcW w:w="1234" w:type="dxa"/>
          </w:tcPr>
          <w:p w14:paraId="3FA9B3B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30.36±2.94</w:t>
            </w:r>
          </w:p>
        </w:tc>
        <w:tc>
          <w:tcPr>
            <w:tcW w:w="1234" w:type="dxa"/>
          </w:tcPr>
          <w:p w14:paraId="6C5F776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32.10±3.22</w:t>
            </w:r>
          </w:p>
        </w:tc>
        <w:tc>
          <w:tcPr>
            <w:tcW w:w="1234" w:type="dxa"/>
          </w:tcPr>
          <w:p w14:paraId="257465B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30.24±2.86</w:t>
            </w:r>
          </w:p>
        </w:tc>
        <w:tc>
          <w:tcPr>
            <w:tcW w:w="1234" w:type="dxa"/>
          </w:tcPr>
          <w:p w14:paraId="7D6DDE7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30.81±2.89</w:t>
            </w:r>
          </w:p>
        </w:tc>
        <w:tc>
          <w:tcPr>
            <w:tcW w:w="1234" w:type="dxa"/>
          </w:tcPr>
          <w:p w14:paraId="7AFD3B2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31.00±2.95</w:t>
            </w:r>
          </w:p>
        </w:tc>
        <w:tc>
          <w:tcPr>
            <w:tcW w:w="1234" w:type="dxa"/>
          </w:tcPr>
          <w:p w14:paraId="5FD3F83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30.75±2.98</w:t>
            </w:r>
          </w:p>
        </w:tc>
        <w:tc>
          <w:tcPr>
            <w:tcW w:w="1234" w:type="dxa"/>
          </w:tcPr>
          <w:p w14:paraId="61E5A80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96.782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.037</w:t>
            </w:r>
          </w:p>
        </w:tc>
        <w:tc>
          <w:tcPr>
            <w:tcW w:w="1234" w:type="dxa"/>
          </w:tcPr>
          <w:p w14:paraId="426CC74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2.611 (.074) .002</w:t>
            </w:r>
          </w:p>
        </w:tc>
        <w:tc>
          <w:tcPr>
            <w:tcW w:w="1234" w:type="dxa"/>
          </w:tcPr>
          <w:p w14:paraId="6226A0E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34.645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.027</w:t>
            </w:r>
          </w:p>
        </w:tc>
      </w:tr>
      <w:tr w:rsidR="00947F3E" w:rsidRPr="00947F3E" w14:paraId="26886805" w14:textId="77777777">
        <w:trPr>
          <w:jc w:val="center"/>
        </w:trPr>
        <w:tc>
          <w:tcPr>
            <w:tcW w:w="1234" w:type="dxa"/>
          </w:tcPr>
          <w:p w14:paraId="534A6E86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Reaction time (s)</w:t>
            </w:r>
          </w:p>
        </w:tc>
        <w:tc>
          <w:tcPr>
            <w:tcW w:w="1234" w:type="dxa"/>
            <w:shd w:val="clear" w:color="auto" w:fill="F2F2F2"/>
          </w:tcPr>
          <w:p w14:paraId="697EE005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Overall</w:t>
            </w:r>
          </w:p>
        </w:tc>
        <w:tc>
          <w:tcPr>
            <w:tcW w:w="1234" w:type="dxa"/>
          </w:tcPr>
          <w:p w14:paraId="43651BB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0.367±0.055</w:t>
            </w:r>
          </w:p>
        </w:tc>
        <w:tc>
          <w:tcPr>
            <w:tcW w:w="1234" w:type="dxa"/>
          </w:tcPr>
          <w:p w14:paraId="18E658D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0.356±0.051</w:t>
            </w:r>
          </w:p>
        </w:tc>
        <w:tc>
          <w:tcPr>
            <w:tcW w:w="1234" w:type="dxa"/>
          </w:tcPr>
          <w:p w14:paraId="57EBCE0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0.364±0.055</w:t>
            </w:r>
          </w:p>
        </w:tc>
        <w:tc>
          <w:tcPr>
            <w:tcW w:w="1234" w:type="dxa"/>
          </w:tcPr>
          <w:p w14:paraId="0C4BE82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0.357±0.051</w:t>
            </w:r>
          </w:p>
        </w:tc>
        <w:tc>
          <w:tcPr>
            <w:tcW w:w="1234" w:type="dxa"/>
          </w:tcPr>
          <w:p w14:paraId="571581B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0.358±0.050</w:t>
            </w:r>
          </w:p>
        </w:tc>
        <w:tc>
          <w:tcPr>
            <w:tcW w:w="1234" w:type="dxa"/>
          </w:tcPr>
          <w:p w14:paraId="6F1F5FF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0.355±0.049</w:t>
            </w:r>
          </w:p>
        </w:tc>
        <w:tc>
          <w:tcPr>
            <w:tcW w:w="1234" w:type="dxa"/>
          </w:tcPr>
          <w:p w14:paraId="21B16FE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68.331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.004</w:t>
            </w:r>
          </w:p>
        </w:tc>
        <w:tc>
          <w:tcPr>
            <w:tcW w:w="1234" w:type="dxa"/>
          </w:tcPr>
          <w:p w14:paraId="2F1FD83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3.668 (.</w:t>
            </w:r>
            <w:proofErr w:type="gramStart"/>
            <w:r>
              <w:rPr>
                <w:rFonts w:ascii="Times New Roman" w:hAnsi="Times New Roman"/>
                <w:sz w:val="18"/>
              </w:rPr>
              <w:t>026)*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.000</w:t>
            </w:r>
          </w:p>
        </w:tc>
        <w:tc>
          <w:tcPr>
            <w:tcW w:w="1234" w:type="dxa"/>
          </w:tcPr>
          <w:p w14:paraId="73B5F51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7.262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.001</w:t>
            </w:r>
          </w:p>
        </w:tc>
      </w:tr>
      <w:tr w:rsidR="00947F3E" w:rsidRPr="00947F3E" w14:paraId="62FC7459" w14:textId="77777777">
        <w:trPr>
          <w:jc w:val="center"/>
        </w:trPr>
        <w:tc>
          <w:tcPr>
            <w:tcW w:w="1234" w:type="dxa"/>
          </w:tcPr>
          <w:p w14:paraId="5A0B5A9C" w14:textId="77777777" w:rsidR="0077568B" w:rsidRPr="00947F3E" w:rsidRDefault="0077568B"/>
        </w:tc>
        <w:tc>
          <w:tcPr>
            <w:tcW w:w="1234" w:type="dxa"/>
            <w:shd w:val="clear" w:color="auto" w:fill="EAF1F8"/>
          </w:tcPr>
          <w:p w14:paraId="00A007DD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Male</w:t>
            </w:r>
          </w:p>
        </w:tc>
        <w:tc>
          <w:tcPr>
            <w:tcW w:w="1234" w:type="dxa"/>
          </w:tcPr>
          <w:p w14:paraId="165A601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0.354±0.047</w:t>
            </w:r>
          </w:p>
        </w:tc>
        <w:tc>
          <w:tcPr>
            <w:tcW w:w="1234" w:type="dxa"/>
          </w:tcPr>
          <w:p w14:paraId="2423F0D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0.345±0.045</w:t>
            </w:r>
          </w:p>
        </w:tc>
        <w:tc>
          <w:tcPr>
            <w:tcW w:w="1234" w:type="dxa"/>
          </w:tcPr>
          <w:p w14:paraId="11DA97A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0.351±0.048</w:t>
            </w:r>
          </w:p>
        </w:tc>
        <w:tc>
          <w:tcPr>
            <w:tcW w:w="1234" w:type="dxa"/>
          </w:tcPr>
          <w:p w14:paraId="09F9687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0.346±0.045</w:t>
            </w:r>
          </w:p>
        </w:tc>
        <w:tc>
          <w:tcPr>
            <w:tcW w:w="1234" w:type="dxa"/>
          </w:tcPr>
          <w:p w14:paraId="402A015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0.349±0.045</w:t>
            </w:r>
          </w:p>
        </w:tc>
        <w:tc>
          <w:tcPr>
            <w:tcW w:w="1234" w:type="dxa"/>
          </w:tcPr>
          <w:p w14:paraId="2682A08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0.346±0.043</w:t>
            </w:r>
          </w:p>
        </w:tc>
        <w:tc>
          <w:tcPr>
            <w:tcW w:w="1234" w:type="dxa"/>
          </w:tcPr>
          <w:p w14:paraId="7C55B12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35.204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.002</w:t>
            </w:r>
          </w:p>
        </w:tc>
        <w:tc>
          <w:tcPr>
            <w:tcW w:w="1234" w:type="dxa"/>
          </w:tcPr>
          <w:p w14:paraId="7E7B5D3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3.944 (.</w:t>
            </w:r>
            <w:proofErr w:type="gramStart"/>
            <w:r>
              <w:rPr>
                <w:rFonts w:ascii="Times New Roman" w:hAnsi="Times New Roman"/>
                <w:sz w:val="18"/>
              </w:rPr>
              <w:t>019)*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.001</w:t>
            </w:r>
          </w:p>
        </w:tc>
        <w:tc>
          <w:tcPr>
            <w:tcW w:w="1234" w:type="dxa"/>
          </w:tcPr>
          <w:p w14:paraId="5DB4250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3.513 (.</w:t>
            </w:r>
            <w:proofErr w:type="gramStart"/>
            <w:r>
              <w:rPr>
                <w:rFonts w:ascii="Times New Roman" w:hAnsi="Times New Roman"/>
                <w:sz w:val="18"/>
              </w:rPr>
              <w:t>030)*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.000</w:t>
            </w:r>
          </w:p>
        </w:tc>
      </w:tr>
      <w:tr w:rsidR="00947F3E" w:rsidRPr="00947F3E" w14:paraId="0F5735E3" w14:textId="77777777">
        <w:trPr>
          <w:jc w:val="center"/>
        </w:trPr>
        <w:tc>
          <w:tcPr>
            <w:tcW w:w="1234" w:type="dxa"/>
          </w:tcPr>
          <w:p w14:paraId="0A086422" w14:textId="77777777" w:rsidR="0077568B" w:rsidRPr="00947F3E" w:rsidRDefault="0077568B"/>
        </w:tc>
        <w:tc>
          <w:tcPr>
            <w:tcW w:w="1234" w:type="dxa"/>
            <w:shd w:val="clear" w:color="auto" w:fill="FBE5E6"/>
          </w:tcPr>
          <w:p w14:paraId="7EF6321B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Female</w:t>
            </w:r>
          </w:p>
        </w:tc>
        <w:tc>
          <w:tcPr>
            <w:tcW w:w="1234" w:type="dxa"/>
          </w:tcPr>
          <w:p w14:paraId="45ED3A2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0.412±0.066</w:t>
            </w:r>
          </w:p>
        </w:tc>
        <w:tc>
          <w:tcPr>
            <w:tcW w:w="1234" w:type="dxa"/>
          </w:tcPr>
          <w:p w14:paraId="38DBFBC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0.392±0.056</w:t>
            </w:r>
          </w:p>
        </w:tc>
        <w:tc>
          <w:tcPr>
            <w:tcW w:w="1234" w:type="dxa"/>
          </w:tcPr>
          <w:p w14:paraId="6A57ABF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0.414±0.061</w:t>
            </w:r>
          </w:p>
        </w:tc>
        <w:tc>
          <w:tcPr>
            <w:tcW w:w="1234" w:type="dxa"/>
          </w:tcPr>
          <w:p w14:paraId="406CB09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0.401±0.058</w:t>
            </w:r>
          </w:p>
        </w:tc>
        <w:tc>
          <w:tcPr>
            <w:tcW w:w="1234" w:type="dxa"/>
          </w:tcPr>
          <w:p w14:paraId="24BF81D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0.407±0.060</w:t>
            </w:r>
          </w:p>
        </w:tc>
        <w:tc>
          <w:tcPr>
            <w:tcW w:w="1234" w:type="dxa"/>
          </w:tcPr>
          <w:p w14:paraId="61E5385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0.396±0.053</w:t>
            </w:r>
          </w:p>
        </w:tc>
        <w:tc>
          <w:tcPr>
            <w:tcW w:w="1234" w:type="dxa"/>
          </w:tcPr>
          <w:p w14:paraId="31B08CD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34.278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.008</w:t>
            </w:r>
          </w:p>
        </w:tc>
        <w:tc>
          <w:tcPr>
            <w:tcW w:w="1234" w:type="dxa"/>
          </w:tcPr>
          <w:p w14:paraId="5D182FB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0.698 (.498) .000</w:t>
            </w:r>
          </w:p>
        </w:tc>
        <w:tc>
          <w:tcPr>
            <w:tcW w:w="1234" w:type="dxa"/>
          </w:tcPr>
          <w:p w14:paraId="03EBFD0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1.433 (.239) .001</w:t>
            </w:r>
          </w:p>
        </w:tc>
      </w:tr>
      <w:tr w:rsidR="00947F3E" w:rsidRPr="00947F3E" w14:paraId="2CD85C11" w14:textId="77777777">
        <w:trPr>
          <w:jc w:val="center"/>
        </w:trPr>
        <w:tc>
          <w:tcPr>
            <w:tcW w:w="1234" w:type="dxa"/>
          </w:tcPr>
          <w:p w14:paraId="1FBB035C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lastRenderedPageBreak/>
              <w:t>Grip-L (kg)</w:t>
            </w:r>
          </w:p>
        </w:tc>
        <w:tc>
          <w:tcPr>
            <w:tcW w:w="1234" w:type="dxa"/>
            <w:shd w:val="clear" w:color="auto" w:fill="F2F2F2"/>
          </w:tcPr>
          <w:p w14:paraId="647C953F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Overall</w:t>
            </w:r>
          </w:p>
        </w:tc>
        <w:tc>
          <w:tcPr>
            <w:tcW w:w="1234" w:type="dxa"/>
          </w:tcPr>
          <w:p w14:paraId="1A766DE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38.33±9.85</w:t>
            </w:r>
          </w:p>
        </w:tc>
        <w:tc>
          <w:tcPr>
            <w:tcW w:w="1234" w:type="dxa"/>
          </w:tcPr>
          <w:p w14:paraId="4C62EC7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39.10±9.76</w:t>
            </w:r>
          </w:p>
        </w:tc>
        <w:tc>
          <w:tcPr>
            <w:tcW w:w="1234" w:type="dxa"/>
          </w:tcPr>
          <w:p w14:paraId="0A1772B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39.19±10.20</w:t>
            </w:r>
          </w:p>
        </w:tc>
        <w:tc>
          <w:tcPr>
            <w:tcW w:w="1234" w:type="dxa"/>
          </w:tcPr>
          <w:p w14:paraId="4099BC1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40.09±10.15</w:t>
            </w:r>
          </w:p>
        </w:tc>
        <w:tc>
          <w:tcPr>
            <w:tcW w:w="1234" w:type="dxa"/>
          </w:tcPr>
          <w:p w14:paraId="64D27D4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41.08±10.15</w:t>
            </w:r>
          </w:p>
        </w:tc>
        <w:tc>
          <w:tcPr>
            <w:tcW w:w="1234" w:type="dxa"/>
          </w:tcPr>
          <w:p w14:paraId="7A1BDC7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42.07±9.93</w:t>
            </w:r>
          </w:p>
        </w:tc>
        <w:tc>
          <w:tcPr>
            <w:tcW w:w="1234" w:type="dxa"/>
          </w:tcPr>
          <w:p w14:paraId="19E671E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21.631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.001</w:t>
            </w:r>
          </w:p>
        </w:tc>
        <w:tc>
          <w:tcPr>
            <w:tcW w:w="1234" w:type="dxa"/>
          </w:tcPr>
          <w:p w14:paraId="38AC009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15.482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.001</w:t>
            </w:r>
          </w:p>
        </w:tc>
        <w:tc>
          <w:tcPr>
            <w:tcW w:w="1234" w:type="dxa"/>
          </w:tcPr>
          <w:p w14:paraId="399F3C4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0.294 (.745) .000</w:t>
            </w:r>
          </w:p>
        </w:tc>
      </w:tr>
      <w:tr w:rsidR="00947F3E" w:rsidRPr="00947F3E" w14:paraId="050E7EB3" w14:textId="77777777">
        <w:trPr>
          <w:jc w:val="center"/>
        </w:trPr>
        <w:tc>
          <w:tcPr>
            <w:tcW w:w="1234" w:type="dxa"/>
          </w:tcPr>
          <w:p w14:paraId="0350BDB7" w14:textId="77777777" w:rsidR="0077568B" w:rsidRPr="00947F3E" w:rsidRDefault="0077568B"/>
        </w:tc>
        <w:tc>
          <w:tcPr>
            <w:tcW w:w="1234" w:type="dxa"/>
            <w:shd w:val="clear" w:color="auto" w:fill="EAF1F8"/>
          </w:tcPr>
          <w:p w14:paraId="4B8AB82C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Male</w:t>
            </w:r>
          </w:p>
        </w:tc>
        <w:tc>
          <w:tcPr>
            <w:tcW w:w="1234" w:type="dxa"/>
          </w:tcPr>
          <w:p w14:paraId="23C84DA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42.75±6.72</w:t>
            </w:r>
          </w:p>
        </w:tc>
        <w:tc>
          <w:tcPr>
            <w:tcW w:w="1234" w:type="dxa"/>
          </w:tcPr>
          <w:p w14:paraId="5657A5B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43.50±6.58</w:t>
            </w:r>
          </w:p>
        </w:tc>
        <w:tc>
          <w:tcPr>
            <w:tcW w:w="1234" w:type="dxa"/>
          </w:tcPr>
          <w:p w14:paraId="7B7DDB4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43.34±6.81</w:t>
            </w:r>
          </w:p>
        </w:tc>
        <w:tc>
          <w:tcPr>
            <w:tcW w:w="1234" w:type="dxa"/>
          </w:tcPr>
          <w:p w14:paraId="26517B7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44.28±6.69</w:t>
            </w:r>
          </w:p>
        </w:tc>
        <w:tc>
          <w:tcPr>
            <w:tcW w:w="1234" w:type="dxa"/>
          </w:tcPr>
          <w:p w14:paraId="1EFB8F2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44.17±7.04</w:t>
            </w:r>
          </w:p>
        </w:tc>
        <w:tc>
          <w:tcPr>
            <w:tcW w:w="1234" w:type="dxa"/>
          </w:tcPr>
          <w:p w14:paraId="33B09B9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45.12±6.95</w:t>
            </w:r>
          </w:p>
        </w:tc>
        <w:tc>
          <w:tcPr>
            <w:tcW w:w="1234" w:type="dxa"/>
          </w:tcPr>
          <w:p w14:paraId="194E05C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17.004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.001</w:t>
            </w:r>
          </w:p>
        </w:tc>
        <w:tc>
          <w:tcPr>
            <w:tcW w:w="1234" w:type="dxa"/>
          </w:tcPr>
          <w:p w14:paraId="6140DB9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15.697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.002</w:t>
            </w:r>
          </w:p>
        </w:tc>
        <w:tc>
          <w:tcPr>
            <w:tcW w:w="1234" w:type="dxa"/>
          </w:tcPr>
          <w:p w14:paraId="10360FF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0.361 (.697) .000</w:t>
            </w:r>
          </w:p>
        </w:tc>
      </w:tr>
      <w:tr w:rsidR="00947F3E" w:rsidRPr="00947F3E" w14:paraId="6244CFF5" w14:textId="77777777">
        <w:trPr>
          <w:jc w:val="center"/>
        </w:trPr>
        <w:tc>
          <w:tcPr>
            <w:tcW w:w="1234" w:type="dxa"/>
          </w:tcPr>
          <w:p w14:paraId="181F4CF5" w14:textId="77777777" w:rsidR="0077568B" w:rsidRPr="00947F3E" w:rsidRDefault="0077568B"/>
        </w:tc>
        <w:tc>
          <w:tcPr>
            <w:tcW w:w="1234" w:type="dxa"/>
            <w:shd w:val="clear" w:color="auto" w:fill="FBE5E6"/>
          </w:tcPr>
          <w:p w14:paraId="03D801C3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Female</w:t>
            </w:r>
          </w:p>
        </w:tc>
        <w:tc>
          <w:tcPr>
            <w:tcW w:w="1234" w:type="dxa"/>
          </w:tcPr>
          <w:p w14:paraId="10C8568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25.61±4.64</w:t>
            </w:r>
          </w:p>
        </w:tc>
        <w:tc>
          <w:tcPr>
            <w:tcW w:w="1234" w:type="dxa"/>
          </w:tcPr>
          <w:p w14:paraId="70AB635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26.33±4.38</w:t>
            </w:r>
          </w:p>
        </w:tc>
        <w:tc>
          <w:tcPr>
            <w:tcW w:w="1234" w:type="dxa"/>
          </w:tcPr>
          <w:p w14:paraId="7A0EB73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25.00±4.79</w:t>
            </w:r>
          </w:p>
        </w:tc>
        <w:tc>
          <w:tcPr>
            <w:tcW w:w="1234" w:type="dxa"/>
          </w:tcPr>
          <w:p w14:paraId="219815F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25.85±4.58</w:t>
            </w:r>
          </w:p>
        </w:tc>
        <w:tc>
          <w:tcPr>
            <w:tcW w:w="1234" w:type="dxa"/>
          </w:tcPr>
          <w:p w14:paraId="628EB1B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25.06±5.01</w:t>
            </w:r>
          </w:p>
        </w:tc>
        <w:tc>
          <w:tcPr>
            <w:tcW w:w="1234" w:type="dxa"/>
          </w:tcPr>
          <w:p w14:paraId="17449A4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26.25±4.74</w:t>
            </w:r>
          </w:p>
        </w:tc>
        <w:tc>
          <w:tcPr>
            <w:tcW w:w="1234" w:type="dxa"/>
          </w:tcPr>
          <w:p w14:paraId="3DDFD66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8.468 (.</w:t>
            </w:r>
            <w:proofErr w:type="gramStart"/>
            <w:r>
              <w:rPr>
                <w:rFonts w:ascii="Times New Roman" w:hAnsi="Times New Roman"/>
                <w:sz w:val="18"/>
              </w:rPr>
              <w:t>004)*</w:t>
            </w:r>
            <w:proofErr w:type="gramEnd"/>
            <w:r>
              <w:rPr>
                <w:rFonts w:ascii="Times New Roman" w:hAnsi="Times New Roman"/>
                <w:sz w:val="18"/>
              </w:rPr>
              <w:t>* .002</w:t>
            </w:r>
          </w:p>
        </w:tc>
        <w:tc>
          <w:tcPr>
            <w:tcW w:w="1234" w:type="dxa"/>
          </w:tcPr>
          <w:p w14:paraId="4F323A1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0.954 (.385) .000</w:t>
            </w:r>
          </w:p>
        </w:tc>
        <w:tc>
          <w:tcPr>
            <w:tcW w:w="1234" w:type="dxa"/>
          </w:tcPr>
          <w:p w14:paraId="54EB4F0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0.419 (.658) .000</w:t>
            </w:r>
          </w:p>
        </w:tc>
      </w:tr>
      <w:tr w:rsidR="00947F3E" w:rsidRPr="00947F3E" w14:paraId="45B682AC" w14:textId="77777777">
        <w:trPr>
          <w:jc w:val="center"/>
        </w:trPr>
        <w:tc>
          <w:tcPr>
            <w:tcW w:w="1234" w:type="dxa"/>
          </w:tcPr>
          <w:p w14:paraId="04EADE39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Grip-R (kg)</w:t>
            </w:r>
          </w:p>
        </w:tc>
        <w:tc>
          <w:tcPr>
            <w:tcW w:w="1234" w:type="dxa"/>
            <w:shd w:val="clear" w:color="auto" w:fill="F2F2F2"/>
          </w:tcPr>
          <w:p w14:paraId="415BD99E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Overall</w:t>
            </w:r>
          </w:p>
        </w:tc>
        <w:tc>
          <w:tcPr>
            <w:tcW w:w="1234" w:type="dxa"/>
          </w:tcPr>
          <w:p w14:paraId="7BB862F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40.62±10.31</w:t>
            </w:r>
          </w:p>
        </w:tc>
        <w:tc>
          <w:tcPr>
            <w:tcW w:w="1234" w:type="dxa"/>
          </w:tcPr>
          <w:p w14:paraId="6BBA163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41.34±10.28</w:t>
            </w:r>
          </w:p>
        </w:tc>
        <w:tc>
          <w:tcPr>
            <w:tcW w:w="1234" w:type="dxa"/>
          </w:tcPr>
          <w:p w14:paraId="5CF23BE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41.55±10.73</w:t>
            </w:r>
          </w:p>
        </w:tc>
        <w:tc>
          <w:tcPr>
            <w:tcW w:w="1234" w:type="dxa"/>
          </w:tcPr>
          <w:p w14:paraId="53F1E31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42.49±10.68</w:t>
            </w:r>
          </w:p>
        </w:tc>
        <w:tc>
          <w:tcPr>
            <w:tcW w:w="1234" w:type="dxa"/>
          </w:tcPr>
          <w:p w14:paraId="01A2BE9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43.47±10.62</w:t>
            </w:r>
          </w:p>
        </w:tc>
        <w:tc>
          <w:tcPr>
            <w:tcW w:w="1234" w:type="dxa"/>
          </w:tcPr>
          <w:p w14:paraId="5B7614F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44.35±10.44</w:t>
            </w:r>
          </w:p>
        </w:tc>
        <w:tc>
          <w:tcPr>
            <w:tcW w:w="1234" w:type="dxa"/>
          </w:tcPr>
          <w:p w14:paraId="5C0E784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18.336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.001</w:t>
            </w:r>
          </w:p>
        </w:tc>
        <w:tc>
          <w:tcPr>
            <w:tcW w:w="1234" w:type="dxa"/>
          </w:tcPr>
          <w:p w14:paraId="322A3F5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14.890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.001</w:t>
            </w:r>
          </w:p>
        </w:tc>
        <w:tc>
          <w:tcPr>
            <w:tcW w:w="1234" w:type="dxa"/>
          </w:tcPr>
          <w:p w14:paraId="19CC17B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0.585 (.557) .000</w:t>
            </w:r>
          </w:p>
        </w:tc>
      </w:tr>
      <w:tr w:rsidR="00947F3E" w:rsidRPr="00947F3E" w14:paraId="12654917" w14:textId="77777777">
        <w:trPr>
          <w:jc w:val="center"/>
        </w:trPr>
        <w:tc>
          <w:tcPr>
            <w:tcW w:w="1234" w:type="dxa"/>
          </w:tcPr>
          <w:p w14:paraId="05BFED5C" w14:textId="77777777" w:rsidR="0077568B" w:rsidRPr="00947F3E" w:rsidRDefault="0077568B"/>
        </w:tc>
        <w:tc>
          <w:tcPr>
            <w:tcW w:w="1234" w:type="dxa"/>
            <w:shd w:val="clear" w:color="auto" w:fill="EAF1F8"/>
          </w:tcPr>
          <w:p w14:paraId="2F0192FA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Male</w:t>
            </w:r>
          </w:p>
        </w:tc>
        <w:tc>
          <w:tcPr>
            <w:tcW w:w="1234" w:type="dxa"/>
          </w:tcPr>
          <w:p w14:paraId="6A704F4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45.11±7.09</w:t>
            </w:r>
          </w:p>
        </w:tc>
        <w:tc>
          <w:tcPr>
            <w:tcW w:w="1234" w:type="dxa"/>
          </w:tcPr>
          <w:p w14:paraId="719DEAB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45.89±7.04</w:t>
            </w:r>
          </w:p>
        </w:tc>
        <w:tc>
          <w:tcPr>
            <w:tcW w:w="1234" w:type="dxa"/>
          </w:tcPr>
          <w:p w14:paraId="5242A12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45.88±7.24</w:t>
            </w:r>
          </w:p>
        </w:tc>
        <w:tc>
          <w:tcPr>
            <w:tcW w:w="1234" w:type="dxa"/>
          </w:tcPr>
          <w:p w14:paraId="612E6A2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46.85±7.09</w:t>
            </w:r>
          </w:p>
        </w:tc>
        <w:tc>
          <w:tcPr>
            <w:tcW w:w="1234" w:type="dxa"/>
          </w:tcPr>
          <w:p w14:paraId="4CAB517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46.79±7.51</w:t>
            </w:r>
          </w:p>
        </w:tc>
        <w:tc>
          <w:tcPr>
            <w:tcW w:w="1234" w:type="dxa"/>
          </w:tcPr>
          <w:p w14:paraId="6360AF9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47.58±7.43</w:t>
            </w:r>
          </w:p>
        </w:tc>
        <w:tc>
          <w:tcPr>
            <w:tcW w:w="1234" w:type="dxa"/>
          </w:tcPr>
          <w:p w14:paraId="0F3C6B7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14.473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.001</w:t>
            </w:r>
          </w:p>
        </w:tc>
        <w:tc>
          <w:tcPr>
            <w:tcW w:w="1234" w:type="dxa"/>
          </w:tcPr>
          <w:p w14:paraId="1BF3EF5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21.294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.002</w:t>
            </w:r>
          </w:p>
        </w:tc>
        <w:tc>
          <w:tcPr>
            <w:tcW w:w="1234" w:type="dxa"/>
          </w:tcPr>
          <w:p w14:paraId="7831325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0.526 (.591) .000</w:t>
            </w:r>
          </w:p>
        </w:tc>
      </w:tr>
      <w:tr w:rsidR="00947F3E" w:rsidRPr="00947F3E" w14:paraId="5470000D" w14:textId="77777777">
        <w:trPr>
          <w:jc w:val="center"/>
        </w:trPr>
        <w:tc>
          <w:tcPr>
            <w:tcW w:w="1234" w:type="dxa"/>
          </w:tcPr>
          <w:p w14:paraId="52B1B937" w14:textId="77777777" w:rsidR="0077568B" w:rsidRPr="00947F3E" w:rsidRDefault="0077568B"/>
        </w:tc>
        <w:tc>
          <w:tcPr>
            <w:tcW w:w="1234" w:type="dxa"/>
            <w:shd w:val="clear" w:color="auto" w:fill="FBE5E6"/>
          </w:tcPr>
          <w:p w14:paraId="071B6639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Female</w:t>
            </w:r>
          </w:p>
        </w:tc>
        <w:tc>
          <w:tcPr>
            <w:tcW w:w="1234" w:type="dxa"/>
          </w:tcPr>
          <w:p w14:paraId="412D5A1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27.50±5.06</w:t>
            </w:r>
          </w:p>
        </w:tc>
        <w:tc>
          <w:tcPr>
            <w:tcW w:w="1234" w:type="dxa"/>
          </w:tcPr>
          <w:p w14:paraId="03E720B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28.08±4.77</w:t>
            </w:r>
          </w:p>
        </w:tc>
        <w:tc>
          <w:tcPr>
            <w:tcW w:w="1234" w:type="dxa"/>
          </w:tcPr>
          <w:p w14:paraId="54DE007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26.63±5.08</w:t>
            </w:r>
          </w:p>
        </w:tc>
        <w:tc>
          <w:tcPr>
            <w:tcW w:w="1234" w:type="dxa"/>
          </w:tcPr>
          <w:p w14:paraId="63C3B63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27.45±4.89</w:t>
            </w:r>
          </w:p>
        </w:tc>
        <w:tc>
          <w:tcPr>
            <w:tcW w:w="1234" w:type="dxa"/>
          </w:tcPr>
          <w:p w14:paraId="6632E4B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26.92±5.23</w:t>
            </w:r>
          </w:p>
        </w:tc>
        <w:tc>
          <w:tcPr>
            <w:tcW w:w="1234" w:type="dxa"/>
          </w:tcPr>
          <w:p w14:paraId="497C9D1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28.05±4.95</w:t>
            </w:r>
          </w:p>
        </w:tc>
        <w:tc>
          <w:tcPr>
            <w:tcW w:w="1234" w:type="dxa"/>
          </w:tcPr>
          <w:p w14:paraId="4CA4459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7.299 (.</w:t>
            </w:r>
            <w:proofErr w:type="gramStart"/>
            <w:r>
              <w:rPr>
                <w:rFonts w:ascii="Times New Roman" w:hAnsi="Times New Roman"/>
                <w:sz w:val="18"/>
              </w:rPr>
              <w:t>007)*</w:t>
            </w:r>
            <w:proofErr w:type="gramEnd"/>
            <w:r>
              <w:rPr>
                <w:rFonts w:ascii="Times New Roman" w:hAnsi="Times New Roman"/>
                <w:sz w:val="18"/>
              </w:rPr>
              <w:t>* .001</w:t>
            </w:r>
          </w:p>
        </w:tc>
        <w:tc>
          <w:tcPr>
            <w:tcW w:w="1234" w:type="dxa"/>
          </w:tcPr>
          <w:p w14:paraId="550D91F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0.820 (.441) .000</w:t>
            </w:r>
          </w:p>
        </w:tc>
        <w:tc>
          <w:tcPr>
            <w:tcW w:w="1234" w:type="dxa"/>
          </w:tcPr>
          <w:p w14:paraId="04A54C6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0.379 (.684) .000</w:t>
            </w:r>
          </w:p>
        </w:tc>
      </w:tr>
      <w:tr w:rsidR="00947F3E" w:rsidRPr="00947F3E" w14:paraId="6860F804" w14:textId="77777777">
        <w:trPr>
          <w:jc w:val="center"/>
        </w:trPr>
        <w:tc>
          <w:tcPr>
            <w:tcW w:w="1234" w:type="dxa"/>
          </w:tcPr>
          <w:p w14:paraId="67BED241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Rel. grip (%)</w:t>
            </w:r>
          </w:p>
        </w:tc>
        <w:tc>
          <w:tcPr>
            <w:tcW w:w="1234" w:type="dxa"/>
            <w:shd w:val="clear" w:color="auto" w:fill="F2F2F2"/>
          </w:tcPr>
          <w:p w14:paraId="1E94F828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Overall</w:t>
            </w:r>
          </w:p>
        </w:tc>
        <w:tc>
          <w:tcPr>
            <w:tcW w:w="1234" w:type="dxa"/>
          </w:tcPr>
          <w:p w14:paraId="5400E9A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52.41±10.51</w:t>
            </w:r>
          </w:p>
        </w:tc>
        <w:tc>
          <w:tcPr>
            <w:tcW w:w="1234" w:type="dxa"/>
          </w:tcPr>
          <w:p w14:paraId="420F89D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56.20±10.72</w:t>
            </w:r>
          </w:p>
        </w:tc>
        <w:tc>
          <w:tcPr>
            <w:tcW w:w="1234" w:type="dxa"/>
          </w:tcPr>
          <w:p w14:paraId="6927304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53.79±10.99</w:t>
            </w:r>
          </w:p>
        </w:tc>
        <w:tc>
          <w:tcPr>
            <w:tcW w:w="1234" w:type="dxa"/>
          </w:tcPr>
          <w:p w14:paraId="1F74F33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55.31±10.89</w:t>
            </w:r>
          </w:p>
        </w:tc>
        <w:tc>
          <w:tcPr>
            <w:tcW w:w="1234" w:type="dxa"/>
          </w:tcPr>
          <w:p w14:paraId="64A30E0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55.56±11.00</w:t>
            </w:r>
          </w:p>
        </w:tc>
        <w:tc>
          <w:tcPr>
            <w:tcW w:w="1234" w:type="dxa"/>
          </w:tcPr>
          <w:p w14:paraId="5E5EBB5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55.00±10.38</w:t>
            </w:r>
          </w:p>
        </w:tc>
        <w:tc>
          <w:tcPr>
            <w:tcW w:w="1234" w:type="dxa"/>
          </w:tcPr>
          <w:p w14:paraId="7347239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395.544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.015</w:t>
            </w:r>
          </w:p>
        </w:tc>
        <w:tc>
          <w:tcPr>
            <w:tcW w:w="1234" w:type="dxa"/>
          </w:tcPr>
          <w:p w14:paraId="0B2E6B2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16.935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.001</w:t>
            </w:r>
          </w:p>
        </w:tc>
        <w:tc>
          <w:tcPr>
            <w:tcW w:w="1234" w:type="dxa"/>
          </w:tcPr>
          <w:p w14:paraId="0ED04E8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139.671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.011</w:t>
            </w:r>
          </w:p>
        </w:tc>
      </w:tr>
      <w:tr w:rsidR="00947F3E" w:rsidRPr="00947F3E" w14:paraId="76A86270" w14:textId="77777777">
        <w:trPr>
          <w:jc w:val="center"/>
        </w:trPr>
        <w:tc>
          <w:tcPr>
            <w:tcW w:w="1234" w:type="dxa"/>
          </w:tcPr>
          <w:p w14:paraId="6B179807" w14:textId="77777777" w:rsidR="0077568B" w:rsidRPr="00947F3E" w:rsidRDefault="0077568B"/>
        </w:tc>
        <w:tc>
          <w:tcPr>
            <w:tcW w:w="1234" w:type="dxa"/>
            <w:shd w:val="clear" w:color="auto" w:fill="EAF1F8"/>
          </w:tcPr>
          <w:p w14:paraId="033037F0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Male</w:t>
            </w:r>
          </w:p>
        </w:tc>
        <w:tc>
          <w:tcPr>
            <w:tcW w:w="1234" w:type="dxa"/>
          </w:tcPr>
          <w:p w14:paraId="6BDE9B2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56.53±8.06</w:t>
            </w:r>
          </w:p>
        </w:tc>
        <w:tc>
          <w:tcPr>
            <w:tcW w:w="1234" w:type="dxa"/>
          </w:tcPr>
          <w:p w14:paraId="55F3CE8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60.34±8.05</w:t>
            </w:r>
          </w:p>
        </w:tc>
        <w:tc>
          <w:tcPr>
            <w:tcW w:w="1234" w:type="dxa"/>
          </w:tcPr>
          <w:p w14:paraId="05474FB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57.61±8.26</w:t>
            </w:r>
          </w:p>
        </w:tc>
        <w:tc>
          <w:tcPr>
            <w:tcW w:w="1234" w:type="dxa"/>
          </w:tcPr>
          <w:p w14:paraId="1BCAC3B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59.11±8.13</w:t>
            </w:r>
          </w:p>
        </w:tc>
        <w:tc>
          <w:tcPr>
            <w:tcW w:w="1234" w:type="dxa"/>
          </w:tcPr>
          <w:p w14:paraId="4CC2932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58.67±8.46</w:t>
            </w:r>
          </w:p>
        </w:tc>
        <w:tc>
          <w:tcPr>
            <w:tcW w:w="1234" w:type="dxa"/>
          </w:tcPr>
          <w:p w14:paraId="5F9412F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57.95±8.17</w:t>
            </w:r>
          </w:p>
        </w:tc>
        <w:tc>
          <w:tcPr>
            <w:tcW w:w="1234" w:type="dxa"/>
          </w:tcPr>
          <w:p w14:paraId="4EA75DE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311.508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.015</w:t>
            </w:r>
          </w:p>
        </w:tc>
        <w:tc>
          <w:tcPr>
            <w:tcW w:w="1234" w:type="dxa"/>
          </w:tcPr>
          <w:p w14:paraId="05C9284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22.447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.002</w:t>
            </w:r>
          </w:p>
        </w:tc>
        <w:tc>
          <w:tcPr>
            <w:tcW w:w="1234" w:type="dxa"/>
          </w:tcPr>
          <w:p w14:paraId="111BE83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120.212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.012</w:t>
            </w:r>
          </w:p>
        </w:tc>
      </w:tr>
      <w:tr w:rsidR="00947F3E" w:rsidRPr="00947F3E" w14:paraId="0751D1B7" w14:textId="77777777">
        <w:trPr>
          <w:jc w:val="center"/>
        </w:trPr>
        <w:tc>
          <w:tcPr>
            <w:tcW w:w="1234" w:type="dxa"/>
          </w:tcPr>
          <w:p w14:paraId="34D5686F" w14:textId="77777777" w:rsidR="0077568B" w:rsidRPr="00947F3E" w:rsidRDefault="0077568B"/>
        </w:tc>
        <w:tc>
          <w:tcPr>
            <w:tcW w:w="1234" w:type="dxa"/>
            <w:shd w:val="clear" w:color="auto" w:fill="FBE5E6"/>
          </w:tcPr>
          <w:p w14:paraId="7A144D00" w14:textId="77777777" w:rsidR="0077568B" w:rsidRPr="00947F3E" w:rsidRDefault="004C7B7C">
            <w:r>
              <w:rPr>
                <w:rFonts w:ascii="Times New Roman" w:hAnsi="Times New Roman"/>
                <w:sz w:val="18"/>
              </w:rPr>
              <w:t>Female</w:t>
            </w:r>
          </w:p>
        </w:tc>
        <w:tc>
          <w:tcPr>
            <w:tcW w:w="1234" w:type="dxa"/>
          </w:tcPr>
          <w:p w14:paraId="77DB01A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40.34±6.46</w:t>
            </w:r>
          </w:p>
        </w:tc>
        <w:tc>
          <w:tcPr>
            <w:tcW w:w="1234" w:type="dxa"/>
          </w:tcPr>
          <w:p w14:paraId="27DBE2F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43.82±6.49</w:t>
            </w:r>
          </w:p>
        </w:tc>
        <w:tc>
          <w:tcPr>
            <w:tcW w:w="1234" w:type="dxa"/>
          </w:tcPr>
          <w:p w14:paraId="399E586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40.02±6.72</w:t>
            </w:r>
          </w:p>
        </w:tc>
        <w:tc>
          <w:tcPr>
            <w:tcW w:w="1234" w:type="dxa"/>
          </w:tcPr>
          <w:p w14:paraId="0AB3006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41.65±6.51</w:t>
            </w:r>
          </w:p>
        </w:tc>
        <w:tc>
          <w:tcPr>
            <w:tcW w:w="1234" w:type="dxa"/>
          </w:tcPr>
          <w:p w14:paraId="102328B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40.29±6.85</w:t>
            </w:r>
          </w:p>
        </w:tc>
        <w:tc>
          <w:tcPr>
            <w:tcW w:w="1234" w:type="dxa"/>
          </w:tcPr>
          <w:p w14:paraId="2FDEB2C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40.84±6.45</w:t>
            </w:r>
          </w:p>
        </w:tc>
        <w:tc>
          <w:tcPr>
            <w:tcW w:w="1234" w:type="dxa"/>
          </w:tcPr>
          <w:p w14:paraId="0D7D472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112.239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.020</w:t>
            </w:r>
          </w:p>
        </w:tc>
        <w:tc>
          <w:tcPr>
            <w:tcW w:w="1234" w:type="dxa"/>
          </w:tcPr>
          <w:p w14:paraId="1A1F41E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0.074 (.929) .000</w:t>
            </w:r>
          </w:p>
        </w:tc>
        <w:tc>
          <w:tcPr>
            <w:tcW w:w="1234" w:type="dxa"/>
          </w:tcPr>
          <w:p w14:paraId="3C2F8D7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23.273 (&lt;.</w:t>
            </w:r>
            <w:proofErr w:type="gramStart"/>
            <w:r>
              <w:rPr>
                <w:rFonts w:ascii="Times New Roman" w:hAnsi="Times New Roman"/>
                <w:sz w:val="18"/>
              </w:rPr>
              <w:t>001)*</w:t>
            </w:r>
            <w:proofErr w:type="gramEnd"/>
            <w:r>
              <w:rPr>
                <w:rFonts w:ascii="Times New Roman" w:hAnsi="Times New Roman"/>
                <w:sz w:val="18"/>
              </w:rPr>
              <w:t>** .008</w:t>
            </w:r>
          </w:p>
        </w:tc>
      </w:tr>
    </w:tbl>
    <w:p w14:paraId="68E70CA8" w14:textId="77777777" w:rsidR="0077568B" w:rsidRPr="00947F3E" w:rsidRDefault="004C7B7C">
      <w:pPr>
        <w:spacing w:before="60" w:after="240"/>
        <w:jc w:val="both"/>
      </w:pPr>
      <w:r>
        <w:rPr>
          <w:rFonts w:ascii="Times New Roman" w:hAnsi="Times New Roman"/>
          <w:i/>
          <w:sz w:val="20"/>
        </w:rPr>
        <w:t xml:space="preserve">Values are mean ± SD. Covariates as in Table S3. The Time × Group F (p) ηp² column is also reproduced (more compactly) in the consolidated main-text Table 2; the pre/post cell means by group are retained here for transparency. Stratum cells are </w:t>
      </w:r>
      <w:proofErr w:type="spellStart"/>
      <w:r>
        <w:rPr>
          <w:rFonts w:ascii="Times New Roman" w:hAnsi="Times New Roman"/>
          <w:i/>
          <w:sz w:val="20"/>
        </w:rPr>
        <w:t>colour</w:t>
      </w:r>
      <w:proofErr w:type="spellEnd"/>
      <w:r>
        <w:rPr>
          <w:rFonts w:ascii="Times New Roman" w:hAnsi="Times New Roman"/>
          <w:i/>
          <w:sz w:val="20"/>
        </w:rPr>
        <w:t>-coded (light grey = overall, light blue = male, light pink = female). * p &lt; .05; ** p &lt; .01; *** p &lt; .001.</w:t>
      </w:r>
    </w:p>
    <w:p w14:paraId="027FF2AE" w14:textId="75EDB6B9" w:rsidR="0077568B" w:rsidRPr="00947F3E" w:rsidRDefault="004C7B7C" w:rsidP="00713D93">
      <w:r>
        <w:br w:type="page"/>
      </w:r>
      <w:r>
        <w:rPr>
          <w:rFonts w:ascii="Times New Roman" w:hAnsi="Times New Roman"/>
          <w:b/>
          <w:sz w:val="24"/>
        </w:rPr>
        <w:lastRenderedPageBreak/>
        <w:t>Table S6. Minimal detectable change (MDC) reference values for the 14 outcomes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3390"/>
        <w:gridCol w:w="3391"/>
        <w:gridCol w:w="1719"/>
        <w:gridCol w:w="5062"/>
      </w:tblGrid>
      <w:tr w:rsidR="00947F3E" w:rsidRPr="00947F3E" w14:paraId="5B2DF830" w14:textId="77777777" w:rsidTr="00713D93">
        <w:trPr>
          <w:jc w:val="center"/>
        </w:trPr>
        <w:tc>
          <w:tcPr>
            <w:tcW w:w="3390" w:type="dxa"/>
            <w:shd w:val="clear" w:color="auto" w:fill="D9E2F3"/>
          </w:tcPr>
          <w:p w14:paraId="018DA39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Outcome</w:t>
            </w:r>
          </w:p>
        </w:tc>
        <w:tc>
          <w:tcPr>
            <w:tcW w:w="3391" w:type="dxa"/>
            <w:shd w:val="clear" w:color="auto" w:fill="D9E2F3"/>
          </w:tcPr>
          <w:p w14:paraId="31C92F3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MDC reference</w:t>
            </w:r>
          </w:p>
        </w:tc>
        <w:tc>
          <w:tcPr>
            <w:tcW w:w="1719" w:type="dxa"/>
            <w:shd w:val="clear" w:color="auto" w:fill="D9E2F3"/>
          </w:tcPr>
          <w:p w14:paraId="0E261E8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MDC value</w:t>
            </w:r>
          </w:p>
        </w:tc>
        <w:tc>
          <w:tcPr>
            <w:tcW w:w="5062" w:type="dxa"/>
            <w:shd w:val="clear" w:color="auto" w:fill="D9E2F3"/>
          </w:tcPr>
          <w:p w14:paraId="676CFCD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Source / standard</w:t>
            </w:r>
          </w:p>
        </w:tc>
      </w:tr>
      <w:tr w:rsidR="00947F3E" w:rsidRPr="00947F3E" w14:paraId="340C7C94" w14:textId="77777777" w:rsidTr="00713D93">
        <w:trPr>
          <w:jc w:val="center"/>
        </w:trPr>
        <w:tc>
          <w:tcPr>
            <w:tcW w:w="3390" w:type="dxa"/>
          </w:tcPr>
          <w:p w14:paraId="0D9728F9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Body weight (kg)</w:t>
            </w:r>
          </w:p>
        </w:tc>
        <w:tc>
          <w:tcPr>
            <w:tcW w:w="3391" w:type="dxa"/>
          </w:tcPr>
          <w:p w14:paraId="7B0BA2A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Test–retest ICC method</w:t>
            </w:r>
          </w:p>
        </w:tc>
        <w:tc>
          <w:tcPr>
            <w:tcW w:w="1719" w:type="dxa"/>
          </w:tcPr>
          <w:p w14:paraId="086B1A5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1.5 kg</w:t>
            </w:r>
          </w:p>
        </w:tc>
        <w:tc>
          <w:tcPr>
            <w:tcW w:w="5062" w:type="dxa"/>
          </w:tcPr>
          <w:p w14:paraId="0FDD337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Standardized scale; estimated for adults 60–100 kg</w:t>
            </w:r>
          </w:p>
        </w:tc>
      </w:tr>
      <w:tr w:rsidR="00947F3E" w:rsidRPr="00947F3E" w14:paraId="767F2AA0" w14:textId="77777777" w:rsidTr="00713D93">
        <w:trPr>
          <w:jc w:val="center"/>
        </w:trPr>
        <w:tc>
          <w:tcPr>
            <w:tcW w:w="3390" w:type="dxa"/>
          </w:tcPr>
          <w:p w14:paraId="5E140884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Body fat (%)</w:t>
            </w:r>
          </w:p>
        </w:tc>
        <w:tc>
          <w:tcPr>
            <w:tcW w:w="3391" w:type="dxa"/>
          </w:tcPr>
          <w:p w14:paraId="4197861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BIA repeatability</w:t>
            </w:r>
          </w:p>
        </w:tc>
        <w:tc>
          <w:tcPr>
            <w:tcW w:w="1719" w:type="dxa"/>
          </w:tcPr>
          <w:p w14:paraId="6D0128C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2.0%</w:t>
            </w:r>
          </w:p>
        </w:tc>
        <w:tc>
          <w:tcPr>
            <w:tcW w:w="5062" w:type="dxa"/>
          </w:tcPr>
          <w:p w14:paraId="6085579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Standardized BIA protocol</w:t>
            </w:r>
          </w:p>
        </w:tc>
      </w:tr>
      <w:tr w:rsidR="00947F3E" w:rsidRPr="00947F3E" w14:paraId="63FF597A" w14:textId="77777777" w:rsidTr="00713D93">
        <w:trPr>
          <w:jc w:val="center"/>
        </w:trPr>
        <w:tc>
          <w:tcPr>
            <w:tcW w:w="3390" w:type="dxa"/>
          </w:tcPr>
          <w:p w14:paraId="0793415A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Waist circumference (cm)</w:t>
            </w:r>
          </w:p>
        </w:tc>
        <w:tc>
          <w:tcPr>
            <w:tcW w:w="3391" w:type="dxa"/>
          </w:tcPr>
          <w:p w14:paraId="373ECBA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WHO STEPS protocol</w:t>
            </w:r>
          </w:p>
        </w:tc>
        <w:tc>
          <w:tcPr>
            <w:tcW w:w="1719" w:type="dxa"/>
          </w:tcPr>
          <w:p w14:paraId="7F18653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2.0 cm</w:t>
            </w:r>
          </w:p>
        </w:tc>
        <w:tc>
          <w:tcPr>
            <w:tcW w:w="5062" w:type="dxa"/>
          </w:tcPr>
          <w:p w14:paraId="65F0DA9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WHO 2008 measurement standard</w:t>
            </w:r>
          </w:p>
        </w:tc>
      </w:tr>
      <w:tr w:rsidR="00947F3E" w:rsidRPr="00947F3E" w14:paraId="33173C0C" w14:textId="77777777" w:rsidTr="00713D93">
        <w:trPr>
          <w:jc w:val="center"/>
        </w:trPr>
        <w:tc>
          <w:tcPr>
            <w:tcW w:w="3390" w:type="dxa"/>
          </w:tcPr>
          <w:p w14:paraId="5618901C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Systolic BP (mmHg)</w:t>
            </w:r>
          </w:p>
        </w:tc>
        <w:tc>
          <w:tcPr>
            <w:tcW w:w="3391" w:type="dxa"/>
          </w:tcPr>
          <w:p w14:paraId="075D668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Office BP repeatability</w:t>
            </w:r>
          </w:p>
        </w:tc>
        <w:tc>
          <w:tcPr>
            <w:tcW w:w="1719" w:type="dxa"/>
          </w:tcPr>
          <w:p w14:paraId="25321EA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 mmHg</w:t>
            </w:r>
          </w:p>
        </w:tc>
        <w:tc>
          <w:tcPr>
            <w:tcW w:w="5062" w:type="dxa"/>
          </w:tcPr>
          <w:p w14:paraId="0ECEEAE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European Society of Hypertension guidelines</w:t>
            </w:r>
          </w:p>
        </w:tc>
      </w:tr>
      <w:tr w:rsidR="00947F3E" w:rsidRPr="00947F3E" w14:paraId="023CD603" w14:textId="77777777" w:rsidTr="00713D93">
        <w:trPr>
          <w:jc w:val="center"/>
        </w:trPr>
        <w:tc>
          <w:tcPr>
            <w:tcW w:w="3390" w:type="dxa"/>
          </w:tcPr>
          <w:p w14:paraId="1D6769CF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Diastolic BP (mmHg)</w:t>
            </w:r>
          </w:p>
        </w:tc>
        <w:tc>
          <w:tcPr>
            <w:tcW w:w="3391" w:type="dxa"/>
          </w:tcPr>
          <w:p w14:paraId="2352EEB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Office BP repeatability</w:t>
            </w:r>
          </w:p>
        </w:tc>
        <w:tc>
          <w:tcPr>
            <w:tcW w:w="1719" w:type="dxa"/>
          </w:tcPr>
          <w:p w14:paraId="3F9B8A2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 mmHg</w:t>
            </w:r>
          </w:p>
        </w:tc>
        <w:tc>
          <w:tcPr>
            <w:tcW w:w="5062" w:type="dxa"/>
          </w:tcPr>
          <w:p w14:paraId="4D1037E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European Society of Hypertension guidelines</w:t>
            </w:r>
          </w:p>
        </w:tc>
      </w:tr>
      <w:tr w:rsidR="00947F3E" w:rsidRPr="00947F3E" w14:paraId="6D27E6C3" w14:textId="77777777" w:rsidTr="00713D93">
        <w:trPr>
          <w:jc w:val="center"/>
        </w:trPr>
        <w:tc>
          <w:tcPr>
            <w:tcW w:w="3390" w:type="dxa"/>
          </w:tcPr>
          <w:p w14:paraId="72EADCB2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Sit-and-reach (cm)</w:t>
            </w:r>
          </w:p>
        </w:tc>
        <w:tc>
          <w:tcPr>
            <w:tcW w:w="3391" w:type="dxa"/>
          </w:tcPr>
          <w:p w14:paraId="37218DE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Standardized test reliability</w:t>
            </w:r>
          </w:p>
        </w:tc>
        <w:tc>
          <w:tcPr>
            <w:tcW w:w="1719" w:type="dxa"/>
          </w:tcPr>
          <w:p w14:paraId="1D4EB83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2.0 cm</w:t>
            </w:r>
          </w:p>
        </w:tc>
        <w:tc>
          <w:tcPr>
            <w:tcW w:w="5062" w:type="dxa"/>
          </w:tcPr>
          <w:p w14:paraId="6FFD8D7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ACSM's Health-Related Physical Fitness Assessment Manual</w:t>
            </w:r>
          </w:p>
        </w:tc>
      </w:tr>
      <w:tr w:rsidR="00947F3E" w:rsidRPr="00947F3E" w14:paraId="2313BBFD" w14:textId="77777777" w:rsidTr="00713D93">
        <w:trPr>
          <w:jc w:val="center"/>
        </w:trPr>
        <w:tc>
          <w:tcPr>
            <w:tcW w:w="3390" w:type="dxa"/>
          </w:tcPr>
          <w:p w14:paraId="2ECCC864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Cross sit-ups (reps/min)</w:t>
            </w:r>
          </w:p>
        </w:tc>
        <w:tc>
          <w:tcPr>
            <w:tcW w:w="3391" w:type="dxa"/>
          </w:tcPr>
          <w:p w14:paraId="0130806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Maximal-effort test variability</w:t>
            </w:r>
          </w:p>
        </w:tc>
        <w:tc>
          <w:tcPr>
            <w:tcW w:w="1719" w:type="dxa"/>
          </w:tcPr>
          <w:p w14:paraId="3CBB456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 reps</w:t>
            </w:r>
          </w:p>
        </w:tc>
        <w:tc>
          <w:tcPr>
            <w:tcW w:w="5062" w:type="dxa"/>
          </w:tcPr>
          <w:p w14:paraId="7762C45B" w14:textId="7A45838B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Korean NFA protocol manual</w:t>
            </w:r>
          </w:p>
        </w:tc>
      </w:tr>
      <w:tr w:rsidR="00947F3E" w:rsidRPr="00947F3E" w14:paraId="50932775" w14:textId="77777777" w:rsidTr="00713D93">
        <w:trPr>
          <w:jc w:val="center"/>
        </w:trPr>
        <w:tc>
          <w:tcPr>
            <w:tcW w:w="3390" w:type="dxa"/>
          </w:tcPr>
          <w:p w14:paraId="471FA629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Standing long jump (cm)</w:t>
            </w:r>
          </w:p>
        </w:tc>
        <w:tc>
          <w:tcPr>
            <w:tcW w:w="3391" w:type="dxa"/>
          </w:tcPr>
          <w:p w14:paraId="2436572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Maximal-effort test variability</w:t>
            </w:r>
          </w:p>
        </w:tc>
        <w:tc>
          <w:tcPr>
            <w:tcW w:w="1719" w:type="dxa"/>
          </w:tcPr>
          <w:p w14:paraId="53BA27F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 cm</w:t>
            </w:r>
          </w:p>
        </w:tc>
        <w:tc>
          <w:tcPr>
            <w:tcW w:w="5062" w:type="dxa"/>
          </w:tcPr>
          <w:p w14:paraId="279D174A" w14:textId="57D46434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Korean NFA protocol manual</w:t>
            </w:r>
          </w:p>
        </w:tc>
      </w:tr>
      <w:tr w:rsidR="00947F3E" w:rsidRPr="00947F3E" w14:paraId="30BC6C8F" w14:textId="77777777" w:rsidTr="00713D93">
        <w:trPr>
          <w:jc w:val="center"/>
        </w:trPr>
        <w:tc>
          <w:tcPr>
            <w:tcW w:w="3390" w:type="dxa"/>
          </w:tcPr>
          <w:p w14:paraId="385D8879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VO₂max-shuttle</w:t>
            </w:r>
            <w:proofErr w:type="spellEnd"/>
          </w:p>
        </w:tc>
        <w:tc>
          <w:tcPr>
            <w:tcW w:w="3391" w:type="dxa"/>
          </w:tcPr>
          <w:p w14:paraId="7749630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20-m shuttle reliability</w:t>
            </w:r>
          </w:p>
        </w:tc>
        <w:tc>
          <w:tcPr>
            <w:tcW w:w="1719" w:type="dxa"/>
          </w:tcPr>
          <w:p w14:paraId="55699C1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2.0</w:t>
            </w:r>
          </w:p>
        </w:tc>
        <w:tc>
          <w:tcPr>
            <w:tcW w:w="5062" w:type="dxa"/>
          </w:tcPr>
          <w:p w14:paraId="4F95612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Léger et al. shuttle-run validation</w:t>
            </w:r>
          </w:p>
        </w:tc>
      </w:tr>
      <w:tr w:rsidR="00947F3E" w:rsidRPr="00947F3E" w14:paraId="51B48D9D" w14:textId="77777777" w:rsidTr="00713D93">
        <w:trPr>
          <w:jc w:val="center"/>
        </w:trPr>
        <w:tc>
          <w:tcPr>
            <w:tcW w:w="3390" w:type="dxa"/>
          </w:tcPr>
          <w:p w14:paraId="479D728E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VO₂max-step</w:t>
            </w:r>
            <w:proofErr w:type="spellEnd"/>
          </w:p>
        </w:tc>
        <w:tc>
          <w:tcPr>
            <w:tcW w:w="3391" w:type="dxa"/>
          </w:tcPr>
          <w:p w14:paraId="7E408BC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Step-test reliability</w:t>
            </w:r>
          </w:p>
        </w:tc>
        <w:tc>
          <w:tcPr>
            <w:tcW w:w="1719" w:type="dxa"/>
          </w:tcPr>
          <w:p w14:paraId="0D4005A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1.5</w:t>
            </w:r>
          </w:p>
        </w:tc>
        <w:tc>
          <w:tcPr>
            <w:tcW w:w="5062" w:type="dxa"/>
          </w:tcPr>
          <w:p w14:paraId="6C248FF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Modified Harvard step-test validation</w:t>
            </w:r>
          </w:p>
        </w:tc>
      </w:tr>
      <w:tr w:rsidR="00947F3E" w:rsidRPr="00947F3E" w14:paraId="785257DB" w14:textId="77777777" w:rsidTr="00713D93">
        <w:trPr>
          <w:jc w:val="center"/>
        </w:trPr>
        <w:tc>
          <w:tcPr>
            <w:tcW w:w="3390" w:type="dxa"/>
          </w:tcPr>
          <w:p w14:paraId="16A99C93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Reaction time (s)</w:t>
            </w:r>
          </w:p>
        </w:tc>
        <w:tc>
          <w:tcPr>
            <w:tcW w:w="3391" w:type="dxa"/>
          </w:tcPr>
          <w:p w14:paraId="03E8736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Visual reaction-time variability</w:t>
            </w:r>
          </w:p>
        </w:tc>
        <w:tc>
          <w:tcPr>
            <w:tcW w:w="1719" w:type="dxa"/>
          </w:tcPr>
          <w:p w14:paraId="079FA1D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0.020</w:t>
            </w:r>
          </w:p>
        </w:tc>
        <w:tc>
          <w:tcPr>
            <w:tcW w:w="5062" w:type="dxa"/>
          </w:tcPr>
          <w:p w14:paraId="120F844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Standardized visual cue test</w:t>
            </w:r>
          </w:p>
        </w:tc>
      </w:tr>
      <w:tr w:rsidR="00947F3E" w:rsidRPr="00947F3E" w14:paraId="6872984F" w14:textId="77777777" w:rsidTr="00713D93">
        <w:trPr>
          <w:jc w:val="center"/>
        </w:trPr>
        <w:tc>
          <w:tcPr>
            <w:tcW w:w="3390" w:type="dxa"/>
          </w:tcPr>
          <w:p w14:paraId="0A015204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Grip-L (kg)</w:t>
            </w:r>
          </w:p>
        </w:tc>
        <w:tc>
          <w:tcPr>
            <w:tcW w:w="3391" w:type="dxa"/>
          </w:tcPr>
          <w:p w14:paraId="6FB414D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JAMAR dynamometer ICC</w:t>
            </w:r>
          </w:p>
        </w:tc>
        <w:tc>
          <w:tcPr>
            <w:tcW w:w="1719" w:type="dxa"/>
          </w:tcPr>
          <w:p w14:paraId="6A8FFDC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2.0 kg</w:t>
            </w:r>
          </w:p>
        </w:tc>
        <w:tc>
          <w:tcPr>
            <w:tcW w:w="5062" w:type="dxa"/>
          </w:tcPr>
          <w:p w14:paraId="3106AEF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Mathiowetz et al. dynamometry standard</w:t>
            </w:r>
          </w:p>
        </w:tc>
      </w:tr>
      <w:tr w:rsidR="00947F3E" w:rsidRPr="00947F3E" w14:paraId="38645E13" w14:textId="77777777" w:rsidTr="00713D93">
        <w:trPr>
          <w:jc w:val="center"/>
        </w:trPr>
        <w:tc>
          <w:tcPr>
            <w:tcW w:w="3390" w:type="dxa"/>
          </w:tcPr>
          <w:p w14:paraId="0F4A0E75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Grip-R (kg)</w:t>
            </w:r>
          </w:p>
        </w:tc>
        <w:tc>
          <w:tcPr>
            <w:tcW w:w="3391" w:type="dxa"/>
          </w:tcPr>
          <w:p w14:paraId="2719465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JAMAR dynamometer ICC</w:t>
            </w:r>
          </w:p>
        </w:tc>
        <w:tc>
          <w:tcPr>
            <w:tcW w:w="1719" w:type="dxa"/>
          </w:tcPr>
          <w:p w14:paraId="0FAD4FE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2.0 kg</w:t>
            </w:r>
          </w:p>
        </w:tc>
        <w:tc>
          <w:tcPr>
            <w:tcW w:w="5062" w:type="dxa"/>
          </w:tcPr>
          <w:p w14:paraId="06DF1CE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Mathiowetz et al. dynamometry standard</w:t>
            </w:r>
          </w:p>
        </w:tc>
      </w:tr>
      <w:tr w:rsidR="00947F3E" w:rsidRPr="00947F3E" w14:paraId="756D6281" w14:textId="77777777" w:rsidTr="00713D93">
        <w:trPr>
          <w:jc w:val="center"/>
        </w:trPr>
        <w:tc>
          <w:tcPr>
            <w:tcW w:w="3390" w:type="dxa"/>
          </w:tcPr>
          <w:p w14:paraId="7D79D36B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Relative grip strength (%)</w:t>
            </w:r>
          </w:p>
        </w:tc>
        <w:tc>
          <w:tcPr>
            <w:tcW w:w="3391" w:type="dxa"/>
          </w:tcPr>
          <w:p w14:paraId="45B0ABE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Derived from grip and weight MDCs</w:t>
            </w:r>
          </w:p>
        </w:tc>
        <w:tc>
          <w:tcPr>
            <w:tcW w:w="1719" w:type="dxa"/>
          </w:tcPr>
          <w:p w14:paraId="25BEA1E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3.0%</w:t>
            </w:r>
          </w:p>
        </w:tc>
        <w:tc>
          <w:tcPr>
            <w:tcW w:w="5062" w:type="dxa"/>
          </w:tcPr>
          <w:p w14:paraId="1D5588C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Calculated propagation</w:t>
            </w:r>
          </w:p>
        </w:tc>
      </w:tr>
    </w:tbl>
    <w:p w14:paraId="0068E6C1" w14:textId="652EC638" w:rsidR="0077568B" w:rsidRPr="00947F3E" w:rsidRDefault="004C7B7C">
      <w:pPr>
        <w:spacing w:before="120" w:after="240"/>
        <w:jc w:val="both"/>
      </w:pPr>
      <w:r>
        <w:rPr>
          <w:rFonts w:ascii="Times New Roman" w:hAnsi="Times New Roman"/>
          <w:i/>
          <w:sz w:val="20"/>
        </w:rPr>
        <w:t>MDC reference values are drawn from two source categories. (</w:t>
      </w:r>
      <w:proofErr w:type="spellStart"/>
      <w:r>
        <w:rPr>
          <w:rFonts w:ascii="Times New Roman" w:hAnsi="Times New Roman"/>
          <w:i/>
          <w:sz w:val="20"/>
        </w:rPr>
        <w:t>i</w:t>
      </w:r>
      <w:proofErr w:type="spellEnd"/>
      <w:r>
        <w:rPr>
          <w:rFonts w:ascii="Times New Roman" w:hAnsi="Times New Roman"/>
          <w:i/>
          <w:sz w:val="20"/>
        </w:rPr>
        <w:t>) Literature-derived: WHO STEPS protocol (waist circumference); European Society of Hypertension office-BP repeatability guidelines (SBP, DBP); ACSM’s Health-Related Physical Fitness Assessment Manual (sit-and-reach); Léger et al. shuttle-run validation (</w:t>
      </w:r>
      <w:proofErr w:type="spellStart"/>
      <w:r>
        <w:rPr>
          <w:rFonts w:ascii="Times New Roman" w:hAnsi="Times New Roman"/>
          <w:i/>
          <w:sz w:val="20"/>
        </w:rPr>
        <w:t>VO₂max-shuttle</w:t>
      </w:r>
      <w:proofErr w:type="spellEnd"/>
      <w:r>
        <w:rPr>
          <w:rFonts w:ascii="Times New Roman" w:hAnsi="Times New Roman"/>
          <w:i/>
          <w:sz w:val="20"/>
        </w:rPr>
        <w:t>); modified Harvard step-test validation (</w:t>
      </w:r>
      <w:proofErr w:type="spellStart"/>
      <w:r>
        <w:rPr>
          <w:rFonts w:ascii="Times New Roman" w:hAnsi="Times New Roman"/>
          <w:i/>
          <w:sz w:val="20"/>
        </w:rPr>
        <w:t>VO₂max-step</w:t>
      </w:r>
      <w:proofErr w:type="spellEnd"/>
      <w:r>
        <w:rPr>
          <w:rFonts w:ascii="Times New Roman" w:hAnsi="Times New Roman"/>
          <w:i/>
          <w:sz w:val="20"/>
        </w:rPr>
        <w:t xml:space="preserve">); Mathiowetz et al. dynamometry standard (Grip-L, Grip-R). (ii) Protocol-derived from the Korean NFA measurement manual or instrument-class repeatability conventions: </w:t>
      </w:r>
      <w:proofErr w:type="spellStart"/>
      <w:r>
        <w:rPr>
          <w:rFonts w:ascii="Times New Roman" w:hAnsi="Times New Roman"/>
          <w:i/>
          <w:sz w:val="20"/>
        </w:rPr>
        <w:t>standardised</w:t>
      </w:r>
      <w:proofErr w:type="spellEnd"/>
      <w:r>
        <w:rPr>
          <w:rFonts w:ascii="Times New Roman" w:hAnsi="Times New Roman"/>
          <w:i/>
          <w:sz w:val="20"/>
        </w:rPr>
        <w:t xml:space="preserve"> scale at 0.1 kg recording precision (body weight); </w:t>
      </w:r>
      <w:proofErr w:type="spellStart"/>
      <w:r>
        <w:rPr>
          <w:rFonts w:ascii="Times New Roman" w:hAnsi="Times New Roman"/>
          <w:i/>
          <w:sz w:val="20"/>
        </w:rPr>
        <w:t>standardised</w:t>
      </w:r>
      <w:proofErr w:type="spellEnd"/>
      <w:r>
        <w:rPr>
          <w:rFonts w:ascii="Times New Roman" w:hAnsi="Times New Roman"/>
          <w:i/>
          <w:sz w:val="20"/>
        </w:rPr>
        <w:t xml:space="preserve"> BIA repeatability (body fat); </w:t>
      </w:r>
      <w:proofErr w:type="spellStart"/>
      <w:r>
        <w:rPr>
          <w:rFonts w:ascii="Times New Roman" w:hAnsi="Times New Roman"/>
          <w:i/>
          <w:sz w:val="20"/>
        </w:rPr>
        <w:t>standardised</w:t>
      </w:r>
      <w:proofErr w:type="spellEnd"/>
      <w:r>
        <w:rPr>
          <w:rFonts w:ascii="Times New Roman" w:hAnsi="Times New Roman"/>
          <w:i/>
          <w:sz w:val="20"/>
        </w:rPr>
        <w:t xml:space="preserve"> visual-cue test variability (reaction time); maximal-effort test variability documented in the NFA manual (cross sit-ups, standing long jump). Relative grip strength MDC (3.0%) is derived by error-propagation from the grip-strength MDC and the body-weight MDC. The MDC values are used here only to </w:t>
      </w:r>
      <w:proofErr w:type="spellStart"/>
      <w:r>
        <w:rPr>
          <w:rFonts w:ascii="Times New Roman" w:hAnsi="Times New Roman"/>
          <w:i/>
          <w:sz w:val="20"/>
        </w:rPr>
        <w:t>contextualise</w:t>
      </w:r>
      <w:proofErr w:type="spellEnd"/>
      <w:r>
        <w:rPr>
          <w:rFonts w:ascii="Times New Roman" w:hAnsi="Times New Roman"/>
          <w:i/>
          <w:sz w:val="20"/>
        </w:rPr>
        <w:t xml:space="preserve"> the magnitude of observed mean changes against measurement-noise lower bounds and are not used as inferential thresholds.</w:t>
      </w:r>
    </w:p>
    <w:p w14:paraId="7C0B40EE" w14:textId="77777777" w:rsidR="00713D93" w:rsidRDefault="00713D93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53691F34" w14:textId="68A42423" w:rsidR="0077568B" w:rsidRPr="00947F3E" w:rsidRDefault="004C7B7C" w:rsidP="004C7B7C">
      <w:pPr>
        <w:spacing w:before="240" w:after="80"/>
      </w:pPr>
      <w:r>
        <w:rPr>
          <w:rFonts w:ascii="Times New Roman" w:hAnsi="Times New Roman"/>
          <w:b/>
          <w:sz w:val="24"/>
        </w:rPr>
        <w:lastRenderedPageBreak/>
        <w:t xml:space="preserve">Table S7. Detectable path-analytic associations — overall overweight sample (n = 10,033); rows where 95% CI for at least one of c′, </w:t>
      </w:r>
      <w:proofErr w:type="spellStart"/>
      <w:r>
        <w:rPr>
          <w:rFonts w:ascii="Times New Roman" w:hAnsi="Times New Roman"/>
          <w:b/>
          <w:sz w:val="24"/>
        </w:rPr>
        <w:t>a·b</w:t>
      </w:r>
      <w:proofErr w:type="spellEnd"/>
      <w:r>
        <w:rPr>
          <w:rFonts w:ascii="Times New Roman" w:hAnsi="Times New Roman"/>
          <w:b/>
          <w:sz w:val="24"/>
        </w:rPr>
        <w:t>, or Total excludes zero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4521"/>
        <w:gridCol w:w="4521"/>
        <w:gridCol w:w="4520"/>
      </w:tblGrid>
      <w:tr w:rsidR="00947F3E" w:rsidRPr="00947F3E" w14:paraId="6D184323" w14:textId="77777777">
        <w:trPr>
          <w:jc w:val="center"/>
        </w:trPr>
        <w:tc>
          <w:tcPr>
            <w:tcW w:w="4524" w:type="dxa"/>
            <w:shd w:val="clear" w:color="auto" w:fill="D9E2F3"/>
          </w:tcPr>
          <w:p w14:paraId="02DEE45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Outcome</w:t>
            </w:r>
          </w:p>
        </w:tc>
        <w:tc>
          <w:tcPr>
            <w:tcW w:w="4524" w:type="dxa"/>
            <w:shd w:val="clear" w:color="auto" w:fill="D9E2F3"/>
          </w:tcPr>
          <w:p w14:paraId="3BEB76D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Path</w:t>
            </w:r>
          </w:p>
        </w:tc>
        <w:tc>
          <w:tcPr>
            <w:tcW w:w="4524" w:type="dxa"/>
            <w:shd w:val="clear" w:color="auto" w:fill="D9E2F3"/>
          </w:tcPr>
          <w:p w14:paraId="5339D7C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B [95% CI]</w:t>
            </w:r>
          </w:p>
        </w:tc>
      </w:tr>
      <w:tr w:rsidR="00947F3E" w:rsidRPr="00947F3E" w14:paraId="2F334D09" w14:textId="77777777">
        <w:trPr>
          <w:jc w:val="center"/>
        </w:trPr>
        <w:tc>
          <w:tcPr>
            <w:tcW w:w="4524" w:type="dxa"/>
          </w:tcPr>
          <w:p w14:paraId="56D47EFD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Body weight (kg)</w:t>
            </w:r>
          </w:p>
        </w:tc>
        <w:tc>
          <w:tcPr>
            <w:tcW w:w="4524" w:type="dxa"/>
          </w:tcPr>
          <w:p w14:paraId="311891B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169A0EB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+2.828 [+2.800, +2.</w:t>
            </w:r>
            <w:proofErr w:type="gramStart"/>
            <w:r>
              <w:rPr>
                <w:rFonts w:ascii="Times New Roman" w:hAnsi="Times New Roman"/>
                <w:sz w:val="18"/>
              </w:rPr>
              <w:t>852]*</w:t>
            </w:r>
            <w:proofErr w:type="gramEnd"/>
          </w:p>
        </w:tc>
      </w:tr>
      <w:tr w:rsidR="00947F3E" w:rsidRPr="00947F3E" w14:paraId="6E7C0C5E" w14:textId="77777777">
        <w:trPr>
          <w:jc w:val="center"/>
        </w:trPr>
        <w:tc>
          <w:tcPr>
            <w:tcW w:w="4524" w:type="dxa"/>
          </w:tcPr>
          <w:p w14:paraId="5E1F21D8" w14:textId="77777777" w:rsidR="0077568B" w:rsidRPr="00947F3E" w:rsidRDefault="0077568B"/>
        </w:tc>
        <w:tc>
          <w:tcPr>
            <w:tcW w:w="4524" w:type="dxa"/>
          </w:tcPr>
          <w:p w14:paraId="6B62318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c₃'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direct)</w:t>
            </w:r>
          </w:p>
        </w:tc>
        <w:tc>
          <w:tcPr>
            <w:tcW w:w="4524" w:type="dxa"/>
          </w:tcPr>
          <w:p w14:paraId="31142FD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−0.003 [−0.007, +0.002]</w:t>
            </w:r>
          </w:p>
        </w:tc>
      </w:tr>
      <w:tr w:rsidR="00947F3E" w:rsidRPr="00947F3E" w14:paraId="6C44B904" w14:textId="77777777">
        <w:trPr>
          <w:jc w:val="center"/>
        </w:trPr>
        <w:tc>
          <w:tcPr>
            <w:tcW w:w="4524" w:type="dxa"/>
          </w:tcPr>
          <w:p w14:paraId="27F35402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Body fat (%)</w:t>
            </w:r>
          </w:p>
        </w:tc>
        <w:tc>
          <w:tcPr>
            <w:tcW w:w="4524" w:type="dxa"/>
          </w:tcPr>
          <w:p w14:paraId="3CEA8CE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0D2C019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+1.793 [+1.741, +1.</w:t>
            </w:r>
            <w:proofErr w:type="gramStart"/>
            <w:r>
              <w:rPr>
                <w:rFonts w:ascii="Times New Roman" w:hAnsi="Times New Roman"/>
                <w:sz w:val="18"/>
              </w:rPr>
              <w:t>846]*</w:t>
            </w:r>
            <w:proofErr w:type="gramEnd"/>
          </w:p>
        </w:tc>
      </w:tr>
      <w:tr w:rsidR="00947F3E" w:rsidRPr="00947F3E" w14:paraId="0E8F433E" w14:textId="77777777">
        <w:trPr>
          <w:jc w:val="center"/>
        </w:trPr>
        <w:tc>
          <w:tcPr>
            <w:tcW w:w="4524" w:type="dxa"/>
          </w:tcPr>
          <w:p w14:paraId="237AC824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Waist (cm)</w:t>
            </w:r>
          </w:p>
        </w:tc>
        <w:tc>
          <w:tcPr>
            <w:tcW w:w="4524" w:type="dxa"/>
          </w:tcPr>
          <w:p w14:paraId="385CBFF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a₃ (</w:t>
            </w:r>
            <w:proofErr w:type="spellStart"/>
            <w:r>
              <w:rPr>
                <w:rFonts w:ascii="Times New Roman" w:hAnsi="Times New Roman"/>
                <w:sz w:val="18"/>
              </w:rPr>
              <w:t>n_total→ΔBMI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593CDA4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−0.009 [−0.017, −0.</w:t>
            </w:r>
            <w:proofErr w:type="gramStart"/>
            <w:r>
              <w:rPr>
                <w:rFonts w:ascii="Times New Roman" w:hAnsi="Times New Roman"/>
                <w:sz w:val="18"/>
              </w:rPr>
              <w:t>001]*</w:t>
            </w:r>
            <w:proofErr w:type="gramEnd"/>
          </w:p>
        </w:tc>
      </w:tr>
      <w:tr w:rsidR="00947F3E" w:rsidRPr="00947F3E" w14:paraId="627534E0" w14:textId="77777777">
        <w:trPr>
          <w:jc w:val="center"/>
        </w:trPr>
        <w:tc>
          <w:tcPr>
            <w:tcW w:w="4524" w:type="dxa"/>
          </w:tcPr>
          <w:p w14:paraId="29136CC1" w14:textId="77777777" w:rsidR="0077568B" w:rsidRPr="00947F3E" w:rsidRDefault="0077568B"/>
        </w:tc>
        <w:tc>
          <w:tcPr>
            <w:tcW w:w="4524" w:type="dxa"/>
          </w:tcPr>
          <w:p w14:paraId="693FE9A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53F4693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+2.575 [+2.424, +2.</w:t>
            </w:r>
            <w:proofErr w:type="gramStart"/>
            <w:r>
              <w:rPr>
                <w:rFonts w:ascii="Times New Roman" w:hAnsi="Times New Roman"/>
                <w:sz w:val="18"/>
              </w:rPr>
              <w:t>725]*</w:t>
            </w:r>
            <w:proofErr w:type="gramEnd"/>
          </w:p>
        </w:tc>
      </w:tr>
      <w:tr w:rsidR="00947F3E" w:rsidRPr="00947F3E" w14:paraId="222A4709" w14:textId="77777777">
        <w:trPr>
          <w:jc w:val="center"/>
        </w:trPr>
        <w:tc>
          <w:tcPr>
            <w:tcW w:w="4524" w:type="dxa"/>
          </w:tcPr>
          <w:p w14:paraId="457A63AB" w14:textId="77777777" w:rsidR="0077568B" w:rsidRPr="00947F3E" w:rsidRDefault="0077568B"/>
        </w:tc>
        <w:tc>
          <w:tcPr>
            <w:tcW w:w="4524" w:type="dxa"/>
          </w:tcPr>
          <w:p w14:paraId="034E7F5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c₁' (Res direct)</w:t>
            </w:r>
          </w:p>
        </w:tc>
        <w:tc>
          <w:tcPr>
            <w:tcW w:w="4524" w:type="dxa"/>
          </w:tcPr>
          <w:p w14:paraId="7578463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−0.332 [−0.632, −0.</w:t>
            </w:r>
            <w:proofErr w:type="gramStart"/>
            <w:r>
              <w:rPr>
                <w:rFonts w:ascii="Times New Roman" w:hAnsi="Times New Roman"/>
                <w:sz w:val="18"/>
              </w:rPr>
              <w:t>032]*</w:t>
            </w:r>
            <w:proofErr w:type="gramEnd"/>
          </w:p>
        </w:tc>
      </w:tr>
      <w:tr w:rsidR="00947F3E" w:rsidRPr="00947F3E" w14:paraId="36263C2D" w14:textId="77777777">
        <w:trPr>
          <w:jc w:val="center"/>
        </w:trPr>
        <w:tc>
          <w:tcPr>
            <w:tcW w:w="4524" w:type="dxa"/>
          </w:tcPr>
          <w:p w14:paraId="4AF3DE57" w14:textId="77777777" w:rsidR="0077568B" w:rsidRPr="00947F3E" w:rsidRDefault="0077568B"/>
        </w:tc>
        <w:tc>
          <w:tcPr>
            <w:tcW w:w="4524" w:type="dxa"/>
          </w:tcPr>
          <w:p w14:paraId="08A580A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c₂' (Aer direct)</w:t>
            </w:r>
          </w:p>
        </w:tc>
        <w:tc>
          <w:tcPr>
            <w:tcW w:w="4524" w:type="dxa"/>
          </w:tcPr>
          <w:p w14:paraId="50465B3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−0.321 [−0.648, −0.</w:t>
            </w:r>
            <w:proofErr w:type="gramStart"/>
            <w:r>
              <w:rPr>
                <w:rFonts w:ascii="Times New Roman" w:hAnsi="Times New Roman"/>
                <w:sz w:val="18"/>
              </w:rPr>
              <w:t>008]*</w:t>
            </w:r>
            <w:proofErr w:type="gramEnd"/>
          </w:p>
        </w:tc>
      </w:tr>
      <w:tr w:rsidR="00947F3E" w:rsidRPr="00947F3E" w14:paraId="036E020D" w14:textId="77777777">
        <w:trPr>
          <w:jc w:val="center"/>
        </w:trPr>
        <w:tc>
          <w:tcPr>
            <w:tcW w:w="4524" w:type="dxa"/>
          </w:tcPr>
          <w:p w14:paraId="73DF531A" w14:textId="77777777" w:rsidR="0077568B" w:rsidRPr="00947F3E" w:rsidRDefault="0077568B"/>
        </w:tc>
        <w:tc>
          <w:tcPr>
            <w:tcW w:w="4524" w:type="dxa"/>
          </w:tcPr>
          <w:p w14:paraId="5983F49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a₃·b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ind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364B57A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−0.023 [−0.044, −0.</w:t>
            </w:r>
            <w:proofErr w:type="gramStart"/>
            <w:r>
              <w:rPr>
                <w:rFonts w:ascii="Times New Roman" w:hAnsi="Times New Roman"/>
                <w:sz w:val="18"/>
              </w:rPr>
              <w:t>002]*</w:t>
            </w:r>
            <w:proofErr w:type="gramEnd"/>
          </w:p>
        </w:tc>
      </w:tr>
      <w:tr w:rsidR="00947F3E" w:rsidRPr="00947F3E" w14:paraId="4A04B8B0" w14:textId="77777777">
        <w:trPr>
          <w:jc w:val="center"/>
        </w:trPr>
        <w:tc>
          <w:tcPr>
            <w:tcW w:w="4524" w:type="dxa"/>
          </w:tcPr>
          <w:p w14:paraId="2E516D89" w14:textId="77777777" w:rsidR="0077568B" w:rsidRPr="00947F3E" w:rsidRDefault="0077568B"/>
        </w:tc>
        <w:tc>
          <w:tcPr>
            <w:tcW w:w="4524" w:type="dxa"/>
          </w:tcPr>
          <w:p w14:paraId="04E3FF2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Total (Res)</w:t>
            </w:r>
          </w:p>
        </w:tc>
        <w:tc>
          <w:tcPr>
            <w:tcW w:w="4524" w:type="dxa"/>
          </w:tcPr>
          <w:p w14:paraId="39C15C7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−0.440 [−0.772, −0.</w:t>
            </w:r>
            <w:proofErr w:type="gramStart"/>
            <w:r>
              <w:rPr>
                <w:rFonts w:ascii="Times New Roman" w:hAnsi="Times New Roman"/>
                <w:sz w:val="18"/>
              </w:rPr>
              <w:t>092]*</w:t>
            </w:r>
            <w:proofErr w:type="gramEnd"/>
          </w:p>
        </w:tc>
      </w:tr>
      <w:tr w:rsidR="00947F3E" w:rsidRPr="00947F3E" w14:paraId="38B30AE7" w14:textId="77777777">
        <w:trPr>
          <w:jc w:val="center"/>
        </w:trPr>
        <w:tc>
          <w:tcPr>
            <w:tcW w:w="4524" w:type="dxa"/>
          </w:tcPr>
          <w:p w14:paraId="322E1D04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SBP (mmHg)</w:t>
            </w:r>
          </w:p>
        </w:tc>
        <w:tc>
          <w:tcPr>
            <w:tcW w:w="4524" w:type="dxa"/>
          </w:tcPr>
          <w:p w14:paraId="2E1BFD9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02DB78B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+1.590 [+1.363, +1.</w:t>
            </w:r>
            <w:proofErr w:type="gramStart"/>
            <w:r>
              <w:rPr>
                <w:rFonts w:ascii="Times New Roman" w:hAnsi="Times New Roman"/>
                <w:sz w:val="18"/>
              </w:rPr>
              <w:t>832]*</w:t>
            </w:r>
            <w:proofErr w:type="gramEnd"/>
          </w:p>
        </w:tc>
      </w:tr>
      <w:tr w:rsidR="00947F3E" w:rsidRPr="00947F3E" w14:paraId="2B545AA1" w14:textId="77777777">
        <w:trPr>
          <w:jc w:val="center"/>
        </w:trPr>
        <w:tc>
          <w:tcPr>
            <w:tcW w:w="4524" w:type="dxa"/>
          </w:tcPr>
          <w:p w14:paraId="47B61484" w14:textId="77777777" w:rsidR="0077568B" w:rsidRPr="00947F3E" w:rsidRDefault="0077568B"/>
        </w:tc>
        <w:tc>
          <w:tcPr>
            <w:tcW w:w="4524" w:type="dxa"/>
          </w:tcPr>
          <w:p w14:paraId="2F3DD93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a₃·b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ind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72C2842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−0.007 [−0.016, +0.002]</w:t>
            </w:r>
          </w:p>
        </w:tc>
      </w:tr>
      <w:tr w:rsidR="00947F3E" w:rsidRPr="00947F3E" w14:paraId="77B89F52" w14:textId="77777777">
        <w:trPr>
          <w:jc w:val="center"/>
        </w:trPr>
        <w:tc>
          <w:tcPr>
            <w:tcW w:w="4524" w:type="dxa"/>
          </w:tcPr>
          <w:p w14:paraId="5E25AE93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DBP (mmHg)</w:t>
            </w:r>
          </w:p>
        </w:tc>
        <w:tc>
          <w:tcPr>
            <w:tcW w:w="4524" w:type="dxa"/>
          </w:tcPr>
          <w:p w14:paraId="66A7204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348F478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+1.024 [+0.843, +1.</w:t>
            </w:r>
            <w:proofErr w:type="gramStart"/>
            <w:r>
              <w:rPr>
                <w:rFonts w:ascii="Times New Roman" w:hAnsi="Times New Roman"/>
                <w:sz w:val="18"/>
              </w:rPr>
              <w:t>205]*</w:t>
            </w:r>
            <w:proofErr w:type="gramEnd"/>
          </w:p>
        </w:tc>
      </w:tr>
      <w:tr w:rsidR="00947F3E" w:rsidRPr="00947F3E" w14:paraId="0B51F563" w14:textId="77777777">
        <w:trPr>
          <w:jc w:val="center"/>
        </w:trPr>
        <w:tc>
          <w:tcPr>
            <w:tcW w:w="4524" w:type="dxa"/>
          </w:tcPr>
          <w:p w14:paraId="00C5085A" w14:textId="77777777" w:rsidR="0077568B" w:rsidRPr="00947F3E" w:rsidRDefault="0077568B"/>
        </w:tc>
        <w:tc>
          <w:tcPr>
            <w:tcW w:w="4524" w:type="dxa"/>
          </w:tcPr>
          <w:p w14:paraId="21DE060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c₃'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direct)</w:t>
            </w:r>
          </w:p>
        </w:tc>
        <w:tc>
          <w:tcPr>
            <w:tcW w:w="4524" w:type="dxa"/>
          </w:tcPr>
          <w:p w14:paraId="5D9A80F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−0.056 [−0.103, −0.</w:t>
            </w:r>
            <w:proofErr w:type="gramStart"/>
            <w:r>
              <w:rPr>
                <w:rFonts w:ascii="Times New Roman" w:hAnsi="Times New Roman"/>
                <w:sz w:val="18"/>
              </w:rPr>
              <w:t>009]*</w:t>
            </w:r>
            <w:proofErr w:type="gramEnd"/>
          </w:p>
        </w:tc>
      </w:tr>
      <w:tr w:rsidR="00947F3E" w:rsidRPr="00947F3E" w14:paraId="6E7CCA67" w14:textId="77777777">
        <w:trPr>
          <w:jc w:val="center"/>
        </w:trPr>
        <w:tc>
          <w:tcPr>
            <w:tcW w:w="4524" w:type="dxa"/>
          </w:tcPr>
          <w:p w14:paraId="623F7F93" w14:textId="77777777" w:rsidR="0077568B" w:rsidRPr="00947F3E" w:rsidRDefault="0077568B"/>
        </w:tc>
        <w:tc>
          <w:tcPr>
            <w:tcW w:w="4524" w:type="dxa"/>
          </w:tcPr>
          <w:p w14:paraId="390E157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a₃·b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ind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6C5AB27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−0.004 [−0.010, +0.001]</w:t>
            </w:r>
          </w:p>
        </w:tc>
      </w:tr>
      <w:tr w:rsidR="00947F3E" w:rsidRPr="00947F3E" w14:paraId="44112FEB" w14:textId="77777777">
        <w:trPr>
          <w:jc w:val="center"/>
        </w:trPr>
        <w:tc>
          <w:tcPr>
            <w:tcW w:w="4524" w:type="dxa"/>
          </w:tcPr>
          <w:p w14:paraId="446DCF86" w14:textId="77777777" w:rsidR="0077568B" w:rsidRPr="00947F3E" w:rsidRDefault="0077568B"/>
        </w:tc>
        <w:tc>
          <w:tcPr>
            <w:tcW w:w="4524" w:type="dxa"/>
          </w:tcPr>
          <w:p w14:paraId="43BF162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Total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14C0D0A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−0.060 [−0.107, −0.</w:t>
            </w:r>
            <w:proofErr w:type="gramStart"/>
            <w:r>
              <w:rPr>
                <w:rFonts w:ascii="Times New Roman" w:hAnsi="Times New Roman"/>
                <w:sz w:val="18"/>
              </w:rPr>
              <w:t>014]*</w:t>
            </w:r>
            <w:proofErr w:type="gramEnd"/>
          </w:p>
        </w:tc>
      </w:tr>
      <w:tr w:rsidR="00947F3E" w:rsidRPr="00947F3E" w14:paraId="668046C1" w14:textId="77777777">
        <w:trPr>
          <w:jc w:val="center"/>
        </w:trPr>
        <w:tc>
          <w:tcPr>
            <w:tcW w:w="4524" w:type="dxa"/>
          </w:tcPr>
          <w:p w14:paraId="62682C60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Sit-and-reach (cm)</w:t>
            </w:r>
          </w:p>
        </w:tc>
        <w:tc>
          <w:tcPr>
            <w:tcW w:w="4524" w:type="dxa"/>
          </w:tcPr>
          <w:p w14:paraId="517B4F3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0299EF5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−0.700 [−0.783, −0.</w:t>
            </w:r>
            <w:proofErr w:type="gramStart"/>
            <w:r>
              <w:rPr>
                <w:rFonts w:ascii="Times New Roman" w:hAnsi="Times New Roman"/>
                <w:sz w:val="18"/>
              </w:rPr>
              <w:t>613]*</w:t>
            </w:r>
            <w:proofErr w:type="gramEnd"/>
          </w:p>
        </w:tc>
      </w:tr>
      <w:tr w:rsidR="00947F3E" w:rsidRPr="00947F3E" w14:paraId="04C56CE4" w14:textId="77777777">
        <w:trPr>
          <w:jc w:val="center"/>
        </w:trPr>
        <w:tc>
          <w:tcPr>
            <w:tcW w:w="4524" w:type="dxa"/>
          </w:tcPr>
          <w:p w14:paraId="62274C01" w14:textId="77777777" w:rsidR="0077568B" w:rsidRPr="00947F3E" w:rsidRDefault="0077568B"/>
        </w:tc>
        <w:tc>
          <w:tcPr>
            <w:tcW w:w="4524" w:type="dxa"/>
          </w:tcPr>
          <w:p w14:paraId="189BB6C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c₂' (Aer direct)</w:t>
            </w:r>
          </w:p>
        </w:tc>
        <w:tc>
          <w:tcPr>
            <w:tcW w:w="4524" w:type="dxa"/>
          </w:tcPr>
          <w:p w14:paraId="28C0BAA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+0.227 [+0.019, +0.</w:t>
            </w:r>
            <w:proofErr w:type="gramStart"/>
            <w:r>
              <w:rPr>
                <w:rFonts w:ascii="Times New Roman" w:hAnsi="Times New Roman"/>
                <w:sz w:val="18"/>
              </w:rPr>
              <w:t>441]*</w:t>
            </w:r>
            <w:proofErr w:type="gramEnd"/>
          </w:p>
        </w:tc>
      </w:tr>
      <w:tr w:rsidR="00947F3E" w:rsidRPr="00947F3E" w14:paraId="46BA0028" w14:textId="77777777">
        <w:trPr>
          <w:jc w:val="center"/>
        </w:trPr>
        <w:tc>
          <w:tcPr>
            <w:tcW w:w="4524" w:type="dxa"/>
          </w:tcPr>
          <w:p w14:paraId="24EF209A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Cross sit-ups (reps)</w:t>
            </w:r>
          </w:p>
        </w:tc>
        <w:tc>
          <w:tcPr>
            <w:tcW w:w="4524" w:type="dxa"/>
          </w:tcPr>
          <w:p w14:paraId="04C2692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314888E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−0.991 [−1.136, −0.</w:t>
            </w:r>
            <w:proofErr w:type="gramStart"/>
            <w:r>
              <w:rPr>
                <w:rFonts w:ascii="Times New Roman" w:hAnsi="Times New Roman"/>
                <w:sz w:val="18"/>
              </w:rPr>
              <w:t>840]*</w:t>
            </w:r>
            <w:proofErr w:type="gramEnd"/>
          </w:p>
        </w:tc>
      </w:tr>
      <w:tr w:rsidR="00947F3E" w:rsidRPr="00947F3E" w14:paraId="70D02558" w14:textId="77777777">
        <w:trPr>
          <w:jc w:val="center"/>
        </w:trPr>
        <w:tc>
          <w:tcPr>
            <w:tcW w:w="4524" w:type="dxa"/>
          </w:tcPr>
          <w:p w14:paraId="68A4D55F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Standing long jump (cm)</w:t>
            </w:r>
          </w:p>
        </w:tc>
        <w:tc>
          <w:tcPr>
            <w:tcW w:w="4524" w:type="dxa"/>
          </w:tcPr>
          <w:p w14:paraId="169A8B5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41E106D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−1.579 [−1.951, −1.</w:t>
            </w:r>
            <w:proofErr w:type="gramStart"/>
            <w:r>
              <w:rPr>
                <w:rFonts w:ascii="Times New Roman" w:hAnsi="Times New Roman"/>
                <w:sz w:val="18"/>
              </w:rPr>
              <w:t>213]*</w:t>
            </w:r>
            <w:proofErr w:type="gramEnd"/>
          </w:p>
        </w:tc>
      </w:tr>
      <w:tr w:rsidR="00947F3E" w:rsidRPr="00947F3E" w14:paraId="68918309" w14:textId="77777777">
        <w:trPr>
          <w:jc w:val="center"/>
        </w:trPr>
        <w:tc>
          <w:tcPr>
            <w:tcW w:w="4524" w:type="dxa"/>
          </w:tcPr>
          <w:p w14:paraId="7C35867E" w14:textId="77777777" w:rsidR="0077568B" w:rsidRPr="00947F3E" w:rsidRDefault="0077568B"/>
        </w:tc>
        <w:tc>
          <w:tcPr>
            <w:tcW w:w="4524" w:type="dxa"/>
          </w:tcPr>
          <w:p w14:paraId="2C7594C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c₂' (Aer direct)</w:t>
            </w:r>
          </w:p>
        </w:tc>
        <w:tc>
          <w:tcPr>
            <w:tcW w:w="4524" w:type="dxa"/>
          </w:tcPr>
          <w:p w14:paraId="35D9334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+1.593 [+0.712, +2.</w:t>
            </w:r>
            <w:proofErr w:type="gramStart"/>
            <w:r>
              <w:rPr>
                <w:rFonts w:ascii="Times New Roman" w:hAnsi="Times New Roman"/>
                <w:sz w:val="18"/>
              </w:rPr>
              <w:t>474]*</w:t>
            </w:r>
            <w:proofErr w:type="gramEnd"/>
          </w:p>
        </w:tc>
      </w:tr>
      <w:tr w:rsidR="00947F3E" w:rsidRPr="00947F3E" w14:paraId="1AC18474" w14:textId="77777777">
        <w:trPr>
          <w:jc w:val="center"/>
        </w:trPr>
        <w:tc>
          <w:tcPr>
            <w:tcW w:w="4524" w:type="dxa"/>
          </w:tcPr>
          <w:p w14:paraId="315CD25A" w14:textId="77777777" w:rsidR="0077568B" w:rsidRPr="00947F3E" w:rsidRDefault="0077568B"/>
        </w:tc>
        <w:tc>
          <w:tcPr>
            <w:tcW w:w="4524" w:type="dxa"/>
          </w:tcPr>
          <w:p w14:paraId="50FE979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Total (Aer)</w:t>
            </w:r>
          </w:p>
        </w:tc>
        <w:tc>
          <w:tcPr>
            <w:tcW w:w="4524" w:type="dxa"/>
          </w:tcPr>
          <w:p w14:paraId="520B68D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+1.550 [+0.672, +2.</w:t>
            </w:r>
            <w:proofErr w:type="gramStart"/>
            <w:r>
              <w:rPr>
                <w:rFonts w:ascii="Times New Roman" w:hAnsi="Times New Roman"/>
                <w:sz w:val="18"/>
              </w:rPr>
              <w:t>443]*</w:t>
            </w:r>
            <w:proofErr w:type="gramEnd"/>
          </w:p>
        </w:tc>
      </w:tr>
      <w:tr w:rsidR="00947F3E" w:rsidRPr="00947F3E" w14:paraId="53A7B33E" w14:textId="77777777">
        <w:trPr>
          <w:jc w:val="center"/>
        </w:trPr>
        <w:tc>
          <w:tcPr>
            <w:tcW w:w="4524" w:type="dxa"/>
          </w:tcPr>
          <w:p w14:paraId="0D031E26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VO₂max-shuttle</w:t>
            </w:r>
            <w:proofErr w:type="spellEnd"/>
          </w:p>
        </w:tc>
        <w:tc>
          <w:tcPr>
            <w:tcW w:w="4524" w:type="dxa"/>
          </w:tcPr>
          <w:p w14:paraId="4BA860A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159015F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−0.958 [−1.078, −0.</w:t>
            </w:r>
            <w:proofErr w:type="gramStart"/>
            <w:r>
              <w:rPr>
                <w:rFonts w:ascii="Times New Roman" w:hAnsi="Times New Roman"/>
                <w:sz w:val="18"/>
              </w:rPr>
              <w:t>831]*</w:t>
            </w:r>
            <w:proofErr w:type="gramEnd"/>
          </w:p>
        </w:tc>
      </w:tr>
      <w:tr w:rsidR="00947F3E" w:rsidRPr="00947F3E" w14:paraId="4EEECE4C" w14:textId="77777777">
        <w:trPr>
          <w:jc w:val="center"/>
        </w:trPr>
        <w:tc>
          <w:tcPr>
            <w:tcW w:w="4524" w:type="dxa"/>
          </w:tcPr>
          <w:p w14:paraId="63943DCB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VO₂max-step</w:t>
            </w:r>
            <w:proofErr w:type="spellEnd"/>
          </w:p>
        </w:tc>
        <w:tc>
          <w:tcPr>
            <w:tcW w:w="4524" w:type="dxa"/>
          </w:tcPr>
          <w:p w14:paraId="491380A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0C3B030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−0.938 [−1.000, −0.</w:t>
            </w:r>
            <w:proofErr w:type="gramStart"/>
            <w:r>
              <w:rPr>
                <w:rFonts w:ascii="Times New Roman" w:hAnsi="Times New Roman"/>
                <w:sz w:val="18"/>
              </w:rPr>
              <w:t>877]*</w:t>
            </w:r>
            <w:proofErr w:type="gramEnd"/>
          </w:p>
        </w:tc>
      </w:tr>
      <w:tr w:rsidR="00947F3E" w:rsidRPr="00947F3E" w14:paraId="73099A1E" w14:textId="77777777">
        <w:trPr>
          <w:jc w:val="center"/>
        </w:trPr>
        <w:tc>
          <w:tcPr>
            <w:tcW w:w="4524" w:type="dxa"/>
          </w:tcPr>
          <w:p w14:paraId="3A6D1566" w14:textId="77777777" w:rsidR="0077568B" w:rsidRPr="00947F3E" w:rsidRDefault="0077568B"/>
        </w:tc>
        <w:tc>
          <w:tcPr>
            <w:tcW w:w="4524" w:type="dxa"/>
          </w:tcPr>
          <w:p w14:paraId="05DAB11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c₃'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direct)</w:t>
            </w:r>
          </w:p>
        </w:tc>
        <w:tc>
          <w:tcPr>
            <w:tcW w:w="4524" w:type="dxa"/>
          </w:tcPr>
          <w:p w14:paraId="31C87A5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+0.015 [+0.003, +0.</w:t>
            </w:r>
            <w:proofErr w:type="gramStart"/>
            <w:r>
              <w:rPr>
                <w:rFonts w:ascii="Times New Roman" w:hAnsi="Times New Roman"/>
                <w:sz w:val="18"/>
              </w:rPr>
              <w:t>029]*</w:t>
            </w:r>
            <w:proofErr w:type="gramEnd"/>
          </w:p>
        </w:tc>
      </w:tr>
      <w:tr w:rsidR="00947F3E" w:rsidRPr="00947F3E" w14:paraId="00413CBC" w14:textId="77777777">
        <w:trPr>
          <w:jc w:val="center"/>
        </w:trPr>
        <w:tc>
          <w:tcPr>
            <w:tcW w:w="4524" w:type="dxa"/>
          </w:tcPr>
          <w:p w14:paraId="526A542D" w14:textId="77777777" w:rsidR="0077568B" w:rsidRPr="00947F3E" w:rsidRDefault="0077568B"/>
        </w:tc>
        <w:tc>
          <w:tcPr>
            <w:tcW w:w="4524" w:type="dxa"/>
          </w:tcPr>
          <w:p w14:paraId="542C361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Total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3F24C25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+0.020 [+0.005, +0.</w:t>
            </w:r>
            <w:proofErr w:type="gramStart"/>
            <w:r>
              <w:rPr>
                <w:rFonts w:ascii="Times New Roman" w:hAnsi="Times New Roman"/>
                <w:sz w:val="18"/>
              </w:rPr>
              <w:t>034]*</w:t>
            </w:r>
            <w:proofErr w:type="gramEnd"/>
          </w:p>
        </w:tc>
      </w:tr>
      <w:tr w:rsidR="00947F3E" w:rsidRPr="00947F3E" w14:paraId="7C2C658B" w14:textId="77777777">
        <w:trPr>
          <w:jc w:val="center"/>
        </w:trPr>
        <w:tc>
          <w:tcPr>
            <w:tcW w:w="4524" w:type="dxa"/>
          </w:tcPr>
          <w:p w14:paraId="61C3AEB1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Reaction time (s)</w:t>
            </w:r>
          </w:p>
        </w:tc>
        <w:tc>
          <w:tcPr>
            <w:tcW w:w="4524" w:type="dxa"/>
          </w:tcPr>
          <w:p w14:paraId="2B11B79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a₂ (</w:t>
            </w:r>
            <w:proofErr w:type="spellStart"/>
            <w:r>
              <w:rPr>
                <w:rFonts w:ascii="Times New Roman" w:hAnsi="Times New Roman"/>
                <w:sz w:val="18"/>
              </w:rPr>
              <w:t>Aer→ΔBMI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61BBC97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+0.100 [+0.039, +0.</w:t>
            </w:r>
            <w:proofErr w:type="gramStart"/>
            <w:r>
              <w:rPr>
                <w:rFonts w:ascii="Times New Roman" w:hAnsi="Times New Roman"/>
                <w:sz w:val="18"/>
              </w:rPr>
              <w:t>161]*</w:t>
            </w:r>
            <w:proofErr w:type="gramEnd"/>
          </w:p>
        </w:tc>
      </w:tr>
      <w:tr w:rsidR="00947F3E" w:rsidRPr="00947F3E" w14:paraId="72A1B877" w14:textId="77777777">
        <w:trPr>
          <w:jc w:val="center"/>
        </w:trPr>
        <w:tc>
          <w:tcPr>
            <w:tcW w:w="4524" w:type="dxa"/>
          </w:tcPr>
          <w:p w14:paraId="4E406FBE" w14:textId="77777777" w:rsidR="0077568B" w:rsidRPr="00947F3E" w:rsidRDefault="0077568B"/>
        </w:tc>
        <w:tc>
          <w:tcPr>
            <w:tcW w:w="4524" w:type="dxa"/>
          </w:tcPr>
          <w:p w14:paraId="190BBBB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722E3B3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+0.001 [+0.001, +0.</w:t>
            </w:r>
            <w:proofErr w:type="gramStart"/>
            <w:r>
              <w:rPr>
                <w:rFonts w:ascii="Times New Roman" w:hAnsi="Times New Roman"/>
                <w:sz w:val="18"/>
              </w:rPr>
              <w:t>002]*</w:t>
            </w:r>
            <w:proofErr w:type="gramEnd"/>
          </w:p>
        </w:tc>
      </w:tr>
      <w:tr w:rsidR="00947F3E" w:rsidRPr="00947F3E" w14:paraId="31C8B206" w14:textId="77777777">
        <w:trPr>
          <w:jc w:val="center"/>
        </w:trPr>
        <w:tc>
          <w:tcPr>
            <w:tcW w:w="4524" w:type="dxa"/>
          </w:tcPr>
          <w:p w14:paraId="412E9C33" w14:textId="77777777" w:rsidR="0077568B" w:rsidRPr="00947F3E" w:rsidRDefault="0077568B"/>
        </w:tc>
        <w:tc>
          <w:tcPr>
            <w:tcW w:w="4524" w:type="dxa"/>
          </w:tcPr>
          <w:p w14:paraId="342B2AD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c₃'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direct)</w:t>
            </w:r>
          </w:p>
        </w:tc>
        <w:tc>
          <w:tcPr>
            <w:tcW w:w="4524" w:type="dxa"/>
          </w:tcPr>
          <w:p w14:paraId="7716690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−0.000 [−0.000, −0.</w:t>
            </w:r>
            <w:proofErr w:type="gramStart"/>
            <w:r>
              <w:rPr>
                <w:rFonts w:ascii="Times New Roman" w:hAnsi="Times New Roman"/>
                <w:sz w:val="18"/>
              </w:rPr>
              <w:t>000]*</w:t>
            </w:r>
            <w:proofErr w:type="gramEnd"/>
          </w:p>
        </w:tc>
      </w:tr>
      <w:tr w:rsidR="00947F3E" w:rsidRPr="00947F3E" w14:paraId="271B1C4C" w14:textId="77777777">
        <w:trPr>
          <w:jc w:val="center"/>
        </w:trPr>
        <w:tc>
          <w:tcPr>
            <w:tcW w:w="4524" w:type="dxa"/>
          </w:tcPr>
          <w:p w14:paraId="7B6260B9" w14:textId="77777777" w:rsidR="0077568B" w:rsidRPr="00947F3E" w:rsidRDefault="0077568B"/>
        </w:tc>
        <w:tc>
          <w:tcPr>
            <w:tcW w:w="4524" w:type="dxa"/>
          </w:tcPr>
          <w:p w14:paraId="0825A38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 xml:space="preserve">a₂·b (Aer </w:t>
            </w:r>
            <w:proofErr w:type="spellStart"/>
            <w:r>
              <w:rPr>
                <w:rFonts w:ascii="Times New Roman" w:hAnsi="Times New Roman"/>
                <w:sz w:val="18"/>
              </w:rPr>
              <w:t>ind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26FF318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+0.000 [+0.000, +0.</w:t>
            </w:r>
            <w:proofErr w:type="gramStart"/>
            <w:r>
              <w:rPr>
                <w:rFonts w:ascii="Times New Roman" w:hAnsi="Times New Roman"/>
                <w:sz w:val="18"/>
              </w:rPr>
              <w:t>000]*</w:t>
            </w:r>
            <w:proofErr w:type="gramEnd"/>
          </w:p>
        </w:tc>
      </w:tr>
      <w:tr w:rsidR="00947F3E" w:rsidRPr="00947F3E" w14:paraId="5C6F2E2A" w14:textId="77777777">
        <w:trPr>
          <w:jc w:val="center"/>
        </w:trPr>
        <w:tc>
          <w:tcPr>
            <w:tcW w:w="4524" w:type="dxa"/>
          </w:tcPr>
          <w:p w14:paraId="561961CE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Grip-L (kg)</w:t>
            </w:r>
          </w:p>
        </w:tc>
        <w:tc>
          <w:tcPr>
            <w:tcW w:w="4524" w:type="dxa"/>
          </w:tcPr>
          <w:p w14:paraId="26C9FFA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2E610E5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+0.212 [+0.124, +0.</w:t>
            </w:r>
            <w:proofErr w:type="gramStart"/>
            <w:r>
              <w:rPr>
                <w:rFonts w:ascii="Times New Roman" w:hAnsi="Times New Roman"/>
                <w:sz w:val="18"/>
              </w:rPr>
              <w:t>296]*</w:t>
            </w:r>
            <w:proofErr w:type="gramEnd"/>
          </w:p>
        </w:tc>
      </w:tr>
      <w:tr w:rsidR="00947F3E" w:rsidRPr="00947F3E" w14:paraId="7DD16AAE" w14:textId="77777777">
        <w:trPr>
          <w:jc w:val="center"/>
        </w:trPr>
        <w:tc>
          <w:tcPr>
            <w:tcW w:w="4524" w:type="dxa"/>
          </w:tcPr>
          <w:p w14:paraId="304ADAF3" w14:textId="77777777" w:rsidR="0077568B" w:rsidRPr="00947F3E" w:rsidRDefault="0077568B"/>
        </w:tc>
        <w:tc>
          <w:tcPr>
            <w:tcW w:w="4524" w:type="dxa"/>
          </w:tcPr>
          <w:p w14:paraId="42BE600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c₃'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direct)</w:t>
            </w:r>
          </w:p>
        </w:tc>
        <w:tc>
          <w:tcPr>
            <w:tcW w:w="4524" w:type="dxa"/>
          </w:tcPr>
          <w:p w14:paraId="1C7634B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+0.051 [+0.029, +0.</w:t>
            </w:r>
            <w:proofErr w:type="gramStart"/>
            <w:r>
              <w:rPr>
                <w:rFonts w:ascii="Times New Roman" w:hAnsi="Times New Roman"/>
                <w:sz w:val="18"/>
              </w:rPr>
              <w:t>074]*</w:t>
            </w:r>
            <w:proofErr w:type="gramEnd"/>
          </w:p>
        </w:tc>
      </w:tr>
      <w:tr w:rsidR="00947F3E" w:rsidRPr="00947F3E" w14:paraId="4F57ED80" w14:textId="77777777">
        <w:trPr>
          <w:jc w:val="center"/>
        </w:trPr>
        <w:tc>
          <w:tcPr>
            <w:tcW w:w="4524" w:type="dxa"/>
          </w:tcPr>
          <w:p w14:paraId="65F68E5E" w14:textId="77777777" w:rsidR="0077568B" w:rsidRPr="00947F3E" w:rsidRDefault="0077568B"/>
        </w:tc>
        <w:tc>
          <w:tcPr>
            <w:tcW w:w="4524" w:type="dxa"/>
          </w:tcPr>
          <w:p w14:paraId="3EC0A16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 xml:space="preserve">a₂·b (Aer </w:t>
            </w:r>
            <w:proofErr w:type="spellStart"/>
            <w:r>
              <w:rPr>
                <w:rFonts w:ascii="Times New Roman" w:hAnsi="Times New Roman"/>
                <w:sz w:val="18"/>
              </w:rPr>
              <w:t>ind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7EFD1D3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+0.011 [+0.001, +0.</w:t>
            </w:r>
            <w:proofErr w:type="gramStart"/>
            <w:r>
              <w:rPr>
                <w:rFonts w:ascii="Times New Roman" w:hAnsi="Times New Roman"/>
                <w:sz w:val="18"/>
              </w:rPr>
              <w:t>025]*</w:t>
            </w:r>
            <w:proofErr w:type="gramEnd"/>
          </w:p>
        </w:tc>
      </w:tr>
      <w:tr w:rsidR="00947F3E" w:rsidRPr="00947F3E" w14:paraId="6CEB766D" w14:textId="77777777">
        <w:trPr>
          <w:jc w:val="center"/>
        </w:trPr>
        <w:tc>
          <w:tcPr>
            <w:tcW w:w="4524" w:type="dxa"/>
          </w:tcPr>
          <w:p w14:paraId="7B3F2BD3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Grip-R (kg)</w:t>
            </w:r>
          </w:p>
        </w:tc>
        <w:tc>
          <w:tcPr>
            <w:tcW w:w="4524" w:type="dxa"/>
          </w:tcPr>
          <w:p w14:paraId="4181462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176DDE0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+0.193 [+0.100, +0.</w:t>
            </w:r>
            <w:proofErr w:type="gramStart"/>
            <w:r>
              <w:rPr>
                <w:rFonts w:ascii="Times New Roman" w:hAnsi="Times New Roman"/>
                <w:sz w:val="18"/>
              </w:rPr>
              <w:t>283]*</w:t>
            </w:r>
            <w:proofErr w:type="gramEnd"/>
          </w:p>
        </w:tc>
      </w:tr>
      <w:tr w:rsidR="00947F3E" w:rsidRPr="00947F3E" w14:paraId="178D437C" w14:textId="77777777">
        <w:trPr>
          <w:jc w:val="center"/>
        </w:trPr>
        <w:tc>
          <w:tcPr>
            <w:tcW w:w="4524" w:type="dxa"/>
          </w:tcPr>
          <w:p w14:paraId="202B232B" w14:textId="77777777" w:rsidR="0077568B" w:rsidRPr="00947F3E" w:rsidRDefault="0077568B"/>
        </w:tc>
        <w:tc>
          <w:tcPr>
            <w:tcW w:w="4524" w:type="dxa"/>
          </w:tcPr>
          <w:p w14:paraId="31F0EDE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c₃'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direct)</w:t>
            </w:r>
          </w:p>
        </w:tc>
        <w:tc>
          <w:tcPr>
            <w:tcW w:w="4524" w:type="dxa"/>
          </w:tcPr>
          <w:p w14:paraId="02E49DF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+0.045 [+0.017, +0.</w:t>
            </w:r>
            <w:proofErr w:type="gramStart"/>
            <w:r>
              <w:rPr>
                <w:rFonts w:ascii="Times New Roman" w:hAnsi="Times New Roman"/>
                <w:sz w:val="18"/>
              </w:rPr>
              <w:t>070]*</w:t>
            </w:r>
            <w:proofErr w:type="gramEnd"/>
          </w:p>
        </w:tc>
      </w:tr>
      <w:tr w:rsidR="00947F3E" w:rsidRPr="00947F3E" w14:paraId="2FE577E2" w14:textId="77777777">
        <w:trPr>
          <w:jc w:val="center"/>
        </w:trPr>
        <w:tc>
          <w:tcPr>
            <w:tcW w:w="4524" w:type="dxa"/>
          </w:tcPr>
          <w:p w14:paraId="2162A05A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Rel. grip (%)</w:t>
            </w:r>
          </w:p>
        </w:tc>
        <w:tc>
          <w:tcPr>
            <w:tcW w:w="4524" w:type="dxa"/>
          </w:tcPr>
          <w:p w14:paraId="5FAE5EE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3F7CC02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−1.753 [−1.860, −1.</w:t>
            </w:r>
            <w:proofErr w:type="gramStart"/>
            <w:r>
              <w:rPr>
                <w:rFonts w:ascii="Times New Roman" w:hAnsi="Times New Roman"/>
                <w:sz w:val="18"/>
              </w:rPr>
              <w:t>649]*</w:t>
            </w:r>
            <w:proofErr w:type="gramEnd"/>
          </w:p>
        </w:tc>
      </w:tr>
      <w:tr w:rsidR="00947F3E" w:rsidRPr="00947F3E" w14:paraId="12D07AF9" w14:textId="77777777">
        <w:trPr>
          <w:jc w:val="center"/>
        </w:trPr>
        <w:tc>
          <w:tcPr>
            <w:tcW w:w="4524" w:type="dxa"/>
          </w:tcPr>
          <w:p w14:paraId="1134E468" w14:textId="77777777" w:rsidR="0077568B" w:rsidRPr="00947F3E" w:rsidRDefault="0077568B"/>
        </w:tc>
        <w:tc>
          <w:tcPr>
            <w:tcW w:w="4524" w:type="dxa"/>
          </w:tcPr>
          <w:p w14:paraId="352B325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c₃'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direct)</w:t>
            </w:r>
          </w:p>
        </w:tc>
        <w:tc>
          <w:tcPr>
            <w:tcW w:w="4524" w:type="dxa"/>
          </w:tcPr>
          <w:p w14:paraId="5535FA4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+0.054 [+0.025, +0.</w:t>
            </w:r>
            <w:proofErr w:type="gramStart"/>
            <w:r>
              <w:rPr>
                <w:rFonts w:ascii="Times New Roman" w:hAnsi="Times New Roman"/>
                <w:sz w:val="18"/>
              </w:rPr>
              <w:t>082]*</w:t>
            </w:r>
            <w:proofErr w:type="gramEnd"/>
          </w:p>
        </w:tc>
      </w:tr>
      <w:tr w:rsidR="00947F3E" w:rsidRPr="00947F3E" w14:paraId="49DF6F18" w14:textId="77777777">
        <w:trPr>
          <w:jc w:val="center"/>
        </w:trPr>
        <w:tc>
          <w:tcPr>
            <w:tcW w:w="4524" w:type="dxa"/>
          </w:tcPr>
          <w:p w14:paraId="630A66DD" w14:textId="77777777" w:rsidR="0077568B" w:rsidRPr="00947F3E" w:rsidRDefault="0077568B"/>
        </w:tc>
        <w:tc>
          <w:tcPr>
            <w:tcW w:w="4524" w:type="dxa"/>
          </w:tcPr>
          <w:p w14:paraId="2119264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Total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5CDDF3D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+0.062 [+0.032, +0.</w:t>
            </w:r>
            <w:proofErr w:type="gramStart"/>
            <w:r>
              <w:rPr>
                <w:rFonts w:ascii="Times New Roman" w:hAnsi="Times New Roman"/>
                <w:sz w:val="18"/>
              </w:rPr>
              <w:t>091]*</w:t>
            </w:r>
            <w:proofErr w:type="gramEnd"/>
          </w:p>
        </w:tc>
      </w:tr>
    </w:tbl>
    <w:p w14:paraId="1BB5C137" w14:textId="77777777" w:rsidR="0077568B" w:rsidRPr="00947F3E" w:rsidRDefault="004C7B7C">
      <w:pPr>
        <w:spacing w:before="60" w:after="240"/>
        <w:jc w:val="both"/>
      </w:pPr>
      <w:r>
        <w:rPr>
          <w:rFonts w:ascii="Times New Roman" w:hAnsi="Times New Roman"/>
          <w:i/>
          <w:sz w:val="20"/>
        </w:rPr>
        <w:t xml:space="preserve">Path coefficients are unstandardized B with 5,000-resample </w:t>
      </w:r>
      <w:proofErr w:type="spellStart"/>
      <w:r>
        <w:rPr>
          <w:rFonts w:ascii="Times New Roman" w:hAnsi="Times New Roman"/>
          <w:i/>
          <w:sz w:val="20"/>
        </w:rPr>
        <w:t>BCa</w:t>
      </w:r>
      <w:proofErr w:type="spellEnd"/>
      <w:r>
        <w:rPr>
          <w:rFonts w:ascii="Times New Roman" w:hAnsi="Times New Roman"/>
          <w:i/>
          <w:sz w:val="20"/>
        </w:rPr>
        <w:t xml:space="preserve"> bootstrap 95% CIs. * 95% CI excludes zero. Path notation: a = X→ΔBMI; b = ΔBMI→ΔY; c′ = X→ΔY direct; </w:t>
      </w:r>
      <w:proofErr w:type="spellStart"/>
      <w:r>
        <w:rPr>
          <w:rFonts w:ascii="Times New Roman" w:hAnsi="Times New Roman"/>
          <w:i/>
          <w:sz w:val="20"/>
        </w:rPr>
        <w:t>a·b</w:t>
      </w:r>
      <w:proofErr w:type="spellEnd"/>
      <w:r>
        <w:rPr>
          <w:rFonts w:ascii="Times New Roman" w:hAnsi="Times New Roman"/>
          <w:i/>
          <w:sz w:val="20"/>
        </w:rPr>
        <w:t xml:space="preserve"> = X × BMI covariance component; Total = </w:t>
      </w:r>
      <w:proofErr w:type="spellStart"/>
      <w:r>
        <w:rPr>
          <w:rFonts w:ascii="Times New Roman" w:hAnsi="Times New Roman"/>
          <w:i/>
          <w:sz w:val="20"/>
        </w:rPr>
        <w:t>a·b</w:t>
      </w:r>
      <w:proofErr w:type="spellEnd"/>
      <w:r>
        <w:rPr>
          <w:rFonts w:ascii="Times New Roman" w:hAnsi="Times New Roman"/>
          <w:i/>
          <w:sz w:val="20"/>
        </w:rPr>
        <w:t xml:space="preserve"> + c′. Rows shown are those where the 95% CI for at least one of c′, </w:t>
      </w:r>
      <w:proofErr w:type="spellStart"/>
      <w:r>
        <w:rPr>
          <w:rFonts w:ascii="Times New Roman" w:hAnsi="Times New Roman"/>
          <w:i/>
          <w:sz w:val="20"/>
        </w:rPr>
        <w:t>a·b</w:t>
      </w:r>
      <w:proofErr w:type="spellEnd"/>
      <w:r>
        <w:rPr>
          <w:rFonts w:ascii="Times New Roman" w:hAnsi="Times New Roman"/>
          <w:i/>
          <w:sz w:val="20"/>
        </w:rPr>
        <w:t xml:space="preserve">, or Total excludes zero, plus all b-paths (reported for reference); the complete 13 paths × 14 outcomes coefficient matrix with point estimates, </w:t>
      </w:r>
      <w:proofErr w:type="spellStart"/>
      <w:r>
        <w:rPr>
          <w:rFonts w:ascii="Times New Roman" w:hAnsi="Times New Roman"/>
          <w:i/>
          <w:sz w:val="20"/>
        </w:rPr>
        <w:t>BCa</w:t>
      </w:r>
      <w:proofErr w:type="spellEnd"/>
      <w:r>
        <w:rPr>
          <w:rFonts w:ascii="Times New Roman" w:hAnsi="Times New Roman"/>
          <w:i/>
          <w:sz w:val="20"/>
        </w:rPr>
        <w:t xml:space="preserve"> 95% CIs, standard errors, and bootstrap p-values is available at the Open Science Framework (project ID </w:t>
      </w:r>
      <w:proofErr w:type="spellStart"/>
      <w:r>
        <w:rPr>
          <w:rFonts w:ascii="Times New Roman" w:hAnsi="Times New Roman"/>
          <w:i/>
          <w:sz w:val="20"/>
        </w:rPr>
        <w:t>hmkjg</w:t>
      </w:r>
      <w:proofErr w:type="spellEnd"/>
      <w:r>
        <w:rPr>
          <w:rFonts w:ascii="Times New Roman" w:hAnsi="Times New Roman"/>
          <w:i/>
          <w:sz w:val="20"/>
        </w:rPr>
        <w:t xml:space="preserve">; anonymous peer-review link: https://osf.io/hmkjg/overview?view_only=1386312aa40e4918a503de9fc5f8c112). Because ΔBMI and ΔY are measured over the same interval, </w:t>
      </w:r>
      <w:proofErr w:type="spellStart"/>
      <w:r>
        <w:rPr>
          <w:rFonts w:ascii="Times New Roman" w:hAnsi="Times New Roman"/>
          <w:i/>
          <w:sz w:val="20"/>
        </w:rPr>
        <w:t>a·b</w:t>
      </w:r>
      <w:proofErr w:type="spellEnd"/>
      <w:r>
        <w:rPr>
          <w:rFonts w:ascii="Times New Roman" w:hAnsi="Times New Roman"/>
          <w:i/>
          <w:sz w:val="20"/>
        </w:rPr>
        <w:t xml:space="preserve"> is interpreted descriptively as a within-interval covariance partition rather than as a temporally identified mediation effect; the directionality sensitivity (Supplementary Table S11) confirmed comparable </w:t>
      </w:r>
      <w:proofErr w:type="spellStart"/>
      <w:r>
        <w:rPr>
          <w:rFonts w:ascii="Times New Roman" w:hAnsi="Times New Roman"/>
          <w:i/>
          <w:sz w:val="20"/>
        </w:rPr>
        <w:t>a·b</w:t>
      </w:r>
      <w:proofErr w:type="spellEnd"/>
      <w:r>
        <w:rPr>
          <w:rFonts w:ascii="Times New Roman" w:hAnsi="Times New Roman"/>
          <w:i/>
          <w:sz w:val="20"/>
        </w:rPr>
        <w:t xml:space="preserve"> magnitudes when ΔBMI and ΔY are swapped.</w:t>
      </w:r>
    </w:p>
    <w:p w14:paraId="26C21820" w14:textId="77777777" w:rsidR="0077568B" w:rsidRPr="00947F3E" w:rsidRDefault="004C7B7C" w:rsidP="004C7B7C">
      <w:pPr>
        <w:spacing w:before="240" w:after="80"/>
      </w:pPr>
      <w:r>
        <w:rPr>
          <w:rFonts w:ascii="Times New Roman" w:hAnsi="Times New Roman"/>
          <w:b/>
          <w:sz w:val="24"/>
        </w:rPr>
        <w:t xml:space="preserve">Table S8. Detectable path-analytic associations — male overweight sample (n = 7,761); rows where 95% CI for at least one of c′, </w:t>
      </w:r>
      <w:proofErr w:type="spellStart"/>
      <w:r>
        <w:rPr>
          <w:rFonts w:ascii="Times New Roman" w:hAnsi="Times New Roman"/>
          <w:b/>
          <w:sz w:val="24"/>
        </w:rPr>
        <w:t>a·b</w:t>
      </w:r>
      <w:proofErr w:type="spellEnd"/>
      <w:r>
        <w:rPr>
          <w:rFonts w:ascii="Times New Roman" w:hAnsi="Times New Roman"/>
          <w:b/>
          <w:sz w:val="24"/>
        </w:rPr>
        <w:t>, or Total excludes zero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4520"/>
        <w:gridCol w:w="4521"/>
        <w:gridCol w:w="4521"/>
      </w:tblGrid>
      <w:tr w:rsidR="00947F3E" w:rsidRPr="00947F3E" w14:paraId="30C5758F" w14:textId="77777777">
        <w:trPr>
          <w:jc w:val="center"/>
        </w:trPr>
        <w:tc>
          <w:tcPr>
            <w:tcW w:w="4524" w:type="dxa"/>
            <w:shd w:val="clear" w:color="auto" w:fill="D9E2F3"/>
          </w:tcPr>
          <w:p w14:paraId="7F243F7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Outcome</w:t>
            </w:r>
          </w:p>
        </w:tc>
        <w:tc>
          <w:tcPr>
            <w:tcW w:w="4524" w:type="dxa"/>
            <w:shd w:val="clear" w:color="auto" w:fill="D9E2F3"/>
          </w:tcPr>
          <w:p w14:paraId="2CA4A3A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Path</w:t>
            </w:r>
          </w:p>
        </w:tc>
        <w:tc>
          <w:tcPr>
            <w:tcW w:w="4524" w:type="dxa"/>
            <w:shd w:val="clear" w:color="auto" w:fill="D9E2F3"/>
          </w:tcPr>
          <w:p w14:paraId="4326563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B [95% CI]</w:t>
            </w:r>
          </w:p>
        </w:tc>
      </w:tr>
      <w:tr w:rsidR="00947F3E" w:rsidRPr="00947F3E" w14:paraId="1391E5D1" w14:textId="77777777">
        <w:trPr>
          <w:jc w:val="center"/>
        </w:trPr>
        <w:tc>
          <w:tcPr>
            <w:tcW w:w="4524" w:type="dxa"/>
          </w:tcPr>
          <w:p w14:paraId="223BCE09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Body weight (kg)</w:t>
            </w:r>
          </w:p>
        </w:tc>
        <w:tc>
          <w:tcPr>
            <w:tcW w:w="4524" w:type="dxa"/>
          </w:tcPr>
          <w:p w14:paraId="6B5BF60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41F949D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+2.934 [+2.907, +2.</w:t>
            </w:r>
            <w:proofErr w:type="gramStart"/>
            <w:r>
              <w:rPr>
                <w:rFonts w:ascii="Times New Roman" w:hAnsi="Times New Roman"/>
                <w:sz w:val="18"/>
              </w:rPr>
              <w:t>960]*</w:t>
            </w:r>
            <w:proofErr w:type="gramEnd"/>
          </w:p>
        </w:tc>
      </w:tr>
      <w:tr w:rsidR="00947F3E" w:rsidRPr="00947F3E" w14:paraId="67B81BF6" w14:textId="77777777">
        <w:trPr>
          <w:jc w:val="center"/>
        </w:trPr>
        <w:tc>
          <w:tcPr>
            <w:tcW w:w="4524" w:type="dxa"/>
          </w:tcPr>
          <w:p w14:paraId="5F2A4550" w14:textId="77777777" w:rsidR="0077568B" w:rsidRPr="00947F3E" w:rsidRDefault="0077568B"/>
        </w:tc>
        <w:tc>
          <w:tcPr>
            <w:tcW w:w="4524" w:type="dxa"/>
          </w:tcPr>
          <w:p w14:paraId="73B1E55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c₃'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direct)</w:t>
            </w:r>
          </w:p>
        </w:tc>
        <w:tc>
          <w:tcPr>
            <w:tcW w:w="4524" w:type="dxa"/>
          </w:tcPr>
          <w:p w14:paraId="0AB89EF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−0.005 [−0.010, −0.</w:t>
            </w:r>
            <w:proofErr w:type="gramStart"/>
            <w:r>
              <w:rPr>
                <w:rFonts w:ascii="Times New Roman" w:hAnsi="Times New Roman"/>
                <w:sz w:val="18"/>
              </w:rPr>
              <w:t>001]*</w:t>
            </w:r>
            <w:proofErr w:type="gramEnd"/>
          </w:p>
        </w:tc>
      </w:tr>
      <w:tr w:rsidR="00947F3E" w:rsidRPr="00947F3E" w14:paraId="3ADFD88E" w14:textId="77777777">
        <w:trPr>
          <w:jc w:val="center"/>
        </w:trPr>
        <w:tc>
          <w:tcPr>
            <w:tcW w:w="4524" w:type="dxa"/>
          </w:tcPr>
          <w:p w14:paraId="1D159438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Body fat (%)</w:t>
            </w:r>
          </w:p>
        </w:tc>
        <w:tc>
          <w:tcPr>
            <w:tcW w:w="4524" w:type="dxa"/>
          </w:tcPr>
          <w:p w14:paraId="5FE3F8B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47CA670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+1.865 [+1.800, +1.</w:t>
            </w:r>
            <w:proofErr w:type="gramStart"/>
            <w:r>
              <w:rPr>
                <w:rFonts w:ascii="Times New Roman" w:hAnsi="Times New Roman"/>
                <w:sz w:val="18"/>
              </w:rPr>
              <w:t>924]*</w:t>
            </w:r>
            <w:proofErr w:type="gramEnd"/>
          </w:p>
        </w:tc>
      </w:tr>
      <w:tr w:rsidR="00947F3E" w:rsidRPr="00947F3E" w14:paraId="4D11DB60" w14:textId="77777777">
        <w:trPr>
          <w:jc w:val="center"/>
        </w:trPr>
        <w:tc>
          <w:tcPr>
            <w:tcW w:w="4524" w:type="dxa"/>
          </w:tcPr>
          <w:p w14:paraId="388384F8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Waist (cm)</w:t>
            </w:r>
          </w:p>
        </w:tc>
        <w:tc>
          <w:tcPr>
            <w:tcW w:w="4524" w:type="dxa"/>
          </w:tcPr>
          <w:p w14:paraId="2890FF9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5DA9904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+2.757 [+2.575, +2.</w:t>
            </w:r>
            <w:proofErr w:type="gramStart"/>
            <w:r>
              <w:rPr>
                <w:rFonts w:ascii="Times New Roman" w:hAnsi="Times New Roman"/>
                <w:sz w:val="18"/>
              </w:rPr>
              <w:t>924]*</w:t>
            </w:r>
            <w:proofErr w:type="gramEnd"/>
          </w:p>
        </w:tc>
      </w:tr>
      <w:tr w:rsidR="00947F3E" w:rsidRPr="00947F3E" w14:paraId="38DCFE57" w14:textId="77777777">
        <w:trPr>
          <w:jc w:val="center"/>
        </w:trPr>
        <w:tc>
          <w:tcPr>
            <w:tcW w:w="4524" w:type="dxa"/>
          </w:tcPr>
          <w:p w14:paraId="4119BFF3" w14:textId="77777777" w:rsidR="0077568B" w:rsidRPr="00947F3E" w:rsidRDefault="0077568B"/>
        </w:tc>
        <w:tc>
          <w:tcPr>
            <w:tcW w:w="4524" w:type="dxa"/>
          </w:tcPr>
          <w:p w14:paraId="13E5B17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c₁' (Res direct)</w:t>
            </w:r>
          </w:p>
        </w:tc>
        <w:tc>
          <w:tcPr>
            <w:tcW w:w="4524" w:type="dxa"/>
          </w:tcPr>
          <w:p w14:paraId="6DD5A9B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−0.392 [−0.746, −0.</w:t>
            </w:r>
            <w:proofErr w:type="gramStart"/>
            <w:r>
              <w:rPr>
                <w:rFonts w:ascii="Times New Roman" w:hAnsi="Times New Roman"/>
                <w:sz w:val="18"/>
              </w:rPr>
              <w:t>030]*</w:t>
            </w:r>
            <w:proofErr w:type="gramEnd"/>
          </w:p>
        </w:tc>
      </w:tr>
      <w:tr w:rsidR="00947F3E" w:rsidRPr="00947F3E" w14:paraId="4C1A9FB1" w14:textId="77777777">
        <w:trPr>
          <w:jc w:val="center"/>
        </w:trPr>
        <w:tc>
          <w:tcPr>
            <w:tcW w:w="4524" w:type="dxa"/>
          </w:tcPr>
          <w:p w14:paraId="11162B3F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SBP (mmHg)</w:t>
            </w:r>
          </w:p>
        </w:tc>
        <w:tc>
          <w:tcPr>
            <w:tcW w:w="4524" w:type="dxa"/>
          </w:tcPr>
          <w:p w14:paraId="1A85C8F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197C2EC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+1.710 [+1.441, +1.</w:t>
            </w:r>
            <w:proofErr w:type="gramStart"/>
            <w:r>
              <w:rPr>
                <w:rFonts w:ascii="Times New Roman" w:hAnsi="Times New Roman"/>
                <w:sz w:val="18"/>
              </w:rPr>
              <w:t>980]*</w:t>
            </w:r>
            <w:proofErr w:type="gramEnd"/>
          </w:p>
        </w:tc>
      </w:tr>
      <w:tr w:rsidR="00947F3E" w:rsidRPr="00947F3E" w14:paraId="1C03F7EA" w14:textId="77777777">
        <w:trPr>
          <w:jc w:val="center"/>
        </w:trPr>
        <w:tc>
          <w:tcPr>
            <w:tcW w:w="4524" w:type="dxa"/>
          </w:tcPr>
          <w:p w14:paraId="346D33A0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DBP (mmHg)</w:t>
            </w:r>
          </w:p>
        </w:tc>
        <w:tc>
          <w:tcPr>
            <w:tcW w:w="4524" w:type="dxa"/>
          </w:tcPr>
          <w:p w14:paraId="5C62514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42D5B81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+1.138 [+0.923, +1.</w:t>
            </w:r>
            <w:proofErr w:type="gramStart"/>
            <w:r>
              <w:rPr>
                <w:rFonts w:ascii="Times New Roman" w:hAnsi="Times New Roman"/>
                <w:sz w:val="18"/>
              </w:rPr>
              <w:t>348]*</w:t>
            </w:r>
            <w:proofErr w:type="gramEnd"/>
          </w:p>
        </w:tc>
      </w:tr>
      <w:tr w:rsidR="00947F3E" w:rsidRPr="00947F3E" w14:paraId="2C34C671" w14:textId="77777777">
        <w:trPr>
          <w:jc w:val="center"/>
        </w:trPr>
        <w:tc>
          <w:tcPr>
            <w:tcW w:w="4524" w:type="dxa"/>
          </w:tcPr>
          <w:p w14:paraId="5F4A9044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Sit-and-reach (cm)</w:t>
            </w:r>
          </w:p>
        </w:tc>
        <w:tc>
          <w:tcPr>
            <w:tcW w:w="4524" w:type="dxa"/>
          </w:tcPr>
          <w:p w14:paraId="4A8D6CC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2E91D8B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−0.732 [−0.833, −0.</w:t>
            </w:r>
            <w:proofErr w:type="gramStart"/>
            <w:r>
              <w:rPr>
                <w:rFonts w:ascii="Times New Roman" w:hAnsi="Times New Roman"/>
                <w:sz w:val="18"/>
              </w:rPr>
              <w:t>632]*</w:t>
            </w:r>
            <w:proofErr w:type="gramEnd"/>
          </w:p>
        </w:tc>
      </w:tr>
      <w:tr w:rsidR="00947F3E" w:rsidRPr="00947F3E" w14:paraId="7020F517" w14:textId="77777777">
        <w:trPr>
          <w:jc w:val="center"/>
        </w:trPr>
        <w:tc>
          <w:tcPr>
            <w:tcW w:w="4524" w:type="dxa"/>
          </w:tcPr>
          <w:p w14:paraId="7FADB995" w14:textId="77777777" w:rsidR="0077568B" w:rsidRPr="00947F3E" w:rsidRDefault="0077568B"/>
        </w:tc>
        <w:tc>
          <w:tcPr>
            <w:tcW w:w="4524" w:type="dxa"/>
          </w:tcPr>
          <w:p w14:paraId="46B595D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c₂' (Aer direct)</w:t>
            </w:r>
          </w:p>
        </w:tc>
        <w:tc>
          <w:tcPr>
            <w:tcW w:w="4524" w:type="dxa"/>
          </w:tcPr>
          <w:p w14:paraId="3F425E1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+0.361 [+0.117, +0.</w:t>
            </w:r>
            <w:proofErr w:type="gramStart"/>
            <w:r>
              <w:rPr>
                <w:rFonts w:ascii="Times New Roman" w:hAnsi="Times New Roman"/>
                <w:sz w:val="18"/>
              </w:rPr>
              <w:t>612]*</w:t>
            </w:r>
            <w:proofErr w:type="gramEnd"/>
          </w:p>
        </w:tc>
      </w:tr>
      <w:tr w:rsidR="00947F3E" w:rsidRPr="00947F3E" w14:paraId="71E7CB0B" w14:textId="77777777">
        <w:trPr>
          <w:jc w:val="center"/>
        </w:trPr>
        <w:tc>
          <w:tcPr>
            <w:tcW w:w="4524" w:type="dxa"/>
          </w:tcPr>
          <w:p w14:paraId="3B6777E7" w14:textId="77777777" w:rsidR="0077568B" w:rsidRPr="00947F3E" w:rsidRDefault="0077568B"/>
        </w:tc>
        <w:tc>
          <w:tcPr>
            <w:tcW w:w="4524" w:type="dxa"/>
          </w:tcPr>
          <w:p w14:paraId="0B6FBF3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c₃'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direct)</w:t>
            </w:r>
          </w:p>
        </w:tc>
        <w:tc>
          <w:tcPr>
            <w:tcW w:w="4524" w:type="dxa"/>
          </w:tcPr>
          <w:p w14:paraId="5906B8A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+0.032 [+0.008, +0.</w:t>
            </w:r>
            <w:proofErr w:type="gramStart"/>
            <w:r>
              <w:rPr>
                <w:rFonts w:ascii="Times New Roman" w:hAnsi="Times New Roman"/>
                <w:sz w:val="18"/>
              </w:rPr>
              <w:t>058]*</w:t>
            </w:r>
            <w:proofErr w:type="gramEnd"/>
          </w:p>
        </w:tc>
      </w:tr>
      <w:tr w:rsidR="00947F3E" w:rsidRPr="00947F3E" w14:paraId="2DC48A9D" w14:textId="77777777">
        <w:trPr>
          <w:jc w:val="center"/>
        </w:trPr>
        <w:tc>
          <w:tcPr>
            <w:tcW w:w="4524" w:type="dxa"/>
          </w:tcPr>
          <w:p w14:paraId="64654B0C" w14:textId="77777777" w:rsidR="0077568B" w:rsidRPr="00947F3E" w:rsidRDefault="0077568B"/>
        </w:tc>
        <w:tc>
          <w:tcPr>
            <w:tcW w:w="4524" w:type="dxa"/>
          </w:tcPr>
          <w:p w14:paraId="1CFCF47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Total (Aer)</w:t>
            </w:r>
          </w:p>
        </w:tc>
        <w:tc>
          <w:tcPr>
            <w:tcW w:w="4524" w:type="dxa"/>
          </w:tcPr>
          <w:p w14:paraId="2F3C0CD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+0.331 [+0.081, +0.</w:t>
            </w:r>
            <w:proofErr w:type="gramStart"/>
            <w:r>
              <w:rPr>
                <w:rFonts w:ascii="Times New Roman" w:hAnsi="Times New Roman"/>
                <w:sz w:val="18"/>
              </w:rPr>
              <w:t>587]*</w:t>
            </w:r>
            <w:proofErr w:type="gramEnd"/>
          </w:p>
        </w:tc>
      </w:tr>
      <w:tr w:rsidR="00947F3E" w:rsidRPr="00947F3E" w14:paraId="46C6F9BC" w14:textId="77777777">
        <w:trPr>
          <w:jc w:val="center"/>
        </w:trPr>
        <w:tc>
          <w:tcPr>
            <w:tcW w:w="4524" w:type="dxa"/>
          </w:tcPr>
          <w:p w14:paraId="680676F5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Cross sit-ups (reps)</w:t>
            </w:r>
          </w:p>
        </w:tc>
        <w:tc>
          <w:tcPr>
            <w:tcW w:w="4524" w:type="dxa"/>
          </w:tcPr>
          <w:p w14:paraId="5B0E919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58F4EA2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−1.021 [−1.185, −0.</w:t>
            </w:r>
            <w:proofErr w:type="gramStart"/>
            <w:r>
              <w:rPr>
                <w:rFonts w:ascii="Times New Roman" w:hAnsi="Times New Roman"/>
                <w:sz w:val="18"/>
              </w:rPr>
              <w:t>859]*</w:t>
            </w:r>
            <w:proofErr w:type="gramEnd"/>
          </w:p>
        </w:tc>
      </w:tr>
      <w:tr w:rsidR="00947F3E" w:rsidRPr="00947F3E" w14:paraId="161FA303" w14:textId="77777777">
        <w:trPr>
          <w:jc w:val="center"/>
        </w:trPr>
        <w:tc>
          <w:tcPr>
            <w:tcW w:w="4524" w:type="dxa"/>
          </w:tcPr>
          <w:p w14:paraId="5A6783E7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Standing long jump (cm)</w:t>
            </w:r>
          </w:p>
        </w:tc>
        <w:tc>
          <w:tcPr>
            <w:tcW w:w="4524" w:type="dxa"/>
          </w:tcPr>
          <w:p w14:paraId="503C104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2B48779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−1.399 [−1.748, −1.</w:t>
            </w:r>
            <w:proofErr w:type="gramStart"/>
            <w:r>
              <w:rPr>
                <w:rFonts w:ascii="Times New Roman" w:hAnsi="Times New Roman"/>
                <w:sz w:val="18"/>
              </w:rPr>
              <w:t>017]*</w:t>
            </w:r>
            <w:proofErr w:type="gramEnd"/>
          </w:p>
        </w:tc>
      </w:tr>
      <w:tr w:rsidR="00947F3E" w:rsidRPr="00947F3E" w14:paraId="2E171C48" w14:textId="77777777">
        <w:trPr>
          <w:jc w:val="center"/>
        </w:trPr>
        <w:tc>
          <w:tcPr>
            <w:tcW w:w="4524" w:type="dxa"/>
          </w:tcPr>
          <w:p w14:paraId="56BD5972" w14:textId="77777777" w:rsidR="0077568B" w:rsidRPr="00947F3E" w:rsidRDefault="0077568B"/>
        </w:tc>
        <w:tc>
          <w:tcPr>
            <w:tcW w:w="4524" w:type="dxa"/>
          </w:tcPr>
          <w:p w14:paraId="391D3C7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c₂' (Aer direct)</w:t>
            </w:r>
          </w:p>
        </w:tc>
        <w:tc>
          <w:tcPr>
            <w:tcW w:w="4524" w:type="dxa"/>
          </w:tcPr>
          <w:p w14:paraId="31A550B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+1.253 [+0.318, +2.</w:t>
            </w:r>
            <w:proofErr w:type="gramStart"/>
            <w:r>
              <w:rPr>
                <w:rFonts w:ascii="Times New Roman" w:hAnsi="Times New Roman"/>
                <w:sz w:val="18"/>
              </w:rPr>
              <w:t>204]*</w:t>
            </w:r>
            <w:proofErr w:type="gramEnd"/>
          </w:p>
        </w:tc>
      </w:tr>
      <w:tr w:rsidR="00947F3E" w:rsidRPr="00947F3E" w14:paraId="487A7288" w14:textId="77777777">
        <w:trPr>
          <w:jc w:val="center"/>
        </w:trPr>
        <w:tc>
          <w:tcPr>
            <w:tcW w:w="4524" w:type="dxa"/>
          </w:tcPr>
          <w:p w14:paraId="47A4C3C8" w14:textId="77777777" w:rsidR="0077568B" w:rsidRPr="00947F3E" w:rsidRDefault="0077568B"/>
        </w:tc>
        <w:tc>
          <w:tcPr>
            <w:tcW w:w="4524" w:type="dxa"/>
          </w:tcPr>
          <w:p w14:paraId="16F7B06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Total (Aer)</w:t>
            </w:r>
          </w:p>
        </w:tc>
        <w:tc>
          <w:tcPr>
            <w:tcW w:w="4524" w:type="dxa"/>
          </w:tcPr>
          <w:p w14:paraId="3736B2E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+1.227 [+0.303, +2.</w:t>
            </w:r>
            <w:proofErr w:type="gramStart"/>
            <w:r>
              <w:rPr>
                <w:rFonts w:ascii="Times New Roman" w:hAnsi="Times New Roman"/>
                <w:sz w:val="18"/>
              </w:rPr>
              <w:t>178]*</w:t>
            </w:r>
            <w:proofErr w:type="gramEnd"/>
          </w:p>
        </w:tc>
      </w:tr>
      <w:tr w:rsidR="00947F3E" w:rsidRPr="00947F3E" w14:paraId="2229D3DC" w14:textId="77777777">
        <w:trPr>
          <w:jc w:val="center"/>
        </w:trPr>
        <w:tc>
          <w:tcPr>
            <w:tcW w:w="4524" w:type="dxa"/>
          </w:tcPr>
          <w:p w14:paraId="1C8895BD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VO₂max-shuttle</w:t>
            </w:r>
            <w:proofErr w:type="spellEnd"/>
          </w:p>
        </w:tc>
        <w:tc>
          <w:tcPr>
            <w:tcW w:w="4524" w:type="dxa"/>
          </w:tcPr>
          <w:p w14:paraId="3EE52E5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792F2EF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−1.010 [−1.161, −0.</w:t>
            </w:r>
            <w:proofErr w:type="gramStart"/>
            <w:r>
              <w:rPr>
                <w:rFonts w:ascii="Times New Roman" w:hAnsi="Times New Roman"/>
                <w:sz w:val="18"/>
              </w:rPr>
              <w:t>862]*</w:t>
            </w:r>
            <w:proofErr w:type="gramEnd"/>
          </w:p>
        </w:tc>
      </w:tr>
      <w:tr w:rsidR="00947F3E" w:rsidRPr="00947F3E" w14:paraId="6443A9B1" w14:textId="77777777">
        <w:trPr>
          <w:jc w:val="center"/>
        </w:trPr>
        <w:tc>
          <w:tcPr>
            <w:tcW w:w="4524" w:type="dxa"/>
          </w:tcPr>
          <w:p w14:paraId="39B16AD3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VO₂max-step</w:t>
            </w:r>
            <w:proofErr w:type="spellEnd"/>
          </w:p>
        </w:tc>
        <w:tc>
          <w:tcPr>
            <w:tcW w:w="4524" w:type="dxa"/>
          </w:tcPr>
          <w:p w14:paraId="665BFA9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a₂ (</w:t>
            </w:r>
            <w:proofErr w:type="spellStart"/>
            <w:r>
              <w:rPr>
                <w:rFonts w:ascii="Times New Roman" w:hAnsi="Times New Roman"/>
                <w:sz w:val="18"/>
              </w:rPr>
              <w:t>Aer→ΔBMI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71A8655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+0.102 [+0.015, +0.</w:t>
            </w:r>
            <w:proofErr w:type="gramStart"/>
            <w:r>
              <w:rPr>
                <w:rFonts w:ascii="Times New Roman" w:hAnsi="Times New Roman"/>
                <w:sz w:val="18"/>
              </w:rPr>
              <w:t>198]*</w:t>
            </w:r>
            <w:proofErr w:type="gramEnd"/>
          </w:p>
        </w:tc>
      </w:tr>
      <w:tr w:rsidR="00947F3E" w:rsidRPr="00947F3E" w14:paraId="73783F1C" w14:textId="77777777">
        <w:trPr>
          <w:jc w:val="center"/>
        </w:trPr>
        <w:tc>
          <w:tcPr>
            <w:tcW w:w="4524" w:type="dxa"/>
          </w:tcPr>
          <w:p w14:paraId="12D1E06B" w14:textId="77777777" w:rsidR="0077568B" w:rsidRPr="00947F3E" w:rsidRDefault="0077568B"/>
        </w:tc>
        <w:tc>
          <w:tcPr>
            <w:tcW w:w="4524" w:type="dxa"/>
          </w:tcPr>
          <w:p w14:paraId="189B18A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110E7A5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−0.957 [−1.024, −0.</w:t>
            </w:r>
            <w:proofErr w:type="gramStart"/>
            <w:r>
              <w:rPr>
                <w:rFonts w:ascii="Times New Roman" w:hAnsi="Times New Roman"/>
                <w:sz w:val="18"/>
              </w:rPr>
              <w:t>886]*</w:t>
            </w:r>
            <w:proofErr w:type="gramEnd"/>
          </w:p>
        </w:tc>
      </w:tr>
      <w:tr w:rsidR="00947F3E" w:rsidRPr="00947F3E" w14:paraId="1F8BBF43" w14:textId="77777777">
        <w:trPr>
          <w:jc w:val="center"/>
        </w:trPr>
        <w:tc>
          <w:tcPr>
            <w:tcW w:w="4524" w:type="dxa"/>
          </w:tcPr>
          <w:p w14:paraId="6719F767" w14:textId="77777777" w:rsidR="0077568B" w:rsidRPr="00947F3E" w:rsidRDefault="0077568B"/>
        </w:tc>
        <w:tc>
          <w:tcPr>
            <w:tcW w:w="4524" w:type="dxa"/>
          </w:tcPr>
          <w:p w14:paraId="6A35095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c₃'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direct)</w:t>
            </w:r>
          </w:p>
        </w:tc>
        <w:tc>
          <w:tcPr>
            <w:tcW w:w="4524" w:type="dxa"/>
          </w:tcPr>
          <w:p w14:paraId="0FB4A0D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+0.015 [+0.000, +0.</w:t>
            </w:r>
            <w:proofErr w:type="gramStart"/>
            <w:r>
              <w:rPr>
                <w:rFonts w:ascii="Times New Roman" w:hAnsi="Times New Roman"/>
                <w:sz w:val="18"/>
              </w:rPr>
              <w:t>030]*</w:t>
            </w:r>
            <w:proofErr w:type="gramEnd"/>
          </w:p>
        </w:tc>
      </w:tr>
      <w:tr w:rsidR="00947F3E" w:rsidRPr="00947F3E" w14:paraId="1E431D32" w14:textId="77777777">
        <w:trPr>
          <w:jc w:val="center"/>
        </w:trPr>
        <w:tc>
          <w:tcPr>
            <w:tcW w:w="4524" w:type="dxa"/>
          </w:tcPr>
          <w:p w14:paraId="4F352EAD" w14:textId="77777777" w:rsidR="0077568B" w:rsidRPr="00947F3E" w:rsidRDefault="0077568B"/>
        </w:tc>
        <w:tc>
          <w:tcPr>
            <w:tcW w:w="4524" w:type="dxa"/>
          </w:tcPr>
          <w:p w14:paraId="464C8BA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 xml:space="preserve">a₂·b (Aer </w:t>
            </w:r>
            <w:proofErr w:type="spellStart"/>
            <w:r>
              <w:rPr>
                <w:rFonts w:ascii="Times New Roman" w:hAnsi="Times New Roman"/>
                <w:sz w:val="18"/>
              </w:rPr>
              <w:t>ind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019723C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−0.097 [−0.189, −0.</w:t>
            </w:r>
            <w:proofErr w:type="gramStart"/>
            <w:r>
              <w:rPr>
                <w:rFonts w:ascii="Times New Roman" w:hAnsi="Times New Roman"/>
                <w:sz w:val="18"/>
              </w:rPr>
              <w:t>015]*</w:t>
            </w:r>
            <w:proofErr w:type="gramEnd"/>
          </w:p>
        </w:tc>
      </w:tr>
      <w:tr w:rsidR="00947F3E" w:rsidRPr="00947F3E" w14:paraId="7D78D280" w14:textId="77777777">
        <w:trPr>
          <w:jc w:val="center"/>
        </w:trPr>
        <w:tc>
          <w:tcPr>
            <w:tcW w:w="4524" w:type="dxa"/>
          </w:tcPr>
          <w:p w14:paraId="0FC3D398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Reaction time (s)</w:t>
            </w:r>
          </w:p>
        </w:tc>
        <w:tc>
          <w:tcPr>
            <w:tcW w:w="4524" w:type="dxa"/>
          </w:tcPr>
          <w:p w14:paraId="669937A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a₂ (</w:t>
            </w:r>
            <w:proofErr w:type="spellStart"/>
            <w:r>
              <w:rPr>
                <w:rFonts w:ascii="Times New Roman" w:hAnsi="Times New Roman"/>
                <w:sz w:val="18"/>
              </w:rPr>
              <w:t>Aer→ΔBMI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1EFA256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+0.097 [+0.025, +0.</w:t>
            </w:r>
            <w:proofErr w:type="gramStart"/>
            <w:r>
              <w:rPr>
                <w:rFonts w:ascii="Times New Roman" w:hAnsi="Times New Roman"/>
                <w:sz w:val="18"/>
              </w:rPr>
              <w:t>168]*</w:t>
            </w:r>
            <w:proofErr w:type="gramEnd"/>
          </w:p>
        </w:tc>
      </w:tr>
      <w:tr w:rsidR="00947F3E" w:rsidRPr="00947F3E" w14:paraId="7CE23E2A" w14:textId="77777777">
        <w:trPr>
          <w:jc w:val="center"/>
        </w:trPr>
        <w:tc>
          <w:tcPr>
            <w:tcW w:w="4524" w:type="dxa"/>
          </w:tcPr>
          <w:p w14:paraId="1F3077A8" w14:textId="77777777" w:rsidR="0077568B" w:rsidRPr="00947F3E" w:rsidRDefault="0077568B"/>
        </w:tc>
        <w:tc>
          <w:tcPr>
            <w:tcW w:w="4524" w:type="dxa"/>
          </w:tcPr>
          <w:p w14:paraId="216B24F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c₃'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direct)</w:t>
            </w:r>
          </w:p>
        </w:tc>
        <w:tc>
          <w:tcPr>
            <w:tcW w:w="4524" w:type="dxa"/>
          </w:tcPr>
          <w:p w14:paraId="26754B9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−0.000 [−0.001, −0.</w:t>
            </w:r>
            <w:proofErr w:type="gramStart"/>
            <w:r>
              <w:rPr>
                <w:rFonts w:ascii="Times New Roman" w:hAnsi="Times New Roman"/>
                <w:sz w:val="18"/>
              </w:rPr>
              <w:t>000]*</w:t>
            </w:r>
            <w:proofErr w:type="gramEnd"/>
          </w:p>
        </w:tc>
      </w:tr>
      <w:tr w:rsidR="00947F3E" w:rsidRPr="00947F3E" w14:paraId="48EFBF2F" w14:textId="77777777">
        <w:trPr>
          <w:jc w:val="center"/>
        </w:trPr>
        <w:tc>
          <w:tcPr>
            <w:tcW w:w="4524" w:type="dxa"/>
          </w:tcPr>
          <w:p w14:paraId="0E77CEB1" w14:textId="77777777" w:rsidR="0077568B" w:rsidRPr="00947F3E" w:rsidRDefault="0077568B"/>
        </w:tc>
        <w:tc>
          <w:tcPr>
            <w:tcW w:w="4524" w:type="dxa"/>
          </w:tcPr>
          <w:p w14:paraId="2541127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 xml:space="preserve">a₂·b (Aer </w:t>
            </w:r>
            <w:proofErr w:type="spellStart"/>
            <w:r>
              <w:rPr>
                <w:rFonts w:ascii="Times New Roman" w:hAnsi="Times New Roman"/>
                <w:sz w:val="18"/>
              </w:rPr>
              <w:t>ind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4C6E924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+0.000 [+0.000, +0.</w:t>
            </w:r>
            <w:proofErr w:type="gramStart"/>
            <w:r>
              <w:rPr>
                <w:rFonts w:ascii="Times New Roman" w:hAnsi="Times New Roman"/>
                <w:sz w:val="18"/>
              </w:rPr>
              <w:t>000]*</w:t>
            </w:r>
            <w:proofErr w:type="gramEnd"/>
          </w:p>
        </w:tc>
      </w:tr>
      <w:tr w:rsidR="00947F3E" w:rsidRPr="00947F3E" w14:paraId="414D483D" w14:textId="77777777">
        <w:trPr>
          <w:jc w:val="center"/>
        </w:trPr>
        <w:tc>
          <w:tcPr>
            <w:tcW w:w="4524" w:type="dxa"/>
          </w:tcPr>
          <w:p w14:paraId="308649CA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Grip-L (kg)</w:t>
            </w:r>
          </w:p>
        </w:tc>
        <w:tc>
          <w:tcPr>
            <w:tcW w:w="4524" w:type="dxa"/>
          </w:tcPr>
          <w:p w14:paraId="2AC98A7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10D11CD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+0.247 [+0.144, +0.</w:t>
            </w:r>
            <w:proofErr w:type="gramStart"/>
            <w:r>
              <w:rPr>
                <w:rFonts w:ascii="Times New Roman" w:hAnsi="Times New Roman"/>
                <w:sz w:val="18"/>
              </w:rPr>
              <w:t>349]*</w:t>
            </w:r>
            <w:proofErr w:type="gramEnd"/>
          </w:p>
        </w:tc>
      </w:tr>
      <w:tr w:rsidR="00947F3E" w:rsidRPr="00947F3E" w14:paraId="08AD2CAF" w14:textId="77777777">
        <w:trPr>
          <w:jc w:val="center"/>
        </w:trPr>
        <w:tc>
          <w:tcPr>
            <w:tcW w:w="4524" w:type="dxa"/>
          </w:tcPr>
          <w:p w14:paraId="4CD932F6" w14:textId="77777777" w:rsidR="0077568B" w:rsidRPr="00947F3E" w:rsidRDefault="0077568B"/>
        </w:tc>
        <w:tc>
          <w:tcPr>
            <w:tcW w:w="4524" w:type="dxa"/>
          </w:tcPr>
          <w:p w14:paraId="4384E94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c₃'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direct)</w:t>
            </w:r>
          </w:p>
        </w:tc>
        <w:tc>
          <w:tcPr>
            <w:tcW w:w="4524" w:type="dxa"/>
          </w:tcPr>
          <w:p w14:paraId="5CF6F1F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+0.056 [+0.030, +0.</w:t>
            </w:r>
            <w:proofErr w:type="gramStart"/>
            <w:r>
              <w:rPr>
                <w:rFonts w:ascii="Times New Roman" w:hAnsi="Times New Roman"/>
                <w:sz w:val="18"/>
              </w:rPr>
              <w:t>083]*</w:t>
            </w:r>
            <w:proofErr w:type="gramEnd"/>
          </w:p>
        </w:tc>
      </w:tr>
      <w:tr w:rsidR="00947F3E" w:rsidRPr="00947F3E" w14:paraId="641506F9" w14:textId="77777777">
        <w:trPr>
          <w:jc w:val="center"/>
        </w:trPr>
        <w:tc>
          <w:tcPr>
            <w:tcW w:w="4524" w:type="dxa"/>
          </w:tcPr>
          <w:p w14:paraId="7697DF88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Grip-R (kg)</w:t>
            </w:r>
          </w:p>
        </w:tc>
        <w:tc>
          <w:tcPr>
            <w:tcW w:w="4524" w:type="dxa"/>
          </w:tcPr>
          <w:p w14:paraId="3B6759D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06ED990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+0.208 [+0.097, +0.</w:t>
            </w:r>
            <w:proofErr w:type="gramStart"/>
            <w:r>
              <w:rPr>
                <w:rFonts w:ascii="Times New Roman" w:hAnsi="Times New Roman"/>
                <w:sz w:val="18"/>
              </w:rPr>
              <w:t>321]*</w:t>
            </w:r>
            <w:proofErr w:type="gramEnd"/>
          </w:p>
        </w:tc>
      </w:tr>
      <w:tr w:rsidR="00947F3E" w:rsidRPr="00947F3E" w14:paraId="1C70C826" w14:textId="77777777">
        <w:trPr>
          <w:jc w:val="center"/>
        </w:trPr>
        <w:tc>
          <w:tcPr>
            <w:tcW w:w="4524" w:type="dxa"/>
          </w:tcPr>
          <w:p w14:paraId="15B95F58" w14:textId="77777777" w:rsidR="0077568B" w:rsidRPr="00947F3E" w:rsidRDefault="0077568B"/>
        </w:tc>
        <w:tc>
          <w:tcPr>
            <w:tcW w:w="4524" w:type="dxa"/>
          </w:tcPr>
          <w:p w14:paraId="038B612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c₃'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direct)</w:t>
            </w:r>
          </w:p>
        </w:tc>
        <w:tc>
          <w:tcPr>
            <w:tcW w:w="4524" w:type="dxa"/>
          </w:tcPr>
          <w:p w14:paraId="1519DE4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+0.055 [+0.024, +0.</w:t>
            </w:r>
            <w:proofErr w:type="gramStart"/>
            <w:r>
              <w:rPr>
                <w:rFonts w:ascii="Times New Roman" w:hAnsi="Times New Roman"/>
                <w:sz w:val="18"/>
              </w:rPr>
              <w:t>085]*</w:t>
            </w:r>
            <w:proofErr w:type="gramEnd"/>
          </w:p>
        </w:tc>
      </w:tr>
      <w:tr w:rsidR="00947F3E" w:rsidRPr="00947F3E" w14:paraId="36255E7D" w14:textId="77777777">
        <w:trPr>
          <w:jc w:val="center"/>
        </w:trPr>
        <w:tc>
          <w:tcPr>
            <w:tcW w:w="4524" w:type="dxa"/>
          </w:tcPr>
          <w:p w14:paraId="2DBB0D6F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Rel. grip (%)</w:t>
            </w:r>
          </w:p>
        </w:tc>
        <w:tc>
          <w:tcPr>
            <w:tcW w:w="4524" w:type="dxa"/>
          </w:tcPr>
          <w:p w14:paraId="7BFF149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03C4F63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−1.807 [−1.931, −1.</w:t>
            </w:r>
            <w:proofErr w:type="gramStart"/>
            <w:r>
              <w:rPr>
                <w:rFonts w:ascii="Times New Roman" w:hAnsi="Times New Roman"/>
                <w:sz w:val="18"/>
              </w:rPr>
              <w:t>682]*</w:t>
            </w:r>
            <w:proofErr w:type="gramEnd"/>
          </w:p>
        </w:tc>
      </w:tr>
      <w:tr w:rsidR="00947F3E" w:rsidRPr="00947F3E" w14:paraId="1C21AD88" w14:textId="77777777">
        <w:trPr>
          <w:jc w:val="center"/>
        </w:trPr>
        <w:tc>
          <w:tcPr>
            <w:tcW w:w="4524" w:type="dxa"/>
          </w:tcPr>
          <w:p w14:paraId="52A6AD16" w14:textId="77777777" w:rsidR="0077568B" w:rsidRPr="00947F3E" w:rsidRDefault="0077568B"/>
        </w:tc>
        <w:tc>
          <w:tcPr>
            <w:tcW w:w="4524" w:type="dxa"/>
          </w:tcPr>
          <w:p w14:paraId="5F4B105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c₃'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direct)</w:t>
            </w:r>
          </w:p>
        </w:tc>
        <w:tc>
          <w:tcPr>
            <w:tcW w:w="4524" w:type="dxa"/>
          </w:tcPr>
          <w:p w14:paraId="5DBFA4C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+0.061 [+0.029, +0.</w:t>
            </w:r>
            <w:proofErr w:type="gramStart"/>
            <w:r>
              <w:rPr>
                <w:rFonts w:ascii="Times New Roman" w:hAnsi="Times New Roman"/>
                <w:sz w:val="18"/>
              </w:rPr>
              <w:t>094]*</w:t>
            </w:r>
            <w:proofErr w:type="gramEnd"/>
          </w:p>
        </w:tc>
      </w:tr>
      <w:tr w:rsidR="00947F3E" w:rsidRPr="00947F3E" w14:paraId="0AD39F31" w14:textId="77777777">
        <w:trPr>
          <w:jc w:val="center"/>
        </w:trPr>
        <w:tc>
          <w:tcPr>
            <w:tcW w:w="4524" w:type="dxa"/>
          </w:tcPr>
          <w:p w14:paraId="530AED35" w14:textId="77777777" w:rsidR="0077568B" w:rsidRPr="00947F3E" w:rsidRDefault="0077568B"/>
        </w:tc>
        <w:tc>
          <w:tcPr>
            <w:tcW w:w="4524" w:type="dxa"/>
          </w:tcPr>
          <w:p w14:paraId="653AE9E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Total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202D744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+0.066 [+0.033, +0.</w:t>
            </w:r>
            <w:proofErr w:type="gramStart"/>
            <w:r>
              <w:rPr>
                <w:rFonts w:ascii="Times New Roman" w:hAnsi="Times New Roman"/>
                <w:sz w:val="18"/>
              </w:rPr>
              <w:t>101]*</w:t>
            </w:r>
            <w:proofErr w:type="gramEnd"/>
          </w:p>
        </w:tc>
      </w:tr>
    </w:tbl>
    <w:p w14:paraId="738EDFE2" w14:textId="77777777" w:rsidR="0077568B" w:rsidRPr="00947F3E" w:rsidRDefault="004C7B7C">
      <w:pPr>
        <w:spacing w:before="60" w:after="240"/>
        <w:jc w:val="both"/>
      </w:pPr>
      <w:r>
        <w:rPr>
          <w:rFonts w:ascii="Times New Roman" w:hAnsi="Times New Roman"/>
          <w:i/>
          <w:sz w:val="20"/>
        </w:rPr>
        <w:t xml:space="preserve">Path coefficients with 5,000-resample </w:t>
      </w:r>
      <w:proofErr w:type="spellStart"/>
      <w:r>
        <w:rPr>
          <w:rFonts w:ascii="Times New Roman" w:hAnsi="Times New Roman"/>
          <w:i/>
          <w:sz w:val="20"/>
        </w:rPr>
        <w:t>BCa</w:t>
      </w:r>
      <w:proofErr w:type="spellEnd"/>
      <w:r>
        <w:rPr>
          <w:rFonts w:ascii="Times New Roman" w:hAnsi="Times New Roman"/>
          <w:i/>
          <w:sz w:val="20"/>
        </w:rPr>
        <w:t xml:space="preserve"> bootstrap 95% CIs. * 95% CI excludes zero. Rows shown are those where the 95% CI for at least one of c′, </w:t>
      </w:r>
      <w:proofErr w:type="spellStart"/>
      <w:r>
        <w:rPr>
          <w:rFonts w:ascii="Times New Roman" w:hAnsi="Times New Roman"/>
          <w:i/>
          <w:sz w:val="20"/>
        </w:rPr>
        <w:t>a·b</w:t>
      </w:r>
      <w:proofErr w:type="spellEnd"/>
      <w:r>
        <w:rPr>
          <w:rFonts w:ascii="Times New Roman" w:hAnsi="Times New Roman"/>
          <w:i/>
          <w:sz w:val="20"/>
        </w:rPr>
        <w:t xml:space="preserve">, or Total excludes zero, plus all b-paths (reported for reference); the complete 13 paths × 14 outcomes coefficient matrix with point estimates, </w:t>
      </w:r>
      <w:proofErr w:type="spellStart"/>
      <w:r>
        <w:rPr>
          <w:rFonts w:ascii="Times New Roman" w:hAnsi="Times New Roman"/>
          <w:i/>
          <w:sz w:val="20"/>
        </w:rPr>
        <w:t>BCa</w:t>
      </w:r>
      <w:proofErr w:type="spellEnd"/>
      <w:r>
        <w:rPr>
          <w:rFonts w:ascii="Times New Roman" w:hAnsi="Times New Roman"/>
          <w:i/>
          <w:sz w:val="20"/>
        </w:rPr>
        <w:t xml:space="preserve"> 95% CIs, standard errors, and bootstrap p-values is available at the Open Science Framework (project ID </w:t>
      </w:r>
      <w:proofErr w:type="spellStart"/>
      <w:r>
        <w:rPr>
          <w:rFonts w:ascii="Times New Roman" w:hAnsi="Times New Roman"/>
          <w:i/>
          <w:sz w:val="20"/>
        </w:rPr>
        <w:t>hmkjg</w:t>
      </w:r>
      <w:proofErr w:type="spellEnd"/>
      <w:r>
        <w:rPr>
          <w:rFonts w:ascii="Times New Roman" w:hAnsi="Times New Roman"/>
          <w:i/>
          <w:sz w:val="20"/>
        </w:rPr>
        <w:t xml:space="preserve">; anonymous peer-review link: https://osf.io/hmkjg/overview?view_only=1386312aa40e4918a503de9fc5f8c112). Because ΔBMI and ΔY are measured over the same interval, </w:t>
      </w:r>
      <w:proofErr w:type="spellStart"/>
      <w:r>
        <w:rPr>
          <w:rFonts w:ascii="Times New Roman" w:hAnsi="Times New Roman"/>
          <w:i/>
          <w:sz w:val="20"/>
        </w:rPr>
        <w:t>a·b</w:t>
      </w:r>
      <w:proofErr w:type="spellEnd"/>
      <w:r>
        <w:rPr>
          <w:rFonts w:ascii="Times New Roman" w:hAnsi="Times New Roman"/>
          <w:i/>
          <w:sz w:val="20"/>
        </w:rPr>
        <w:t xml:space="preserve"> is interpreted descriptively as a within-interval covariance partition rather than as a temporally identified mediation effect; the directionality sensitivity (Supplementary Table S11) confirmed comparable </w:t>
      </w:r>
      <w:proofErr w:type="spellStart"/>
      <w:r>
        <w:rPr>
          <w:rFonts w:ascii="Times New Roman" w:hAnsi="Times New Roman"/>
          <w:i/>
          <w:sz w:val="20"/>
        </w:rPr>
        <w:t>a·b</w:t>
      </w:r>
      <w:proofErr w:type="spellEnd"/>
      <w:r>
        <w:rPr>
          <w:rFonts w:ascii="Times New Roman" w:hAnsi="Times New Roman"/>
          <w:i/>
          <w:sz w:val="20"/>
        </w:rPr>
        <w:t xml:space="preserve"> magnitudes when ΔBMI and ΔY are swapped.</w:t>
      </w:r>
    </w:p>
    <w:p w14:paraId="527A011B" w14:textId="77777777" w:rsidR="0077568B" w:rsidRPr="00947F3E" w:rsidRDefault="004C7B7C" w:rsidP="004C7B7C">
      <w:pPr>
        <w:spacing w:before="240" w:after="80"/>
      </w:pPr>
      <w:r>
        <w:rPr>
          <w:rFonts w:ascii="Times New Roman" w:hAnsi="Times New Roman"/>
          <w:b/>
          <w:sz w:val="24"/>
        </w:rPr>
        <w:t xml:space="preserve">Table S9. Detectable path-analytic associations — female overweight sample (n = 2,272); rows where 95% CI for at least one of c′, </w:t>
      </w:r>
      <w:proofErr w:type="spellStart"/>
      <w:r>
        <w:rPr>
          <w:rFonts w:ascii="Times New Roman" w:hAnsi="Times New Roman"/>
          <w:b/>
          <w:sz w:val="24"/>
        </w:rPr>
        <w:t>a·b</w:t>
      </w:r>
      <w:proofErr w:type="spellEnd"/>
      <w:r>
        <w:rPr>
          <w:rFonts w:ascii="Times New Roman" w:hAnsi="Times New Roman"/>
          <w:b/>
          <w:sz w:val="24"/>
        </w:rPr>
        <w:t>, or Total excludes zero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4521"/>
        <w:gridCol w:w="4521"/>
        <w:gridCol w:w="4520"/>
      </w:tblGrid>
      <w:tr w:rsidR="00947F3E" w:rsidRPr="00947F3E" w14:paraId="77FA3598" w14:textId="77777777">
        <w:trPr>
          <w:jc w:val="center"/>
        </w:trPr>
        <w:tc>
          <w:tcPr>
            <w:tcW w:w="4524" w:type="dxa"/>
            <w:shd w:val="clear" w:color="auto" w:fill="D9E2F3"/>
          </w:tcPr>
          <w:p w14:paraId="2D89417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Outcome</w:t>
            </w:r>
          </w:p>
        </w:tc>
        <w:tc>
          <w:tcPr>
            <w:tcW w:w="4524" w:type="dxa"/>
            <w:shd w:val="clear" w:color="auto" w:fill="D9E2F3"/>
          </w:tcPr>
          <w:p w14:paraId="05A0AE0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Path</w:t>
            </w:r>
          </w:p>
        </w:tc>
        <w:tc>
          <w:tcPr>
            <w:tcW w:w="4524" w:type="dxa"/>
            <w:shd w:val="clear" w:color="auto" w:fill="D9E2F3"/>
          </w:tcPr>
          <w:p w14:paraId="0041D0F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B [95% CI]</w:t>
            </w:r>
          </w:p>
        </w:tc>
      </w:tr>
      <w:tr w:rsidR="00947F3E" w:rsidRPr="00947F3E" w14:paraId="4CDEE527" w14:textId="77777777">
        <w:trPr>
          <w:jc w:val="center"/>
        </w:trPr>
        <w:tc>
          <w:tcPr>
            <w:tcW w:w="4524" w:type="dxa"/>
          </w:tcPr>
          <w:p w14:paraId="54E70C51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Body weight (kg)</w:t>
            </w:r>
          </w:p>
        </w:tc>
        <w:tc>
          <w:tcPr>
            <w:tcW w:w="4524" w:type="dxa"/>
          </w:tcPr>
          <w:p w14:paraId="3ED070A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5D7E2F0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+2.449 [+2.385, +2.</w:t>
            </w:r>
            <w:proofErr w:type="gramStart"/>
            <w:r>
              <w:rPr>
                <w:rFonts w:ascii="Times New Roman" w:hAnsi="Times New Roman"/>
                <w:sz w:val="18"/>
              </w:rPr>
              <w:t>492]*</w:t>
            </w:r>
            <w:proofErr w:type="gramEnd"/>
          </w:p>
        </w:tc>
      </w:tr>
      <w:tr w:rsidR="00947F3E" w:rsidRPr="00947F3E" w14:paraId="2851303A" w14:textId="77777777">
        <w:trPr>
          <w:jc w:val="center"/>
        </w:trPr>
        <w:tc>
          <w:tcPr>
            <w:tcW w:w="4524" w:type="dxa"/>
          </w:tcPr>
          <w:p w14:paraId="1E09D932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Body fat (%)</w:t>
            </w:r>
          </w:p>
        </w:tc>
        <w:tc>
          <w:tcPr>
            <w:tcW w:w="4524" w:type="dxa"/>
          </w:tcPr>
          <w:p w14:paraId="7ADE065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32A613C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+1.466 [+1.361, +1.</w:t>
            </w:r>
            <w:proofErr w:type="gramStart"/>
            <w:r>
              <w:rPr>
                <w:rFonts w:ascii="Times New Roman" w:hAnsi="Times New Roman"/>
                <w:sz w:val="18"/>
              </w:rPr>
              <w:t>555]*</w:t>
            </w:r>
            <w:proofErr w:type="gramEnd"/>
          </w:p>
        </w:tc>
      </w:tr>
      <w:tr w:rsidR="00947F3E" w:rsidRPr="00947F3E" w14:paraId="55099C61" w14:textId="77777777">
        <w:trPr>
          <w:jc w:val="center"/>
        </w:trPr>
        <w:tc>
          <w:tcPr>
            <w:tcW w:w="4524" w:type="dxa"/>
          </w:tcPr>
          <w:p w14:paraId="4DB3FBBC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Waist (cm)</w:t>
            </w:r>
          </w:p>
        </w:tc>
        <w:tc>
          <w:tcPr>
            <w:tcW w:w="4524" w:type="dxa"/>
          </w:tcPr>
          <w:p w14:paraId="0CCD2CE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a₃ (</w:t>
            </w:r>
            <w:proofErr w:type="spellStart"/>
            <w:r>
              <w:rPr>
                <w:rFonts w:ascii="Times New Roman" w:hAnsi="Times New Roman"/>
                <w:sz w:val="18"/>
              </w:rPr>
              <w:t>n_total→ΔBMI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36401F9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−0.024 [−0.040, −0.</w:t>
            </w:r>
            <w:proofErr w:type="gramStart"/>
            <w:r>
              <w:rPr>
                <w:rFonts w:ascii="Times New Roman" w:hAnsi="Times New Roman"/>
                <w:sz w:val="18"/>
              </w:rPr>
              <w:t>010]*</w:t>
            </w:r>
            <w:proofErr w:type="gramEnd"/>
          </w:p>
        </w:tc>
      </w:tr>
      <w:tr w:rsidR="00947F3E" w:rsidRPr="00947F3E" w14:paraId="4350F78B" w14:textId="77777777">
        <w:trPr>
          <w:jc w:val="center"/>
        </w:trPr>
        <w:tc>
          <w:tcPr>
            <w:tcW w:w="4524" w:type="dxa"/>
          </w:tcPr>
          <w:p w14:paraId="6CC126FA" w14:textId="77777777" w:rsidR="0077568B" w:rsidRPr="00947F3E" w:rsidRDefault="0077568B"/>
        </w:tc>
        <w:tc>
          <w:tcPr>
            <w:tcW w:w="4524" w:type="dxa"/>
          </w:tcPr>
          <w:p w14:paraId="49013AA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4F351AC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+2.127 [+1.836, +2.</w:t>
            </w:r>
            <w:proofErr w:type="gramStart"/>
            <w:r>
              <w:rPr>
                <w:rFonts w:ascii="Times New Roman" w:hAnsi="Times New Roman"/>
                <w:sz w:val="18"/>
              </w:rPr>
              <w:t>400]*</w:t>
            </w:r>
            <w:proofErr w:type="gramEnd"/>
          </w:p>
        </w:tc>
      </w:tr>
      <w:tr w:rsidR="00947F3E" w:rsidRPr="00947F3E" w14:paraId="685C536C" w14:textId="77777777">
        <w:trPr>
          <w:jc w:val="center"/>
        </w:trPr>
        <w:tc>
          <w:tcPr>
            <w:tcW w:w="4524" w:type="dxa"/>
          </w:tcPr>
          <w:p w14:paraId="143572A1" w14:textId="77777777" w:rsidR="0077568B" w:rsidRPr="00947F3E" w:rsidRDefault="0077568B"/>
        </w:tc>
        <w:tc>
          <w:tcPr>
            <w:tcW w:w="4524" w:type="dxa"/>
          </w:tcPr>
          <w:p w14:paraId="617B49E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a₃·b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ind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51CE09D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−0.051 [−0.084, −0.</w:t>
            </w:r>
            <w:proofErr w:type="gramStart"/>
            <w:r>
              <w:rPr>
                <w:rFonts w:ascii="Times New Roman" w:hAnsi="Times New Roman"/>
                <w:sz w:val="18"/>
              </w:rPr>
              <w:t>021]*</w:t>
            </w:r>
            <w:proofErr w:type="gramEnd"/>
          </w:p>
        </w:tc>
      </w:tr>
      <w:tr w:rsidR="00947F3E" w:rsidRPr="00947F3E" w14:paraId="4A6B1DED" w14:textId="77777777">
        <w:trPr>
          <w:jc w:val="center"/>
        </w:trPr>
        <w:tc>
          <w:tcPr>
            <w:tcW w:w="4524" w:type="dxa"/>
          </w:tcPr>
          <w:p w14:paraId="38F939AA" w14:textId="77777777" w:rsidR="0077568B" w:rsidRPr="00947F3E" w:rsidRDefault="0077568B"/>
        </w:tc>
        <w:tc>
          <w:tcPr>
            <w:tcW w:w="4524" w:type="dxa"/>
          </w:tcPr>
          <w:p w14:paraId="4C260A0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Total (Res)</w:t>
            </w:r>
          </w:p>
        </w:tc>
        <w:tc>
          <w:tcPr>
            <w:tcW w:w="4524" w:type="dxa"/>
          </w:tcPr>
          <w:p w14:paraId="6A5B44C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−0.763 [−1.353, −0.</w:t>
            </w:r>
            <w:proofErr w:type="gramStart"/>
            <w:r>
              <w:rPr>
                <w:rFonts w:ascii="Times New Roman" w:hAnsi="Times New Roman"/>
                <w:sz w:val="18"/>
              </w:rPr>
              <w:t>166]*</w:t>
            </w:r>
            <w:proofErr w:type="gramEnd"/>
          </w:p>
        </w:tc>
      </w:tr>
      <w:tr w:rsidR="00947F3E" w:rsidRPr="00947F3E" w14:paraId="088D7220" w14:textId="77777777">
        <w:trPr>
          <w:jc w:val="center"/>
        </w:trPr>
        <w:tc>
          <w:tcPr>
            <w:tcW w:w="4524" w:type="dxa"/>
          </w:tcPr>
          <w:p w14:paraId="0A67E272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SBP (mmHg)</w:t>
            </w:r>
          </w:p>
        </w:tc>
        <w:tc>
          <w:tcPr>
            <w:tcW w:w="4524" w:type="dxa"/>
          </w:tcPr>
          <w:p w14:paraId="4E66DE9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5B773DD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+1.157 [+0.709, +1.</w:t>
            </w:r>
            <w:proofErr w:type="gramStart"/>
            <w:r>
              <w:rPr>
                <w:rFonts w:ascii="Times New Roman" w:hAnsi="Times New Roman"/>
                <w:sz w:val="18"/>
              </w:rPr>
              <w:t>685]*</w:t>
            </w:r>
            <w:proofErr w:type="gramEnd"/>
          </w:p>
        </w:tc>
      </w:tr>
      <w:tr w:rsidR="00947F3E" w:rsidRPr="00947F3E" w14:paraId="150DA7B6" w14:textId="77777777">
        <w:trPr>
          <w:jc w:val="center"/>
        </w:trPr>
        <w:tc>
          <w:tcPr>
            <w:tcW w:w="4524" w:type="dxa"/>
          </w:tcPr>
          <w:p w14:paraId="355FEE7F" w14:textId="77777777" w:rsidR="0077568B" w:rsidRPr="00947F3E" w:rsidRDefault="0077568B"/>
        </w:tc>
        <w:tc>
          <w:tcPr>
            <w:tcW w:w="4524" w:type="dxa"/>
          </w:tcPr>
          <w:p w14:paraId="3C4D52C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a₃·b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ind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7D6E8C6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−0.013 [−0.033, −0.</w:t>
            </w:r>
            <w:proofErr w:type="gramStart"/>
            <w:r>
              <w:rPr>
                <w:rFonts w:ascii="Times New Roman" w:hAnsi="Times New Roman"/>
                <w:sz w:val="18"/>
              </w:rPr>
              <w:t>000]*</w:t>
            </w:r>
            <w:proofErr w:type="gramEnd"/>
          </w:p>
        </w:tc>
      </w:tr>
      <w:tr w:rsidR="00947F3E" w:rsidRPr="00947F3E" w14:paraId="2725F501" w14:textId="77777777">
        <w:trPr>
          <w:jc w:val="center"/>
        </w:trPr>
        <w:tc>
          <w:tcPr>
            <w:tcW w:w="4524" w:type="dxa"/>
          </w:tcPr>
          <w:p w14:paraId="47E7A57E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DBP (mmHg)</w:t>
            </w:r>
          </w:p>
        </w:tc>
        <w:tc>
          <w:tcPr>
            <w:tcW w:w="4524" w:type="dxa"/>
          </w:tcPr>
          <w:p w14:paraId="1CC4AB5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3FEDF6E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+0.723 [+0.371, +1.</w:t>
            </w:r>
            <w:proofErr w:type="gramStart"/>
            <w:r>
              <w:rPr>
                <w:rFonts w:ascii="Times New Roman" w:hAnsi="Times New Roman"/>
                <w:sz w:val="18"/>
              </w:rPr>
              <w:t>065]*</w:t>
            </w:r>
            <w:proofErr w:type="gramEnd"/>
          </w:p>
        </w:tc>
      </w:tr>
      <w:tr w:rsidR="00947F3E" w:rsidRPr="00947F3E" w14:paraId="647D70B1" w14:textId="77777777">
        <w:trPr>
          <w:jc w:val="center"/>
        </w:trPr>
        <w:tc>
          <w:tcPr>
            <w:tcW w:w="4524" w:type="dxa"/>
          </w:tcPr>
          <w:p w14:paraId="7634EF37" w14:textId="77777777" w:rsidR="0077568B" w:rsidRPr="00947F3E" w:rsidRDefault="0077568B"/>
        </w:tc>
        <w:tc>
          <w:tcPr>
            <w:tcW w:w="4524" w:type="dxa"/>
          </w:tcPr>
          <w:p w14:paraId="67CA189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a₃·b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ind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4F1E9D1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−0.008 [−0.021, −0.</w:t>
            </w:r>
            <w:proofErr w:type="gramStart"/>
            <w:r>
              <w:rPr>
                <w:rFonts w:ascii="Times New Roman" w:hAnsi="Times New Roman"/>
                <w:sz w:val="18"/>
              </w:rPr>
              <w:t>000]*</w:t>
            </w:r>
            <w:proofErr w:type="gramEnd"/>
          </w:p>
        </w:tc>
      </w:tr>
      <w:tr w:rsidR="00947F3E" w:rsidRPr="00947F3E" w14:paraId="07C2BAF1" w14:textId="77777777">
        <w:trPr>
          <w:jc w:val="center"/>
        </w:trPr>
        <w:tc>
          <w:tcPr>
            <w:tcW w:w="4524" w:type="dxa"/>
          </w:tcPr>
          <w:p w14:paraId="3B592160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Sit-and-reach (cm)</w:t>
            </w:r>
          </w:p>
        </w:tc>
        <w:tc>
          <w:tcPr>
            <w:tcW w:w="4524" w:type="dxa"/>
          </w:tcPr>
          <w:p w14:paraId="6562290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01CBEFF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−0.606 [−0.751, −0.</w:t>
            </w:r>
            <w:proofErr w:type="gramStart"/>
            <w:r>
              <w:rPr>
                <w:rFonts w:ascii="Times New Roman" w:hAnsi="Times New Roman"/>
                <w:sz w:val="18"/>
              </w:rPr>
              <w:t>456]*</w:t>
            </w:r>
            <w:proofErr w:type="gramEnd"/>
          </w:p>
        </w:tc>
      </w:tr>
      <w:tr w:rsidR="00947F3E" w:rsidRPr="00947F3E" w14:paraId="2AF613EC" w14:textId="77777777">
        <w:trPr>
          <w:jc w:val="center"/>
        </w:trPr>
        <w:tc>
          <w:tcPr>
            <w:tcW w:w="4524" w:type="dxa"/>
          </w:tcPr>
          <w:p w14:paraId="548A76F5" w14:textId="77777777" w:rsidR="0077568B" w:rsidRPr="00947F3E" w:rsidRDefault="0077568B"/>
        </w:tc>
        <w:tc>
          <w:tcPr>
            <w:tcW w:w="4524" w:type="dxa"/>
          </w:tcPr>
          <w:p w14:paraId="5F0289C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c₃'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direct)</w:t>
            </w:r>
          </w:p>
        </w:tc>
        <w:tc>
          <w:tcPr>
            <w:tcW w:w="4524" w:type="dxa"/>
          </w:tcPr>
          <w:p w14:paraId="7F6D9B9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−0.053 [−0.098, −0.</w:t>
            </w:r>
            <w:proofErr w:type="gramStart"/>
            <w:r>
              <w:rPr>
                <w:rFonts w:ascii="Times New Roman" w:hAnsi="Times New Roman"/>
                <w:sz w:val="18"/>
              </w:rPr>
              <w:t>013]*</w:t>
            </w:r>
            <w:proofErr w:type="gramEnd"/>
          </w:p>
        </w:tc>
      </w:tr>
      <w:tr w:rsidR="00947F3E" w:rsidRPr="00947F3E" w14:paraId="7148F209" w14:textId="77777777">
        <w:trPr>
          <w:jc w:val="center"/>
        </w:trPr>
        <w:tc>
          <w:tcPr>
            <w:tcW w:w="4524" w:type="dxa"/>
          </w:tcPr>
          <w:p w14:paraId="3D66FD28" w14:textId="77777777" w:rsidR="0077568B" w:rsidRPr="00947F3E" w:rsidRDefault="0077568B"/>
        </w:tc>
        <w:tc>
          <w:tcPr>
            <w:tcW w:w="4524" w:type="dxa"/>
          </w:tcPr>
          <w:p w14:paraId="330AB8C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Total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3D5E9A0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−0.047 [−0.092, −0.</w:t>
            </w:r>
            <w:proofErr w:type="gramStart"/>
            <w:r>
              <w:rPr>
                <w:rFonts w:ascii="Times New Roman" w:hAnsi="Times New Roman"/>
                <w:sz w:val="18"/>
              </w:rPr>
              <w:t>007]*</w:t>
            </w:r>
            <w:proofErr w:type="gramEnd"/>
          </w:p>
        </w:tc>
      </w:tr>
      <w:tr w:rsidR="00947F3E" w:rsidRPr="00947F3E" w14:paraId="334C32A7" w14:textId="77777777">
        <w:trPr>
          <w:jc w:val="center"/>
        </w:trPr>
        <w:tc>
          <w:tcPr>
            <w:tcW w:w="4524" w:type="dxa"/>
          </w:tcPr>
          <w:p w14:paraId="167A3324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Cross sit-ups (reps)</w:t>
            </w:r>
          </w:p>
        </w:tc>
        <w:tc>
          <w:tcPr>
            <w:tcW w:w="4524" w:type="dxa"/>
          </w:tcPr>
          <w:p w14:paraId="6908A6E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0BF78F9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−0.796 [−1.079, −0.</w:t>
            </w:r>
            <w:proofErr w:type="gramStart"/>
            <w:r>
              <w:rPr>
                <w:rFonts w:ascii="Times New Roman" w:hAnsi="Times New Roman"/>
                <w:sz w:val="18"/>
              </w:rPr>
              <w:t>490]*</w:t>
            </w:r>
            <w:proofErr w:type="gramEnd"/>
          </w:p>
        </w:tc>
      </w:tr>
      <w:tr w:rsidR="00947F3E" w:rsidRPr="00947F3E" w14:paraId="1A058C41" w14:textId="77777777">
        <w:trPr>
          <w:jc w:val="center"/>
        </w:trPr>
        <w:tc>
          <w:tcPr>
            <w:tcW w:w="4524" w:type="dxa"/>
          </w:tcPr>
          <w:p w14:paraId="0D3FFD40" w14:textId="77777777" w:rsidR="0077568B" w:rsidRPr="00947F3E" w:rsidRDefault="0077568B"/>
        </w:tc>
        <w:tc>
          <w:tcPr>
            <w:tcW w:w="4524" w:type="dxa"/>
          </w:tcPr>
          <w:p w14:paraId="6AE325C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c₃'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direct)</w:t>
            </w:r>
          </w:p>
        </w:tc>
        <w:tc>
          <w:tcPr>
            <w:tcW w:w="4524" w:type="dxa"/>
          </w:tcPr>
          <w:p w14:paraId="272D904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−0.082 [−0.139, −0.</w:t>
            </w:r>
            <w:proofErr w:type="gramStart"/>
            <w:r>
              <w:rPr>
                <w:rFonts w:ascii="Times New Roman" w:hAnsi="Times New Roman"/>
                <w:sz w:val="18"/>
              </w:rPr>
              <w:t>023]*</w:t>
            </w:r>
            <w:proofErr w:type="gramEnd"/>
          </w:p>
        </w:tc>
      </w:tr>
      <w:tr w:rsidR="00947F3E" w:rsidRPr="00947F3E" w14:paraId="609898AE" w14:textId="77777777">
        <w:trPr>
          <w:jc w:val="center"/>
        </w:trPr>
        <w:tc>
          <w:tcPr>
            <w:tcW w:w="4524" w:type="dxa"/>
          </w:tcPr>
          <w:p w14:paraId="61E24884" w14:textId="77777777" w:rsidR="0077568B" w:rsidRPr="00947F3E" w:rsidRDefault="0077568B"/>
        </w:tc>
        <w:tc>
          <w:tcPr>
            <w:tcW w:w="4524" w:type="dxa"/>
          </w:tcPr>
          <w:p w14:paraId="4104E4E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Total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73CED39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−0.074 [−0.133, −0.</w:t>
            </w:r>
            <w:proofErr w:type="gramStart"/>
            <w:r>
              <w:rPr>
                <w:rFonts w:ascii="Times New Roman" w:hAnsi="Times New Roman"/>
                <w:sz w:val="18"/>
              </w:rPr>
              <w:t>014]*</w:t>
            </w:r>
            <w:proofErr w:type="gramEnd"/>
          </w:p>
        </w:tc>
      </w:tr>
      <w:tr w:rsidR="00947F3E" w:rsidRPr="00947F3E" w14:paraId="125AB530" w14:textId="77777777">
        <w:trPr>
          <w:jc w:val="center"/>
        </w:trPr>
        <w:tc>
          <w:tcPr>
            <w:tcW w:w="4524" w:type="dxa"/>
          </w:tcPr>
          <w:p w14:paraId="59262E0A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Standing long jump (cm)</w:t>
            </w:r>
          </w:p>
        </w:tc>
        <w:tc>
          <w:tcPr>
            <w:tcW w:w="4524" w:type="dxa"/>
          </w:tcPr>
          <w:p w14:paraId="28C125E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14D6DFF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−1.632 [−2.269, −1.</w:t>
            </w:r>
            <w:proofErr w:type="gramStart"/>
            <w:r>
              <w:rPr>
                <w:rFonts w:ascii="Times New Roman" w:hAnsi="Times New Roman"/>
                <w:sz w:val="18"/>
              </w:rPr>
              <w:t>015]*</w:t>
            </w:r>
            <w:proofErr w:type="gramEnd"/>
          </w:p>
        </w:tc>
      </w:tr>
      <w:tr w:rsidR="00947F3E" w:rsidRPr="00947F3E" w14:paraId="3A59493F" w14:textId="77777777">
        <w:trPr>
          <w:jc w:val="center"/>
        </w:trPr>
        <w:tc>
          <w:tcPr>
            <w:tcW w:w="4524" w:type="dxa"/>
          </w:tcPr>
          <w:p w14:paraId="3CE5BD97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VO₂max-shuttle</w:t>
            </w:r>
            <w:proofErr w:type="spellEnd"/>
          </w:p>
        </w:tc>
        <w:tc>
          <w:tcPr>
            <w:tcW w:w="4524" w:type="dxa"/>
          </w:tcPr>
          <w:p w14:paraId="54A72AD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2C22490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−0.685 [−0.844, −0.</w:t>
            </w:r>
            <w:proofErr w:type="gramStart"/>
            <w:r>
              <w:rPr>
                <w:rFonts w:ascii="Times New Roman" w:hAnsi="Times New Roman"/>
                <w:sz w:val="18"/>
              </w:rPr>
              <w:t>542]*</w:t>
            </w:r>
            <w:proofErr w:type="gramEnd"/>
          </w:p>
        </w:tc>
      </w:tr>
      <w:tr w:rsidR="00947F3E" w:rsidRPr="00947F3E" w14:paraId="4D537360" w14:textId="77777777">
        <w:trPr>
          <w:jc w:val="center"/>
        </w:trPr>
        <w:tc>
          <w:tcPr>
            <w:tcW w:w="4524" w:type="dxa"/>
          </w:tcPr>
          <w:p w14:paraId="0E5BC158" w14:textId="77777777" w:rsidR="0077568B" w:rsidRPr="00947F3E" w:rsidRDefault="0077568B"/>
        </w:tc>
        <w:tc>
          <w:tcPr>
            <w:tcW w:w="4524" w:type="dxa"/>
          </w:tcPr>
          <w:p w14:paraId="7114FD1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Total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4D3D8CE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−0.056 [−0.110, −0.</w:t>
            </w:r>
            <w:proofErr w:type="gramStart"/>
            <w:r>
              <w:rPr>
                <w:rFonts w:ascii="Times New Roman" w:hAnsi="Times New Roman"/>
                <w:sz w:val="18"/>
              </w:rPr>
              <w:t>005]*</w:t>
            </w:r>
            <w:proofErr w:type="gramEnd"/>
          </w:p>
        </w:tc>
      </w:tr>
      <w:tr w:rsidR="00947F3E" w:rsidRPr="00947F3E" w14:paraId="3E71C3CC" w14:textId="77777777">
        <w:trPr>
          <w:jc w:val="center"/>
        </w:trPr>
        <w:tc>
          <w:tcPr>
            <w:tcW w:w="4524" w:type="dxa"/>
          </w:tcPr>
          <w:p w14:paraId="157E1493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VO₂max-step</w:t>
            </w:r>
            <w:proofErr w:type="spellEnd"/>
          </w:p>
        </w:tc>
        <w:tc>
          <w:tcPr>
            <w:tcW w:w="4524" w:type="dxa"/>
          </w:tcPr>
          <w:p w14:paraId="20E8180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a₃ (</w:t>
            </w:r>
            <w:proofErr w:type="spellStart"/>
            <w:r>
              <w:rPr>
                <w:rFonts w:ascii="Times New Roman" w:hAnsi="Times New Roman"/>
                <w:sz w:val="18"/>
              </w:rPr>
              <w:t>n_total→ΔBMI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02EFA3F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−0.026 [−0.042, −0.</w:t>
            </w:r>
            <w:proofErr w:type="gramStart"/>
            <w:r>
              <w:rPr>
                <w:rFonts w:ascii="Times New Roman" w:hAnsi="Times New Roman"/>
                <w:sz w:val="18"/>
              </w:rPr>
              <w:t>009]*</w:t>
            </w:r>
            <w:proofErr w:type="gramEnd"/>
          </w:p>
        </w:tc>
      </w:tr>
      <w:tr w:rsidR="00947F3E" w:rsidRPr="00947F3E" w14:paraId="6223EC9F" w14:textId="77777777">
        <w:trPr>
          <w:jc w:val="center"/>
        </w:trPr>
        <w:tc>
          <w:tcPr>
            <w:tcW w:w="4524" w:type="dxa"/>
          </w:tcPr>
          <w:p w14:paraId="2D714221" w14:textId="77777777" w:rsidR="0077568B" w:rsidRPr="00947F3E" w:rsidRDefault="0077568B"/>
        </w:tc>
        <w:tc>
          <w:tcPr>
            <w:tcW w:w="4524" w:type="dxa"/>
          </w:tcPr>
          <w:p w14:paraId="6D02AE5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1AE8702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−0.827 [−0.938, −0.</w:t>
            </w:r>
            <w:proofErr w:type="gramStart"/>
            <w:r>
              <w:rPr>
                <w:rFonts w:ascii="Times New Roman" w:hAnsi="Times New Roman"/>
                <w:sz w:val="18"/>
              </w:rPr>
              <w:t>722]*</w:t>
            </w:r>
            <w:proofErr w:type="gramEnd"/>
          </w:p>
        </w:tc>
      </w:tr>
      <w:tr w:rsidR="00947F3E" w:rsidRPr="00947F3E" w14:paraId="533A80F9" w14:textId="77777777">
        <w:trPr>
          <w:jc w:val="center"/>
        </w:trPr>
        <w:tc>
          <w:tcPr>
            <w:tcW w:w="4524" w:type="dxa"/>
          </w:tcPr>
          <w:p w14:paraId="17398926" w14:textId="77777777" w:rsidR="0077568B" w:rsidRPr="00947F3E" w:rsidRDefault="0077568B"/>
        </w:tc>
        <w:tc>
          <w:tcPr>
            <w:tcW w:w="4524" w:type="dxa"/>
          </w:tcPr>
          <w:p w14:paraId="154F342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a₃·b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ind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1A914CC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+0.021 [+0.007, +0.</w:t>
            </w:r>
            <w:proofErr w:type="gramStart"/>
            <w:r>
              <w:rPr>
                <w:rFonts w:ascii="Times New Roman" w:hAnsi="Times New Roman"/>
                <w:sz w:val="18"/>
              </w:rPr>
              <w:t>036]*</w:t>
            </w:r>
            <w:proofErr w:type="gramEnd"/>
          </w:p>
        </w:tc>
      </w:tr>
      <w:tr w:rsidR="00947F3E" w:rsidRPr="00947F3E" w14:paraId="6103BDD0" w14:textId="77777777">
        <w:trPr>
          <w:jc w:val="center"/>
        </w:trPr>
        <w:tc>
          <w:tcPr>
            <w:tcW w:w="4524" w:type="dxa"/>
          </w:tcPr>
          <w:p w14:paraId="0672A9C7" w14:textId="77777777" w:rsidR="0077568B" w:rsidRPr="00947F3E" w:rsidRDefault="0077568B"/>
        </w:tc>
        <w:tc>
          <w:tcPr>
            <w:tcW w:w="4524" w:type="dxa"/>
          </w:tcPr>
          <w:p w14:paraId="77E7D82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Total (Res)</w:t>
            </w:r>
          </w:p>
        </w:tc>
        <w:tc>
          <w:tcPr>
            <w:tcW w:w="4524" w:type="dxa"/>
          </w:tcPr>
          <w:p w14:paraId="145D795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+0.255 [+0.006, +0.</w:t>
            </w:r>
            <w:proofErr w:type="gramStart"/>
            <w:r>
              <w:rPr>
                <w:rFonts w:ascii="Times New Roman" w:hAnsi="Times New Roman"/>
                <w:sz w:val="18"/>
              </w:rPr>
              <w:t>514]*</w:t>
            </w:r>
            <w:proofErr w:type="gramEnd"/>
          </w:p>
        </w:tc>
      </w:tr>
      <w:tr w:rsidR="00947F3E" w:rsidRPr="00947F3E" w14:paraId="15B98DEB" w14:textId="77777777">
        <w:trPr>
          <w:jc w:val="center"/>
        </w:trPr>
        <w:tc>
          <w:tcPr>
            <w:tcW w:w="4524" w:type="dxa"/>
          </w:tcPr>
          <w:p w14:paraId="6795C6E7" w14:textId="77777777" w:rsidR="0077568B" w:rsidRPr="00947F3E" w:rsidRDefault="0077568B"/>
        </w:tc>
        <w:tc>
          <w:tcPr>
            <w:tcW w:w="4524" w:type="dxa"/>
          </w:tcPr>
          <w:p w14:paraId="77FC6CC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Total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29E6C8F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+0.033 [+0.007, +0.</w:t>
            </w:r>
            <w:proofErr w:type="gramStart"/>
            <w:r>
              <w:rPr>
                <w:rFonts w:ascii="Times New Roman" w:hAnsi="Times New Roman"/>
                <w:sz w:val="18"/>
              </w:rPr>
              <w:t>060]*</w:t>
            </w:r>
            <w:proofErr w:type="gramEnd"/>
          </w:p>
        </w:tc>
      </w:tr>
      <w:tr w:rsidR="00947F3E" w:rsidRPr="00947F3E" w14:paraId="1D8F26B6" w14:textId="77777777">
        <w:trPr>
          <w:jc w:val="center"/>
        </w:trPr>
        <w:tc>
          <w:tcPr>
            <w:tcW w:w="4524" w:type="dxa"/>
          </w:tcPr>
          <w:p w14:paraId="0A863B74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Reaction time (s)</w:t>
            </w:r>
          </w:p>
        </w:tc>
        <w:tc>
          <w:tcPr>
            <w:tcW w:w="4524" w:type="dxa"/>
          </w:tcPr>
          <w:p w14:paraId="5AA384C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a₃ (</w:t>
            </w:r>
            <w:proofErr w:type="spellStart"/>
            <w:r>
              <w:rPr>
                <w:rFonts w:ascii="Times New Roman" w:hAnsi="Times New Roman"/>
                <w:sz w:val="18"/>
              </w:rPr>
              <w:t>n_total→ΔBMI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4E2932D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−0.014 [−0.027, −0.</w:t>
            </w:r>
            <w:proofErr w:type="gramStart"/>
            <w:r>
              <w:rPr>
                <w:rFonts w:ascii="Times New Roman" w:hAnsi="Times New Roman"/>
                <w:sz w:val="18"/>
              </w:rPr>
              <w:t>000]*</w:t>
            </w:r>
            <w:proofErr w:type="gramEnd"/>
          </w:p>
        </w:tc>
      </w:tr>
      <w:tr w:rsidR="00947F3E" w:rsidRPr="00947F3E" w14:paraId="25CADBFC" w14:textId="77777777">
        <w:trPr>
          <w:jc w:val="center"/>
        </w:trPr>
        <w:tc>
          <w:tcPr>
            <w:tcW w:w="4524" w:type="dxa"/>
          </w:tcPr>
          <w:p w14:paraId="17CCE318" w14:textId="77777777" w:rsidR="0077568B" w:rsidRPr="00947F3E" w:rsidRDefault="0077568B"/>
        </w:tc>
        <w:tc>
          <w:tcPr>
            <w:tcW w:w="4524" w:type="dxa"/>
          </w:tcPr>
          <w:p w14:paraId="2A30D46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2E52491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+0.003 [+0.001, +0.</w:t>
            </w:r>
            <w:proofErr w:type="gramStart"/>
            <w:r>
              <w:rPr>
                <w:rFonts w:ascii="Times New Roman" w:hAnsi="Times New Roman"/>
                <w:sz w:val="18"/>
              </w:rPr>
              <w:t>005]*</w:t>
            </w:r>
            <w:proofErr w:type="gramEnd"/>
          </w:p>
        </w:tc>
      </w:tr>
      <w:tr w:rsidR="00947F3E" w:rsidRPr="00947F3E" w14:paraId="3ED03B86" w14:textId="77777777">
        <w:trPr>
          <w:jc w:val="center"/>
        </w:trPr>
        <w:tc>
          <w:tcPr>
            <w:tcW w:w="4524" w:type="dxa"/>
          </w:tcPr>
          <w:p w14:paraId="72662A36" w14:textId="77777777" w:rsidR="0077568B" w:rsidRPr="00947F3E" w:rsidRDefault="0077568B"/>
        </w:tc>
        <w:tc>
          <w:tcPr>
            <w:tcW w:w="4524" w:type="dxa"/>
          </w:tcPr>
          <w:p w14:paraId="546E476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a₃·b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ind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524" w:type="dxa"/>
          </w:tcPr>
          <w:p w14:paraId="25B57ED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−0.000 [−0.000, −0.</w:t>
            </w:r>
            <w:proofErr w:type="gramStart"/>
            <w:r>
              <w:rPr>
                <w:rFonts w:ascii="Times New Roman" w:hAnsi="Times New Roman"/>
                <w:sz w:val="18"/>
              </w:rPr>
              <w:t>000]*</w:t>
            </w:r>
            <w:proofErr w:type="gramEnd"/>
          </w:p>
        </w:tc>
      </w:tr>
      <w:tr w:rsidR="00947F3E" w:rsidRPr="00947F3E" w14:paraId="18240ABE" w14:textId="77777777">
        <w:trPr>
          <w:jc w:val="center"/>
        </w:trPr>
        <w:tc>
          <w:tcPr>
            <w:tcW w:w="4524" w:type="dxa"/>
          </w:tcPr>
          <w:p w14:paraId="558864B6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Rel. grip (%)</w:t>
            </w:r>
          </w:p>
        </w:tc>
        <w:tc>
          <w:tcPr>
            <w:tcW w:w="4524" w:type="dxa"/>
          </w:tcPr>
          <w:p w14:paraId="6C8C7C9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4524" w:type="dxa"/>
          </w:tcPr>
          <w:p w14:paraId="6493E0C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−1.376 [−1.547, −1.</w:t>
            </w:r>
            <w:proofErr w:type="gramStart"/>
            <w:r>
              <w:rPr>
                <w:rFonts w:ascii="Times New Roman" w:hAnsi="Times New Roman"/>
                <w:sz w:val="18"/>
              </w:rPr>
              <w:t>200]*</w:t>
            </w:r>
            <w:proofErr w:type="gramEnd"/>
          </w:p>
        </w:tc>
      </w:tr>
    </w:tbl>
    <w:p w14:paraId="39BCCE93" w14:textId="77777777" w:rsidR="0077568B" w:rsidRPr="00947F3E" w:rsidRDefault="004C7B7C">
      <w:pPr>
        <w:spacing w:before="60" w:after="240"/>
        <w:jc w:val="both"/>
      </w:pPr>
      <w:r>
        <w:rPr>
          <w:rFonts w:ascii="Times New Roman" w:hAnsi="Times New Roman"/>
          <w:i/>
          <w:sz w:val="20"/>
        </w:rPr>
        <w:t xml:space="preserve">Path coefficients with 5,000-resample </w:t>
      </w:r>
      <w:proofErr w:type="spellStart"/>
      <w:r>
        <w:rPr>
          <w:rFonts w:ascii="Times New Roman" w:hAnsi="Times New Roman"/>
          <w:i/>
          <w:sz w:val="20"/>
        </w:rPr>
        <w:t>BCa</w:t>
      </w:r>
      <w:proofErr w:type="spellEnd"/>
      <w:r>
        <w:rPr>
          <w:rFonts w:ascii="Times New Roman" w:hAnsi="Times New Roman"/>
          <w:i/>
          <w:sz w:val="20"/>
        </w:rPr>
        <w:t xml:space="preserve"> bootstrap 95% CIs. * 95% CI excludes zero. Rows shown are those where the 95% CI for at least one of c′, </w:t>
      </w:r>
      <w:proofErr w:type="spellStart"/>
      <w:r>
        <w:rPr>
          <w:rFonts w:ascii="Times New Roman" w:hAnsi="Times New Roman"/>
          <w:i/>
          <w:sz w:val="20"/>
        </w:rPr>
        <w:t>a·b</w:t>
      </w:r>
      <w:proofErr w:type="spellEnd"/>
      <w:r>
        <w:rPr>
          <w:rFonts w:ascii="Times New Roman" w:hAnsi="Times New Roman"/>
          <w:i/>
          <w:sz w:val="20"/>
        </w:rPr>
        <w:t xml:space="preserve">, or Total excludes zero, plus all b-paths (reported for reference); the complete 13 paths × 14 outcomes coefficient matrix with point estimates, </w:t>
      </w:r>
      <w:proofErr w:type="spellStart"/>
      <w:r>
        <w:rPr>
          <w:rFonts w:ascii="Times New Roman" w:hAnsi="Times New Roman"/>
          <w:i/>
          <w:sz w:val="20"/>
        </w:rPr>
        <w:t>BCa</w:t>
      </w:r>
      <w:proofErr w:type="spellEnd"/>
      <w:r>
        <w:rPr>
          <w:rFonts w:ascii="Times New Roman" w:hAnsi="Times New Roman"/>
          <w:i/>
          <w:sz w:val="20"/>
        </w:rPr>
        <w:t xml:space="preserve"> 95% CIs, standard errors, and bootstrap p-values is available at the Open Science Framework (project ID </w:t>
      </w:r>
      <w:proofErr w:type="spellStart"/>
      <w:r>
        <w:rPr>
          <w:rFonts w:ascii="Times New Roman" w:hAnsi="Times New Roman"/>
          <w:i/>
          <w:sz w:val="20"/>
        </w:rPr>
        <w:t>hmkjg</w:t>
      </w:r>
      <w:proofErr w:type="spellEnd"/>
      <w:r>
        <w:rPr>
          <w:rFonts w:ascii="Times New Roman" w:hAnsi="Times New Roman"/>
          <w:i/>
          <w:sz w:val="20"/>
        </w:rPr>
        <w:t xml:space="preserve">; anonymous peer-review link: https://osf.io/hmkjg/overview?view_only=1386312aa40e4918a503de9fc5f8c112). Because ΔBMI and ΔY are measured over the same interval, </w:t>
      </w:r>
      <w:proofErr w:type="spellStart"/>
      <w:r>
        <w:rPr>
          <w:rFonts w:ascii="Times New Roman" w:hAnsi="Times New Roman"/>
          <w:i/>
          <w:sz w:val="20"/>
        </w:rPr>
        <w:t>a·b</w:t>
      </w:r>
      <w:proofErr w:type="spellEnd"/>
      <w:r>
        <w:rPr>
          <w:rFonts w:ascii="Times New Roman" w:hAnsi="Times New Roman"/>
          <w:i/>
          <w:sz w:val="20"/>
        </w:rPr>
        <w:t xml:space="preserve"> is interpreted descriptively as a within-interval covariance partition rather than as a temporally identified mediation effect; the directionality sensitivity (Supplementary Table S11) confirmed comparable </w:t>
      </w:r>
      <w:proofErr w:type="spellStart"/>
      <w:r>
        <w:rPr>
          <w:rFonts w:ascii="Times New Roman" w:hAnsi="Times New Roman"/>
          <w:i/>
          <w:sz w:val="20"/>
        </w:rPr>
        <w:t>a·b</w:t>
      </w:r>
      <w:proofErr w:type="spellEnd"/>
      <w:r>
        <w:rPr>
          <w:rFonts w:ascii="Times New Roman" w:hAnsi="Times New Roman"/>
          <w:i/>
          <w:sz w:val="20"/>
        </w:rPr>
        <w:t xml:space="preserve"> magnitudes when ΔBMI and ΔY are swapped.</w:t>
      </w:r>
    </w:p>
    <w:p w14:paraId="1B4DB60C" w14:textId="77777777" w:rsidR="0077568B" w:rsidRPr="00947F3E" w:rsidRDefault="004C7B7C">
      <w:r>
        <w:br w:type="page"/>
      </w:r>
    </w:p>
    <w:p w14:paraId="1D138BEC" w14:textId="77777777" w:rsidR="0077568B" w:rsidRPr="00947F3E" w:rsidRDefault="004C7B7C" w:rsidP="004C7B7C">
      <w:pPr>
        <w:spacing w:before="240" w:after="80"/>
      </w:pPr>
      <w:r>
        <w:rPr>
          <w:rFonts w:ascii="Times New Roman" w:hAnsi="Times New Roman"/>
          <w:b/>
          <w:sz w:val="24"/>
        </w:rPr>
        <w:lastRenderedPageBreak/>
        <w:t>Table S10. Enumeration of the five male-detectable direct prescription associations on principal BMI-independent fitness outcomes</w:t>
      </w:r>
    </w:p>
    <w:tbl>
      <w:tblPr>
        <w:tblW w:w="13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648"/>
        <w:gridCol w:w="3118"/>
        <w:gridCol w:w="2977"/>
        <w:gridCol w:w="3229"/>
      </w:tblGrid>
      <w:tr w:rsidR="00947F3E" w:rsidRPr="00947F3E" w14:paraId="0F773C2E" w14:textId="77777777" w:rsidTr="00713D93">
        <w:trPr>
          <w:jc w:val="center"/>
        </w:trPr>
        <w:tc>
          <w:tcPr>
            <w:tcW w:w="600" w:type="dxa"/>
            <w:shd w:val="clear" w:color="auto" w:fill="DEEAF6"/>
          </w:tcPr>
          <w:p w14:paraId="11EB8DAA" w14:textId="77777777" w:rsidR="00BF5C01" w:rsidRP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#</w:t>
            </w:r>
          </w:p>
        </w:tc>
        <w:tc>
          <w:tcPr>
            <w:tcW w:w="3648" w:type="dxa"/>
            <w:shd w:val="clear" w:color="auto" w:fill="DEEAF6"/>
          </w:tcPr>
          <w:p w14:paraId="14A67DB0" w14:textId="77777777" w:rsidR="00BF5C01" w:rsidRP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Direct association (X → ΔY direct)</w:t>
            </w:r>
          </w:p>
        </w:tc>
        <w:tc>
          <w:tcPr>
            <w:tcW w:w="3118" w:type="dxa"/>
            <w:shd w:val="clear" w:color="auto" w:fill="DEEAF6"/>
          </w:tcPr>
          <w:p w14:paraId="523094FD" w14:textId="77777777" w:rsidR="00BF5C01" w:rsidRP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Point estimate B (male, n = 7,761)</w:t>
            </w:r>
          </w:p>
        </w:tc>
        <w:tc>
          <w:tcPr>
            <w:tcW w:w="2977" w:type="dxa"/>
            <w:shd w:val="clear" w:color="auto" w:fill="DEEAF6"/>
          </w:tcPr>
          <w:p w14:paraId="2CD095C3" w14:textId="77777777" w:rsidR="00BF5C01" w:rsidRPr="00947F3E" w:rsidRDefault="00947F3E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t>BCa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95% CI (5,000 resamples)</w:t>
            </w:r>
          </w:p>
        </w:tc>
        <w:tc>
          <w:tcPr>
            <w:tcW w:w="3229" w:type="dxa"/>
            <w:shd w:val="clear" w:color="auto" w:fill="DEEAF6"/>
          </w:tcPr>
          <w:p w14:paraId="590E2A3D" w14:textId="77777777" w:rsidR="00BF5C01" w:rsidRPr="00947F3E" w:rsidRDefault="00947F3E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Source row in Table S8</w:t>
            </w:r>
          </w:p>
        </w:tc>
      </w:tr>
      <w:tr w:rsidR="00947F3E" w:rsidRPr="00947F3E" w14:paraId="53EEA0C6" w14:textId="77777777" w:rsidTr="00713D93">
        <w:trPr>
          <w:jc w:val="center"/>
        </w:trPr>
        <w:tc>
          <w:tcPr>
            <w:tcW w:w="600" w:type="dxa"/>
          </w:tcPr>
          <w:p w14:paraId="6C4C7844" w14:textId="77777777" w:rsidR="00BF5C01" w:rsidRPr="00947F3E" w:rsidRDefault="00947F3E"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648" w:type="dxa"/>
          </w:tcPr>
          <w:p w14:paraId="4CAEB473" w14:textId="77777777" w:rsidR="00BF5C01" w:rsidRPr="00947F3E" w:rsidRDefault="00947F3E">
            <w:r>
              <w:rPr>
                <w:rFonts w:ascii="Times New Roman" w:hAnsi="Times New Roman"/>
                <w:sz w:val="20"/>
              </w:rPr>
              <w:t>Aerobic c₂′ on flexibility (sit-and-reach)</w:t>
            </w:r>
          </w:p>
        </w:tc>
        <w:tc>
          <w:tcPr>
            <w:tcW w:w="3118" w:type="dxa"/>
          </w:tcPr>
          <w:p w14:paraId="654D8168" w14:textId="77777777" w:rsidR="00BF5C01" w:rsidRPr="00947F3E" w:rsidRDefault="00947F3E">
            <w:pPr>
              <w:jc w:val="center"/>
            </w:pPr>
            <w:r>
              <w:rPr>
                <w:rFonts w:ascii="Times New Roman" w:hAnsi="Times New Roman"/>
                <w:sz w:val="20"/>
              </w:rPr>
              <w:t>+0.361*</w:t>
            </w:r>
          </w:p>
        </w:tc>
        <w:tc>
          <w:tcPr>
            <w:tcW w:w="2977" w:type="dxa"/>
          </w:tcPr>
          <w:p w14:paraId="696A669E" w14:textId="77777777" w:rsidR="00BF5C01" w:rsidRPr="00947F3E" w:rsidRDefault="00947F3E">
            <w:pPr>
              <w:jc w:val="center"/>
            </w:pPr>
            <w:r>
              <w:rPr>
                <w:rFonts w:ascii="Times New Roman" w:hAnsi="Times New Roman"/>
                <w:sz w:val="20"/>
              </w:rPr>
              <w:t>[+0.117, +0.612]</w:t>
            </w:r>
          </w:p>
        </w:tc>
        <w:tc>
          <w:tcPr>
            <w:tcW w:w="3229" w:type="dxa"/>
          </w:tcPr>
          <w:p w14:paraId="31EFB48F" w14:textId="77777777" w:rsidR="00BF5C01" w:rsidRPr="00947F3E" w:rsidRDefault="00947F3E">
            <w:pPr>
              <w:jc w:val="center"/>
            </w:pPr>
            <w:r>
              <w:rPr>
                <w:rFonts w:ascii="Times New Roman" w:hAnsi="Times New Roman"/>
                <w:sz w:val="20"/>
              </w:rPr>
              <w:t>Sit-and-reach, c₂′ (Aer direct)</w:t>
            </w:r>
          </w:p>
        </w:tc>
      </w:tr>
      <w:tr w:rsidR="00947F3E" w:rsidRPr="00947F3E" w14:paraId="54BD9844" w14:textId="77777777" w:rsidTr="00713D93">
        <w:trPr>
          <w:jc w:val="center"/>
        </w:trPr>
        <w:tc>
          <w:tcPr>
            <w:tcW w:w="600" w:type="dxa"/>
          </w:tcPr>
          <w:p w14:paraId="049AA912" w14:textId="77777777" w:rsidR="00BF5C01" w:rsidRPr="00947F3E" w:rsidRDefault="00947F3E">
            <w:pPr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648" w:type="dxa"/>
          </w:tcPr>
          <w:p w14:paraId="3C54C28C" w14:textId="77777777" w:rsidR="00BF5C01" w:rsidRPr="00947F3E" w:rsidRDefault="00947F3E">
            <w:r>
              <w:rPr>
                <w:rFonts w:ascii="Times New Roman" w:hAnsi="Times New Roman"/>
                <w:sz w:val="20"/>
              </w:rPr>
              <w:t>Aerobic c₂′ on power (standing long jump)</w:t>
            </w:r>
          </w:p>
        </w:tc>
        <w:tc>
          <w:tcPr>
            <w:tcW w:w="3118" w:type="dxa"/>
          </w:tcPr>
          <w:p w14:paraId="1AB858BE" w14:textId="77777777" w:rsidR="00BF5C01" w:rsidRPr="00947F3E" w:rsidRDefault="00947F3E">
            <w:pPr>
              <w:jc w:val="center"/>
            </w:pPr>
            <w:r>
              <w:rPr>
                <w:rFonts w:ascii="Times New Roman" w:hAnsi="Times New Roman"/>
                <w:sz w:val="20"/>
              </w:rPr>
              <w:t>+1.253*</w:t>
            </w:r>
          </w:p>
        </w:tc>
        <w:tc>
          <w:tcPr>
            <w:tcW w:w="2977" w:type="dxa"/>
          </w:tcPr>
          <w:p w14:paraId="2D31295F" w14:textId="77777777" w:rsidR="00BF5C01" w:rsidRPr="00947F3E" w:rsidRDefault="00947F3E">
            <w:pPr>
              <w:jc w:val="center"/>
            </w:pPr>
            <w:r>
              <w:rPr>
                <w:rFonts w:ascii="Times New Roman" w:hAnsi="Times New Roman"/>
                <w:sz w:val="20"/>
              </w:rPr>
              <w:t>[+0.318, +2.204]</w:t>
            </w:r>
          </w:p>
        </w:tc>
        <w:tc>
          <w:tcPr>
            <w:tcW w:w="3229" w:type="dxa"/>
          </w:tcPr>
          <w:p w14:paraId="520CEBC4" w14:textId="77777777" w:rsidR="00BF5C01" w:rsidRPr="00947F3E" w:rsidRDefault="00947F3E">
            <w:pPr>
              <w:jc w:val="center"/>
            </w:pPr>
            <w:r>
              <w:rPr>
                <w:rFonts w:ascii="Times New Roman" w:hAnsi="Times New Roman"/>
                <w:sz w:val="20"/>
              </w:rPr>
              <w:t>Standing long jump, c₂′ (Aer direct)</w:t>
            </w:r>
          </w:p>
        </w:tc>
      </w:tr>
      <w:tr w:rsidR="00947F3E" w:rsidRPr="00947F3E" w14:paraId="30DAD187" w14:textId="77777777" w:rsidTr="00713D93">
        <w:trPr>
          <w:jc w:val="center"/>
        </w:trPr>
        <w:tc>
          <w:tcPr>
            <w:tcW w:w="600" w:type="dxa"/>
          </w:tcPr>
          <w:p w14:paraId="08874F49" w14:textId="77777777" w:rsidR="00BF5C01" w:rsidRPr="00947F3E" w:rsidRDefault="00947F3E">
            <w:pPr>
              <w:jc w:val="center"/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648" w:type="dxa"/>
          </w:tcPr>
          <w:p w14:paraId="49F94A2F" w14:textId="77777777" w:rsidR="00BF5C01" w:rsidRPr="00947F3E" w:rsidRDefault="00947F3E">
            <w:proofErr w:type="spellStart"/>
            <w:r>
              <w:rPr>
                <w:rFonts w:ascii="Times New Roman" w:hAnsi="Times New Roman"/>
                <w:sz w:val="20"/>
              </w:rPr>
              <w:t>n_total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c₃′ on flexibility (sit-and-reach)</w:t>
            </w:r>
          </w:p>
        </w:tc>
        <w:tc>
          <w:tcPr>
            <w:tcW w:w="3118" w:type="dxa"/>
          </w:tcPr>
          <w:p w14:paraId="7B9FBC6C" w14:textId="77777777" w:rsidR="00BF5C01" w:rsidRPr="00947F3E" w:rsidRDefault="00947F3E">
            <w:pPr>
              <w:jc w:val="center"/>
            </w:pPr>
            <w:r>
              <w:rPr>
                <w:rFonts w:ascii="Times New Roman" w:hAnsi="Times New Roman"/>
                <w:sz w:val="20"/>
              </w:rPr>
              <w:t>+0.032*</w:t>
            </w:r>
          </w:p>
        </w:tc>
        <w:tc>
          <w:tcPr>
            <w:tcW w:w="2977" w:type="dxa"/>
          </w:tcPr>
          <w:p w14:paraId="3A0C62C9" w14:textId="77777777" w:rsidR="00BF5C01" w:rsidRPr="00947F3E" w:rsidRDefault="00947F3E">
            <w:pPr>
              <w:jc w:val="center"/>
            </w:pPr>
            <w:r>
              <w:rPr>
                <w:rFonts w:ascii="Times New Roman" w:hAnsi="Times New Roman"/>
                <w:sz w:val="20"/>
              </w:rPr>
              <w:t>[+0.008, +0.058]</w:t>
            </w:r>
          </w:p>
        </w:tc>
        <w:tc>
          <w:tcPr>
            <w:tcW w:w="3229" w:type="dxa"/>
          </w:tcPr>
          <w:p w14:paraId="08369410" w14:textId="77777777" w:rsidR="00BF5C01" w:rsidRPr="00947F3E" w:rsidRDefault="00947F3E">
            <w:pPr>
              <w:jc w:val="center"/>
            </w:pPr>
            <w:r>
              <w:rPr>
                <w:rFonts w:ascii="Times New Roman" w:hAnsi="Times New Roman"/>
                <w:sz w:val="20"/>
              </w:rPr>
              <w:t>Sit-and-reach, c₃′ (</w:t>
            </w:r>
            <w:proofErr w:type="spellStart"/>
            <w:r>
              <w:rPr>
                <w:rFonts w:ascii="Times New Roman" w:hAnsi="Times New Roman"/>
                <w:sz w:val="20"/>
              </w:rPr>
              <w:t>n_total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direct)</w:t>
            </w:r>
          </w:p>
        </w:tc>
      </w:tr>
      <w:tr w:rsidR="00947F3E" w:rsidRPr="00947F3E" w14:paraId="38B6EC39" w14:textId="77777777" w:rsidTr="00713D93">
        <w:trPr>
          <w:jc w:val="center"/>
        </w:trPr>
        <w:tc>
          <w:tcPr>
            <w:tcW w:w="600" w:type="dxa"/>
          </w:tcPr>
          <w:p w14:paraId="55A4E5DC" w14:textId="77777777" w:rsidR="00BF5C01" w:rsidRPr="00947F3E" w:rsidRDefault="00947F3E">
            <w:pPr>
              <w:jc w:val="center"/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648" w:type="dxa"/>
          </w:tcPr>
          <w:p w14:paraId="3212FD24" w14:textId="77777777" w:rsidR="00BF5C01" w:rsidRPr="00947F3E" w:rsidRDefault="00947F3E">
            <w:proofErr w:type="spellStart"/>
            <w:r>
              <w:rPr>
                <w:rFonts w:ascii="Times New Roman" w:hAnsi="Times New Roman"/>
                <w:sz w:val="20"/>
              </w:rPr>
              <w:t>n_total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c₃′ on step-test </w:t>
            </w:r>
            <w:proofErr w:type="spellStart"/>
            <w:r>
              <w:rPr>
                <w:rFonts w:ascii="Times New Roman" w:hAnsi="Times New Roman"/>
                <w:sz w:val="20"/>
              </w:rPr>
              <w:t>VO₂max</w:t>
            </w:r>
            <w:proofErr w:type="spellEnd"/>
          </w:p>
        </w:tc>
        <w:tc>
          <w:tcPr>
            <w:tcW w:w="3118" w:type="dxa"/>
          </w:tcPr>
          <w:p w14:paraId="1D862E37" w14:textId="77777777" w:rsidR="00BF5C01" w:rsidRPr="00947F3E" w:rsidRDefault="00947F3E">
            <w:pPr>
              <w:jc w:val="center"/>
            </w:pPr>
            <w:r>
              <w:rPr>
                <w:rFonts w:ascii="Times New Roman" w:hAnsi="Times New Roman"/>
                <w:sz w:val="20"/>
              </w:rPr>
              <w:t>+0.015*</w:t>
            </w:r>
          </w:p>
        </w:tc>
        <w:tc>
          <w:tcPr>
            <w:tcW w:w="2977" w:type="dxa"/>
          </w:tcPr>
          <w:p w14:paraId="3FA7A92E" w14:textId="77777777" w:rsidR="00BF5C01" w:rsidRPr="00947F3E" w:rsidRDefault="00947F3E">
            <w:pPr>
              <w:jc w:val="center"/>
            </w:pPr>
            <w:r>
              <w:rPr>
                <w:rFonts w:ascii="Times New Roman" w:hAnsi="Times New Roman"/>
                <w:sz w:val="20"/>
              </w:rPr>
              <w:t>[+0.000, +0.030]</w:t>
            </w:r>
          </w:p>
        </w:tc>
        <w:tc>
          <w:tcPr>
            <w:tcW w:w="3229" w:type="dxa"/>
          </w:tcPr>
          <w:p w14:paraId="1E122234" w14:textId="77777777" w:rsidR="00BF5C01" w:rsidRPr="00947F3E" w:rsidRDefault="00947F3E">
            <w:pPr>
              <w:jc w:val="center"/>
            </w:pPr>
            <w:proofErr w:type="spellStart"/>
            <w:r>
              <w:rPr>
                <w:rFonts w:ascii="Times New Roman" w:hAnsi="Times New Roman"/>
                <w:sz w:val="20"/>
              </w:rPr>
              <w:t>VO₂max-step</w:t>
            </w:r>
            <w:proofErr w:type="spellEnd"/>
            <w:r>
              <w:rPr>
                <w:rFonts w:ascii="Times New Roman" w:hAnsi="Times New Roman"/>
                <w:sz w:val="20"/>
              </w:rPr>
              <w:t>, c₃′ (</w:t>
            </w:r>
            <w:proofErr w:type="spellStart"/>
            <w:r>
              <w:rPr>
                <w:rFonts w:ascii="Times New Roman" w:hAnsi="Times New Roman"/>
                <w:sz w:val="20"/>
              </w:rPr>
              <w:t>n_total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direct)</w:t>
            </w:r>
          </w:p>
        </w:tc>
      </w:tr>
      <w:tr w:rsidR="00947F3E" w:rsidRPr="00947F3E" w14:paraId="7ECB725A" w14:textId="77777777" w:rsidTr="00713D93">
        <w:trPr>
          <w:jc w:val="center"/>
        </w:trPr>
        <w:tc>
          <w:tcPr>
            <w:tcW w:w="600" w:type="dxa"/>
          </w:tcPr>
          <w:p w14:paraId="5C911D8C" w14:textId="77777777" w:rsidR="00BF5C01" w:rsidRPr="00947F3E" w:rsidRDefault="00947F3E">
            <w:pPr>
              <w:jc w:val="center"/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648" w:type="dxa"/>
          </w:tcPr>
          <w:p w14:paraId="462771B4" w14:textId="77777777" w:rsidR="00BF5C01" w:rsidRPr="00947F3E" w:rsidRDefault="00947F3E">
            <w:proofErr w:type="spellStart"/>
            <w:r>
              <w:rPr>
                <w:rFonts w:ascii="Times New Roman" w:hAnsi="Times New Roman"/>
                <w:sz w:val="20"/>
              </w:rPr>
              <w:t>n_total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c₃′ on relative grip strength</w:t>
            </w:r>
          </w:p>
        </w:tc>
        <w:tc>
          <w:tcPr>
            <w:tcW w:w="3118" w:type="dxa"/>
          </w:tcPr>
          <w:p w14:paraId="7241EB2B" w14:textId="77777777" w:rsidR="00BF5C01" w:rsidRPr="00947F3E" w:rsidRDefault="00947F3E">
            <w:pPr>
              <w:jc w:val="center"/>
            </w:pPr>
            <w:r>
              <w:rPr>
                <w:rFonts w:ascii="Times New Roman" w:hAnsi="Times New Roman"/>
                <w:sz w:val="20"/>
              </w:rPr>
              <w:t>+0.061*</w:t>
            </w:r>
          </w:p>
        </w:tc>
        <w:tc>
          <w:tcPr>
            <w:tcW w:w="2977" w:type="dxa"/>
          </w:tcPr>
          <w:p w14:paraId="65E7B639" w14:textId="77777777" w:rsidR="00BF5C01" w:rsidRPr="00947F3E" w:rsidRDefault="00947F3E">
            <w:pPr>
              <w:jc w:val="center"/>
            </w:pPr>
            <w:r>
              <w:rPr>
                <w:rFonts w:ascii="Times New Roman" w:hAnsi="Times New Roman"/>
                <w:sz w:val="20"/>
              </w:rPr>
              <w:t>[+0.029, +0.094]</w:t>
            </w:r>
          </w:p>
        </w:tc>
        <w:tc>
          <w:tcPr>
            <w:tcW w:w="3229" w:type="dxa"/>
          </w:tcPr>
          <w:p w14:paraId="05468E3D" w14:textId="77777777" w:rsidR="00BF5C01" w:rsidRPr="00947F3E" w:rsidRDefault="00947F3E">
            <w:pPr>
              <w:jc w:val="center"/>
            </w:pPr>
            <w:r>
              <w:rPr>
                <w:rFonts w:ascii="Times New Roman" w:hAnsi="Times New Roman"/>
                <w:sz w:val="20"/>
              </w:rPr>
              <w:t>Rel. grip (%), c₃′ (</w:t>
            </w:r>
            <w:proofErr w:type="spellStart"/>
            <w:r>
              <w:rPr>
                <w:rFonts w:ascii="Times New Roman" w:hAnsi="Times New Roman"/>
                <w:sz w:val="20"/>
              </w:rPr>
              <w:t>n_total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direct)</w:t>
            </w:r>
          </w:p>
        </w:tc>
      </w:tr>
    </w:tbl>
    <w:p w14:paraId="31E97C59" w14:textId="77777777" w:rsidR="0077568B" w:rsidRPr="00947F3E" w:rsidRDefault="004C7B7C" w:rsidP="004C7B7C">
      <w:pPr>
        <w:spacing w:before="240" w:after="80"/>
      </w:pPr>
      <w:r>
        <w:rPr>
          <w:rFonts w:ascii="Times New Roman" w:hAnsi="Times New Roman"/>
          <w:b/>
          <w:sz w:val="24"/>
        </w:rPr>
        <w:t xml:space="preserve">Table S11. Directionality sensitivity: ΔBMI ↔ ΔY swap and </w:t>
      </w:r>
      <w:proofErr w:type="spellStart"/>
      <w:r>
        <w:rPr>
          <w:rFonts w:ascii="Times New Roman" w:hAnsi="Times New Roman"/>
          <w:b/>
          <w:sz w:val="24"/>
        </w:rPr>
        <w:t>a·b</w:t>
      </w:r>
      <w:proofErr w:type="spellEnd"/>
      <w:r>
        <w:rPr>
          <w:rFonts w:ascii="Times New Roman" w:hAnsi="Times New Roman"/>
          <w:b/>
          <w:sz w:val="24"/>
        </w:rPr>
        <w:t xml:space="preserve"> magnitudes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3391"/>
        <w:gridCol w:w="3390"/>
        <w:gridCol w:w="3390"/>
        <w:gridCol w:w="3391"/>
      </w:tblGrid>
      <w:tr w:rsidR="00947F3E" w:rsidRPr="00947F3E" w14:paraId="2DF446C5" w14:textId="77777777">
        <w:trPr>
          <w:jc w:val="center"/>
        </w:trPr>
        <w:tc>
          <w:tcPr>
            <w:tcW w:w="3393" w:type="dxa"/>
            <w:shd w:val="clear" w:color="auto" w:fill="D9E2F3"/>
          </w:tcPr>
          <w:p w14:paraId="6554341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Principal outcome</w:t>
            </w:r>
          </w:p>
        </w:tc>
        <w:tc>
          <w:tcPr>
            <w:tcW w:w="3393" w:type="dxa"/>
            <w:shd w:val="clear" w:color="auto" w:fill="D9E2F3"/>
          </w:tcPr>
          <w:p w14:paraId="6A5EC39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 xml:space="preserve">Primary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a·b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[95% CI]</w:t>
            </w:r>
          </w:p>
        </w:tc>
        <w:tc>
          <w:tcPr>
            <w:tcW w:w="3393" w:type="dxa"/>
            <w:shd w:val="clear" w:color="auto" w:fill="D9E2F3"/>
          </w:tcPr>
          <w:p w14:paraId="50839B3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 xml:space="preserve">Swapped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a·b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[95% CI]</w:t>
            </w:r>
          </w:p>
        </w:tc>
        <w:tc>
          <w:tcPr>
            <w:tcW w:w="3393" w:type="dxa"/>
            <w:shd w:val="clear" w:color="auto" w:fill="D9E2F3"/>
          </w:tcPr>
          <w:p w14:paraId="63E6F28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|Primary − Swapped| / Primary</w:t>
            </w:r>
          </w:p>
        </w:tc>
      </w:tr>
      <w:tr w:rsidR="00947F3E" w:rsidRPr="00947F3E" w14:paraId="0E2392D2" w14:textId="77777777">
        <w:trPr>
          <w:jc w:val="center"/>
        </w:trPr>
        <w:tc>
          <w:tcPr>
            <w:tcW w:w="3393" w:type="dxa"/>
          </w:tcPr>
          <w:p w14:paraId="0F4BBFD9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Sit-and-reach (Aerobic)</w:t>
            </w:r>
          </w:p>
        </w:tc>
        <w:tc>
          <w:tcPr>
            <w:tcW w:w="3393" w:type="dxa"/>
          </w:tcPr>
          <w:p w14:paraId="680B97D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−0.034 [−0.067, −0.005]</w:t>
            </w:r>
          </w:p>
        </w:tc>
        <w:tc>
          <w:tcPr>
            <w:tcW w:w="3393" w:type="dxa"/>
          </w:tcPr>
          <w:p w14:paraId="1FCDBD5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−0.029 [−0.061, −0.002]</w:t>
            </w:r>
          </w:p>
        </w:tc>
        <w:tc>
          <w:tcPr>
            <w:tcW w:w="3393" w:type="dxa"/>
          </w:tcPr>
          <w:p w14:paraId="32E4C9E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14.7%</w:t>
            </w:r>
          </w:p>
        </w:tc>
      </w:tr>
      <w:tr w:rsidR="00947F3E" w:rsidRPr="00947F3E" w14:paraId="5727CE68" w14:textId="77777777">
        <w:trPr>
          <w:jc w:val="center"/>
        </w:trPr>
        <w:tc>
          <w:tcPr>
            <w:tcW w:w="3393" w:type="dxa"/>
          </w:tcPr>
          <w:p w14:paraId="05C43039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Standing long jump (Aerobic)</w:t>
            </w:r>
          </w:p>
        </w:tc>
        <w:tc>
          <w:tcPr>
            <w:tcW w:w="3393" w:type="dxa"/>
          </w:tcPr>
          <w:p w14:paraId="527ABB7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−0.082 [−0.156, −0.012]</w:t>
            </w:r>
          </w:p>
        </w:tc>
        <w:tc>
          <w:tcPr>
            <w:tcW w:w="3393" w:type="dxa"/>
          </w:tcPr>
          <w:p w14:paraId="4975DBD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−0.078 [−0.149, −0.011]</w:t>
            </w:r>
          </w:p>
        </w:tc>
        <w:tc>
          <w:tcPr>
            <w:tcW w:w="3393" w:type="dxa"/>
          </w:tcPr>
          <w:p w14:paraId="4980396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4.9%</w:t>
            </w:r>
          </w:p>
        </w:tc>
      </w:tr>
      <w:tr w:rsidR="00947F3E" w:rsidRPr="00947F3E" w14:paraId="67BBDA45" w14:textId="77777777">
        <w:trPr>
          <w:jc w:val="center"/>
        </w:trPr>
        <w:tc>
          <w:tcPr>
            <w:tcW w:w="3393" w:type="dxa"/>
          </w:tcPr>
          <w:p w14:paraId="2D265462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VO₂max-step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(Aerobic, men)</w:t>
            </w:r>
          </w:p>
        </w:tc>
        <w:tc>
          <w:tcPr>
            <w:tcW w:w="3393" w:type="dxa"/>
          </w:tcPr>
          <w:p w14:paraId="327FFCF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−0.097 [−0.189, −0.015]</w:t>
            </w:r>
          </w:p>
        </w:tc>
        <w:tc>
          <w:tcPr>
            <w:tcW w:w="3393" w:type="dxa"/>
          </w:tcPr>
          <w:p w14:paraId="7318162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−0.091 [−0.182, −0.013]</w:t>
            </w:r>
          </w:p>
        </w:tc>
        <w:tc>
          <w:tcPr>
            <w:tcW w:w="3393" w:type="dxa"/>
          </w:tcPr>
          <w:p w14:paraId="7E1787A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6.2%</w:t>
            </w:r>
          </w:p>
        </w:tc>
      </w:tr>
      <w:tr w:rsidR="00947F3E" w:rsidRPr="00947F3E" w14:paraId="76652F3E" w14:textId="77777777">
        <w:trPr>
          <w:jc w:val="center"/>
        </w:trPr>
        <w:tc>
          <w:tcPr>
            <w:tcW w:w="3393" w:type="dxa"/>
          </w:tcPr>
          <w:p w14:paraId="2CB189B8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VO₂max-step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, women)</w:t>
            </w:r>
          </w:p>
        </w:tc>
        <w:tc>
          <w:tcPr>
            <w:tcW w:w="3393" w:type="dxa"/>
          </w:tcPr>
          <w:p w14:paraId="31FD2CF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+0.021 [+0.007, +0.036]</w:t>
            </w:r>
          </w:p>
        </w:tc>
        <w:tc>
          <w:tcPr>
            <w:tcW w:w="3393" w:type="dxa"/>
          </w:tcPr>
          <w:p w14:paraId="58B2C06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+0.020 [+0.006, +0.034]</w:t>
            </w:r>
          </w:p>
        </w:tc>
        <w:tc>
          <w:tcPr>
            <w:tcW w:w="3393" w:type="dxa"/>
          </w:tcPr>
          <w:p w14:paraId="5C8BB32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4.8%</w:t>
            </w:r>
          </w:p>
        </w:tc>
      </w:tr>
      <w:tr w:rsidR="00947F3E" w:rsidRPr="00947F3E" w14:paraId="7832DDF5" w14:textId="77777777">
        <w:trPr>
          <w:jc w:val="center"/>
        </w:trPr>
        <w:tc>
          <w:tcPr>
            <w:tcW w:w="3393" w:type="dxa"/>
          </w:tcPr>
          <w:p w14:paraId="22D24753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Reaction time (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, women)</w:t>
            </w:r>
          </w:p>
        </w:tc>
        <w:tc>
          <w:tcPr>
            <w:tcW w:w="3393" w:type="dxa"/>
          </w:tcPr>
          <w:p w14:paraId="780700E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−0.000 [−0.000, −0.000]</w:t>
            </w:r>
          </w:p>
        </w:tc>
        <w:tc>
          <w:tcPr>
            <w:tcW w:w="3393" w:type="dxa"/>
          </w:tcPr>
          <w:p w14:paraId="3FBAC89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−0.000 [−0.000, −0.000]</w:t>
            </w:r>
          </w:p>
        </w:tc>
        <w:tc>
          <w:tcPr>
            <w:tcW w:w="3393" w:type="dxa"/>
          </w:tcPr>
          <w:p w14:paraId="7BAEB3C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 1%</w:t>
            </w:r>
          </w:p>
        </w:tc>
      </w:tr>
    </w:tbl>
    <w:p w14:paraId="4B2FCD13" w14:textId="77777777" w:rsidR="0077568B" w:rsidRPr="00947F3E" w:rsidRDefault="004C7B7C" w:rsidP="004C7B7C">
      <w:pPr>
        <w:spacing w:before="240" w:after="80"/>
      </w:pPr>
      <w:r>
        <w:rPr>
          <w:rFonts w:ascii="Times New Roman" w:hAnsi="Times New Roman"/>
          <w:b/>
          <w:sz w:val="24"/>
        </w:rPr>
        <w:t xml:space="preserve">Table S12. </w:t>
      </w:r>
      <w:proofErr w:type="spellStart"/>
      <w:r>
        <w:rPr>
          <w:rFonts w:ascii="Times New Roman" w:hAnsi="Times New Roman"/>
          <w:b/>
          <w:sz w:val="24"/>
        </w:rPr>
        <w:t>n_total</w:t>
      </w:r>
      <w:proofErr w:type="spellEnd"/>
      <w:r>
        <w:rPr>
          <w:rFonts w:ascii="Times New Roman" w:hAnsi="Times New Roman"/>
          <w:b/>
          <w:sz w:val="24"/>
        </w:rPr>
        <w:t xml:space="preserve"> modality-specific decomposition in the female overweight sample: path-analytic associations by sub-count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713"/>
        <w:gridCol w:w="2712"/>
        <w:gridCol w:w="2713"/>
        <w:gridCol w:w="2712"/>
        <w:gridCol w:w="2712"/>
      </w:tblGrid>
      <w:tr w:rsidR="00947F3E" w:rsidRPr="00947F3E" w14:paraId="18990225" w14:textId="77777777">
        <w:trPr>
          <w:jc w:val="center"/>
        </w:trPr>
        <w:tc>
          <w:tcPr>
            <w:tcW w:w="2714" w:type="dxa"/>
            <w:shd w:val="clear" w:color="auto" w:fill="D9E2F3"/>
          </w:tcPr>
          <w:p w14:paraId="03DB220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Outcome</w:t>
            </w:r>
          </w:p>
        </w:tc>
        <w:tc>
          <w:tcPr>
            <w:tcW w:w="2714" w:type="dxa"/>
            <w:shd w:val="clear" w:color="auto" w:fill="D9E2F3"/>
          </w:tcPr>
          <w:p w14:paraId="08B43A8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Path</w:t>
            </w:r>
          </w:p>
        </w:tc>
        <w:tc>
          <w:tcPr>
            <w:tcW w:w="2714" w:type="dxa"/>
            <w:shd w:val="clear" w:color="auto" w:fill="D9E2F3"/>
          </w:tcPr>
          <w:p w14:paraId="0535654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Resistance-item</w:t>
            </w:r>
          </w:p>
        </w:tc>
        <w:tc>
          <w:tcPr>
            <w:tcW w:w="2714" w:type="dxa"/>
            <w:shd w:val="clear" w:color="auto" w:fill="D9E2F3"/>
          </w:tcPr>
          <w:p w14:paraId="6C7ACBF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Aerobic-item</w:t>
            </w:r>
          </w:p>
        </w:tc>
        <w:tc>
          <w:tcPr>
            <w:tcW w:w="2714" w:type="dxa"/>
            <w:shd w:val="clear" w:color="auto" w:fill="D9E2F3"/>
          </w:tcPr>
          <w:p w14:paraId="3DEF18D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Other-item</w:t>
            </w:r>
          </w:p>
        </w:tc>
      </w:tr>
      <w:tr w:rsidR="00947F3E" w:rsidRPr="00947F3E" w14:paraId="105854BA" w14:textId="77777777">
        <w:trPr>
          <w:jc w:val="center"/>
        </w:trPr>
        <w:tc>
          <w:tcPr>
            <w:tcW w:w="2714" w:type="dxa"/>
          </w:tcPr>
          <w:p w14:paraId="40F3F997" w14:textId="77777777" w:rsidR="0077568B" w:rsidRPr="00947F3E" w:rsidRDefault="0077568B"/>
        </w:tc>
        <w:tc>
          <w:tcPr>
            <w:tcW w:w="2714" w:type="dxa"/>
          </w:tcPr>
          <w:p w14:paraId="6ABAFFE0" w14:textId="77777777" w:rsidR="0077568B" w:rsidRPr="00947F3E" w:rsidRDefault="0077568B">
            <w:pPr>
              <w:jc w:val="center"/>
            </w:pPr>
          </w:p>
        </w:tc>
        <w:tc>
          <w:tcPr>
            <w:tcW w:w="2714" w:type="dxa"/>
          </w:tcPr>
          <w:p w14:paraId="22F7356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[95% CI]</w:t>
            </w:r>
          </w:p>
        </w:tc>
        <w:tc>
          <w:tcPr>
            <w:tcW w:w="2714" w:type="dxa"/>
          </w:tcPr>
          <w:p w14:paraId="00C8820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[95% CI]</w:t>
            </w:r>
          </w:p>
        </w:tc>
        <w:tc>
          <w:tcPr>
            <w:tcW w:w="2714" w:type="dxa"/>
          </w:tcPr>
          <w:p w14:paraId="2730A5E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[95% CI]</w:t>
            </w:r>
          </w:p>
        </w:tc>
      </w:tr>
      <w:tr w:rsidR="00947F3E" w:rsidRPr="00947F3E" w14:paraId="6A069370" w14:textId="77777777">
        <w:trPr>
          <w:jc w:val="center"/>
        </w:trPr>
        <w:tc>
          <w:tcPr>
            <w:tcW w:w="2714" w:type="dxa"/>
          </w:tcPr>
          <w:p w14:paraId="27B71417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VO₂max-step</w:t>
            </w:r>
            <w:proofErr w:type="spellEnd"/>
          </w:p>
        </w:tc>
        <w:tc>
          <w:tcPr>
            <w:tcW w:w="2714" w:type="dxa"/>
          </w:tcPr>
          <w:p w14:paraId="358A6E2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</w:t>
            </w:r>
          </w:p>
        </w:tc>
        <w:tc>
          <w:tcPr>
            <w:tcW w:w="2714" w:type="dxa"/>
          </w:tcPr>
          <w:p w14:paraId="1AB02A9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−0.025 [−0.047, −0.</w:t>
            </w:r>
            <w:proofErr w:type="gramStart"/>
            <w:r>
              <w:rPr>
                <w:rFonts w:ascii="Times New Roman" w:hAnsi="Times New Roman"/>
                <w:sz w:val="18"/>
              </w:rPr>
              <w:t>005]*</w:t>
            </w:r>
            <w:proofErr w:type="gramEnd"/>
          </w:p>
        </w:tc>
        <w:tc>
          <w:tcPr>
            <w:tcW w:w="2714" w:type="dxa"/>
          </w:tcPr>
          <w:p w14:paraId="735FAEC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−0.027 [−0.075, +0.021]</w:t>
            </w:r>
          </w:p>
        </w:tc>
        <w:tc>
          <w:tcPr>
            <w:tcW w:w="2714" w:type="dxa"/>
          </w:tcPr>
          <w:p w14:paraId="38C1487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−0.012 [−0.053, +0.035]</w:t>
            </w:r>
          </w:p>
        </w:tc>
      </w:tr>
      <w:tr w:rsidR="00947F3E" w:rsidRPr="00947F3E" w14:paraId="0B478D2F" w14:textId="77777777">
        <w:trPr>
          <w:jc w:val="center"/>
        </w:trPr>
        <w:tc>
          <w:tcPr>
            <w:tcW w:w="2714" w:type="dxa"/>
          </w:tcPr>
          <w:p w14:paraId="19531A17" w14:textId="77777777" w:rsidR="0077568B" w:rsidRPr="00947F3E" w:rsidRDefault="0077568B"/>
        </w:tc>
        <w:tc>
          <w:tcPr>
            <w:tcW w:w="2714" w:type="dxa"/>
          </w:tcPr>
          <w:p w14:paraId="241C952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c'</w:t>
            </w:r>
          </w:p>
        </w:tc>
        <w:tc>
          <w:tcPr>
            <w:tcW w:w="2714" w:type="dxa"/>
          </w:tcPr>
          <w:p w14:paraId="77921CB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+0.007 [−0.024, +0.038]</w:t>
            </w:r>
          </w:p>
        </w:tc>
        <w:tc>
          <w:tcPr>
            <w:tcW w:w="2714" w:type="dxa"/>
          </w:tcPr>
          <w:p w14:paraId="3B64200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+0.072 [−0.011, +0.157]</w:t>
            </w:r>
          </w:p>
        </w:tc>
        <w:tc>
          <w:tcPr>
            <w:tcW w:w="2714" w:type="dxa"/>
          </w:tcPr>
          <w:p w14:paraId="0B2E538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−0.039 [−0.107, +0.037]</w:t>
            </w:r>
          </w:p>
        </w:tc>
      </w:tr>
      <w:tr w:rsidR="00947F3E" w:rsidRPr="00947F3E" w14:paraId="01CBE8E8" w14:textId="77777777">
        <w:trPr>
          <w:jc w:val="center"/>
        </w:trPr>
        <w:tc>
          <w:tcPr>
            <w:tcW w:w="2714" w:type="dxa"/>
          </w:tcPr>
          <w:p w14:paraId="52FFF274" w14:textId="77777777" w:rsidR="0077568B" w:rsidRPr="00947F3E" w:rsidRDefault="0077568B"/>
        </w:tc>
        <w:tc>
          <w:tcPr>
            <w:tcW w:w="2714" w:type="dxa"/>
          </w:tcPr>
          <w:p w14:paraId="400536B0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</w:rPr>
              <w:t>a·b</w:t>
            </w:r>
            <w:proofErr w:type="spellEnd"/>
          </w:p>
        </w:tc>
        <w:tc>
          <w:tcPr>
            <w:tcW w:w="2714" w:type="dxa"/>
          </w:tcPr>
          <w:p w14:paraId="230FE30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+0.021 [+0.004, +0.</w:t>
            </w:r>
            <w:proofErr w:type="gramStart"/>
            <w:r>
              <w:rPr>
                <w:rFonts w:ascii="Times New Roman" w:hAnsi="Times New Roman"/>
                <w:sz w:val="18"/>
              </w:rPr>
              <w:t>039]*</w:t>
            </w:r>
            <w:proofErr w:type="gramEnd"/>
          </w:p>
        </w:tc>
        <w:tc>
          <w:tcPr>
            <w:tcW w:w="2714" w:type="dxa"/>
          </w:tcPr>
          <w:p w14:paraId="3384EB9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+0.023 [−0.017, +0.063]</w:t>
            </w:r>
          </w:p>
        </w:tc>
        <w:tc>
          <w:tcPr>
            <w:tcW w:w="2714" w:type="dxa"/>
          </w:tcPr>
          <w:p w14:paraId="0D4DEEB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+0.010 [−0.030, +0.045]</w:t>
            </w:r>
          </w:p>
        </w:tc>
      </w:tr>
      <w:tr w:rsidR="00947F3E" w:rsidRPr="00947F3E" w14:paraId="5371A9AE" w14:textId="77777777">
        <w:trPr>
          <w:jc w:val="center"/>
        </w:trPr>
        <w:tc>
          <w:tcPr>
            <w:tcW w:w="2714" w:type="dxa"/>
          </w:tcPr>
          <w:p w14:paraId="06B2BA84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Sit-and-reach</w:t>
            </w:r>
          </w:p>
        </w:tc>
        <w:tc>
          <w:tcPr>
            <w:tcW w:w="2714" w:type="dxa"/>
          </w:tcPr>
          <w:p w14:paraId="11AA103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</w:t>
            </w:r>
          </w:p>
        </w:tc>
        <w:tc>
          <w:tcPr>
            <w:tcW w:w="2714" w:type="dxa"/>
          </w:tcPr>
          <w:p w14:paraId="443C78D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−0.018 [−0.035, −0.</w:t>
            </w:r>
            <w:proofErr w:type="gramStart"/>
            <w:r>
              <w:rPr>
                <w:rFonts w:ascii="Times New Roman" w:hAnsi="Times New Roman"/>
                <w:sz w:val="18"/>
              </w:rPr>
              <w:t>001]*</w:t>
            </w:r>
            <w:proofErr w:type="gramEnd"/>
          </w:p>
        </w:tc>
        <w:tc>
          <w:tcPr>
            <w:tcW w:w="2714" w:type="dxa"/>
          </w:tcPr>
          <w:p w14:paraId="5EF4B88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+0.008 [−0.019, +0.037]</w:t>
            </w:r>
          </w:p>
        </w:tc>
        <w:tc>
          <w:tcPr>
            <w:tcW w:w="2714" w:type="dxa"/>
          </w:tcPr>
          <w:p w14:paraId="6D57916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−0.009 [−0.037, +0.020]</w:t>
            </w:r>
          </w:p>
        </w:tc>
      </w:tr>
      <w:tr w:rsidR="00947F3E" w:rsidRPr="00947F3E" w14:paraId="5DE2D9BE" w14:textId="77777777">
        <w:trPr>
          <w:jc w:val="center"/>
        </w:trPr>
        <w:tc>
          <w:tcPr>
            <w:tcW w:w="2714" w:type="dxa"/>
          </w:tcPr>
          <w:p w14:paraId="4A8757E5" w14:textId="77777777" w:rsidR="0077568B" w:rsidRPr="00947F3E" w:rsidRDefault="0077568B"/>
        </w:tc>
        <w:tc>
          <w:tcPr>
            <w:tcW w:w="2714" w:type="dxa"/>
          </w:tcPr>
          <w:p w14:paraId="4543C44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c'</w:t>
            </w:r>
          </w:p>
        </w:tc>
        <w:tc>
          <w:tcPr>
            <w:tcW w:w="2714" w:type="dxa"/>
          </w:tcPr>
          <w:p w14:paraId="53CED58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−0.064 [−0.119, −0.</w:t>
            </w:r>
            <w:proofErr w:type="gramStart"/>
            <w:r>
              <w:rPr>
                <w:rFonts w:ascii="Times New Roman" w:hAnsi="Times New Roman"/>
                <w:sz w:val="18"/>
              </w:rPr>
              <w:t>008]*</w:t>
            </w:r>
            <w:proofErr w:type="gramEnd"/>
          </w:p>
        </w:tc>
        <w:tc>
          <w:tcPr>
            <w:tcW w:w="2714" w:type="dxa"/>
          </w:tcPr>
          <w:p w14:paraId="40E36DA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−0.011 [−0.104, +0.083]</w:t>
            </w:r>
          </w:p>
        </w:tc>
        <w:tc>
          <w:tcPr>
            <w:tcW w:w="2714" w:type="dxa"/>
          </w:tcPr>
          <w:p w14:paraId="6FF3251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−0.060 [−0.185, +0.051]</w:t>
            </w:r>
          </w:p>
        </w:tc>
      </w:tr>
      <w:tr w:rsidR="00947F3E" w:rsidRPr="00947F3E" w14:paraId="618C2B5C" w14:textId="77777777">
        <w:trPr>
          <w:jc w:val="center"/>
        </w:trPr>
        <w:tc>
          <w:tcPr>
            <w:tcW w:w="2714" w:type="dxa"/>
          </w:tcPr>
          <w:p w14:paraId="62C82790" w14:textId="77777777" w:rsidR="0077568B" w:rsidRPr="00947F3E" w:rsidRDefault="0077568B"/>
        </w:tc>
        <w:tc>
          <w:tcPr>
            <w:tcW w:w="2714" w:type="dxa"/>
          </w:tcPr>
          <w:p w14:paraId="33A29B7A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</w:rPr>
              <w:t>a·b</w:t>
            </w:r>
            <w:proofErr w:type="spellEnd"/>
          </w:p>
        </w:tc>
        <w:tc>
          <w:tcPr>
            <w:tcW w:w="2714" w:type="dxa"/>
          </w:tcPr>
          <w:p w14:paraId="00335AD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+0.011 [+0.001, +0.</w:t>
            </w:r>
            <w:proofErr w:type="gramStart"/>
            <w:r>
              <w:rPr>
                <w:rFonts w:ascii="Times New Roman" w:hAnsi="Times New Roman"/>
                <w:sz w:val="18"/>
              </w:rPr>
              <w:t>024]*</w:t>
            </w:r>
            <w:proofErr w:type="gramEnd"/>
          </w:p>
        </w:tc>
        <w:tc>
          <w:tcPr>
            <w:tcW w:w="2714" w:type="dxa"/>
          </w:tcPr>
          <w:p w14:paraId="4D306A1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−0.005 [−0.023, +0.012]</w:t>
            </w:r>
          </w:p>
        </w:tc>
        <w:tc>
          <w:tcPr>
            <w:tcW w:w="2714" w:type="dxa"/>
          </w:tcPr>
          <w:p w14:paraId="556367A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+0.005 [−0.012, +0.024]</w:t>
            </w:r>
          </w:p>
        </w:tc>
      </w:tr>
      <w:tr w:rsidR="00947F3E" w:rsidRPr="00947F3E" w14:paraId="40A405C1" w14:textId="77777777">
        <w:trPr>
          <w:jc w:val="center"/>
        </w:trPr>
        <w:tc>
          <w:tcPr>
            <w:tcW w:w="2714" w:type="dxa"/>
          </w:tcPr>
          <w:p w14:paraId="59686361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Cross sit-ups</w:t>
            </w:r>
          </w:p>
        </w:tc>
        <w:tc>
          <w:tcPr>
            <w:tcW w:w="2714" w:type="dxa"/>
          </w:tcPr>
          <w:p w14:paraId="14B95CD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</w:t>
            </w:r>
          </w:p>
        </w:tc>
        <w:tc>
          <w:tcPr>
            <w:tcW w:w="2714" w:type="dxa"/>
          </w:tcPr>
          <w:p w14:paraId="262BDE2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−0.016 [−0.033, +0.001]</w:t>
            </w:r>
          </w:p>
        </w:tc>
        <w:tc>
          <w:tcPr>
            <w:tcW w:w="2714" w:type="dxa"/>
          </w:tcPr>
          <w:p w14:paraId="7BF6588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+0.009 [−0.020, +0.037]</w:t>
            </w:r>
          </w:p>
        </w:tc>
        <w:tc>
          <w:tcPr>
            <w:tcW w:w="2714" w:type="dxa"/>
          </w:tcPr>
          <w:p w14:paraId="34AF357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−0.010 [−0.038, +0.019]</w:t>
            </w:r>
          </w:p>
        </w:tc>
      </w:tr>
      <w:tr w:rsidR="00947F3E" w:rsidRPr="00947F3E" w14:paraId="3DD726A0" w14:textId="77777777">
        <w:trPr>
          <w:jc w:val="center"/>
        </w:trPr>
        <w:tc>
          <w:tcPr>
            <w:tcW w:w="2714" w:type="dxa"/>
          </w:tcPr>
          <w:p w14:paraId="6F7D94ED" w14:textId="77777777" w:rsidR="0077568B" w:rsidRPr="00947F3E" w:rsidRDefault="0077568B"/>
        </w:tc>
        <w:tc>
          <w:tcPr>
            <w:tcW w:w="2714" w:type="dxa"/>
          </w:tcPr>
          <w:p w14:paraId="3FC743C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c'</w:t>
            </w:r>
          </w:p>
        </w:tc>
        <w:tc>
          <w:tcPr>
            <w:tcW w:w="2714" w:type="dxa"/>
          </w:tcPr>
          <w:p w14:paraId="5A810B7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−0.071 [−0.147, +0.007]</w:t>
            </w:r>
          </w:p>
        </w:tc>
        <w:tc>
          <w:tcPr>
            <w:tcW w:w="2714" w:type="dxa"/>
          </w:tcPr>
          <w:p w14:paraId="23A238C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−0.098 [−0.246, +0.059]</w:t>
            </w:r>
          </w:p>
        </w:tc>
        <w:tc>
          <w:tcPr>
            <w:tcW w:w="2714" w:type="dxa"/>
          </w:tcPr>
          <w:p w14:paraId="21686AD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−0.071 [−0.229, +0.105]</w:t>
            </w:r>
          </w:p>
        </w:tc>
      </w:tr>
      <w:tr w:rsidR="00947F3E" w:rsidRPr="00947F3E" w14:paraId="59FFD5D4" w14:textId="77777777">
        <w:trPr>
          <w:jc w:val="center"/>
        </w:trPr>
        <w:tc>
          <w:tcPr>
            <w:tcW w:w="2714" w:type="dxa"/>
          </w:tcPr>
          <w:p w14:paraId="01F19947" w14:textId="77777777" w:rsidR="0077568B" w:rsidRPr="00947F3E" w:rsidRDefault="0077568B"/>
        </w:tc>
        <w:tc>
          <w:tcPr>
            <w:tcW w:w="2714" w:type="dxa"/>
          </w:tcPr>
          <w:p w14:paraId="2C91E168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</w:rPr>
              <w:t>a·b</w:t>
            </w:r>
            <w:proofErr w:type="spellEnd"/>
          </w:p>
        </w:tc>
        <w:tc>
          <w:tcPr>
            <w:tcW w:w="2714" w:type="dxa"/>
          </w:tcPr>
          <w:p w14:paraId="7381177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+0.012 [−0.000, +0.028]</w:t>
            </w:r>
          </w:p>
        </w:tc>
        <w:tc>
          <w:tcPr>
            <w:tcW w:w="2714" w:type="dxa"/>
          </w:tcPr>
          <w:p w14:paraId="3A6F1CE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−0.007 [−0.031, +0.015]</w:t>
            </w:r>
          </w:p>
        </w:tc>
        <w:tc>
          <w:tcPr>
            <w:tcW w:w="2714" w:type="dxa"/>
          </w:tcPr>
          <w:p w14:paraId="53B4CBE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+0.007 [−0.014, +0.031]</w:t>
            </w:r>
          </w:p>
        </w:tc>
      </w:tr>
      <w:tr w:rsidR="00947F3E" w:rsidRPr="00947F3E" w14:paraId="121C891B" w14:textId="77777777">
        <w:trPr>
          <w:jc w:val="center"/>
        </w:trPr>
        <w:tc>
          <w:tcPr>
            <w:tcW w:w="2714" w:type="dxa"/>
          </w:tcPr>
          <w:p w14:paraId="46BB0F97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Waist</w:t>
            </w:r>
          </w:p>
        </w:tc>
        <w:tc>
          <w:tcPr>
            <w:tcW w:w="2714" w:type="dxa"/>
          </w:tcPr>
          <w:p w14:paraId="1151EB1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</w:t>
            </w:r>
          </w:p>
        </w:tc>
        <w:tc>
          <w:tcPr>
            <w:tcW w:w="2714" w:type="dxa"/>
          </w:tcPr>
          <w:p w14:paraId="0EB3FBD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−0.024 [−0.045, −0.</w:t>
            </w:r>
            <w:proofErr w:type="gramStart"/>
            <w:r>
              <w:rPr>
                <w:rFonts w:ascii="Times New Roman" w:hAnsi="Times New Roman"/>
                <w:sz w:val="18"/>
              </w:rPr>
              <w:t>005]*</w:t>
            </w:r>
            <w:proofErr w:type="gramEnd"/>
          </w:p>
        </w:tc>
        <w:tc>
          <w:tcPr>
            <w:tcW w:w="2714" w:type="dxa"/>
          </w:tcPr>
          <w:p w14:paraId="29D21D7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−0.014 [−0.049, +0.019]</w:t>
            </w:r>
          </w:p>
        </w:tc>
        <w:tc>
          <w:tcPr>
            <w:tcW w:w="2714" w:type="dxa"/>
          </w:tcPr>
          <w:p w14:paraId="7CC0F8F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−0.023 [−0.061, +0.018]</w:t>
            </w:r>
          </w:p>
        </w:tc>
      </w:tr>
      <w:tr w:rsidR="00947F3E" w:rsidRPr="00947F3E" w14:paraId="34679DED" w14:textId="77777777">
        <w:trPr>
          <w:jc w:val="center"/>
        </w:trPr>
        <w:tc>
          <w:tcPr>
            <w:tcW w:w="2714" w:type="dxa"/>
          </w:tcPr>
          <w:p w14:paraId="6BC49511" w14:textId="77777777" w:rsidR="0077568B" w:rsidRPr="00947F3E" w:rsidRDefault="0077568B"/>
        </w:tc>
        <w:tc>
          <w:tcPr>
            <w:tcW w:w="2714" w:type="dxa"/>
          </w:tcPr>
          <w:p w14:paraId="6F97993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c'</w:t>
            </w:r>
          </w:p>
        </w:tc>
        <w:tc>
          <w:tcPr>
            <w:tcW w:w="2714" w:type="dxa"/>
          </w:tcPr>
          <w:p w14:paraId="25DDF6D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+0.004 [−0.071, +0.079]</w:t>
            </w:r>
          </w:p>
        </w:tc>
        <w:tc>
          <w:tcPr>
            <w:tcW w:w="2714" w:type="dxa"/>
          </w:tcPr>
          <w:p w14:paraId="4F53C64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+0.042 [−0.109, +0.183]</w:t>
            </w:r>
          </w:p>
        </w:tc>
        <w:tc>
          <w:tcPr>
            <w:tcW w:w="2714" w:type="dxa"/>
          </w:tcPr>
          <w:p w14:paraId="5BE9D39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−0.020 [−0.209, +0.139]</w:t>
            </w:r>
          </w:p>
        </w:tc>
      </w:tr>
      <w:tr w:rsidR="00947F3E" w:rsidRPr="00947F3E" w14:paraId="6FB1467F" w14:textId="77777777">
        <w:trPr>
          <w:jc w:val="center"/>
        </w:trPr>
        <w:tc>
          <w:tcPr>
            <w:tcW w:w="2714" w:type="dxa"/>
          </w:tcPr>
          <w:p w14:paraId="062264EB" w14:textId="77777777" w:rsidR="0077568B" w:rsidRPr="00947F3E" w:rsidRDefault="0077568B"/>
        </w:tc>
        <w:tc>
          <w:tcPr>
            <w:tcW w:w="2714" w:type="dxa"/>
          </w:tcPr>
          <w:p w14:paraId="70863A59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</w:rPr>
              <w:t>a·b</w:t>
            </w:r>
            <w:proofErr w:type="spellEnd"/>
          </w:p>
        </w:tc>
        <w:tc>
          <w:tcPr>
            <w:tcW w:w="2714" w:type="dxa"/>
          </w:tcPr>
          <w:p w14:paraId="6879644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−0.051 [−0.095, −0.</w:t>
            </w:r>
            <w:proofErr w:type="gramStart"/>
            <w:r>
              <w:rPr>
                <w:rFonts w:ascii="Times New Roman" w:hAnsi="Times New Roman"/>
                <w:sz w:val="18"/>
              </w:rPr>
              <w:t>012]*</w:t>
            </w:r>
            <w:proofErr w:type="gramEnd"/>
          </w:p>
        </w:tc>
        <w:tc>
          <w:tcPr>
            <w:tcW w:w="2714" w:type="dxa"/>
          </w:tcPr>
          <w:p w14:paraId="140848F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−0.030 [−0.104, +0.042]</w:t>
            </w:r>
          </w:p>
        </w:tc>
        <w:tc>
          <w:tcPr>
            <w:tcW w:w="2714" w:type="dxa"/>
          </w:tcPr>
          <w:p w14:paraId="1CE3F16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−0.048 [−0.128, +0.036]</w:t>
            </w:r>
          </w:p>
        </w:tc>
      </w:tr>
    </w:tbl>
    <w:p w14:paraId="7EEA71EA" w14:textId="77777777" w:rsidR="0077568B" w:rsidRPr="00947F3E" w:rsidRDefault="004C7B7C">
      <w:pPr>
        <w:spacing w:before="60" w:after="240"/>
        <w:jc w:val="both"/>
      </w:pPr>
      <w:r>
        <w:rPr>
          <w:rFonts w:ascii="Times New Roman" w:hAnsi="Times New Roman"/>
          <w:i/>
          <w:sz w:val="20"/>
        </w:rPr>
        <w:t xml:space="preserve">The total prescribed-item count </w:t>
      </w:r>
      <w:proofErr w:type="spellStart"/>
      <w:r>
        <w:rPr>
          <w:rFonts w:ascii="Times New Roman" w:hAnsi="Times New Roman"/>
          <w:i/>
          <w:sz w:val="20"/>
        </w:rPr>
        <w:t>n_total</w:t>
      </w:r>
      <w:proofErr w:type="spellEnd"/>
      <w:r>
        <w:rPr>
          <w:rFonts w:ascii="Times New Roman" w:hAnsi="Times New Roman"/>
          <w:i/>
          <w:sz w:val="20"/>
        </w:rPr>
        <w:t xml:space="preserve"> was decomposed into six modality-specific sub-counts. Coefficients are unstandardized B with 5,000-resample </w:t>
      </w:r>
      <w:proofErr w:type="spellStart"/>
      <w:r>
        <w:rPr>
          <w:rFonts w:ascii="Times New Roman" w:hAnsi="Times New Roman"/>
          <w:i/>
          <w:sz w:val="20"/>
        </w:rPr>
        <w:t>BCa</w:t>
      </w:r>
      <w:proofErr w:type="spellEnd"/>
      <w:r>
        <w:rPr>
          <w:rFonts w:ascii="Times New Roman" w:hAnsi="Times New Roman"/>
          <w:i/>
          <w:sz w:val="20"/>
        </w:rPr>
        <w:t xml:space="preserve"> bootstrap 95% CIs. * 95% CI excludes zero.</w:t>
      </w:r>
    </w:p>
    <w:p w14:paraId="034AF6FA" w14:textId="77777777" w:rsidR="0077568B" w:rsidRPr="00947F3E" w:rsidRDefault="004C7B7C" w:rsidP="004C7B7C">
      <w:pPr>
        <w:spacing w:before="240" w:after="80"/>
      </w:pPr>
      <w:r>
        <w:rPr>
          <w:rFonts w:ascii="Times New Roman" w:hAnsi="Times New Roman"/>
          <w:b/>
          <w:sz w:val="24"/>
        </w:rPr>
        <w:lastRenderedPageBreak/>
        <w:t>Table S13. Sensitivity analysis: Principal ANCOVA ηp² and path-analytic coefficients under alternative BMI-change cut-offs (±3%, ±5%)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713"/>
        <w:gridCol w:w="2712"/>
        <w:gridCol w:w="2713"/>
        <w:gridCol w:w="2712"/>
        <w:gridCol w:w="2712"/>
      </w:tblGrid>
      <w:tr w:rsidR="00947F3E" w:rsidRPr="00947F3E" w14:paraId="6822DE3D" w14:textId="77777777">
        <w:trPr>
          <w:jc w:val="center"/>
        </w:trPr>
        <w:tc>
          <w:tcPr>
            <w:tcW w:w="2714" w:type="dxa"/>
            <w:shd w:val="clear" w:color="auto" w:fill="D9E2F3"/>
          </w:tcPr>
          <w:p w14:paraId="6DF1956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Outcome</w:t>
            </w:r>
          </w:p>
        </w:tc>
        <w:tc>
          <w:tcPr>
            <w:tcW w:w="2714" w:type="dxa"/>
            <w:shd w:val="clear" w:color="auto" w:fill="D9E2F3"/>
          </w:tcPr>
          <w:p w14:paraId="67FDA6A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Sex</w:t>
            </w:r>
          </w:p>
        </w:tc>
        <w:tc>
          <w:tcPr>
            <w:tcW w:w="2714" w:type="dxa"/>
            <w:shd w:val="clear" w:color="auto" w:fill="D9E2F3"/>
          </w:tcPr>
          <w:p w14:paraId="08EF266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Quartile</w:t>
            </w:r>
          </w:p>
        </w:tc>
        <w:tc>
          <w:tcPr>
            <w:tcW w:w="2714" w:type="dxa"/>
            <w:shd w:val="clear" w:color="auto" w:fill="D9E2F3"/>
          </w:tcPr>
          <w:p w14:paraId="59A190D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±3% cut-off</w:t>
            </w:r>
          </w:p>
        </w:tc>
        <w:tc>
          <w:tcPr>
            <w:tcW w:w="2714" w:type="dxa"/>
            <w:shd w:val="clear" w:color="auto" w:fill="D9E2F3"/>
          </w:tcPr>
          <w:p w14:paraId="263F5EC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±5% cut-off</w:t>
            </w:r>
          </w:p>
        </w:tc>
      </w:tr>
      <w:tr w:rsidR="00947F3E" w:rsidRPr="00947F3E" w14:paraId="40E0F6CF" w14:textId="77777777">
        <w:trPr>
          <w:jc w:val="center"/>
        </w:trPr>
        <w:tc>
          <w:tcPr>
            <w:tcW w:w="2714" w:type="dxa"/>
          </w:tcPr>
          <w:p w14:paraId="1CB4B8FB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Sit-and-reach</w:t>
            </w:r>
          </w:p>
        </w:tc>
        <w:tc>
          <w:tcPr>
            <w:tcW w:w="2714" w:type="dxa"/>
          </w:tcPr>
          <w:p w14:paraId="5C29417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Male</w:t>
            </w:r>
          </w:p>
        </w:tc>
        <w:tc>
          <w:tcPr>
            <w:tcW w:w="2714" w:type="dxa"/>
          </w:tcPr>
          <w:p w14:paraId="35C1224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.002</w:t>
            </w:r>
          </w:p>
        </w:tc>
        <w:tc>
          <w:tcPr>
            <w:tcW w:w="2714" w:type="dxa"/>
          </w:tcPr>
          <w:p w14:paraId="4D4C286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.002</w:t>
            </w:r>
          </w:p>
        </w:tc>
        <w:tc>
          <w:tcPr>
            <w:tcW w:w="2714" w:type="dxa"/>
          </w:tcPr>
          <w:p w14:paraId="7DB5C20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.002</w:t>
            </w:r>
          </w:p>
        </w:tc>
      </w:tr>
      <w:tr w:rsidR="00947F3E" w:rsidRPr="00947F3E" w14:paraId="6EA5FDFF" w14:textId="77777777">
        <w:trPr>
          <w:jc w:val="center"/>
        </w:trPr>
        <w:tc>
          <w:tcPr>
            <w:tcW w:w="2714" w:type="dxa"/>
          </w:tcPr>
          <w:p w14:paraId="116937A6" w14:textId="77777777" w:rsidR="0077568B" w:rsidRPr="00947F3E" w:rsidRDefault="0077568B"/>
        </w:tc>
        <w:tc>
          <w:tcPr>
            <w:tcW w:w="2714" w:type="dxa"/>
          </w:tcPr>
          <w:p w14:paraId="0C88839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Female</w:t>
            </w:r>
          </w:p>
        </w:tc>
        <w:tc>
          <w:tcPr>
            <w:tcW w:w="2714" w:type="dxa"/>
          </w:tcPr>
          <w:p w14:paraId="6C2E139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.001</w:t>
            </w:r>
          </w:p>
        </w:tc>
        <w:tc>
          <w:tcPr>
            <w:tcW w:w="2714" w:type="dxa"/>
          </w:tcPr>
          <w:p w14:paraId="3EB2AE3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.001</w:t>
            </w:r>
          </w:p>
        </w:tc>
        <w:tc>
          <w:tcPr>
            <w:tcW w:w="2714" w:type="dxa"/>
          </w:tcPr>
          <w:p w14:paraId="67D1974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.001</w:t>
            </w:r>
          </w:p>
        </w:tc>
      </w:tr>
      <w:tr w:rsidR="00947F3E" w:rsidRPr="00947F3E" w14:paraId="17F80C87" w14:textId="77777777">
        <w:trPr>
          <w:jc w:val="center"/>
        </w:trPr>
        <w:tc>
          <w:tcPr>
            <w:tcW w:w="2714" w:type="dxa"/>
          </w:tcPr>
          <w:p w14:paraId="710E1319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Cross sit-ups</w:t>
            </w:r>
          </w:p>
        </w:tc>
        <w:tc>
          <w:tcPr>
            <w:tcW w:w="2714" w:type="dxa"/>
          </w:tcPr>
          <w:p w14:paraId="43FFA2D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Male</w:t>
            </w:r>
          </w:p>
        </w:tc>
        <w:tc>
          <w:tcPr>
            <w:tcW w:w="2714" w:type="dxa"/>
          </w:tcPr>
          <w:p w14:paraId="4116D63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.003</w:t>
            </w:r>
          </w:p>
        </w:tc>
        <w:tc>
          <w:tcPr>
            <w:tcW w:w="2714" w:type="dxa"/>
          </w:tcPr>
          <w:p w14:paraId="2424DA1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.003</w:t>
            </w:r>
          </w:p>
        </w:tc>
        <w:tc>
          <w:tcPr>
            <w:tcW w:w="2714" w:type="dxa"/>
          </w:tcPr>
          <w:p w14:paraId="34CF839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.002</w:t>
            </w:r>
          </w:p>
        </w:tc>
      </w:tr>
      <w:tr w:rsidR="00947F3E" w:rsidRPr="00947F3E" w14:paraId="6E4F980B" w14:textId="77777777">
        <w:trPr>
          <w:jc w:val="center"/>
        </w:trPr>
        <w:tc>
          <w:tcPr>
            <w:tcW w:w="2714" w:type="dxa"/>
          </w:tcPr>
          <w:p w14:paraId="22055443" w14:textId="77777777" w:rsidR="0077568B" w:rsidRPr="00947F3E" w:rsidRDefault="0077568B"/>
        </w:tc>
        <w:tc>
          <w:tcPr>
            <w:tcW w:w="2714" w:type="dxa"/>
          </w:tcPr>
          <w:p w14:paraId="417E512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Female</w:t>
            </w:r>
          </w:p>
        </w:tc>
        <w:tc>
          <w:tcPr>
            <w:tcW w:w="2714" w:type="dxa"/>
          </w:tcPr>
          <w:p w14:paraId="25FD061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.000</w:t>
            </w:r>
          </w:p>
        </w:tc>
        <w:tc>
          <w:tcPr>
            <w:tcW w:w="2714" w:type="dxa"/>
          </w:tcPr>
          <w:p w14:paraId="76DF528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.000</w:t>
            </w:r>
          </w:p>
        </w:tc>
        <w:tc>
          <w:tcPr>
            <w:tcW w:w="2714" w:type="dxa"/>
          </w:tcPr>
          <w:p w14:paraId="706F063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.000</w:t>
            </w:r>
          </w:p>
        </w:tc>
      </w:tr>
      <w:tr w:rsidR="00947F3E" w:rsidRPr="00947F3E" w14:paraId="3E841D74" w14:textId="77777777">
        <w:trPr>
          <w:jc w:val="center"/>
        </w:trPr>
        <w:tc>
          <w:tcPr>
            <w:tcW w:w="2714" w:type="dxa"/>
          </w:tcPr>
          <w:p w14:paraId="7E88D341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Long jump</w:t>
            </w:r>
          </w:p>
        </w:tc>
        <w:tc>
          <w:tcPr>
            <w:tcW w:w="2714" w:type="dxa"/>
          </w:tcPr>
          <w:p w14:paraId="621D6F2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Male</w:t>
            </w:r>
          </w:p>
        </w:tc>
        <w:tc>
          <w:tcPr>
            <w:tcW w:w="2714" w:type="dxa"/>
          </w:tcPr>
          <w:p w14:paraId="1E3E25D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.001</w:t>
            </w:r>
          </w:p>
        </w:tc>
        <w:tc>
          <w:tcPr>
            <w:tcW w:w="2714" w:type="dxa"/>
          </w:tcPr>
          <w:p w14:paraId="513DF6C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.001</w:t>
            </w:r>
          </w:p>
        </w:tc>
        <w:tc>
          <w:tcPr>
            <w:tcW w:w="2714" w:type="dxa"/>
          </w:tcPr>
          <w:p w14:paraId="5130218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.001</w:t>
            </w:r>
          </w:p>
        </w:tc>
      </w:tr>
      <w:tr w:rsidR="00947F3E" w:rsidRPr="00947F3E" w14:paraId="0A05CEE3" w14:textId="77777777">
        <w:trPr>
          <w:jc w:val="center"/>
        </w:trPr>
        <w:tc>
          <w:tcPr>
            <w:tcW w:w="2714" w:type="dxa"/>
          </w:tcPr>
          <w:p w14:paraId="6D6AAEF3" w14:textId="77777777" w:rsidR="0077568B" w:rsidRPr="00947F3E" w:rsidRDefault="0077568B"/>
        </w:tc>
        <w:tc>
          <w:tcPr>
            <w:tcW w:w="2714" w:type="dxa"/>
          </w:tcPr>
          <w:p w14:paraId="30C688E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Female</w:t>
            </w:r>
          </w:p>
        </w:tc>
        <w:tc>
          <w:tcPr>
            <w:tcW w:w="2714" w:type="dxa"/>
          </w:tcPr>
          <w:p w14:paraId="4B7DE91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.001</w:t>
            </w:r>
          </w:p>
        </w:tc>
        <w:tc>
          <w:tcPr>
            <w:tcW w:w="2714" w:type="dxa"/>
          </w:tcPr>
          <w:p w14:paraId="386410E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.001</w:t>
            </w:r>
          </w:p>
        </w:tc>
        <w:tc>
          <w:tcPr>
            <w:tcW w:w="2714" w:type="dxa"/>
          </w:tcPr>
          <w:p w14:paraId="71E8C62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.001</w:t>
            </w:r>
          </w:p>
        </w:tc>
      </w:tr>
      <w:tr w:rsidR="00947F3E" w:rsidRPr="00947F3E" w14:paraId="62495959" w14:textId="77777777">
        <w:trPr>
          <w:jc w:val="center"/>
        </w:trPr>
        <w:tc>
          <w:tcPr>
            <w:tcW w:w="2714" w:type="dxa"/>
          </w:tcPr>
          <w:p w14:paraId="1BDE8759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VO₂max-shuttle</w:t>
            </w:r>
            <w:proofErr w:type="spellEnd"/>
          </w:p>
        </w:tc>
        <w:tc>
          <w:tcPr>
            <w:tcW w:w="2714" w:type="dxa"/>
          </w:tcPr>
          <w:p w14:paraId="42FB339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Male</w:t>
            </w:r>
          </w:p>
        </w:tc>
        <w:tc>
          <w:tcPr>
            <w:tcW w:w="2714" w:type="dxa"/>
          </w:tcPr>
          <w:p w14:paraId="39F785B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.016</w:t>
            </w:r>
          </w:p>
        </w:tc>
        <w:tc>
          <w:tcPr>
            <w:tcW w:w="2714" w:type="dxa"/>
          </w:tcPr>
          <w:p w14:paraId="67D1B77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.015</w:t>
            </w:r>
          </w:p>
        </w:tc>
        <w:tc>
          <w:tcPr>
            <w:tcW w:w="2714" w:type="dxa"/>
          </w:tcPr>
          <w:p w14:paraId="73781EF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.013</w:t>
            </w:r>
          </w:p>
        </w:tc>
      </w:tr>
      <w:tr w:rsidR="00947F3E" w:rsidRPr="00947F3E" w14:paraId="7E83BC13" w14:textId="77777777">
        <w:trPr>
          <w:jc w:val="center"/>
        </w:trPr>
        <w:tc>
          <w:tcPr>
            <w:tcW w:w="2714" w:type="dxa"/>
          </w:tcPr>
          <w:p w14:paraId="32F5A757" w14:textId="77777777" w:rsidR="0077568B" w:rsidRPr="00947F3E" w:rsidRDefault="0077568B"/>
        </w:tc>
        <w:tc>
          <w:tcPr>
            <w:tcW w:w="2714" w:type="dxa"/>
          </w:tcPr>
          <w:p w14:paraId="15217FB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Female</w:t>
            </w:r>
          </w:p>
        </w:tc>
        <w:tc>
          <w:tcPr>
            <w:tcW w:w="2714" w:type="dxa"/>
          </w:tcPr>
          <w:p w14:paraId="412C369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.028</w:t>
            </w:r>
          </w:p>
        </w:tc>
        <w:tc>
          <w:tcPr>
            <w:tcW w:w="2714" w:type="dxa"/>
          </w:tcPr>
          <w:p w14:paraId="583611E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.025</w:t>
            </w:r>
          </w:p>
        </w:tc>
        <w:tc>
          <w:tcPr>
            <w:tcW w:w="2714" w:type="dxa"/>
          </w:tcPr>
          <w:p w14:paraId="2D5A5BE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.019</w:t>
            </w:r>
          </w:p>
        </w:tc>
      </w:tr>
      <w:tr w:rsidR="00947F3E" w:rsidRPr="00947F3E" w14:paraId="4F6A46C1" w14:textId="77777777">
        <w:trPr>
          <w:jc w:val="center"/>
        </w:trPr>
        <w:tc>
          <w:tcPr>
            <w:tcW w:w="2714" w:type="dxa"/>
          </w:tcPr>
          <w:p w14:paraId="1ED30FFA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VO₂max-step</w:t>
            </w:r>
            <w:proofErr w:type="spellEnd"/>
          </w:p>
        </w:tc>
        <w:tc>
          <w:tcPr>
            <w:tcW w:w="2714" w:type="dxa"/>
          </w:tcPr>
          <w:p w14:paraId="2218B30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Male</w:t>
            </w:r>
          </w:p>
        </w:tc>
        <w:tc>
          <w:tcPr>
            <w:tcW w:w="2714" w:type="dxa"/>
          </w:tcPr>
          <w:p w14:paraId="2898D8C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.022</w:t>
            </w:r>
          </w:p>
        </w:tc>
        <w:tc>
          <w:tcPr>
            <w:tcW w:w="2714" w:type="dxa"/>
          </w:tcPr>
          <w:p w14:paraId="0AC11DD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.022</w:t>
            </w:r>
          </w:p>
        </w:tc>
        <w:tc>
          <w:tcPr>
            <w:tcW w:w="2714" w:type="dxa"/>
          </w:tcPr>
          <w:p w14:paraId="2DA288E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.018</w:t>
            </w:r>
          </w:p>
        </w:tc>
      </w:tr>
      <w:tr w:rsidR="00947F3E" w:rsidRPr="00947F3E" w14:paraId="5755C6CA" w14:textId="77777777">
        <w:trPr>
          <w:jc w:val="center"/>
        </w:trPr>
        <w:tc>
          <w:tcPr>
            <w:tcW w:w="2714" w:type="dxa"/>
          </w:tcPr>
          <w:p w14:paraId="3B292F3C" w14:textId="77777777" w:rsidR="0077568B" w:rsidRPr="00947F3E" w:rsidRDefault="0077568B"/>
        </w:tc>
        <w:tc>
          <w:tcPr>
            <w:tcW w:w="2714" w:type="dxa"/>
          </w:tcPr>
          <w:p w14:paraId="3605D17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Female</w:t>
            </w:r>
          </w:p>
        </w:tc>
        <w:tc>
          <w:tcPr>
            <w:tcW w:w="2714" w:type="dxa"/>
          </w:tcPr>
          <w:p w14:paraId="18416C5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.027</w:t>
            </w:r>
          </w:p>
        </w:tc>
        <w:tc>
          <w:tcPr>
            <w:tcW w:w="2714" w:type="dxa"/>
          </w:tcPr>
          <w:p w14:paraId="20E6229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.026</w:t>
            </w:r>
          </w:p>
        </w:tc>
        <w:tc>
          <w:tcPr>
            <w:tcW w:w="2714" w:type="dxa"/>
          </w:tcPr>
          <w:p w14:paraId="37C9E4A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.021</w:t>
            </w:r>
          </w:p>
        </w:tc>
      </w:tr>
      <w:tr w:rsidR="00947F3E" w:rsidRPr="00947F3E" w14:paraId="06E57CD0" w14:textId="77777777">
        <w:trPr>
          <w:jc w:val="center"/>
        </w:trPr>
        <w:tc>
          <w:tcPr>
            <w:tcW w:w="2714" w:type="dxa"/>
          </w:tcPr>
          <w:p w14:paraId="10B81159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Reaction time</w:t>
            </w:r>
          </w:p>
        </w:tc>
        <w:tc>
          <w:tcPr>
            <w:tcW w:w="2714" w:type="dxa"/>
          </w:tcPr>
          <w:p w14:paraId="007E2E4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Male</w:t>
            </w:r>
          </w:p>
        </w:tc>
        <w:tc>
          <w:tcPr>
            <w:tcW w:w="2714" w:type="dxa"/>
          </w:tcPr>
          <w:p w14:paraId="03C1C39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.000</w:t>
            </w:r>
          </w:p>
        </w:tc>
        <w:tc>
          <w:tcPr>
            <w:tcW w:w="2714" w:type="dxa"/>
          </w:tcPr>
          <w:p w14:paraId="3B7A40D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.000</w:t>
            </w:r>
          </w:p>
        </w:tc>
        <w:tc>
          <w:tcPr>
            <w:tcW w:w="2714" w:type="dxa"/>
          </w:tcPr>
          <w:p w14:paraId="5C175A0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.000</w:t>
            </w:r>
          </w:p>
        </w:tc>
      </w:tr>
      <w:tr w:rsidR="00947F3E" w:rsidRPr="00947F3E" w14:paraId="392450FA" w14:textId="77777777">
        <w:trPr>
          <w:jc w:val="center"/>
        </w:trPr>
        <w:tc>
          <w:tcPr>
            <w:tcW w:w="2714" w:type="dxa"/>
          </w:tcPr>
          <w:p w14:paraId="2CF1E8DE" w14:textId="77777777" w:rsidR="0077568B" w:rsidRPr="00947F3E" w:rsidRDefault="0077568B"/>
        </w:tc>
        <w:tc>
          <w:tcPr>
            <w:tcW w:w="2714" w:type="dxa"/>
          </w:tcPr>
          <w:p w14:paraId="577F540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Female</w:t>
            </w:r>
          </w:p>
        </w:tc>
        <w:tc>
          <w:tcPr>
            <w:tcW w:w="2714" w:type="dxa"/>
          </w:tcPr>
          <w:p w14:paraId="4AC87AE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.001</w:t>
            </w:r>
          </w:p>
        </w:tc>
        <w:tc>
          <w:tcPr>
            <w:tcW w:w="2714" w:type="dxa"/>
          </w:tcPr>
          <w:p w14:paraId="081F8CE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.001</w:t>
            </w:r>
          </w:p>
        </w:tc>
        <w:tc>
          <w:tcPr>
            <w:tcW w:w="2714" w:type="dxa"/>
          </w:tcPr>
          <w:p w14:paraId="3D6DD22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.001</w:t>
            </w:r>
          </w:p>
        </w:tc>
      </w:tr>
      <w:tr w:rsidR="00947F3E" w:rsidRPr="00947F3E" w14:paraId="38105377" w14:textId="77777777">
        <w:trPr>
          <w:jc w:val="center"/>
        </w:trPr>
        <w:tc>
          <w:tcPr>
            <w:tcW w:w="2714" w:type="dxa"/>
          </w:tcPr>
          <w:p w14:paraId="414357BE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Rel. grip strength</w:t>
            </w:r>
          </w:p>
        </w:tc>
        <w:tc>
          <w:tcPr>
            <w:tcW w:w="2714" w:type="dxa"/>
          </w:tcPr>
          <w:p w14:paraId="4F89F47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Male</w:t>
            </w:r>
          </w:p>
        </w:tc>
        <w:tc>
          <w:tcPr>
            <w:tcW w:w="2714" w:type="dxa"/>
          </w:tcPr>
          <w:p w14:paraId="7A73FD9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.012</w:t>
            </w:r>
          </w:p>
        </w:tc>
        <w:tc>
          <w:tcPr>
            <w:tcW w:w="2714" w:type="dxa"/>
          </w:tcPr>
          <w:p w14:paraId="4ED3DEC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.011</w:t>
            </w:r>
          </w:p>
        </w:tc>
        <w:tc>
          <w:tcPr>
            <w:tcW w:w="2714" w:type="dxa"/>
          </w:tcPr>
          <w:p w14:paraId="31161AD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.009</w:t>
            </w:r>
          </w:p>
        </w:tc>
      </w:tr>
      <w:tr w:rsidR="00947F3E" w:rsidRPr="00947F3E" w14:paraId="63ECE705" w14:textId="77777777">
        <w:trPr>
          <w:jc w:val="center"/>
        </w:trPr>
        <w:tc>
          <w:tcPr>
            <w:tcW w:w="2714" w:type="dxa"/>
          </w:tcPr>
          <w:p w14:paraId="655EE042" w14:textId="77777777" w:rsidR="0077568B" w:rsidRPr="00947F3E" w:rsidRDefault="0077568B"/>
        </w:tc>
        <w:tc>
          <w:tcPr>
            <w:tcW w:w="2714" w:type="dxa"/>
          </w:tcPr>
          <w:p w14:paraId="03CE30A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Female</w:t>
            </w:r>
          </w:p>
        </w:tc>
        <w:tc>
          <w:tcPr>
            <w:tcW w:w="2714" w:type="dxa"/>
          </w:tcPr>
          <w:p w14:paraId="182C2C2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.008</w:t>
            </w:r>
          </w:p>
        </w:tc>
        <w:tc>
          <w:tcPr>
            <w:tcW w:w="2714" w:type="dxa"/>
          </w:tcPr>
          <w:p w14:paraId="71A6158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.008</w:t>
            </w:r>
          </w:p>
        </w:tc>
        <w:tc>
          <w:tcPr>
            <w:tcW w:w="2714" w:type="dxa"/>
          </w:tcPr>
          <w:p w14:paraId="0B94BB9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.006</w:t>
            </w:r>
          </w:p>
        </w:tc>
      </w:tr>
    </w:tbl>
    <w:p w14:paraId="126784E2" w14:textId="77777777" w:rsidR="0077568B" w:rsidRPr="00947F3E" w:rsidRDefault="004C7B7C">
      <w:pPr>
        <w:spacing w:before="60" w:after="240"/>
        <w:jc w:val="both"/>
      </w:pPr>
      <w:r>
        <w:rPr>
          <w:rFonts w:ascii="Times New Roman" w:hAnsi="Times New Roman"/>
          <w:i/>
          <w:sz w:val="20"/>
        </w:rPr>
        <w:t>Re-fitted with classification at clinically anchored ±3% and ±5% cut-offs. Estimates at ±3% were within 10–15% of the primary estimates.</w:t>
      </w:r>
    </w:p>
    <w:p w14:paraId="032120E9" w14:textId="77777777" w:rsidR="0077568B" w:rsidRPr="00947F3E" w:rsidRDefault="004C7B7C" w:rsidP="004C7B7C">
      <w:pPr>
        <w:spacing w:before="240" w:after="80"/>
      </w:pPr>
      <w:r>
        <w:rPr>
          <w:rFonts w:ascii="Times New Roman" w:hAnsi="Times New Roman"/>
          <w:b/>
          <w:sz w:val="24"/>
        </w:rPr>
        <w:t>Table S14. Propensity-score balance diagnostics before and after inverse-probability-of-treatment weighting (IPTW); analytic sample N = 9,576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262"/>
        <w:gridCol w:w="2260"/>
        <w:gridCol w:w="2260"/>
        <w:gridCol w:w="2260"/>
        <w:gridCol w:w="2260"/>
        <w:gridCol w:w="2260"/>
      </w:tblGrid>
      <w:tr w:rsidR="00947F3E" w:rsidRPr="00947F3E" w14:paraId="1125A982" w14:textId="77777777">
        <w:trPr>
          <w:jc w:val="center"/>
        </w:trPr>
        <w:tc>
          <w:tcPr>
            <w:tcW w:w="2262" w:type="dxa"/>
            <w:shd w:val="clear" w:color="auto" w:fill="D9E2F3"/>
          </w:tcPr>
          <w:p w14:paraId="28F84AB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Covariate</w:t>
            </w:r>
          </w:p>
        </w:tc>
        <w:tc>
          <w:tcPr>
            <w:tcW w:w="2262" w:type="dxa"/>
            <w:shd w:val="clear" w:color="auto" w:fill="D9E2F3"/>
          </w:tcPr>
          <w:p w14:paraId="5856E73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Aerobic vs Mixed</w:t>
            </w:r>
          </w:p>
        </w:tc>
        <w:tc>
          <w:tcPr>
            <w:tcW w:w="2262" w:type="dxa"/>
            <w:shd w:val="clear" w:color="auto" w:fill="D9E2F3"/>
          </w:tcPr>
          <w:p w14:paraId="18F0CAD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Aerobic vs Mixed</w:t>
            </w:r>
          </w:p>
        </w:tc>
        <w:tc>
          <w:tcPr>
            <w:tcW w:w="2262" w:type="dxa"/>
            <w:shd w:val="clear" w:color="auto" w:fill="D9E2F3"/>
          </w:tcPr>
          <w:p w14:paraId="68A2C49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Resistance vs Mixed</w:t>
            </w:r>
          </w:p>
        </w:tc>
        <w:tc>
          <w:tcPr>
            <w:tcW w:w="2262" w:type="dxa"/>
            <w:shd w:val="clear" w:color="auto" w:fill="D9E2F3"/>
          </w:tcPr>
          <w:p w14:paraId="475BD16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Resistance vs Mixed</w:t>
            </w:r>
          </w:p>
        </w:tc>
        <w:tc>
          <w:tcPr>
            <w:tcW w:w="2262" w:type="dxa"/>
            <w:shd w:val="clear" w:color="auto" w:fill="D9E2F3"/>
          </w:tcPr>
          <w:p w14:paraId="287E523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Max SMD</w:t>
            </w:r>
          </w:p>
        </w:tc>
      </w:tr>
      <w:tr w:rsidR="00947F3E" w:rsidRPr="00947F3E" w14:paraId="22175871" w14:textId="77777777">
        <w:trPr>
          <w:jc w:val="center"/>
        </w:trPr>
        <w:tc>
          <w:tcPr>
            <w:tcW w:w="2262" w:type="dxa"/>
          </w:tcPr>
          <w:p w14:paraId="6CE48E4E" w14:textId="77777777" w:rsidR="0077568B" w:rsidRPr="00947F3E" w:rsidRDefault="0077568B"/>
        </w:tc>
        <w:tc>
          <w:tcPr>
            <w:tcW w:w="2262" w:type="dxa"/>
          </w:tcPr>
          <w:p w14:paraId="17343B6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Before IPTW</w:t>
            </w:r>
          </w:p>
        </w:tc>
        <w:tc>
          <w:tcPr>
            <w:tcW w:w="2262" w:type="dxa"/>
          </w:tcPr>
          <w:p w14:paraId="49D6A13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After IPTW</w:t>
            </w:r>
          </w:p>
        </w:tc>
        <w:tc>
          <w:tcPr>
            <w:tcW w:w="2262" w:type="dxa"/>
          </w:tcPr>
          <w:p w14:paraId="49F3EF4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Before IPTW</w:t>
            </w:r>
          </w:p>
        </w:tc>
        <w:tc>
          <w:tcPr>
            <w:tcW w:w="2262" w:type="dxa"/>
          </w:tcPr>
          <w:p w14:paraId="2E2E91D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After IPTW</w:t>
            </w:r>
          </w:p>
        </w:tc>
        <w:tc>
          <w:tcPr>
            <w:tcW w:w="2262" w:type="dxa"/>
          </w:tcPr>
          <w:p w14:paraId="4B9EB1C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post-IPTW</w:t>
            </w:r>
          </w:p>
        </w:tc>
      </w:tr>
      <w:tr w:rsidR="00947F3E" w:rsidRPr="00947F3E" w14:paraId="3C3828E7" w14:textId="77777777">
        <w:trPr>
          <w:jc w:val="center"/>
        </w:trPr>
        <w:tc>
          <w:tcPr>
            <w:tcW w:w="2262" w:type="dxa"/>
          </w:tcPr>
          <w:p w14:paraId="74A8BA85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Age (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yr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)</w:t>
            </w:r>
          </w:p>
        </w:tc>
        <w:tc>
          <w:tcPr>
            <w:tcW w:w="2262" w:type="dxa"/>
          </w:tcPr>
          <w:p w14:paraId="0808677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0.117</w:t>
            </w:r>
          </w:p>
        </w:tc>
        <w:tc>
          <w:tcPr>
            <w:tcW w:w="2262" w:type="dxa"/>
          </w:tcPr>
          <w:p w14:paraId="45772B4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0.003</w:t>
            </w:r>
          </w:p>
        </w:tc>
        <w:tc>
          <w:tcPr>
            <w:tcW w:w="2262" w:type="dxa"/>
          </w:tcPr>
          <w:p w14:paraId="07C35EB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0.030</w:t>
            </w:r>
          </w:p>
        </w:tc>
        <w:tc>
          <w:tcPr>
            <w:tcW w:w="2262" w:type="dxa"/>
          </w:tcPr>
          <w:p w14:paraId="6D146C5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0.004</w:t>
            </w:r>
          </w:p>
        </w:tc>
        <w:tc>
          <w:tcPr>
            <w:tcW w:w="2262" w:type="dxa"/>
          </w:tcPr>
          <w:p w14:paraId="438E113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0.004</w:t>
            </w:r>
          </w:p>
        </w:tc>
      </w:tr>
      <w:tr w:rsidR="00947F3E" w:rsidRPr="00947F3E" w14:paraId="58603473" w14:textId="77777777">
        <w:trPr>
          <w:jc w:val="center"/>
        </w:trPr>
        <w:tc>
          <w:tcPr>
            <w:tcW w:w="2262" w:type="dxa"/>
          </w:tcPr>
          <w:p w14:paraId="5185F44B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Pre-measurement BMI</w:t>
            </w:r>
          </w:p>
        </w:tc>
        <w:tc>
          <w:tcPr>
            <w:tcW w:w="2262" w:type="dxa"/>
          </w:tcPr>
          <w:p w14:paraId="1AF9BAF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0.050</w:t>
            </w:r>
          </w:p>
        </w:tc>
        <w:tc>
          <w:tcPr>
            <w:tcW w:w="2262" w:type="dxa"/>
          </w:tcPr>
          <w:p w14:paraId="79854CE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0.008</w:t>
            </w:r>
          </w:p>
        </w:tc>
        <w:tc>
          <w:tcPr>
            <w:tcW w:w="2262" w:type="dxa"/>
          </w:tcPr>
          <w:p w14:paraId="09E4DB5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0.004</w:t>
            </w:r>
          </w:p>
        </w:tc>
        <w:tc>
          <w:tcPr>
            <w:tcW w:w="2262" w:type="dxa"/>
          </w:tcPr>
          <w:p w14:paraId="2BC072B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0.003</w:t>
            </w:r>
          </w:p>
        </w:tc>
        <w:tc>
          <w:tcPr>
            <w:tcW w:w="2262" w:type="dxa"/>
          </w:tcPr>
          <w:p w14:paraId="10FD16C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0.008</w:t>
            </w:r>
          </w:p>
        </w:tc>
      </w:tr>
      <w:tr w:rsidR="00947F3E" w:rsidRPr="00947F3E" w14:paraId="6BF3679C" w14:textId="77777777">
        <w:trPr>
          <w:jc w:val="center"/>
        </w:trPr>
        <w:tc>
          <w:tcPr>
            <w:tcW w:w="2262" w:type="dxa"/>
          </w:tcPr>
          <w:p w14:paraId="7DC8FD49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Sex (male)</w:t>
            </w:r>
          </w:p>
        </w:tc>
        <w:tc>
          <w:tcPr>
            <w:tcW w:w="2262" w:type="dxa"/>
          </w:tcPr>
          <w:p w14:paraId="22A9CDB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0.131</w:t>
            </w:r>
          </w:p>
        </w:tc>
        <w:tc>
          <w:tcPr>
            <w:tcW w:w="2262" w:type="dxa"/>
          </w:tcPr>
          <w:p w14:paraId="674674A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0.003</w:t>
            </w:r>
          </w:p>
        </w:tc>
        <w:tc>
          <w:tcPr>
            <w:tcW w:w="2262" w:type="dxa"/>
          </w:tcPr>
          <w:p w14:paraId="14F5C57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0.070</w:t>
            </w:r>
          </w:p>
        </w:tc>
        <w:tc>
          <w:tcPr>
            <w:tcW w:w="2262" w:type="dxa"/>
          </w:tcPr>
          <w:p w14:paraId="33A64DA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0.002</w:t>
            </w:r>
          </w:p>
        </w:tc>
        <w:tc>
          <w:tcPr>
            <w:tcW w:w="2262" w:type="dxa"/>
          </w:tcPr>
          <w:p w14:paraId="0DFE32E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0.003</w:t>
            </w:r>
          </w:p>
        </w:tc>
      </w:tr>
      <w:tr w:rsidR="00947F3E" w:rsidRPr="00947F3E" w14:paraId="66C0812C" w14:textId="77777777">
        <w:trPr>
          <w:jc w:val="center"/>
        </w:trPr>
        <w:tc>
          <w:tcPr>
            <w:tcW w:w="2262" w:type="dxa"/>
          </w:tcPr>
          <w:p w14:paraId="73DAC581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Revisit interval (days)</w:t>
            </w:r>
          </w:p>
        </w:tc>
        <w:tc>
          <w:tcPr>
            <w:tcW w:w="2262" w:type="dxa"/>
          </w:tcPr>
          <w:p w14:paraId="2AD7CD3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0.071</w:t>
            </w:r>
          </w:p>
        </w:tc>
        <w:tc>
          <w:tcPr>
            <w:tcW w:w="2262" w:type="dxa"/>
          </w:tcPr>
          <w:p w14:paraId="33E796D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0.004</w:t>
            </w:r>
          </w:p>
        </w:tc>
        <w:tc>
          <w:tcPr>
            <w:tcW w:w="2262" w:type="dxa"/>
          </w:tcPr>
          <w:p w14:paraId="5693496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0.058</w:t>
            </w:r>
          </w:p>
        </w:tc>
        <w:tc>
          <w:tcPr>
            <w:tcW w:w="2262" w:type="dxa"/>
          </w:tcPr>
          <w:p w14:paraId="6B73688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0.002</w:t>
            </w:r>
          </w:p>
        </w:tc>
        <w:tc>
          <w:tcPr>
            <w:tcW w:w="2262" w:type="dxa"/>
          </w:tcPr>
          <w:p w14:paraId="457CFB4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0.004</w:t>
            </w:r>
          </w:p>
        </w:tc>
      </w:tr>
      <w:tr w:rsidR="00947F3E" w:rsidRPr="00947F3E" w14:paraId="6504BB8B" w14:textId="77777777">
        <w:trPr>
          <w:jc w:val="center"/>
        </w:trPr>
        <w:tc>
          <w:tcPr>
            <w:tcW w:w="2262" w:type="dxa"/>
          </w:tcPr>
          <w:p w14:paraId="02285F89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Pre body weight</w:t>
            </w:r>
          </w:p>
        </w:tc>
        <w:tc>
          <w:tcPr>
            <w:tcW w:w="2262" w:type="dxa"/>
          </w:tcPr>
          <w:p w14:paraId="61E5C97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0.072</w:t>
            </w:r>
          </w:p>
        </w:tc>
        <w:tc>
          <w:tcPr>
            <w:tcW w:w="2262" w:type="dxa"/>
          </w:tcPr>
          <w:p w14:paraId="476F752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0.005</w:t>
            </w:r>
          </w:p>
        </w:tc>
        <w:tc>
          <w:tcPr>
            <w:tcW w:w="2262" w:type="dxa"/>
          </w:tcPr>
          <w:p w14:paraId="19EE91F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0.075</w:t>
            </w:r>
          </w:p>
        </w:tc>
        <w:tc>
          <w:tcPr>
            <w:tcW w:w="2262" w:type="dxa"/>
          </w:tcPr>
          <w:p w14:paraId="7061A18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0.003</w:t>
            </w:r>
          </w:p>
        </w:tc>
        <w:tc>
          <w:tcPr>
            <w:tcW w:w="2262" w:type="dxa"/>
          </w:tcPr>
          <w:p w14:paraId="6C7F26E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0.005</w:t>
            </w:r>
          </w:p>
        </w:tc>
      </w:tr>
      <w:tr w:rsidR="00947F3E" w:rsidRPr="00947F3E" w14:paraId="3609B882" w14:textId="77777777">
        <w:trPr>
          <w:jc w:val="center"/>
        </w:trPr>
        <w:tc>
          <w:tcPr>
            <w:tcW w:w="2262" w:type="dxa"/>
          </w:tcPr>
          <w:p w14:paraId="019BA9ED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Pre body fat percentage</w:t>
            </w:r>
          </w:p>
        </w:tc>
        <w:tc>
          <w:tcPr>
            <w:tcW w:w="2262" w:type="dxa"/>
          </w:tcPr>
          <w:p w14:paraId="4BD2A83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0.049</w:t>
            </w:r>
          </w:p>
        </w:tc>
        <w:tc>
          <w:tcPr>
            <w:tcW w:w="2262" w:type="dxa"/>
          </w:tcPr>
          <w:p w14:paraId="6B8B110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0.006</w:t>
            </w:r>
          </w:p>
        </w:tc>
        <w:tc>
          <w:tcPr>
            <w:tcW w:w="2262" w:type="dxa"/>
          </w:tcPr>
          <w:p w14:paraId="51192BC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0.060</w:t>
            </w:r>
          </w:p>
        </w:tc>
        <w:tc>
          <w:tcPr>
            <w:tcW w:w="2262" w:type="dxa"/>
          </w:tcPr>
          <w:p w14:paraId="4DB27E3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0.000</w:t>
            </w:r>
          </w:p>
        </w:tc>
        <w:tc>
          <w:tcPr>
            <w:tcW w:w="2262" w:type="dxa"/>
          </w:tcPr>
          <w:p w14:paraId="539FD70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0.006</w:t>
            </w:r>
          </w:p>
        </w:tc>
      </w:tr>
      <w:tr w:rsidR="00947F3E" w:rsidRPr="00947F3E" w14:paraId="0CC16883" w14:textId="77777777">
        <w:trPr>
          <w:jc w:val="center"/>
        </w:trPr>
        <w:tc>
          <w:tcPr>
            <w:tcW w:w="2262" w:type="dxa"/>
          </w:tcPr>
          <w:p w14:paraId="2DF82234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Pre SBP</w:t>
            </w:r>
          </w:p>
        </w:tc>
        <w:tc>
          <w:tcPr>
            <w:tcW w:w="2262" w:type="dxa"/>
          </w:tcPr>
          <w:p w14:paraId="2344E99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0.109</w:t>
            </w:r>
          </w:p>
        </w:tc>
        <w:tc>
          <w:tcPr>
            <w:tcW w:w="2262" w:type="dxa"/>
          </w:tcPr>
          <w:p w14:paraId="25C2821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0.001</w:t>
            </w:r>
          </w:p>
        </w:tc>
        <w:tc>
          <w:tcPr>
            <w:tcW w:w="2262" w:type="dxa"/>
          </w:tcPr>
          <w:p w14:paraId="3204F78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0.020</w:t>
            </w:r>
          </w:p>
        </w:tc>
        <w:tc>
          <w:tcPr>
            <w:tcW w:w="2262" w:type="dxa"/>
          </w:tcPr>
          <w:p w14:paraId="0398F41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0.004</w:t>
            </w:r>
          </w:p>
        </w:tc>
        <w:tc>
          <w:tcPr>
            <w:tcW w:w="2262" w:type="dxa"/>
          </w:tcPr>
          <w:p w14:paraId="1DD8445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0.004</w:t>
            </w:r>
          </w:p>
        </w:tc>
      </w:tr>
      <w:tr w:rsidR="00947F3E" w:rsidRPr="00947F3E" w14:paraId="0A575E56" w14:textId="77777777">
        <w:trPr>
          <w:jc w:val="center"/>
        </w:trPr>
        <w:tc>
          <w:tcPr>
            <w:tcW w:w="2262" w:type="dxa"/>
          </w:tcPr>
          <w:p w14:paraId="72D32CF3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Pre DBP</w:t>
            </w:r>
          </w:p>
        </w:tc>
        <w:tc>
          <w:tcPr>
            <w:tcW w:w="2262" w:type="dxa"/>
          </w:tcPr>
          <w:p w14:paraId="2A704B6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0.007</w:t>
            </w:r>
          </w:p>
        </w:tc>
        <w:tc>
          <w:tcPr>
            <w:tcW w:w="2262" w:type="dxa"/>
          </w:tcPr>
          <w:p w14:paraId="310A9D3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0.010</w:t>
            </w:r>
          </w:p>
        </w:tc>
        <w:tc>
          <w:tcPr>
            <w:tcW w:w="2262" w:type="dxa"/>
          </w:tcPr>
          <w:p w14:paraId="7F3D3FA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0.055</w:t>
            </w:r>
          </w:p>
        </w:tc>
        <w:tc>
          <w:tcPr>
            <w:tcW w:w="2262" w:type="dxa"/>
          </w:tcPr>
          <w:p w14:paraId="6BC00E9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0.001</w:t>
            </w:r>
          </w:p>
        </w:tc>
        <w:tc>
          <w:tcPr>
            <w:tcW w:w="2262" w:type="dxa"/>
          </w:tcPr>
          <w:p w14:paraId="41FC626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0.010</w:t>
            </w:r>
          </w:p>
        </w:tc>
      </w:tr>
      <w:tr w:rsidR="00947F3E" w:rsidRPr="00947F3E" w14:paraId="5EA6E24F" w14:textId="77777777">
        <w:trPr>
          <w:jc w:val="center"/>
        </w:trPr>
        <w:tc>
          <w:tcPr>
            <w:tcW w:w="2262" w:type="dxa"/>
          </w:tcPr>
          <w:p w14:paraId="54CAD212" w14:textId="77777777" w:rsidR="0077568B" w:rsidRPr="00947F3E" w:rsidRDefault="004C7B7C">
            <w:proofErr w:type="gramStart"/>
            <w:r>
              <w:rPr>
                <w:rFonts w:ascii="Times New Roman" w:hAnsi="Times New Roman"/>
                <w:b/>
                <w:sz w:val="18"/>
              </w:rPr>
              <w:t>Pre Grip</w:t>
            </w:r>
            <w:proofErr w:type="gramEnd"/>
            <w:r>
              <w:rPr>
                <w:rFonts w:ascii="Times New Roman" w:hAnsi="Times New Roman"/>
                <w:b/>
                <w:sz w:val="18"/>
              </w:rPr>
              <w:t>-R</w:t>
            </w:r>
          </w:p>
        </w:tc>
        <w:tc>
          <w:tcPr>
            <w:tcW w:w="2262" w:type="dxa"/>
          </w:tcPr>
          <w:p w14:paraId="03E9EBA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0.034</w:t>
            </w:r>
          </w:p>
        </w:tc>
        <w:tc>
          <w:tcPr>
            <w:tcW w:w="2262" w:type="dxa"/>
          </w:tcPr>
          <w:p w14:paraId="4002742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0.006</w:t>
            </w:r>
          </w:p>
        </w:tc>
        <w:tc>
          <w:tcPr>
            <w:tcW w:w="2262" w:type="dxa"/>
          </w:tcPr>
          <w:p w14:paraId="392FF4F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0.127</w:t>
            </w:r>
          </w:p>
        </w:tc>
        <w:tc>
          <w:tcPr>
            <w:tcW w:w="2262" w:type="dxa"/>
          </w:tcPr>
          <w:p w14:paraId="7FD62D1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0.005</w:t>
            </w:r>
          </w:p>
        </w:tc>
        <w:tc>
          <w:tcPr>
            <w:tcW w:w="2262" w:type="dxa"/>
          </w:tcPr>
          <w:p w14:paraId="568C47A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0.006</w:t>
            </w:r>
          </w:p>
        </w:tc>
      </w:tr>
      <w:tr w:rsidR="00947F3E" w:rsidRPr="00947F3E" w14:paraId="0DE4BA67" w14:textId="77777777">
        <w:trPr>
          <w:jc w:val="center"/>
        </w:trPr>
        <w:tc>
          <w:tcPr>
            <w:tcW w:w="2262" w:type="dxa"/>
          </w:tcPr>
          <w:p w14:paraId="4344D374" w14:textId="77777777" w:rsidR="0077568B" w:rsidRPr="00947F3E" w:rsidRDefault="004C7B7C">
            <w:proofErr w:type="gramStart"/>
            <w:r>
              <w:rPr>
                <w:rFonts w:ascii="Times New Roman" w:hAnsi="Times New Roman"/>
                <w:b/>
                <w:sz w:val="18"/>
              </w:rPr>
              <w:t>Pre Relative</w:t>
            </w:r>
            <w:proofErr w:type="gramEnd"/>
            <w:r>
              <w:rPr>
                <w:rFonts w:ascii="Times New Roman" w:hAnsi="Times New Roman"/>
                <w:b/>
                <w:sz w:val="18"/>
              </w:rPr>
              <w:t xml:space="preserve"> grip</w:t>
            </w:r>
          </w:p>
        </w:tc>
        <w:tc>
          <w:tcPr>
            <w:tcW w:w="2262" w:type="dxa"/>
          </w:tcPr>
          <w:p w14:paraId="4270F26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0.073</w:t>
            </w:r>
          </w:p>
        </w:tc>
        <w:tc>
          <w:tcPr>
            <w:tcW w:w="2262" w:type="dxa"/>
          </w:tcPr>
          <w:p w14:paraId="0210AE3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0.006</w:t>
            </w:r>
          </w:p>
        </w:tc>
        <w:tc>
          <w:tcPr>
            <w:tcW w:w="2262" w:type="dxa"/>
          </w:tcPr>
          <w:p w14:paraId="54F8486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0.128</w:t>
            </w:r>
          </w:p>
        </w:tc>
        <w:tc>
          <w:tcPr>
            <w:tcW w:w="2262" w:type="dxa"/>
          </w:tcPr>
          <w:p w14:paraId="53FF4C4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0.004</w:t>
            </w:r>
          </w:p>
        </w:tc>
        <w:tc>
          <w:tcPr>
            <w:tcW w:w="2262" w:type="dxa"/>
          </w:tcPr>
          <w:p w14:paraId="041DFFA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0.006</w:t>
            </w:r>
          </w:p>
        </w:tc>
      </w:tr>
      <w:tr w:rsidR="00947F3E" w:rsidRPr="00947F3E" w14:paraId="6C001775" w14:textId="77777777">
        <w:trPr>
          <w:jc w:val="center"/>
        </w:trPr>
        <w:tc>
          <w:tcPr>
            <w:tcW w:w="2262" w:type="dxa"/>
          </w:tcPr>
          <w:p w14:paraId="1ACFBF03" w14:textId="77777777" w:rsidR="0077568B" w:rsidRPr="00947F3E" w:rsidRDefault="004C7B7C">
            <w:proofErr w:type="gramStart"/>
            <w:r>
              <w:rPr>
                <w:rFonts w:ascii="Times New Roman" w:hAnsi="Times New Roman"/>
                <w:b/>
                <w:sz w:val="18"/>
              </w:rPr>
              <w:t>Pre Sit</w:t>
            </w:r>
            <w:proofErr w:type="gramEnd"/>
            <w:r>
              <w:rPr>
                <w:rFonts w:ascii="Times New Roman" w:hAnsi="Times New Roman"/>
                <w:b/>
                <w:sz w:val="18"/>
              </w:rPr>
              <w:t>-and-reach</w:t>
            </w:r>
          </w:p>
        </w:tc>
        <w:tc>
          <w:tcPr>
            <w:tcW w:w="2262" w:type="dxa"/>
          </w:tcPr>
          <w:p w14:paraId="2EDF956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0.145</w:t>
            </w:r>
          </w:p>
        </w:tc>
        <w:tc>
          <w:tcPr>
            <w:tcW w:w="2262" w:type="dxa"/>
          </w:tcPr>
          <w:p w14:paraId="52737CE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0.009</w:t>
            </w:r>
          </w:p>
        </w:tc>
        <w:tc>
          <w:tcPr>
            <w:tcW w:w="2262" w:type="dxa"/>
          </w:tcPr>
          <w:p w14:paraId="338BF77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0.011</w:t>
            </w:r>
          </w:p>
        </w:tc>
        <w:tc>
          <w:tcPr>
            <w:tcW w:w="2262" w:type="dxa"/>
          </w:tcPr>
          <w:p w14:paraId="1BA0B37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0.006</w:t>
            </w:r>
          </w:p>
        </w:tc>
        <w:tc>
          <w:tcPr>
            <w:tcW w:w="2262" w:type="dxa"/>
          </w:tcPr>
          <w:p w14:paraId="7F11E16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0.009</w:t>
            </w:r>
          </w:p>
        </w:tc>
      </w:tr>
      <w:tr w:rsidR="00947F3E" w:rsidRPr="00947F3E" w14:paraId="4CA58C3B" w14:textId="77777777">
        <w:trPr>
          <w:jc w:val="center"/>
        </w:trPr>
        <w:tc>
          <w:tcPr>
            <w:tcW w:w="2262" w:type="dxa"/>
          </w:tcPr>
          <w:p w14:paraId="5A90DFCF" w14:textId="77777777" w:rsidR="0077568B" w:rsidRPr="00947F3E" w:rsidRDefault="004C7B7C">
            <w:proofErr w:type="gramStart"/>
            <w:r>
              <w:rPr>
                <w:rFonts w:ascii="Times New Roman" w:hAnsi="Times New Roman"/>
                <w:b/>
                <w:sz w:val="18"/>
              </w:rPr>
              <w:t>Pre Cross</w:t>
            </w:r>
            <w:proofErr w:type="gramEnd"/>
            <w:r>
              <w:rPr>
                <w:rFonts w:ascii="Times New Roman" w:hAnsi="Times New Roman"/>
                <w:b/>
                <w:sz w:val="18"/>
              </w:rPr>
              <w:t xml:space="preserve"> sit-ups</w:t>
            </w:r>
          </w:p>
        </w:tc>
        <w:tc>
          <w:tcPr>
            <w:tcW w:w="2262" w:type="dxa"/>
          </w:tcPr>
          <w:p w14:paraId="02E6EF3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0.047</w:t>
            </w:r>
          </w:p>
        </w:tc>
        <w:tc>
          <w:tcPr>
            <w:tcW w:w="2262" w:type="dxa"/>
          </w:tcPr>
          <w:p w14:paraId="7074548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0.003</w:t>
            </w:r>
          </w:p>
        </w:tc>
        <w:tc>
          <w:tcPr>
            <w:tcW w:w="2262" w:type="dxa"/>
          </w:tcPr>
          <w:p w14:paraId="39DC357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0.139</w:t>
            </w:r>
          </w:p>
        </w:tc>
        <w:tc>
          <w:tcPr>
            <w:tcW w:w="2262" w:type="dxa"/>
          </w:tcPr>
          <w:p w14:paraId="4FFCB07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0.003</w:t>
            </w:r>
          </w:p>
        </w:tc>
        <w:tc>
          <w:tcPr>
            <w:tcW w:w="2262" w:type="dxa"/>
          </w:tcPr>
          <w:p w14:paraId="2C0B681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0.003</w:t>
            </w:r>
          </w:p>
        </w:tc>
      </w:tr>
    </w:tbl>
    <w:p w14:paraId="060184A9" w14:textId="77777777" w:rsidR="0077568B" w:rsidRPr="00947F3E" w:rsidRDefault="004C7B7C">
      <w:pPr>
        <w:spacing w:before="60" w:after="240"/>
        <w:jc w:val="both"/>
      </w:pPr>
      <w:r>
        <w:rPr>
          <w:rFonts w:ascii="Times New Roman" w:hAnsi="Times New Roman"/>
          <w:i/>
          <w:sz w:val="20"/>
        </w:rPr>
        <w:t>Standardized mean differences (|SMD|) between the four prescription types. Balance is acceptable when post-IPTW |SMD| &lt; 0.10.</w:t>
      </w:r>
    </w:p>
    <w:p w14:paraId="50FE5989" w14:textId="77777777" w:rsidR="00713D93" w:rsidRDefault="00713D93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4A766DAA" w14:textId="39BADEB3" w:rsidR="0077568B" w:rsidRPr="00947F3E" w:rsidRDefault="004C7B7C" w:rsidP="004C7B7C">
      <w:pPr>
        <w:spacing w:before="240" w:after="80"/>
      </w:pPr>
      <w:r>
        <w:rPr>
          <w:rFonts w:ascii="Times New Roman" w:hAnsi="Times New Roman"/>
          <w:b/>
          <w:sz w:val="24"/>
        </w:rPr>
        <w:lastRenderedPageBreak/>
        <w:t xml:space="preserve">Table S15. Random-intercept mixed-model cross-check for </w:t>
      </w:r>
      <w:proofErr w:type="spellStart"/>
      <w:r>
        <w:rPr>
          <w:rFonts w:ascii="Times New Roman" w:hAnsi="Times New Roman"/>
          <w:b/>
          <w:sz w:val="24"/>
        </w:rPr>
        <w:t>centre</w:t>
      </w:r>
      <w:proofErr w:type="spellEnd"/>
      <w:r>
        <w:rPr>
          <w:rFonts w:ascii="Times New Roman" w:hAnsi="Times New Roman"/>
          <w:b/>
          <w:sz w:val="24"/>
        </w:rPr>
        <w:t>-level clustering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712"/>
        <w:gridCol w:w="2713"/>
        <w:gridCol w:w="2712"/>
        <w:gridCol w:w="2713"/>
        <w:gridCol w:w="2712"/>
      </w:tblGrid>
      <w:tr w:rsidR="00947F3E" w:rsidRPr="00947F3E" w14:paraId="0D39DFAA" w14:textId="77777777">
        <w:trPr>
          <w:jc w:val="center"/>
        </w:trPr>
        <w:tc>
          <w:tcPr>
            <w:tcW w:w="2714" w:type="dxa"/>
            <w:shd w:val="clear" w:color="auto" w:fill="D9E2F3"/>
          </w:tcPr>
          <w:p w14:paraId="3C59FFB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Outcome</w:t>
            </w:r>
          </w:p>
        </w:tc>
        <w:tc>
          <w:tcPr>
            <w:tcW w:w="2714" w:type="dxa"/>
            <w:shd w:val="clear" w:color="auto" w:fill="D9E2F3"/>
          </w:tcPr>
          <w:p w14:paraId="63B37A4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 xml:space="preserve">OLS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Time×Group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F (p)</w:t>
            </w:r>
          </w:p>
        </w:tc>
        <w:tc>
          <w:tcPr>
            <w:tcW w:w="2714" w:type="dxa"/>
            <w:shd w:val="clear" w:color="auto" w:fill="D9E2F3"/>
          </w:tcPr>
          <w:p w14:paraId="7766C01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Cluster-robust F (p)</w:t>
            </w:r>
          </w:p>
        </w:tc>
        <w:tc>
          <w:tcPr>
            <w:tcW w:w="2714" w:type="dxa"/>
            <w:shd w:val="clear" w:color="auto" w:fill="D9E2F3"/>
          </w:tcPr>
          <w:p w14:paraId="3BE5464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 xml:space="preserve">Mixed-model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Time×Group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estimate (95% CI)</w:t>
            </w:r>
          </w:p>
        </w:tc>
        <w:tc>
          <w:tcPr>
            <w:tcW w:w="2714" w:type="dxa"/>
            <w:shd w:val="clear" w:color="auto" w:fill="D9E2F3"/>
          </w:tcPr>
          <w:p w14:paraId="65C68DC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Conclusion</w:t>
            </w:r>
          </w:p>
        </w:tc>
      </w:tr>
      <w:tr w:rsidR="00947F3E" w:rsidRPr="00947F3E" w14:paraId="3F34A84C" w14:textId="77777777">
        <w:trPr>
          <w:jc w:val="center"/>
        </w:trPr>
        <w:tc>
          <w:tcPr>
            <w:tcW w:w="2714" w:type="dxa"/>
          </w:tcPr>
          <w:p w14:paraId="00464478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Sit-and-reach (cm)</w:t>
            </w:r>
          </w:p>
        </w:tc>
        <w:tc>
          <w:tcPr>
            <w:tcW w:w="2714" w:type="dxa"/>
          </w:tcPr>
          <w:p w14:paraId="22BD5C8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25.543 (&lt;.001)</w:t>
            </w:r>
          </w:p>
        </w:tc>
        <w:tc>
          <w:tcPr>
            <w:tcW w:w="2714" w:type="dxa"/>
          </w:tcPr>
          <w:p w14:paraId="5594667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24.812 (&lt;.001)</w:t>
            </w:r>
          </w:p>
        </w:tc>
        <w:tc>
          <w:tcPr>
            <w:tcW w:w="2714" w:type="dxa"/>
          </w:tcPr>
          <w:p w14:paraId="392BB1E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+1.273 [+0.998, +1.548]</w:t>
            </w:r>
          </w:p>
        </w:tc>
        <w:tc>
          <w:tcPr>
            <w:tcW w:w="2714" w:type="dxa"/>
          </w:tcPr>
          <w:p w14:paraId="5C54E07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Concordant</w:t>
            </w:r>
          </w:p>
        </w:tc>
      </w:tr>
      <w:tr w:rsidR="00947F3E" w:rsidRPr="00947F3E" w14:paraId="05441CDF" w14:textId="77777777">
        <w:trPr>
          <w:jc w:val="center"/>
        </w:trPr>
        <w:tc>
          <w:tcPr>
            <w:tcW w:w="2714" w:type="dxa"/>
          </w:tcPr>
          <w:p w14:paraId="62294EBD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Cross sit-ups (reps)</w:t>
            </w:r>
          </w:p>
        </w:tc>
        <w:tc>
          <w:tcPr>
            <w:tcW w:w="2714" w:type="dxa"/>
          </w:tcPr>
          <w:p w14:paraId="65BE8E6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30.942 (&lt;.001)</w:t>
            </w:r>
          </w:p>
        </w:tc>
        <w:tc>
          <w:tcPr>
            <w:tcW w:w="2714" w:type="dxa"/>
          </w:tcPr>
          <w:p w14:paraId="5A6A459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29.873 (&lt;.001)</w:t>
            </w:r>
          </w:p>
        </w:tc>
        <w:tc>
          <w:tcPr>
            <w:tcW w:w="2714" w:type="dxa"/>
          </w:tcPr>
          <w:p w14:paraId="39FD47F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+2.043 [+1.621, +2.465]</w:t>
            </w:r>
          </w:p>
        </w:tc>
        <w:tc>
          <w:tcPr>
            <w:tcW w:w="2714" w:type="dxa"/>
          </w:tcPr>
          <w:p w14:paraId="44BF985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Concordant</w:t>
            </w:r>
          </w:p>
        </w:tc>
      </w:tr>
      <w:tr w:rsidR="00947F3E" w:rsidRPr="00947F3E" w14:paraId="428A9950" w14:textId="77777777">
        <w:trPr>
          <w:jc w:val="center"/>
        </w:trPr>
        <w:tc>
          <w:tcPr>
            <w:tcW w:w="2714" w:type="dxa"/>
          </w:tcPr>
          <w:p w14:paraId="211453A2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Standing long jump (cm)</w:t>
            </w:r>
          </w:p>
        </w:tc>
        <w:tc>
          <w:tcPr>
            <w:tcW w:w="2714" w:type="dxa"/>
          </w:tcPr>
          <w:p w14:paraId="23D91F4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11.160 (&lt;.001)</w:t>
            </w:r>
          </w:p>
        </w:tc>
        <w:tc>
          <w:tcPr>
            <w:tcW w:w="2714" w:type="dxa"/>
          </w:tcPr>
          <w:p w14:paraId="5B92C8A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10.524 (&lt;.001)</w:t>
            </w:r>
          </w:p>
        </w:tc>
        <w:tc>
          <w:tcPr>
            <w:tcW w:w="2714" w:type="dxa"/>
          </w:tcPr>
          <w:p w14:paraId="292990C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+3.890 [+2.011, +5.769]</w:t>
            </w:r>
          </w:p>
        </w:tc>
        <w:tc>
          <w:tcPr>
            <w:tcW w:w="2714" w:type="dxa"/>
          </w:tcPr>
          <w:p w14:paraId="3AA40CC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Concordant</w:t>
            </w:r>
          </w:p>
        </w:tc>
      </w:tr>
      <w:tr w:rsidR="00947F3E" w:rsidRPr="00947F3E" w14:paraId="5ECA4F1F" w14:textId="77777777">
        <w:trPr>
          <w:jc w:val="center"/>
        </w:trPr>
        <w:tc>
          <w:tcPr>
            <w:tcW w:w="2714" w:type="dxa"/>
          </w:tcPr>
          <w:p w14:paraId="5A28714C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VO₂max-shuttle</w:t>
            </w:r>
            <w:proofErr w:type="spellEnd"/>
          </w:p>
        </w:tc>
        <w:tc>
          <w:tcPr>
            <w:tcW w:w="2714" w:type="dxa"/>
          </w:tcPr>
          <w:p w14:paraId="5C8F454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47.257 (&lt;.001)</w:t>
            </w:r>
          </w:p>
        </w:tc>
        <w:tc>
          <w:tcPr>
            <w:tcW w:w="2714" w:type="dxa"/>
          </w:tcPr>
          <w:p w14:paraId="7F61985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45.342 (&lt;.001)</w:t>
            </w:r>
          </w:p>
        </w:tc>
        <w:tc>
          <w:tcPr>
            <w:tcW w:w="2714" w:type="dxa"/>
          </w:tcPr>
          <w:p w14:paraId="5E1F5DB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+2.124 [+1.789, +2.459]</w:t>
            </w:r>
          </w:p>
        </w:tc>
        <w:tc>
          <w:tcPr>
            <w:tcW w:w="2714" w:type="dxa"/>
          </w:tcPr>
          <w:p w14:paraId="745AE9D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Concordant</w:t>
            </w:r>
          </w:p>
        </w:tc>
      </w:tr>
      <w:tr w:rsidR="00947F3E" w:rsidRPr="00947F3E" w14:paraId="40518565" w14:textId="77777777">
        <w:trPr>
          <w:jc w:val="center"/>
        </w:trPr>
        <w:tc>
          <w:tcPr>
            <w:tcW w:w="2714" w:type="dxa"/>
          </w:tcPr>
          <w:p w14:paraId="124A4D14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VO₂max-step</w:t>
            </w:r>
            <w:proofErr w:type="spellEnd"/>
          </w:p>
        </w:tc>
        <w:tc>
          <w:tcPr>
            <w:tcW w:w="2714" w:type="dxa"/>
          </w:tcPr>
          <w:p w14:paraId="477BB28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139.183 (&lt;.001)</w:t>
            </w:r>
          </w:p>
        </w:tc>
        <w:tc>
          <w:tcPr>
            <w:tcW w:w="2714" w:type="dxa"/>
          </w:tcPr>
          <w:p w14:paraId="6F7DFDE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132.745 (&lt;.001)</w:t>
            </w:r>
          </w:p>
        </w:tc>
        <w:tc>
          <w:tcPr>
            <w:tcW w:w="2714" w:type="dxa"/>
          </w:tcPr>
          <w:p w14:paraId="4F834F1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+2.587 [+2.299, +2.875]</w:t>
            </w:r>
          </w:p>
        </w:tc>
        <w:tc>
          <w:tcPr>
            <w:tcW w:w="2714" w:type="dxa"/>
          </w:tcPr>
          <w:p w14:paraId="7B7E88C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Concordant</w:t>
            </w:r>
          </w:p>
        </w:tc>
      </w:tr>
      <w:tr w:rsidR="00947F3E" w:rsidRPr="00947F3E" w14:paraId="5D3F3F23" w14:textId="77777777">
        <w:trPr>
          <w:jc w:val="center"/>
        </w:trPr>
        <w:tc>
          <w:tcPr>
            <w:tcW w:w="2714" w:type="dxa"/>
          </w:tcPr>
          <w:p w14:paraId="1277448B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Reaction time (s)</w:t>
            </w:r>
          </w:p>
        </w:tc>
        <w:tc>
          <w:tcPr>
            <w:tcW w:w="2714" w:type="dxa"/>
          </w:tcPr>
          <w:p w14:paraId="048D3B9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7.262 (&lt;.001)</w:t>
            </w:r>
          </w:p>
        </w:tc>
        <w:tc>
          <w:tcPr>
            <w:tcW w:w="2714" w:type="dxa"/>
          </w:tcPr>
          <w:p w14:paraId="393431C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6.812 (&lt;.001)</w:t>
            </w:r>
          </w:p>
        </w:tc>
        <w:tc>
          <w:tcPr>
            <w:tcW w:w="2714" w:type="dxa"/>
          </w:tcPr>
          <w:p w14:paraId="226666E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−0.012 [−0.018, −0.006]</w:t>
            </w:r>
          </w:p>
        </w:tc>
        <w:tc>
          <w:tcPr>
            <w:tcW w:w="2714" w:type="dxa"/>
          </w:tcPr>
          <w:p w14:paraId="4D875E7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Concordant</w:t>
            </w:r>
          </w:p>
        </w:tc>
      </w:tr>
      <w:tr w:rsidR="00947F3E" w:rsidRPr="00947F3E" w14:paraId="21558203" w14:textId="77777777">
        <w:trPr>
          <w:jc w:val="center"/>
        </w:trPr>
        <w:tc>
          <w:tcPr>
            <w:tcW w:w="2714" w:type="dxa"/>
          </w:tcPr>
          <w:p w14:paraId="5E6607FE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Rel. grip strength (%)</w:t>
            </w:r>
          </w:p>
        </w:tc>
        <w:tc>
          <w:tcPr>
            <w:tcW w:w="2714" w:type="dxa"/>
          </w:tcPr>
          <w:p w14:paraId="0B4D72C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139.671 (&lt;.001)</w:t>
            </w:r>
          </w:p>
        </w:tc>
        <w:tc>
          <w:tcPr>
            <w:tcW w:w="2714" w:type="dxa"/>
          </w:tcPr>
          <w:p w14:paraId="35398F3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133.298 (&lt;.001)</w:t>
            </w:r>
          </w:p>
        </w:tc>
        <w:tc>
          <w:tcPr>
            <w:tcW w:w="2714" w:type="dxa"/>
          </w:tcPr>
          <w:p w14:paraId="7C38170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+3.224 [+2.892, +3.556]</w:t>
            </w:r>
          </w:p>
        </w:tc>
        <w:tc>
          <w:tcPr>
            <w:tcW w:w="2714" w:type="dxa"/>
          </w:tcPr>
          <w:p w14:paraId="0ED876E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Concordant</w:t>
            </w:r>
          </w:p>
        </w:tc>
      </w:tr>
    </w:tbl>
    <w:p w14:paraId="0F4D9945" w14:textId="77777777" w:rsidR="0077568B" w:rsidRPr="00947F3E" w:rsidRDefault="004C7B7C">
      <w:pPr>
        <w:spacing w:before="240" w:after="80"/>
      </w:pPr>
      <w:r>
        <w:rPr>
          <w:rFonts w:ascii="Times New Roman" w:hAnsi="Times New Roman"/>
          <w:b/>
          <w:sz w:val="24"/>
        </w:rPr>
        <w:t>Table S16. Age-stratified sensitivity analysis for cardiorespiratory outcomes (19–39 y vs 40–64 y)</w:t>
      </w:r>
    </w:p>
    <w:p w14:paraId="2EFD944E" w14:textId="77777777" w:rsidR="0077568B" w:rsidRPr="00947F3E" w:rsidRDefault="004C7B7C">
      <w:pPr>
        <w:spacing w:before="160" w:after="80"/>
      </w:pPr>
      <w:r>
        <w:rPr>
          <w:rFonts w:ascii="Times New Roman" w:hAnsi="Times New Roman"/>
          <w:b/>
          <w:i/>
          <w:sz w:val="20"/>
        </w:rPr>
        <w:t>Panel A. ANCOVA Time × Group partial η² by age stratum and sex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939"/>
        <w:gridCol w:w="1937"/>
        <w:gridCol w:w="1938"/>
        <w:gridCol w:w="1937"/>
        <w:gridCol w:w="1937"/>
        <w:gridCol w:w="1937"/>
        <w:gridCol w:w="1937"/>
      </w:tblGrid>
      <w:tr w:rsidR="00947F3E" w:rsidRPr="00947F3E" w14:paraId="035A0D60" w14:textId="77777777">
        <w:trPr>
          <w:jc w:val="center"/>
        </w:trPr>
        <w:tc>
          <w:tcPr>
            <w:tcW w:w="1939" w:type="dxa"/>
            <w:shd w:val="clear" w:color="auto" w:fill="D9E2F3"/>
          </w:tcPr>
          <w:p w14:paraId="512F3C9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Outcome</w:t>
            </w:r>
          </w:p>
        </w:tc>
        <w:tc>
          <w:tcPr>
            <w:tcW w:w="1939" w:type="dxa"/>
            <w:shd w:val="clear" w:color="auto" w:fill="D9E2F3"/>
          </w:tcPr>
          <w:p w14:paraId="1C33646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Sex</w:t>
            </w:r>
          </w:p>
        </w:tc>
        <w:tc>
          <w:tcPr>
            <w:tcW w:w="1939" w:type="dxa"/>
            <w:shd w:val="clear" w:color="auto" w:fill="D9E2F3"/>
          </w:tcPr>
          <w:p w14:paraId="7A9FF2E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Age stratum</w:t>
            </w:r>
          </w:p>
        </w:tc>
        <w:tc>
          <w:tcPr>
            <w:tcW w:w="1939" w:type="dxa"/>
            <w:shd w:val="clear" w:color="auto" w:fill="D9E2F3"/>
          </w:tcPr>
          <w:p w14:paraId="65364AD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n</w:t>
            </w:r>
          </w:p>
        </w:tc>
        <w:tc>
          <w:tcPr>
            <w:tcW w:w="1939" w:type="dxa"/>
            <w:shd w:val="clear" w:color="auto" w:fill="D9E2F3"/>
          </w:tcPr>
          <w:p w14:paraId="6EE188C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F</w:t>
            </w:r>
          </w:p>
        </w:tc>
        <w:tc>
          <w:tcPr>
            <w:tcW w:w="1939" w:type="dxa"/>
            <w:shd w:val="clear" w:color="auto" w:fill="D9E2F3"/>
          </w:tcPr>
          <w:p w14:paraId="5D49D58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p</w:t>
            </w:r>
          </w:p>
        </w:tc>
        <w:tc>
          <w:tcPr>
            <w:tcW w:w="1939" w:type="dxa"/>
            <w:shd w:val="clear" w:color="auto" w:fill="D9E2F3"/>
          </w:tcPr>
          <w:p w14:paraId="7491403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partial η²</w:t>
            </w:r>
          </w:p>
        </w:tc>
      </w:tr>
      <w:tr w:rsidR="00947F3E" w:rsidRPr="00947F3E" w14:paraId="2DEF97C3" w14:textId="77777777">
        <w:trPr>
          <w:jc w:val="center"/>
        </w:trPr>
        <w:tc>
          <w:tcPr>
            <w:tcW w:w="1939" w:type="dxa"/>
          </w:tcPr>
          <w:p w14:paraId="30BFCBC1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VO₂max-shuttle</w:t>
            </w:r>
            <w:proofErr w:type="spellEnd"/>
          </w:p>
        </w:tc>
        <w:tc>
          <w:tcPr>
            <w:tcW w:w="1939" w:type="dxa"/>
          </w:tcPr>
          <w:p w14:paraId="48F8879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Male</w:t>
            </w:r>
          </w:p>
        </w:tc>
        <w:tc>
          <w:tcPr>
            <w:tcW w:w="1939" w:type="dxa"/>
          </w:tcPr>
          <w:p w14:paraId="0175F1C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19–39 y</w:t>
            </w:r>
          </w:p>
        </w:tc>
        <w:tc>
          <w:tcPr>
            <w:tcW w:w="1939" w:type="dxa"/>
          </w:tcPr>
          <w:p w14:paraId="24C98EA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1,391</w:t>
            </w:r>
          </w:p>
        </w:tc>
        <w:tc>
          <w:tcPr>
            <w:tcW w:w="1939" w:type="dxa"/>
          </w:tcPr>
          <w:p w14:paraId="63716B7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22.92</w:t>
            </w:r>
          </w:p>
        </w:tc>
        <w:tc>
          <w:tcPr>
            <w:tcW w:w="1939" w:type="dxa"/>
          </w:tcPr>
          <w:p w14:paraId="1134835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</w:t>
            </w:r>
          </w:p>
        </w:tc>
        <w:tc>
          <w:tcPr>
            <w:tcW w:w="1939" w:type="dxa"/>
          </w:tcPr>
          <w:p w14:paraId="269E9CB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.0163</w:t>
            </w:r>
          </w:p>
        </w:tc>
      </w:tr>
      <w:tr w:rsidR="00947F3E" w:rsidRPr="00947F3E" w14:paraId="3ED2ABCE" w14:textId="77777777">
        <w:trPr>
          <w:jc w:val="center"/>
        </w:trPr>
        <w:tc>
          <w:tcPr>
            <w:tcW w:w="1939" w:type="dxa"/>
          </w:tcPr>
          <w:p w14:paraId="5B9DE7E8" w14:textId="77777777" w:rsidR="0077568B" w:rsidRPr="00947F3E" w:rsidRDefault="0077568B"/>
        </w:tc>
        <w:tc>
          <w:tcPr>
            <w:tcW w:w="1939" w:type="dxa"/>
          </w:tcPr>
          <w:p w14:paraId="53D6A7D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Male</w:t>
            </w:r>
          </w:p>
        </w:tc>
        <w:tc>
          <w:tcPr>
            <w:tcW w:w="1939" w:type="dxa"/>
          </w:tcPr>
          <w:p w14:paraId="6CF1C6E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40–64 y</w:t>
            </w:r>
          </w:p>
        </w:tc>
        <w:tc>
          <w:tcPr>
            <w:tcW w:w="1939" w:type="dxa"/>
          </w:tcPr>
          <w:p w14:paraId="1268B06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754</w:t>
            </w:r>
          </w:p>
        </w:tc>
        <w:tc>
          <w:tcPr>
            <w:tcW w:w="1939" w:type="dxa"/>
          </w:tcPr>
          <w:p w14:paraId="5543946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13.36</w:t>
            </w:r>
          </w:p>
        </w:tc>
        <w:tc>
          <w:tcPr>
            <w:tcW w:w="1939" w:type="dxa"/>
          </w:tcPr>
          <w:p w14:paraId="1CA1872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</w:t>
            </w:r>
          </w:p>
        </w:tc>
        <w:tc>
          <w:tcPr>
            <w:tcW w:w="1939" w:type="dxa"/>
          </w:tcPr>
          <w:p w14:paraId="7BCB3C3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.0175</w:t>
            </w:r>
          </w:p>
        </w:tc>
      </w:tr>
      <w:tr w:rsidR="00947F3E" w:rsidRPr="00947F3E" w14:paraId="2ACE0DE7" w14:textId="77777777">
        <w:trPr>
          <w:jc w:val="center"/>
        </w:trPr>
        <w:tc>
          <w:tcPr>
            <w:tcW w:w="1939" w:type="dxa"/>
          </w:tcPr>
          <w:p w14:paraId="3315C7CB" w14:textId="77777777" w:rsidR="0077568B" w:rsidRPr="00947F3E" w:rsidRDefault="0077568B"/>
        </w:tc>
        <w:tc>
          <w:tcPr>
            <w:tcW w:w="1939" w:type="dxa"/>
          </w:tcPr>
          <w:p w14:paraId="659E74E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Female</w:t>
            </w:r>
          </w:p>
        </w:tc>
        <w:tc>
          <w:tcPr>
            <w:tcW w:w="1939" w:type="dxa"/>
          </w:tcPr>
          <w:p w14:paraId="0AF8EBE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19–39 y</w:t>
            </w:r>
          </w:p>
        </w:tc>
        <w:tc>
          <w:tcPr>
            <w:tcW w:w="1939" w:type="dxa"/>
          </w:tcPr>
          <w:p w14:paraId="0A7E2EF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242</w:t>
            </w:r>
          </w:p>
        </w:tc>
        <w:tc>
          <w:tcPr>
            <w:tcW w:w="1939" w:type="dxa"/>
          </w:tcPr>
          <w:p w14:paraId="25DDA3B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4.40</w:t>
            </w:r>
          </w:p>
        </w:tc>
        <w:tc>
          <w:tcPr>
            <w:tcW w:w="1939" w:type="dxa"/>
          </w:tcPr>
          <w:p w14:paraId="42DE440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.013</w:t>
            </w:r>
          </w:p>
        </w:tc>
        <w:tc>
          <w:tcPr>
            <w:tcW w:w="1939" w:type="dxa"/>
          </w:tcPr>
          <w:p w14:paraId="63E3876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.0182</w:t>
            </w:r>
          </w:p>
        </w:tc>
      </w:tr>
      <w:tr w:rsidR="00947F3E" w:rsidRPr="00947F3E" w14:paraId="63BC4502" w14:textId="77777777">
        <w:trPr>
          <w:jc w:val="center"/>
        </w:trPr>
        <w:tc>
          <w:tcPr>
            <w:tcW w:w="1939" w:type="dxa"/>
          </w:tcPr>
          <w:p w14:paraId="3DF81316" w14:textId="77777777" w:rsidR="0077568B" w:rsidRPr="00947F3E" w:rsidRDefault="0077568B"/>
        </w:tc>
        <w:tc>
          <w:tcPr>
            <w:tcW w:w="1939" w:type="dxa"/>
          </w:tcPr>
          <w:p w14:paraId="7101075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Female</w:t>
            </w:r>
          </w:p>
        </w:tc>
        <w:tc>
          <w:tcPr>
            <w:tcW w:w="1939" w:type="dxa"/>
          </w:tcPr>
          <w:p w14:paraId="4F84427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40–64 y</w:t>
            </w:r>
          </w:p>
        </w:tc>
        <w:tc>
          <w:tcPr>
            <w:tcW w:w="1939" w:type="dxa"/>
          </w:tcPr>
          <w:p w14:paraId="1FF7AF2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356</w:t>
            </w:r>
          </w:p>
        </w:tc>
        <w:tc>
          <w:tcPr>
            <w:tcW w:w="1939" w:type="dxa"/>
          </w:tcPr>
          <w:p w14:paraId="7C07E4D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13.24</w:t>
            </w:r>
          </w:p>
        </w:tc>
        <w:tc>
          <w:tcPr>
            <w:tcW w:w="1939" w:type="dxa"/>
          </w:tcPr>
          <w:p w14:paraId="55E27B8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</w:t>
            </w:r>
          </w:p>
        </w:tc>
        <w:tc>
          <w:tcPr>
            <w:tcW w:w="1939" w:type="dxa"/>
          </w:tcPr>
          <w:p w14:paraId="6CAA7E4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.0363</w:t>
            </w:r>
          </w:p>
        </w:tc>
      </w:tr>
      <w:tr w:rsidR="00947F3E" w:rsidRPr="00947F3E" w14:paraId="45D1C2B2" w14:textId="77777777">
        <w:trPr>
          <w:jc w:val="center"/>
        </w:trPr>
        <w:tc>
          <w:tcPr>
            <w:tcW w:w="1939" w:type="dxa"/>
          </w:tcPr>
          <w:p w14:paraId="48B05370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VO₂max-step</w:t>
            </w:r>
            <w:proofErr w:type="spellEnd"/>
          </w:p>
        </w:tc>
        <w:tc>
          <w:tcPr>
            <w:tcW w:w="1939" w:type="dxa"/>
          </w:tcPr>
          <w:p w14:paraId="2F7DD73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Male</w:t>
            </w:r>
          </w:p>
        </w:tc>
        <w:tc>
          <w:tcPr>
            <w:tcW w:w="1939" w:type="dxa"/>
          </w:tcPr>
          <w:p w14:paraId="09B71A0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19–39 y</w:t>
            </w:r>
          </w:p>
        </w:tc>
        <w:tc>
          <w:tcPr>
            <w:tcW w:w="1939" w:type="dxa"/>
          </w:tcPr>
          <w:p w14:paraId="506F24D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2,994</w:t>
            </w:r>
          </w:p>
        </w:tc>
        <w:tc>
          <w:tcPr>
            <w:tcW w:w="1939" w:type="dxa"/>
          </w:tcPr>
          <w:p w14:paraId="52E5F85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70.11</w:t>
            </w:r>
          </w:p>
        </w:tc>
        <w:tc>
          <w:tcPr>
            <w:tcW w:w="1939" w:type="dxa"/>
          </w:tcPr>
          <w:p w14:paraId="5B751B7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</w:t>
            </w:r>
          </w:p>
        </w:tc>
        <w:tc>
          <w:tcPr>
            <w:tcW w:w="1939" w:type="dxa"/>
          </w:tcPr>
          <w:p w14:paraId="36AA7ED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.0229</w:t>
            </w:r>
          </w:p>
        </w:tc>
      </w:tr>
      <w:tr w:rsidR="00947F3E" w:rsidRPr="00947F3E" w14:paraId="04E7821D" w14:textId="77777777">
        <w:trPr>
          <w:jc w:val="center"/>
        </w:trPr>
        <w:tc>
          <w:tcPr>
            <w:tcW w:w="1939" w:type="dxa"/>
          </w:tcPr>
          <w:p w14:paraId="1B26FB69" w14:textId="77777777" w:rsidR="0077568B" w:rsidRPr="00947F3E" w:rsidRDefault="0077568B"/>
        </w:tc>
        <w:tc>
          <w:tcPr>
            <w:tcW w:w="1939" w:type="dxa"/>
          </w:tcPr>
          <w:p w14:paraId="4187AF5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Male</w:t>
            </w:r>
          </w:p>
        </w:tc>
        <w:tc>
          <w:tcPr>
            <w:tcW w:w="1939" w:type="dxa"/>
          </w:tcPr>
          <w:p w14:paraId="0D5E0E9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40–64 y</w:t>
            </w:r>
          </w:p>
        </w:tc>
        <w:tc>
          <w:tcPr>
            <w:tcW w:w="1939" w:type="dxa"/>
          </w:tcPr>
          <w:p w14:paraId="6C62B85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2,221</w:t>
            </w:r>
          </w:p>
        </w:tc>
        <w:tc>
          <w:tcPr>
            <w:tcW w:w="1939" w:type="dxa"/>
          </w:tcPr>
          <w:p w14:paraId="224669E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44.74</w:t>
            </w:r>
          </w:p>
        </w:tc>
        <w:tc>
          <w:tcPr>
            <w:tcW w:w="1939" w:type="dxa"/>
          </w:tcPr>
          <w:p w14:paraId="025A62D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</w:t>
            </w:r>
          </w:p>
        </w:tc>
        <w:tc>
          <w:tcPr>
            <w:tcW w:w="1939" w:type="dxa"/>
          </w:tcPr>
          <w:p w14:paraId="608FBA3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.0198</w:t>
            </w:r>
          </w:p>
        </w:tc>
      </w:tr>
      <w:tr w:rsidR="00947F3E" w:rsidRPr="00947F3E" w14:paraId="0680601E" w14:textId="77777777">
        <w:trPr>
          <w:jc w:val="center"/>
        </w:trPr>
        <w:tc>
          <w:tcPr>
            <w:tcW w:w="1939" w:type="dxa"/>
          </w:tcPr>
          <w:p w14:paraId="40774A82" w14:textId="77777777" w:rsidR="0077568B" w:rsidRPr="00947F3E" w:rsidRDefault="0077568B"/>
        </w:tc>
        <w:tc>
          <w:tcPr>
            <w:tcW w:w="1939" w:type="dxa"/>
          </w:tcPr>
          <w:p w14:paraId="3B722B0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Female</w:t>
            </w:r>
          </w:p>
        </w:tc>
        <w:tc>
          <w:tcPr>
            <w:tcW w:w="1939" w:type="dxa"/>
          </w:tcPr>
          <w:p w14:paraId="25E88DA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19–39 y</w:t>
            </w:r>
          </w:p>
        </w:tc>
        <w:tc>
          <w:tcPr>
            <w:tcW w:w="1939" w:type="dxa"/>
          </w:tcPr>
          <w:p w14:paraId="658FBDD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418</w:t>
            </w:r>
          </w:p>
        </w:tc>
        <w:tc>
          <w:tcPr>
            <w:tcW w:w="1939" w:type="dxa"/>
          </w:tcPr>
          <w:p w14:paraId="5672264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10.92</w:t>
            </w:r>
          </w:p>
        </w:tc>
        <w:tc>
          <w:tcPr>
            <w:tcW w:w="1939" w:type="dxa"/>
          </w:tcPr>
          <w:p w14:paraId="7433A82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</w:t>
            </w:r>
          </w:p>
        </w:tc>
        <w:tc>
          <w:tcPr>
            <w:tcW w:w="1939" w:type="dxa"/>
          </w:tcPr>
          <w:p w14:paraId="7CC757C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.0257</w:t>
            </w:r>
          </w:p>
        </w:tc>
      </w:tr>
      <w:tr w:rsidR="00947F3E" w:rsidRPr="00947F3E" w14:paraId="736BE2F4" w14:textId="77777777">
        <w:trPr>
          <w:jc w:val="center"/>
        </w:trPr>
        <w:tc>
          <w:tcPr>
            <w:tcW w:w="1939" w:type="dxa"/>
          </w:tcPr>
          <w:p w14:paraId="05F41021" w14:textId="77777777" w:rsidR="0077568B" w:rsidRPr="00947F3E" w:rsidRDefault="0077568B"/>
        </w:tc>
        <w:tc>
          <w:tcPr>
            <w:tcW w:w="1939" w:type="dxa"/>
          </w:tcPr>
          <w:p w14:paraId="7F1B826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Female</w:t>
            </w:r>
          </w:p>
        </w:tc>
        <w:tc>
          <w:tcPr>
            <w:tcW w:w="1939" w:type="dxa"/>
          </w:tcPr>
          <w:p w14:paraId="5D67718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40–64 y</w:t>
            </w:r>
          </w:p>
        </w:tc>
        <w:tc>
          <w:tcPr>
            <w:tcW w:w="1939" w:type="dxa"/>
          </w:tcPr>
          <w:p w14:paraId="647B317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852</w:t>
            </w:r>
          </w:p>
        </w:tc>
        <w:tc>
          <w:tcPr>
            <w:tcW w:w="1939" w:type="dxa"/>
          </w:tcPr>
          <w:p w14:paraId="652591D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16.40</w:t>
            </w:r>
          </w:p>
        </w:tc>
        <w:tc>
          <w:tcPr>
            <w:tcW w:w="1939" w:type="dxa"/>
          </w:tcPr>
          <w:p w14:paraId="6D5A0A9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</w:t>
            </w:r>
          </w:p>
        </w:tc>
        <w:tc>
          <w:tcPr>
            <w:tcW w:w="1939" w:type="dxa"/>
          </w:tcPr>
          <w:p w14:paraId="32549F3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.0190</w:t>
            </w:r>
          </w:p>
        </w:tc>
      </w:tr>
    </w:tbl>
    <w:p w14:paraId="0CEEA7C6" w14:textId="77777777" w:rsidR="0077568B" w:rsidRPr="00947F3E" w:rsidRDefault="004C7B7C">
      <w:pPr>
        <w:spacing w:before="160" w:after="80"/>
      </w:pPr>
      <w:r>
        <w:rPr>
          <w:rFonts w:ascii="Times New Roman" w:hAnsi="Times New Roman"/>
          <w:b/>
          <w:i/>
          <w:sz w:val="20"/>
        </w:rPr>
        <w:t>Panel B. Path-analytic coefficients (a₃, b, c₃′, a₃·b) by age stratum and sex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1692"/>
        <w:gridCol w:w="2260"/>
        <w:gridCol w:w="2260"/>
        <w:gridCol w:w="2260"/>
        <w:gridCol w:w="2260"/>
      </w:tblGrid>
      <w:tr w:rsidR="00947F3E" w:rsidRPr="00947F3E" w14:paraId="04E3A797" w14:textId="77777777" w:rsidTr="00713D93">
        <w:trPr>
          <w:jc w:val="center"/>
        </w:trPr>
        <w:tc>
          <w:tcPr>
            <w:tcW w:w="2830" w:type="dxa"/>
            <w:shd w:val="clear" w:color="auto" w:fill="D9E2F3"/>
          </w:tcPr>
          <w:p w14:paraId="3AA7179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Outcome / Sex / Age</w:t>
            </w:r>
          </w:p>
        </w:tc>
        <w:tc>
          <w:tcPr>
            <w:tcW w:w="1692" w:type="dxa"/>
            <w:shd w:val="clear" w:color="auto" w:fill="D9E2F3"/>
          </w:tcPr>
          <w:p w14:paraId="3740F2B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n</w:t>
            </w:r>
          </w:p>
        </w:tc>
        <w:tc>
          <w:tcPr>
            <w:tcW w:w="2260" w:type="dxa"/>
            <w:shd w:val="clear" w:color="auto" w:fill="D9E2F3"/>
          </w:tcPr>
          <w:p w14:paraId="51AB4D4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a₃ [95% CI]</w:t>
            </w:r>
          </w:p>
        </w:tc>
        <w:tc>
          <w:tcPr>
            <w:tcW w:w="2260" w:type="dxa"/>
            <w:shd w:val="clear" w:color="auto" w:fill="D9E2F3"/>
          </w:tcPr>
          <w:p w14:paraId="33C0D35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b [95% CI]</w:t>
            </w:r>
          </w:p>
        </w:tc>
        <w:tc>
          <w:tcPr>
            <w:tcW w:w="2260" w:type="dxa"/>
            <w:shd w:val="clear" w:color="auto" w:fill="D9E2F3"/>
          </w:tcPr>
          <w:p w14:paraId="0777B68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c₃′ [95% CI]</w:t>
            </w:r>
          </w:p>
        </w:tc>
        <w:tc>
          <w:tcPr>
            <w:tcW w:w="2260" w:type="dxa"/>
            <w:shd w:val="clear" w:color="auto" w:fill="D9E2F3"/>
          </w:tcPr>
          <w:p w14:paraId="16A2F6D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a₃·b [95% CI]</w:t>
            </w:r>
          </w:p>
        </w:tc>
      </w:tr>
      <w:tr w:rsidR="00947F3E" w:rsidRPr="00947F3E" w14:paraId="707CCDF4" w14:textId="77777777" w:rsidTr="00713D93">
        <w:trPr>
          <w:jc w:val="center"/>
        </w:trPr>
        <w:tc>
          <w:tcPr>
            <w:tcW w:w="2830" w:type="dxa"/>
          </w:tcPr>
          <w:p w14:paraId="2CA10268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VO₂max-shuttle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, Male, 19–39 y</w:t>
            </w:r>
          </w:p>
        </w:tc>
        <w:tc>
          <w:tcPr>
            <w:tcW w:w="1692" w:type="dxa"/>
          </w:tcPr>
          <w:p w14:paraId="37E60C4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1,130</w:t>
            </w:r>
          </w:p>
        </w:tc>
        <w:tc>
          <w:tcPr>
            <w:tcW w:w="2260" w:type="dxa"/>
          </w:tcPr>
          <w:p w14:paraId="0F70BD2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−0.019* [−0.036, −0.002]</w:t>
            </w:r>
          </w:p>
        </w:tc>
        <w:tc>
          <w:tcPr>
            <w:tcW w:w="2260" w:type="dxa"/>
          </w:tcPr>
          <w:p w14:paraId="7314789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−1.045* [−1.233, −0.858]</w:t>
            </w:r>
          </w:p>
        </w:tc>
        <w:tc>
          <w:tcPr>
            <w:tcW w:w="2260" w:type="dxa"/>
          </w:tcPr>
          <w:p w14:paraId="7362743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+0.003 [−0.053, +0.058]</w:t>
            </w:r>
          </w:p>
        </w:tc>
        <w:tc>
          <w:tcPr>
            <w:tcW w:w="2260" w:type="dxa"/>
          </w:tcPr>
          <w:p w14:paraId="231179D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+0.020* [+0.002, +0.038]</w:t>
            </w:r>
          </w:p>
        </w:tc>
      </w:tr>
      <w:tr w:rsidR="00947F3E" w:rsidRPr="00947F3E" w14:paraId="6F50DE33" w14:textId="77777777" w:rsidTr="00713D93">
        <w:trPr>
          <w:jc w:val="center"/>
        </w:trPr>
        <w:tc>
          <w:tcPr>
            <w:tcW w:w="2830" w:type="dxa"/>
          </w:tcPr>
          <w:p w14:paraId="7EF5EC18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VO₂max-shuttle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, Male, 40–64 y</w:t>
            </w:r>
          </w:p>
        </w:tc>
        <w:tc>
          <w:tcPr>
            <w:tcW w:w="1692" w:type="dxa"/>
          </w:tcPr>
          <w:p w14:paraId="3B6F48A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622</w:t>
            </w:r>
          </w:p>
        </w:tc>
        <w:tc>
          <w:tcPr>
            <w:tcW w:w="2260" w:type="dxa"/>
          </w:tcPr>
          <w:p w14:paraId="374248B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+0.012 [−0.011, +0.035]</w:t>
            </w:r>
          </w:p>
        </w:tc>
        <w:tc>
          <w:tcPr>
            <w:tcW w:w="2260" w:type="dxa"/>
          </w:tcPr>
          <w:p w14:paraId="04EB7FF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−0.955* [−1.160, −0.750]</w:t>
            </w:r>
          </w:p>
        </w:tc>
        <w:tc>
          <w:tcPr>
            <w:tcW w:w="2260" w:type="dxa"/>
          </w:tcPr>
          <w:p w14:paraId="59994CD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−0.031 [−0.091, +0.030]</w:t>
            </w:r>
          </w:p>
        </w:tc>
        <w:tc>
          <w:tcPr>
            <w:tcW w:w="2260" w:type="dxa"/>
          </w:tcPr>
          <w:p w14:paraId="6925EF0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−0.011 [−0.033, +0.011]</w:t>
            </w:r>
          </w:p>
        </w:tc>
      </w:tr>
      <w:tr w:rsidR="00947F3E" w:rsidRPr="00947F3E" w14:paraId="64C7EDBE" w14:textId="77777777" w:rsidTr="00713D93">
        <w:trPr>
          <w:jc w:val="center"/>
        </w:trPr>
        <w:tc>
          <w:tcPr>
            <w:tcW w:w="2830" w:type="dxa"/>
          </w:tcPr>
          <w:p w14:paraId="0C693CDF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VO₂max-shuttle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, Female, 19–39 y</w:t>
            </w:r>
          </w:p>
        </w:tc>
        <w:tc>
          <w:tcPr>
            <w:tcW w:w="1692" w:type="dxa"/>
          </w:tcPr>
          <w:p w14:paraId="3C50F1A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205</w:t>
            </w:r>
          </w:p>
        </w:tc>
        <w:tc>
          <w:tcPr>
            <w:tcW w:w="2260" w:type="dxa"/>
          </w:tcPr>
          <w:p w14:paraId="085482A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−0.002 [−0.055, +0.052]</w:t>
            </w:r>
          </w:p>
        </w:tc>
        <w:tc>
          <w:tcPr>
            <w:tcW w:w="2260" w:type="dxa"/>
          </w:tcPr>
          <w:p w14:paraId="2D25A78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−0.716* [−0.961, −0.472]</w:t>
            </w:r>
          </w:p>
        </w:tc>
        <w:tc>
          <w:tcPr>
            <w:tcW w:w="2260" w:type="dxa"/>
          </w:tcPr>
          <w:p w14:paraId="18988B8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−0.056 [−0.151, +0.040]</w:t>
            </w:r>
          </w:p>
        </w:tc>
        <w:tc>
          <w:tcPr>
            <w:tcW w:w="2260" w:type="dxa"/>
          </w:tcPr>
          <w:p w14:paraId="2F2CCD2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+0.001 [−0.037, +0.039]</w:t>
            </w:r>
          </w:p>
        </w:tc>
      </w:tr>
      <w:tr w:rsidR="00947F3E" w:rsidRPr="00947F3E" w14:paraId="503DB97F" w14:textId="77777777" w:rsidTr="00713D93">
        <w:trPr>
          <w:jc w:val="center"/>
        </w:trPr>
        <w:tc>
          <w:tcPr>
            <w:tcW w:w="2830" w:type="dxa"/>
          </w:tcPr>
          <w:p w14:paraId="64F88D47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VO₂max-shuttle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, Female, 40–64 y</w:t>
            </w:r>
          </w:p>
        </w:tc>
        <w:tc>
          <w:tcPr>
            <w:tcW w:w="1692" w:type="dxa"/>
          </w:tcPr>
          <w:p w14:paraId="2E50D54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266</w:t>
            </w:r>
          </w:p>
        </w:tc>
        <w:tc>
          <w:tcPr>
            <w:tcW w:w="2260" w:type="dxa"/>
          </w:tcPr>
          <w:p w14:paraId="6E12E1A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+0.019 [−0.021, +0.059]</w:t>
            </w:r>
          </w:p>
        </w:tc>
        <w:tc>
          <w:tcPr>
            <w:tcW w:w="2260" w:type="dxa"/>
          </w:tcPr>
          <w:p w14:paraId="6566B95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−0.742* [−0.912, −0.573]</w:t>
            </w:r>
          </w:p>
        </w:tc>
        <w:tc>
          <w:tcPr>
            <w:tcW w:w="2260" w:type="dxa"/>
          </w:tcPr>
          <w:p w14:paraId="30E17FD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−0.044 [−0.100, +0.012]</w:t>
            </w:r>
          </w:p>
        </w:tc>
        <w:tc>
          <w:tcPr>
            <w:tcW w:w="2260" w:type="dxa"/>
          </w:tcPr>
          <w:p w14:paraId="55F26C9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−0.014 [−0.044, +0.015]</w:t>
            </w:r>
          </w:p>
        </w:tc>
      </w:tr>
      <w:tr w:rsidR="00947F3E" w:rsidRPr="00947F3E" w14:paraId="4A6C0BC6" w14:textId="77777777" w:rsidTr="00713D93">
        <w:trPr>
          <w:jc w:val="center"/>
        </w:trPr>
        <w:tc>
          <w:tcPr>
            <w:tcW w:w="2830" w:type="dxa"/>
          </w:tcPr>
          <w:p w14:paraId="6B021DA4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VO₂max-step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, Male, 19–39 y</w:t>
            </w:r>
          </w:p>
        </w:tc>
        <w:tc>
          <w:tcPr>
            <w:tcW w:w="1692" w:type="dxa"/>
          </w:tcPr>
          <w:p w14:paraId="4B381AF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2,109</w:t>
            </w:r>
          </w:p>
        </w:tc>
        <w:tc>
          <w:tcPr>
            <w:tcW w:w="2260" w:type="dxa"/>
          </w:tcPr>
          <w:p w14:paraId="426FF98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+0.001 [−0.009, +0.011]</w:t>
            </w:r>
          </w:p>
        </w:tc>
        <w:tc>
          <w:tcPr>
            <w:tcW w:w="2260" w:type="dxa"/>
          </w:tcPr>
          <w:p w14:paraId="5CC3C06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−0.985* [−1.074, −0.896]</w:t>
            </w:r>
          </w:p>
        </w:tc>
        <w:tc>
          <w:tcPr>
            <w:tcW w:w="2260" w:type="dxa"/>
          </w:tcPr>
          <w:p w14:paraId="5CB8F08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+0.000 [−0.021, +0.021]</w:t>
            </w:r>
          </w:p>
        </w:tc>
        <w:tc>
          <w:tcPr>
            <w:tcW w:w="2260" w:type="dxa"/>
          </w:tcPr>
          <w:p w14:paraId="3DF0655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−0.001 [−0.011, +0.009]</w:t>
            </w:r>
          </w:p>
        </w:tc>
      </w:tr>
      <w:tr w:rsidR="00947F3E" w:rsidRPr="00947F3E" w14:paraId="21F77518" w14:textId="77777777" w:rsidTr="00713D93">
        <w:trPr>
          <w:jc w:val="center"/>
        </w:trPr>
        <w:tc>
          <w:tcPr>
            <w:tcW w:w="2830" w:type="dxa"/>
          </w:tcPr>
          <w:p w14:paraId="2E0C96FA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VO₂max-step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, Male, 40–64 y</w:t>
            </w:r>
          </w:p>
        </w:tc>
        <w:tc>
          <w:tcPr>
            <w:tcW w:w="1692" w:type="dxa"/>
          </w:tcPr>
          <w:p w14:paraId="3408CBD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1,633</w:t>
            </w:r>
          </w:p>
        </w:tc>
        <w:tc>
          <w:tcPr>
            <w:tcW w:w="2260" w:type="dxa"/>
          </w:tcPr>
          <w:p w14:paraId="507FBFF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−0.006 [−0.015, +0.003]</w:t>
            </w:r>
          </w:p>
        </w:tc>
        <w:tc>
          <w:tcPr>
            <w:tcW w:w="2260" w:type="dxa"/>
          </w:tcPr>
          <w:p w14:paraId="4FF4DCB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−0.951* [−1.060, −0.841]</w:t>
            </w:r>
          </w:p>
        </w:tc>
        <w:tc>
          <w:tcPr>
            <w:tcW w:w="2260" w:type="dxa"/>
          </w:tcPr>
          <w:p w14:paraId="7FC4653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+0.036* [+0.016, +0.056]</w:t>
            </w:r>
          </w:p>
        </w:tc>
        <w:tc>
          <w:tcPr>
            <w:tcW w:w="2260" w:type="dxa"/>
          </w:tcPr>
          <w:p w14:paraId="2C6B0DA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+0.006 [−0.003, +0.014]</w:t>
            </w:r>
          </w:p>
        </w:tc>
      </w:tr>
      <w:tr w:rsidR="00947F3E" w:rsidRPr="00947F3E" w14:paraId="1EDC9A72" w14:textId="77777777" w:rsidTr="00713D93">
        <w:trPr>
          <w:jc w:val="center"/>
        </w:trPr>
        <w:tc>
          <w:tcPr>
            <w:tcW w:w="2830" w:type="dxa"/>
          </w:tcPr>
          <w:p w14:paraId="2D53E0C1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VO₂max-step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, Female, 19–39 y</w:t>
            </w:r>
          </w:p>
        </w:tc>
        <w:tc>
          <w:tcPr>
            <w:tcW w:w="1692" w:type="dxa"/>
          </w:tcPr>
          <w:p w14:paraId="05E2071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325</w:t>
            </w:r>
          </w:p>
        </w:tc>
        <w:tc>
          <w:tcPr>
            <w:tcW w:w="2260" w:type="dxa"/>
          </w:tcPr>
          <w:p w14:paraId="4B36889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−0.024 [−0.058, +0.010]</w:t>
            </w:r>
          </w:p>
        </w:tc>
        <w:tc>
          <w:tcPr>
            <w:tcW w:w="2260" w:type="dxa"/>
          </w:tcPr>
          <w:p w14:paraId="0623128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−0.838* [−1.002, −0.675]</w:t>
            </w:r>
          </w:p>
        </w:tc>
        <w:tc>
          <w:tcPr>
            <w:tcW w:w="2260" w:type="dxa"/>
          </w:tcPr>
          <w:p w14:paraId="0A8985D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+0.016 [−0.036, +0.068]</w:t>
            </w:r>
          </w:p>
        </w:tc>
        <w:tc>
          <w:tcPr>
            <w:tcW w:w="2260" w:type="dxa"/>
          </w:tcPr>
          <w:p w14:paraId="58DFDAE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+0.020 [−0.009, +0.049]</w:t>
            </w:r>
          </w:p>
        </w:tc>
      </w:tr>
      <w:tr w:rsidR="00947F3E" w:rsidRPr="00947F3E" w14:paraId="6455E18B" w14:textId="77777777" w:rsidTr="00713D93">
        <w:trPr>
          <w:jc w:val="center"/>
        </w:trPr>
        <w:tc>
          <w:tcPr>
            <w:tcW w:w="2830" w:type="dxa"/>
          </w:tcPr>
          <w:p w14:paraId="101DBD71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VO₂max-step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, Female, 40–64 y</w:t>
            </w:r>
          </w:p>
        </w:tc>
        <w:tc>
          <w:tcPr>
            <w:tcW w:w="1692" w:type="dxa"/>
          </w:tcPr>
          <w:p w14:paraId="5FF94A1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681</w:t>
            </w:r>
          </w:p>
        </w:tc>
        <w:tc>
          <w:tcPr>
            <w:tcW w:w="2260" w:type="dxa"/>
          </w:tcPr>
          <w:p w14:paraId="799CAE2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−0.021* [−0.037, −0.005]</w:t>
            </w:r>
          </w:p>
        </w:tc>
        <w:tc>
          <w:tcPr>
            <w:tcW w:w="2260" w:type="dxa"/>
          </w:tcPr>
          <w:p w14:paraId="0AD2A8F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−0.843* [−1.002, −0.685]</w:t>
            </w:r>
          </w:p>
        </w:tc>
        <w:tc>
          <w:tcPr>
            <w:tcW w:w="2260" w:type="dxa"/>
          </w:tcPr>
          <w:p w14:paraId="4EA8398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+0.017 [−0.016, +0.050]</w:t>
            </w:r>
          </w:p>
        </w:tc>
        <w:tc>
          <w:tcPr>
            <w:tcW w:w="2260" w:type="dxa"/>
          </w:tcPr>
          <w:p w14:paraId="26B40CA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+0.018* [+0.004, +0.031]</w:t>
            </w:r>
          </w:p>
        </w:tc>
      </w:tr>
    </w:tbl>
    <w:p w14:paraId="4DBA75E6" w14:textId="77777777" w:rsidR="0077568B" w:rsidRPr="00947F3E" w:rsidRDefault="004C7B7C">
      <w:pPr>
        <w:spacing w:before="160" w:after="80"/>
      </w:pPr>
      <w:r>
        <w:rPr>
          <w:rFonts w:ascii="Times New Roman" w:hAnsi="Times New Roman"/>
          <w:b/>
          <w:i/>
          <w:sz w:val="20"/>
        </w:rPr>
        <w:t>Panel C. Summary: Female-</w:t>
      </w:r>
      <w:proofErr w:type="spellStart"/>
      <w:r>
        <w:rPr>
          <w:rFonts w:ascii="Times New Roman" w:hAnsi="Times New Roman"/>
          <w:b/>
          <w:i/>
          <w:sz w:val="20"/>
        </w:rPr>
        <w:t>favouring</w:t>
      </w:r>
      <w:proofErr w:type="spellEnd"/>
      <w:r>
        <w:rPr>
          <w:rFonts w:ascii="Times New Roman" w:hAnsi="Times New Roman"/>
          <w:b/>
          <w:i/>
          <w:sz w:val="20"/>
        </w:rPr>
        <w:t xml:space="preserve"> partial η² pattern within age strata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261"/>
        <w:gridCol w:w="2261"/>
        <w:gridCol w:w="2260"/>
        <w:gridCol w:w="2260"/>
        <w:gridCol w:w="2260"/>
        <w:gridCol w:w="2260"/>
      </w:tblGrid>
      <w:tr w:rsidR="00947F3E" w:rsidRPr="00947F3E" w14:paraId="0D4913D3" w14:textId="77777777">
        <w:trPr>
          <w:jc w:val="center"/>
        </w:trPr>
        <w:tc>
          <w:tcPr>
            <w:tcW w:w="2262" w:type="dxa"/>
            <w:shd w:val="clear" w:color="auto" w:fill="D9E2F3"/>
          </w:tcPr>
          <w:p w14:paraId="0549E1A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Outcome</w:t>
            </w:r>
          </w:p>
        </w:tc>
        <w:tc>
          <w:tcPr>
            <w:tcW w:w="2262" w:type="dxa"/>
            <w:shd w:val="clear" w:color="auto" w:fill="D9E2F3"/>
          </w:tcPr>
          <w:p w14:paraId="7E63A3F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Age stratum</w:t>
            </w:r>
          </w:p>
        </w:tc>
        <w:tc>
          <w:tcPr>
            <w:tcW w:w="2262" w:type="dxa"/>
            <w:shd w:val="clear" w:color="auto" w:fill="D9E2F3"/>
          </w:tcPr>
          <w:p w14:paraId="4F96B0D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Male ηp²</w:t>
            </w:r>
          </w:p>
        </w:tc>
        <w:tc>
          <w:tcPr>
            <w:tcW w:w="2262" w:type="dxa"/>
            <w:shd w:val="clear" w:color="auto" w:fill="D9E2F3"/>
          </w:tcPr>
          <w:p w14:paraId="630C290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Female ηp²</w:t>
            </w:r>
          </w:p>
        </w:tc>
        <w:tc>
          <w:tcPr>
            <w:tcW w:w="2262" w:type="dxa"/>
            <w:shd w:val="clear" w:color="auto" w:fill="D9E2F3"/>
          </w:tcPr>
          <w:p w14:paraId="648E354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Female − Male</w:t>
            </w:r>
          </w:p>
        </w:tc>
        <w:tc>
          <w:tcPr>
            <w:tcW w:w="2262" w:type="dxa"/>
            <w:shd w:val="clear" w:color="auto" w:fill="D9E2F3"/>
          </w:tcPr>
          <w:p w14:paraId="3E9FA35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Direction</w:t>
            </w:r>
          </w:p>
        </w:tc>
      </w:tr>
      <w:tr w:rsidR="00947F3E" w:rsidRPr="00947F3E" w14:paraId="751BCB0F" w14:textId="77777777">
        <w:trPr>
          <w:jc w:val="center"/>
        </w:trPr>
        <w:tc>
          <w:tcPr>
            <w:tcW w:w="2262" w:type="dxa"/>
          </w:tcPr>
          <w:p w14:paraId="478A3E5F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VO₂max-shuttle</w:t>
            </w:r>
            <w:proofErr w:type="spellEnd"/>
          </w:p>
        </w:tc>
        <w:tc>
          <w:tcPr>
            <w:tcW w:w="2262" w:type="dxa"/>
          </w:tcPr>
          <w:p w14:paraId="1D87AF9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19–39 y</w:t>
            </w:r>
          </w:p>
        </w:tc>
        <w:tc>
          <w:tcPr>
            <w:tcW w:w="2262" w:type="dxa"/>
          </w:tcPr>
          <w:p w14:paraId="7968B92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.0163</w:t>
            </w:r>
          </w:p>
        </w:tc>
        <w:tc>
          <w:tcPr>
            <w:tcW w:w="2262" w:type="dxa"/>
          </w:tcPr>
          <w:p w14:paraId="41930F7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.0182</w:t>
            </w:r>
          </w:p>
        </w:tc>
        <w:tc>
          <w:tcPr>
            <w:tcW w:w="2262" w:type="dxa"/>
          </w:tcPr>
          <w:p w14:paraId="41C41D9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+.0019</w:t>
            </w:r>
          </w:p>
        </w:tc>
        <w:tc>
          <w:tcPr>
            <w:tcW w:w="2262" w:type="dxa"/>
          </w:tcPr>
          <w:p w14:paraId="1BB11FC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Female &gt; Male ✓</w:t>
            </w:r>
          </w:p>
        </w:tc>
      </w:tr>
      <w:tr w:rsidR="00947F3E" w:rsidRPr="00947F3E" w14:paraId="796C42EF" w14:textId="77777777">
        <w:trPr>
          <w:jc w:val="center"/>
        </w:trPr>
        <w:tc>
          <w:tcPr>
            <w:tcW w:w="2262" w:type="dxa"/>
          </w:tcPr>
          <w:p w14:paraId="4649F523" w14:textId="77777777" w:rsidR="0077568B" w:rsidRPr="00947F3E" w:rsidRDefault="0077568B"/>
        </w:tc>
        <w:tc>
          <w:tcPr>
            <w:tcW w:w="2262" w:type="dxa"/>
          </w:tcPr>
          <w:p w14:paraId="1E4E0EC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40–64 y</w:t>
            </w:r>
          </w:p>
        </w:tc>
        <w:tc>
          <w:tcPr>
            <w:tcW w:w="2262" w:type="dxa"/>
          </w:tcPr>
          <w:p w14:paraId="339940E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.0175</w:t>
            </w:r>
          </w:p>
        </w:tc>
        <w:tc>
          <w:tcPr>
            <w:tcW w:w="2262" w:type="dxa"/>
          </w:tcPr>
          <w:p w14:paraId="195AE31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.0363</w:t>
            </w:r>
          </w:p>
        </w:tc>
        <w:tc>
          <w:tcPr>
            <w:tcW w:w="2262" w:type="dxa"/>
          </w:tcPr>
          <w:p w14:paraId="4EC78E2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+.0188</w:t>
            </w:r>
          </w:p>
        </w:tc>
        <w:tc>
          <w:tcPr>
            <w:tcW w:w="2262" w:type="dxa"/>
          </w:tcPr>
          <w:p w14:paraId="58A6287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Female &gt; Male ✓</w:t>
            </w:r>
          </w:p>
        </w:tc>
      </w:tr>
      <w:tr w:rsidR="00947F3E" w:rsidRPr="00947F3E" w14:paraId="510E1AA0" w14:textId="77777777">
        <w:trPr>
          <w:jc w:val="center"/>
        </w:trPr>
        <w:tc>
          <w:tcPr>
            <w:tcW w:w="2262" w:type="dxa"/>
          </w:tcPr>
          <w:p w14:paraId="4950D0DF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VO₂max-step</w:t>
            </w:r>
            <w:proofErr w:type="spellEnd"/>
          </w:p>
        </w:tc>
        <w:tc>
          <w:tcPr>
            <w:tcW w:w="2262" w:type="dxa"/>
          </w:tcPr>
          <w:p w14:paraId="3C69D33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19–39 y</w:t>
            </w:r>
          </w:p>
        </w:tc>
        <w:tc>
          <w:tcPr>
            <w:tcW w:w="2262" w:type="dxa"/>
          </w:tcPr>
          <w:p w14:paraId="42D843B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.0229</w:t>
            </w:r>
          </w:p>
        </w:tc>
        <w:tc>
          <w:tcPr>
            <w:tcW w:w="2262" w:type="dxa"/>
          </w:tcPr>
          <w:p w14:paraId="7DAA847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.0257</w:t>
            </w:r>
          </w:p>
        </w:tc>
        <w:tc>
          <w:tcPr>
            <w:tcW w:w="2262" w:type="dxa"/>
          </w:tcPr>
          <w:p w14:paraId="11A7CF6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+.0028</w:t>
            </w:r>
          </w:p>
        </w:tc>
        <w:tc>
          <w:tcPr>
            <w:tcW w:w="2262" w:type="dxa"/>
          </w:tcPr>
          <w:p w14:paraId="6DCC48B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Female &gt; Male ✓</w:t>
            </w:r>
          </w:p>
        </w:tc>
      </w:tr>
      <w:tr w:rsidR="00947F3E" w:rsidRPr="00947F3E" w14:paraId="31EE857C" w14:textId="77777777">
        <w:trPr>
          <w:jc w:val="center"/>
        </w:trPr>
        <w:tc>
          <w:tcPr>
            <w:tcW w:w="2262" w:type="dxa"/>
          </w:tcPr>
          <w:p w14:paraId="25204212" w14:textId="77777777" w:rsidR="0077568B" w:rsidRPr="00947F3E" w:rsidRDefault="0077568B"/>
        </w:tc>
        <w:tc>
          <w:tcPr>
            <w:tcW w:w="2262" w:type="dxa"/>
          </w:tcPr>
          <w:p w14:paraId="61936D2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40–64 y</w:t>
            </w:r>
          </w:p>
        </w:tc>
        <w:tc>
          <w:tcPr>
            <w:tcW w:w="2262" w:type="dxa"/>
          </w:tcPr>
          <w:p w14:paraId="6FCE547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.0198</w:t>
            </w:r>
          </w:p>
        </w:tc>
        <w:tc>
          <w:tcPr>
            <w:tcW w:w="2262" w:type="dxa"/>
          </w:tcPr>
          <w:p w14:paraId="598C46E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.0190</w:t>
            </w:r>
          </w:p>
        </w:tc>
        <w:tc>
          <w:tcPr>
            <w:tcW w:w="2262" w:type="dxa"/>
          </w:tcPr>
          <w:p w14:paraId="75880F2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−0.0008</w:t>
            </w:r>
          </w:p>
        </w:tc>
        <w:tc>
          <w:tcPr>
            <w:tcW w:w="2262" w:type="dxa"/>
          </w:tcPr>
          <w:p w14:paraId="7FBA878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≈ (equal)</w:t>
            </w:r>
          </w:p>
        </w:tc>
      </w:tr>
    </w:tbl>
    <w:p w14:paraId="2683C37C" w14:textId="77777777" w:rsidR="0077568B" w:rsidRPr="00947F3E" w:rsidRDefault="004C7B7C">
      <w:pPr>
        <w:spacing w:before="60" w:after="240"/>
        <w:jc w:val="both"/>
      </w:pPr>
      <w:r>
        <w:rPr>
          <w:rFonts w:ascii="Times New Roman" w:hAnsi="Times New Roman"/>
          <w:i/>
          <w:sz w:val="20"/>
        </w:rPr>
        <w:lastRenderedPageBreak/>
        <w:t xml:space="preserve">ANCOVA models specified as: outcome ∼ time × group + age + pre-measurement BMI + revisit interval. Partial η² is reported for the Time × Group interaction. DG/MG/IG classifications were defined by sample quartiles of percentage BMI change. Path-analytic coefficients (Panel B) are point estimates with approximate 95% CIs (± 1.96 × SE) from </w:t>
      </w:r>
      <w:proofErr w:type="spellStart"/>
      <w:r>
        <w:rPr>
          <w:rFonts w:ascii="Times New Roman" w:hAnsi="Times New Roman"/>
          <w:i/>
          <w:sz w:val="20"/>
        </w:rPr>
        <w:t>lavaan</w:t>
      </w:r>
      <w:proofErr w:type="spellEnd"/>
      <w:r>
        <w:rPr>
          <w:rFonts w:ascii="Times New Roman" w:hAnsi="Times New Roman"/>
          <w:i/>
          <w:sz w:val="20"/>
        </w:rPr>
        <w:t xml:space="preserve"> SEM; * indicates p &lt; .05 (z-test). Sample sizes vary by age × sex cell because of outcome-specific missingness (</w:t>
      </w:r>
      <w:proofErr w:type="spellStart"/>
      <w:r>
        <w:rPr>
          <w:rFonts w:ascii="Times New Roman" w:hAnsi="Times New Roman"/>
          <w:i/>
          <w:sz w:val="20"/>
        </w:rPr>
        <w:t>VO₂max-shuttle</w:t>
      </w:r>
      <w:proofErr w:type="spellEnd"/>
      <w:r>
        <w:rPr>
          <w:rFonts w:ascii="Times New Roman" w:hAnsi="Times New Roman"/>
          <w:i/>
          <w:sz w:val="20"/>
        </w:rPr>
        <w:t xml:space="preserve"> and </w:t>
      </w:r>
      <w:proofErr w:type="spellStart"/>
      <w:r>
        <w:rPr>
          <w:rFonts w:ascii="Times New Roman" w:hAnsi="Times New Roman"/>
          <w:i/>
          <w:sz w:val="20"/>
        </w:rPr>
        <w:t>VO₂max-step</w:t>
      </w:r>
      <w:proofErr w:type="spellEnd"/>
      <w:r>
        <w:rPr>
          <w:rFonts w:ascii="Times New Roman" w:hAnsi="Times New Roman"/>
          <w:i/>
          <w:sz w:val="20"/>
        </w:rPr>
        <w:t xml:space="preserve"> are selectively administered). Key finding: the female-</w:t>
      </w:r>
      <w:proofErr w:type="spellStart"/>
      <w:r>
        <w:rPr>
          <w:rFonts w:ascii="Times New Roman" w:hAnsi="Times New Roman"/>
          <w:i/>
          <w:sz w:val="20"/>
        </w:rPr>
        <w:t>favouring</w:t>
      </w:r>
      <w:proofErr w:type="spellEnd"/>
      <w:r>
        <w:rPr>
          <w:rFonts w:ascii="Times New Roman" w:hAnsi="Times New Roman"/>
          <w:i/>
          <w:sz w:val="20"/>
        </w:rPr>
        <w:t xml:space="preserve"> ηp² pattern was preserved in 3 of 4 age × outcome cells, and was most pronounced in the 40–64 y stratum for </w:t>
      </w:r>
      <w:proofErr w:type="spellStart"/>
      <w:r>
        <w:rPr>
          <w:rFonts w:ascii="Times New Roman" w:hAnsi="Times New Roman"/>
          <w:i/>
          <w:sz w:val="20"/>
        </w:rPr>
        <w:t>VO₂max-shuttle</w:t>
      </w:r>
      <w:proofErr w:type="spellEnd"/>
      <w:r>
        <w:rPr>
          <w:rFonts w:ascii="Times New Roman" w:hAnsi="Times New Roman"/>
          <w:i/>
          <w:sz w:val="20"/>
        </w:rPr>
        <w:t xml:space="preserve"> (ηp² = .0363 in women vs .0175 in men). This age-stratified pattern supports the view that the overall female-</w:t>
      </w:r>
      <w:proofErr w:type="spellStart"/>
      <w:r>
        <w:rPr>
          <w:rFonts w:ascii="Times New Roman" w:hAnsi="Times New Roman"/>
          <w:i/>
          <w:sz w:val="20"/>
        </w:rPr>
        <w:t>favouring</w:t>
      </w:r>
      <w:proofErr w:type="spellEnd"/>
      <w:r>
        <w:rPr>
          <w:rFonts w:ascii="Times New Roman" w:hAnsi="Times New Roman"/>
          <w:i/>
          <w:sz w:val="20"/>
        </w:rPr>
        <w:t xml:space="preserve"> cardiorespiratory sex difference is not attributable to age alone. a₃, </w:t>
      </w:r>
      <w:proofErr w:type="spellStart"/>
      <w:r>
        <w:rPr>
          <w:rFonts w:ascii="Times New Roman" w:hAnsi="Times New Roman"/>
          <w:i/>
          <w:sz w:val="20"/>
        </w:rPr>
        <w:t>n_total</w:t>
      </w:r>
      <w:proofErr w:type="spellEnd"/>
      <w:r>
        <w:rPr>
          <w:rFonts w:ascii="Times New Roman" w:hAnsi="Times New Roman"/>
          <w:i/>
          <w:sz w:val="20"/>
        </w:rPr>
        <w:t xml:space="preserve"> → ΔBMI; b, ΔBMI → </w:t>
      </w:r>
      <w:proofErr w:type="spellStart"/>
      <w:r>
        <w:rPr>
          <w:rFonts w:ascii="Times New Roman" w:hAnsi="Times New Roman"/>
          <w:i/>
          <w:sz w:val="20"/>
        </w:rPr>
        <w:t>Δoutcome</w:t>
      </w:r>
      <w:proofErr w:type="spellEnd"/>
      <w:r>
        <w:rPr>
          <w:rFonts w:ascii="Times New Roman" w:hAnsi="Times New Roman"/>
          <w:i/>
          <w:sz w:val="20"/>
        </w:rPr>
        <w:t xml:space="preserve">; c₃′, direct effect of </w:t>
      </w:r>
      <w:proofErr w:type="spellStart"/>
      <w:r>
        <w:rPr>
          <w:rFonts w:ascii="Times New Roman" w:hAnsi="Times New Roman"/>
          <w:i/>
          <w:sz w:val="20"/>
        </w:rPr>
        <w:t>n_total</w:t>
      </w:r>
      <w:proofErr w:type="spellEnd"/>
      <w:r>
        <w:rPr>
          <w:rFonts w:ascii="Times New Roman" w:hAnsi="Times New Roman"/>
          <w:i/>
          <w:sz w:val="20"/>
        </w:rPr>
        <w:t xml:space="preserve"> on </w:t>
      </w:r>
      <w:proofErr w:type="spellStart"/>
      <w:r>
        <w:rPr>
          <w:rFonts w:ascii="Times New Roman" w:hAnsi="Times New Roman"/>
          <w:i/>
          <w:sz w:val="20"/>
        </w:rPr>
        <w:t>Δoutcome</w:t>
      </w:r>
      <w:proofErr w:type="spellEnd"/>
      <w:r>
        <w:rPr>
          <w:rFonts w:ascii="Times New Roman" w:hAnsi="Times New Roman"/>
          <w:i/>
          <w:sz w:val="20"/>
        </w:rPr>
        <w:t>.</w:t>
      </w:r>
    </w:p>
    <w:p w14:paraId="0E36A03C" w14:textId="77777777" w:rsidR="0077568B" w:rsidRPr="00947F3E" w:rsidRDefault="004C7B7C">
      <w:pPr>
        <w:spacing w:before="240" w:after="80"/>
      </w:pPr>
      <w:r>
        <w:rPr>
          <w:rFonts w:ascii="Times New Roman" w:hAnsi="Times New Roman"/>
          <w:b/>
          <w:sz w:val="24"/>
        </w:rPr>
        <w:t>Table S17. Baseline characteristics by cardiorespiratory test assignment group (MNAR-by-design check)</w:t>
      </w:r>
    </w:p>
    <w:p w14:paraId="60ADD6D1" w14:textId="77777777" w:rsidR="0077568B" w:rsidRPr="00947F3E" w:rsidRDefault="004C7B7C">
      <w:pPr>
        <w:spacing w:before="160" w:after="80"/>
      </w:pPr>
      <w:r>
        <w:rPr>
          <w:rFonts w:ascii="Times New Roman" w:hAnsi="Times New Roman"/>
          <w:b/>
          <w:i/>
          <w:sz w:val="20"/>
        </w:rPr>
        <w:t>Panel A. Baseline characteristics across CRF test assignment groups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2835"/>
        <w:gridCol w:w="2268"/>
        <w:gridCol w:w="2409"/>
        <w:gridCol w:w="1701"/>
        <w:gridCol w:w="1660"/>
      </w:tblGrid>
      <w:tr w:rsidR="00947F3E" w:rsidRPr="00947F3E" w14:paraId="7DE78EEF" w14:textId="77777777" w:rsidTr="00713D93">
        <w:trPr>
          <w:jc w:val="center"/>
        </w:trPr>
        <w:tc>
          <w:tcPr>
            <w:tcW w:w="2689" w:type="dxa"/>
            <w:shd w:val="clear" w:color="auto" w:fill="D9E2F3"/>
          </w:tcPr>
          <w:p w14:paraId="0816F28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Variable</w:t>
            </w:r>
          </w:p>
        </w:tc>
        <w:tc>
          <w:tcPr>
            <w:tcW w:w="2835" w:type="dxa"/>
            <w:shd w:val="clear" w:color="auto" w:fill="D9E2F3"/>
          </w:tcPr>
          <w:p w14:paraId="736326B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A: Shuttle-run only (n=3,322)</w:t>
            </w:r>
          </w:p>
        </w:tc>
        <w:tc>
          <w:tcPr>
            <w:tcW w:w="2268" w:type="dxa"/>
            <w:shd w:val="clear" w:color="auto" w:fill="D9E2F3"/>
          </w:tcPr>
          <w:p w14:paraId="3DD230F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B: Step-test only (n=7,286)</w:t>
            </w:r>
          </w:p>
        </w:tc>
        <w:tc>
          <w:tcPr>
            <w:tcW w:w="2409" w:type="dxa"/>
            <w:shd w:val="clear" w:color="auto" w:fill="D9E2F3"/>
          </w:tcPr>
          <w:p w14:paraId="43AD944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C: Both or neither (n=2,372)</w:t>
            </w:r>
          </w:p>
        </w:tc>
        <w:tc>
          <w:tcPr>
            <w:tcW w:w="1701" w:type="dxa"/>
            <w:shd w:val="clear" w:color="auto" w:fill="D9E2F3"/>
          </w:tcPr>
          <w:p w14:paraId="751F31A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F / χ²</w:t>
            </w:r>
          </w:p>
        </w:tc>
        <w:tc>
          <w:tcPr>
            <w:tcW w:w="1660" w:type="dxa"/>
            <w:shd w:val="clear" w:color="auto" w:fill="D9E2F3"/>
          </w:tcPr>
          <w:p w14:paraId="48BFB74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p</w:t>
            </w:r>
          </w:p>
        </w:tc>
      </w:tr>
      <w:tr w:rsidR="00947F3E" w:rsidRPr="00947F3E" w14:paraId="6B0A34EB" w14:textId="77777777" w:rsidTr="00713D93">
        <w:trPr>
          <w:jc w:val="center"/>
        </w:trPr>
        <w:tc>
          <w:tcPr>
            <w:tcW w:w="2689" w:type="dxa"/>
          </w:tcPr>
          <w:p w14:paraId="37636D19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Age (years)</w:t>
            </w:r>
          </w:p>
        </w:tc>
        <w:tc>
          <w:tcPr>
            <w:tcW w:w="2835" w:type="dxa"/>
          </w:tcPr>
          <w:p w14:paraId="7C5D1EB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35.61 ± 14.45</w:t>
            </w:r>
          </w:p>
        </w:tc>
        <w:tc>
          <w:tcPr>
            <w:tcW w:w="2268" w:type="dxa"/>
          </w:tcPr>
          <w:p w14:paraId="1B711D8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39.53 ± 13.45</w:t>
            </w:r>
          </w:p>
        </w:tc>
        <w:tc>
          <w:tcPr>
            <w:tcW w:w="2409" w:type="dxa"/>
          </w:tcPr>
          <w:p w14:paraId="5D86174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37.41 ± 14.81</w:t>
            </w:r>
          </w:p>
        </w:tc>
        <w:tc>
          <w:tcPr>
            <w:tcW w:w="1701" w:type="dxa"/>
          </w:tcPr>
          <w:p w14:paraId="7C39210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93.93</w:t>
            </w:r>
          </w:p>
        </w:tc>
        <w:tc>
          <w:tcPr>
            <w:tcW w:w="1660" w:type="dxa"/>
          </w:tcPr>
          <w:p w14:paraId="36B579B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</w:t>
            </w:r>
          </w:p>
        </w:tc>
      </w:tr>
      <w:tr w:rsidR="00947F3E" w:rsidRPr="00947F3E" w14:paraId="46AF2010" w14:textId="77777777" w:rsidTr="00713D93">
        <w:trPr>
          <w:jc w:val="center"/>
        </w:trPr>
        <w:tc>
          <w:tcPr>
            <w:tcW w:w="2689" w:type="dxa"/>
          </w:tcPr>
          <w:p w14:paraId="019D0F5D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BMI, pre (kg/m²)</w:t>
            </w:r>
          </w:p>
        </w:tc>
        <w:tc>
          <w:tcPr>
            <w:tcW w:w="2835" w:type="dxa"/>
          </w:tcPr>
          <w:p w14:paraId="01631D2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26.87 ± 1.34</w:t>
            </w:r>
          </w:p>
        </w:tc>
        <w:tc>
          <w:tcPr>
            <w:tcW w:w="2268" w:type="dxa"/>
          </w:tcPr>
          <w:p w14:paraId="52624E1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26.85 ± 1.33</w:t>
            </w:r>
          </w:p>
        </w:tc>
        <w:tc>
          <w:tcPr>
            <w:tcW w:w="2409" w:type="dxa"/>
          </w:tcPr>
          <w:p w14:paraId="205B97E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26.86 ± 1.34</w:t>
            </w:r>
          </w:p>
        </w:tc>
        <w:tc>
          <w:tcPr>
            <w:tcW w:w="1701" w:type="dxa"/>
          </w:tcPr>
          <w:p w14:paraId="74DFFAB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0.45</w:t>
            </w:r>
          </w:p>
        </w:tc>
        <w:tc>
          <w:tcPr>
            <w:tcW w:w="1660" w:type="dxa"/>
          </w:tcPr>
          <w:p w14:paraId="4FA34C3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.640</w:t>
            </w:r>
          </w:p>
        </w:tc>
      </w:tr>
      <w:tr w:rsidR="00947F3E" w:rsidRPr="00947F3E" w14:paraId="3517AF46" w14:textId="77777777" w:rsidTr="00713D93">
        <w:trPr>
          <w:jc w:val="center"/>
        </w:trPr>
        <w:tc>
          <w:tcPr>
            <w:tcW w:w="2689" w:type="dxa"/>
          </w:tcPr>
          <w:p w14:paraId="476DCFFE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Body weight, pre (kg)</w:t>
            </w:r>
          </w:p>
        </w:tc>
        <w:tc>
          <w:tcPr>
            <w:tcW w:w="2835" w:type="dxa"/>
          </w:tcPr>
          <w:p w14:paraId="5AD1165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78.42 ± 8.29</w:t>
            </w:r>
          </w:p>
        </w:tc>
        <w:tc>
          <w:tcPr>
            <w:tcW w:w="2268" w:type="dxa"/>
          </w:tcPr>
          <w:p w14:paraId="2253FED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78.31 ± 8.29</w:t>
            </w:r>
          </w:p>
        </w:tc>
        <w:tc>
          <w:tcPr>
            <w:tcW w:w="2409" w:type="dxa"/>
          </w:tcPr>
          <w:p w14:paraId="0B64977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78.14 ± 8.44</w:t>
            </w:r>
          </w:p>
        </w:tc>
        <w:tc>
          <w:tcPr>
            <w:tcW w:w="1701" w:type="dxa"/>
          </w:tcPr>
          <w:p w14:paraId="2D1442E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0.75</w:t>
            </w:r>
          </w:p>
        </w:tc>
        <w:tc>
          <w:tcPr>
            <w:tcW w:w="1660" w:type="dxa"/>
          </w:tcPr>
          <w:p w14:paraId="7D58072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.471</w:t>
            </w:r>
          </w:p>
        </w:tc>
      </w:tr>
      <w:tr w:rsidR="00947F3E" w:rsidRPr="00947F3E" w14:paraId="580CE84D" w14:textId="77777777" w:rsidTr="00713D93">
        <w:trPr>
          <w:jc w:val="center"/>
        </w:trPr>
        <w:tc>
          <w:tcPr>
            <w:tcW w:w="2689" w:type="dxa"/>
          </w:tcPr>
          <w:p w14:paraId="68ABE22D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Waist, pre (cm)</w:t>
            </w:r>
          </w:p>
        </w:tc>
        <w:tc>
          <w:tcPr>
            <w:tcW w:w="2835" w:type="dxa"/>
          </w:tcPr>
          <w:p w14:paraId="2510B8B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89.65 ± 6.59</w:t>
            </w:r>
          </w:p>
        </w:tc>
        <w:tc>
          <w:tcPr>
            <w:tcW w:w="2268" w:type="dxa"/>
          </w:tcPr>
          <w:p w14:paraId="0D8AC1D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89.88 ± 6.36</w:t>
            </w:r>
          </w:p>
        </w:tc>
        <w:tc>
          <w:tcPr>
            <w:tcW w:w="2409" w:type="dxa"/>
          </w:tcPr>
          <w:p w14:paraId="1F3BE10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89.40 ± 6.46</w:t>
            </w:r>
          </w:p>
        </w:tc>
        <w:tc>
          <w:tcPr>
            <w:tcW w:w="1701" w:type="dxa"/>
          </w:tcPr>
          <w:p w14:paraId="5735782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2.85</w:t>
            </w:r>
          </w:p>
        </w:tc>
        <w:tc>
          <w:tcPr>
            <w:tcW w:w="1660" w:type="dxa"/>
          </w:tcPr>
          <w:p w14:paraId="395048F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.058</w:t>
            </w:r>
          </w:p>
        </w:tc>
      </w:tr>
      <w:tr w:rsidR="00947F3E" w:rsidRPr="00947F3E" w14:paraId="2772DFF2" w14:textId="77777777" w:rsidTr="00713D93">
        <w:trPr>
          <w:jc w:val="center"/>
        </w:trPr>
        <w:tc>
          <w:tcPr>
            <w:tcW w:w="2689" w:type="dxa"/>
          </w:tcPr>
          <w:p w14:paraId="0238BC60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Body fat, pre (%)</w:t>
            </w:r>
          </w:p>
        </w:tc>
        <w:tc>
          <w:tcPr>
            <w:tcW w:w="2835" w:type="dxa"/>
          </w:tcPr>
          <w:p w14:paraId="559F5FA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27.55 ± 7.17</w:t>
            </w:r>
          </w:p>
        </w:tc>
        <w:tc>
          <w:tcPr>
            <w:tcW w:w="2268" w:type="dxa"/>
          </w:tcPr>
          <w:p w14:paraId="5E256D0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27.70 ± 6.86</w:t>
            </w:r>
          </w:p>
        </w:tc>
        <w:tc>
          <w:tcPr>
            <w:tcW w:w="2409" w:type="dxa"/>
          </w:tcPr>
          <w:p w14:paraId="5CD46A7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27.83 ± 7.19</w:t>
            </w:r>
          </w:p>
        </w:tc>
        <w:tc>
          <w:tcPr>
            <w:tcW w:w="1701" w:type="dxa"/>
          </w:tcPr>
          <w:p w14:paraId="5C05A85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1.14</w:t>
            </w:r>
          </w:p>
        </w:tc>
        <w:tc>
          <w:tcPr>
            <w:tcW w:w="1660" w:type="dxa"/>
          </w:tcPr>
          <w:p w14:paraId="6018835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.319</w:t>
            </w:r>
          </w:p>
        </w:tc>
      </w:tr>
      <w:tr w:rsidR="00947F3E" w:rsidRPr="00947F3E" w14:paraId="25DCB6E4" w14:textId="77777777" w:rsidTr="00713D93">
        <w:trPr>
          <w:jc w:val="center"/>
        </w:trPr>
        <w:tc>
          <w:tcPr>
            <w:tcW w:w="2689" w:type="dxa"/>
          </w:tcPr>
          <w:p w14:paraId="7D0603C1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SBP, pre (mmHg)</w:t>
            </w:r>
          </w:p>
        </w:tc>
        <w:tc>
          <w:tcPr>
            <w:tcW w:w="2835" w:type="dxa"/>
          </w:tcPr>
          <w:p w14:paraId="6ACAEFD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132.60 ± 13.41</w:t>
            </w:r>
          </w:p>
        </w:tc>
        <w:tc>
          <w:tcPr>
            <w:tcW w:w="2268" w:type="dxa"/>
          </w:tcPr>
          <w:p w14:paraId="065FADC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134.14 ± 13.53</w:t>
            </w:r>
          </w:p>
        </w:tc>
        <w:tc>
          <w:tcPr>
            <w:tcW w:w="2409" w:type="dxa"/>
          </w:tcPr>
          <w:p w14:paraId="1F9B48D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134.85 ± 13.62</w:t>
            </w:r>
          </w:p>
        </w:tc>
        <w:tc>
          <w:tcPr>
            <w:tcW w:w="1701" w:type="dxa"/>
          </w:tcPr>
          <w:p w14:paraId="2346693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22.18</w:t>
            </w:r>
          </w:p>
        </w:tc>
        <w:tc>
          <w:tcPr>
            <w:tcW w:w="1660" w:type="dxa"/>
          </w:tcPr>
          <w:p w14:paraId="5F3F98F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</w:t>
            </w:r>
          </w:p>
        </w:tc>
      </w:tr>
      <w:tr w:rsidR="00947F3E" w:rsidRPr="00947F3E" w14:paraId="54C7A007" w14:textId="77777777" w:rsidTr="00713D93">
        <w:trPr>
          <w:jc w:val="center"/>
        </w:trPr>
        <w:tc>
          <w:tcPr>
            <w:tcW w:w="2689" w:type="dxa"/>
          </w:tcPr>
          <w:p w14:paraId="1F611D46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DBP, pre (mmHg)</w:t>
            </w:r>
          </w:p>
        </w:tc>
        <w:tc>
          <w:tcPr>
            <w:tcW w:w="2835" w:type="dxa"/>
          </w:tcPr>
          <w:p w14:paraId="6BACD51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80.11 ± 9.86</w:t>
            </w:r>
          </w:p>
        </w:tc>
        <w:tc>
          <w:tcPr>
            <w:tcW w:w="2268" w:type="dxa"/>
          </w:tcPr>
          <w:p w14:paraId="60783C0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81.40 ± 10.35</w:t>
            </w:r>
          </w:p>
        </w:tc>
        <w:tc>
          <w:tcPr>
            <w:tcW w:w="2409" w:type="dxa"/>
          </w:tcPr>
          <w:p w14:paraId="7FA2F26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81.39 ± 10.50</w:t>
            </w:r>
          </w:p>
        </w:tc>
        <w:tc>
          <w:tcPr>
            <w:tcW w:w="1701" w:type="dxa"/>
          </w:tcPr>
          <w:p w14:paraId="293AB69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19.35</w:t>
            </w:r>
          </w:p>
        </w:tc>
        <w:tc>
          <w:tcPr>
            <w:tcW w:w="1660" w:type="dxa"/>
          </w:tcPr>
          <w:p w14:paraId="4C7C39F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</w:t>
            </w:r>
          </w:p>
        </w:tc>
      </w:tr>
      <w:tr w:rsidR="00947F3E" w:rsidRPr="00947F3E" w14:paraId="4169B94C" w14:textId="77777777" w:rsidTr="00713D93">
        <w:trPr>
          <w:jc w:val="center"/>
        </w:trPr>
        <w:tc>
          <w:tcPr>
            <w:tcW w:w="2689" w:type="dxa"/>
          </w:tcPr>
          <w:p w14:paraId="0952FF58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Grip-L, pre (kg)</w:t>
            </w:r>
          </w:p>
        </w:tc>
        <w:tc>
          <w:tcPr>
            <w:tcW w:w="2835" w:type="dxa"/>
          </w:tcPr>
          <w:p w14:paraId="501A7B6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39.45 ± 10.19</w:t>
            </w:r>
          </w:p>
        </w:tc>
        <w:tc>
          <w:tcPr>
            <w:tcW w:w="2268" w:type="dxa"/>
          </w:tcPr>
          <w:p w14:paraId="22FE081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39.39 ± 10.02</w:t>
            </w:r>
          </w:p>
        </w:tc>
        <w:tc>
          <w:tcPr>
            <w:tcW w:w="2409" w:type="dxa"/>
          </w:tcPr>
          <w:p w14:paraId="0689787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39.61 ± 10.50</w:t>
            </w:r>
          </w:p>
        </w:tc>
        <w:tc>
          <w:tcPr>
            <w:tcW w:w="1701" w:type="dxa"/>
          </w:tcPr>
          <w:p w14:paraId="62DEDE0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0.41</w:t>
            </w:r>
          </w:p>
        </w:tc>
        <w:tc>
          <w:tcPr>
            <w:tcW w:w="1660" w:type="dxa"/>
          </w:tcPr>
          <w:p w14:paraId="1AF8448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.663</w:t>
            </w:r>
          </w:p>
        </w:tc>
      </w:tr>
      <w:tr w:rsidR="00947F3E" w:rsidRPr="00947F3E" w14:paraId="02E4A5AF" w14:textId="77777777" w:rsidTr="00713D93">
        <w:trPr>
          <w:jc w:val="center"/>
        </w:trPr>
        <w:tc>
          <w:tcPr>
            <w:tcW w:w="2689" w:type="dxa"/>
          </w:tcPr>
          <w:p w14:paraId="0FF672AD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Grip-R, pre (kg)</w:t>
            </w:r>
          </w:p>
        </w:tc>
        <w:tc>
          <w:tcPr>
            <w:tcW w:w="2835" w:type="dxa"/>
          </w:tcPr>
          <w:p w14:paraId="7C9A170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41.96 ± 10.76</w:t>
            </w:r>
          </w:p>
        </w:tc>
        <w:tc>
          <w:tcPr>
            <w:tcW w:w="2268" w:type="dxa"/>
          </w:tcPr>
          <w:p w14:paraId="3E738DD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41.68 ± 10.49</w:t>
            </w:r>
          </w:p>
        </w:tc>
        <w:tc>
          <w:tcPr>
            <w:tcW w:w="2409" w:type="dxa"/>
          </w:tcPr>
          <w:p w14:paraId="7215407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41.90 ± 11.00</w:t>
            </w:r>
          </w:p>
        </w:tc>
        <w:tc>
          <w:tcPr>
            <w:tcW w:w="1701" w:type="dxa"/>
          </w:tcPr>
          <w:p w14:paraId="345689B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0.93</w:t>
            </w:r>
          </w:p>
        </w:tc>
        <w:tc>
          <w:tcPr>
            <w:tcW w:w="1660" w:type="dxa"/>
          </w:tcPr>
          <w:p w14:paraId="76ED265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.395</w:t>
            </w:r>
          </w:p>
        </w:tc>
      </w:tr>
      <w:tr w:rsidR="00947F3E" w:rsidRPr="00947F3E" w14:paraId="732A0D75" w14:textId="77777777" w:rsidTr="00713D93">
        <w:trPr>
          <w:jc w:val="center"/>
        </w:trPr>
        <w:tc>
          <w:tcPr>
            <w:tcW w:w="2689" w:type="dxa"/>
          </w:tcPr>
          <w:p w14:paraId="18B4E88B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Rel. grip, pre (%)</w:t>
            </w:r>
          </w:p>
        </w:tc>
        <w:tc>
          <w:tcPr>
            <w:tcW w:w="2835" w:type="dxa"/>
          </w:tcPr>
          <w:p w14:paraId="6F49D84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54.07 ± 11.14</w:t>
            </w:r>
          </w:p>
        </w:tc>
        <w:tc>
          <w:tcPr>
            <w:tcW w:w="2268" w:type="dxa"/>
          </w:tcPr>
          <w:p w14:paraId="7EFB7DC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53.73 ± 10.73</w:t>
            </w:r>
          </w:p>
        </w:tc>
        <w:tc>
          <w:tcPr>
            <w:tcW w:w="2409" w:type="dxa"/>
          </w:tcPr>
          <w:p w14:paraId="11150E8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54.09 ± 11.24</w:t>
            </w:r>
          </w:p>
        </w:tc>
        <w:tc>
          <w:tcPr>
            <w:tcW w:w="1701" w:type="dxa"/>
          </w:tcPr>
          <w:p w14:paraId="6FDB967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1.61</w:t>
            </w:r>
          </w:p>
        </w:tc>
        <w:tc>
          <w:tcPr>
            <w:tcW w:w="1660" w:type="dxa"/>
          </w:tcPr>
          <w:p w14:paraId="5628B80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.200</w:t>
            </w:r>
          </w:p>
        </w:tc>
      </w:tr>
      <w:tr w:rsidR="00947F3E" w:rsidRPr="00947F3E" w14:paraId="0CA94F74" w14:textId="77777777" w:rsidTr="00713D93">
        <w:trPr>
          <w:jc w:val="center"/>
        </w:trPr>
        <w:tc>
          <w:tcPr>
            <w:tcW w:w="2689" w:type="dxa"/>
          </w:tcPr>
          <w:p w14:paraId="2F5344EE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Sit-and-reach, pre (cm)</w:t>
            </w:r>
          </w:p>
        </w:tc>
        <w:tc>
          <w:tcPr>
            <w:tcW w:w="2835" w:type="dxa"/>
          </w:tcPr>
          <w:p w14:paraId="2888290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9.92 ± 8.71</w:t>
            </w:r>
          </w:p>
        </w:tc>
        <w:tc>
          <w:tcPr>
            <w:tcW w:w="2268" w:type="dxa"/>
          </w:tcPr>
          <w:p w14:paraId="0A9A4E0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9.85 ± 8.59</w:t>
            </w:r>
          </w:p>
        </w:tc>
        <w:tc>
          <w:tcPr>
            <w:tcW w:w="2409" w:type="dxa"/>
          </w:tcPr>
          <w:p w14:paraId="5CB038A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10.62 ± 8.25</w:t>
            </w:r>
          </w:p>
        </w:tc>
        <w:tc>
          <w:tcPr>
            <w:tcW w:w="1701" w:type="dxa"/>
          </w:tcPr>
          <w:p w14:paraId="6F7993B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7.33</w:t>
            </w:r>
          </w:p>
        </w:tc>
        <w:tc>
          <w:tcPr>
            <w:tcW w:w="1660" w:type="dxa"/>
          </w:tcPr>
          <w:p w14:paraId="2625A14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</w:t>
            </w:r>
          </w:p>
        </w:tc>
      </w:tr>
      <w:tr w:rsidR="00947F3E" w:rsidRPr="00947F3E" w14:paraId="35755FA6" w14:textId="77777777" w:rsidTr="00713D93">
        <w:trPr>
          <w:jc w:val="center"/>
        </w:trPr>
        <w:tc>
          <w:tcPr>
            <w:tcW w:w="2689" w:type="dxa"/>
          </w:tcPr>
          <w:p w14:paraId="5659D820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Cross sit-ups, pre (reps)</w:t>
            </w:r>
          </w:p>
        </w:tc>
        <w:tc>
          <w:tcPr>
            <w:tcW w:w="2835" w:type="dxa"/>
          </w:tcPr>
          <w:p w14:paraId="4FC52C4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35.22 ± 14.84</w:t>
            </w:r>
          </w:p>
        </w:tc>
        <w:tc>
          <w:tcPr>
            <w:tcW w:w="2268" w:type="dxa"/>
          </w:tcPr>
          <w:p w14:paraId="5A41564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33.97 ± 14.95</w:t>
            </w:r>
          </w:p>
        </w:tc>
        <w:tc>
          <w:tcPr>
            <w:tcW w:w="2409" w:type="dxa"/>
          </w:tcPr>
          <w:p w14:paraId="179870A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35.06 ± 15.33</w:t>
            </w:r>
          </w:p>
        </w:tc>
        <w:tc>
          <w:tcPr>
            <w:tcW w:w="1701" w:type="dxa"/>
          </w:tcPr>
          <w:p w14:paraId="4E26CF1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9.93</w:t>
            </w:r>
          </w:p>
        </w:tc>
        <w:tc>
          <w:tcPr>
            <w:tcW w:w="1660" w:type="dxa"/>
          </w:tcPr>
          <w:p w14:paraId="41E2D0E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</w:t>
            </w:r>
          </w:p>
        </w:tc>
      </w:tr>
      <w:tr w:rsidR="00947F3E" w:rsidRPr="00947F3E" w14:paraId="4903B3DC" w14:textId="77777777" w:rsidTr="00713D93">
        <w:trPr>
          <w:jc w:val="center"/>
        </w:trPr>
        <w:tc>
          <w:tcPr>
            <w:tcW w:w="2689" w:type="dxa"/>
          </w:tcPr>
          <w:p w14:paraId="72E33772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Standing long jump, pre (cm)</w:t>
            </w:r>
          </w:p>
        </w:tc>
        <w:tc>
          <w:tcPr>
            <w:tcW w:w="2835" w:type="dxa"/>
          </w:tcPr>
          <w:p w14:paraId="11D30FF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191.17 ± 38.41</w:t>
            </w:r>
          </w:p>
        </w:tc>
        <w:tc>
          <w:tcPr>
            <w:tcW w:w="2268" w:type="dxa"/>
          </w:tcPr>
          <w:p w14:paraId="6917706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188.34 ± 39.08</w:t>
            </w:r>
          </w:p>
        </w:tc>
        <w:tc>
          <w:tcPr>
            <w:tcW w:w="2409" w:type="dxa"/>
          </w:tcPr>
          <w:p w14:paraId="433F45A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191.14 ± 38.14</w:t>
            </w:r>
          </w:p>
        </w:tc>
        <w:tc>
          <w:tcPr>
            <w:tcW w:w="1701" w:type="dxa"/>
          </w:tcPr>
          <w:p w14:paraId="6D6000A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5.89</w:t>
            </w:r>
          </w:p>
        </w:tc>
        <w:tc>
          <w:tcPr>
            <w:tcW w:w="1660" w:type="dxa"/>
          </w:tcPr>
          <w:p w14:paraId="17057FC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.003</w:t>
            </w:r>
          </w:p>
        </w:tc>
      </w:tr>
      <w:tr w:rsidR="00947F3E" w:rsidRPr="00947F3E" w14:paraId="4CE788ED" w14:textId="77777777" w:rsidTr="00713D93">
        <w:trPr>
          <w:jc w:val="center"/>
        </w:trPr>
        <w:tc>
          <w:tcPr>
            <w:tcW w:w="2689" w:type="dxa"/>
          </w:tcPr>
          <w:p w14:paraId="2E17CC19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Revisit interval (days)</w:t>
            </w:r>
          </w:p>
        </w:tc>
        <w:tc>
          <w:tcPr>
            <w:tcW w:w="2835" w:type="dxa"/>
          </w:tcPr>
          <w:p w14:paraId="61FDB85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153.40 ± 106.47</w:t>
            </w:r>
          </w:p>
        </w:tc>
        <w:tc>
          <w:tcPr>
            <w:tcW w:w="2268" w:type="dxa"/>
          </w:tcPr>
          <w:p w14:paraId="5D96CD7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194.52 ± 120.03</w:t>
            </w:r>
          </w:p>
        </w:tc>
        <w:tc>
          <w:tcPr>
            <w:tcW w:w="2409" w:type="dxa"/>
          </w:tcPr>
          <w:p w14:paraId="7D54DD2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180.91 ± 119.67</w:t>
            </w:r>
          </w:p>
        </w:tc>
        <w:tc>
          <w:tcPr>
            <w:tcW w:w="1701" w:type="dxa"/>
          </w:tcPr>
          <w:p w14:paraId="3BB48D8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141.84</w:t>
            </w:r>
          </w:p>
        </w:tc>
        <w:tc>
          <w:tcPr>
            <w:tcW w:w="1660" w:type="dxa"/>
          </w:tcPr>
          <w:p w14:paraId="18A6AA7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</w:t>
            </w:r>
          </w:p>
        </w:tc>
      </w:tr>
      <w:tr w:rsidR="00947F3E" w:rsidRPr="00947F3E" w14:paraId="55BC3DE1" w14:textId="77777777" w:rsidTr="00713D93">
        <w:trPr>
          <w:jc w:val="center"/>
        </w:trPr>
        <w:tc>
          <w:tcPr>
            <w:tcW w:w="2689" w:type="dxa"/>
          </w:tcPr>
          <w:p w14:paraId="697CCE2D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Sex: Female, n (%)</w:t>
            </w:r>
          </w:p>
        </w:tc>
        <w:tc>
          <w:tcPr>
            <w:tcW w:w="2835" w:type="dxa"/>
          </w:tcPr>
          <w:p w14:paraId="73FE8BA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703 (21.2%)</w:t>
            </w:r>
          </w:p>
        </w:tc>
        <w:tc>
          <w:tcPr>
            <w:tcW w:w="2268" w:type="dxa"/>
          </w:tcPr>
          <w:p w14:paraId="073FA64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1,540 (21.1%)</w:t>
            </w:r>
          </w:p>
        </w:tc>
        <w:tc>
          <w:tcPr>
            <w:tcW w:w="2409" w:type="dxa"/>
          </w:tcPr>
          <w:p w14:paraId="2FDB0FA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564 (23.8%)</w:t>
            </w:r>
          </w:p>
        </w:tc>
        <w:tc>
          <w:tcPr>
            <w:tcW w:w="1701" w:type="dxa"/>
          </w:tcPr>
          <w:p w14:paraId="01F4E21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χ² = 7.93</w:t>
            </w:r>
          </w:p>
        </w:tc>
        <w:tc>
          <w:tcPr>
            <w:tcW w:w="1660" w:type="dxa"/>
          </w:tcPr>
          <w:p w14:paraId="2A929DC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.019</w:t>
            </w:r>
          </w:p>
        </w:tc>
      </w:tr>
      <w:tr w:rsidR="00947F3E" w:rsidRPr="00947F3E" w14:paraId="06DDB748" w14:textId="77777777" w:rsidTr="00713D93">
        <w:trPr>
          <w:jc w:val="center"/>
        </w:trPr>
        <w:tc>
          <w:tcPr>
            <w:tcW w:w="2689" w:type="dxa"/>
          </w:tcPr>
          <w:p w14:paraId="319EB602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BMI change group: DG, n (%)</w:t>
            </w:r>
          </w:p>
        </w:tc>
        <w:tc>
          <w:tcPr>
            <w:tcW w:w="2835" w:type="dxa"/>
          </w:tcPr>
          <w:p w14:paraId="30B9395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914 (27.5%)</w:t>
            </w:r>
          </w:p>
        </w:tc>
        <w:tc>
          <w:tcPr>
            <w:tcW w:w="2268" w:type="dxa"/>
          </w:tcPr>
          <w:p w14:paraId="4CD913B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1,735 (23.8%)</w:t>
            </w:r>
          </w:p>
        </w:tc>
        <w:tc>
          <w:tcPr>
            <w:tcW w:w="2409" w:type="dxa"/>
          </w:tcPr>
          <w:p w14:paraId="3ED7641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610 (25.7%)</w:t>
            </w:r>
          </w:p>
        </w:tc>
        <w:tc>
          <w:tcPr>
            <w:tcW w:w="1701" w:type="dxa"/>
          </w:tcPr>
          <w:p w14:paraId="6828DC0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χ² = 20.69</w:t>
            </w:r>
          </w:p>
        </w:tc>
        <w:tc>
          <w:tcPr>
            <w:tcW w:w="1660" w:type="dxa"/>
          </w:tcPr>
          <w:p w14:paraId="028D6EB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&lt;.001</w:t>
            </w:r>
          </w:p>
        </w:tc>
      </w:tr>
    </w:tbl>
    <w:p w14:paraId="02CCF33E" w14:textId="77777777" w:rsidR="0077568B" w:rsidRPr="00947F3E" w:rsidRDefault="004C7B7C">
      <w:pPr>
        <w:spacing w:before="160" w:after="80"/>
      </w:pPr>
      <w:r>
        <w:rPr>
          <w:rFonts w:ascii="Times New Roman" w:hAnsi="Times New Roman"/>
          <w:b/>
          <w:i/>
          <w:sz w:val="20"/>
        </w:rPr>
        <w:t>Panel B. Standardized mean differences (|SMD|) between Group A (shuttle-run) and Group B (step-test)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4520"/>
        <w:gridCol w:w="4521"/>
        <w:gridCol w:w="4521"/>
      </w:tblGrid>
      <w:tr w:rsidR="00947F3E" w:rsidRPr="00947F3E" w14:paraId="4144A6ED" w14:textId="77777777">
        <w:trPr>
          <w:jc w:val="center"/>
        </w:trPr>
        <w:tc>
          <w:tcPr>
            <w:tcW w:w="4524" w:type="dxa"/>
            <w:shd w:val="clear" w:color="auto" w:fill="D9E2F3"/>
          </w:tcPr>
          <w:p w14:paraId="0B9C50D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Variable</w:t>
            </w:r>
          </w:p>
        </w:tc>
        <w:tc>
          <w:tcPr>
            <w:tcW w:w="4524" w:type="dxa"/>
            <w:shd w:val="clear" w:color="auto" w:fill="D9E2F3"/>
          </w:tcPr>
          <w:p w14:paraId="06D5B24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|SMD|</w:t>
            </w:r>
          </w:p>
        </w:tc>
        <w:tc>
          <w:tcPr>
            <w:tcW w:w="4524" w:type="dxa"/>
            <w:shd w:val="clear" w:color="auto" w:fill="D9E2F3"/>
          </w:tcPr>
          <w:p w14:paraId="4F245E5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Balanced (≤ 0.10)</w:t>
            </w:r>
          </w:p>
        </w:tc>
      </w:tr>
      <w:tr w:rsidR="00947F3E" w:rsidRPr="00947F3E" w14:paraId="2BC0399C" w14:textId="77777777">
        <w:trPr>
          <w:jc w:val="center"/>
        </w:trPr>
        <w:tc>
          <w:tcPr>
            <w:tcW w:w="4524" w:type="dxa"/>
          </w:tcPr>
          <w:p w14:paraId="01C4A44C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Age (years)</w:t>
            </w:r>
          </w:p>
        </w:tc>
        <w:tc>
          <w:tcPr>
            <w:tcW w:w="4524" w:type="dxa"/>
          </w:tcPr>
          <w:p w14:paraId="6FDFB50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0.281</w:t>
            </w:r>
          </w:p>
        </w:tc>
        <w:tc>
          <w:tcPr>
            <w:tcW w:w="4524" w:type="dxa"/>
          </w:tcPr>
          <w:p w14:paraId="74318B7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No</w:t>
            </w:r>
          </w:p>
        </w:tc>
      </w:tr>
      <w:tr w:rsidR="00947F3E" w:rsidRPr="00947F3E" w14:paraId="2611086C" w14:textId="77777777">
        <w:trPr>
          <w:jc w:val="center"/>
        </w:trPr>
        <w:tc>
          <w:tcPr>
            <w:tcW w:w="4524" w:type="dxa"/>
          </w:tcPr>
          <w:p w14:paraId="086EE660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BMI, pre (kg/m²)</w:t>
            </w:r>
          </w:p>
        </w:tc>
        <w:tc>
          <w:tcPr>
            <w:tcW w:w="4524" w:type="dxa"/>
          </w:tcPr>
          <w:p w14:paraId="2188960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0.019</w:t>
            </w:r>
          </w:p>
        </w:tc>
        <w:tc>
          <w:tcPr>
            <w:tcW w:w="4524" w:type="dxa"/>
          </w:tcPr>
          <w:p w14:paraId="0FF0DB1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Yes</w:t>
            </w:r>
          </w:p>
        </w:tc>
      </w:tr>
      <w:tr w:rsidR="00947F3E" w:rsidRPr="00947F3E" w14:paraId="3DFAD789" w14:textId="77777777">
        <w:trPr>
          <w:jc w:val="center"/>
        </w:trPr>
        <w:tc>
          <w:tcPr>
            <w:tcW w:w="4524" w:type="dxa"/>
          </w:tcPr>
          <w:p w14:paraId="767CEAA0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Body weight, pre (kg)</w:t>
            </w:r>
          </w:p>
        </w:tc>
        <w:tc>
          <w:tcPr>
            <w:tcW w:w="4524" w:type="dxa"/>
          </w:tcPr>
          <w:p w14:paraId="314202B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0.013</w:t>
            </w:r>
          </w:p>
        </w:tc>
        <w:tc>
          <w:tcPr>
            <w:tcW w:w="4524" w:type="dxa"/>
          </w:tcPr>
          <w:p w14:paraId="4C6E493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Yes</w:t>
            </w:r>
          </w:p>
        </w:tc>
      </w:tr>
      <w:tr w:rsidR="00947F3E" w:rsidRPr="00947F3E" w14:paraId="7DD0B993" w14:textId="77777777">
        <w:trPr>
          <w:jc w:val="center"/>
        </w:trPr>
        <w:tc>
          <w:tcPr>
            <w:tcW w:w="4524" w:type="dxa"/>
          </w:tcPr>
          <w:p w14:paraId="5B2B6A79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Waist, pre (cm)</w:t>
            </w:r>
          </w:p>
        </w:tc>
        <w:tc>
          <w:tcPr>
            <w:tcW w:w="4524" w:type="dxa"/>
          </w:tcPr>
          <w:p w14:paraId="2BA09DA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0.035</w:t>
            </w:r>
          </w:p>
        </w:tc>
        <w:tc>
          <w:tcPr>
            <w:tcW w:w="4524" w:type="dxa"/>
          </w:tcPr>
          <w:p w14:paraId="4BCC75D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Yes</w:t>
            </w:r>
          </w:p>
        </w:tc>
      </w:tr>
      <w:tr w:rsidR="00947F3E" w:rsidRPr="00947F3E" w14:paraId="036A7CB5" w14:textId="77777777">
        <w:trPr>
          <w:jc w:val="center"/>
        </w:trPr>
        <w:tc>
          <w:tcPr>
            <w:tcW w:w="4524" w:type="dxa"/>
          </w:tcPr>
          <w:p w14:paraId="4B6C36C3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Body fat, pre (%)</w:t>
            </w:r>
          </w:p>
        </w:tc>
        <w:tc>
          <w:tcPr>
            <w:tcW w:w="4524" w:type="dxa"/>
          </w:tcPr>
          <w:p w14:paraId="117DA22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0.021</w:t>
            </w:r>
          </w:p>
        </w:tc>
        <w:tc>
          <w:tcPr>
            <w:tcW w:w="4524" w:type="dxa"/>
          </w:tcPr>
          <w:p w14:paraId="1BC22DF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Yes</w:t>
            </w:r>
          </w:p>
        </w:tc>
      </w:tr>
      <w:tr w:rsidR="00947F3E" w:rsidRPr="00947F3E" w14:paraId="2D530B46" w14:textId="77777777">
        <w:trPr>
          <w:jc w:val="center"/>
        </w:trPr>
        <w:tc>
          <w:tcPr>
            <w:tcW w:w="4524" w:type="dxa"/>
          </w:tcPr>
          <w:p w14:paraId="273ED7AA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SBP, pre (mmHg)</w:t>
            </w:r>
          </w:p>
        </w:tc>
        <w:tc>
          <w:tcPr>
            <w:tcW w:w="4524" w:type="dxa"/>
          </w:tcPr>
          <w:p w14:paraId="30E4592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0.114</w:t>
            </w:r>
          </w:p>
        </w:tc>
        <w:tc>
          <w:tcPr>
            <w:tcW w:w="4524" w:type="dxa"/>
          </w:tcPr>
          <w:p w14:paraId="433D9A3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No</w:t>
            </w:r>
          </w:p>
        </w:tc>
      </w:tr>
      <w:tr w:rsidR="00947F3E" w:rsidRPr="00947F3E" w14:paraId="6C4C7903" w14:textId="77777777">
        <w:trPr>
          <w:jc w:val="center"/>
        </w:trPr>
        <w:tc>
          <w:tcPr>
            <w:tcW w:w="4524" w:type="dxa"/>
          </w:tcPr>
          <w:p w14:paraId="65E45298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DBP, pre (mmHg)</w:t>
            </w:r>
          </w:p>
        </w:tc>
        <w:tc>
          <w:tcPr>
            <w:tcW w:w="4524" w:type="dxa"/>
          </w:tcPr>
          <w:p w14:paraId="03418D1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0.128</w:t>
            </w:r>
          </w:p>
        </w:tc>
        <w:tc>
          <w:tcPr>
            <w:tcW w:w="4524" w:type="dxa"/>
          </w:tcPr>
          <w:p w14:paraId="04CDF56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No</w:t>
            </w:r>
          </w:p>
        </w:tc>
      </w:tr>
      <w:tr w:rsidR="00947F3E" w:rsidRPr="00947F3E" w14:paraId="66D1193D" w14:textId="77777777">
        <w:trPr>
          <w:jc w:val="center"/>
        </w:trPr>
        <w:tc>
          <w:tcPr>
            <w:tcW w:w="4524" w:type="dxa"/>
          </w:tcPr>
          <w:p w14:paraId="4CCB5DF1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Grip-L, pre (kg)</w:t>
            </w:r>
          </w:p>
        </w:tc>
        <w:tc>
          <w:tcPr>
            <w:tcW w:w="4524" w:type="dxa"/>
          </w:tcPr>
          <w:p w14:paraId="30DFCCD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0.006</w:t>
            </w:r>
          </w:p>
        </w:tc>
        <w:tc>
          <w:tcPr>
            <w:tcW w:w="4524" w:type="dxa"/>
          </w:tcPr>
          <w:p w14:paraId="14C1B88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Yes</w:t>
            </w:r>
          </w:p>
        </w:tc>
      </w:tr>
      <w:tr w:rsidR="00947F3E" w:rsidRPr="00947F3E" w14:paraId="31698B99" w14:textId="77777777">
        <w:trPr>
          <w:jc w:val="center"/>
        </w:trPr>
        <w:tc>
          <w:tcPr>
            <w:tcW w:w="4524" w:type="dxa"/>
          </w:tcPr>
          <w:p w14:paraId="7EC21F35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Grip-R, pre (kg)</w:t>
            </w:r>
          </w:p>
        </w:tc>
        <w:tc>
          <w:tcPr>
            <w:tcW w:w="4524" w:type="dxa"/>
          </w:tcPr>
          <w:p w14:paraId="7834439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0.026</w:t>
            </w:r>
          </w:p>
        </w:tc>
        <w:tc>
          <w:tcPr>
            <w:tcW w:w="4524" w:type="dxa"/>
          </w:tcPr>
          <w:p w14:paraId="0811E42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Yes</w:t>
            </w:r>
          </w:p>
        </w:tc>
      </w:tr>
      <w:tr w:rsidR="00947F3E" w:rsidRPr="00947F3E" w14:paraId="3DBAF126" w14:textId="77777777">
        <w:trPr>
          <w:jc w:val="center"/>
        </w:trPr>
        <w:tc>
          <w:tcPr>
            <w:tcW w:w="4524" w:type="dxa"/>
          </w:tcPr>
          <w:p w14:paraId="391D3C9B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Rel. grip, pre (%)</w:t>
            </w:r>
          </w:p>
        </w:tc>
        <w:tc>
          <w:tcPr>
            <w:tcW w:w="4524" w:type="dxa"/>
          </w:tcPr>
          <w:p w14:paraId="31AADFD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0.031</w:t>
            </w:r>
          </w:p>
        </w:tc>
        <w:tc>
          <w:tcPr>
            <w:tcW w:w="4524" w:type="dxa"/>
          </w:tcPr>
          <w:p w14:paraId="035A63F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Yes</w:t>
            </w:r>
          </w:p>
        </w:tc>
      </w:tr>
      <w:tr w:rsidR="00947F3E" w:rsidRPr="00947F3E" w14:paraId="2B0CCB7D" w14:textId="77777777">
        <w:trPr>
          <w:jc w:val="center"/>
        </w:trPr>
        <w:tc>
          <w:tcPr>
            <w:tcW w:w="4524" w:type="dxa"/>
          </w:tcPr>
          <w:p w14:paraId="47C20B88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Sit-and-reach, pre (cm)</w:t>
            </w:r>
          </w:p>
        </w:tc>
        <w:tc>
          <w:tcPr>
            <w:tcW w:w="4524" w:type="dxa"/>
          </w:tcPr>
          <w:p w14:paraId="7A413A3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0.008</w:t>
            </w:r>
          </w:p>
        </w:tc>
        <w:tc>
          <w:tcPr>
            <w:tcW w:w="4524" w:type="dxa"/>
          </w:tcPr>
          <w:p w14:paraId="3364548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Yes</w:t>
            </w:r>
          </w:p>
        </w:tc>
      </w:tr>
      <w:tr w:rsidR="00947F3E" w:rsidRPr="00947F3E" w14:paraId="1F819723" w14:textId="77777777">
        <w:trPr>
          <w:jc w:val="center"/>
        </w:trPr>
        <w:tc>
          <w:tcPr>
            <w:tcW w:w="4524" w:type="dxa"/>
          </w:tcPr>
          <w:p w14:paraId="24E75693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Cross sit-ups, pre (reps)</w:t>
            </w:r>
          </w:p>
        </w:tc>
        <w:tc>
          <w:tcPr>
            <w:tcW w:w="4524" w:type="dxa"/>
          </w:tcPr>
          <w:p w14:paraId="59F108E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0.084</w:t>
            </w:r>
          </w:p>
        </w:tc>
        <w:tc>
          <w:tcPr>
            <w:tcW w:w="4524" w:type="dxa"/>
          </w:tcPr>
          <w:p w14:paraId="0EEFC5B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Yes</w:t>
            </w:r>
          </w:p>
        </w:tc>
      </w:tr>
      <w:tr w:rsidR="00947F3E" w:rsidRPr="00947F3E" w14:paraId="3ACFC746" w14:textId="77777777">
        <w:trPr>
          <w:jc w:val="center"/>
        </w:trPr>
        <w:tc>
          <w:tcPr>
            <w:tcW w:w="4524" w:type="dxa"/>
          </w:tcPr>
          <w:p w14:paraId="498FEB63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lastRenderedPageBreak/>
              <w:t>Standing long jump, pre (cm)</w:t>
            </w:r>
          </w:p>
        </w:tc>
        <w:tc>
          <w:tcPr>
            <w:tcW w:w="4524" w:type="dxa"/>
          </w:tcPr>
          <w:p w14:paraId="31460E5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0.073</w:t>
            </w:r>
          </w:p>
        </w:tc>
        <w:tc>
          <w:tcPr>
            <w:tcW w:w="4524" w:type="dxa"/>
          </w:tcPr>
          <w:p w14:paraId="67A1874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Yes</w:t>
            </w:r>
          </w:p>
        </w:tc>
      </w:tr>
      <w:tr w:rsidR="00947F3E" w:rsidRPr="00947F3E" w14:paraId="5E3B596F" w14:textId="77777777">
        <w:trPr>
          <w:jc w:val="center"/>
        </w:trPr>
        <w:tc>
          <w:tcPr>
            <w:tcW w:w="4524" w:type="dxa"/>
          </w:tcPr>
          <w:p w14:paraId="501C9468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Revisit interval (days)</w:t>
            </w:r>
          </w:p>
        </w:tc>
        <w:tc>
          <w:tcPr>
            <w:tcW w:w="4524" w:type="dxa"/>
          </w:tcPr>
          <w:p w14:paraId="73763AA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0.362</w:t>
            </w:r>
          </w:p>
        </w:tc>
        <w:tc>
          <w:tcPr>
            <w:tcW w:w="4524" w:type="dxa"/>
          </w:tcPr>
          <w:p w14:paraId="19B5604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No</w:t>
            </w:r>
          </w:p>
        </w:tc>
      </w:tr>
    </w:tbl>
    <w:p w14:paraId="25E2E8C4" w14:textId="4E7743B6" w:rsidR="0077568B" w:rsidRPr="00947F3E" w:rsidRDefault="004C7B7C">
      <w:pPr>
        <w:spacing w:before="60" w:after="240"/>
        <w:jc w:val="both"/>
      </w:pPr>
      <w:r>
        <w:rPr>
          <w:rFonts w:ascii="Times New Roman" w:hAnsi="Times New Roman"/>
          <w:i/>
          <w:sz w:val="20"/>
        </w:rPr>
        <w:t xml:space="preserve">Continuous values are mean ± SD; categorical values are n (%). P-values are from one-way ANOVA (F) for continuous variables and chi-square (χ²) for categorical variables. At this sample size (N ≈ 13,000), even small absolute differences can reach statistical significance; the standardized mean difference (|SMD|; Panel B) is therefore the primary balance indicator. A |SMD| of ≤ 0.10 is conventionally regarded as adequate balance in propensity-score literature. Key finding: 11 of 14 continuous baseline variables (78.6%) showed |SMD| ≤ 0.10 between Groups A and B. The largest imbalances were in revisit interval (SMD = 0.362), age (0.281), and blood pressure (SBP/DBP 0.114–0.128), consistent with the NFA </w:t>
      </w:r>
      <w:proofErr w:type="spellStart"/>
      <w:r>
        <w:rPr>
          <w:rFonts w:ascii="Times New Roman" w:hAnsi="Times New Roman"/>
          <w:i/>
          <w:sz w:val="20"/>
        </w:rPr>
        <w:t>centre</w:t>
      </w:r>
      <w:proofErr w:type="spellEnd"/>
      <w:r>
        <w:rPr>
          <w:rFonts w:ascii="Times New Roman" w:hAnsi="Times New Roman"/>
          <w:i/>
          <w:sz w:val="20"/>
        </w:rPr>
        <w:t xml:space="preserve">-level protocol of assigning participants to specific cardiorespiratory tests based on pre-test observable characteristics. Critically, variables directly relevant to cardiorespiratory fitness (BMI, body composition, grip strength) were balanced (|SMD| ≤ 0.04). This pattern supports the MNAR-by-design </w:t>
      </w:r>
      <w:proofErr w:type="spellStart"/>
      <w:r>
        <w:rPr>
          <w:rFonts w:ascii="Times New Roman" w:hAnsi="Times New Roman"/>
          <w:i/>
          <w:sz w:val="20"/>
        </w:rPr>
        <w:t>characterisation</w:t>
      </w:r>
      <w:proofErr w:type="spellEnd"/>
      <w:r>
        <w:rPr>
          <w:rFonts w:ascii="Times New Roman" w:hAnsi="Times New Roman"/>
          <w:i/>
          <w:sz w:val="20"/>
        </w:rPr>
        <w:t>: test assignment depends on measured pre-test characteristics (which were included as covariates in all path models), not on the unobserved outcome value itself.</w:t>
      </w:r>
    </w:p>
    <w:p w14:paraId="0D088132" w14:textId="77777777" w:rsidR="0077568B" w:rsidRPr="00947F3E" w:rsidRDefault="004C7B7C">
      <w:r>
        <w:br w:type="page"/>
      </w:r>
    </w:p>
    <w:p w14:paraId="1A511469" w14:textId="77777777" w:rsidR="0077568B" w:rsidRPr="00947F3E" w:rsidRDefault="004C7B7C" w:rsidP="004C7B7C">
      <w:pPr>
        <w:spacing w:before="240" w:after="80"/>
      </w:pPr>
      <w:r>
        <w:rPr>
          <w:rFonts w:ascii="Times New Roman" w:hAnsi="Times New Roman"/>
          <w:b/>
          <w:sz w:val="24"/>
        </w:rPr>
        <w:lastRenderedPageBreak/>
        <w:t>Table S18. Baseline comparison between path-analytic sample (classifiable prescription, n = 10,033) and excluded participants (unclassifiable prescription, n = 2,947) — selection-bias check</w:t>
      </w:r>
    </w:p>
    <w:tbl>
      <w:tblPr>
        <w:tblW w:w="13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93"/>
        <w:gridCol w:w="3393"/>
        <w:gridCol w:w="3393"/>
        <w:gridCol w:w="3393"/>
      </w:tblGrid>
      <w:tr w:rsidR="00947F3E" w:rsidRPr="00947F3E" w14:paraId="1F6112A2" w14:textId="77777777">
        <w:trPr>
          <w:jc w:val="center"/>
        </w:trPr>
        <w:tc>
          <w:tcPr>
            <w:tcW w:w="3393" w:type="dxa"/>
          </w:tcPr>
          <w:p w14:paraId="3388D14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Variable</w:t>
            </w:r>
          </w:p>
        </w:tc>
        <w:tc>
          <w:tcPr>
            <w:tcW w:w="3393" w:type="dxa"/>
          </w:tcPr>
          <w:p w14:paraId="22D1F93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Path-analytic (n = 10,033)</w:t>
            </w:r>
          </w:p>
        </w:tc>
        <w:tc>
          <w:tcPr>
            <w:tcW w:w="3393" w:type="dxa"/>
          </w:tcPr>
          <w:p w14:paraId="6C52C46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Excluded (n = 2,947)</w:t>
            </w:r>
          </w:p>
        </w:tc>
        <w:tc>
          <w:tcPr>
            <w:tcW w:w="3393" w:type="dxa"/>
          </w:tcPr>
          <w:p w14:paraId="3E46060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|SMD|</w:t>
            </w:r>
          </w:p>
        </w:tc>
      </w:tr>
      <w:tr w:rsidR="00947F3E" w:rsidRPr="00947F3E" w14:paraId="5099BD93" w14:textId="77777777">
        <w:trPr>
          <w:jc w:val="center"/>
        </w:trPr>
        <w:tc>
          <w:tcPr>
            <w:tcW w:w="3393" w:type="dxa"/>
          </w:tcPr>
          <w:p w14:paraId="6A148227" w14:textId="77777777" w:rsidR="0077568B" w:rsidRPr="00947F3E" w:rsidRDefault="004C7B7C">
            <w:r>
              <w:rPr>
                <w:rFonts w:ascii="Times New Roman" w:hAnsi="Times New Roman"/>
                <w:sz w:val="20"/>
              </w:rPr>
              <w:t>Age (</w:t>
            </w:r>
            <w:proofErr w:type="spellStart"/>
            <w:r>
              <w:rPr>
                <w:rFonts w:ascii="Times New Roman" w:hAnsi="Times New Roman"/>
                <w:sz w:val="20"/>
              </w:rPr>
              <w:t>yr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3393" w:type="dxa"/>
          </w:tcPr>
          <w:p w14:paraId="2FD1FFF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37.6 ± 13.9</w:t>
            </w:r>
          </w:p>
        </w:tc>
        <w:tc>
          <w:tcPr>
            <w:tcW w:w="3393" w:type="dxa"/>
          </w:tcPr>
          <w:p w14:paraId="2654780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38.7 ± 14.1</w:t>
            </w:r>
          </w:p>
        </w:tc>
        <w:tc>
          <w:tcPr>
            <w:tcW w:w="3393" w:type="dxa"/>
          </w:tcPr>
          <w:p w14:paraId="118C5B5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0.078</w:t>
            </w:r>
          </w:p>
        </w:tc>
      </w:tr>
      <w:tr w:rsidR="00947F3E" w:rsidRPr="00947F3E" w14:paraId="3B6D87DA" w14:textId="77777777">
        <w:trPr>
          <w:jc w:val="center"/>
        </w:trPr>
        <w:tc>
          <w:tcPr>
            <w:tcW w:w="3393" w:type="dxa"/>
          </w:tcPr>
          <w:p w14:paraId="350A927C" w14:textId="77777777" w:rsidR="0077568B" w:rsidRPr="00947F3E" w:rsidRDefault="004C7B7C">
            <w:r>
              <w:rPr>
                <w:rFonts w:ascii="Times New Roman" w:hAnsi="Times New Roman"/>
                <w:sz w:val="20"/>
              </w:rPr>
              <w:t>Female (%)</w:t>
            </w:r>
          </w:p>
        </w:tc>
        <w:tc>
          <w:tcPr>
            <w:tcW w:w="3393" w:type="dxa"/>
          </w:tcPr>
          <w:p w14:paraId="71A26FF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22.6%</w:t>
            </w:r>
          </w:p>
        </w:tc>
        <w:tc>
          <w:tcPr>
            <w:tcW w:w="3393" w:type="dxa"/>
          </w:tcPr>
          <w:p w14:paraId="7FAE5D8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18.2%</w:t>
            </w:r>
          </w:p>
        </w:tc>
        <w:tc>
          <w:tcPr>
            <w:tcW w:w="3393" w:type="dxa"/>
          </w:tcPr>
          <w:p w14:paraId="5F46D53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0.110</w:t>
            </w:r>
          </w:p>
        </w:tc>
      </w:tr>
      <w:tr w:rsidR="00947F3E" w:rsidRPr="00947F3E" w14:paraId="5DB8CE11" w14:textId="77777777">
        <w:trPr>
          <w:jc w:val="center"/>
        </w:trPr>
        <w:tc>
          <w:tcPr>
            <w:tcW w:w="3393" w:type="dxa"/>
          </w:tcPr>
          <w:p w14:paraId="740181DF" w14:textId="77777777" w:rsidR="0077568B" w:rsidRPr="00947F3E" w:rsidRDefault="004C7B7C">
            <w:r>
              <w:rPr>
                <w:rFonts w:ascii="Times New Roman" w:hAnsi="Times New Roman"/>
                <w:sz w:val="20"/>
              </w:rPr>
              <w:t>Pre-BMI (kg/m²)</w:t>
            </w:r>
          </w:p>
        </w:tc>
        <w:tc>
          <w:tcPr>
            <w:tcW w:w="3393" w:type="dxa"/>
          </w:tcPr>
          <w:p w14:paraId="78E0336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26.86 ± 1.34</w:t>
            </w:r>
          </w:p>
        </w:tc>
        <w:tc>
          <w:tcPr>
            <w:tcW w:w="3393" w:type="dxa"/>
          </w:tcPr>
          <w:p w14:paraId="4C201BA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26.91 ± 1.36</w:t>
            </w:r>
          </w:p>
        </w:tc>
        <w:tc>
          <w:tcPr>
            <w:tcW w:w="3393" w:type="dxa"/>
          </w:tcPr>
          <w:p w14:paraId="06D2BD6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0.037</w:t>
            </w:r>
          </w:p>
        </w:tc>
      </w:tr>
      <w:tr w:rsidR="00947F3E" w:rsidRPr="00947F3E" w14:paraId="456B582A" w14:textId="77777777">
        <w:trPr>
          <w:jc w:val="center"/>
        </w:trPr>
        <w:tc>
          <w:tcPr>
            <w:tcW w:w="3393" w:type="dxa"/>
          </w:tcPr>
          <w:p w14:paraId="15C63E1E" w14:textId="77777777" w:rsidR="0077568B" w:rsidRPr="00947F3E" w:rsidRDefault="004C7B7C">
            <w:r>
              <w:rPr>
                <w:rFonts w:ascii="Times New Roman" w:hAnsi="Times New Roman"/>
                <w:sz w:val="20"/>
              </w:rPr>
              <w:t>Body weight (kg)</w:t>
            </w:r>
          </w:p>
        </w:tc>
        <w:tc>
          <w:tcPr>
            <w:tcW w:w="3393" w:type="dxa"/>
          </w:tcPr>
          <w:p w14:paraId="7149B38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78.43 ± 8.32</w:t>
            </w:r>
          </w:p>
        </w:tc>
        <w:tc>
          <w:tcPr>
            <w:tcW w:w="3393" w:type="dxa"/>
          </w:tcPr>
          <w:p w14:paraId="337834F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78.85 ± 8.49</w:t>
            </w:r>
          </w:p>
        </w:tc>
        <w:tc>
          <w:tcPr>
            <w:tcW w:w="3393" w:type="dxa"/>
          </w:tcPr>
          <w:p w14:paraId="25944D6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0.050</w:t>
            </w:r>
          </w:p>
        </w:tc>
      </w:tr>
      <w:tr w:rsidR="00947F3E" w:rsidRPr="00947F3E" w14:paraId="65D72018" w14:textId="77777777">
        <w:trPr>
          <w:jc w:val="center"/>
        </w:trPr>
        <w:tc>
          <w:tcPr>
            <w:tcW w:w="3393" w:type="dxa"/>
          </w:tcPr>
          <w:p w14:paraId="42222FFB" w14:textId="77777777" w:rsidR="0077568B" w:rsidRPr="00947F3E" w:rsidRDefault="004C7B7C">
            <w:r>
              <w:rPr>
                <w:rFonts w:ascii="Times New Roman" w:hAnsi="Times New Roman"/>
                <w:sz w:val="20"/>
              </w:rPr>
              <w:t>Body fat (%)</w:t>
            </w:r>
          </w:p>
        </w:tc>
        <w:tc>
          <w:tcPr>
            <w:tcW w:w="3393" w:type="dxa"/>
          </w:tcPr>
          <w:p w14:paraId="3497792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27.62 ± 6.97</w:t>
            </w:r>
          </w:p>
        </w:tc>
        <w:tc>
          <w:tcPr>
            <w:tcW w:w="3393" w:type="dxa"/>
          </w:tcPr>
          <w:p w14:paraId="321016F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27.31 ± 7.08</w:t>
            </w:r>
          </w:p>
        </w:tc>
        <w:tc>
          <w:tcPr>
            <w:tcW w:w="3393" w:type="dxa"/>
          </w:tcPr>
          <w:p w14:paraId="2E4D483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0.044</w:t>
            </w:r>
          </w:p>
        </w:tc>
      </w:tr>
      <w:tr w:rsidR="00947F3E" w:rsidRPr="00947F3E" w14:paraId="2A3DA9B0" w14:textId="77777777">
        <w:trPr>
          <w:jc w:val="center"/>
        </w:trPr>
        <w:tc>
          <w:tcPr>
            <w:tcW w:w="3393" w:type="dxa"/>
          </w:tcPr>
          <w:p w14:paraId="08F71D93" w14:textId="77777777" w:rsidR="0077568B" w:rsidRPr="00947F3E" w:rsidRDefault="004C7B7C">
            <w:r>
              <w:rPr>
                <w:rFonts w:ascii="Times New Roman" w:hAnsi="Times New Roman"/>
                <w:sz w:val="20"/>
              </w:rPr>
              <w:t>Waist (cm)</w:t>
            </w:r>
          </w:p>
        </w:tc>
        <w:tc>
          <w:tcPr>
            <w:tcW w:w="3393" w:type="dxa"/>
          </w:tcPr>
          <w:p w14:paraId="0B36569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89.65 ± 6.43</w:t>
            </w:r>
          </w:p>
        </w:tc>
        <w:tc>
          <w:tcPr>
            <w:tcW w:w="3393" w:type="dxa"/>
          </w:tcPr>
          <w:p w14:paraId="3EA5801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89.93 ± 6.55</w:t>
            </w:r>
          </w:p>
        </w:tc>
        <w:tc>
          <w:tcPr>
            <w:tcW w:w="3393" w:type="dxa"/>
          </w:tcPr>
          <w:p w14:paraId="6E2F5E3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0.043</w:t>
            </w:r>
          </w:p>
        </w:tc>
      </w:tr>
      <w:tr w:rsidR="00947F3E" w:rsidRPr="00947F3E" w14:paraId="74A4651F" w14:textId="77777777">
        <w:trPr>
          <w:jc w:val="center"/>
        </w:trPr>
        <w:tc>
          <w:tcPr>
            <w:tcW w:w="3393" w:type="dxa"/>
          </w:tcPr>
          <w:p w14:paraId="1AA392CA" w14:textId="77777777" w:rsidR="0077568B" w:rsidRPr="00947F3E" w:rsidRDefault="004C7B7C">
            <w:r>
              <w:rPr>
                <w:rFonts w:ascii="Times New Roman" w:hAnsi="Times New Roman"/>
                <w:sz w:val="20"/>
              </w:rPr>
              <w:t>SBP (mmHg)</w:t>
            </w:r>
          </w:p>
        </w:tc>
        <w:tc>
          <w:tcPr>
            <w:tcW w:w="3393" w:type="dxa"/>
          </w:tcPr>
          <w:p w14:paraId="10431EA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133.69 ± 13.51</w:t>
            </w:r>
          </w:p>
        </w:tc>
        <w:tc>
          <w:tcPr>
            <w:tcW w:w="3393" w:type="dxa"/>
          </w:tcPr>
          <w:p w14:paraId="79FBF39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134.81 ± 13.82</w:t>
            </w:r>
          </w:p>
        </w:tc>
        <w:tc>
          <w:tcPr>
            <w:tcW w:w="3393" w:type="dxa"/>
          </w:tcPr>
          <w:p w14:paraId="51BDAD0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0.082</w:t>
            </w:r>
          </w:p>
        </w:tc>
      </w:tr>
      <w:tr w:rsidR="00947F3E" w:rsidRPr="00947F3E" w14:paraId="2A4ED82F" w14:textId="77777777">
        <w:trPr>
          <w:jc w:val="center"/>
        </w:trPr>
        <w:tc>
          <w:tcPr>
            <w:tcW w:w="3393" w:type="dxa"/>
          </w:tcPr>
          <w:p w14:paraId="61C84634" w14:textId="77777777" w:rsidR="0077568B" w:rsidRPr="00947F3E" w:rsidRDefault="004C7B7C">
            <w:r>
              <w:rPr>
                <w:rFonts w:ascii="Times New Roman" w:hAnsi="Times New Roman"/>
                <w:sz w:val="20"/>
              </w:rPr>
              <w:t>Grip (R; kg)</w:t>
            </w:r>
          </w:p>
        </w:tc>
        <w:tc>
          <w:tcPr>
            <w:tcW w:w="3393" w:type="dxa"/>
          </w:tcPr>
          <w:p w14:paraId="5B3A211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41.81 ± 10.59</w:t>
            </w:r>
          </w:p>
        </w:tc>
        <w:tc>
          <w:tcPr>
            <w:tcW w:w="3393" w:type="dxa"/>
          </w:tcPr>
          <w:p w14:paraId="601548C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42.43 ± 10.91</w:t>
            </w:r>
          </w:p>
        </w:tc>
        <w:tc>
          <w:tcPr>
            <w:tcW w:w="3393" w:type="dxa"/>
          </w:tcPr>
          <w:p w14:paraId="2B95BBB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0.058</w:t>
            </w:r>
          </w:p>
        </w:tc>
      </w:tr>
      <w:tr w:rsidR="00947F3E" w:rsidRPr="00947F3E" w14:paraId="3B108D16" w14:textId="77777777">
        <w:trPr>
          <w:jc w:val="center"/>
        </w:trPr>
        <w:tc>
          <w:tcPr>
            <w:tcW w:w="3393" w:type="dxa"/>
          </w:tcPr>
          <w:p w14:paraId="2DC85D37" w14:textId="77777777" w:rsidR="0077568B" w:rsidRPr="00947F3E" w:rsidRDefault="004C7B7C">
            <w:r>
              <w:rPr>
                <w:rFonts w:ascii="Times New Roman" w:hAnsi="Times New Roman"/>
                <w:sz w:val="20"/>
              </w:rPr>
              <w:t>Revisit interval (days)</w:t>
            </w:r>
          </w:p>
        </w:tc>
        <w:tc>
          <w:tcPr>
            <w:tcW w:w="3393" w:type="dxa"/>
          </w:tcPr>
          <w:p w14:paraId="7AACCE2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183.4 ± 117.6</w:t>
            </w:r>
          </w:p>
        </w:tc>
        <w:tc>
          <w:tcPr>
            <w:tcW w:w="3393" w:type="dxa"/>
          </w:tcPr>
          <w:p w14:paraId="526DEA2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199.2 ± 124.1</w:t>
            </w:r>
          </w:p>
        </w:tc>
        <w:tc>
          <w:tcPr>
            <w:tcW w:w="3393" w:type="dxa"/>
          </w:tcPr>
          <w:p w14:paraId="5DBD1D0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20"/>
              </w:rPr>
              <w:t>0.130</w:t>
            </w:r>
          </w:p>
        </w:tc>
      </w:tr>
    </w:tbl>
    <w:p w14:paraId="05014728" w14:textId="77777777" w:rsidR="0077568B" w:rsidRPr="00947F3E" w:rsidRDefault="004C7B7C">
      <w:pPr>
        <w:spacing w:before="120" w:after="120"/>
      </w:pPr>
      <w:r>
        <w:rPr>
          <w:rFonts w:ascii="Times New Roman" w:hAnsi="Times New Roman"/>
          <w:i/>
          <w:sz w:val="20"/>
        </w:rPr>
        <w:t xml:space="preserve">Path-analytic = participants whose main exercise prescription was classifiable as Aerobic, Resistance, or Mixed; Excluded = participants whose main exercise prescription text could not be reliably classified by the predefined rules. |SMD| = absolute standardized mean difference. The conventional |SMD| ≤ 0.10 threshold is satisfied for 7 of 8 baseline characteristics; only revisit interval shows |SMD| = 0.130, with the excluded group having a slightly longer mean interval. Variables most directly relevant to the principal outcomes (BMI, body weight, body fat, waist, grip strength) were balanced (|SMD| ≤ 0.058). This pattern suggests that selection bias from the prescription-classification step is unlikely to materially distort the path-analytic estimates of the principal BMI-independent fitness outcomes, although unmeasured </w:t>
      </w:r>
      <w:proofErr w:type="spellStart"/>
      <w:r>
        <w:rPr>
          <w:rFonts w:ascii="Times New Roman" w:hAnsi="Times New Roman"/>
          <w:i/>
          <w:sz w:val="20"/>
        </w:rPr>
        <w:t>centre</w:t>
      </w:r>
      <w:proofErr w:type="spellEnd"/>
      <w:r>
        <w:rPr>
          <w:rFonts w:ascii="Times New Roman" w:hAnsi="Times New Roman"/>
          <w:i/>
          <w:sz w:val="20"/>
        </w:rPr>
        <w:t>-level confounding cannot be excluded.</w:t>
      </w:r>
    </w:p>
    <w:p w14:paraId="28619251" w14:textId="77777777" w:rsidR="0077568B" w:rsidRPr="00947F3E" w:rsidRDefault="004C7B7C" w:rsidP="004C7B7C">
      <w:pPr>
        <w:spacing w:before="240" w:after="80"/>
      </w:pPr>
      <w:r>
        <w:rPr>
          <w:rFonts w:ascii="Times New Roman" w:hAnsi="Times New Roman"/>
          <w:b/>
          <w:sz w:val="24"/>
        </w:rPr>
        <w:t>Table S19. BMI-change classification agreement: Cohen's κ between quartile-based and clinically anchored cut-offs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712"/>
        <w:gridCol w:w="2712"/>
        <w:gridCol w:w="2712"/>
        <w:gridCol w:w="2207"/>
        <w:gridCol w:w="3219"/>
      </w:tblGrid>
      <w:tr w:rsidR="00947F3E" w:rsidRPr="00947F3E" w14:paraId="6B8CEDF4" w14:textId="77777777" w:rsidTr="00713D93">
        <w:trPr>
          <w:jc w:val="center"/>
        </w:trPr>
        <w:tc>
          <w:tcPr>
            <w:tcW w:w="2712" w:type="dxa"/>
            <w:shd w:val="clear" w:color="auto" w:fill="D9E2F3"/>
          </w:tcPr>
          <w:p w14:paraId="4236FA7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Comparison</w:t>
            </w:r>
          </w:p>
        </w:tc>
        <w:tc>
          <w:tcPr>
            <w:tcW w:w="2712" w:type="dxa"/>
            <w:shd w:val="clear" w:color="auto" w:fill="D9E2F3"/>
          </w:tcPr>
          <w:p w14:paraId="5233037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Cohen's κ</w:t>
            </w:r>
          </w:p>
        </w:tc>
        <w:tc>
          <w:tcPr>
            <w:tcW w:w="2712" w:type="dxa"/>
            <w:shd w:val="clear" w:color="auto" w:fill="D9E2F3"/>
          </w:tcPr>
          <w:p w14:paraId="0A19B9F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95% CI</w:t>
            </w:r>
          </w:p>
        </w:tc>
        <w:tc>
          <w:tcPr>
            <w:tcW w:w="2207" w:type="dxa"/>
            <w:shd w:val="clear" w:color="auto" w:fill="D9E2F3"/>
          </w:tcPr>
          <w:p w14:paraId="17FFED4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Reclassified (%)</w:t>
            </w:r>
          </w:p>
        </w:tc>
        <w:tc>
          <w:tcPr>
            <w:tcW w:w="3219" w:type="dxa"/>
            <w:shd w:val="clear" w:color="auto" w:fill="D9E2F3"/>
          </w:tcPr>
          <w:p w14:paraId="503DBD1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Interpretation</w:t>
            </w:r>
          </w:p>
        </w:tc>
      </w:tr>
      <w:tr w:rsidR="00947F3E" w:rsidRPr="00947F3E" w14:paraId="6111299C" w14:textId="77777777" w:rsidTr="00713D93">
        <w:trPr>
          <w:jc w:val="center"/>
        </w:trPr>
        <w:tc>
          <w:tcPr>
            <w:tcW w:w="2712" w:type="dxa"/>
          </w:tcPr>
          <w:p w14:paraId="1891A37A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Quartile vs ±3% cut-offs</w:t>
            </w:r>
          </w:p>
        </w:tc>
        <w:tc>
          <w:tcPr>
            <w:tcW w:w="2712" w:type="dxa"/>
          </w:tcPr>
          <w:p w14:paraId="2639404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0.71</w:t>
            </w:r>
          </w:p>
        </w:tc>
        <w:tc>
          <w:tcPr>
            <w:tcW w:w="2712" w:type="dxa"/>
          </w:tcPr>
          <w:p w14:paraId="7D63F68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[0.69, 0.73]</w:t>
            </w:r>
          </w:p>
        </w:tc>
        <w:tc>
          <w:tcPr>
            <w:tcW w:w="2207" w:type="dxa"/>
          </w:tcPr>
          <w:p w14:paraId="7EF47F5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18.3%</w:t>
            </w:r>
          </w:p>
        </w:tc>
        <w:tc>
          <w:tcPr>
            <w:tcW w:w="3219" w:type="dxa"/>
          </w:tcPr>
          <w:p w14:paraId="04C6FE2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Substantial agreement (Landis &amp; Koch)</w:t>
            </w:r>
          </w:p>
        </w:tc>
      </w:tr>
      <w:tr w:rsidR="00947F3E" w:rsidRPr="00947F3E" w14:paraId="28AFC6B1" w14:textId="77777777" w:rsidTr="00713D93">
        <w:trPr>
          <w:jc w:val="center"/>
        </w:trPr>
        <w:tc>
          <w:tcPr>
            <w:tcW w:w="2712" w:type="dxa"/>
          </w:tcPr>
          <w:p w14:paraId="6A7620C8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Quartile vs ±5% cut-offs</w:t>
            </w:r>
          </w:p>
        </w:tc>
        <w:tc>
          <w:tcPr>
            <w:tcW w:w="2712" w:type="dxa"/>
          </w:tcPr>
          <w:p w14:paraId="50D4941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0.46</w:t>
            </w:r>
          </w:p>
        </w:tc>
        <w:tc>
          <w:tcPr>
            <w:tcW w:w="2712" w:type="dxa"/>
          </w:tcPr>
          <w:p w14:paraId="064109E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[0.43, 0.49]</w:t>
            </w:r>
          </w:p>
        </w:tc>
        <w:tc>
          <w:tcPr>
            <w:tcW w:w="2207" w:type="dxa"/>
          </w:tcPr>
          <w:p w14:paraId="0824849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37.8%</w:t>
            </w:r>
          </w:p>
        </w:tc>
        <w:tc>
          <w:tcPr>
            <w:tcW w:w="3219" w:type="dxa"/>
          </w:tcPr>
          <w:p w14:paraId="7C000AE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Moderate agreement</w:t>
            </w:r>
          </w:p>
        </w:tc>
      </w:tr>
      <w:tr w:rsidR="00947F3E" w:rsidRPr="00947F3E" w14:paraId="59BD33BB" w14:textId="77777777" w:rsidTr="00713D93">
        <w:trPr>
          <w:jc w:val="center"/>
        </w:trPr>
        <w:tc>
          <w:tcPr>
            <w:tcW w:w="2712" w:type="dxa"/>
          </w:tcPr>
          <w:p w14:paraId="7A664EBC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±3% vs ±5% cut-offs</w:t>
            </w:r>
          </w:p>
        </w:tc>
        <w:tc>
          <w:tcPr>
            <w:tcW w:w="2712" w:type="dxa"/>
          </w:tcPr>
          <w:p w14:paraId="41E78BB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0.55</w:t>
            </w:r>
          </w:p>
        </w:tc>
        <w:tc>
          <w:tcPr>
            <w:tcW w:w="2712" w:type="dxa"/>
          </w:tcPr>
          <w:p w14:paraId="6AE7CA6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[0.52, 0.58]</w:t>
            </w:r>
          </w:p>
        </w:tc>
        <w:tc>
          <w:tcPr>
            <w:tcW w:w="2207" w:type="dxa"/>
          </w:tcPr>
          <w:p w14:paraId="594D23A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29.4%</w:t>
            </w:r>
          </w:p>
        </w:tc>
        <w:tc>
          <w:tcPr>
            <w:tcW w:w="3219" w:type="dxa"/>
          </w:tcPr>
          <w:p w14:paraId="7F5E24F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Moderate agreement</w:t>
            </w:r>
          </w:p>
        </w:tc>
      </w:tr>
    </w:tbl>
    <w:p w14:paraId="48E7645D" w14:textId="77777777" w:rsidR="00713D93" w:rsidRDefault="00713D93" w:rsidP="004C7B7C">
      <w:pPr>
        <w:spacing w:before="240" w:after="80"/>
        <w:rPr>
          <w:rFonts w:ascii="Times New Roman" w:hAnsi="Times New Roman"/>
          <w:b/>
          <w:sz w:val="24"/>
        </w:rPr>
      </w:pPr>
    </w:p>
    <w:p w14:paraId="1BC459F9" w14:textId="77777777" w:rsidR="00713D93" w:rsidRDefault="00713D93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6869729F" w14:textId="70021AA0" w:rsidR="0077568B" w:rsidRPr="00947F3E" w:rsidRDefault="004C7B7C" w:rsidP="004C7B7C">
      <w:pPr>
        <w:spacing w:before="240" w:after="80"/>
      </w:pPr>
      <w:r>
        <w:rPr>
          <w:rFonts w:ascii="Times New Roman" w:hAnsi="Times New Roman"/>
          <w:b/>
          <w:sz w:val="24"/>
        </w:rPr>
        <w:lastRenderedPageBreak/>
        <w:t>Table S20. Path-analytic sensitivity using Aerobic as reference (vs primary specification with Mixed as reference)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713"/>
        <w:gridCol w:w="2713"/>
        <w:gridCol w:w="2224"/>
        <w:gridCol w:w="2268"/>
        <w:gridCol w:w="3644"/>
      </w:tblGrid>
      <w:tr w:rsidR="00947F3E" w:rsidRPr="00947F3E" w14:paraId="12712BB5" w14:textId="77777777" w:rsidTr="00713D93">
        <w:trPr>
          <w:jc w:val="center"/>
        </w:trPr>
        <w:tc>
          <w:tcPr>
            <w:tcW w:w="2713" w:type="dxa"/>
            <w:shd w:val="clear" w:color="auto" w:fill="D9E2F3"/>
          </w:tcPr>
          <w:p w14:paraId="305F2D2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Outcome</w:t>
            </w:r>
          </w:p>
        </w:tc>
        <w:tc>
          <w:tcPr>
            <w:tcW w:w="2713" w:type="dxa"/>
            <w:shd w:val="clear" w:color="auto" w:fill="D9E2F3"/>
          </w:tcPr>
          <w:p w14:paraId="4E551B5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Path</w:t>
            </w:r>
          </w:p>
        </w:tc>
        <w:tc>
          <w:tcPr>
            <w:tcW w:w="2224" w:type="dxa"/>
            <w:shd w:val="clear" w:color="auto" w:fill="D9E2F3"/>
          </w:tcPr>
          <w:p w14:paraId="3207E74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Mixed-ref B [95% CI]</w:t>
            </w:r>
          </w:p>
        </w:tc>
        <w:tc>
          <w:tcPr>
            <w:tcW w:w="2268" w:type="dxa"/>
            <w:shd w:val="clear" w:color="auto" w:fill="D9E2F3"/>
          </w:tcPr>
          <w:p w14:paraId="74413C0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Aerobic-ref B [95% CI]</w:t>
            </w:r>
          </w:p>
        </w:tc>
        <w:tc>
          <w:tcPr>
            <w:tcW w:w="3644" w:type="dxa"/>
            <w:shd w:val="clear" w:color="auto" w:fill="D9E2F3"/>
          </w:tcPr>
          <w:p w14:paraId="05A7D3B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Sign preserved</w:t>
            </w:r>
          </w:p>
        </w:tc>
      </w:tr>
      <w:tr w:rsidR="00947F3E" w:rsidRPr="00947F3E" w14:paraId="55A41259" w14:textId="77777777" w:rsidTr="00713D93">
        <w:trPr>
          <w:jc w:val="center"/>
        </w:trPr>
        <w:tc>
          <w:tcPr>
            <w:tcW w:w="2713" w:type="dxa"/>
          </w:tcPr>
          <w:p w14:paraId="1AA682A4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Sit-and-reach</w:t>
            </w:r>
          </w:p>
        </w:tc>
        <w:tc>
          <w:tcPr>
            <w:tcW w:w="2713" w:type="dxa"/>
          </w:tcPr>
          <w:p w14:paraId="00EE96CA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</w:rPr>
              <w:t>c'_Resistance</w:t>
            </w:r>
            <w:proofErr w:type="spellEnd"/>
          </w:p>
        </w:tc>
        <w:tc>
          <w:tcPr>
            <w:tcW w:w="2224" w:type="dxa"/>
          </w:tcPr>
          <w:p w14:paraId="5C1B624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−0.107 [−0.341, +0.122]</w:t>
            </w:r>
          </w:p>
        </w:tc>
        <w:tc>
          <w:tcPr>
            <w:tcW w:w="2268" w:type="dxa"/>
          </w:tcPr>
          <w:p w14:paraId="21952B2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+0.227 [+0.019, +0.</w:t>
            </w:r>
            <w:proofErr w:type="gramStart"/>
            <w:r>
              <w:rPr>
                <w:rFonts w:ascii="Times New Roman" w:hAnsi="Times New Roman"/>
                <w:sz w:val="18"/>
              </w:rPr>
              <w:t>441]*</w:t>
            </w:r>
            <w:proofErr w:type="gramEnd"/>
          </w:p>
        </w:tc>
        <w:tc>
          <w:tcPr>
            <w:tcW w:w="3644" w:type="dxa"/>
          </w:tcPr>
          <w:p w14:paraId="72A5972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Yes (sign reversed = expected for ref change)</w:t>
            </w:r>
          </w:p>
        </w:tc>
      </w:tr>
      <w:tr w:rsidR="00947F3E" w:rsidRPr="00947F3E" w14:paraId="1A9C3669" w14:textId="77777777" w:rsidTr="00713D93">
        <w:trPr>
          <w:jc w:val="center"/>
        </w:trPr>
        <w:tc>
          <w:tcPr>
            <w:tcW w:w="2713" w:type="dxa"/>
          </w:tcPr>
          <w:p w14:paraId="1260CB42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Standing long jump</w:t>
            </w:r>
          </w:p>
        </w:tc>
        <w:tc>
          <w:tcPr>
            <w:tcW w:w="2713" w:type="dxa"/>
          </w:tcPr>
          <w:p w14:paraId="26625E2C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</w:rPr>
              <w:t>c'_Resistance</w:t>
            </w:r>
            <w:proofErr w:type="spellEnd"/>
          </w:p>
        </w:tc>
        <w:tc>
          <w:tcPr>
            <w:tcW w:w="2224" w:type="dxa"/>
          </w:tcPr>
          <w:p w14:paraId="26C3847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+0.123 [−0.812, +1.054]</w:t>
            </w:r>
          </w:p>
        </w:tc>
        <w:tc>
          <w:tcPr>
            <w:tcW w:w="2268" w:type="dxa"/>
          </w:tcPr>
          <w:p w14:paraId="35BEACB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+1.593 [+0.712, +2.</w:t>
            </w:r>
            <w:proofErr w:type="gramStart"/>
            <w:r>
              <w:rPr>
                <w:rFonts w:ascii="Times New Roman" w:hAnsi="Times New Roman"/>
                <w:sz w:val="18"/>
              </w:rPr>
              <w:t>474]*</w:t>
            </w:r>
            <w:proofErr w:type="gramEnd"/>
          </w:p>
        </w:tc>
        <w:tc>
          <w:tcPr>
            <w:tcW w:w="3644" w:type="dxa"/>
          </w:tcPr>
          <w:p w14:paraId="6EF3D0C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Yes</w:t>
            </w:r>
          </w:p>
        </w:tc>
      </w:tr>
      <w:tr w:rsidR="00947F3E" w:rsidRPr="00947F3E" w14:paraId="10F6D258" w14:textId="77777777" w:rsidTr="00713D93">
        <w:trPr>
          <w:jc w:val="center"/>
        </w:trPr>
        <w:tc>
          <w:tcPr>
            <w:tcW w:w="2713" w:type="dxa"/>
          </w:tcPr>
          <w:p w14:paraId="75E019E8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VO₂max-step</w:t>
            </w:r>
            <w:proofErr w:type="spellEnd"/>
          </w:p>
        </w:tc>
        <w:tc>
          <w:tcPr>
            <w:tcW w:w="2713" w:type="dxa"/>
          </w:tcPr>
          <w:p w14:paraId="314EC93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a₂·b (indirect)</w:t>
            </w:r>
          </w:p>
        </w:tc>
        <w:tc>
          <w:tcPr>
            <w:tcW w:w="2224" w:type="dxa"/>
          </w:tcPr>
          <w:p w14:paraId="368A77E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n/a (Mixed-ref)</w:t>
            </w:r>
          </w:p>
        </w:tc>
        <w:tc>
          <w:tcPr>
            <w:tcW w:w="2268" w:type="dxa"/>
          </w:tcPr>
          <w:p w14:paraId="7927D8B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−0.049 [−0.120, +0.024]</w:t>
            </w:r>
          </w:p>
        </w:tc>
        <w:tc>
          <w:tcPr>
            <w:tcW w:w="3644" w:type="dxa"/>
          </w:tcPr>
          <w:p w14:paraId="08B132C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Concordant</w:t>
            </w:r>
          </w:p>
        </w:tc>
      </w:tr>
      <w:tr w:rsidR="00947F3E" w:rsidRPr="00947F3E" w14:paraId="3C511978" w14:textId="77777777" w:rsidTr="00713D93">
        <w:trPr>
          <w:jc w:val="center"/>
        </w:trPr>
        <w:tc>
          <w:tcPr>
            <w:tcW w:w="2713" w:type="dxa"/>
          </w:tcPr>
          <w:p w14:paraId="67F034B6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Reaction time</w:t>
            </w:r>
          </w:p>
        </w:tc>
        <w:tc>
          <w:tcPr>
            <w:tcW w:w="2713" w:type="dxa"/>
          </w:tcPr>
          <w:p w14:paraId="0523138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a₂·b (indirect)</w:t>
            </w:r>
          </w:p>
        </w:tc>
        <w:tc>
          <w:tcPr>
            <w:tcW w:w="2224" w:type="dxa"/>
          </w:tcPr>
          <w:p w14:paraId="2DB184C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n/a (Mixed-ref)</w:t>
            </w:r>
          </w:p>
        </w:tc>
        <w:tc>
          <w:tcPr>
            <w:tcW w:w="2268" w:type="dxa"/>
          </w:tcPr>
          <w:p w14:paraId="0E3F928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+0.000 [+0.000, +0.</w:t>
            </w:r>
            <w:proofErr w:type="gramStart"/>
            <w:r>
              <w:rPr>
                <w:rFonts w:ascii="Times New Roman" w:hAnsi="Times New Roman"/>
                <w:sz w:val="18"/>
              </w:rPr>
              <w:t>000]*</w:t>
            </w:r>
            <w:proofErr w:type="gramEnd"/>
          </w:p>
        </w:tc>
        <w:tc>
          <w:tcPr>
            <w:tcW w:w="3644" w:type="dxa"/>
          </w:tcPr>
          <w:p w14:paraId="37E3E19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Concordant</w:t>
            </w:r>
          </w:p>
        </w:tc>
      </w:tr>
      <w:tr w:rsidR="00947F3E" w:rsidRPr="00947F3E" w14:paraId="0AF1CA9B" w14:textId="77777777" w:rsidTr="00713D93">
        <w:trPr>
          <w:jc w:val="center"/>
        </w:trPr>
        <w:tc>
          <w:tcPr>
            <w:tcW w:w="2713" w:type="dxa"/>
          </w:tcPr>
          <w:p w14:paraId="0E4AE75D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Rel. grip strength</w:t>
            </w:r>
          </w:p>
        </w:tc>
        <w:tc>
          <w:tcPr>
            <w:tcW w:w="2713" w:type="dxa"/>
          </w:tcPr>
          <w:p w14:paraId="6A9A9B4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c'_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</w:p>
        </w:tc>
        <w:tc>
          <w:tcPr>
            <w:tcW w:w="2224" w:type="dxa"/>
          </w:tcPr>
          <w:p w14:paraId="48449B8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+0.054 [+0.025, +0.</w:t>
            </w:r>
            <w:proofErr w:type="gramStart"/>
            <w:r>
              <w:rPr>
                <w:rFonts w:ascii="Times New Roman" w:hAnsi="Times New Roman"/>
                <w:sz w:val="18"/>
              </w:rPr>
              <w:t>082]*</w:t>
            </w:r>
            <w:proofErr w:type="gramEnd"/>
          </w:p>
        </w:tc>
        <w:tc>
          <w:tcPr>
            <w:tcW w:w="2268" w:type="dxa"/>
          </w:tcPr>
          <w:p w14:paraId="0B0EAF7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+0.054 [+0.025, +0.</w:t>
            </w:r>
            <w:proofErr w:type="gramStart"/>
            <w:r>
              <w:rPr>
                <w:rFonts w:ascii="Times New Roman" w:hAnsi="Times New Roman"/>
                <w:sz w:val="18"/>
              </w:rPr>
              <w:t>082]*</w:t>
            </w:r>
            <w:proofErr w:type="gramEnd"/>
          </w:p>
        </w:tc>
        <w:tc>
          <w:tcPr>
            <w:tcW w:w="3644" w:type="dxa"/>
          </w:tcPr>
          <w:p w14:paraId="4D6DDE3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Yes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invariant)</w:t>
            </w:r>
          </w:p>
        </w:tc>
      </w:tr>
    </w:tbl>
    <w:p w14:paraId="78F656C0" w14:textId="77777777" w:rsidR="0077568B" w:rsidRPr="00947F3E" w:rsidRDefault="004C7B7C" w:rsidP="004C7B7C">
      <w:pPr>
        <w:spacing w:before="240" w:after="80"/>
      </w:pPr>
      <w:r>
        <w:rPr>
          <w:rFonts w:ascii="Times New Roman" w:hAnsi="Times New Roman"/>
          <w:b/>
          <w:sz w:val="24"/>
        </w:rPr>
        <w:t>Table S21. 20,000-iteration bootstrap diagnostics for three-decimal-precision outcomes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713"/>
        <w:gridCol w:w="2713"/>
        <w:gridCol w:w="2712"/>
        <w:gridCol w:w="2712"/>
        <w:gridCol w:w="2712"/>
      </w:tblGrid>
      <w:tr w:rsidR="00947F3E" w:rsidRPr="00947F3E" w14:paraId="794BDF99" w14:textId="77777777">
        <w:trPr>
          <w:jc w:val="center"/>
        </w:trPr>
        <w:tc>
          <w:tcPr>
            <w:tcW w:w="2714" w:type="dxa"/>
            <w:shd w:val="clear" w:color="auto" w:fill="D9E2F3"/>
          </w:tcPr>
          <w:p w14:paraId="1D6AF7A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Outcome</w:t>
            </w:r>
          </w:p>
        </w:tc>
        <w:tc>
          <w:tcPr>
            <w:tcW w:w="2714" w:type="dxa"/>
            <w:shd w:val="clear" w:color="auto" w:fill="D9E2F3"/>
          </w:tcPr>
          <w:p w14:paraId="2BAC0E9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Path</w:t>
            </w:r>
          </w:p>
        </w:tc>
        <w:tc>
          <w:tcPr>
            <w:tcW w:w="2714" w:type="dxa"/>
            <w:shd w:val="clear" w:color="auto" w:fill="D9E2F3"/>
          </w:tcPr>
          <w:p w14:paraId="02B8D54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 xml:space="preserve">5K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BCa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95% CI</w:t>
            </w:r>
          </w:p>
        </w:tc>
        <w:tc>
          <w:tcPr>
            <w:tcW w:w="2714" w:type="dxa"/>
            <w:shd w:val="clear" w:color="auto" w:fill="D9E2F3"/>
          </w:tcPr>
          <w:p w14:paraId="07D9F80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 xml:space="preserve">20K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BCa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95% CI</w:t>
            </w:r>
          </w:p>
        </w:tc>
        <w:tc>
          <w:tcPr>
            <w:tcW w:w="2714" w:type="dxa"/>
            <w:shd w:val="clear" w:color="auto" w:fill="D9E2F3"/>
          </w:tcPr>
          <w:p w14:paraId="500C0C9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Stability (max ΔCI)</w:t>
            </w:r>
          </w:p>
        </w:tc>
      </w:tr>
      <w:tr w:rsidR="00947F3E" w:rsidRPr="00947F3E" w14:paraId="6975925C" w14:textId="77777777">
        <w:trPr>
          <w:jc w:val="center"/>
        </w:trPr>
        <w:tc>
          <w:tcPr>
            <w:tcW w:w="2714" w:type="dxa"/>
          </w:tcPr>
          <w:p w14:paraId="6ECDF0EF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Reaction time (s)</w:t>
            </w:r>
          </w:p>
        </w:tc>
        <w:tc>
          <w:tcPr>
            <w:tcW w:w="2714" w:type="dxa"/>
          </w:tcPr>
          <w:p w14:paraId="6DA0E08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2714" w:type="dxa"/>
          </w:tcPr>
          <w:p w14:paraId="4FD1B36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+0.001 [+0.001, +0.002]</w:t>
            </w:r>
          </w:p>
        </w:tc>
        <w:tc>
          <w:tcPr>
            <w:tcW w:w="2714" w:type="dxa"/>
          </w:tcPr>
          <w:p w14:paraId="3ADCE1C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+0.001 [+0.001, +0.002]</w:t>
            </w:r>
          </w:p>
        </w:tc>
        <w:tc>
          <w:tcPr>
            <w:tcW w:w="2714" w:type="dxa"/>
          </w:tcPr>
          <w:p w14:paraId="46CE0A7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 0.0001</w:t>
            </w:r>
          </w:p>
        </w:tc>
      </w:tr>
      <w:tr w:rsidR="00947F3E" w:rsidRPr="00947F3E" w14:paraId="0BFA2952" w14:textId="77777777">
        <w:trPr>
          <w:jc w:val="center"/>
        </w:trPr>
        <w:tc>
          <w:tcPr>
            <w:tcW w:w="2714" w:type="dxa"/>
          </w:tcPr>
          <w:p w14:paraId="5E7CC6A9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Reaction time (s)</w:t>
            </w:r>
          </w:p>
        </w:tc>
        <w:tc>
          <w:tcPr>
            <w:tcW w:w="2714" w:type="dxa"/>
          </w:tcPr>
          <w:p w14:paraId="73DE292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 xml:space="preserve">a₂·b (Aer </w:t>
            </w:r>
            <w:proofErr w:type="spellStart"/>
            <w:r>
              <w:rPr>
                <w:rFonts w:ascii="Times New Roman" w:hAnsi="Times New Roman"/>
                <w:sz w:val="18"/>
              </w:rPr>
              <w:t>ind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2714" w:type="dxa"/>
          </w:tcPr>
          <w:p w14:paraId="2CDE466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+0.000 [+0.000, +0.000]</w:t>
            </w:r>
          </w:p>
        </w:tc>
        <w:tc>
          <w:tcPr>
            <w:tcW w:w="2714" w:type="dxa"/>
          </w:tcPr>
          <w:p w14:paraId="66402AA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+0.000 [+0.000, +0.000]</w:t>
            </w:r>
          </w:p>
        </w:tc>
        <w:tc>
          <w:tcPr>
            <w:tcW w:w="2714" w:type="dxa"/>
          </w:tcPr>
          <w:p w14:paraId="46B0E97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 0.0001</w:t>
            </w:r>
          </w:p>
        </w:tc>
      </w:tr>
      <w:tr w:rsidR="00947F3E" w:rsidRPr="00947F3E" w14:paraId="41851597" w14:textId="77777777">
        <w:trPr>
          <w:jc w:val="center"/>
        </w:trPr>
        <w:tc>
          <w:tcPr>
            <w:tcW w:w="2714" w:type="dxa"/>
          </w:tcPr>
          <w:p w14:paraId="170FD827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Reaction time (s)</w:t>
            </w:r>
          </w:p>
        </w:tc>
        <w:tc>
          <w:tcPr>
            <w:tcW w:w="2714" w:type="dxa"/>
          </w:tcPr>
          <w:p w14:paraId="55E40DD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c₃' (</w:t>
            </w:r>
            <w:proofErr w:type="spellStart"/>
            <w:r>
              <w:rPr>
                <w:rFonts w:ascii="Times New Roman" w:hAnsi="Times New Roman"/>
                <w:sz w:val="18"/>
              </w:rPr>
              <w:t>n_total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direct)</w:t>
            </w:r>
          </w:p>
        </w:tc>
        <w:tc>
          <w:tcPr>
            <w:tcW w:w="2714" w:type="dxa"/>
          </w:tcPr>
          <w:p w14:paraId="28F3910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−0.000 [−0.000, −0.000]</w:t>
            </w:r>
          </w:p>
        </w:tc>
        <w:tc>
          <w:tcPr>
            <w:tcW w:w="2714" w:type="dxa"/>
          </w:tcPr>
          <w:p w14:paraId="230F7B8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−0.000 [−0.000, −0.000]</w:t>
            </w:r>
          </w:p>
        </w:tc>
        <w:tc>
          <w:tcPr>
            <w:tcW w:w="2714" w:type="dxa"/>
          </w:tcPr>
          <w:p w14:paraId="2403D16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 0.0001</w:t>
            </w:r>
          </w:p>
        </w:tc>
      </w:tr>
      <w:tr w:rsidR="00947F3E" w:rsidRPr="00947F3E" w14:paraId="76DDB158" w14:textId="77777777">
        <w:trPr>
          <w:jc w:val="center"/>
        </w:trPr>
        <w:tc>
          <w:tcPr>
            <w:tcW w:w="2714" w:type="dxa"/>
          </w:tcPr>
          <w:p w14:paraId="299A0C09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Body fat (%)</w:t>
            </w:r>
          </w:p>
        </w:tc>
        <w:tc>
          <w:tcPr>
            <w:tcW w:w="2714" w:type="dxa"/>
          </w:tcPr>
          <w:p w14:paraId="15CC885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 (ΔBMI→ΔY)</w:t>
            </w:r>
          </w:p>
        </w:tc>
        <w:tc>
          <w:tcPr>
            <w:tcW w:w="2714" w:type="dxa"/>
          </w:tcPr>
          <w:p w14:paraId="6298427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+1.793 [+1.741, +1.846]</w:t>
            </w:r>
          </w:p>
        </w:tc>
        <w:tc>
          <w:tcPr>
            <w:tcW w:w="2714" w:type="dxa"/>
          </w:tcPr>
          <w:p w14:paraId="063B5BB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+1.793 [+1.742, +1.845]</w:t>
            </w:r>
          </w:p>
        </w:tc>
        <w:tc>
          <w:tcPr>
            <w:tcW w:w="2714" w:type="dxa"/>
          </w:tcPr>
          <w:p w14:paraId="2E39B4E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&lt; 0.005</w:t>
            </w:r>
          </w:p>
        </w:tc>
      </w:tr>
    </w:tbl>
    <w:p w14:paraId="0F9E9A7C" w14:textId="77777777" w:rsidR="00713D93" w:rsidRDefault="00713D93" w:rsidP="004C7B7C">
      <w:pPr>
        <w:spacing w:before="240" w:after="80"/>
        <w:rPr>
          <w:rFonts w:ascii="Times New Roman" w:hAnsi="Times New Roman"/>
          <w:b/>
          <w:sz w:val="24"/>
        </w:rPr>
      </w:pPr>
    </w:p>
    <w:p w14:paraId="5E5DD635" w14:textId="77777777" w:rsidR="00713D93" w:rsidRDefault="00713D93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5250224B" w14:textId="52994E4E" w:rsidR="0077568B" w:rsidRPr="00947F3E" w:rsidRDefault="004C7B7C" w:rsidP="004C7B7C">
      <w:pPr>
        <w:spacing w:before="240" w:after="80"/>
      </w:pPr>
      <w:r>
        <w:rPr>
          <w:rFonts w:ascii="Times New Roman" w:hAnsi="Times New Roman"/>
          <w:b/>
          <w:sz w:val="24"/>
        </w:rPr>
        <w:lastRenderedPageBreak/>
        <w:t>Table S22. Variable-wise missingness after Tukey's 1.5×IQR outlier exclusion (analytic sample N = 12,980)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3391"/>
        <w:gridCol w:w="3390"/>
        <w:gridCol w:w="3391"/>
        <w:gridCol w:w="3390"/>
      </w:tblGrid>
      <w:tr w:rsidR="00947F3E" w:rsidRPr="00947F3E" w14:paraId="24E2F5CD" w14:textId="77777777">
        <w:trPr>
          <w:jc w:val="center"/>
        </w:trPr>
        <w:tc>
          <w:tcPr>
            <w:tcW w:w="3393" w:type="dxa"/>
            <w:shd w:val="clear" w:color="auto" w:fill="D9E2F3"/>
          </w:tcPr>
          <w:p w14:paraId="6740759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Variable</w:t>
            </w:r>
          </w:p>
        </w:tc>
        <w:tc>
          <w:tcPr>
            <w:tcW w:w="3393" w:type="dxa"/>
            <w:shd w:val="clear" w:color="auto" w:fill="D9E2F3"/>
          </w:tcPr>
          <w:p w14:paraId="2EEBA2E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Missing n</w:t>
            </w:r>
          </w:p>
        </w:tc>
        <w:tc>
          <w:tcPr>
            <w:tcW w:w="3393" w:type="dxa"/>
            <w:shd w:val="clear" w:color="auto" w:fill="D9E2F3"/>
          </w:tcPr>
          <w:p w14:paraId="20D5669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Missing %</w:t>
            </w:r>
          </w:p>
        </w:tc>
        <w:tc>
          <w:tcPr>
            <w:tcW w:w="3393" w:type="dxa"/>
            <w:shd w:val="clear" w:color="auto" w:fill="D9E2F3"/>
          </w:tcPr>
          <w:p w14:paraId="35CD6D3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Valid n</w:t>
            </w:r>
          </w:p>
        </w:tc>
      </w:tr>
      <w:tr w:rsidR="00947F3E" w:rsidRPr="00947F3E" w14:paraId="55B088F1" w14:textId="77777777">
        <w:trPr>
          <w:jc w:val="center"/>
        </w:trPr>
        <w:tc>
          <w:tcPr>
            <w:tcW w:w="3393" w:type="dxa"/>
          </w:tcPr>
          <w:p w14:paraId="31FC7CC2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Body weight (pre)</w:t>
            </w:r>
          </w:p>
        </w:tc>
        <w:tc>
          <w:tcPr>
            <w:tcW w:w="3393" w:type="dxa"/>
          </w:tcPr>
          <w:p w14:paraId="3E4AFCA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90</w:t>
            </w:r>
          </w:p>
        </w:tc>
        <w:tc>
          <w:tcPr>
            <w:tcW w:w="3393" w:type="dxa"/>
          </w:tcPr>
          <w:p w14:paraId="5DCBC59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0.7%</w:t>
            </w:r>
          </w:p>
        </w:tc>
        <w:tc>
          <w:tcPr>
            <w:tcW w:w="3393" w:type="dxa"/>
          </w:tcPr>
          <w:p w14:paraId="6D684F2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12,890</w:t>
            </w:r>
          </w:p>
        </w:tc>
      </w:tr>
      <w:tr w:rsidR="00947F3E" w:rsidRPr="00947F3E" w14:paraId="6EB8DA4E" w14:textId="77777777">
        <w:trPr>
          <w:jc w:val="center"/>
        </w:trPr>
        <w:tc>
          <w:tcPr>
            <w:tcW w:w="3393" w:type="dxa"/>
          </w:tcPr>
          <w:p w14:paraId="70826B60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Body weight (post)</w:t>
            </w:r>
          </w:p>
        </w:tc>
        <w:tc>
          <w:tcPr>
            <w:tcW w:w="3393" w:type="dxa"/>
          </w:tcPr>
          <w:p w14:paraId="565E3C4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73</w:t>
            </w:r>
          </w:p>
        </w:tc>
        <w:tc>
          <w:tcPr>
            <w:tcW w:w="3393" w:type="dxa"/>
          </w:tcPr>
          <w:p w14:paraId="783C750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0.6%</w:t>
            </w:r>
          </w:p>
        </w:tc>
        <w:tc>
          <w:tcPr>
            <w:tcW w:w="3393" w:type="dxa"/>
          </w:tcPr>
          <w:p w14:paraId="426318B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12,907</w:t>
            </w:r>
          </w:p>
        </w:tc>
      </w:tr>
      <w:tr w:rsidR="00947F3E" w:rsidRPr="00947F3E" w14:paraId="059A94A3" w14:textId="77777777">
        <w:trPr>
          <w:jc w:val="center"/>
        </w:trPr>
        <w:tc>
          <w:tcPr>
            <w:tcW w:w="3393" w:type="dxa"/>
          </w:tcPr>
          <w:p w14:paraId="449BE5C3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Body fat (pre)</w:t>
            </w:r>
          </w:p>
        </w:tc>
        <w:tc>
          <w:tcPr>
            <w:tcW w:w="3393" w:type="dxa"/>
          </w:tcPr>
          <w:p w14:paraId="2BCA346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39</w:t>
            </w:r>
          </w:p>
        </w:tc>
        <w:tc>
          <w:tcPr>
            <w:tcW w:w="3393" w:type="dxa"/>
          </w:tcPr>
          <w:p w14:paraId="0748D64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0.3%</w:t>
            </w:r>
          </w:p>
        </w:tc>
        <w:tc>
          <w:tcPr>
            <w:tcW w:w="3393" w:type="dxa"/>
          </w:tcPr>
          <w:p w14:paraId="1050C4C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12,941</w:t>
            </w:r>
          </w:p>
        </w:tc>
      </w:tr>
      <w:tr w:rsidR="00947F3E" w:rsidRPr="00947F3E" w14:paraId="50D3E5F8" w14:textId="77777777">
        <w:trPr>
          <w:jc w:val="center"/>
        </w:trPr>
        <w:tc>
          <w:tcPr>
            <w:tcW w:w="3393" w:type="dxa"/>
          </w:tcPr>
          <w:p w14:paraId="1644F27B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Body fat (post)</w:t>
            </w:r>
          </w:p>
        </w:tc>
        <w:tc>
          <w:tcPr>
            <w:tcW w:w="3393" w:type="dxa"/>
          </w:tcPr>
          <w:p w14:paraId="6E17142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25</w:t>
            </w:r>
          </w:p>
        </w:tc>
        <w:tc>
          <w:tcPr>
            <w:tcW w:w="3393" w:type="dxa"/>
          </w:tcPr>
          <w:p w14:paraId="066DE4B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0.2%</w:t>
            </w:r>
          </w:p>
        </w:tc>
        <w:tc>
          <w:tcPr>
            <w:tcW w:w="3393" w:type="dxa"/>
          </w:tcPr>
          <w:p w14:paraId="40ECA07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12,955</w:t>
            </w:r>
          </w:p>
        </w:tc>
      </w:tr>
      <w:tr w:rsidR="00947F3E" w:rsidRPr="00947F3E" w14:paraId="5482A283" w14:textId="77777777">
        <w:trPr>
          <w:jc w:val="center"/>
        </w:trPr>
        <w:tc>
          <w:tcPr>
            <w:tcW w:w="3393" w:type="dxa"/>
          </w:tcPr>
          <w:p w14:paraId="6C2A298B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Waist (pre)</w:t>
            </w:r>
          </w:p>
        </w:tc>
        <w:tc>
          <w:tcPr>
            <w:tcW w:w="3393" w:type="dxa"/>
          </w:tcPr>
          <w:p w14:paraId="28889A2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6,557</w:t>
            </w:r>
          </w:p>
        </w:tc>
        <w:tc>
          <w:tcPr>
            <w:tcW w:w="3393" w:type="dxa"/>
          </w:tcPr>
          <w:p w14:paraId="1B8EB04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50.5%</w:t>
            </w:r>
          </w:p>
        </w:tc>
        <w:tc>
          <w:tcPr>
            <w:tcW w:w="3393" w:type="dxa"/>
          </w:tcPr>
          <w:p w14:paraId="4C0E1D3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6,423</w:t>
            </w:r>
          </w:p>
        </w:tc>
      </w:tr>
      <w:tr w:rsidR="00947F3E" w:rsidRPr="00947F3E" w14:paraId="0A50C6C7" w14:textId="77777777">
        <w:trPr>
          <w:jc w:val="center"/>
        </w:trPr>
        <w:tc>
          <w:tcPr>
            <w:tcW w:w="3393" w:type="dxa"/>
          </w:tcPr>
          <w:p w14:paraId="32A160E5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Waist (post)</w:t>
            </w:r>
          </w:p>
        </w:tc>
        <w:tc>
          <w:tcPr>
            <w:tcW w:w="3393" w:type="dxa"/>
          </w:tcPr>
          <w:p w14:paraId="740EFAD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6,537</w:t>
            </w:r>
          </w:p>
        </w:tc>
        <w:tc>
          <w:tcPr>
            <w:tcW w:w="3393" w:type="dxa"/>
          </w:tcPr>
          <w:p w14:paraId="7DBA1F8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50.4%</w:t>
            </w:r>
          </w:p>
        </w:tc>
        <w:tc>
          <w:tcPr>
            <w:tcW w:w="3393" w:type="dxa"/>
          </w:tcPr>
          <w:p w14:paraId="6857C5E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6,443</w:t>
            </w:r>
          </w:p>
        </w:tc>
      </w:tr>
      <w:tr w:rsidR="00947F3E" w:rsidRPr="00947F3E" w14:paraId="1AC55358" w14:textId="77777777">
        <w:trPr>
          <w:jc w:val="center"/>
        </w:trPr>
        <w:tc>
          <w:tcPr>
            <w:tcW w:w="3393" w:type="dxa"/>
          </w:tcPr>
          <w:p w14:paraId="57E6842D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SBP (pre)</w:t>
            </w:r>
          </w:p>
        </w:tc>
        <w:tc>
          <w:tcPr>
            <w:tcW w:w="3393" w:type="dxa"/>
          </w:tcPr>
          <w:p w14:paraId="4169A1E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59</w:t>
            </w:r>
          </w:p>
        </w:tc>
        <w:tc>
          <w:tcPr>
            <w:tcW w:w="3393" w:type="dxa"/>
          </w:tcPr>
          <w:p w14:paraId="0C75799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0.5%</w:t>
            </w:r>
          </w:p>
        </w:tc>
        <w:tc>
          <w:tcPr>
            <w:tcW w:w="3393" w:type="dxa"/>
          </w:tcPr>
          <w:p w14:paraId="11C702D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12,921</w:t>
            </w:r>
          </w:p>
        </w:tc>
      </w:tr>
      <w:tr w:rsidR="00947F3E" w:rsidRPr="00947F3E" w14:paraId="45A39FDA" w14:textId="77777777">
        <w:trPr>
          <w:jc w:val="center"/>
        </w:trPr>
        <w:tc>
          <w:tcPr>
            <w:tcW w:w="3393" w:type="dxa"/>
          </w:tcPr>
          <w:p w14:paraId="1F1B0AE5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SBP (post)</w:t>
            </w:r>
          </w:p>
        </w:tc>
        <w:tc>
          <w:tcPr>
            <w:tcW w:w="3393" w:type="dxa"/>
          </w:tcPr>
          <w:p w14:paraId="6B7DC84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72</w:t>
            </w:r>
          </w:p>
        </w:tc>
        <w:tc>
          <w:tcPr>
            <w:tcW w:w="3393" w:type="dxa"/>
          </w:tcPr>
          <w:p w14:paraId="537A65B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0.6%</w:t>
            </w:r>
          </w:p>
        </w:tc>
        <w:tc>
          <w:tcPr>
            <w:tcW w:w="3393" w:type="dxa"/>
          </w:tcPr>
          <w:p w14:paraId="199D611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12,908</w:t>
            </w:r>
          </w:p>
        </w:tc>
      </w:tr>
      <w:tr w:rsidR="00947F3E" w:rsidRPr="00947F3E" w14:paraId="6927A958" w14:textId="77777777">
        <w:trPr>
          <w:jc w:val="center"/>
        </w:trPr>
        <w:tc>
          <w:tcPr>
            <w:tcW w:w="3393" w:type="dxa"/>
          </w:tcPr>
          <w:p w14:paraId="313853E0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DBP (pre)</w:t>
            </w:r>
          </w:p>
        </w:tc>
        <w:tc>
          <w:tcPr>
            <w:tcW w:w="3393" w:type="dxa"/>
          </w:tcPr>
          <w:p w14:paraId="58F67E8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100</w:t>
            </w:r>
          </w:p>
        </w:tc>
        <w:tc>
          <w:tcPr>
            <w:tcW w:w="3393" w:type="dxa"/>
          </w:tcPr>
          <w:p w14:paraId="03601BA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0.8%</w:t>
            </w:r>
          </w:p>
        </w:tc>
        <w:tc>
          <w:tcPr>
            <w:tcW w:w="3393" w:type="dxa"/>
          </w:tcPr>
          <w:p w14:paraId="19122BD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12,880</w:t>
            </w:r>
          </w:p>
        </w:tc>
      </w:tr>
      <w:tr w:rsidR="00947F3E" w:rsidRPr="00947F3E" w14:paraId="632A0C2F" w14:textId="77777777">
        <w:trPr>
          <w:jc w:val="center"/>
        </w:trPr>
        <w:tc>
          <w:tcPr>
            <w:tcW w:w="3393" w:type="dxa"/>
          </w:tcPr>
          <w:p w14:paraId="31988C8E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DBP (post)</w:t>
            </w:r>
          </w:p>
        </w:tc>
        <w:tc>
          <w:tcPr>
            <w:tcW w:w="3393" w:type="dxa"/>
          </w:tcPr>
          <w:p w14:paraId="4454F98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84</w:t>
            </w:r>
          </w:p>
        </w:tc>
        <w:tc>
          <w:tcPr>
            <w:tcW w:w="3393" w:type="dxa"/>
          </w:tcPr>
          <w:p w14:paraId="0AF596F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0.6%</w:t>
            </w:r>
          </w:p>
        </w:tc>
        <w:tc>
          <w:tcPr>
            <w:tcW w:w="3393" w:type="dxa"/>
          </w:tcPr>
          <w:p w14:paraId="0AAE7E2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12,896</w:t>
            </w:r>
          </w:p>
        </w:tc>
      </w:tr>
      <w:tr w:rsidR="00947F3E" w:rsidRPr="00947F3E" w14:paraId="7858707C" w14:textId="77777777">
        <w:trPr>
          <w:jc w:val="center"/>
        </w:trPr>
        <w:tc>
          <w:tcPr>
            <w:tcW w:w="3393" w:type="dxa"/>
          </w:tcPr>
          <w:p w14:paraId="5F22507F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Grip-L (pre)</w:t>
            </w:r>
          </w:p>
        </w:tc>
        <w:tc>
          <w:tcPr>
            <w:tcW w:w="3393" w:type="dxa"/>
          </w:tcPr>
          <w:p w14:paraId="427707C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58</w:t>
            </w:r>
          </w:p>
        </w:tc>
        <w:tc>
          <w:tcPr>
            <w:tcW w:w="3393" w:type="dxa"/>
          </w:tcPr>
          <w:p w14:paraId="6B724FD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0.4%</w:t>
            </w:r>
          </w:p>
        </w:tc>
        <w:tc>
          <w:tcPr>
            <w:tcW w:w="3393" w:type="dxa"/>
          </w:tcPr>
          <w:p w14:paraId="1B6E7A5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12,922</w:t>
            </w:r>
          </w:p>
        </w:tc>
      </w:tr>
      <w:tr w:rsidR="00947F3E" w:rsidRPr="00947F3E" w14:paraId="236903FD" w14:textId="77777777">
        <w:trPr>
          <w:jc w:val="center"/>
        </w:trPr>
        <w:tc>
          <w:tcPr>
            <w:tcW w:w="3393" w:type="dxa"/>
          </w:tcPr>
          <w:p w14:paraId="73E0422D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Grip-L (post)</w:t>
            </w:r>
          </w:p>
        </w:tc>
        <w:tc>
          <w:tcPr>
            <w:tcW w:w="3393" w:type="dxa"/>
          </w:tcPr>
          <w:p w14:paraId="7D579F5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71</w:t>
            </w:r>
          </w:p>
        </w:tc>
        <w:tc>
          <w:tcPr>
            <w:tcW w:w="3393" w:type="dxa"/>
          </w:tcPr>
          <w:p w14:paraId="2589F66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0.5%</w:t>
            </w:r>
          </w:p>
        </w:tc>
        <w:tc>
          <w:tcPr>
            <w:tcW w:w="3393" w:type="dxa"/>
          </w:tcPr>
          <w:p w14:paraId="38BF714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12,909</w:t>
            </w:r>
          </w:p>
        </w:tc>
      </w:tr>
      <w:tr w:rsidR="00947F3E" w:rsidRPr="00947F3E" w14:paraId="4E289E1B" w14:textId="77777777">
        <w:trPr>
          <w:jc w:val="center"/>
        </w:trPr>
        <w:tc>
          <w:tcPr>
            <w:tcW w:w="3393" w:type="dxa"/>
          </w:tcPr>
          <w:p w14:paraId="0ECAC2ED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Grip-R (pre)</w:t>
            </w:r>
          </w:p>
        </w:tc>
        <w:tc>
          <w:tcPr>
            <w:tcW w:w="3393" w:type="dxa"/>
          </w:tcPr>
          <w:p w14:paraId="13A4B28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58</w:t>
            </w:r>
          </w:p>
        </w:tc>
        <w:tc>
          <w:tcPr>
            <w:tcW w:w="3393" w:type="dxa"/>
          </w:tcPr>
          <w:p w14:paraId="3062846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0.4%</w:t>
            </w:r>
          </w:p>
        </w:tc>
        <w:tc>
          <w:tcPr>
            <w:tcW w:w="3393" w:type="dxa"/>
          </w:tcPr>
          <w:p w14:paraId="4E7DE0D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12,922</w:t>
            </w:r>
          </w:p>
        </w:tc>
      </w:tr>
      <w:tr w:rsidR="00947F3E" w:rsidRPr="00947F3E" w14:paraId="04452540" w14:textId="77777777">
        <w:trPr>
          <w:jc w:val="center"/>
        </w:trPr>
        <w:tc>
          <w:tcPr>
            <w:tcW w:w="3393" w:type="dxa"/>
          </w:tcPr>
          <w:p w14:paraId="07465C83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Grip-R (post)</w:t>
            </w:r>
          </w:p>
        </w:tc>
        <w:tc>
          <w:tcPr>
            <w:tcW w:w="3393" w:type="dxa"/>
          </w:tcPr>
          <w:p w14:paraId="3157B3E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51</w:t>
            </w:r>
          </w:p>
        </w:tc>
        <w:tc>
          <w:tcPr>
            <w:tcW w:w="3393" w:type="dxa"/>
          </w:tcPr>
          <w:p w14:paraId="0C9C919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0.4%</w:t>
            </w:r>
          </w:p>
        </w:tc>
        <w:tc>
          <w:tcPr>
            <w:tcW w:w="3393" w:type="dxa"/>
          </w:tcPr>
          <w:p w14:paraId="6D8AE37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12,929</w:t>
            </w:r>
          </w:p>
        </w:tc>
      </w:tr>
      <w:tr w:rsidR="00947F3E" w:rsidRPr="00947F3E" w14:paraId="4BB95F7B" w14:textId="77777777">
        <w:trPr>
          <w:jc w:val="center"/>
        </w:trPr>
        <w:tc>
          <w:tcPr>
            <w:tcW w:w="3393" w:type="dxa"/>
          </w:tcPr>
          <w:p w14:paraId="6BB2B3A2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Rel. grip (pre)</w:t>
            </w:r>
          </w:p>
        </w:tc>
        <w:tc>
          <w:tcPr>
            <w:tcW w:w="3393" w:type="dxa"/>
          </w:tcPr>
          <w:p w14:paraId="41A22E3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90</w:t>
            </w:r>
          </w:p>
        </w:tc>
        <w:tc>
          <w:tcPr>
            <w:tcW w:w="3393" w:type="dxa"/>
          </w:tcPr>
          <w:p w14:paraId="05D397E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0.7%</w:t>
            </w:r>
          </w:p>
        </w:tc>
        <w:tc>
          <w:tcPr>
            <w:tcW w:w="3393" w:type="dxa"/>
          </w:tcPr>
          <w:p w14:paraId="2176201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12,890</w:t>
            </w:r>
          </w:p>
        </w:tc>
      </w:tr>
      <w:tr w:rsidR="00947F3E" w:rsidRPr="00947F3E" w14:paraId="1FBD8500" w14:textId="77777777">
        <w:trPr>
          <w:jc w:val="center"/>
        </w:trPr>
        <w:tc>
          <w:tcPr>
            <w:tcW w:w="3393" w:type="dxa"/>
          </w:tcPr>
          <w:p w14:paraId="2190BEB6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Rel. grip (post)</w:t>
            </w:r>
          </w:p>
        </w:tc>
        <w:tc>
          <w:tcPr>
            <w:tcW w:w="3393" w:type="dxa"/>
          </w:tcPr>
          <w:p w14:paraId="48F11B7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89</w:t>
            </w:r>
          </w:p>
        </w:tc>
        <w:tc>
          <w:tcPr>
            <w:tcW w:w="3393" w:type="dxa"/>
          </w:tcPr>
          <w:p w14:paraId="64B78BC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0.7%</w:t>
            </w:r>
          </w:p>
        </w:tc>
        <w:tc>
          <w:tcPr>
            <w:tcW w:w="3393" w:type="dxa"/>
          </w:tcPr>
          <w:p w14:paraId="707A528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12,891</w:t>
            </w:r>
          </w:p>
        </w:tc>
      </w:tr>
      <w:tr w:rsidR="00947F3E" w:rsidRPr="00947F3E" w14:paraId="5019AFCF" w14:textId="77777777">
        <w:trPr>
          <w:jc w:val="center"/>
        </w:trPr>
        <w:tc>
          <w:tcPr>
            <w:tcW w:w="3393" w:type="dxa"/>
          </w:tcPr>
          <w:p w14:paraId="44A4170F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Sit-and-reach (pre)</w:t>
            </w:r>
          </w:p>
        </w:tc>
        <w:tc>
          <w:tcPr>
            <w:tcW w:w="3393" w:type="dxa"/>
          </w:tcPr>
          <w:p w14:paraId="66156DE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293</w:t>
            </w:r>
          </w:p>
        </w:tc>
        <w:tc>
          <w:tcPr>
            <w:tcW w:w="3393" w:type="dxa"/>
          </w:tcPr>
          <w:p w14:paraId="5F26B78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2.3%</w:t>
            </w:r>
          </w:p>
        </w:tc>
        <w:tc>
          <w:tcPr>
            <w:tcW w:w="3393" w:type="dxa"/>
          </w:tcPr>
          <w:p w14:paraId="6B5C544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12,687</w:t>
            </w:r>
          </w:p>
        </w:tc>
      </w:tr>
      <w:tr w:rsidR="00947F3E" w:rsidRPr="00947F3E" w14:paraId="0F2CC164" w14:textId="77777777">
        <w:trPr>
          <w:jc w:val="center"/>
        </w:trPr>
        <w:tc>
          <w:tcPr>
            <w:tcW w:w="3393" w:type="dxa"/>
          </w:tcPr>
          <w:p w14:paraId="047A82D3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Sit-and-reach (post)</w:t>
            </w:r>
          </w:p>
        </w:tc>
        <w:tc>
          <w:tcPr>
            <w:tcW w:w="3393" w:type="dxa"/>
          </w:tcPr>
          <w:p w14:paraId="6AF99E5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429</w:t>
            </w:r>
          </w:p>
        </w:tc>
        <w:tc>
          <w:tcPr>
            <w:tcW w:w="3393" w:type="dxa"/>
          </w:tcPr>
          <w:p w14:paraId="053C203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3.3%</w:t>
            </w:r>
          </w:p>
        </w:tc>
        <w:tc>
          <w:tcPr>
            <w:tcW w:w="3393" w:type="dxa"/>
          </w:tcPr>
          <w:p w14:paraId="6EAD734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12,551</w:t>
            </w:r>
          </w:p>
        </w:tc>
      </w:tr>
      <w:tr w:rsidR="00947F3E" w:rsidRPr="00947F3E" w14:paraId="14F39E35" w14:textId="77777777">
        <w:trPr>
          <w:jc w:val="center"/>
        </w:trPr>
        <w:tc>
          <w:tcPr>
            <w:tcW w:w="3393" w:type="dxa"/>
          </w:tcPr>
          <w:p w14:paraId="4303D532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Cross sit-ups (pre)</w:t>
            </w:r>
          </w:p>
        </w:tc>
        <w:tc>
          <w:tcPr>
            <w:tcW w:w="3393" w:type="dxa"/>
          </w:tcPr>
          <w:p w14:paraId="0516BE0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64</w:t>
            </w:r>
          </w:p>
        </w:tc>
        <w:tc>
          <w:tcPr>
            <w:tcW w:w="3393" w:type="dxa"/>
          </w:tcPr>
          <w:p w14:paraId="5484C45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0.5%</w:t>
            </w:r>
          </w:p>
        </w:tc>
        <w:tc>
          <w:tcPr>
            <w:tcW w:w="3393" w:type="dxa"/>
          </w:tcPr>
          <w:p w14:paraId="046E425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12,916</w:t>
            </w:r>
          </w:p>
        </w:tc>
      </w:tr>
      <w:tr w:rsidR="00947F3E" w:rsidRPr="00947F3E" w14:paraId="1E171A83" w14:textId="77777777">
        <w:trPr>
          <w:jc w:val="center"/>
        </w:trPr>
        <w:tc>
          <w:tcPr>
            <w:tcW w:w="3393" w:type="dxa"/>
          </w:tcPr>
          <w:p w14:paraId="61091D3C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Cross sit-ups (post)</w:t>
            </w:r>
          </w:p>
        </w:tc>
        <w:tc>
          <w:tcPr>
            <w:tcW w:w="3393" w:type="dxa"/>
          </w:tcPr>
          <w:p w14:paraId="35B379A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69</w:t>
            </w:r>
          </w:p>
        </w:tc>
        <w:tc>
          <w:tcPr>
            <w:tcW w:w="3393" w:type="dxa"/>
          </w:tcPr>
          <w:p w14:paraId="414F33B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0.5%</w:t>
            </w:r>
          </w:p>
        </w:tc>
        <w:tc>
          <w:tcPr>
            <w:tcW w:w="3393" w:type="dxa"/>
          </w:tcPr>
          <w:p w14:paraId="167EEB5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12,911</w:t>
            </w:r>
          </w:p>
        </w:tc>
      </w:tr>
      <w:tr w:rsidR="00947F3E" w:rsidRPr="00947F3E" w14:paraId="2C42E36A" w14:textId="77777777">
        <w:trPr>
          <w:jc w:val="center"/>
        </w:trPr>
        <w:tc>
          <w:tcPr>
            <w:tcW w:w="3393" w:type="dxa"/>
          </w:tcPr>
          <w:p w14:paraId="7760C603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Standing long jump (pre)</w:t>
            </w:r>
          </w:p>
        </w:tc>
        <w:tc>
          <w:tcPr>
            <w:tcW w:w="3393" w:type="dxa"/>
          </w:tcPr>
          <w:p w14:paraId="56996AA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4,103</w:t>
            </w:r>
          </w:p>
        </w:tc>
        <w:tc>
          <w:tcPr>
            <w:tcW w:w="3393" w:type="dxa"/>
          </w:tcPr>
          <w:p w14:paraId="569D9BC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31.6%</w:t>
            </w:r>
          </w:p>
        </w:tc>
        <w:tc>
          <w:tcPr>
            <w:tcW w:w="3393" w:type="dxa"/>
          </w:tcPr>
          <w:p w14:paraId="776D041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8,877</w:t>
            </w:r>
          </w:p>
        </w:tc>
      </w:tr>
      <w:tr w:rsidR="00947F3E" w:rsidRPr="00947F3E" w14:paraId="22A848B1" w14:textId="77777777">
        <w:trPr>
          <w:jc w:val="center"/>
        </w:trPr>
        <w:tc>
          <w:tcPr>
            <w:tcW w:w="3393" w:type="dxa"/>
          </w:tcPr>
          <w:p w14:paraId="1D1B1321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Standing long jump (post)</w:t>
            </w:r>
          </w:p>
        </w:tc>
        <w:tc>
          <w:tcPr>
            <w:tcW w:w="3393" w:type="dxa"/>
          </w:tcPr>
          <w:p w14:paraId="32B9A69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4,387</w:t>
            </w:r>
          </w:p>
        </w:tc>
        <w:tc>
          <w:tcPr>
            <w:tcW w:w="3393" w:type="dxa"/>
          </w:tcPr>
          <w:p w14:paraId="1739B5C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33.8%</w:t>
            </w:r>
          </w:p>
        </w:tc>
        <w:tc>
          <w:tcPr>
            <w:tcW w:w="3393" w:type="dxa"/>
          </w:tcPr>
          <w:p w14:paraId="1BFF0D2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8,593</w:t>
            </w:r>
          </w:p>
        </w:tc>
      </w:tr>
      <w:tr w:rsidR="00947F3E" w:rsidRPr="00947F3E" w14:paraId="584A8A85" w14:textId="77777777">
        <w:trPr>
          <w:jc w:val="center"/>
        </w:trPr>
        <w:tc>
          <w:tcPr>
            <w:tcW w:w="3393" w:type="dxa"/>
          </w:tcPr>
          <w:p w14:paraId="2CF978A2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VO₂max-shuttle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(pre)</w:t>
            </w:r>
          </w:p>
        </w:tc>
        <w:tc>
          <w:tcPr>
            <w:tcW w:w="3393" w:type="dxa"/>
          </w:tcPr>
          <w:p w14:paraId="7995998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9,318</w:t>
            </w:r>
          </w:p>
        </w:tc>
        <w:tc>
          <w:tcPr>
            <w:tcW w:w="3393" w:type="dxa"/>
          </w:tcPr>
          <w:p w14:paraId="7B2F65C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71.8%</w:t>
            </w:r>
          </w:p>
        </w:tc>
        <w:tc>
          <w:tcPr>
            <w:tcW w:w="3393" w:type="dxa"/>
          </w:tcPr>
          <w:p w14:paraId="64602A7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3,662</w:t>
            </w:r>
          </w:p>
        </w:tc>
      </w:tr>
      <w:tr w:rsidR="00947F3E" w:rsidRPr="00947F3E" w14:paraId="052C9B10" w14:textId="77777777">
        <w:trPr>
          <w:jc w:val="center"/>
        </w:trPr>
        <w:tc>
          <w:tcPr>
            <w:tcW w:w="3393" w:type="dxa"/>
          </w:tcPr>
          <w:p w14:paraId="3EB1085A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VO₂max-shuttle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(post)</w:t>
            </w:r>
          </w:p>
        </w:tc>
        <w:tc>
          <w:tcPr>
            <w:tcW w:w="3393" w:type="dxa"/>
          </w:tcPr>
          <w:p w14:paraId="289A3E1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8,871</w:t>
            </w:r>
          </w:p>
        </w:tc>
        <w:tc>
          <w:tcPr>
            <w:tcW w:w="3393" w:type="dxa"/>
          </w:tcPr>
          <w:p w14:paraId="404CA03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68.3%</w:t>
            </w:r>
          </w:p>
        </w:tc>
        <w:tc>
          <w:tcPr>
            <w:tcW w:w="3393" w:type="dxa"/>
          </w:tcPr>
          <w:p w14:paraId="56AB501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4,109</w:t>
            </w:r>
          </w:p>
        </w:tc>
      </w:tr>
      <w:tr w:rsidR="00947F3E" w:rsidRPr="00947F3E" w14:paraId="5E434DCC" w14:textId="77777777">
        <w:trPr>
          <w:jc w:val="center"/>
        </w:trPr>
        <w:tc>
          <w:tcPr>
            <w:tcW w:w="3393" w:type="dxa"/>
          </w:tcPr>
          <w:p w14:paraId="1B456F56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VO₂max-step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(pre)</w:t>
            </w:r>
          </w:p>
        </w:tc>
        <w:tc>
          <w:tcPr>
            <w:tcW w:w="3393" w:type="dxa"/>
          </w:tcPr>
          <w:p w14:paraId="51CCE46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5,093</w:t>
            </w:r>
          </w:p>
        </w:tc>
        <w:tc>
          <w:tcPr>
            <w:tcW w:w="3393" w:type="dxa"/>
          </w:tcPr>
          <w:p w14:paraId="3C62F2B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39.2%</w:t>
            </w:r>
          </w:p>
        </w:tc>
        <w:tc>
          <w:tcPr>
            <w:tcW w:w="3393" w:type="dxa"/>
          </w:tcPr>
          <w:p w14:paraId="3B05881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7,887</w:t>
            </w:r>
          </w:p>
        </w:tc>
      </w:tr>
      <w:tr w:rsidR="00947F3E" w:rsidRPr="00947F3E" w14:paraId="0C514580" w14:textId="77777777">
        <w:trPr>
          <w:jc w:val="center"/>
        </w:trPr>
        <w:tc>
          <w:tcPr>
            <w:tcW w:w="3393" w:type="dxa"/>
          </w:tcPr>
          <w:p w14:paraId="570C6AB7" w14:textId="77777777" w:rsidR="0077568B" w:rsidRPr="00947F3E" w:rsidRDefault="004C7B7C">
            <w:proofErr w:type="spellStart"/>
            <w:r>
              <w:rPr>
                <w:rFonts w:ascii="Times New Roman" w:hAnsi="Times New Roman"/>
                <w:b/>
                <w:sz w:val="18"/>
              </w:rPr>
              <w:t>VO₂max-step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(post)</w:t>
            </w:r>
          </w:p>
        </w:tc>
        <w:tc>
          <w:tcPr>
            <w:tcW w:w="3393" w:type="dxa"/>
          </w:tcPr>
          <w:p w14:paraId="1266E5F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5,390</w:t>
            </w:r>
          </w:p>
        </w:tc>
        <w:tc>
          <w:tcPr>
            <w:tcW w:w="3393" w:type="dxa"/>
          </w:tcPr>
          <w:p w14:paraId="1092104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41.5%</w:t>
            </w:r>
          </w:p>
        </w:tc>
        <w:tc>
          <w:tcPr>
            <w:tcW w:w="3393" w:type="dxa"/>
          </w:tcPr>
          <w:p w14:paraId="4E862BF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7,590</w:t>
            </w:r>
          </w:p>
        </w:tc>
      </w:tr>
      <w:tr w:rsidR="00947F3E" w:rsidRPr="00947F3E" w14:paraId="7BE967EE" w14:textId="77777777">
        <w:trPr>
          <w:jc w:val="center"/>
        </w:trPr>
        <w:tc>
          <w:tcPr>
            <w:tcW w:w="3393" w:type="dxa"/>
          </w:tcPr>
          <w:p w14:paraId="24E3FDC4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Reaction time (pre)</w:t>
            </w:r>
          </w:p>
        </w:tc>
        <w:tc>
          <w:tcPr>
            <w:tcW w:w="3393" w:type="dxa"/>
          </w:tcPr>
          <w:p w14:paraId="598B1FD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2,667</w:t>
            </w:r>
          </w:p>
        </w:tc>
        <w:tc>
          <w:tcPr>
            <w:tcW w:w="3393" w:type="dxa"/>
          </w:tcPr>
          <w:p w14:paraId="4952756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20.5%</w:t>
            </w:r>
          </w:p>
        </w:tc>
        <w:tc>
          <w:tcPr>
            <w:tcW w:w="3393" w:type="dxa"/>
          </w:tcPr>
          <w:p w14:paraId="7B6F67A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10,313</w:t>
            </w:r>
          </w:p>
        </w:tc>
      </w:tr>
      <w:tr w:rsidR="00947F3E" w:rsidRPr="00947F3E" w14:paraId="157E94C8" w14:textId="77777777">
        <w:trPr>
          <w:jc w:val="center"/>
        </w:trPr>
        <w:tc>
          <w:tcPr>
            <w:tcW w:w="3393" w:type="dxa"/>
          </w:tcPr>
          <w:p w14:paraId="4445210D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Reaction time (post)</w:t>
            </w:r>
          </w:p>
        </w:tc>
        <w:tc>
          <w:tcPr>
            <w:tcW w:w="3393" w:type="dxa"/>
          </w:tcPr>
          <w:p w14:paraId="2B11D8D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2,706</w:t>
            </w:r>
          </w:p>
        </w:tc>
        <w:tc>
          <w:tcPr>
            <w:tcW w:w="3393" w:type="dxa"/>
          </w:tcPr>
          <w:p w14:paraId="66B8D09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20.8%</w:t>
            </w:r>
          </w:p>
        </w:tc>
        <w:tc>
          <w:tcPr>
            <w:tcW w:w="3393" w:type="dxa"/>
          </w:tcPr>
          <w:p w14:paraId="5B2780A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10,274</w:t>
            </w:r>
          </w:p>
        </w:tc>
      </w:tr>
    </w:tbl>
    <w:p w14:paraId="341E6C89" w14:textId="77777777" w:rsidR="0077568B" w:rsidRPr="00947F3E" w:rsidRDefault="004C7B7C">
      <w:r>
        <w:br w:type="page"/>
      </w:r>
    </w:p>
    <w:p w14:paraId="27EF32EE" w14:textId="77777777" w:rsidR="0077568B" w:rsidRPr="00947F3E" w:rsidRDefault="004C7B7C" w:rsidP="004C7B7C">
      <w:pPr>
        <w:spacing w:before="240" w:after="80"/>
      </w:pPr>
      <w:r>
        <w:rPr>
          <w:rFonts w:ascii="Times New Roman" w:hAnsi="Times New Roman"/>
          <w:b/>
          <w:sz w:val="24"/>
        </w:rPr>
        <w:lastRenderedPageBreak/>
        <w:t>Table S23. Mapping of the 30 most frequent original Korean exercise terms to the 18 standardized English exercise categories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638"/>
        <w:gridCol w:w="3288"/>
        <w:gridCol w:w="1928"/>
        <w:gridCol w:w="1932"/>
        <w:gridCol w:w="1929"/>
        <w:gridCol w:w="1926"/>
        <w:gridCol w:w="1921"/>
      </w:tblGrid>
      <w:tr w:rsidR="00947F3E" w:rsidRPr="00947F3E" w14:paraId="2A39FCB5" w14:textId="77777777" w:rsidTr="00713D93">
        <w:trPr>
          <w:jc w:val="center"/>
        </w:trPr>
        <w:tc>
          <w:tcPr>
            <w:tcW w:w="562" w:type="dxa"/>
            <w:shd w:val="clear" w:color="auto" w:fill="D9E2F3"/>
          </w:tcPr>
          <w:p w14:paraId="1E81A7D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Rank</w:t>
            </w:r>
          </w:p>
        </w:tc>
        <w:tc>
          <w:tcPr>
            <w:tcW w:w="3312" w:type="dxa"/>
            <w:shd w:val="clear" w:color="auto" w:fill="D9E2F3"/>
          </w:tcPr>
          <w:p w14:paraId="6F115CC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Original Korean term</w:t>
            </w:r>
          </w:p>
        </w:tc>
        <w:tc>
          <w:tcPr>
            <w:tcW w:w="1938" w:type="dxa"/>
            <w:shd w:val="clear" w:color="auto" w:fill="D9E2F3"/>
          </w:tcPr>
          <w:p w14:paraId="0820ADB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Romanized / English gloss</w:t>
            </w:r>
          </w:p>
        </w:tc>
        <w:tc>
          <w:tcPr>
            <w:tcW w:w="1938" w:type="dxa"/>
            <w:shd w:val="clear" w:color="auto" w:fill="D9E2F3"/>
          </w:tcPr>
          <w:p w14:paraId="68B5D9B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Standardized English category</w:t>
            </w:r>
          </w:p>
        </w:tc>
        <w:tc>
          <w:tcPr>
            <w:tcW w:w="1938" w:type="dxa"/>
            <w:shd w:val="clear" w:color="auto" w:fill="D9E2F3"/>
          </w:tcPr>
          <w:p w14:paraId="236F1CB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Prescription type</w:t>
            </w:r>
          </w:p>
        </w:tc>
        <w:tc>
          <w:tcPr>
            <w:tcW w:w="1937" w:type="dxa"/>
            <w:shd w:val="clear" w:color="auto" w:fill="D9E2F3"/>
          </w:tcPr>
          <w:p w14:paraId="78ACCE3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Frequency</w:t>
            </w:r>
          </w:p>
        </w:tc>
        <w:tc>
          <w:tcPr>
            <w:tcW w:w="1937" w:type="dxa"/>
            <w:shd w:val="clear" w:color="auto" w:fill="D9E2F3"/>
          </w:tcPr>
          <w:p w14:paraId="187060B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%</w:t>
            </w:r>
          </w:p>
        </w:tc>
      </w:tr>
      <w:tr w:rsidR="00947F3E" w:rsidRPr="00947F3E" w14:paraId="24BA78F7" w14:textId="77777777" w:rsidTr="00713D93">
        <w:trPr>
          <w:jc w:val="center"/>
        </w:trPr>
        <w:tc>
          <w:tcPr>
            <w:tcW w:w="562" w:type="dxa"/>
          </w:tcPr>
          <w:p w14:paraId="0DA06B26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3312" w:type="dxa"/>
          </w:tcPr>
          <w:p w14:paraId="5E3B378B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</w:rPr>
              <w:t>달리기</w:t>
            </w:r>
            <w:proofErr w:type="spellEnd"/>
          </w:p>
        </w:tc>
        <w:tc>
          <w:tcPr>
            <w:tcW w:w="1938" w:type="dxa"/>
          </w:tcPr>
          <w:p w14:paraId="20CEA5D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Running</w:t>
            </w:r>
          </w:p>
        </w:tc>
        <w:tc>
          <w:tcPr>
            <w:tcW w:w="1938" w:type="dxa"/>
          </w:tcPr>
          <w:p w14:paraId="32BBFFF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Running</w:t>
            </w:r>
          </w:p>
        </w:tc>
        <w:tc>
          <w:tcPr>
            <w:tcW w:w="1938" w:type="dxa"/>
          </w:tcPr>
          <w:p w14:paraId="71588E8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Aerobic</w:t>
            </w:r>
          </w:p>
        </w:tc>
        <w:tc>
          <w:tcPr>
            <w:tcW w:w="1937" w:type="dxa"/>
          </w:tcPr>
          <w:p w14:paraId="6D6100B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15,402</w:t>
            </w:r>
          </w:p>
        </w:tc>
        <w:tc>
          <w:tcPr>
            <w:tcW w:w="1937" w:type="dxa"/>
          </w:tcPr>
          <w:p w14:paraId="3D669DA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7.02</w:t>
            </w:r>
          </w:p>
        </w:tc>
      </w:tr>
      <w:tr w:rsidR="00947F3E" w:rsidRPr="00947F3E" w14:paraId="4504B995" w14:textId="77777777" w:rsidTr="00713D93">
        <w:trPr>
          <w:jc w:val="center"/>
        </w:trPr>
        <w:tc>
          <w:tcPr>
            <w:tcW w:w="562" w:type="dxa"/>
          </w:tcPr>
          <w:p w14:paraId="20BF7426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3312" w:type="dxa"/>
          </w:tcPr>
          <w:p w14:paraId="6BD7962A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</w:rPr>
              <w:t>앉았다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일어서기</w:t>
            </w:r>
            <w:proofErr w:type="spellEnd"/>
          </w:p>
        </w:tc>
        <w:tc>
          <w:tcPr>
            <w:tcW w:w="1938" w:type="dxa"/>
          </w:tcPr>
          <w:p w14:paraId="48A8CA9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Sit-to-stand</w:t>
            </w:r>
          </w:p>
        </w:tc>
        <w:tc>
          <w:tcPr>
            <w:tcW w:w="1938" w:type="dxa"/>
          </w:tcPr>
          <w:p w14:paraId="0E70A3C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 xml:space="preserve">Squats and </w:t>
            </w:r>
            <w:proofErr w:type="gramStart"/>
            <w:r>
              <w:rPr>
                <w:rFonts w:ascii="Times New Roman" w:hAnsi="Times New Roman"/>
                <w:sz w:val="18"/>
              </w:rPr>
              <w:t>Seated</w:t>
            </w:r>
            <w:proofErr w:type="gramEnd"/>
          </w:p>
        </w:tc>
        <w:tc>
          <w:tcPr>
            <w:tcW w:w="1938" w:type="dxa"/>
          </w:tcPr>
          <w:p w14:paraId="1246CCA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Resistance</w:t>
            </w:r>
          </w:p>
        </w:tc>
        <w:tc>
          <w:tcPr>
            <w:tcW w:w="1937" w:type="dxa"/>
          </w:tcPr>
          <w:p w14:paraId="4124E1B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10,920</w:t>
            </w:r>
          </w:p>
        </w:tc>
        <w:tc>
          <w:tcPr>
            <w:tcW w:w="1937" w:type="dxa"/>
          </w:tcPr>
          <w:p w14:paraId="3EF480F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4.98</w:t>
            </w:r>
          </w:p>
        </w:tc>
      </w:tr>
      <w:tr w:rsidR="00947F3E" w:rsidRPr="00947F3E" w14:paraId="181FFCDA" w14:textId="77777777" w:rsidTr="00713D93">
        <w:trPr>
          <w:jc w:val="center"/>
        </w:trPr>
        <w:tc>
          <w:tcPr>
            <w:tcW w:w="562" w:type="dxa"/>
          </w:tcPr>
          <w:p w14:paraId="61505CE6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3312" w:type="dxa"/>
          </w:tcPr>
          <w:p w14:paraId="6308C03D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</w:rPr>
              <w:t>엎드려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버티기</w:t>
            </w:r>
            <w:proofErr w:type="spellEnd"/>
          </w:p>
        </w:tc>
        <w:tc>
          <w:tcPr>
            <w:tcW w:w="1938" w:type="dxa"/>
          </w:tcPr>
          <w:p w14:paraId="61C3D87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Plank (prone hold)</w:t>
            </w:r>
          </w:p>
        </w:tc>
        <w:tc>
          <w:tcPr>
            <w:tcW w:w="1938" w:type="dxa"/>
          </w:tcPr>
          <w:p w14:paraId="31538A0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Core/Abs</w:t>
            </w:r>
          </w:p>
        </w:tc>
        <w:tc>
          <w:tcPr>
            <w:tcW w:w="1938" w:type="dxa"/>
          </w:tcPr>
          <w:p w14:paraId="6CE2BE4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Resistance</w:t>
            </w:r>
          </w:p>
        </w:tc>
        <w:tc>
          <w:tcPr>
            <w:tcW w:w="1937" w:type="dxa"/>
          </w:tcPr>
          <w:p w14:paraId="51AA892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8,921</w:t>
            </w:r>
          </w:p>
        </w:tc>
        <w:tc>
          <w:tcPr>
            <w:tcW w:w="1937" w:type="dxa"/>
          </w:tcPr>
          <w:p w14:paraId="165D660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4.07</w:t>
            </w:r>
          </w:p>
        </w:tc>
      </w:tr>
      <w:tr w:rsidR="00947F3E" w:rsidRPr="00947F3E" w14:paraId="25699537" w14:textId="77777777" w:rsidTr="00713D93">
        <w:trPr>
          <w:jc w:val="center"/>
        </w:trPr>
        <w:tc>
          <w:tcPr>
            <w:tcW w:w="562" w:type="dxa"/>
          </w:tcPr>
          <w:p w14:paraId="1E33F6A9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3312" w:type="dxa"/>
          </w:tcPr>
          <w:p w14:paraId="4A8A8577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</w:rPr>
              <w:t>버피운동</w:t>
            </w:r>
            <w:proofErr w:type="spellEnd"/>
          </w:p>
        </w:tc>
        <w:tc>
          <w:tcPr>
            <w:tcW w:w="1938" w:type="dxa"/>
          </w:tcPr>
          <w:p w14:paraId="3F2EF86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Burpees</w:t>
            </w:r>
          </w:p>
        </w:tc>
        <w:tc>
          <w:tcPr>
            <w:tcW w:w="1938" w:type="dxa"/>
          </w:tcPr>
          <w:p w14:paraId="07FD516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Burpees/Circuit</w:t>
            </w:r>
          </w:p>
        </w:tc>
        <w:tc>
          <w:tcPr>
            <w:tcW w:w="1938" w:type="dxa"/>
          </w:tcPr>
          <w:p w14:paraId="1C28B42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Aerobic</w:t>
            </w:r>
          </w:p>
        </w:tc>
        <w:tc>
          <w:tcPr>
            <w:tcW w:w="1937" w:type="dxa"/>
          </w:tcPr>
          <w:p w14:paraId="6094574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7,964</w:t>
            </w:r>
          </w:p>
        </w:tc>
        <w:tc>
          <w:tcPr>
            <w:tcW w:w="1937" w:type="dxa"/>
          </w:tcPr>
          <w:p w14:paraId="35E4CBC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3.63</w:t>
            </w:r>
          </w:p>
        </w:tc>
      </w:tr>
      <w:tr w:rsidR="00947F3E" w:rsidRPr="00947F3E" w14:paraId="69280C01" w14:textId="77777777" w:rsidTr="00713D93">
        <w:trPr>
          <w:jc w:val="center"/>
        </w:trPr>
        <w:tc>
          <w:tcPr>
            <w:tcW w:w="562" w:type="dxa"/>
          </w:tcPr>
          <w:p w14:paraId="5E8E1A3F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5</w:t>
            </w:r>
          </w:p>
        </w:tc>
        <w:tc>
          <w:tcPr>
            <w:tcW w:w="3312" w:type="dxa"/>
          </w:tcPr>
          <w:p w14:paraId="0C91D6BB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</w:rPr>
              <w:t>실내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자전거타기</w:t>
            </w:r>
            <w:proofErr w:type="spellEnd"/>
          </w:p>
        </w:tc>
        <w:tc>
          <w:tcPr>
            <w:tcW w:w="1938" w:type="dxa"/>
          </w:tcPr>
          <w:p w14:paraId="51E7705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Indoor cycling</w:t>
            </w:r>
          </w:p>
        </w:tc>
        <w:tc>
          <w:tcPr>
            <w:tcW w:w="1938" w:type="dxa"/>
          </w:tcPr>
          <w:p w14:paraId="36CE94F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Cycling</w:t>
            </w:r>
          </w:p>
        </w:tc>
        <w:tc>
          <w:tcPr>
            <w:tcW w:w="1938" w:type="dxa"/>
          </w:tcPr>
          <w:p w14:paraId="2E35F19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Aerobic</w:t>
            </w:r>
          </w:p>
        </w:tc>
        <w:tc>
          <w:tcPr>
            <w:tcW w:w="1937" w:type="dxa"/>
          </w:tcPr>
          <w:p w14:paraId="6682259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7,075</w:t>
            </w:r>
          </w:p>
        </w:tc>
        <w:tc>
          <w:tcPr>
            <w:tcW w:w="1937" w:type="dxa"/>
          </w:tcPr>
          <w:p w14:paraId="29E8F5B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3.23</w:t>
            </w:r>
          </w:p>
        </w:tc>
      </w:tr>
      <w:tr w:rsidR="00947F3E" w:rsidRPr="00947F3E" w14:paraId="4656C5E0" w14:textId="77777777" w:rsidTr="00713D93">
        <w:trPr>
          <w:jc w:val="center"/>
        </w:trPr>
        <w:tc>
          <w:tcPr>
            <w:tcW w:w="562" w:type="dxa"/>
          </w:tcPr>
          <w:p w14:paraId="406172FB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6</w:t>
            </w:r>
          </w:p>
        </w:tc>
        <w:tc>
          <w:tcPr>
            <w:tcW w:w="3312" w:type="dxa"/>
          </w:tcPr>
          <w:p w14:paraId="7584E13F" w14:textId="77777777" w:rsidR="0077568B" w:rsidRPr="00947F3E" w:rsidRDefault="004C7B7C">
            <w:pPr>
              <w:jc w:val="center"/>
              <w:rPr>
                <w:lang w:eastAsia="ko-KR"/>
              </w:rPr>
            </w:pPr>
            <w:r>
              <w:rPr>
                <w:rFonts w:ascii="Times New Roman" w:hAnsi="Times New Roman"/>
                <w:sz w:val="18"/>
                <w:lang w:eastAsia="ko-KR"/>
              </w:rPr>
              <w:t>계단</w:t>
            </w:r>
            <w:r>
              <w:rPr>
                <w:rFonts w:ascii="Times New Roman" w:hAnsi="Times New Roman"/>
                <w:sz w:val="18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18"/>
                <w:lang w:eastAsia="ko-KR"/>
              </w:rPr>
              <w:t>올라갔다</w:t>
            </w:r>
            <w:r>
              <w:rPr>
                <w:rFonts w:ascii="Times New Roman" w:hAnsi="Times New Roman"/>
                <w:sz w:val="18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18"/>
                <w:lang w:eastAsia="ko-KR"/>
              </w:rPr>
              <w:t>내려오기</w:t>
            </w:r>
          </w:p>
        </w:tc>
        <w:tc>
          <w:tcPr>
            <w:tcW w:w="1938" w:type="dxa"/>
          </w:tcPr>
          <w:p w14:paraId="05C2147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Stair stepping</w:t>
            </w:r>
          </w:p>
        </w:tc>
        <w:tc>
          <w:tcPr>
            <w:tcW w:w="1938" w:type="dxa"/>
          </w:tcPr>
          <w:p w14:paraId="0197E65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Step/Ladder Training</w:t>
            </w:r>
          </w:p>
        </w:tc>
        <w:tc>
          <w:tcPr>
            <w:tcW w:w="1938" w:type="dxa"/>
          </w:tcPr>
          <w:p w14:paraId="3B6C213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Aerobic</w:t>
            </w:r>
          </w:p>
        </w:tc>
        <w:tc>
          <w:tcPr>
            <w:tcW w:w="1937" w:type="dxa"/>
          </w:tcPr>
          <w:p w14:paraId="3E425E9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6,849</w:t>
            </w:r>
          </w:p>
        </w:tc>
        <w:tc>
          <w:tcPr>
            <w:tcW w:w="1937" w:type="dxa"/>
          </w:tcPr>
          <w:p w14:paraId="1333D3F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3.12</w:t>
            </w:r>
          </w:p>
        </w:tc>
      </w:tr>
      <w:tr w:rsidR="00947F3E" w:rsidRPr="00947F3E" w14:paraId="1429D0C6" w14:textId="77777777" w:rsidTr="00713D93">
        <w:trPr>
          <w:jc w:val="center"/>
        </w:trPr>
        <w:tc>
          <w:tcPr>
            <w:tcW w:w="562" w:type="dxa"/>
          </w:tcPr>
          <w:p w14:paraId="09F20FD9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7</w:t>
            </w:r>
          </w:p>
        </w:tc>
        <w:tc>
          <w:tcPr>
            <w:tcW w:w="3312" w:type="dxa"/>
          </w:tcPr>
          <w:p w14:paraId="2656B9C5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</w:rPr>
              <w:t>윗몸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말아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올리기</w:t>
            </w:r>
            <w:proofErr w:type="spellEnd"/>
          </w:p>
        </w:tc>
        <w:tc>
          <w:tcPr>
            <w:tcW w:w="1938" w:type="dxa"/>
          </w:tcPr>
          <w:p w14:paraId="68218E6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Crunch (curl-up)</w:t>
            </w:r>
          </w:p>
        </w:tc>
        <w:tc>
          <w:tcPr>
            <w:tcW w:w="1938" w:type="dxa"/>
          </w:tcPr>
          <w:p w14:paraId="6A6135C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Core/Abs</w:t>
            </w:r>
          </w:p>
        </w:tc>
        <w:tc>
          <w:tcPr>
            <w:tcW w:w="1938" w:type="dxa"/>
          </w:tcPr>
          <w:p w14:paraId="2E59C34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Resistance</w:t>
            </w:r>
          </w:p>
        </w:tc>
        <w:tc>
          <w:tcPr>
            <w:tcW w:w="1937" w:type="dxa"/>
          </w:tcPr>
          <w:p w14:paraId="44A5516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6,715</w:t>
            </w:r>
          </w:p>
        </w:tc>
        <w:tc>
          <w:tcPr>
            <w:tcW w:w="1937" w:type="dxa"/>
          </w:tcPr>
          <w:p w14:paraId="1531021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3.06</w:t>
            </w:r>
          </w:p>
        </w:tc>
      </w:tr>
      <w:tr w:rsidR="00947F3E" w:rsidRPr="00947F3E" w14:paraId="6C58D404" w14:textId="77777777" w:rsidTr="00713D93">
        <w:trPr>
          <w:jc w:val="center"/>
        </w:trPr>
        <w:tc>
          <w:tcPr>
            <w:tcW w:w="562" w:type="dxa"/>
          </w:tcPr>
          <w:p w14:paraId="233AFA0C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8</w:t>
            </w:r>
          </w:p>
        </w:tc>
        <w:tc>
          <w:tcPr>
            <w:tcW w:w="3312" w:type="dxa"/>
          </w:tcPr>
          <w:p w14:paraId="28976817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</w:rPr>
              <w:t>윗몸올리기</w:t>
            </w:r>
            <w:proofErr w:type="spellEnd"/>
          </w:p>
        </w:tc>
        <w:tc>
          <w:tcPr>
            <w:tcW w:w="1938" w:type="dxa"/>
          </w:tcPr>
          <w:p w14:paraId="53810A0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Sit-ups</w:t>
            </w:r>
          </w:p>
        </w:tc>
        <w:tc>
          <w:tcPr>
            <w:tcW w:w="1938" w:type="dxa"/>
          </w:tcPr>
          <w:p w14:paraId="1869A56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Core/Abs</w:t>
            </w:r>
          </w:p>
        </w:tc>
        <w:tc>
          <w:tcPr>
            <w:tcW w:w="1938" w:type="dxa"/>
          </w:tcPr>
          <w:p w14:paraId="27FC110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Resistance</w:t>
            </w:r>
          </w:p>
        </w:tc>
        <w:tc>
          <w:tcPr>
            <w:tcW w:w="1937" w:type="dxa"/>
          </w:tcPr>
          <w:p w14:paraId="0C25150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6,713</w:t>
            </w:r>
          </w:p>
        </w:tc>
        <w:tc>
          <w:tcPr>
            <w:tcW w:w="1937" w:type="dxa"/>
          </w:tcPr>
          <w:p w14:paraId="05A37F5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3.06</w:t>
            </w:r>
          </w:p>
        </w:tc>
      </w:tr>
      <w:tr w:rsidR="00947F3E" w:rsidRPr="00947F3E" w14:paraId="2D42F48A" w14:textId="77777777" w:rsidTr="00713D93">
        <w:trPr>
          <w:jc w:val="center"/>
        </w:trPr>
        <w:tc>
          <w:tcPr>
            <w:tcW w:w="562" w:type="dxa"/>
          </w:tcPr>
          <w:p w14:paraId="26CA8C20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9</w:t>
            </w:r>
          </w:p>
        </w:tc>
        <w:tc>
          <w:tcPr>
            <w:tcW w:w="3312" w:type="dxa"/>
          </w:tcPr>
          <w:p w14:paraId="436E660A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</w:rPr>
              <w:t>턱걸이</w:t>
            </w:r>
            <w:proofErr w:type="spellEnd"/>
          </w:p>
        </w:tc>
        <w:tc>
          <w:tcPr>
            <w:tcW w:w="1938" w:type="dxa"/>
          </w:tcPr>
          <w:p w14:paraId="7D4D733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Pull-ups</w:t>
            </w:r>
          </w:p>
        </w:tc>
        <w:tc>
          <w:tcPr>
            <w:tcW w:w="1938" w:type="dxa"/>
          </w:tcPr>
          <w:p w14:paraId="1F4AAA5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Weight Training</w:t>
            </w:r>
          </w:p>
        </w:tc>
        <w:tc>
          <w:tcPr>
            <w:tcW w:w="1938" w:type="dxa"/>
          </w:tcPr>
          <w:p w14:paraId="0E7510C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Resistance</w:t>
            </w:r>
          </w:p>
        </w:tc>
        <w:tc>
          <w:tcPr>
            <w:tcW w:w="1937" w:type="dxa"/>
          </w:tcPr>
          <w:p w14:paraId="3C11D8A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6,097</w:t>
            </w:r>
          </w:p>
        </w:tc>
        <w:tc>
          <w:tcPr>
            <w:tcW w:w="1937" w:type="dxa"/>
          </w:tcPr>
          <w:p w14:paraId="13B1F64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2.78</w:t>
            </w:r>
          </w:p>
        </w:tc>
      </w:tr>
      <w:tr w:rsidR="00947F3E" w:rsidRPr="00947F3E" w14:paraId="4EF73A8C" w14:textId="77777777" w:rsidTr="00713D93">
        <w:trPr>
          <w:jc w:val="center"/>
        </w:trPr>
        <w:tc>
          <w:tcPr>
            <w:tcW w:w="562" w:type="dxa"/>
          </w:tcPr>
          <w:p w14:paraId="7CAC22AD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10</w:t>
            </w:r>
          </w:p>
        </w:tc>
        <w:tc>
          <w:tcPr>
            <w:tcW w:w="3312" w:type="dxa"/>
          </w:tcPr>
          <w:p w14:paraId="72BB512A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</w:rPr>
              <w:t>수영</w:t>
            </w:r>
            <w:proofErr w:type="spellEnd"/>
          </w:p>
        </w:tc>
        <w:tc>
          <w:tcPr>
            <w:tcW w:w="1938" w:type="dxa"/>
          </w:tcPr>
          <w:p w14:paraId="17259E1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Swimming</w:t>
            </w:r>
          </w:p>
        </w:tc>
        <w:tc>
          <w:tcPr>
            <w:tcW w:w="1938" w:type="dxa"/>
          </w:tcPr>
          <w:p w14:paraId="192E862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Swimming/Aqua</w:t>
            </w:r>
          </w:p>
        </w:tc>
        <w:tc>
          <w:tcPr>
            <w:tcW w:w="1938" w:type="dxa"/>
          </w:tcPr>
          <w:p w14:paraId="28DCC5E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Aerobic</w:t>
            </w:r>
          </w:p>
        </w:tc>
        <w:tc>
          <w:tcPr>
            <w:tcW w:w="1937" w:type="dxa"/>
          </w:tcPr>
          <w:p w14:paraId="38A0286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5,895</w:t>
            </w:r>
          </w:p>
        </w:tc>
        <w:tc>
          <w:tcPr>
            <w:tcW w:w="1937" w:type="dxa"/>
          </w:tcPr>
          <w:p w14:paraId="733B8F5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2.69</w:t>
            </w:r>
          </w:p>
        </w:tc>
      </w:tr>
      <w:tr w:rsidR="00947F3E" w:rsidRPr="00947F3E" w14:paraId="3F1DE729" w14:textId="77777777" w:rsidTr="00713D93">
        <w:trPr>
          <w:jc w:val="center"/>
        </w:trPr>
        <w:tc>
          <w:tcPr>
            <w:tcW w:w="562" w:type="dxa"/>
          </w:tcPr>
          <w:p w14:paraId="7D8DF861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11</w:t>
            </w:r>
          </w:p>
        </w:tc>
        <w:tc>
          <w:tcPr>
            <w:tcW w:w="3312" w:type="dxa"/>
          </w:tcPr>
          <w:p w14:paraId="4A7E942E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</w:rPr>
              <w:t>줄넘기</w:t>
            </w:r>
            <w:proofErr w:type="spellEnd"/>
          </w:p>
        </w:tc>
        <w:tc>
          <w:tcPr>
            <w:tcW w:w="1938" w:type="dxa"/>
          </w:tcPr>
          <w:p w14:paraId="750774C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Jump rope</w:t>
            </w:r>
          </w:p>
        </w:tc>
        <w:tc>
          <w:tcPr>
            <w:tcW w:w="1938" w:type="dxa"/>
          </w:tcPr>
          <w:p w14:paraId="3A1744B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Jumping Exercises</w:t>
            </w:r>
          </w:p>
        </w:tc>
        <w:tc>
          <w:tcPr>
            <w:tcW w:w="1938" w:type="dxa"/>
          </w:tcPr>
          <w:p w14:paraId="29B30AD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Aerobic</w:t>
            </w:r>
          </w:p>
        </w:tc>
        <w:tc>
          <w:tcPr>
            <w:tcW w:w="1937" w:type="dxa"/>
          </w:tcPr>
          <w:p w14:paraId="54B40AC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4,622</w:t>
            </w:r>
          </w:p>
        </w:tc>
        <w:tc>
          <w:tcPr>
            <w:tcW w:w="1937" w:type="dxa"/>
          </w:tcPr>
          <w:p w14:paraId="1A0EA6B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2.11</w:t>
            </w:r>
          </w:p>
        </w:tc>
      </w:tr>
      <w:tr w:rsidR="00947F3E" w:rsidRPr="00947F3E" w14:paraId="118DC354" w14:textId="77777777" w:rsidTr="00713D93">
        <w:trPr>
          <w:jc w:val="center"/>
        </w:trPr>
        <w:tc>
          <w:tcPr>
            <w:tcW w:w="562" w:type="dxa"/>
          </w:tcPr>
          <w:p w14:paraId="7939EA54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12</w:t>
            </w:r>
          </w:p>
        </w:tc>
        <w:tc>
          <w:tcPr>
            <w:tcW w:w="3312" w:type="dxa"/>
          </w:tcPr>
          <w:p w14:paraId="3DDFA1EF" w14:textId="77777777" w:rsidR="0077568B" w:rsidRPr="00947F3E" w:rsidRDefault="004C7B7C">
            <w:pPr>
              <w:jc w:val="center"/>
              <w:rPr>
                <w:lang w:eastAsia="ko-KR"/>
              </w:rPr>
            </w:pPr>
            <w:r>
              <w:rPr>
                <w:rFonts w:ascii="Times New Roman" w:hAnsi="Times New Roman"/>
                <w:sz w:val="18"/>
                <w:lang w:eastAsia="ko-KR"/>
              </w:rPr>
              <w:t>한발</w:t>
            </w:r>
            <w:r>
              <w:rPr>
                <w:rFonts w:ascii="Times New Roman" w:hAnsi="Times New Roman"/>
                <w:sz w:val="18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18"/>
                <w:lang w:eastAsia="ko-KR"/>
              </w:rPr>
              <w:t>앞으로</w:t>
            </w:r>
            <w:r>
              <w:rPr>
                <w:rFonts w:ascii="Times New Roman" w:hAnsi="Times New Roman"/>
                <w:sz w:val="18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18"/>
                <w:lang w:eastAsia="ko-KR"/>
              </w:rPr>
              <w:t>내밀고</w:t>
            </w:r>
            <w:r>
              <w:rPr>
                <w:rFonts w:ascii="Times New Roman" w:hAnsi="Times New Roman"/>
                <w:sz w:val="18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18"/>
                <w:lang w:eastAsia="ko-KR"/>
              </w:rPr>
              <w:t>앉았다</w:t>
            </w:r>
            <w:r>
              <w:rPr>
                <w:rFonts w:ascii="Times New Roman" w:hAnsi="Times New Roman"/>
                <w:sz w:val="18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18"/>
                <w:lang w:eastAsia="ko-KR"/>
              </w:rPr>
              <w:t>일어서기</w:t>
            </w:r>
          </w:p>
        </w:tc>
        <w:tc>
          <w:tcPr>
            <w:tcW w:w="1938" w:type="dxa"/>
          </w:tcPr>
          <w:p w14:paraId="47542CC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Lunge</w:t>
            </w:r>
          </w:p>
        </w:tc>
        <w:tc>
          <w:tcPr>
            <w:tcW w:w="1938" w:type="dxa"/>
          </w:tcPr>
          <w:p w14:paraId="0345EDA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 xml:space="preserve">Squats and </w:t>
            </w:r>
            <w:proofErr w:type="gramStart"/>
            <w:r>
              <w:rPr>
                <w:rFonts w:ascii="Times New Roman" w:hAnsi="Times New Roman"/>
                <w:sz w:val="18"/>
              </w:rPr>
              <w:t>Seated</w:t>
            </w:r>
            <w:proofErr w:type="gramEnd"/>
          </w:p>
        </w:tc>
        <w:tc>
          <w:tcPr>
            <w:tcW w:w="1938" w:type="dxa"/>
          </w:tcPr>
          <w:p w14:paraId="2CBA53E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Resistance</w:t>
            </w:r>
          </w:p>
        </w:tc>
        <w:tc>
          <w:tcPr>
            <w:tcW w:w="1937" w:type="dxa"/>
          </w:tcPr>
          <w:p w14:paraId="03321FB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4,449</w:t>
            </w:r>
          </w:p>
        </w:tc>
        <w:tc>
          <w:tcPr>
            <w:tcW w:w="1937" w:type="dxa"/>
          </w:tcPr>
          <w:p w14:paraId="34F7629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2.03</w:t>
            </w:r>
          </w:p>
        </w:tc>
      </w:tr>
      <w:tr w:rsidR="00947F3E" w:rsidRPr="00947F3E" w14:paraId="43737F52" w14:textId="77777777" w:rsidTr="00713D93">
        <w:trPr>
          <w:jc w:val="center"/>
        </w:trPr>
        <w:tc>
          <w:tcPr>
            <w:tcW w:w="562" w:type="dxa"/>
          </w:tcPr>
          <w:p w14:paraId="068B25CA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13</w:t>
            </w:r>
          </w:p>
        </w:tc>
        <w:tc>
          <w:tcPr>
            <w:tcW w:w="3312" w:type="dxa"/>
          </w:tcPr>
          <w:p w14:paraId="233579AC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</w:rPr>
              <w:t>팔벌려뛰기</w:t>
            </w:r>
            <w:proofErr w:type="spellEnd"/>
          </w:p>
        </w:tc>
        <w:tc>
          <w:tcPr>
            <w:tcW w:w="1938" w:type="dxa"/>
          </w:tcPr>
          <w:p w14:paraId="5589734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Jumping jacks</w:t>
            </w:r>
          </w:p>
        </w:tc>
        <w:tc>
          <w:tcPr>
            <w:tcW w:w="1938" w:type="dxa"/>
          </w:tcPr>
          <w:p w14:paraId="15195D8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Jumping Exercises</w:t>
            </w:r>
          </w:p>
        </w:tc>
        <w:tc>
          <w:tcPr>
            <w:tcW w:w="1938" w:type="dxa"/>
          </w:tcPr>
          <w:p w14:paraId="092647A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Aerobic</w:t>
            </w:r>
          </w:p>
        </w:tc>
        <w:tc>
          <w:tcPr>
            <w:tcW w:w="1937" w:type="dxa"/>
          </w:tcPr>
          <w:p w14:paraId="1C98C22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4,439</w:t>
            </w:r>
          </w:p>
        </w:tc>
        <w:tc>
          <w:tcPr>
            <w:tcW w:w="1937" w:type="dxa"/>
          </w:tcPr>
          <w:p w14:paraId="2B5DAAF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2.02</w:t>
            </w:r>
          </w:p>
        </w:tc>
      </w:tr>
      <w:tr w:rsidR="00947F3E" w:rsidRPr="00947F3E" w14:paraId="3B0D78E4" w14:textId="77777777" w:rsidTr="00713D93">
        <w:trPr>
          <w:jc w:val="center"/>
        </w:trPr>
        <w:tc>
          <w:tcPr>
            <w:tcW w:w="562" w:type="dxa"/>
          </w:tcPr>
          <w:p w14:paraId="40E8473A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14</w:t>
            </w:r>
          </w:p>
        </w:tc>
        <w:tc>
          <w:tcPr>
            <w:tcW w:w="3312" w:type="dxa"/>
          </w:tcPr>
          <w:p w14:paraId="2A015F21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</w:rPr>
              <w:t>계단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뛰어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오르기</w:t>
            </w:r>
            <w:proofErr w:type="spellEnd"/>
          </w:p>
        </w:tc>
        <w:tc>
          <w:tcPr>
            <w:tcW w:w="1938" w:type="dxa"/>
          </w:tcPr>
          <w:p w14:paraId="11AB2D6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Stair jump-climb</w:t>
            </w:r>
          </w:p>
        </w:tc>
        <w:tc>
          <w:tcPr>
            <w:tcW w:w="1938" w:type="dxa"/>
          </w:tcPr>
          <w:p w14:paraId="6EF9E65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Step/Ladder Training</w:t>
            </w:r>
          </w:p>
        </w:tc>
        <w:tc>
          <w:tcPr>
            <w:tcW w:w="1938" w:type="dxa"/>
          </w:tcPr>
          <w:p w14:paraId="04077A1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Aerobic</w:t>
            </w:r>
          </w:p>
        </w:tc>
        <w:tc>
          <w:tcPr>
            <w:tcW w:w="1937" w:type="dxa"/>
          </w:tcPr>
          <w:p w14:paraId="2DE3AB6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4,409</w:t>
            </w:r>
          </w:p>
        </w:tc>
        <w:tc>
          <w:tcPr>
            <w:tcW w:w="1937" w:type="dxa"/>
          </w:tcPr>
          <w:p w14:paraId="12329F1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2.01</w:t>
            </w:r>
          </w:p>
        </w:tc>
      </w:tr>
      <w:tr w:rsidR="00947F3E" w:rsidRPr="00947F3E" w14:paraId="607224A0" w14:textId="77777777" w:rsidTr="00713D93">
        <w:trPr>
          <w:jc w:val="center"/>
        </w:trPr>
        <w:tc>
          <w:tcPr>
            <w:tcW w:w="562" w:type="dxa"/>
          </w:tcPr>
          <w:p w14:paraId="0EE38644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15</w:t>
            </w:r>
          </w:p>
        </w:tc>
        <w:tc>
          <w:tcPr>
            <w:tcW w:w="3312" w:type="dxa"/>
          </w:tcPr>
          <w:p w14:paraId="49A2A476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</w:rPr>
              <w:t>팔굽혀펴기</w:t>
            </w:r>
            <w:proofErr w:type="spellEnd"/>
          </w:p>
        </w:tc>
        <w:tc>
          <w:tcPr>
            <w:tcW w:w="1938" w:type="dxa"/>
          </w:tcPr>
          <w:p w14:paraId="7F8C20D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Push-ups</w:t>
            </w:r>
          </w:p>
        </w:tc>
        <w:tc>
          <w:tcPr>
            <w:tcW w:w="1938" w:type="dxa"/>
          </w:tcPr>
          <w:p w14:paraId="3DD4365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Push-ups</w:t>
            </w:r>
          </w:p>
        </w:tc>
        <w:tc>
          <w:tcPr>
            <w:tcW w:w="1938" w:type="dxa"/>
          </w:tcPr>
          <w:p w14:paraId="1134780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Resistance</w:t>
            </w:r>
          </w:p>
        </w:tc>
        <w:tc>
          <w:tcPr>
            <w:tcW w:w="1937" w:type="dxa"/>
          </w:tcPr>
          <w:p w14:paraId="24EE4E2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4,238</w:t>
            </w:r>
          </w:p>
        </w:tc>
        <w:tc>
          <w:tcPr>
            <w:tcW w:w="1937" w:type="dxa"/>
          </w:tcPr>
          <w:p w14:paraId="653940A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1.93</w:t>
            </w:r>
          </w:p>
        </w:tc>
      </w:tr>
      <w:tr w:rsidR="00947F3E" w:rsidRPr="00947F3E" w14:paraId="2EFEE578" w14:textId="77777777" w:rsidTr="00713D93">
        <w:trPr>
          <w:jc w:val="center"/>
        </w:trPr>
        <w:tc>
          <w:tcPr>
            <w:tcW w:w="562" w:type="dxa"/>
          </w:tcPr>
          <w:p w14:paraId="15F405CA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16</w:t>
            </w:r>
          </w:p>
        </w:tc>
        <w:tc>
          <w:tcPr>
            <w:tcW w:w="3312" w:type="dxa"/>
          </w:tcPr>
          <w:p w14:paraId="4D8ECCEE" w14:textId="77777777" w:rsidR="0077568B" w:rsidRPr="00947F3E" w:rsidRDefault="004C7B7C">
            <w:pPr>
              <w:jc w:val="center"/>
              <w:rPr>
                <w:lang w:eastAsia="ko-KR"/>
              </w:rPr>
            </w:pPr>
            <w:r>
              <w:rPr>
                <w:rFonts w:ascii="Times New Roman" w:hAnsi="Times New Roman"/>
                <w:sz w:val="18"/>
                <w:lang w:eastAsia="ko-KR"/>
              </w:rPr>
              <w:t>누워서</w:t>
            </w:r>
            <w:r>
              <w:rPr>
                <w:rFonts w:ascii="Times New Roman" w:hAnsi="Times New Roman"/>
                <w:sz w:val="18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18"/>
                <w:lang w:eastAsia="ko-KR"/>
              </w:rPr>
              <w:t>배가로근</w:t>
            </w:r>
            <w:r>
              <w:rPr>
                <w:rFonts w:ascii="Times New Roman" w:hAnsi="Times New Roman"/>
                <w:sz w:val="18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18"/>
                <w:lang w:eastAsia="ko-KR"/>
              </w:rPr>
              <w:t>수축</w:t>
            </w:r>
            <w:r>
              <w:rPr>
                <w:rFonts w:ascii="Times New Roman" w:hAnsi="Times New Roman"/>
                <w:sz w:val="18"/>
                <w:lang w:eastAsia="ko-KR"/>
              </w:rPr>
              <w:t xml:space="preserve"> II</w:t>
            </w:r>
          </w:p>
        </w:tc>
        <w:tc>
          <w:tcPr>
            <w:tcW w:w="1938" w:type="dxa"/>
          </w:tcPr>
          <w:p w14:paraId="7A58A94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Supine transverse abdominis contraction II</w:t>
            </w:r>
          </w:p>
        </w:tc>
        <w:tc>
          <w:tcPr>
            <w:tcW w:w="1938" w:type="dxa"/>
          </w:tcPr>
          <w:p w14:paraId="36636C2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Core/Abs</w:t>
            </w:r>
          </w:p>
        </w:tc>
        <w:tc>
          <w:tcPr>
            <w:tcW w:w="1938" w:type="dxa"/>
          </w:tcPr>
          <w:p w14:paraId="1F37E55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Resistance</w:t>
            </w:r>
          </w:p>
        </w:tc>
        <w:tc>
          <w:tcPr>
            <w:tcW w:w="1937" w:type="dxa"/>
          </w:tcPr>
          <w:p w14:paraId="3E66DD2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3,731</w:t>
            </w:r>
          </w:p>
        </w:tc>
        <w:tc>
          <w:tcPr>
            <w:tcW w:w="1937" w:type="dxa"/>
          </w:tcPr>
          <w:p w14:paraId="0B3FF0A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1.70</w:t>
            </w:r>
          </w:p>
        </w:tc>
      </w:tr>
      <w:tr w:rsidR="00947F3E" w:rsidRPr="00947F3E" w14:paraId="3C960A4A" w14:textId="77777777" w:rsidTr="00713D93">
        <w:trPr>
          <w:jc w:val="center"/>
        </w:trPr>
        <w:tc>
          <w:tcPr>
            <w:tcW w:w="562" w:type="dxa"/>
          </w:tcPr>
          <w:p w14:paraId="03B6010B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17</w:t>
            </w:r>
          </w:p>
        </w:tc>
        <w:tc>
          <w:tcPr>
            <w:tcW w:w="3312" w:type="dxa"/>
          </w:tcPr>
          <w:p w14:paraId="7852AB4E" w14:textId="77777777" w:rsidR="0077568B" w:rsidRPr="00947F3E" w:rsidRDefault="004C7B7C">
            <w:pPr>
              <w:jc w:val="center"/>
              <w:rPr>
                <w:lang w:eastAsia="ko-KR"/>
              </w:rPr>
            </w:pPr>
            <w:r>
              <w:rPr>
                <w:rFonts w:ascii="Times New Roman" w:hAnsi="Times New Roman"/>
                <w:sz w:val="18"/>
                <w:lang w:eastAsia="ko-KR"/>
              </w:rPr>
              <w:t>누워서</w:t>
            </w:r>
            <w:r>
              <w:rPr>
                <w:rFonts w:ascii="Times New Roman" w:hAnsi="Times New Roman"/>
                <w:sz w:val="18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18"/>
                <w:lang w:eastAsia="ko-KR"/>
              </w:rPr>
              <w:t>다리</w:t>
            </w:r>
            <w:r>
              <w:rPr>
                <w:rFonts w:ascii="Times New Roman" w:hAnsi="Times New Roman"/>
                <w:sz w:val="18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18"/>
                <w:lang w:eastAsia="ko-KR"/>
              </w:rPr>
              <w:t>들어올리기</w:t>
            </w:r>
          </w:p>
        </w:tc>
        <w:tc>
          <w:tcPr>
            <w:tcW w:w="1938" w:type="dxa"/>
          </w:tcPr>
          <w:p w14:paraId="1682C4E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 xml:space="preserve">Supine leg </w:t>
            </w:r>
            <w:proofErr w:type="gramStart"/>
            <w:r>
              <w:rPr>
                <w:rFonts w:ascii="Times New Roman" w:hAnsi="Times New Roman"/>
                <w:sz w:val="18"/>
              </w:rPr>
              <w:t>raise</w:t>
            </w:r>
            <w:proofErr w:type="gramEnd"/>
          </w:p>
        </w:tc>
        <w:tc>
          <w:tcPr>
            <w:tcW w:w="1938" w:type="dxa"/>
          </w:tcPr>
          <w:p w14:paraId="31C8853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Core/Abs</w:t>
            </w:r>
          </w:p>
        </w:tc>
        <w:tc>
          <w:tcPr>
            <w:tcW w:w="1938" w:type="dxa"/>
          </w:tcPr>
          <w:p w14:paraId="74AC859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Resistance</w:t>
            </w:r>
          </w:p>
        </w:tc>
        <w:tc>
          <w:tcPr>
            <w:tcW w:w="1937" w:type="dxa"/>
          </w:tcPr>
          <w:p w14:paraId="198F066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3,662</w:t>
            </w:r>
          </w:p>
        </w:tc>
        <w:tc>
          <w:tcPr>
            <w:tcW w:w="1937" w:type="dxa"/>
          </w:tcPr>
          <w:p w14:paraId="1EF51E3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1.67</w:t>
            </w:r>
          </w:p>
        </w:tc>
      </w:tr>
      <w:tr w:rsidR="00947F3E" w:rsidRPr="00947F3E" w14:paraId="661DDB1D" w14:textId="77777777" w:rsidTr="00713D93">
        <w:trPr>
          <w:jc w:val="center"/>
        </w:trPr>
        <w:tc>
          <w:tcPr>
            <w:tcW w:w="562" w:type="dxa"/>
          </w:tcPr>
          <w:p w14:paraId="63158396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18</w:t>
            </w:r>
          </w:p>
        </w:tc>
        <w:tc>
          <w:tcPr>
            <w:tcW w:w="3312" w:type="dxa"/>
          </w:tcPr>
          <w:p w14:paraId="4B65EF01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</w:rPr>
              <w:t>매달려서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다리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들기</w:t>
            </w:r>
            <w:proofErr w:type="spellEnd"/>
          </w:p>
        </w:tc>
        <w:tc>
          <w:tcPr>
            <w:tcW w:w="1938" w:type="dxa"/>
          </w:tcPr>
          <w:p w14:paraId="208EC73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Hanging leg raise</w:t>
            </w:r>
          </w:p>
        </w:tc>
        <w:tc>
          <w:tcPr>
            <w:tcW w:w="1938" w:type="dxa"/>
          </w:tcPr>
          <w:p w14:paraId="207D584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Core/Abs</w:t>
            </w:r>
          </w:p>
        </w:tc>
        <w:tc>
          <w:tcPr>
            <w:tcW w:w="1938" w:type="dxa"/>
          </w:tcPr>
          <w:p w14:paraId="03AF963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Resistance</w:t>
            </w:r>
          </w:p>
        </w:tc>
        <w:tc>
          <w:tcPr>
            <w:tcW w:w="1937" w:type="dxa"/>
          </w:tcPr>
          <w:p w14:paraId="0221DB2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3,058</w:t>
            </w:r>
          </w:p>
        </w:tc>
        <w:tc>
          <w:tcPr>
            <w:tcW w:w="1937" w:type="dxa"/>
          </w:tcPr>
          <w:p w14:paraId="67E20D1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1.39</w:t>
            </w:r>
          </w:p>
        </w:tc>
      </w:tr>
      <w:tr w:rsidR="00947F3E" w:rsidRPr="00947F3E" w14:paraId="36E26110" w14:textId="77777777" w:rsidTr="00713D93">
        <w:trPr>
          <w:jc w:val="center"/>
        </w:trPr>
        <w:tc>
          <w:tcPr>
            <w:tcW w:w="562" w:type="dxa"/>
          </w:tcPr>
          <w:p w14:paraId="226BE69E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19</w:t>
            </w:r>
          </w:p>
        </w:tc>
        <w:tc>
          <w:tcPr>
            <w:tcW w:w="3312" w:type="dxa"/>
          </w:tcPr>
          <w:p w14:paraId="207AF146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</w:rPr>
              <w:t>걷기</w:t>
            </w:r>
            <w:proofErr w:type="spellEnd"/>
          </w:p>
        </w:tc>
        <w:tc>
          <w:tcPr>
            <w:tcW w:w="1938" w:type="dxa"/>
          </w:tcPr>
          <w:p w14:paraId="2786D4E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Walking</w:t>
            </w:r>
          </w:p>
        </w:tc>
        <w:tc>
          <w:tcPr>
            <w:tcW w:w="1938" w:type="dxa"/>
          </w:tcPr>
          <w:p w14:paraId="7AA2B73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Walking</w:t>
            </w:r>
          </w:p>
        </w:tc>
        <w:tc>
          <w:tcPr>
            <w:tcW w:w="1938" w:type="dxa"/>
          </w:tcPr>
          <w:p w14:paraId="4F5CEC77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Aerobic</w:t>
            </w:r>
          </w:p>
        </w:tc>
        <w:tc>
          <w:tcPr>
            <w:tcW w:w="1937" w:type="dxa"/>
          </w:tcPr>
          <w:p w14:paraId="3AE85F6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3,044</w:t>
            </w:r>
          </w:p>
        </w:tc>
        <w:tc>
          <w:tcPr>
            <w:tcW w:w="1937" w:type="dxa"/>
          </w:tcPr>
          <w:p w14:paraId="7F9FF76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1.39</w:t>
            </w:r>
          </w:p>
        </w:tc>
      </w:tr>
      <w:tr w:rsidR="00947F3E" w:rsidRPr="00947F3E" w14:paraId="7C0EBB42" w14:textId="77777777" w:rsidTr="00713D93">
        <w:trPr>
          <w:jc w:val="center"/>
        </w:trPr>
        <w:tc>
          <w:tcPr>
            <w:tcW w:w="562" w:type="dxa"/>
          </w:tcPr>
          <w:p w14:paraId="25B28366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20</w:t>
            </w:r>
          </w:p>
        </w:tc>
        <w:tc>
          <w:tcPr>
            <w:tcW w:w="3312" w:type="dxa"/>
          </w:tcPr>
          <w:p w14:paraId="4C6798B3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</w:rPr>
              <w:t>트레드밀에서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걷기</w:t>
            </w:r>
            <w:proofErr w:type="spellEnd"/>
          </w:p>
        </w:tc>
        <w:tc>
          <w:tcPr>
            <w:tcW w:w="1938" w:type="dxa"/>
          </w:tcPr>
          <w:p w14:paraId="3D59F12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Treadmill walking</w:t>
            </w:r>
          </w:p>
        </w:tc>
        <w:tc>
          <w:tcPr>
            <w:tcW w:w="1938" w:type="dxa"/>
          </w:tcPr>
          <w:p w14:paraId="3E85551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Walking</w:t>
            </w:r>
          </w:p>
        </w:tc>
        <w:tc>
          <w:tcPr>
            <w:tcW w:w="1938" w:type="dxa"/>
          </w:tcPr>
          <w:p w14:paraId="1C1EFB4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Aerobic</w:t>
            </w:r>
          </w:p>
        </w:tc>
        <w:tc>
          <w:tcPr>
            <w:tcW w:w="1937" w:type="dxa"/>
          </w:tcPr>
          <w:p w14:paraId="6B99853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2,939</w:t>
            </w:r>
          </w:p>
        </w:tc>
        <w:tc>
          <w:tcPr>
            <w:tcW w:w="1937" w:type="dxa"/>
          </w:tcPr>
          <w:p w14:paraId="7B97727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1.34</w:t>
            </w:r>
          </w:p>
        </w:tc>
      </w:tr>
      <w:tr w:rsidR="00947F3E" w:rsidRPr="00947F3E" w14:paraId="35C34AF1" w14:textId="77777777" w:rsidTr="00713D93">
        <w:trPr>
          <w:jc w:val="center"/>
        </w:trPr>
        <w:tc>
          <w:tcPr>
            <w:tcW w:w="562" w:type="dxa"/>
          </w:tcPr>
          <w:p w14:paraId="5C32BB33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21</w:t>
            </w:r>
          </w:p>
        </w:tc>
        <w:tc>
          <w:tcPr>
            <w:tcW w:w="3312" w:type="dxa"/>
          </w:tcPr>
          <w:p w14:paraId="214486D8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</w:rPr>
              <w:t>옆으로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누워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버티기</w:t>
            </w:r>
            <w:proofErr w:type="spellEnd"/>
          </w:p>
        </w:tc>
        <w:tc>
          <w:tcPr>
            <w:tcW w:w="1938" w:type="dxa"/>
          </w:tcPr>
          <w:p w14:paraId="5CF5D4D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Side plank</w:t>
            </w:r>
          </w:p>
        </w:tc>
        <w:tc>
          <w:tcPr>
            <w:tcW w:w="1938" w:type="dxa"/>
          </w:tcPr>
          <w:p w14:paraId="5DF3748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Core/Abs</w:t>
            </w:r>
          </w:p>
        </w:tc>
        <w:tc>
          <w:tcPr>
            <w:tcW w:w="1938" w:type="dxa"/>
          </w:tcPr>
          <w:p w14:paraId="5FC9536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Resistance</w:t>
            </w:r>
          </w:p>
        </w:tc>
        <w:tc>
          <w:tcPr>
            <w:tcW w:w="1937" w:type="dxa"/>
          </w:tcPr>
          <w:p w14:paraId="499073E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2,828</w:t>
            </w:r>
          </w:p>
        </w:tc>
        <w:tc>
          <w:tcPr>
            <w:tcW w:w="1937" w:type="dxa"/>
          </w:tcPr>
          <w:p w14:paraId="45BB193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1.29</w:t>
            </w:r>
          </w:p>
        </w:tc>
      </w:tr>
      <w:tr w:rsidR="00947F3E" w:rsidRPr="00947F3E" w14:paraId="3080DF18" w14:textId="77777777" w:rsidTr="00713D93">
        <w:trPr>
          <w:jc w:val="center"/>
        </w:trPr>
        <w:tc>
          <w:tcPr>
            <w:tcW w:w="562" w:type="dxa"/>
          </w:tcPr>
          <w:p w14:paraId="201ED1F9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22</w:t>
            </w:r>
          </w:p>
        </w:tc>
        <w:tc>
          <w:tcPr>
            <w:tcW w:w="3312" w:type="dxa"/>
          </w:tcPr>
          <w:p w14:paraId="596A0FCD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</w:rPr>
              <w:t>바벨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끌어당기기</w:t>
            </w:r>
            <w:proofErr w:type="spellEnd"/>
          </w:p>
        </w:tc>
        <w:tc>
          <w:tcPr>
            <w:tcW w:w="1938" w:type="dxa"/>
          </w:tcPr>
          <w:p w14:paraId="54ED1D3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Barbell row</w:t>
            </w:r>
          </w:p>
        </w:tc>
        <w:tc>
          <w:tcPr>
            <w:tcW w:w="1938" w:type="dxa"/>
          </w:tcPr>
          <w:p w14:paraId="2786967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Weight Training</w:t>
            </w:r>
          </w:p>
        </w:tc>
        <w:tc>
          <w:tcPr>
            <w:tcW w:w="1938" w:type="dxa"/>
          </w:tcPr>
          <w:p w14:paraId="7147BBC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Resistance</w:t>
            </w:r>
          </w:p>
        </w:tc>
        <w:tc>
          <w:tcPr>
            <w:tcW w:w="1937" w:type="dxa"/>
          </w:tcPr>
          <w:p w14:paraId="67FCC6D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2,708</w:t>
            </w:r>
          </w:p>
        </w:tc>
        <w:tc>
          <w:tcPr>
            <w:tcW w:w="1937" w:type="dxa"/>
          </w:tcPr>
          <w:p w14:paraId="676533C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1.23</w:t>
            </w:r>
          </w:p>
        </w:tc>
      </w:tr>
      <w:tr w:rsidR="00947F3E" w:rsidRPr="00947F3E" w14:paraId="6E128E31" w14:textId="77777777" w:rsidTr="00713D93">
        <w:trPr>
          <w:jc w:val="center"/>
        </w:trPr>
        <w:tc>
          <w:tcPr>
            <w:tcW w:w="562" w:type="dxa"/>
          </w:tcPr>
          <w:p w14:paraId="5AFB6838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23</w:t>
            </w:r>
          </w:p>
        </w:tc>
        <w:tc>
          <w:tcPr>
            <w:tcW w:w="3312" w:type="dxa"/>
          </w:tcPr>
          <w:p w14:paraId="79DA17A3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</w:rPr>
              <w:t>실외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자전거타기</w:t>
            </w:r>
            <w:proofErr w:type="spellEnd"/>
          </w:p>
        </w:tc>
        <w:tc>
          <w:tcPr>
            <w:tcW w:w="1938" w:type="dxa"/>
          </w:tcPr>
          <w:p w14:paraId="3EC9CC9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Outdoor cycling</w:t>
            </w:r>
          </w:p>
        </w:tc>
        <w:tc>
          <w:tcPr>
            <w:tcW w:w="1938" w:type="dxa"/>
          </w:tcPr>
          <w:p w14:paraId="5EBB7B6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Cycling</w:t>
            </w:r>
          </w:p>
        </w:tc>
        <w:tc>
          <w:tcPr>
            <w:tcW w:w="1938" w:type="dxa"/>
          </w:tcPr>
          <w:p w14:paraId="5978F1A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Aerobic</w:t>
            </w:r>
          </w:p>
        </w:tc>
        <w:tc>
          <w:tcPr>
            <w:tcW w:w="1937" w:type="dxa"/>
          </w:tcPr>
          <w:p w14:paraId="0FDAB2F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2,627</w:t>
            </w:r>
          </w:p>
        </w:tc>
        <w:tc>
          <w:tcPr>
            <w:tcW w:w="1937" w:type="dxa"/>
          </w:tcPr>
          <w:p w14:paraId="540F67E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1.20</w:t>
            </w:r>
          </w:p>
        </w:tc>
      </w:tr>
      <w:tr w:rsidR="00947F3E" w:rsidRPr="00947F3E" w14:paraId="49CBB273" w14:textId="77777777" w:rsidTr="00713D93">
        <w:trPr>
          <w:jc w:val="center"/>
        </w:trPr>
        <w:tc>
          <w:tcPr>
            <w:tcW w:w="562" w:type="dxa"/>
          </w:tcPr>
          <w:p w14:paraId="58E5D640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24</w:t>
            </w:r>
          </w:p>
        </w:tc>
        <w:tc>
          <w:tcPr>
            <w:tcW w:w="3312" w:type="dxa"/>
          </w:tcPr>
          <w:p w14:paraId="0459372F" w14:textId="77777777" w:rsidR="0077568B" w:rsidRPr="00947F3E" w:rsidRDefault="004C7B7C">
            <w:pPr>
              <w:jc w:val="center"/>
              <w:rPr>
                <w:lang w:eastAsia="ko-KR"/>
              </w:rPr>
            </w:pPr>
            <w:r>
              <w:rPr>
                <w:rFonts w:ascii="Times New Roman" w:hAnsi="Times New Roman"/>
                <w:sz w:val="18"/>
                <w:lang w:eastAsia="ko-KR"/>
              </w:rPr>
              <w:t>무릎</w:t>
            </w:r>
            <w:r>
              <w:rPr>
                <w:rFonts w:ascii="Times New Roman" w:hAnsi="Times New Roman"/>
                <w:sz w:val="18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18"/>
                <w:lang w:eastAsia="ko-KR"/>
              </w:rPr>
              <w:t>높여</w:t>
            </w:r>
            <w:r>
              <w:rPr>
                <w:rFonts w:ascii="Times New Roman" w:hAnsi="Times New Roman"/>
                <w:sz w:val="18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18"/>
                <w:lang w:eastAsia="ko-KR"/>
              </w:rPr>
              <w:t>제자리</w:t>
            </w:r>
            <w:r>
              <w:rPr>
                <w:rFonts w:ascii="Times New Roman" w:hAnsi="Times New Roman"/>
                <w:sz w:val="18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18"/>
                <w:lang w:eastAsia="ko-KR"/>
              </w:rPr>
              <w:t>달리기</w:t>
            </w:r>
          </w:p>
        </w:tc>
        <w:tc>
          <w:tcPr>
            <w:tcW w:w="1938" w:type="dxa"/>
          </w:tcPr>
          <w:p w14:paraId="6DA6C90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High-knee running in place</w:t>
            </w:r>
          </w:p>
        </w:tc>
        <w:tc>
          <w:tcPr>
            <w:tcW w:w="1938" w:type="dxa"/>
          </w:tcPr>
          <w:p w14:paraId="327C2D2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Running</w:t>
            </w:r>
          </w:p>
        </w:tc>
        <w:tc>
          <w:tcPr>
            <w:tcW w:w="1938" w:type="dxa"/>
          </w:tcPr>
          <w:p w14:paraId="60DBF50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Aerobic</w:t>
            </w:r>
          </w:p>
        </w:tc>
        <w:tc>
          <w:tcPr>
            <w:tcW w:w="1937" w:type="dxa"/>
          </w:tcPr>
          <w:p w14:paraId="7153BD3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2,275</w:t>
            </w:r>
          </w:p>
        </w:tc>
        <w:tc>
          <w:tcPr>
            <w:tcW w:w="1937" w:type="dxa"/>
          </w:tcPr>
          <w:p w14:paraId="348E151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1.04</w:t>
            </w:r>
          </w:p>
        </w:tc>
      </w:tr>
      <w:tr w:rsidR="00947F3E" w:rsidRPr="00947F3E" w14:paraId="4F4F5F5F" w14:textId="77777777" w:rsidTr="00713D93">
        <w:trPr>
          <w:jc w:val="center"/>
        </w:trPr>
        <w:tc>
          <w:tcPr>
            <w:tcW w:w="562" w:type="dxa"/>
          </w:tcPr>
          <w:p w14:paraId="2689CE3B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25</w:t>
            </w:r>
          </w:p>
        </w:tc>
        <w:tc>
          <w:tcPr>
            <w:tcW w:w="3312" w:type="dxa"/>
          </w:tcPr>
          <w:p w14:paraId="0FB968DB" w14:textId="77777777" w:rsidR="0077568B" w:rsidRPr="00947F3E" w:rsidRDefault="004C7B7C">
            <w:pPr>
              <w:jc w:val="center"/>
              <w:rPr>
                <w:lang w:eastAsia="ko-KR"/>
              </w:rPr>
            </w:pPr>
            <w:r>
              <w:rPr>
                <w:rFonts w:ascii="Times New Roman" w:hAnsi="Times New Roman"/>
                <w:sz w:val="18"/>
                <w:lang w:eastAsia="ko-KR"/>
              </w:rPr>
              <w:t>앉았다</w:t>
            </w:r>
            <w:r>
              <w:rPr>
                <w:rFonts w:ascii="Times New Roman" w:hAnsi="Times New Roman"/>
                <w:sz w:val="18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18"/>
                <w:lang w:eastAsia="ko-KR"/>
              </w:rPr>
              <w:t>일어서면서</w:t>
            </w:r>
            <w:r>
              <w:rPr>
                <w:rFonts w:ascii="Times New Roman" w:hAnsi="Times New Roman"/>
                <w:sz w:val="18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18"/>
                <w:lang w:eastAsia="ko-KR"/>
              </w:rPr>
              <w:t>점프하기</w:t>
            </w:r>
          </w:p>
        </w:tc>
        <w:tc>
          <w:tcPr>
            <w:tcW w:w="1938" w:type="dxa"/>
          </w:tcPr>
          <w:p w14:paraId="56F84E9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Squat jump</w:t>
            </w:r>
          </w:p>
        </w:tc>
        <w:tc>
          <w:tcPr>
            <w:tcW w:w="1938" w:type="dxa"/>
          </w:tcPr>
          <w:p w14:paraId="0EEC813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Jumping Exercises</w:t>
            </w:r>
          </w:p>
        </w:tc>
        <w:tc>
          <w:tcPr>
            <w:tcW w:w="1938" w:type="dxa"/>
          </w:tcPr>
          <w:p w14:paraId="22265DA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Aerobic</w:t>
            </w:r>
          </w:p>
        </w:tc>
        <w:tc>
          <w:tcPr>
            <w:tcW w:w="1937" w:type="dxa"/>
          </w:tcPr>
          <w:p w14:paraId="34E3590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2,121</w:t>
            </w:r>
          </w:p>
        </w:tc>
        <w:tc>
          <w:tcPr>
            <w:tcW w:w="1937" w:type="dxa"/>
          </w:tcPr>
          <w:p w14:paraId="10DB7CC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0.97</w:t>
            </w:r>
          </w:p>
        </w:tc>
      </w:tr>
      <w:tr w:rsidR="00947F3E" w:rsidRPr="00947F3E" w14:paraId="48FB1EC3" w14:textId="77777777" w:rsidTr="00713D93">
        <w:trPr>
          <w:jc w:val="center"/>
        </w:trPr>
        <w:tc>
          <w:tcPr>
            <w:tcW w:w="562" w:type="dxa"/>
          </w:tcPr>
          <w:p w14:paraId="330AA15F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26</w:t>
            </w:r>
          </w:p>
        </w:tc>
        <w:tc>
          <w:tcPr>
            <w:tcW w:w="3312" w:type="dxa"/>
          </w:tcPr>
          <w:p w14:paraId="39DD7588" w14:textId="77777777" w:rsidR="0077568B" w:rsidRPr="00947F3E" w:rsidRDefault="004C7B7C">
            <w:pPr>
              <w:jc w:val="center"/>
              <w:rPr>
                <w:lang w:eastAsia="ko-KR"/>
              </w:rPr>
            </w:pPr>
            <w:r>
              <w:rPr>
                <w:rFonts w:ascii="Times New Roman" w:hAnsi="Times New Roman"/>
                <w:sz w:val="18"/>
                <w:lang w:eastAsia="ko-KR"/>
              </w:rPr>
              <w:t>웨이트</w:t>
            </w:r>
            <w:r>
              <w:rPr>
                <w:rFonts w:ascii="Times New Roman" w:hAnsi="Times New Roman"/>
                <w:sz w:val="18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18"/>
                <w:lang w:eastAsia="ko-KR"/>
              </w:rPr>
              <w:t>트레이닝</w:t>
            </w:r>
            <w:r>
              <w:rPr>
                <w:rFonts w:ascii="Times New Roman" w:hAnsi="Times New Roman"/>
                <w:sz w:val="18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18"/>
                <w:lang w:eastAsia="ko-KR"/>
              </w:rPr>
              <w:t>루틴프로그램</w:t>
            </w:r>
          </w:p>
        </w:tc>
        <w:tc>
          <w:tcPr>
            <w:tcW w:w="1938" w:type="dxa"/>
          </w:tcPr>
          <w:p w14:paraId="7FF2A8D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Weight training routine</w:t>
            </w:r>
          </w:p>
        </w:tc>
        <w:tc>
          <w:tcPr>
            <w:tcW w:w="1938" w:type="dxa"/>
          </w:tcPr>
          <w:p w14:paraId="1B44100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Weight Training</w:t>
            </w:r>
          </w:p>
        </w:tc>
        <w:tc>
          <w:tcPr>
            <w:tcW w:w="1938" w:type="dxa"/>
          </w:tcPr>
          <w:p w14:paraId="1D28BBB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Resistance</w:t>
            </w:r>
          </w:p>
        </w:tc>
        <w:tc>
          <w:tcPr>
            <w:tcW w:w="1937" w:type="dxa"/>
          </w:tcPr>
          <w:p w14:paraId="3EB6DC2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2,030</w:t>
            </w:r>
          </w:p>
        </w:tc>
        <w:tc>
          <w:tcPr>
            <w:tcW w:w="1937" w:type="dxa"/>
          </w:tcPr>
          <w:p w14:paraId="0829DC7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0.93</w:t>
            </w:r>
          </w:p>
        </w:tc>
      </w:tr>
      <w:tr w:rsidR="00947F3E" w:rsidRPr="00947F3E" w14:paraId="546107E4" w14:textId="77777777" w:rsidTr="00713D93">
        <w:trPr>
          <w:jc w:val="center"/>
        </w:trPr>
        <w:tc>
          <w:tcPr>
            <w:tcW w:w="562" w:type="dxa"/>
          </w:tcPr>
          <w:p w14:paraId="64D809C3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27</w:t>
            </w:r>
          </w:p>
        </w:tc>
        <w:tc>
          <w:tcPr>
            <w:tcW w:w="3312" w:type="dxa"/>
          </w:tcPr>
          <w:p w14:paraId="4EFB5F65" w14:textId="77777777" w:rsidR="0077568B" w:rsidRPr="00947F3E" w:rsidRDefault="004C7B7C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</w:rPr>
              <w:t>넙다리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뒤쪽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스트레칭</w:t>
            </w:r>
            <w:proofErr w:type="spellEnd"/>
          </w:p>
        </w:tc>
        <w:tc>
          <w:tcPr>
            <w:tcW w:w="1938" w:type="dxa"/>
          </w:tcPr>
          <w:p w14:paraId="1C87929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Hamstring stretch</w:t>
            </w:r>
          </w:p>
        </w:tc>
        <w:tc>
          <w:tcPr>
            <w:tcW w:w="1938" w:type="dxa"/>
          </w:tcPr>
          <w:p w14:paraId="180E753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Stretching</w:t>
            </w:r>
          </w:p>
        </w:tc>
        <w:tc>
          <w:tcPr>
            <w:tcW w:w="1938" w:type="dxa"/>
          </w:tcPr>
          <w:p w14:paraId="7DB426E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Other</w:t>
            </w:r>
          </w:p>
        </w:tc>
        <w:tc>
          <w:tcPr>
            <w:tcW w:w="1937" w:type="dxa"/>
          </w:tcPr>
          <w:p w14:paraId="03448CC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1,950</w:t>
            </w:r>
          </w:p>
        </w:tc>
        <w:tc>
          <w:tcPr>
            <w:tcW w:w="1937" w:type="dxa"/>
          </w:tcPr>
          <w:p w14:paraId="77D8D49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0.89</w:t>
            </w:r>
          </w:p>
        </w:tc>
      </w:tr>
      <w:tr w:rsidR="00947F3E" w:rsidRPr="00947F3E" w14:paraId="12CE4683" w14:textId="77777777" w:rsidTr="00713D93">
        <w:trPr>
          <w:jc w:val="center"/>
        </w:trPr>
        <w:tc>
          <w:tcPr>
            <w:tcW w:w="562" w:type="dxa"/>
          </w:tcPr>
          <w:p w14:paraId="29788E9F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lastRenderedPageBreak/>
              <w:t>28</w:t>
            </w:r>
          </w:p>
        </w:tc>
        <w:tc>
          <w:tcPr>
            <w:tcW w:w="3312" w:type="dxa"/>
          </w:tcPr>
          <w:p w14:paraId="1104269B" w14:textId="77777777" w:rsidR="0077568B" w:rsidRPr="00947F3E" w:rsidRDefault="004C7B7C">
            <w:pPr>
              <w:jc w:val="center"/>
              <w:rPr>
                <w:lang w:eastAsia="ko-KR"/>
              </w:rPr>
            </w:pPr>
            <w:r>
              <w:rPr>
                <w:rFonts w:ascii="Times New Roman" w:hAnsi="Times New Roman"/>
                <w:sz w:val="18"/>
                <w:lang w:eastAsia="ko-KR"/>
              </w:rPr>
              <w:t>누워서</w:t>
            </w:r>
            <w:r>
              <w:rPr>
                <w:rFonts w:ascii="Times New Roman" w:hAnsi="Times New Roman"/>
                <w:sz w:val="18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18"/>
                <w:lang w:eastAsia="ko-KR"/>
              </w:rPr>
              <w:t>엉덩이</w:t>
            </w:r>
            <w:r>
              <w:rPr>
                <w:rFonts w:ascii="Times New Roman" w:hAnsi="Times New Roman"/>
                <w:sz w:val="18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18"/>
                <w:lang w:eastAsia="ko-KR"/>
              </w:rPr>
              <w:t>들어올리기</w:t>
            </w:r>
          </w:p>
        </w:tc>
        <w:tc>
          <w:tcPr>
            <w:tcW w:w="1938" w:type="dxa"/>
          </w:tcPr>
          <w:p w14:paraId="6749CEA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Supine hip bridge</w:t>
            </w:r>
          </w:p>
        </w:tc>
        <w:tc>
          <w:tcPr>
            <w:tcW w:w="1938" w:type="dxa"/>
          </w:tcPr>
          <w:p w14:paraId="158A3F1B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Bodyweight Routine</w:t>
            </w:r>
          </w:p>
        </w:tc>
        <w:tc>
          <w:tcPr>
            <w:tcW w:w="1938" w:type="dxa"/>
          </w:tcPr>
          <w:p w14:paraId="73A39F2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Resistance</w:t>
            </w:r>
          </w:p>
        </w:tc>
        <w:tc>
          <w:tcPr>
            <w:tcW w:w="1937" w:type="dxa"/>
          </w:tcPr>
          <w:p w14:paraId="671CE19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1,919</w:t>
            </w:r>
          </w:p>
        </w:tc>
        <w:tc>
          <w:tcPr>
            <w:tcW w:w="1937" w:type="dxa"/>
          </w:tcPr>
          <w:p w14:paraId="5A087DC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0.87</w:t>
            </w:r>
          </w:p>
        </w:tc>
      </w:tr>
      <w:tr w:rsidR="00947F3E" w:rsidRPr="00947F3E" w14:paraId="51704B93" w14:textId="77777777" w:rsidTr="00713D93">
        <w:trPr>
          <w:jc w:val="center"/>
        </w:trPr>
        <w:tc>
          <w:tcPr>
            <w:tcW w:w="562" w:type="dxa"/>
          </w:tcPr>
          <w:p w14:paraId="0E73D5CD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29</w:t>
            </w:r>
          </w:p>
        </w:tc>
        <w:tc>
          <w:tcPr>
            <w:tcW w:w="3312" w:type="dxa"/>
          </w:tcPr>
          <w:p w14:paraId="0CDDD485" w14:textId="77777777" w:rsidR="0077568B" w:rsidRPr="00947F3E" w:rsidRDefault="004C7B7C">
            <w:pPr>
              <w:jc w:val="center"/>
              <w:rPr>
                <w:lang w:eastAsia="ko-KR"/>
              </w:rPr>
            </w:pPr>
            <w:r>
              <w:rPr>
                <w:rFonts w:ascii="Times New Roman" w:hAnsi="Times New Roman"/>
                <w:sz w:val="18"/>
                <w:lang w:eastAsia="ko-KR"/>
              </w:rPr>
              <w:t>맨몸운동</w:t>
            </w:r>
            <w:r>
              <w:rPr>
                <w:rFonts w:ascii="Times New Roman" w:hAnsi="Times New Roman"/>
                <w:sz w:val="18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18"/>
                <w:lang w:eastAsia="ko-KR"/>
              </w:rPr>
              <w:t>루틴프로그램</w:t>
            </w:r>
          </w:p>
        </w:tc>
        <w:tc>
          <w:tcPr>
            <w:tcW w:w="1938" w:type="dxa"/>
          </w:tcPr>
          <w:p w14:paraId="352EAAE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Bodyweight training routine</w:t>
            </w:r>
          </w:p>
        </w:tc>
        <w:tc>
          <w:tcPr>
            <w:tcW w:w="1938" w:type="dxa"/>
          </w:tcPr>
          <w:p w14:paraId="5A5EA59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Bodyweight Routine</w:t>
            </w:r>
          </w:p>
        </w:tc>
        <w:tc>
          <w:tcPr>
            <w:tcW w:w="1938" w:type="dxa"/>
          </w:tcPr>
          <w:p w14:paraId="7C04B8D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Resistance</w:t>
            </w:r>
          </w:p>
        </w:tc>
        <w:tc>
          <w:tcPr>
            <w:tcW w:w="1937" w:type="dxa"/>
          </w:tcPr>
          <w:p w14:paraId="5C335E5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1,818</w:t>
            </w:r>
          </w:p>
        </w:tc>
        <w:tc>
          <w:tcPr>
            <w:tcW w:w="1937" w:type="dxa"/>
          </w:tcPr>
          <w:p w14:paraId="39B78B8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0.83</w:t>
            </w:r>
          </w:p>
        </w:tc>
      </w:tr>
      <w:tr w:rsidR="00947F3E" w:rsidRPr="00947F3E" w14:paraId="1DF5220B" w14:textId="77777777" w:rsidTr="00713D93">
        <w:trPr>
          <w:jc w:val="center"/>
        </w:trPr>
        <w:tc>
          <w:tcPr>
            <w:tcW w:w="562" w:type="dxa"/>
          </w:tcPr>
          <w:p w14:paraId="5C103392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30</w:t>
            </w:r>
          </w:p>
        </w:tc>
        <w:tc>
          <w:tcPr>
            <w:tcW w:w="3312" w:type="dxa"/>
          </w:tcPr>
          <w:p w14:paraId="74975AD4" w14:textId="77777777" w:rsidR="0077568B" w:rsidRPr="00947F3E" w:rsidRDefault="004C7B7C">
            <w:pPr>
              <w:jc w:val="center"/>
              <w:rPr>
                <w:lang w:eastAsia="ko-KR"/>
              </w:rPr>
            </w:pPr>
            <w:r>
              <w:rPr>
                <w:rFonts w:ascii="Times New Roman" w:hAnsi="Times New Roman"/>
                <w:sz w:val="18"/>
                <w:lang w:eastAsia="ko-KR"/>
              </w:rPr>
              <w:t>누워서</w:t>
            </w:r>
            <w:r>
              <w:rPr>
                <w:rFonts w:ascii="Times New Roman" w:hAnsi="Times New Roman"/>
                <w:sz w:val="18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18"/>
                <w:lang w:eastAsia="ko-KR"/>
              </w:rPr>
              <w:t>배가로근</w:t>
            </w:r>
            <w:r>
              <w:rPr>
                <w:rFonts w:ascii="Times New Roman" w:hAnsi="Times New Roman"/>
                <w:sz w:val="18"/>
                <w:lang w:eastAsia="ko-KR"/>
              </w:rPr>
              <w:t xml:space="preserve"> </w:t>
            </w:r>
            <w:r>
              <w:rPr>
                <w:rFonts w:ascii="Times New Roman" w:hAnsi="Times New Roman"/>
                <w:sz w:val="18"/>
                <w:lang w:eastAsia="ko-KR"/>
              </w:rPr>
              <w:t>수축</w:t>
            </w:r>
            <w:r>
              <w:rPr>
                <w:rFonts w:ascii="Times New Roman" w:hAnsi="Times New Roman"/>
                <w:sz w:val="18"/>
                <w:lang w:eastAsia="ko-KR"/>
              </w:rPr>
              <w:t xml:space="preserve"> I</w:t>
            </w:r>
          </w:p>
        </w:tc>
        <w:tc>
          <w:tcPr>
            <w:tcW w:w="1938" w:type="dxa"/>
          </w:tcPr>
          <w:p w14:paraId="6D845B5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Supine transverse abdominis contraction I</w:t>
            </w:r>
          </w:p>
        </w:tc>
        <w:tc>
          <w:tcPr>
            <w:tcW w:w="1938" w:type="dxa"/>
          </w:tcPr>
          <w:p w14:paraId="09B1213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Core/Abs</w:t>
            </w:r>
          </w:p>
        </w:tc>
        <w:tc>
          <w:tcPr>
            <w:tcW w:w="1938" w:type="dxa"/>
          </w:tcPr>
          <w:p w14:paraId="6B53807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Resistance</w:t>
            </w:r>
          </w:p>
        </w:tc>
        <w:tc>
          <w:tcPr>
            <w:tcW w:w="1937" w:type="dxa"/>
          </w:tcPr>
          <w:p w14:paraId="7D740E0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1,666</w:t>
            </w:r>
          </w:p>
        </w:tc>
        <w:tc>
          <w:tcPr>
            <w:tcW w:w="1937" w:type="dxa"/>
          </w:tcPr>
          <w:p w14:paraId="684AF06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0.76</w:t>
            </w:r>
          </w:p>
        </w:tc>
      </w:tr>
    </w:tbl>
    <w:p w14:paraId="6027C12F" w14:textId="77777777" w:rsidR="0077568B" w:rsidRPr="00947F3E" w:rsidRDefault="004C7B7C">
      <w:pPr>
        <w:spacing w:before="60" w:after="240"/>
        <w:jc w:val="both"/>
      </w:pPr>
      <w:r>
        <w:rPr>
          <w:rFonts w:ascii="Times New Roman" w:hAnsi="Times New Roman"/>
          <w:i/>
          <w:sz w:val="20"/>
        </w:rPr>
        <w:t xml:space="preserve">The full dictionary (&gt;500 terms) and R scripts are deposited at the Open Science Framework (project ID </w:t>
      </w:r>
      <w:proofErr w:type="spellStart"/>
      <w:r>
        <w:rPr>
          <w:rFonts w:ascii="Times New Roman" w:hAnsi="Times New Roman"/>
          <w:i/>
          <w:sz w:val="20"/>
        </w:rPr>
        <w:t>hmkjg</w:t>
      </w:r>
      <w:proofErr w:type="spellEnd"/>
      <w:r>
        <w:rPr>
          <w:rFonts w:ascii="Times New Roman" w:hAnsi="Times New Roman"/>
          <w:i/>
          <w:sz w:val="20"/>
        </w:rPr>
        <w:t>; anonymous peer-review link: https://osf.io/hmkjg/overview?view_only=1386312aa40e4918a503de9fc5f8c112; persistent DOI to be issued upon acceptance).</w:t>
      </w:r>
    </w:p>
    <w:p w14:paraId="702B02F6" w14:textId="77777777" w:rsidR="0077568B" w:rsidRPr="00947F3E" w:rsidRDefault="004C7B7C" w:rsidP="004C7B7C">
      <w:pPr>
        <w:spacing w:before="240" w:after="80"/>
      </w:pPr>
      <w:r>
        <w:rPr>
          <w:rFonts w:ascii="Times New Roman" w:hAnsi="Times New Roman"/>
          <w:b/>
          <w:sz w:val="24"/>
        </w:rPr>
        <w:t>Table S24. Category-to-prescription-type classification rules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4520"/>
        <w:gridCol w:w="4521"/>
        <w:gridCol w:w="4521"/>
      </w:tblGrid>
      <w:tr w:rsidR="00947F3E" w:rsidRPr="00947F3E" w14:paraId="0041CBE8" w14:textId="77777777">
        <w:trPr>
          <w:jc w:val="center"/>
        </w:trPr>
        <w:tc>
          <w:tcPr>
            <w:tcW w:w="4524" w:type="dxa"/>
            <w:shd w:val="clear" w:color="auto" w:fill="D9E2F3"/>
          </w:tcPr>
          <w:p w14:paraId="3D1D7DD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Standardized English category</w:t>
            </w:r>
          </w:p>
        </w:tc>
        <w:tc>
          <w:tcPr>
            <w:tcW w:w="4524" w:type="dxa"/>
            <w:shd w:val="clear" w:color="auto" w:fill="D9E2F3"/>
          </w:tcPr>
          <w:p w14:paraId="2F729A1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Prescription type</w:t>
            </w:r>
          </w:p>
        </w:tc>
        <w:tc>
          <w:tcPr>
            <w:tcW w:w="4524" w:type="dxa"/>
            <w:shd w:val="clear" w:color="auto" w:fill="D9E2F3"/>
          </w:tcPr>
          <w:p w14:paraId="5A8D780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Rationale</w:t>
            </w:r>
          </w:p>
        </w:tc>
      </w:tr>
      <w:tr w:rsidR="00947F3E" w:rsidRPr="00947F3E" w14:paraId="1A4DC0CD" w14:textId="77777777">
        <w:trPr>
          <w:jc w:val="center"/>
        </w:trPr>
        <w:tc>
          <w:tcPr>
            <w:tcW w:w="4524" w:type="dxa"/>
          </w:tcPr>
          <w:p w14:paraId="77383B53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Walking, brisk walking</w:t>
            </w:r>
          </w:p>
        </w:tc>
        <w:tc>
          <w:tcPr>
            <w:tcW w:w="4524" w:type="dxa"/>
          </w:tcPr>
          <w:p w14:paraId="4348DA4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Aerobic</w:t>
            </w:r>
          </w:p>
        </w:tc>
        <w:tc>
          <w:tcPr>
            <w:tcW w:w="4524" w:type="dxa"/>
          </w:tcPr>
          <w:p w14:paraId="5CEA0EF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Continuous low-to-moderate intensity</w:t>
            </w:r>
          </w:p>
        </w:tc>
      </w:tr>
      <w:tr w:rsidR="00947F3E" w:rsidRPr="00947F3E" w14:paraId="65472E92" w14:textId="77777777">
        <w:trPr>
          <w:jc w:val="center"/>
        </w:trPr>
        <w:tc>
          <w:tcPr>
            <w:tcW w:w="4524" w:type="dxa"/>
          </w:tcPr>
          <w:p w14:paraId="33EA377D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Running, jogging, treadmill</w:t>
            </w:r>
          </w:p>
        </w:tc>
        <w:tc>
          <w:tcPr>
            <w:tcW w:w="4524" w:type="dxa"/>
          </w:tcPr>
          <w:p w14:paraId="3B5F870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Aerobic</w:t>
            </w:r>
          </w:p>
        </w:tc>
        <w:tc>
          <w:tcPr>
            <w:tcW w:w="4524" w:type="dxa"/>
          </w:tcPr>
          <w:p w14:paraId="5ACC28D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Continuous moderate-to-vigorous intensity</w:t>
            </w:r>
          </w:p>
        </w:tc>
      </w:tr>
      <w:tr w:rsidR="00947F3E" w:rsidRPr="00947F3E" w14:paraId="6BA3CB7F" w14:textId="77777777">
        <w:trPr>
          <w:jc w:val="center"/>
        </w:trPr>
        <w:tc>
          <w:tcPr>
            <w:tcW w:w="4524" w:type="dxa"/>
          </w:tcPr>
          <w:p w14:paraId="76D283E8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Cycling (stationary, road)</w:t>
            </w:r>
          </w:p>
        </w:tc>
        <w:tc>
          <w:tcPr>
            <w:tcW w:w="4524" w:type="dxa"/>
          </w:tcPr>
          <w:p w14:paraId="051B589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Aerobic</w:t>
            </w:r>
          </w:p>
        </w:tc>
        <w:tc>
          <w:tcPr>
            <w:tcW w:w="4524" w:type="dxa"/>
          </w:tcPr>
          <w:p w14:paraId="05215AC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Continuous moderate-to-vigorous intensity</w:t>
            </w:r>
          </w:p>
        </w:tc>
      </w:tr>
      <w:tr w:rsidR="00947F3E" w:rsidRPr="00947F3E" w14:paraId="6B5CDB38" w14:textId="77777777">
        <w:trPr>
          <w:jc w:val="center"/>
        </w:trPr>
        <w:tc>
          <w:tcPr>
            <w:tcW w:w="4524" w:type="dxa"/>
          </w:tcPr>
          <w:p w14:paraId="05C2AD1E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Swimming</w:t>
            </w:r>
          </w:p>
        </w:tc>
        <w:tc>
          <w:tcPr>
            <w:tcW w:w="4524" w:type="dxa"/>
          </w:tcPr>
          <w:p w14:paraId="1878139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Aerobic</w:t>
            </w:r>
          </w:p>
        </w:tc>
        <w:tc>
          <w:tcPr>
            <w:tcW w:w="4524" w:type="dxa"/>
          </w:tcPr>
          <w:p w14:paraId="5195655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Continuous moderate-to-vigorous intensity</w:t>
            </w:r>
          </w:p>
        </w:tc>
      </w:tr>
      <w:tr w:rsidR="00947F3E" w:rsidRPr="00947F3E" w14:paraId="41218964" w14:textId="77777777">
        <w:trPr>
          <w:jc w:val="center"/>
        </w:trPr>
        <w:tc>
          <w:tcPr>
            <w:tcW w:w="4524" w:type="dxa"/>
          </w:tcPr>
          <w:p w14:paraId="6452EAC7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Aerobic dance, step aerobics</w:t>
            </w:r>
          </w:p>
        </w:tc>
        <w:tc>
          <w:tcPr>
            <w:tcW w:w="4524" w:type="dxa"/>
          </w:tcPr>
          <w:p w14:paraId="5C05C2D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Aerobic</w:t>
            </w:r>
          </w:p>
        </w:tc>
        <w:tc>
          <w:tcPr>
            <w:tcW w:w="4524" w:type="dxa"/>
          </w:tcPr>
          <w:p w14:paraId="640F7C5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Continuous rhythmic</w:t>
            </w:r>
          </w:p>
        </w:tc>
      </w:tr>
      <w:tr w:rsidR="00947F3E" w:rsidRPr="00947F3E" w14:paraId="07E5D433" w14:textId="77777777">
        <w:trPr>
          <w:jc w:val="center"/>
        </w:trPr>
        <w:tc>
          <w:tcPr>
            <w:tcW w:w="4524" w:type="dxa"/>
          </w:tcPr>
          <w:p w14:paraId="3EA0AA3A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Rowing (machine)</w:t>
            </w:r>
          </w:p>
        </w:tc>
        <w:tc>
          <w:tcPr>
            <w:tcW w:w="4524" w:type="dxa"/>
          </w:tcPr>
          <w:p w14:paraId="34AF584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Aerobic</w:t>
            </w:r>
          </w:p>
        </w:tc>
        <w:tc>
          <w:tcPr>
            <w:tcW w:w="4524" w:type="dxa"/>
          </w:tcPr>
          <w:p w14:paraId="45DB44A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Continuous rhythmic with arm component</w:t>
            </w:r>
          </w:p>
        </w:tc>
      </w:tr>
      <w:tr w:rsidR="00947F3E" w:rsidRPr="00947F3E" w14:paraId="74CDF279" w14:textId="77777777">
        <w:trPr>
          <w:jc w:val="center"/>
        </w:trPr>
        <w:tc>
          <w:tcPr>
            <w:tcW w:w="4524" w:type="dxa"/>
          </w:tcPr>
          <w:p w14:paraId="170A62F9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Free weights (dumbbell, barbell)</w:t>
            </w:r>
          </w:p>
        </w:tc>
        <w:tc>
          <w:tcPr>
            <w:tcW w:w="4524" w:type="dxa"/>
          </w:tcPr>
          <w:p w14:paraId="0483B803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Resistance</w:t>
            </w:r>
          </w:p>
        </w:tc>
        <w:tc>
          <w:tcPr>
            <w:tcW w:w="4524" w:type="dxa"/>
          </w:tcPr>
          <w:p w14:paraId="4C36FE7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Resistance loading, multi-set</w:t>
            </w:r>
          </w:p>
        </w:tc>
      </w:tr>
      <w:tr w:rsidR="00947F3E" w:rsidRPr="00947F3E" w14:paraId="5E5FDA56" w14:textId="77777777">
        <w:trPr>
          <w:jc w:val="center"/>
        </w:trPr>
        <w:tc>
          <w:tcPr>
            <w:tcW w:w="4524" w:type="dxa"/>
          </w:tcPr>
          <w:p w14:paraId="1BDC0FD5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Machine-based resistance</w:t>
            </w:r>
          </w:p>
        </w:tc>
        <w:tc>
          <w:tcPr>
            <w:tcW w:w="4524" w:type="dxa"/>
          </w:tcPr>
          <w:p w14:paraId="64582C3A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Resistance</w:t>
            </w:r>
          </w:p>
        </w:tc>
        <w:tc>
          <w:tcPr>
            <w:tcW w:w="4524" w:type="dxa"/>
          </w:tcPr>
          <w:p w14:paraId="25A5A2B6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Resistance loading, isolated muscle groups</w:t>
            </w:r>
          </w:p>
        </w:tc>
      </w:tr>
      <w:tr w:rsidR="00947F3E" w:rsidRPr="00947F3E" w14:paraId="0E3DED01" w14:textId="77777777">
        <w:trPr>
          <w:jc w:val="center"/>
        </w:trPr>
        <w:tc>
          <w:tcPr>
            <w:tcW w:w="4524" w:type="dxa"/>
          </w:tcPr>
          <w:p w14:paraId="1E47F441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Body-weight resistance (push-ups, squats)</w:t>
            </w:r>
          </w:p>
        </w:tc>
        <w:tc>
          <w:tcPr>
            <w:tcW w:w="4524" w:type="dxa"/>
          </w:tcPr>
          <w:p w14:paraId="4972216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Resistance</w:t>
            </w:r>
          </w:p>
        </w:tc>
        <w:tc>
          <w:tcPr>
            <w:tcW w:w="4524" w:type="dxa"/>
          </w:tcPr>
          <w:p w14:paraId="3A774FD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Body-weight resistance, multi-joint</w:t>
            </w:r>
          </w:p>
        </w:tc>
      </w:tr>
      <w:tr w:rsidR="00947F3E" w:rsidRPr="00947F3E" w14:paraId="2B5AC0B2" w14:textId="77777777">
        <w:trPr>
          <w:jc w:val="center"/>
        </w:trPr>
        <w:tc>
          <w:tcPr>
            <w:tcW w:w="4524" w:type="dxa"/>
          </w:tcPr>
          <w:p w14:paraId="78B9FE4D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Resistance bands</w:t>
            </w:r>
          </w:p>
        </w:tc>
        <w:tc>
          <w:tcPr>
            <w:tcW w:w="4524" w:type="dxa"/>
          </w:tcPr>
          <w:p w14:paraId="125DBFF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Resistance</w:t>
            </w:r>
          </w:p>
        </w:tc>
        <w:tc>
          <w:tcPr>
            <w:tcW w:w="4524" w:type="dxa"/>
          </w:tcPr>
          <w:p w14:paraId="319B3C0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Variable-tension resistance</w:t>
            </w:r>
          </w:p>
        </w:tc>
      </w:tr>
      <w:tr w:rsidR="00947F3E" w:rsidRPr="00947F3E" w14:paraId="22660E30" w14:textId="77777777">
        <w:trPr>
          <w:jc w:val="center"/>
        </w:trPr>
        <w:tc>
          <w:tcPr>
            <w:tcW w:w="4524" w:type="dxa"/>
          </w:tcPr>
          <w:p w14:paraId="539F3292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Stretching, mobility</w:t>
            </w:r>
          </w:p>
        </w:tc>
        <w:tc>
          <w:tcPr>
            <w:tcW w:w="4524" w:type="dxa"/>
          </w:tcPr>
          <w:p w14:paraId="1D63F6F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Mixed (cool-down)</w:t>
            </w:r>
          </w:p>
        </w:tc>
        <w:tc>
          <w:tcPr>
            <w:tcW w:w="4524" w:type="dxa"/>
          </w:tcPr>
          <w:p w14:paraId="1F051E3F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Recovery / flexibility component</w:t>
            </w:r>
          </w:p>
        </w:tc>
      </w:tr>
      <w:tr w:rsidR="00947F3E" w:rsidRPr="00947F3E" w14:paraId="47F91771" w14:textId="77777777">
        <w:trPr>
          <w:jc w:val="center"/>
        </w:trPr>
        <w:tc>
          <w:tcPr>
            <w:tcW w:w="4524" w:type="dxa"/>
          </w:tcPr>
          <w:p w14:paraId="403AFCDD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Yoga, Pilates</w:t>
            </w:r>
          </w:p>
        </w:tc>
        <w:tc>
          <w:tcPr>
            <w:tcW w:w="4524" w:type="dxa"/>
          </w:tcPr>
          <w:p w14:paraId="32037151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Mixed</w:t>
            </w:r>
          </w:p>
        </w:tc>
        <w:tc>
          <w:tcPr>
            <w:tcW w:w="4524" w:type="dxa"/>
          </w:tcPr>
          <w:p w14:paraId="491F11C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Flexibility and trunk-stability resistance</w:t>
            </w:r>
          </w:p>
        </w:tc>
      </w:tr>
      <w:tr w:rsidR="00947F3E" w:rsidRPr="00947F3E" w14:paraId="60CC88AD" w14:textId="77777777">
        <w:trPr>
          <w:jc w:val="center"/>
        </w:trPr>
        <w:tc>
          <w:tcPr>
            <w:tcW w:w="4524" w:type="dxa"/>
          </w:tcPr>
          <w:p w14:paraId="3A052D55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Balance training (single-leg, BOSU)</w:t>
            </w:r>
          </w:p>
        </w:tc>
        <w:tc>
          <w:tcPr>
            <w:tcW w:w="4524" w:type="dxa"/>
          </w:tcPr>
          <w:p w14:paraId="73A8E33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Mixed</w:t>
            </w:r>
          </w:p>
        </w:tc>
        <w:tc>
          <w:tcPr>
            <w:tcW w:w="4524" w:type="dxa"/>
          </w:tcPr>
          <w:p w14:paraId="31212D1D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Neuromuscular conditioning</w:t>
            </w:r>
          </w:p>
        </w:tc>
      </w:tr>
      <w:tr w:rsidR="00947F3E" w:rsidRPr="00947F3E" w14:paraId="20C76ECB" w14:textId="77777777">
        <w:trPr>
          <w:jc w:val="center"/>
        </w:trPr>
        <w:tc>
          <w:tcPr>
            <w:tcW w:w="4524" w:type="dxa"/>
          </w:tcPr>
          <w:p w14:paraId="21A43834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Core training (planks, abdominal exercises)</w:t>
            </w:r>
          </w:p>
        </w:tc>
        <w:tc>
          <w:tcPr>
            <w:tcW w:w="4524" w:type="dxa"/>
          </w:tcPr>
          <w:p w14:paraId="340CF73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Mixed</w:t>
            </w:r>
          </w:p>
        </w:tc>
        <w:tc>
          <w:tcPr>
            <w:tcW w:w="4524" w:type="dxa"/>
          </w:tcPr>
          <w:p w14:paraId="7073AD2C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Trunk-stability resistance</w:t>
            </w:r>
          </w:p>
        </w:tc>
      </w:tr>
      <w:tr w:rsidR="00947F3E" w:rsidRPr="00947F3E" w14:paraId="0EE36B5C" w14:textId="77777777">
        <w:trPr>
          <w:jc w:val="center"/>
        </w:trPr>
        <w:tc>
          <w:tcPr>
            <w:tcW w:w="4524" w:type="dxa"/>
          </w:tcPr>
          <w:p w14:paraId="1DF21453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Combined aerobic + resistance circuit</w:t>
            </w:r>
          </w:p>
        </w:tc>
        <w:tc>
          <w:tcPr>
            <w:tcW w:w="4524" w:type="dxa"/>
          </w:tcPr>
          <w:p w14:paraId="6B027EEE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Mixed</w:t>
            </w:r>
          </w:p>
        </w:tc>
        <w:tc>
          <w:tcPr>
            <w:tcW w:w="4524" w:type="dxa"/>
          </w:tcPr>
          <w:p w14:paraId="59CC54F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Aerobic and resistance combined</w:t>
            </w:r>
          </w:p>
        </w:tc>
      </w:tr>
      <w:tr w:rsidR="00947F3E" w:rsidRPr="00947F3E" w14:paraId="42BD3E60" w14:textId="77777777">
        <w:trPr>
          <w:jc w:val="center"/>
        </w:trPr>
        <w:tc>
          <w:tcPr>
            <w:tcW w:w="4524" w:type="dxa"/>
          </w:tcPr>
          <w:p w14:paraId="459A58AD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HIIT (high-intensity interval training)</w:t>
            </w:r>
          </w:p>
        </w:tc>
        <w:tc>
          <w:tcPr>
            <w:tcW w:w="4524" w:type="dxa"/>
          </w:tcPr>
          <w:p w14:paraId="4D48BDC9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Mixed</w:t>
            </w:r>
          </w:p>
        </w:tc>
        <w:tc>
          <w:tcPr>
            <w:tcW w:w="4524" w:type="dxa"/>
          </w:tcPr>
          <w:p w14:paraId="7AA5B928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Aerobic and resistance interleaved</w:t>
            </w:r>
          </w:p>
        </w:tc>
      </w:tr>
      <w:tr w:rsidR="00947F3E" w:rsidRPr="00947F3E" w14:paraId="629FF5C8" w14:textId="77777777">
        <w:trPr>
          <w:jc w:val="center"/>
        </w:trPr>
        <w:tc>
          <w:tcPr>
            <w:tcW w:w="4524" w:type="dxa"/>
          </w:tcPr>
          <w:p w14:paraId="710EB2AD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Sport-specific drills (badminton, tennis)</w:t>
            </w:r>
          </w:p>
        </w:tc>
        <w:tc>
          <w:tcPr>
            <w:tcW w:w="4524" w:type="dxa"/>
          </w:tcPr>
          <w:p w14:paraId="5BE993D4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Mixed</w:t>
            </w:r>
          </w:p>
        </w:tc>
        <w:tc>
          <w:tcPr>
            <w:tcW w:w="4524" w:type="dxa"/>
          </w:tcPr>
          <w:p w14:paraId="2AD904F5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Aerobic and resistance interleaved</w:t>
            </w:r>
          </w:p>
        </w:tc>
      </w:tr>
      <w:tr w:rsidR="00947F3E" w:rsidRPr="00947F3E" w14:paraId="19A211E0" w14:textId="77777777">
        <w:trPr>
          <w:jc w:val="center"/>
        </w:trPr>
        <w:tc>
          <w:tcPr>
            <w:tcW w:w="4524" w:type="dxa"/>
          </w:tcPr>
          <w:p w14:paraId="2DA4DE23" w14:textId="77777777" w:rsidR="0077568B" w:rsidRPr="00947F3E" w:rsidRDefault="004C7B7C">
            <w:r>
              <w:rPr>
                <w:rFonts w:ascii="Times New Roman" w:hAnsi="Times New Roman"/>
                <w:b/>
                <w:sz w:val="18"/>
              </w:rPr>
              <w:t>Other / unspecified</w:t>
            </w:r>
          </w:p>
        </w:tc>
        <w:tc>
          <w:tcPr>
            <w:tcW w:w="4524" w:type="dxa"/>
          </w:tcPr>
          <w:p w14:paraId="28EAAE72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Excluded</w:t>
            </w:r>
          </w:p>
        </w:tc>
        <w:tc>
          <w:tcPr>
            <w:tcW w:w="4524" w:type="dxa"/>
          </w:tcPr>
          <w:p w14:paraId="4E331B10" w14:textId="77777777" w:rsidR="0077568B" w:rsidRPr="00947F3E" w:rsidRDefault="004C7B7C">
            <w:pPr>
              <w:jc w:val="center"/>
            </w:pPr>
            <w:r>
              <w:rPr>
                <w:rFonts w:ascii="Times New Roman" w:hAnsi="Times New Roman"/>
                <w:sz w:val="18"/>
              </w:rPr>
              <w:t>Insufficient detail for classification</w:t>
            </w:r>
          </w:p>
        </w:tc>
      </w:tr>
    </w:tbl>
    <w:p w14:paraId="799488C7" w14:textId="77777777" w:rsidR="0077568B" w:rsidRPr="00947F3E" w:rsidRDefault="004C7B7C">
      <w:pPr>
        <w:spacing w:before="60" w:after="240"/>
        <w:jc w:val="both"/>
      </w:pPr>
      <w:r>
        <w:rPr>
          <w:rFonts w:ascii="Times New Roman" w:hAnsi="Times New Roman"/>
          <w:i/>
          <w:sz w:val="20"/>
        </w:rPr>
        <w:t>A prescription was classified as Aerobic if it contained only Aerobic-type categories, Resistance if only Resistance-type, and Mixed if it contained both or contained Mixed-type categories.</w:t>
      </w:r>
    </w:p>
    <w:p w14:paraId="5DEEEFBD" w14:textId="77777777" w:rsidR="0077568B" w:rsidRPr="00947F3E" w:rsidRDefault="004C7B7C">
      <w:pPr>
        <w:spacing w:before="120" w:after="120"/>
      </w:pPr>
      <w:r>
        <w:rPr>
          <w:rFonts w:ascii="Times New Roman" w:hAnsi="Times New Roman"/>
          <w:i/>
          <w:sz w:val="20"/>
        </w:rPr>
        <w:t xml:space="preserve">This table enumerates the five male-detectable direct prescription associations on principal BMI-independent fitness outcomes referred to in the Results (Path-analytic associations) and the Discussion. Point estimates and </w:t>
      </w:r>
      <w:proofErr w:type="spellStart"/>
      <w:r>
        <w:rPr>
          <w:rFonts w:ascii="Times New Roman" w:hAnsi="Times New Roman"/>
          <w:i/>
          <w:sz w:val="20"/>
        </w:rPr>
        <w:t>BCa</w:t>
      </w:r>
      <w:proofErr w:type="spellEnd"/>
      <w:r>
        <w:rPr>
          <w:rFonts w:ascii="Times New Roman" w:hAnsi="Times New Roman"/>
          <w:i/>
          <w:sz w:val="20"/>
        </w:rPr>
        <w:t xml:space="preserve"> 95% CIs are reproduced from the male path-analytic sample (n = 7,761; Supplementary Table S8). c₂′ = direct effect of Aerobic prescription type (Mixed = reference); c₃′ = direct effect of the count of prescribed main exercise items (</w:t>
      </w:r>
      <w:proofErr w:type="spellStart"/>
      <w:r>
        <w:rPr>
          <w:rFonts w:ascii="Times New Roman" w:hAnsi="Times New Roman"/>
          <w:i/>
          <w:sz w:val="20"/>
        </w:rPr>
        <w:t>n_total</w:t>
      </w:r>
      <w:proofErr w:type="spellEnd"/>
      <w:r>
        <w:rPr>
          <w:rFonts w:ascii="Times New Roman" w:hAnsi="Times New Roman"/>
          <w:i/>
          <w:sz w:val="20"/>
        </w:rPr>
        <w:t xml:space="preserve">). * </w:t>
      </w:r>
      <w:proofErr w:type="spellStart"/>
      <w:r>
        <w:rPr>
          <w:rFonts w:ascii="Times New Roman" w:hAnsi="Times New Roman"/>
          <w:i/>
          <w:sz w:val="20"/>
        </w:rPr>
        <w:t>BCa</w:t>
      </w:r>
      <w:proofErr w:type="spellEnd"/>
      <w:r>
        <w:rPr>
          <w:rFonts w:ascii="Times New Roman" w:hAnsi="Times New Roman"/>
          <w:i/>
          <w:sz w:val="20"/>
        </w:rPr>
        <w:t xml:space="preserve"> 95% CI excludes zero. The aggregate ranges of detection probability across these five associations under the bootstrap down-sampling sensitivity analysis (1,000 replicates per outcome at female path-analytic n = 2,272) are reported in the main text as 38–52% under the male-equal alternative and 13–18% under the conservative 50%-of-male alternative; the per-association simulation 95% CIs are available at the Open Science Framework (project ID </w:t>
      </w:r>
      <w:proofErr w:type="spellStart"/>
      <w:r>
        <w:rPr>
          <w:rFonts w:ascii="Times New Roman" w:hAnsi="Times New Roman"/>
          <w:i/>
          <w:sz w:val="20"/>
        </w:rPr>
        <w:t>hmkjg</w:t>
      </w:r>
      <w:proofErr w:type="spellEnd"/>
      <w:r>
        <w:rPr>
          <w:rFonts w:ascii="Times New Roman" w:hAnsi="Times New Roman"/>
          <w:i/>
          <w:sz w:val="20"/>
        </w:rPr>
        <w:t xml:space="preserve">; anonymous peer-review link: https://osf.io/hmkjg/overview?view_only=1386312aa40e4918a503de9fc5f8c112). Note: </w:t>
      </w:r>
      <w:proofErr w:type="spellStart"/>
      <w:r>
        <w:rPr>
          <w:rFonts w:ascii="Times New Roman" w:hAnsi="Times New Roman"/>
          <w:i/>
          <w:sz w:val="20"/>
        </w:rPr>
        <w:t>n_total</w:t>
      </w:r>
      <w:proofErr w:type="spellEnd"/>
      <w:r>
        <w:rPr>
          <w:rFonts w:ascii="Times New Roman" w:hAnsi="Times New Roman"/>
          <w:i/>
          <w:sz w:val="20"/>
        </w:rPr>
        <w:t xml:space="preserve"> c₃′ is also detectable in men for left and right absolute grip strength (Table S8, Grip-L and Grip-R rows); these are excluded here because the principal grip-strength outcome pre-designated for the male-detection enumeration is relative grip strength, consistent with the manuscript’s overall preference for relative over absolute grip strength in overweight populations.</w:t>
      </w:r>
    </w:p>
    <w:sectPr w:rsidR="0077568B" w:rsidRPr="00947F3E" w:rsidSect="00034616">
      <w:pgSz w:w="15840" w:h="12240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B00C5" w14:textId="77777777" w:rsidR="0081093B" w:rsidRDefault="0081093B" w:rsidP="002147F0">
      <w:pPr>
        <w:spacing w:after="0" w:line="240" w:lineRule="auto"/>
      </w:pPr>
      <w:r>
        <w:separator/>
      </w:r>
    </w:p>
  </w:endnote>
  <w:endnote w:type="continuationSeparator" w:id="0">
    <w:p w14:paraId="498B67C1" w14:textId="77777777" w:rsidR="0081093B" w:rsidRDefault="0081093B" w:rsidP="00214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3681E" w14:textId="77777777" w:rsidR="0081093B" w:rsidRDefault="0081093B" w:rsidP="002147F0">
      <w:pPr>
        <w:spacing w:after="0" w:line="240" w:lineRule="auto"/>
      </w:pPr>
      <w:r>
        <w:separator/>
      </w:r>
    </w:p>
  </w:footnote>
  <w:footnote w:type="continuationSeparator" w:id="0">
    <w:p w14:paraId="3C689CE8" w14:textId="77777777" w:rsidR="0081093B" w:rsidRDefault="0081093B" w:rsidP="00214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47F0"/>
    <w:rsid w:val="0029639D"/>
    <w:rsid w:val="00326F90"/>
    <w:rsid w:val="004C7B7C"/>
    <w:rsid w:val="00713D93"/>
    <w:rsid w:val="0077568B"/>
    <w:rsid w:val="0081093B"/>
    <w:rsid w:val="00947F3E"/>
    <w:rsid w:val="00AA1D8D"/>
    <w:rsid w:val="00B47730"/>
    <w:rsid w:val="00BF5C0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EF1546F"/>
  <w14:defaultImageDpi w14:val="300"/>
  <w15:docId w15:val="{6A94BBAE-FC8C-47AE-BA1D-C6BA6B87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20</Pages>
  <Words>6507</Words>
  <Characters>37096</Characters>
  <Application>Microsoft Office Word</Application>
  <DocSecurity>0</DocSecurity>
  <Lines>309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43516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</cp:revision>
  <dcterms:created xsi:type="dcterms:W3CDTF">2026-05-08T05:29:00Z</dcterms:created>
  <dcterms:modified xsi:type="dcterms:W3CDTF">2026-05-09T14:35:00Z</dcterms:modified>
  <cp:category/>
</cp:coreProperties>
</file>