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Breaking Bad News In The Pediatric Hospital In King Saud Medical City</w:t>
      </w:r>
    </w:p>
    <w:p/>
    <w:p>
      <w:r>
        <w:t>To understand and assess the circumstances in which pediatricians first delivered bad news to patients or families and how it affected them and the nature of their experience and their opinions about how to best develop the skills and to understand the current situation on the topic of breaking bad news in King Saud Medical City.</w:t>
      </w:r>
    </w:p>
    <w:p/>
    <w:p>
      <w:r>
        <w:t>Gender:</w:t>
      </w:r>
    </w:p>
    <w:p>
      <w:r>
        <w:t>☐ Male</w:t>
      </w:r>
    </w:p>
    <w:p>
      <w:r>
        <w:t>☐ Female</w:t>
      </w:r>
    </w:p>
    <w:p/>
    <w:p>
      <w:r>
        <w:t>Age:</w:t>
      </w:r>
    </w:p>
    <w:p>
      <w:r>
        <w:t>☐ 20-29</w:t>
      </w:r>
    </w:p>
    <w:p>
      <w:r>
        <w:t>☐ 30-39</w:t>
      </w:r>
    </w:p>
    <w:p>
      <w:r>
        <w:t>☐ 40-49</w:t>
      </w:r>
    </w:p>
    <w:p>
      <w:r>
        <w:t>☐ 50-59</w:t>
      </w:r>
    </w:p>
    <w:p/>
    <w:p>
      <w:r>
        <w:t>Job Description:</w:t>
      </w:r>
    </w:p>
    <w:p>
      <w:r>
        <w:t>☐ R1</w:t>
      </w:r>
    </w:p>
    <w:p>
      <w:r>
        <w:t>☐ R2</w:t>
      </w:r>
    </w:p>
    <w:p>
      <w:r>
        <w:t>☐ R3</w:t>
      </w:r>
    </w:p>
    <w:p>
      <w:r>
        <w:t>☐ R4</w:t>
      </w:r>
    </w:p>
    <w:p>
      <w:r>
        <w:t>☐ Pediatric Specialist</w:t>
      </w:r>
    </w:p>
    <w:p>
      <w:r>
        <w:t>☐ Pediatric Consultant</w:t>
      </w:r>
    </w:p>
    <w:p/>
    <w:p>
      <w:r>
        <w:t>Experience In Years as a physician:</w:t>
      </w:r>
    </w:p>
    <w:p>
      <w:r>
        <w:t>☐ Less than 1 year</w:t>
      </w:r>
    </w:p>
    <w:p>
      <w:r>
        <w:t>☐ 1-3 years</w:t>
      </w:r>
    </w:p>
    <w:p>
      <w:r>
        <w:t>☐ 4-10 years</w:t>
      </w:r>
    </w:p>
    <w:p>
      <w:r>
        <w:t>☐ More than 10 years</w:t>
      </w:r>
    </w:p>
    <w:p/>
    <w:p>
      <w:r>
        <w:t>Previous experience with breaking bad news?</w:t>
      </w:r>
    </w:p>
    <w:p>
      <w:r>
        <w:t>☐ Yes.</w:t>
      </w:r>
    </w:p>
    <w:p>
      <w:r>
        <w:t>☐ No.</w:t>
      </w:r>
    </w:p>
    <w:p/>
    <w:p>
      <w:r>
        <w:t>Previous training with breaking bad news?</w:t>
      </w:r>
    </w:p>
    <w:p>
      <w:r>
        <w:t>☐ Yes.</w:t>
      </w:r>
    </w:p>
    <w:p>
      <w:r>
        <w:t>☐ No.</w:t>
      </w:r>
    </w:p>
    <w:p/>
    <w:p>
      <w:r>
        <w:t>have you witnessed a colleague whom is a junior physician break bad news?</w:t>
      </w:r>
    </w:p>
    <w:p>
      <w:r>
        <w:t>☐ Yes, done well and was very appropriate with handling the situation.</w:t>
      </w:r>
    </w:p>
    <w:p>
      <w:r>
        <w:t>☐ Yes, done poorly and the situation was not handled well.</w:t>
      </w:r>
    </w:p>
    <w:p>
      <w:r>
        <w:t>☐ No</w:t>
      </w:r>
    </w:p>
    <w:p/>
    <w:p>
      <w:r>
        <w:t>have you witnessed a colleague whom is a senior physician break bad news?</w:t>
      </w:r>
    </w:p>
    <w:p>
      <w:r>
        <w:t>☐ Yes, done well and was very appropriate with handling the situation.</w:t>
      </w:r>
    </w:p>
    <w:p>
      <w:r>
        <w:t>☐ Yes, done poorly and the situation was not handled well.</w:t>
      </w:r>
    </w:p>
    <w:p>
      <w:r>
        <w:t>☐ No</w:t>
      </w:r>
    </w:p>
    <w:p/>
    <w:p>
      <w:r>
        <w:t>Do you know of any breaking bad news protocols?</w:t>
      </w:r>
    </w:p>
    <w:p>
      <w:r>
        <w:t>☐ ABCDE</w:t>
      </w:r>
    </w:p>
    <w:p>
      <w:r>
        <w:t>☐ BREAKS</w:t>
      </w:r>
    </w:p>
    <w:p>
      <w:r>
        <w:t>☐ SPIKES</w:t>
      </w:r>
    </w:p>
    <w:p>
      <w:r>
        <w:t>☐ I don’t know any protocols regarding breaking bad news.</w:t>
      </w:r>
    </w:p>
    <w:p>
      <w:r>
        <w:t>☐ Other:</w:t>
      </w:r>
    </w:p>
    <w:p/>
    <w:p>
      <w:r>
        <w:t>During your training how many times have you given/delivered bad news?</w:t>
      </w:r>
    </w:p>
    <w:p>
      <w:r>
        <w:t>☐ 0</w:t>
      </w:r>
    </w:p>
    <w:p>
      <w:r>
        <w:t>☐ 1-5</w:t>
      </w:r>
    </w:p>
    <w:p>
      <w:r>
        <w:t>☐ 6-10</w:t>
      </w:r>
    </w:p>
    <w:p>
      <w:r>
        <w:t>☐ 10+</w:t>
      </w:r>
    </w:p>
    <w:p/>
    <w:p>
      <w:r>
        <w:t>Type of bad news delivered? (Select all that is applicable)</w:t>
      </w:r>
    </w:p>
    <w:p>
      <w:r>
        <w:t>☐ Death.</w:t>
      </w:r>
    </w:p>
    <w:p>
      <w:r>
        <w:t>☐ Fatal diagnosis.</w:t>
      </w:r>
    </w:p>
    <w:p>
      <w:r>
        <w:t>☐ Critical Diagnosis.</w:t>
      </w:r>
    </w:p>
    <w:p>
      <w:r>
        <w:t>☐ Failure of treatment.</w:t>
      </w:r>
    </w:p>
    <w:p>
      <w:r>
        <w:t>☐ Medical Error.</w:t>
      </w:r>
    </w:p>
    <w:p>
      <w:r>
        <w:t>☐ Other:</w:t>
      </w:r>
    </w:p>
    <w:p/>
    <w:p>
      <w:r>
        <w:t>Specialty Where Bad News Was Given</w:t>
      </w:r>
    </w:p>
    <w:p>
      <w:r>
        <w:t>☐ General Pediatrics</w:t>
      </w:r>
    </w:p>
    <w:p>
      <w:r>
        <w:t>☐ Pediatric Emergency</w:t>
      </w:r>
    </w:p>
    <w:p>
      <w:r>
        <w:t>☐ Pediatric Hematology/Oncology</w:t>
      </w:r>
    </w:p>
    <w:p>
      <w:r>
        <w:t>☐ Pediatric Intensive Care</w:t>
      </w:r>
    </w:p>
    <w:p>
      <w:r>
        <w:t>☐ Neonatal Intensive Care</w:t>
      </w:r>
    </w:p>
    <w:p>
      <w:r>
        <w:t>☐ Genetics and Metabolics</w:t>
      </w:r>
    </w:p>
    <w:p>
      <w:r>
        <w:t>☐ Other:</w:t>
      </w:r>
    </w:p>
    <w:p/>
    <w:p>
      <w:r>
        <w:t>Attitudes about delivering bad news; Estimate of current skill</w:t>
      </w:r>
    </w:p>
    <w:p>
      <w:r>
        <w:t>(1-3= Poor 4-7= Fair , 8-10= excellent)</w:t>
      </w:r>
    </w:p>
    <w:p>
      <w:r>
        <w:t>1 2 3 4 5 6 7 8 9 10</w:t>
      </w:r>
    </w:p>
    <w:p/>
    <w:p>
      <w:r>
        <w:t>Attitudes about delivering bad news; importance of having skill</w:t>
      </w:r>
    </w:p>
    <w:p>
      <w:r>
        <w:t>(1-3= not at all important 4-7= somewhat important, 8-10= very important)</w:t>
      </w:r>
    </w:p>
    <w:p>
      <w:r>
        <w:t>1 2 3 4 5 6 7 8 9 10</w:t>
      </w:r>
    </w:p>
    <w:p/>
    <w:p>
      <w:r>
        <w:t>Attitudes about delivering bad news; Importance of having training</w:t>
      </w:r>
    </w:p>
    <w:p>
      <w:r>
        <w:t>(1-3= not at all important 4-7= somewhat important, 8-10= very important)</w:t>
      </w:r>
    </w:p>
    <w:p>
      <w:r>
        <w:t>1 2 3 4 5 6 7 8 9 10</w:t>
      </w:r>
    </w:p>
    <w:p/>
    <w:p>
      <w:r>
        <w:t>Attitudes about delivering bad news; Need for more guidance</w:t>
      </w:r>
    </w:p>
    <w:p>
      <w:r>
        <w:t>(1-3= not at all important 4-7= somewhat important, 8-10= very important)</w:t>
      </w:r>
    </w:p>
    <w:p>
      <w:r>
        <w:t>1 2 3 4 5 6 7 8 9 10</w:t>
      </w:r>
    </w:p>
    <w:p/>
    <w:p>
      <w:r>
        <w:t>What do you think is the most important barrier when breaking bad news? (Select all that is applicable)</w:t>
      </w:r>
    </w:p>
    <w:p>
      <w:r>
        <w:t>☐ Fear of being blamed.</w:t>
      </w:r>
    </w:p>
    <w:p>
      <w:r>
        <w:t>☐ Not enough experience with breaking bad news.</w:t>
      </w:r>
    </w:p>
    <w:p>
      <w:r>
        <w:t>☐ Not aware of protocols regarding breaking bad news.</w:t>
      </w:r>
    </w:p>
    <w:p>
      <w:r>
        <w:t>☐ Medicolegal concerns.</w:t>
      </w:r>
    </w:p>
    <w:p>
      <w:r>
        <w:t>☐ Lack of confidence in facing these situations.</w:t>
      </w:r>
    </w:p>
    <w:p>
      <w:r>
        <w:t>☐ Fear of the reaction of the concerned parties involved.</w:t>
      </w:r>
    </w:p>
    <w:p>
      <w:r>
        <w:t>☐ Fear of the situation not being handled properly.</w:t>
      </w:r>
    </w:p>
    <w:p>
      <w:r>
        <w:t>☐ Not understanding the pathology of the disease.</w:t>
      </w:r>
    </w:p>
    <w:p>
      <w:r>
        <w:t>☐ Language barrier.</w:t>
      </w:r>
    </w:p>
    <w:p/>
    <w:p>
      <w:r>
        <w:t>Did you discuss the event and the interaction with anyone after the event?</w:t>
      </w:r>
    </w:p>
    <w:p>
      <w:r>
        <w:t>☐ Yes.</w:t>
      </w:r>
    </w:p>
    <w:p>
      <w:r>
        <w:t>☐ No.</w:t>
      </w:r>
    </w:p>
    <w:p/>
    <w:p>
      <w:r>
        <w:t>What did you discuss after the event?</w:t>
      </w:r>
    </w:p>
    <w:p>
      <w:r>
        <w:t>☐ The families reaction towards breaking bad news.</w:t>
      </w:r>
    </w:p>
    <w:p>
      <w:r>
        <w:t>☐ Your own feelings and afflictions regarding breaking bad news to family members.</w:t>
      </w:r>
    </w:p>
    <w:p>
      <w:r>
        <w:t>☐ Lessons learned towards the event of breaking bad news.</w:t>
      </w:r>
    </w:p>
    <w:p>
      <w:r>
        <w:t>☐ Things that you would have done differently in regards to breaking bad news.</w:t>
      </w:r>
    </w:p>
    <w:p>
      <w:r>
        <w:t>☐ Did not discuss the event.</w:t>
      </w:r>
    </w:p>
    <w:p/>
    <w:p>
      <w:r>
        <w:t>How did you feel after the event/interaction? (Correlate with level of preparedness and knowledge and guidelines)</w:t>
      </w:r>
    </w:p>
    <w:p>
      <w:r>
        <w:t>(1-3= not satisfied at all and require more training.</w:t>
      </w:r>
    </w:p>
    <w:p>
      <w:r>
        <w:t>4-7= moderately satisfied with room for improvement but generally acceptable level of training.</w:t>
      </w:r>
    </w:p>
    <w:p>
      <w:r>
        <w:t>8-10= very satisfied and confident with minor room for improvement.)</w:t>
      </w:r>
    </w:p>
    <w:p>
      <w:r>
        <w:t>1 2 3 4 5 6 7 8 9 10</w:t>
      </w:r>
    </w:p>
    <w:p/>
    <w:p>
      <w:r>
        <w:t>Do you think you have the ability to break bad news well?</w:t>
      </w:r>
    </w:p>
    <w:p>
      <w:r>
        <w:t>(1-3= able to break news poorly 4-7 = moderate ability to break bad news 8-10= able to break bad news well)</w:t>
      </w:r>
    </w:p>
    <w:p>
      <w:r>
        <w:t>1 2 3 4 5 6 7 8 9 10</w:t>
      </w:r>
    </w:p>
    <w:p/>
    <w:p>
      <w:r>
        <w:t>How prepared did you feel you were to deliver the news?</w:t>
      </w:r>
    </w:p>
    <w:p>
      <w:r>
        <w:t>(1-3= poorly prepared 4-7= moderately prepared 8-10= well prepared)</w:t>
      </w:r>
    </w:p>
    <w:p>
      <w:r>
        <w:t>1 2 3 4 5 6 7 8 9 10</w:t>
      </w:r>
    </w:p>
    <w:p/>
    <w:p>
      <w:r>
        <w:t>Did you anticipate/expect the reaction of the family?</w:t>
      </w:r>
    </w:p>
    <w:p>
      <w:r>
        <w:t>☐ Yes.</w:t>
      </w:r>
    </w:p>
    <w:p>
      <w:r>
        <w:t>☐ No.</w:t>
      </w:r>
    </w:p>
    <w:p/>
    <w:p>
      <w:r>
        <w:t>Can you recall the feelings/behavior of the family after you delivered the news?</w:t>
      </w:r>
    </w:p>
    <w:p>
      <w:r>
        <w:t>☐ Yes.</w:t>
      </w:r>
    </w:p>
    <w:p>
      <w:r>
        <w:t>☐ No.</w:t>
      </w:r>
    </w:p>
    <w:p/>
    <w:p>
      <w:r>
        <w:t>In retrospect after delivering bad news would you have done anything differently?</w:t>
      </w:r>
    </w:p>
    <w:p>
      <w:r>
        <w:t>☐ Yes.</w:t>
      </w:r>
    </w:p>
    <w:p>
      <w:r>
        <w:t>☐ No.</w:t>
      </w:r>
    </w:p>
    <w:p/>
    <w:p>
      <w:r>
        <w:t>In your opinion how well did you respond to the families reaction?</w:t>
      </w:r>
    </w:p>
    <w:p>
      <w:r>
        <w:t>(1-3= Poorly 4-7= fairly well 8-10= very well)</w:t>
      </w:r>
    </w:p>
    <w:p>
      <w:r>
        <w:t>1 2 3 4 5 6 7 8 9 10</w:t>
      </w:r>
    </w:p>
    <w:p/>
    <w:p>
      <w:r>
        <w:t>Reasons the physician was chosen to deliver this bad news?</w:t>
      </w:r>
    </w:p>
    <w:p>
      <w:r>
        <w:t>☐ Primary caregiver of the patient with most clinical information.</w:t>
      </w:r>
    </w:p>
    <w:p>
      <w:r>
        <w:t>☐ Most suitable one available to deliver the bad news.</w:t>
      </w:r>
    </w:p>
    <w:p>
      <w:r>
        <w:t>☐ Most suitable one willing.</w:t>
      </w:r>
    </w:p>
    <w:p>
      <w:r>
        <w:t>☐ Desire to gain experience/training.</w:t>
      </w:r>
    </w:p>
    <w:p>
      <w:r>
        <w:t>☐ Felt would do a better job than others.</w:t>
      </w:r>
    </w:p>
    <w:p>
      <w:r>
        <w:t>☐ Other:</w:t>
      </w:r>
    </w:p>
    <w:p/>
    <w:p>
      <w:r>
        <w:t>Would you like formal training in the task of "breaking bad news"?</w:t>
      </w:r>
    </w:p>
    <w:p>
      <w:r>
        <w:t>☐ Yes.</w:t>
      </w:r>
    </w:p>
    <w:p>
      <w:r>
        <w:t>☐ No.</w:t>
      </w:r>
    </w:p>
    <w:p/>
    <w:p>
      <w:r>
        <w:t>Do you feel that formal training in the task of "breaking bad news" is required for all physicians?</w:t>
      </w:r>
    </w:p>
    <w:p>
      <w:r>
        <w:t>☐ Yes.</w:t>
      </w:r>
    </w:p>
    <w:p>
      <w:r>
        <w:t>☐ No.</w:t>
      </w:r>
    </w:p>
    <w:p/>
    <w:p>
      <w:r>
        <w:t>Would you volunteer to break the bad news?</w:t>
      </w:r>
    </w:p>
    <w:p>
      <w:r>
        <w:t>☐ Yes.</w:t>
      </w:r>
    </w:p>
    <w:p>
      <w:r>
        <w:t>☐ No.</w:t>
      </w:r>
    </w:p>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